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07F1F"/>
          <w:sz w:val="16"/>
        </w:rPr>
        <w:t>GEOBIT LARGE SPATIAL MODEL</w:t>
      </w:r>
    </w:p>
    <w:p>
      <w:pPr>
        <w:pStyle w:val="Title"/>
      </w:pPr>
      <w:r>
        <w:t>Sample: Agriculture, Fresno County: report</w:t>
      </w:r>
    </w:p>
    <w:p>
      <w:r>
        <w:rPr>
          <w:color w:val="525252"/>
          <w:sz w:val="18"/>
        </w:rPr>
        <w:t>Project: Sample: Agriculture, Fresno County</w:t>
      </w:r>
      <w:r>
        <w:rPr>
          <w:color w:val="525252"/>
          <w:sz w:val="18"/>
        </w:rPr>
        <w:br/>
        <w:t>Goal: Describe the project Sample: Agriculture, Fresno County: run the analyses that tell the most about its data, draw every result, and write a cited report.</w:t>
      </w:r>
      <w:r>
        <w:rPr>
          <w:color w:val="525252"/>
          <w:sz w:val="18"/>
        </w:rPr>
        <w:br/>
        <w:t>Run: 7221484b-d66d-48ff-94e1-dbedfe96dc7c (running, 12 agent run(s))</w:t>
      </w:r>
      <w:r>
        <w:rPr>
          <w:color w:val="525252"/>
          <w:sz w:val="18"/>
        </w:rPr>
        <w:br/>
        <w:t>Generated: 2026-10-18T06:07:57Z, version 1</w:t>
      </w:r>
      <w:r>
        <w:rPr>
          <w:color w:val="525252"/>
          <w:sz w:val="18"/>
        </w:rPr>
        <w:br/>
        <w:t>Model cost: USD 0.0000 over 5 model call(s)</w:t>
      </w:r>
    </w:p>
    <w:p>
      <w:pPr>
        <w:pStyle w:val="Heading1"/>
      </w:pPr>
      <w:r>
        <w:t>Data used</w:t>
      </w:r>
    </w:p>
    <w:tbl>
      <w:tblPr>
        <w:tblStyle w:val="LightGrid-Accent1"/>
        <w:tblW w:type="auto" w:w="0"/>
        <w:tblLook w:firstColumn="1" w:firstRow="1" w:lastColumn="0" w:lastRow="0" w:noHBand="0" w:noVBand="1" w:val="04A0"/>
      </w:tblPr>
      <w:tblGrid>
        <w:gridCol w:w="1440"/>
        <w:gridCol w:w="1440"/>
        <w:gridCol w:w="1440"/>
        <w:gridCol w:w="1440"/>
        <w:gridCol w:w="1440"/>
        <w:gridCol w:w="1440"/>
      </w:tblGrid>
      <w:tr>
        <w:tc>
          <w:tcPr>
            <w:tcW w:type="dxa" w:w="1440"/>
          </w:tcPr>
          <w:p>
            <w:r>
              <w:t>Data</w:t>
            </w:r>
          </w:p>
        </w:tc>
        <w:tc>
          <w:tcPr>
            <w:tcW w:type="dxa" w:w="1440"/>
          </w:tcPr>
          <w:p>
            <w:r>
              <w:t>Kind</w:t>
            </w:r>
          </w:p>
        </w:tc>
        <w:tc>
          <w:tcPr>
            <w:tcW w:type="dxa" w:w="1440"/>
          </w:tcPr>
          <w:p>
            <w:r>
              <w:t>Rows</w:t>
            </w:r>
          </w:p>
        </w:tc>
        <w:tc>
          <w:tcPr>
            <w:tcW w:type="dxa" w:w="1440"/>
          </w:tcPr>
          <w:p>
            <w:r>
              <w:t>Time span</w:t>
            </w:r>
          </w:p>
        </w:tc>
        <w:tc>
          <w:tcPr>
            <w:tcW w:type="dxa" w:w="1440"/>
          </w:tcPr>
          <w:p>
            <w:r>
              <w:t>Summary</w:t>
            </w:r>
          </w:p>
        </w:tc>
        <w:tc>
          <w:tcPr>
            <w:tcW w:type="dxa" w:w="1440"/>
          </w:tcPr>
          <w:p>
            <w:r>
              <w:t>Source</w:t>
            </w:r>
          </w:p>
        </w:tc>
      </w:tr>
      <w:tr>
        <w:tc>
          <w:tcPr>
            <w:tcW w:type="dxa" w:w="1440"/>
          </w:tcPr>
          <w:p>
            <w:r>
              <w:t>Fields</w:t>
            </w:r>
          </w:p>
        </w:tc>
        <w:tc>
          <w:tcPr>
            <w:tcW w:type="dxa" w:w="1440"/>
          </w:tcPr>
          <w:p>
            <w:r>
              <w:t>vector, Polygon</w:t>
            </w:r>
          </w:p>
        </w:tc>
        <w:tc>
          <w:tcPr>
            <w:tcW w:type="dxa" w:w="1440"/>
          </w:tcPr>
          <w:p>
            <w:r>
              <w:t>60</w:t>
            </w:r>
          </w:p>
        </w:tc>
        <w:tc>
          <w:tcPr>
            <w:tcW w:type="dxa" w:w="1440"/>
          </w:tcPr>
          <w:p>
            <w:r/>
          </w:p>
        </w:tc>
        <w:tc>
          <w:tcPr>
            <w:tcW w:type="dxa" w:w="1440"/>
          </w:tcPr>
          <w:p>
            <w:r>
              <w:t>60 polygon (area) features; 'crop' has 5 values (top: tomato 16, almond 16, grape 11); 'irrigation' has 3 values (top: drip 28, micro sprinkler 22, furrow 10); 'area_ha' 43.1 to 43.1 (mean 43.1); 'planted_year' 2,008 to 2,025 (mean 2016); named by 'name' (e.g. Field 001 South, Field 002 South, Field 003 South); total area 25.83 km2; extent -120.0841,36.6269 to -120.0159,36.6731. Areas (Fields) with area_ha to compare and map.</w:t>
            </w:r>
          </w:p>
        </w:tc>
        <w:tc>
          <w:tcPr>
            <w:tcW w:type="dxa" w:w="1440"/>
          </w:tcPr>
          <w:p>
            <w:r>
              <w:t>[100]</w:t>
            </w:r>
          </w:p>
        </w:tc>
      </w:tr>
      <w:tr>
        <w:tc>
          <w:tcPr>
            <w:tcW w:type="dxa" w:w="1440"/>
          </w:tcPr>
          <w:p>
            <w:r>
              <w:t>Satellite scene 2026-04-15</w:t>
            </w:r>
          </w:p>
        </w:tc>
        <w:tc>
          <w:tcPr>
            <w:tcW w:type="dxa" w:w="1440"/>
          </w:tcPr>
          <w:p>
            <w:r>
              <w:t>raster</w:t>
            </w:r>
          </w:p>
        </w:tc>
        <w:tc>
          <w:tcPr>
            <w:tcW w:type="dxa" w:w="1440"/>
          </w:tcPr>
          <w:p>
            <w:r/>
          </w:p>
        </w:tc>
        <w:tc>
          <w:tcPr>
            <w:tcW w:type="dxa" w:w="1440"/>
          </w:tcPr>
          <w:p>
            <w:r>
              <w:t>2026-04-15</w:t>
            </w:r>
          </w:p>
        </w:tc>
        <w:tc>
          <w:tcPr>
            <w:tcW w:type="dxa" w:w="1440"/>
          </w:tcPr>
          <w:p>
            <w:r>
              <w:t>4-band float32 raster (imagery), 300 x 250 cells; resolution 20; band 1 0.014 to 0.113; acquired 2026-04-15; extent -120.0844,36.6267 to -120.0156,36.6733. Imagery for visual and change analysis.</w:t>
            </w:r>
          </w:p>
        </w:tc>
        <w:tc>
          <w:tcPr>
            <w:tcW w:type="dxa" w:w="1440"/>
          </w:tcPr>
          <w:p>
            <w:r>
              <w:t>[101]</w:t>
            </w:r>
          </w:p>
        </w:tc>
      </w:tr>
      <w:tr>
        <w:tc>
          <w:tcPr>
            <w:tcW w:type="dxa" w:w="1440"/>
          </w:tcPr>
          <w:p>
            <w:r>
              <w:t>Satellite scene 2026-08-15</w:t>
            </w:r>
          </w:p>
        </w:tc>
        <w:tc>
          <w:tcPr>
            <w:tcW w:type="dxa" w:w="1440"/>
          </w:tcPr>
          <w:p>
            <w:r>
              <w:t>raster</w:t>
            </w:r>
          </w:p>
        </w:tc>
        <w:tc>
          <w:tcPr>
            <w:tcW w:type="dxa" w:w="1440"/>
          </w:tcPr>
          <w:p>
            <w:r/>
          </w:p>
        </w:tc>
        <w:tc>
          <w:tcPr>
            <w:tcW w:type="dxa" w:w="1440"/>
          </w:tcPr>
          <w:p>
            <w:r>
              <w:t>2026-08-15</w:t>
            </w:r>
          </w:p>
        </w:tc>
        <w:tc>
          <w:tcPr>
            <w:tcW w:type="dxa" w:w="1440"/>
          </w:tcPr>
          <w:p>
            <w:r>
              <w:t>4-band float32 raster (imagery), 300 x 250 cells; resolution 20; band 1 0.015 to 0.145; acquired 2026-08-15; extent -120.0844,36.6267 to -120.0156,36.6733. Imagery for visual and change analysis.</w:t>
            </w:r>
          </w:p>
        </w:tc>
        <w:tc>
          <w:tcPr>
            <w:tcW w:type="dxa" w:w="1440"/>
          </w:tcPr>
          <w:p>
            <w:r>
              <w:t>[102]</w:t>
            </w:r>
          </w:p>
        </w:tc>
      </w:tr>
      <w:tr>
        <w:tc>
          <w:tcPr>
            <w:tcW w:type="dxa" w:w="1440"/>
          </w:tcPr>
          <w:p>
            <w:r>
              <w:t>Soil samples</w:t>
            </w:r>
          </w:p>
        </w:tc>
        <w:tc>
          <w:tcPr>
            <w:tcW w:type="dxa" w:w="1440"/>
          </w:tcPr>
          <w:p>
            <w:r>
              <w:t>vector, Point</w:t>
            </w:r>
          </w:p>
        </w:tc>
        <w:tc>
          <w:tcPr>
            <w:tcW w:type="dxa" w:w="1440"/>
          </w:tcPr>
          <w:p>
            <w:r>
              <w:t>600</w:t>
            </w:r>
          </w:p>
        </w:tc>
        <w:tc>
          <w:tcPr>
            <w:tcW w:type="dxa" w:w="1440"/>
          </w:tcPr>
          <w:p>
            <w:r>
              <w:t>2025-10-01 to 2026-02-27</w:t>
            </w:r>
          </w:p>
        </w:tc>
        <w:tc>
          <w:tcPr>
            <w:tcW w:type="dxa" w:w="1440"/>
          </w:tcPr>
          <w:p>
            <w:r>
              <w:t>600 point features; dated by 'sampled_on' from 2025-10-01 to 2026-02-27; 'ph' 6.4 to 9 (mean 7.401); 'organic_matter_pct' 0.11 to 1.99 (mean 1.236); 'nitrate_ppm' 3.6 to 65.5 (mean 17.55); extent -120.0834,36.6274 to -120.0174,36.6729. Dated point events: where and when Soil samples happen.</w:t>
            </w:r>
          </w:p>
        </w:tc>
        <w:tc>
          <w:tcPr>
            <w:tcW w:type="dxa" w:w="1440"/>
          </w:tcPr>
          <w:p>
            <w:r>
              <w:t>[2]</w:t>
            </w:r>
          </w:p>
        </w:tc>
      </w:tr>
      <w:tr>
        <w:tc>
          <w:tcPr>
            <w:tcW w:type="dxa" w:w="1440"/>
          </w:tcPr>
          <w:p>
            <w:r>
              <w:t>Irrigation canals</w:t>
            </w:r>
          </w:p>
        </w:tc>
        <w:tc>
          <w:tcPr>
            <w:tcW w:type="dxa" w:w="1440"/>
          </w:tcPr>
          <w:p>
            <w:r>
              <w:t>vector, LineString</w:t>
            </w:r>
          </w:p>
        </w:tc>
        <w:tc>
          <w:tcPr>
            <w:tcW w:type="dxa" w:w="1440"/>
          </w:tcPr>
          <w:p>
            <w:r>
              <w:t>5</w:t>
            </w:r>
          </w:p>
        </w:tc>
        <w:tc>
          <w:tcPr>
            <w:tcW w:type="dxa" w:w="1440"/>
          </w:tcPr>
          <w:p>
            <w:r/>
          </w:p>
        </w:tc>
        <w:tc>
          <w:tcPr>
            <w:tcW w:type="dxa" w:w="1440"/>
          </w:tcPr>
          <w:p>
            <w:r>
              <w:t>5 line features; 'type' has 2 values (top: lateral 3, canal 2); 'capacity_cfs' 38 to 232 (mean 143); named by 'name' (e.g. Canal 1, Canal 2, Lateral 1); total length 26.99 km; extent -120.0838,36.6270 to -120.0162,36.6730. Lines (Irrigation canals) such as routes or networks.</w:t>
            </w:r>
          </w:p>
        </w:tc>
        <w:tc>
          <w:tcPr>
            <w:tcW w:type="dxa" w:w="1440"/>
          </w:tcPr>
          <w:p>
            <w:r>
              <w:t>[103]</w:t>
            </w:r>
          </w:p>
        </w:tc>
      </w:tr>
      <w:tr>
        <w:tc>
          <w:tcPr>
            <w:tcW w:type="dxa" w:w="1440"/>
          </w:tcPr>
          <w:p>
            <w:r>
              <w:t>Wells</w:t>
            </w:r>
          </w:p>
        </w:tc>
        <w:tc>
          <w:tcPr>
            <w:tcW w:type="dxa" w:w="1440"/>
          </w:tcPr>
          <w:p>
            <w:r>
              <w:t>vector, Point</w:t>
            </w:r>
          </w:p>
        </w:tc>
        <w:tc>
          <w:tcPr>
            <w:tcW w:type="dxa" w:w="1440"/>
          </w:tcPr>
          <w:p>
            <w:r>
              <w:t>40</w:t>
            </w:r>
          </w:p>
        </w:tc>
        <w:tc>
          <w:tcPr>
            <w:tcW w:type="dxa" w:w="1440"/>
          </w:tcPr>
          <w:p>
            <w:r/>
          </w:p>
        </w:tc>
        <w:tc>
          <w:tcPr>
            <w:tcW w:type="dxa" w:w="1440"/>
          </w:tcPr>
          <w:p>
            <w:r>
              <w:t>40 point features; 'depth_ft' 307 to 871 (mean 604.4); 'pump_hp' 75 to 200 (mean 140.6); 'static_level_ft' 120 to 418 (mean 282.7); extent -120.0823,36.6281 to -120.0188,36.6714. Point locations of Wells.</w:t>
            </w:r>
          </w:p>
        </w:tc>
        <w:tc>
          <w:tcPr>
            <w:tcW w:type="dxa" w:w="1440"/>
          </w:tcPr>
          <w:p>
            <w:r>
              <w:t>[104]</w:t>
            </w:r>
          </w:p>
        </w:tc>
      </w:tr>
      <w:tr>
        <w:tc>
          <w:tcPr>
            <w:tcW w:type="dxa" w:w="1440"/>
          </w:tcPr>
          <w:p>
            <w:r>
              <w:t>Pest scouting</w:t>
            </w:r>
          </w:p>
        </w:tc>
        <w:tc>
          <w:tcPr>
            <w:tcW w:type="dxa" w:w="1440"/>
          </w:tcPr>
          <w:p>
            <w:r>
              <w:t>vector, Point</w:t>
            </w:r>
          </w:p>
        </w:tc>
        <w:tc>
          <w:tcPr>
            <w:tcW w:type="dxa" w:w="1440"/>
          </w:tcPr>
          <w:p>
            <w:r>
              <w:t>520</w:t>
            </w:r>
          </w:p>
        </w:tc>
        <w:tc>
          <w:tcPr>
            <w:tcW w:type="dxa" w:w="1440"/>
          </w:tcPr>
          <w:p>
            <w:r>
              <w:t>2026-04-01 to 2026-09-14</w:t>
            </w:r>
          </w:p>
        </w:tc>
        <w:tc>
          <w:tcPr>
            <w:tcW w:type="dxa" w:w="1440"/>
          </w:tcPr>
          <w:p>
            <w:r>
              <w:t>520 point features; dated by 'observed_at' from 2026-04-01 to 2026-09-14; 'pest' has 4 values (top: aphid 235, navel orangeworm 110, lygus 92); 'threshold_exceeded' has 2 values (top: False 374, True 146); 'count_per_trap' 0 to 13 (mean 4.477); extent -120.0833,36.6271 to -120.0169,36.6728. Dated point events by pest: where and when Pest scouting happen.</w:t>
            </w:r>
          </w:p>
        </w:tc>
        <w:tc>
          <w:tcPr>
            <w:tcW w:type="dxa" w:w="1440"/>
          </w:tcPr>
          <w:p>
            <w:r>
              <w:t>[3]</w:t>
            </w:r>
          </w:p>
        </w:tc>
      </w:tr>
      <w:tr>
        <w:tc>
          <w:tcPr>
            <w:tcW w:type="dxa" w:w="1440"/>
          </w:tcPr>
          <w:p>
            <w:r>
              <w:t>Weather stations</w:t>
            </w:r>
          </w:p>
        </w:tc>
        <w:tc>
          <w:tcPr>
            <w:tcW w:type="dxa" w:w="1440"/>
          </w:tcPr>
          <w:p>
            <w:r>
              <w:t>vector, Point</w:t>
            </w:r>
          </w:p>
        </w:tc>
        <w:tc>
          <w:tcPr>
            <w:tcW w:type="dxa" w:w="1440"/>
          </w:tcPr>
          <w:p>
            <w:r>
              <w:t>3</w:t>
            </w:r>
          </w:p>
        </w:tc>
        <w:tc>
          <w:tcPr>
            <w:tcW w:type="dxa" w:w="1440"/>
          </w:tcPr>
          <w:p>
            <w:r/>
          </w:p>
        </w:tc>
        <w:tc>
          <w:tcPr>
            <w:tcW w:type="dxa" w:w="1440"/>
          </w:tcPr>
          <w:p>
            <w:r>
              <w:t>3 point features; 'elevation_m' 57 to 65 (mean 61.67); named by 'name' (e.g. Farm weather station 1, Farm weather station 2, Farm weather station 3); extent -120.0663,36.6367 to -120.0366,36.6639. Point locations of Weather stations.</w:t>
            </w:r>
          </w:p>
        </w:tc>
        <w:tc>
          <w:tcPr>
            <w:tcW w:type="dxa" w:w="1440"/>
          </w:tcPr>
          <w:p>
            <w:r>
              <w:t>[105]</w:t>
            </w:r>
          </w:p>
        </w:tc>
      </w:tr>
      <w:tr>
        <w:tc>
          <w:tcPr>
            <w:tcW w:type="dxa" w:w="1440"/>
          </w:tcPr>
          <w:p>
            <w:r>
              <w:t>Yields by season</w:t>
            </w:r>
          </w:p>
        </w:tc>
        <w:tc>
          <w:tcPr>
            <w:tcW w:type="dxa" w:w="1440"/>
          </w:tcPr>
          <w:p>
            <w:r>
              <w:t>table</w:t>
            </w:r>
          </w:p>
        </w:tc>
        <w:tc>
          <w:tcPr>
            <w:tcW w:type="dxa" w:w="1440"/>
          </w:tcPr>
          <w:p>
            <w:r>
              <w:t>300</w:t>
            </w:r>
          </w:p>
        </w:tc>
        <w:tc>
          <w:tcPr>
            <w:tcW w:type="dxa" w:w="1440"/>
          </w:tcPr>
          <w:p>
            <w:r>
              <w:t>2021-01-01 to 2025-01-01</w:t>
            </w:r>
          </w:p>
        </w:tc>
        <w:tc>
          <w:tcPr>
            <w:tcW w:type="dxa" w:w="1440"/>
          </w:tcPr>
          <w:p>
            <w:r>
              <w:t>Table of 300 rows and 5 columns without geometry; dated by 'season' from 2021-01-01 to 2025-01-01; 'crop' has 5 values (top: tomato 80, almond 80, grape 55); 'yield_t_ha' 1.19 to 120.7 (mean 33.16); 'water_af_per_acre' 2.6 to 4.2 (mean 3.395). A table of Yields by season without locations.</w:t>
            </w:r>
          </w:p>
        </w:tc>
        <w:tc>
          <w:tcPr>
            <w:tcW w:type="dxa" w:w="1440"/>
          </w:tcPr>
          <w:p>
            <w:r>
              <w:t>[4]</w:t>
            </w:r>
          </w:p>
        </w:tc>
      </w:tr>
      <w:tr>
        <w:tc>
          <w:tcPr>
            <w:tcW w:type="dxa" w:w="1440"/>
          </w:tcPr>
          <w:p>
            <w:r>
              <w:t>Field operations</w:t>
            </w:r>
          </w:p>
        </w:tc>
        <w:tc>
          <w:tcPr>
            <w:tcW w:type="dxa" w:w="1440"/>
          </w:tcPr>
          <w:p>
            <w:r>
              <w:t>table</w:t>
            </w:r>
          </w:p>
        </w:tc>
        <w:tc>
          <w:tcPr>
            <w:tcW w:type="dxa" w:w="1440"/>
          </w:tcPr>
          <w:p>
            <w:r>
              <w:t>272</w:t>
            </w:r>
          </w:p>
        </w:tc>
        <w:tc>
          <w:tcPr>
            <w:tcW w:type="dxa" w:w="1440"/>
          </w:tcPr>
          <w:p>
            <w:r>
              <w:t>2026-02-01 to 2026-09-27</w:t>
            </w:r>
          </w:p>
        </w:tc>
        <w:tc>
          <w:tcPr>
            <w:tcW w:type="dxa" w:w="1440"/>
          </w:tcPr>
          <w:p>
            <w:r>
              <w:t>Table of 272 rows and 5 columns without geometry; dated by 'date' from 2026-02-01 to 2026-09-27; 'operation' has 4 values (top: cultivate 74, irrigate 68, spray 67); 'product' has 3 values (top: UAN-32 67, sulfur 65, water 64); 'rate' 5.1 to 59.9 (mean 33.66). A table of Field operations without locations.</w:t>
            </w:r>
          </w:p>
        </w:tc>
        <w:tc>
          <w:tcPr>
            <w:tcW w:type="dxa" w:w="1440"/>
          </w:tcPr>
          <w:p>
            <w:r>
              <w:t>[5]</w:t>
            </w:r>
          </w:p>
        </w:tc>
      </w:tr>
      <w:tr>
        <w:tc>
          <w:tcPr>
            <w:tcW w:type="dxa" w:w="1440"/>
          </w:tcPr>
          <w:p>
            <w:r>
              <w:t>Agronomist season notes</w:t>
            </w:r>
          </w:p>
        </w:tc>
        <w:tc>
          <w:tcPr>
            <w:tcW w:type="dxa" w:w="1440"/>
          </w:tcPr>
          <w:p>
            <w:r>
              <w:t>document</w:t>
            </w:r>
          </w:p>
        </w:tc>
        <w:tc>
          <w:tcPr>
            <w:tcW w:type="dxa" w:w="1440"/>
          </w:tcPr>
          <w:p>
            <w:r/>
          </w:p>
        </w:tc>
        <w:tc>
          <w:tcPr>
            <w:tcW w:type="dxa" w:w="1440"/>
          </w:tcPr>
          <w:p>
            <w:r/>
          </w:p>
        </w:tc>
        <w:tc>
          <w:tcPr>
            <w:tcW w:type="dxa" w:w="1440"/>
          </w:tcPr>
          <w:p>
            <w:r>
              <w:t>1-page md document 'Agronomist season notes, August 2026'; language en; mentions 7 place(s): Field 001 South (1), Field 010 South (1), Field 017 South (1), Field 018 South (1), Field (1). A document about Field 001 South, Field 010 South, Field 017 South.</w:t>
            </w:r>
          </w:p>
        </w:tc>
        <w:tc>
          <w:tcPr>
            <w:tcW w:type="dxa" w:w="1440"/>
          </w:tcPr>
          <w:p>
            <w:r>
              <w:t>[106]</w:t>
            </w:r>
          </w:p>
        </w:tc>
      </w:tr>
      <w:tr>
        <w:tc>
          <w:tcPr>
            <w:tcW w:type="dxa" w:w="1440"/>
          </w:tcPr>
          <w:p>
            <w:r>
              <w:t>Sample: Agriculture, Fresno County</w:t>
            </w:r>
          </w:p>
        </w:tc>
        <w:tc>
          <w:tcPr>
            <w:tcW w:type="dxa" w:w="1440"/>
          </w:tcPr>
          <w:p>
            <w:r>
              <w:t>record</w:t>
            </w:r>
          </w:p>
        </w:tc>
        <w:tc>
          <w:tcPr>
            <w:tcW w:type="dxa" w:w="1440"/>
          </w:tcPr>
          <w:p>
            <w:r/>
          </w:p>
        </w:tc>
        <w:tc>
          <w:tcPr>
            <w:tcW w:type="dxa" w:w="1440"/>
          </w:tcPr>
          <w:p>
            <w:r/>
          </w:p>
        </w:tc>
        <w:tc>
          <w:tcPr>
            <w:tcW w:type="dxa" w:w="1440"/>
          </w:tcPr>
          <w:p>
            <w:r/>
          </w:p>
        </w:tc>
        <w:tc>
          <w:tcPr>
            <w:tcW w:type="dxa" w:w="1440"/>
          </w:tcPr>
          <w:p>
            <w:r>
              <w:t>[107]</w:t>
            </w:r>
          </w:p>
        </w:tc>
      </w:tr>
      <w:tr>
        <w:tc>
          <w:tcPr>
            <w:tcW w:type="dxa" w:w="1440"/>
          </w:tcPr>
          <w:p>
            <w:r>
              <w:t>Summarize within: Fields</w:t>
            </w:r>
          </w:p>
        </w:tc>
        <w:tc>
          <w:tcPr>
            <w:tcW w:type="dxa" w:w="1440"/>
          </w:tcPr>
          <w:p>
            <w:r>
              <w:t>layer, Polygon</w:t>
            </w:r>
          </w:p>
        </w:tc>
        <w:tc>
          <w:tcPr>
            <w:tcW w:type="dxa" w:w="1440"/>
          </w:tcPr>
          <w:p>
            <w:r>
              <w:t>60</w:t>
            </w:r>
          </w:p>
        </w:tc>
        <w:tc>
          <w:tcPr>
            <w:tcW w:type="dxa" w:w="1440"/>
          </w:tcPr>
          <w:p>
            <w:r/>
          </w:p>
        </w:tc>
        <w:tc>
          <w:tcPr>
            <w:tcW w:type="dxa" w:w="1440"/>
          </w:tcPr>
          <w:p>
            <w:r/>
          </w:p>
        </w:tc>
        <w:tc>
          <w:tcPr>
            <w:tcW w:type="dxa" w:w="1440"/>
          </w:tcPr>
          <w:p>
            <w:r>
              <w:t>[108]</w:t>
            </w:r>
          </w:p>
        </w:tc>
      </w:tr>
      <w:tr>
        <w:tc>
          <w:tcPr>
            <w:tcW w:type="dxa" w:w="1440"/>
          </w:tcPr>
          <w:p>
            <w:r>
              <w:t>Summarize within: Fields</w:t>
            </w:r>
          </w:p>
        </w:tc>
        <w:tc>
          <w:tcPr>
            <w:tcW w:type="dxa" w:w="1440"/>
          </w:tcPr>
          <w:p>
            <w:r>
              <w:t>layer, Polygon</w:t>
            </w:r>
          </w:p>
        </w:tc>
        <w:tc>
          <w:tcPr>
            <w:tcW w:type="dxa" w:w="1440"/>
          </w:tcPr>
          <w:p>
            <w:r>
              <w:t>60</w:t>
            </w:r>
          </w:p>
        </w:tc>
        <w:tc>
          <w:tcPr>
            <w:tcW w:type="dxa" w:w="1440"/>
          </w:tcPr>
          <w:p>
            <w:r/>
          </w:p>
        </w:tc>
        <w:tc>
          <w:tcPr>
            <w:tcW w:type="dxa" w:w="1440"/>
          </w:tcPr>
          <w:p>
            <w:r/>
          </w:p>
        </w:tc>
        <w:tc>
          <w:tcPr>
            <w:tcW w:type="dxa" w:w="1440"/>
          </w:tcPr>
          <w:p>
            <w:r>
              <w:t>[109]</w:t>
            </w:r>
          </w:p>
        </w:tc>
      </w:tr>
      <w:tr>
        <w:tc>
          <w:tcPr>
            <w:tcW w:type="dxa" w:w="1440"/>
          </w:tcPr>
          <w:p>
            <w:r>
              <w:t>Summarize within: Fields</w:t>
            </w:r>
          </w:p>
        </w:tc>
        <w:tc>
          <w:tcPr>
            <w:tcW w:type="dxa" w:w="1440"/>
          </w:tcPr>
          <w:p>
            <w:r>
              <w:t>layer, Polygon</w:t>
            </w:r>
          </w:p>
        </w:tc>
        <w:tc>
          <w:tcPr>
            <w:tcW w:type="dxa" w:w="1440"/>
          </w:tcPr>
          <w:p>
            <w:r>
              <w:t>60</w:t>
            </w:r>
          </w:p>
        </w:tc>
        <w:tc>
          <w:tcPr>
            <w:tcW w:type="dxa" w:w="1440"/>
          </w:tcPr>
          <w:p>
            <w:r/>
          </w:p>
        </w:tc>
        <w:tc>
          <w:tcPr>
            <w:tcW w:type="dxa" w:w="1440"/>
          </w:tcPr>
          <w:p>
            <w:r/>
          </w:p>
        </w:tc>
        <w:tc>
          <w:tcPr>
            <w:tcW w:type="dxa" w:w="1440"/>
          </w:tcPr>
          <w:p>
            <w:r>
              <w:t>[110]</w:t>
            </w:r>
          </w:p>
        </w:tc>
      </w:tr>
      <w:tr>
        <w:tc>
          <w:tcPr>
            <w:tcW w:type="dxa" w:w="1440"/>
          </w:tcPr>
          <w:p>
            <w:r>
              <w:t>Emerging hot spots: Pest scouting</w:t>
            </w:r>
          </w:p>
        </w:tc>
        <w:tc>
          <w:tcPr>
            <w:tcW w:type="dxa" w:w="1440"/>
          </w:tcPr>
          <w:p>
            <w:r>
              <w:t>layer, Polygon</w:t>
            </w:r>
          </w:p>
        </w:tc>
        <w:tc>
          <w:tcPr>
            <w:tcW w:type="dxa" w:w="1440"/>
          </w:tcPr>
          <w:p>
            <w:r>
              <w:t>48</w:t>
            </w:r>
          </w:p>
        </w:tc>
        <w:tc>
          <w:tcPr>
            <w:tcW w:type="dxa" w:w="1440"/>
          </w:tcPr>
          <w:p>
            <w:r/>
          </w:p>
        </w:tc>
        <w:tc>
          <w:tcPr>
            <w:tcW w:type="dxa" w:w="1440"/>
          </w:tcPr>
          <w:p>
            <w:r/>
          </w:p>
        </w:tc>
        <w:tc>
          <w:tcPr>
            <w:tcW w:type="dxa" w:w="1440"/>
          </w:tcPr>
          <w:p>
            <w:r>
              <w:t>[111]</w:t>
            </w:r>
          </w:p>
        </w:tc>
      </w:tr>
      <w:tr>
        <w:tc>
          <w:tcPr>
            <w:tcW w:type="dxa" w:w="1440"/>
          </w:tcPr>
          <w:p>
            <w:r>
              <w:t>Emerging hot spots: Soil samples</w:t>
            </w:r>
          </w:p>
        </w:tc>
        <w:tc>
          <w:tcPr>
            <w:tcW w:type="dxa" w:w="1440"/>
          </w:tcPr>
          <w:p>
            <w:r>
              <w:t>layer, Polygon</w:t>
            </w:r>
          </w:p>
        </w:tc>
        <w:tc>
          <w:tcPr>
            <w:tcW w:type="dxa" w:w="1440"/>
          </w:tcPr>
          <w:p>
            <w:r>
              <w:t>51</w:t>
            </w:r>
          </w:p>
        </w:tc>
        <w:tc>
          <w:tcPr>
            <w:tcW w:type="dxa" w:w="1440"/>
          </w:tcPr>
          <w:p>
            <w:r/>
          </w:p>
        </w:tc>
        <w:tc>
          <w:tcPr>
            <w:tcW w:type="dxa" w:w="1440"/>
          </w:tcPr>
          <w:p>
            <w:r/>
          </w:p>
        </w:tc>
        <w:tc>
          <w:tcPr>
            <w:tcW w:type="dxa" w:w="1440"/>
          </w:tcPr>
          <w:p>
            <w:r>
              <w:t>[112]</w:t>
            </w:r>
          </w:p>
        </w:tc>
      </w:tr>
      <w:tr>
        <w:tc>
          <w:tcPr>
            <w:tcW w:type="dxa" w:w="1440"/>
          </w:tcPr>
          <w:p>
            <w:r>
              <w:t>Repeat and near repeat classification: Pest scouting</w:t>
            </w:r>
          </w:p>
        </w:tc>
        <w:tc>
          <w:tcPr>
            <w:tcW w:type="dxa" w:w="1440"/>
          </w:tcPr>
          <w:p>
            <w:r>
              <w:t>layer, Point</w:t>
            </w:r>
          </w:p>
        </w:tc>
        <w:tc>
          <w:tcPr>
            <w:tcW w:type="dxa" w:w="1440"/>
          </w:tcPr>
          <w:p>
            <w:r>
              <w:t>520</w:t>
            </w:r>
          </w:p>
        </w:tc>
        <w:tc>
          <w:tcPr>
            <w:tcW w:type="dxa" w:w="1440"/>
          </w:tcPr>
          <w:p>
            <w:r/>
          </w:p>
        </w:tc>
        <w:tc>
          <w:tcPr>
            <w:tcW w:type="dxa" w:w="1440"/>
          </w:tcPr>
          <w:p>
            <w:r/>
          </w:p>
        </w:tc>
        <w:tc>
          <w:tcPr>
            <w:tcW w:type="dxa" w:w="1440"/>
          </w:tcPr>
          <w:p>
            <w:r>
              <w:t>[113]</w:t>
            </w:r>
          </w:p>
        </w:tc>
      </w:tr>
      <w:tr>
        <w:tc>
          <w:tcPr>
            <w:tcW w:type="dxa" w:w="1440"/>
          </w:tcPr>
          <w:p>
            <w:r>
              <w:t>NDVI change Satellite scene 2026-04-15 to Satellite scene 2026-08-15</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[114]</w:t>
            </w:r>
          </w:p>
        </w:tc>
      </w:tr>
      <w:tr>
        <w:tc>
          <w:tcPr>
            <w:tcW w:type="dxa" w:w="1440"/>
          </w:tcPr>
          <w:p>
            <w:r>
              <w:t>NDVI decrease / increase</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[115]</w:t>
            </w:r>
          </w:p>
        </w:tc>
      </w:tr>
      <w:tr>
        <w:tc>
          <w:tcPr>
            <w:tcW w:type="dxa" w:w="1440"/>
          </w:tcPr>
          <w:p>
            <w:r>
              <w:t>NDVI change polygons</w:t>
            </w:r>
          </w:p>
        </w:tc>
        <w:tc>
          <w:tcPr>
            <w:tcW w:type="dxa" w:w="1440"/>
          </w:tcPr>
          <w:p>
            <w:r>
              <w:t>layer, Polygon</w:t>
            </w:r>
          </w:p>
        </w:tc>
        <w:tc>
          <w:tcPr>
            <w:tcW w:type="dxa" w:w="1440"/>
          </w:tcPr>
          <w:p>
            <w:r>
              <w:t>175</w:t>
            </w:r>
          </w:p>
        </w:tc>
        <w:tc>
          <w:tcPr>
            <w:tcW w:type="dxa" w:w="1440"/>
          </w:tcPr>
          <w:p>
            <w:r/>
          </w:p>
        </w:tc>
        <w:tc>
          <w:tcPr>
            <w:tcW w:type="dxa" w:w="1440"/>
          </w:tcPr>
          <w:p>
            <w:r/>
          </w:p>
        </w:tc>
        <w:tc>
          <w:tcPr>
            <w:tcW w:type="dxa" w:w="1440"/>
          </w:tcPr>
          <w:p>
            <w:r>
              <w:t>[116]</w:t>
            </w:r>
          </w:p>
        </w:tc>
      </w:tr>
      <w:tr>
        <w:tc>
          <w:tcPr>
            <w:tcW w:type="dxa" w:w="1440"/>
          </w:tcPr>
          <w:p>
            <w:r>
              <w:t>Difference Satellite scene 2026-04-15 to Satellite scene 2026-08-15</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[117]</w:t>
            </w:r>
          </w:p>
        </w:tc>
      </w:tr>
      <w:tr>
        <w:tc>
          <w:tcPr>
            <w:tcW w:type="dxa" w:w="1440"/>
          </w:tcPr>
          <w:p>
            <w:r>
              <w:t>Hot spot analysis: Pest scouting</w:t>
            </w:r>
          </w:p>
        </w:tc>
        <w:tc>
          <w:tcPr>
            <w:tcW w:type="dxa" w:w="1440"/>
          </w:tcPr>
          <w:p>
            <w:r>
              <w:t>layer, Polygon</w:t>
            </w:r>
          </w:p>
        </w:tc>
        <w:tc>
          <w:tcPr>
            <w:tcW w:type="dxa" w:w="1440"/>
          </w:tcPr>
          <w:p>
            <w:r>
              <w:t>134</w:t>
            </w:r>
          </w:p>
        </w:tc>
        <w:tc>
          <w:tcPr>
            <w:tcW w:type="dxa" w:w="1440"/>
          </w:tcPr>
          <w:p>
            <w:r/>
          </w:p>
        </w:tc>
        <w:tc>
          <w:tcPr>
            <w:tcW w:type="dxa" w:w="1440"/>
          </w:tcPr>
          <w:p>
            <w:r/>
          </w:p>
        </w:tc>
        <w:tc>
          <w:tcPr>
            <w:tcW w:type="dxa" w:w="1440"/>
          </w:tcPr>
          <w:p>
            <w:r>
              <w:t>[118]</w:t>
            </w:r>
          </w:p>
        </w:tc>
      </w:tr>
      <w:tr>
        <w:tc>
          <w:tcPr>
            <w:tcW w:type="dxa" w:w="1440"/>
          </w:tcPr>
          <w:p>
            <w:r>
              <w:t>Hot spot analysis: Wells</w:t>
            </w:r>
          </w:p>
        </w:tc>
        <w:tc>
          <w:tcPr>
            <w:tcW w:type="dxa" w:w="1440"/>
          </w:tcPr>
          <w:p>
            <w:r>
              <w:t>layer, Polygon</w:t>
            </w:r>
          </w:p>
        </w:tc>
        <w:tc>
          <w:tcPr>
            <w:tcW w:type="dxa" w:w="1440"/>
          </w:tcPr>
          <w:p>
            <w:r>
              <w:t>13</w:t>
            </w:r>
          </w:p>
        </w:tc>
        <w:tc>
          <w:tcPr>
            <w:tcW w:type="dxa" w:w="1440"/>
          </w:tcPr>
          <w:p>
            <w:r/>
          </w:p>
        </w:tc>
        <w:tc>
          <w:tcPr>
            <w:tcW w:type="dxa" w:w="1440"/>
          </w:tcPr>
          <w:p>
            <w:r/>
          </w:p>
        </w:tc>
        <w:tc>
          <w:tcPr>
            <w:tcW w:type="dxa" w:w="1440"/>
          </w:tcPr>
          <w:p>
            <w:r>
              <w:t>[119]</w:t>
            </w:r>
          </w:p>
        </w:tc>
      </w:tr>
      <w:tr>
        <w:tc>
          <w:tcPr>
            <w:tcW w:type="dxa" w:w="1440"/>
          </w:tcPr>
          <w:p>
            <w:r>
              <w:t>Hot spot analysis: Soil samples</w:t>
            </w:r>
          </w:p>
        </w:tc>
        <w:tc>
          <w:tcPr>
            <w:tcW w:type="dxa" w:w="1440"/>
          </w:tcPr>
          <w:p>
            <w:r>
              <w:t>layer, Polygon</w:t>
            </w:r>
          </w:p>
        </w:tc>
        <w:tc>
          <w:tcPr>
            <w:tcW w:type="dxa" w:w="1440"/>
          </w:tcPr>
          <w:p>
            <w:r>
              <w:t>139</w:t>
            </w:r>
          </w:p>
        </w:tc>
        <w:tc>
          <w:tcPr>
            <w:tcW w:type="dxa" w:w="1440"/>
          </w:tcPr>
          <w:p>
            <w:r/>
          </w:p>
        </w:tc>
        <w:tc>
          <w:tcPr>
            <w:tcW w:type="dxa" w:w="1440"/>
          </w:tcPr>
          <w:p>
            <w:r/>
          </w:p>
        </w:tc>
        <w:tc>
          <w:tcPr>
            <w:tcW w:type="dxa" w:w="1440"/>
          </w:tcPr>
          <w:p>
            <w:r>
              <w:t>[120]</w:t>
            </w:r>
          </w:p>
        </w:tc>
      </w:tr>
      <w:tr>
        <w:tc>
          <w:tcPr>
            <w:tcW w:type="dxa" w:w="1440"/>
          </w:tcPr>
          <w:p>
            <w:r>
              <w:t>Calculate density: Pest scouting</w:t>
            </w:r>
          </w:p>
        </w:tc>
        <w:tc>
          <w:tcPr>
            <w:tcW w:type="dxa" w:w="1440"/>
          </w:tcPr>
          <w:p>
            <w:r>
              <w:t>layer, Polygon</w:t>
            </w:r>
          </w:p>
        </w:tc>
        <w:tc>
          <w:tcPr>
            <w:tcW w:type="dxa" w:w="1440"/>
          </w:tcPr>
          <w:p>
            <w:r>
              <w:t>937</w:t>
            </w:r>
          </w:p>
        </w:tc>
        <w:tc>
          <w:tcPr>
            <w:tcW w:type="dxa" w:w="1440"/>
          </w:tcPr>
          <w:p>
            <w:r/>
          </w:p>
        </w:tc>
        <w:tc>
          <w:tcPr>
            <w:tcW w:type="dxa" w:w="1440"/>
          </w:tcPr>
          <w:p>
            <w:r/>
          </w:p>
        </w:tc>
        <w:tc>
          <w:tcPr>
            <w:tcW w:type="dxa" w:w="1440"/>
          </w:tcPr>
          <w:p>
            <w:r>
              <w:t>[121]</w:t>
            </w:r>
          </w:p>
        </w:tc>
      </w:tr>
      <w:tr>
        <w:tc>
          <w:tcPr>
            <w:tcW w:type="dxa" w:w="1440"/>
          </w:tcPr>
          <w:p>
            <w:r>
              <w:t>Calculate density: Wells</w:t>
            </w:r>
          </w:p>
        </w:tc>
        <w:tc>
          <w:tcPr>
            <w:tcW w:type="dxa" w:w="1440"/>
          </w:tcPr>
          <w:p>
            <w:r>
              <w:t>layer, Polygon</w:t>
            </w:r>
          </w:p>
        </w:tc>
        <w:tc>
          <w:tcPr>
            <w:tcW w:type="dxa" w:w="1440"/>
          </w:tcPr>
          <w:p>
            <w:r>
              <w:t>75</w:t>
            </w:r>
          </w:p>
        </w:tc>
        <w:tc>
          <w:tcPr>
            <w:tcW w:type="dxa" w:w="1440"/>
          </w:tcPr>
          <w:p>
            <w:r/>
          </w:p>
        </w:tc>
        <w:tc>
          <w:tcPr>
            <w:tcW w:type="dxa" w:w="1440"/>
          </w:tcPr>
          <w:p>
            <w:r/>
          </w:p>
        </w:tc>
        <w:tc>
          <w:tcPr>
            <w:tcW w:type="dxa" w:w="1440"/>
          </w:tcPr>
          <w:p>
            <w:r>
              <w:t>[122]</w:t>
            </w:r>
          </w:p>
        </w:tc>
      </w:tr>
      <w:tr>
        <w:tc>
          <w:tcPr>
            <w:tcW w:type="dxa" w:w="1440"/>
          </w:tcPr>
          <w:p>
            <w:r>
              <w:t>Calculate density: Soil samples</w:t>
            </w:r>
          </w:p>
        </w:tc>
        <w:tc>
          <w:tcPr>
            <w:tcW w:type="dxa" w:w="1440"/>
          </w:tcPr>
          <w:p>
            <w:r>
              <w:t>layer, Polygon</w:t>
            </w:r>
          </w:p>
        </w:tc>
        <w:tc>
          <w:tcPr>
            <w:tcW w:type="dxa" w:w="1440"/>
          </w:tcPr>
          <w:p>
            <w:r>
              <w:t>953</w:t>
            </w:r>
          </w:p>
        </w:tc>
        <w:tc>
          <w:tcPr>
            <w:tcW w:type="dxa" w:w="1440"/>
          </w:tcPr>
          <w:p>
            <w:r/>
          </w:p>
        </w:tc>
        <w:tc>
          <w:tcPr>
            <w:tcW w:type="dxa" w:w="1440"/>
          </w:tcPr>
          <w:p>
            <w:r/>
          </w:p>
        </w:tc>
        <w:tc>
          <w:tcPr>
            <w:tcW w:type="dxa" w:w="1440"/>
          </w:tcPr>
          <w:p>
            <w:r>
              <w:t>[123]</w:t>
            </w:r>
          </w:p>
        </w:tc>
      </w:tr>
      <w:tr>
        <w:tc>
          <w:tcPr>
            <w:tcW w:type="dxa" w:w="1440"/>
          </w:tcPr>
          <w:p>
            <w:r>
              <w:t>Find point clusters: Pest scouting</w:t>
            </w:r>
          </w:p>
        </w:tc>
        <w:tc>
          <w:tcPr>
            <w:tcW w:type="dxa" w:w="1440"/>
          </w:tcPr>
          <w:p>
            <w:r>
              <w:t>layer, Point</w:t>
            </w:r>
          </w:p>
        </w:tc>
        <w:tc>
          <w:tcPr>
            <w:tcW w:type="dxa" w:w="1440"/>
          </w:tcPr>
          <w:p>
            <w:r>
              <w:t>520</w:t>
            </w:r>
          </w:p>
        </w:tc>
        <w:tc>
          <w:tcPr>
            <w:tcW w:type="dxa" w:w="1440"/>
          </w:tcPr>
          <w:p>
            <w:r/>
          </w:p>
        </w:tc>
        <w:tc>
          <w:tcPr>
            <w:tcW w:type="dxa" w:w="1440"/>
          </w:tcPr>
          <w:p>
            <w:r/>
          </w:p>
        </w:tc>
        <w:tc>
          <w:tcPr>
            <w:tcW w:type="dxa" w:w="1440"/>
          </w:tcPr>
          <w:p>
            <w:r>
              <w:t>[124]</w:t>
            </w:r>
          </w:p>
        </w:tc>
      </w:tr>
      <w:tr>
        <w:tc>
          <w:tcPr>
            <w:tcW w:type="dxa" w:w="1440"/>
          </w:tcPr>
          <w:p>
            <w:r>
              <w:t>Find point clusters: cluster hulls</w:t>
            </w:r>
          </w:p>
        </w:tc>
        <w:tc>
          <w:tcPr>
            <w:tcW w:type="dxa" w:w="1440"/>
          </w:tcPr>
          <w:p>
            <w:r>
              <w:t>layer, Polygon</w:t>
            </w:r>
          </w:p>
        </w:tc>
        <w:tc>
          <w:tcPr>
            <w:tcW w:type="dxa" w:w="1440"/>
          </w:tcPr>
          <w:p>
            <w:r>
              <w:t>4</w:t>
            </w:r>
          </w:p>
        </w:tc>
        <w:tc>
          <w:tcPr>
            <w:tcW w:type="dxa" w:w="1440"/>
          </w:tcPr>
          <w:p>
            <w:r/>
          </w:p>
        </w:tc>
        <w:tc>
          <w:tcPr>
            <w:tcW w:type="dxa" w:w="1440"/>
          </w:tcPr>
          <w:p>
            <w:r/>
          </w:p>
        </w:tc>
        <w:tc>
          <w:tcPr>
            <w:tcW w:type="dxa" w:w="1440"/>
          </w:tcPr>
          <w:p>
            <w:r>
              <w:t>[125]</w:t>
            </w:r>
          </w:p>
        </w:tc>
      </w:tr>
      <w:tr>
        <w:tc>
          <w:tcPr>
            <w:tcW w:type="dxa" w:w="1440"/>
          </w:tcPr>
          <w:p>
            <w:r>
              <w:t>Find point clusters: Wells</w:t>
            </w:r>
          </w:p>
        </w:tc>
        <w:tc>
          <w:tcPr>
            <w:tcW w:type="dxa" w:w="1440"/>
          </w:tcPr>
          <w:p>
            <w:r>
              <w:t>layer, Point</w:t>
            </w:r>
          </w:p>
        </w:tc>
        <w:tc>
          <w:tcPr>
            <w:tcW w:type="dxa" w:w="1440"/>
          </w:tcPr>
          <w:p>
            <w:r>
              <w:t>40</w:t>
            </w:r>
          </w:p>
        </w:tc>
        <w:tc>
          <w:tcPr>
            <w:tcW w:type="dxa" w:w="1440"/>
          </w:tcPr>
          <w:p>
            <w:r/>
          </w:p>
        </w:tc>
        <w:tc>
          <w:tcPr>
            <w:tcW w:type="dxa" w:w="1440"/>
          </w:tcPr>
          <w:p>
            <w:r/>
          </w:p>
        </w:tc>
        <w:tc>
          <w:tcPr>
            <w:tcW w:type="dxa" w:w="1440"/>
          </w:tcPr>
          <w:p>
            <w:r>
              <w:t>[126]</w:t>
            </w:r>
          </w:p>
        </w:tc>
      </w:tr>
      <w:tr>
        <w:tc>
          <w:tcPr>
            <w:tcW w:type="dxa" w:w="1440"/>
          </w:tcPr>
          <w:p>
            <w:r>
              <w:t>Find point clusters: cluster hulls</w:t>
            </w:r>
          </w:p>
        </w:tc>
        <w:tc>
          <w:tcPr>
            <w:tcW w:type="dxa" w:w="1440"/>
          </w:tcPr>
          <w:p>
            <w:r>
              <w:t>layer, Polygon</w:t>
            </w:r>
          </w:p>
        </w:tc>
        <w:tc>
          <w:tcPr>
            <w:tcW w:type="dxa" w:w="1440"/>
          </w:tcPr>
          <w:p>
            <w:r>
              <w:t>5</w:t>
            </w:r>
          </w:p>
        </w:tc>
        <w:tc>
          <w:tcPr>
            <w:tcW w:type="dxa" w:w="1440"/>
          </w:tcPr>
          <w:p>
            <w:r/>
          </w:p>
        </w:tc>
        <w:tc>
          <w:tcPr>
            <w:tcW w:type="dxa" w:w="1440"/>
          </w:tcPr>
          <w:p>
            <w:r/>
          </w:p>
        </w:tc>
        <w:tc>
          <w:tcPr>
            <w:tcW w:type="dxa" w:w="1440"/>
          </w:tcPr>
          <w:p>
            <w:r>
              <w:t>[127]</w:t>
            </w:r>
          </w:p>
        </w:tc>
      </w:tr>
      <w:tr>
        <w:tc>
          <w:tcPr>
            <w:tcW w:type="dxa" w:w="1440"/>
          </w:tcPr>
          <w:p>
            <w:r>
              <w:t>Find point clusters: Soil samples</w:t>
            </w:r>
          </w:p>
        </w:tc>
        <w:tc>
          <w:tcPr>
            <w:tcW w:type="dxa" w:w="1440"/>
          </w:tcPr>
          <w:p>
            <w:r>
              <w:t>layer, Point</w:t>
            </w:r>
          </w:p>
        </w:tc>
        <w:tc>
          <w:tcPr>
            <w:tcW w:type="dxa" w:w="1440"/>
          </w:tcPr>
          <w:p>
            <w:r>
              <w:t>600</w:t>
            </w:r>
          </w:p>
        </w:tc>
        <w:tc>
          <w:tcPr>
            <w:tcW w:type="dxa" w:w="1440"/>
          </w:tcPr>
          <w:p>
            <w:r/>
          </w:p>
        </w:tc>
        <w:tc>
          <w:tcPr>
            <w:tcW w:type="dxa" w:w="1440"/>
          </w:tcPr>
          <w:p>
            <w:r/>
          </w:p>
        </w:tc>
        <w:tc>
          <w:tcPr>
            <w:tcW w:type="dxa" w:w="1440"/>
          </w:tcPr>
          <w:p>
            <w:r>
              <w:t>[128]</w:t>
            </w:r>
          </w:p>
        </w:tc>
      </w:tr>
    </w:tbl>
    <w:p/>
    <w:p>
      <w:pPr>
        <w:pStyle w:val="Heading1"/>
      </w:pPr>
      <w:r>
        <w:t>Timeline</w:t>
      </w:r>
    </w:p>
    <w:p>
      <w:pPr>
        <w:jc w:val="center"/>
      </w:pPr>
      <w:r>
        <w:drawing>
          <wp:inline xmlns:a="http://schemas.openxmlformats.org/drawingml/2006/main" xmlns:pic="http://schemas.openxmlformats.org/drawingml/2006/picture">
            <wp:extent cx="5486400" cy="3895344"/>
            <wp:docPr id="1" name="Picture 1"/>
            <wp:cNvGraphicFramePr>
              <a:graphicFrameLocks noChangeAspect="1"/>
            </wp:cNvGraphicFramePr>
            <a:graphic>
              <a:graphicData uri="http://schemas.openxmlformats.org/drawingml/2006/picture">
                <pic:pic>
                  <pic:nvPicPr>
                    <pic:cNvPr id="0" name="067.jpg"/>
                    <pic:cNvPicPr/>
                  </pic:nvPicPr>
                  <pic:blipFill>
                    <a:blip r:embed="rId9"/>
                    <a:stretch>
                      <a:fillRect/>
                    </a:stretch>
                  </pic:blipFill>
                  <pic:spPr>
                    <a:xfrm>
                      <a:off x="0" y="0"/>
                      <a:ext cx="5486400" cy="3895344"/>
                    </a:xfrm>
                    <a:prstGeom prst="rect"/>
                  </pic:spPr>
                </pic:pic>
              </a:graphicData>
            </a:graphic>
          </wp:inline>
        </w:drawing>
      </w:r>
    </w:p>
    <w:p>
      <w:r>
        <w:rPr>
          <w:i/>
          <w:color w:val="525252"/>
          <w:sz w:val="17"/>
        </w:rPr>
        <w:t>Figure 1. Timeline: events per quarter by dataset [1]. Per quarter, 2021-01-01 to 2026-07-01. Source: Soil samples, Pest scouting, Yields by season, Field operations (1,692 features). The data is in the appendix.</w:t>
      </w:r>
    </w:p>
    <w:p>
      <w:r>
        <w:rPr>
          <w:i w:val="0"/>
        </w:rPr>
        <w:t>The timeline counts 1,692 dated events in Soil samples, Pest scouting, Yields by season and 1 more per quarter, from Q1 2021 to Q3 2026 [1][2][3][4][5]. By dataset: Soil samples 600; Pest scouting 520; Yields by season 300; Field operations 272 [1]. The trend is +12.2 events per quarter; the second half of the quarters has 1,512 against 180 in the first (+740.0%) [1]. 14 of the 23 quarters had no events [1].</w:t>
      </w:r>
    </w:p>
    <w:p>
      <w:r>
        <w:rPr>
          <w:b/>
        </w:rPr>
        <w:t>Busiest quarters</w:t>
      </w:r>
    </w:p>
    <w:p>
      <w:pPr>
        <w:pStyle w:val="ListBullet"/>
      </w:pPr>
      <w:r>
        <w:t>Q3 2026: 413 events [1]</w:t>
      </w:r>
    </w:p>
    <w:p>
      <w:pPr>
        <w:pStyle w:val="ListBullet"/>
      </w:pPr>
      <w:r>
        <w:t>Q4 2025: 392 events [1]</w:t>
      </w:r>
    </w:p>
    <w:p>
      <w:pPr>
        <w:pStyle w:val="ListBullet"/>
      </w:pPr>
      <w:r>
        <w:t>Q2 2026: 301 events [1]</w:t>
      </w:r>
    </w:p>
    <w:p>
      <w:r>
        <w:rPr>
          <w:b/>
        </w:rPr>
        <w:t>Quietest quarters with events</w:t>
      </w:r>
    </w:p>
    <w:p>
      <w:pPr>
        <w:pStyle w:val="ListBullet"/>
      </w:pPr>
      <w:r>
        <w:t>Q1 2021: 60 events [1]</w:t>
      </w:r>
    </w:p>
    <w:p>
      <w:pPr>
        <w:pStyle w:val="ListBullet"/>
      </w:pPr>
      <w:r>
        <w:t>Q1 2022: 60 events [1]</w:t>
      </w:r>
    </w:p>
    <w:p>
      <w:pPr>
        <w:pStyle w:val="ListBullet"/>
      </w:pPr>
      <w:r>
        <w:t>Q1 2023: 60 events [1]</w:t>
      </w:r>
    </w:p>
    <w:p>
      <w:pPr>
        <w:pStyle w:val="Heading1"/>
      </w:pPr>
      <w:r>
        <w:t>Summarize within</w:t>
      </w:r>
    </w:p>
    <w:p>
      <w:r>
        <w:rPr>
          <w:b/>
        </w:rPr>
        <w:t xml:space="preserve">What this analysis is. </w:t>
      </w:r>
      <w:r>
        <w:rPr>
          <w:i w:val="0"/>
        </w:rPr>
        <w:t>Summarize within: Count and aggregate the features inside each polygon (or bin), proportionally for lines and polygons [6]. In ArcGIS it is Summarize Within or Aggregate Points; in QGIS, native:countpointsinpolygon or native:sumlinelengths [6].</w:t>
      </w:r>
    </w:p>
    <w:p>
      <w:r>
        <w:rPr>
          <w:b/>
        </w:rPr>
        <w:t xml:space="preserve">Why it was run on this data. </w:t>
      </w:r>
      <w:r>
        <w:rPr>
          <w:i w:val="0"/>
        </w:rPr>
        <w:t>Count Weather stations inside each feature of Fields; the counts map as a choropleth (natural breaks, sequential colors) [7].</w:t>
      </w:r>
    </w:p>
    <w:p>
      <w:r>
        <w:rPr>
          <w:b/>
        </w:rPr>
        <w:t xml:space="preserve">What it found. </w:t>
      </w:r>
      <w:r>
        <w:rPr>
          <w:i w:val="0"/>
        </w:rPr>
        <w:t>Summarize within on Weather stations, Fields: Summarize within: 1 layer saved: Summarize within: Fields (60 features) [8][9][10]. It reported result, count 60; result, elapsed ms 2; billing, cost 0.01128; billing, list price 0.01128; billing, upstream cost 0 [8].</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60</w:t>
            </w:r>
          </w:p>
        </w:tc>
      </w:tr>
      <w:tr>
        <w:tc>
          <w:tcPr>
            <w:tcW w:type="dxa" w:w="4320"/>
          </w:tcPr>
          <w:p>
            <w:r>
              <w:t>result, elapsed ms</w:t>
            </w:r>
          </w:p>
        </w:tc>
        <w:tc>
          <w:tcPr>
            <w:tcW w:type="dxa" w:w="4320"/>
          </w:tcPr>
          <w:p>
            <w:r>
              <w:t>2</w:t>
            </w:r>
          </w:p>
        </w:tc>
      </w:tr>
      <w:tr>
        <w:tc>
          <w:tcPr>
            <w:tcW w:type="dxa" w:w="4320"/>
          </w:tcPr>
          <w:p>
            <w:r>
              <w:t>billing, cost</w:t>
            </w:r>
          </w:p>
        </w:tc>
        <w:tc>
          <w:tcPr>
            <w:tcW w:type="dxa" w:w="4320"/>
          </w:tcPr>
          <w:p>
            <w:r>
              <w:t>0.01128</w:t>
            </w:r>
          </w:p>
        </w:tc>
      </w:tr>
      <w:tr>
        <w:tc>
          <w:tcPr>
            <w:tcW w:type="dxa" w:w="4320"/>
          </w:tcPr>
          <w:p>
            <w:r>
              <w:t>billing, list price</w:t>
            </w:r>
          </w:p>
        </w:tc>
        <w:tc>
          <w:tcPr>
            <w:tcW w:type="dxa" w:w="4320"/>
          </w:tcPr>
          <w:p>
            <w:r>
              <w:t>0.01128</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Weather stations, Fields: Summarize within: 1 layer saved: Summarize within: Fields (60 features) [8][9][10].</w:t>
      </w:r>
    </w:p>
    <w:p>
      <w:pPr>
        <w:pStyle w:val="ListBullet"/>
      </w:pPr>
      <w:r>
        <w:rPr>
          <w:b/>
        </w:rPr>
        <w:t xml:space="preserve">Evidenced: </w:t>
      </w:r>
      <w:r>
        <w:t>It reported result, count 60; result, elapsed ms 2; billing, cost 0.01128; billing, list price 0.01128; billing, upstream cost 0 [8].</w:t>
      </w:r>
    </w:p>
    <w:p>
      <w:r>
        <w:rPr>
          <w:i/>
          <w:color w:val="525252"/>
          <w:sz w:val="17"/>
        </w:rPr>
        <w:t>Tool gp_summarize_within; parameters {"stats": [{"stat": "sum", "field": "elevation_m"}], "project": "c0ff746c-cbbb-48c5-a026-444453a7b463", "features": {"layer": "Weather stations (7a8242c6)"}, "polygons": {"layer": "Fields (a196eb79)"}}</w:t>
      </w:r>
    </w:p>
    <w:p>
      <w:pPr>
        <w:pStyle w:val="Heading1"/>
      </w:pPr>
      <w:r>
        <w:t>Summarize within</w:t>
      </w:r>
    </w:p>
    <w:p>
      <w:r>
        <w:rPr>
          <w:b/>
        </w:rPr>
        <w:t xml:space="preserve">What this analysis is. </w:t>
      </w:r>
      <w:r>
        <w:rPr>
          <w:i w:val="0"/>
        </w:rPr>
        <w:t>Summarize within: Count and aggregate the features inside each polygon (or bin), proportionally for lines and polygons [6]. In ArcGIS it is Summarize Within or Aggregate Points; in QGIS, native:countpointsinpolygon or native:sumlinelengths [6].</w:t>
      </w:r>
    </w:p>
    <w:p>
      <w:r>
        <w:rPr>
          <w:b/>
        </w:rPr>
        <w:t xml:space="preserve">Why it was run on this data. </w:t>
      </w:r>
      <w:r>
        <w:rPr>
          <w:i w:val="0"/>
        </w:rPr>
        <w:t>Count Weather stations inside each feature of Fields; the counts map as a choropleth (natural breaks, sequential colors) [7].</w:t>
      </w:r>
    </w:p>
    <w:p>
      <w:r>
        <w:rPr>
          <w:b/>
        </w:rPr>
        <w:t xml:space="preserve">What it found. </w:t>
      </w:r>
      <w:r>
        <w:rPr>
          <w:i w:val="0"/>
        </w:rPr>
        <w:t>Summarize within on Pest scouting, Fields: Summarize within: 1 layer saved: Summarize within: Fields (60 features) [10][11][12]. It reported result, count 60; result, elapsed ms 2; billing, cost 0.02162; billing, list price 0.02162; billing, upstream cost 0 [11].</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60</w:t>
            </w:r>
          </w:p>
        </w:tc>
      </w:tr>
      <w:tr>
        <w:tc>
          <w:tcPr>
            <w:tcW w:type="dxa" w:w="4320"/>
          </w:tcPr>
          <w:p>
            <w:r>
              <w:t>result, elapsed ms</w:t>
            </w:r>
          </w:p>
        </w:tc>
        <w:tc>
          <w:tcPr>
            <w:tcW w:type="dxa" w:w="4320"/>
          </w:tcPr>
          <w:p>
            <w:r>
              <w:t>2</w:t>
            </w:r>
          </w:p>
        </w:tc>
      </w:tr>
      <w:tr>
        <w:tc>
          <w:tcPr>
            <w:tcW w:type="dxa" w:w="4320"/>
          </w:tcPr>
          <w:p>
            <w:r>
              <w:t>billing, cost</w:t>
            </w:r>
          </w:p>
        </w:tc>
        <w:tc>
          <w:tcPr>
            <w:tcW w:type="dxa" w:w="4320"/>
          </w:tcPr>
          <w:p>
            <w:r>
              <w:t>0.02162</w:t>
            </w:r>
          </w:p>
        </w:tc>
      </w:tr>
      <w:tr>
        <w:tc>
          <w:tcPr>
            <w:tcW w:type="dxa" w:w="4320"/>
          </w:tcPr>
          <w:p>
            <w:r>
              <w:t>billing, list price</w:t>
            </w:r>
          </w:p>
        </w:tc>
        <w:tc>
          <w:tcPr>
            <w:tcW w:type="dxa" w:w="4320"/>
          </w:tcPr>
          <w:p>
            <w:r>
              <w:t>0.02162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Pest scouting, Fields: Summarize within: 1 layer saved: Summarize within: Fields (60 features) [10][11][12].</w:t>
      </w:r>
    </w:p>
    <w:p>
      <w:pPr>
        <w:pStyle w:val="ListBullet"/>
      </w:pPr>
      <w:r>
        <w:rPr>
          <w:b/>
        </w:rPr>
        <w:t xml:space="preserve">Evidenced: </w:t>
      </w:r>
      <w:r>
        <w:t>It reported result, count 60; result, elapsed ms 2; billing, cost 0.02162; billing, list price 0.02162; billing, upstream cost 0 [11].</w:t>
      </w:r>
    </w:p>
    <w:p>
      <w:r>
        <w:rPr>
          <w:i/>
          <w:color w:val="525252"/>
          <w:sz w:val="17"/>
        </w:rPr>
        <w:t>Tool gp_summarize_within; parameters {"stats": [{"stat": "sum", "field": "count_per_trap"}], "project": "c0ff746c-cbbb-48c5-a026-444453a7b463", "features": {"layer": "Pest scouting (815c2b2c)"}, "group_by": "pest", "polygons": {"layer": "Fields (a196eb79)"}}</w:t>
      </w:r>
    </w:p>
    <w:p>
      <w:pPr>
        <w:pStyle w:val="Heading1"/>
      </w:pPr>
      <w:r>
        <w:t>Summarize within</w:t>
      </w:r>
    </w:p>
    <w:p>
      <w:r>
        <w:rPr>
          <w:b/>
        </w:rPr>
        <w:t xml:space="preserve">What this analysis is. </w:t>
      </w:r>
      <w:r>
        <w:rPr>
          <w:i w:val="0"/>
        </w:rPr>
        <w:t>Summarize within: Count and aggregate the features inside each polygon (or bin), proportionally for lines and polygons [6]. In ArcGIS it is Summarize Within or Aggregate Points; in QGIS, native:countpointsinpolygon or native:sumlinelengths [6].</w:t>
      </w:r>
    </w:p>
    <w:p>
      <w:r>
        <w:rPr>
          <w:b/>
        </w:rPr>
        <w:t xml:space="preserve">Why it was run on this data. </w:t>
      </w:r>
      <w:r>
        <w:rPr>
          <w:i w:val="0"/>
        </w:rPr>
        <w:t>Count Weather stations inside each feature of Fields; the counts map as a choropleth (natural breaks, sequential colors) [7].</w:t>
      </w:r>
    </w:p>
    <w:p>
      <w:r>
        <w:rPr>
          <w:b/>
        </w:rPr>
        <w:t xml:space="preserve">What it found. </w:t>
      </w:r>
      <w:r>
        <w:rPr>
          <w:i w:val="0"/>
        </w:rPr>
        <w:t>Summarize within on Wells, Fields: Summarize within: 1 layer saved: Summarize within: Fields (60 features) [10][13][14]. It reported result, count 60; result, elapsed ms 1; billing, cost 0.01202; billing, list price 0.01202; billing, upstream cost 0 [13].</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60</w:t>
            </w:r>
          </w:p>
        </w:tc>
      </w:tr>
      <w:tr>
        <w:tc>
          <w:tcPr>
            <w:tcW w:type="dxa" w:w="4320"/>
          </w:tcPr>
          <w:p>
            <w:r>
              <w:t>result, elapsed ms</w:t>
            </w:r>
          </w:p>
        </w:tc>
        <w:tc>
          <w:tcPr>
            <w:tcW w:type="dxa" w:w="4320"/>
          </w:tcPr>
          <w:p>
            <w:r>
              <w:t>1</w:t>
            </w:r>
          </w:p>
        </w:tc>
      </w:tr>
      <w:tr>
        <w:tc>
          <w:tcPr>
            <w:tcW w:type="dxa" w:w="4320"/>
          </w:tcPr>
          <w:p>
            <w:r>
              <w:t>billing, cost</w:t>
            </w:r>
          </w:p>
        </w:tc>
        <w:tc>
          <w:tcPr>
            <w:tcW w:type="dxa" w:w="4320"/>
          </w:tcPr>
          <w:p>
            <w:r>
              <w:t>0.01202</w:t>
            </w:r>
          </w:p>
        </w:tc>
      </w:tr>
      <w:tr>
        <w:tc>
          <w:tcPr>
            <w:tcW w:type="dxa" w:w="4320"/>
          </w:tcPr>
          <w:p>
            <w:r>
              <w:t>billing, list price</w:t>
            </w:r>
          </w:p>
        </w:tc>
        <w:tc>
          <w:tcPr>
            <w:tcW w:type="dxa" w:w="4320"/>
          </w:tcPr>
          <w:p>
            <w:r>
              <w:t>0.01202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Wells, Fields: Summarize within: 1 layer saved: Summarize within: Fields (60 features) [10][13][14].</w:t>
      </w:r>
    </w:p>
    <w:p>
      <w:pPr>
        <w:pStyle w:val="ListBullet"/>
      </w:pPr>
      <w:r>
        <w:rPr>
          <w:b/>
        </w:rPr>
        <w:t xml:space="preserve">Evidenced: </w:t>
      </w:r>
      <w:r>
        <w:t>It reported result, count 60; result, elapsed ms 1; billing, cost 0.01202; billing, list price 0.01202; billing, upstream cost 0 [13].</w:t>
      </w:r>
    </w:p>
    <w:p>
      <w:r>
        <w:rPr>
          <w:i/>
          <w:color w:val="525252"/>
          <w:sz w:val="17"/>
        </w:rPr>
        <w:t>Tool gp_summarize_within; parameters {"stats": [{"stat": "sum", "field": "depth_ft"}], "project": "c0ff746c-cbbb-48c5-a026-444453a7b463", "features": {"layer": "Wells (15d08948)"}, "polygons": {"layer": "Fields (a196eb79)"}}</w:t>
      </w:r>
    </w:p>
    <w:p>
      <w:pPr>
        <w:pStyle w:val="Heading1"/>
      </w:pPr>
      <w:r>
        <w:t>Space time hot spots</w:t>
      </w:r>
    </w:p>
    <w:p>
      <w:r>
        <w:rPr>
          <w:b/>
        </w:rPr>
        <w:t xml:space="preserve">What this analysis is. </w:t>
      </w:r>
      <w:r>
        <w:rPr>
          <w:i w:val="0"/>
        </w:rPr>
        <w:t>Emerging hot spots: Where hot spots are new, consecutive, intensifying, persistent, diminishing, sporadic, oscillating or historical over time [15]. In ArcGIS it is Emerging Hot Spot Analysis or Create Space Time Cube [15].</w:t>
      </w:r>
    </w:p>
    <w:p>
      <w:r>
        <w:rPr>
          <w:b/>
        </w:rPr>
        <w:t xml:space="preserve">Why it was run on this data. </w:t>
      </w:r>
      <w:r>
        <w:rPr>
          <w:i w:val="0"/>
        </w:rPr>
        <w:t>Pest scouting carry dates in 'observed_at': emerging hot spot analysis finds new, intensifying and fading hot spots per week [16].</w:t>
      </w:r>
    </w:p>
    <w:p>
      <w:r>
        <w:rPr>
          <w:b/>
        </w:rPr>
        <w:t xml:space="preserve">What it found. </w:t>
      </w:r>
      <w:r>
        <w:rPr>
          <w:i w:val="0"/>
        </w:rPr>
        <w:t>The process began with the "Pest scouting" input [12]. Running the "gp_space_time_hot_spots" tool yielded a result containing 48 features [17]. This analysis required using 520 features and completed in 8 milliseconds [17]. The computational cost for this operation was 0.126 [17].</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48</w:t>
            </w:r>
          </w:p>
        </w:tc>
      </w:tr>
      <w:tr>
        <w:tc>
          <w:tcPr>
            <w:tcW w:type="dxa" w:w="4320"/>
          </w:tcPr>
          <w:p>
            <w:r>
              <w:t>result, elapsed ms</w:t>
            </w:r>
          </w:p>
        </w:tc>
        <w:tc>
          <w:tcPr>
            <w:tcW w:type="dxa" w:w="4320"/>
          </w:tcPr>
          <w:p>
            <w:r>
              <w:t>8</w:t>
            </w:r>
          </w:p>
        </w:tc>
      </w:tr>
      <w:tr>
        <w:tc>
          <w:tcPr>
            <w:tcW w:type="dxa" w:w="4320"/>
          </w:tcPr>
          <w:p>
            <w:r>
              <w:t>result, resolution</w:t>
            </w:r>
          </w:p>
        </w:tc>
        <w:tc>
          <w:tcPr>
            <w:tcW w:type="dxa" w:w="4320"/>
          </w:tcPr>
          <w:p>
            <w:r>
              <w:t>8</w:t>
            </w:r>
          </w:p>
        </w:tc>
      </w:tr>
      <w:tr>
        <w:tc>
          <w:tcPr>
            <w:tcW w:type="dxa" w:w="4320"/>
          </w:tcPr>
          <w:p>
            <w:r>
              <w:t>result, features used</w:t>
            </w:r>
          </w:p>
        </w:tc>
        <w:tc>
          <w:tcPr>
            <w:tcW w:type="dxa" w:w="4320"/>
          </w:tcPr>
          <w:p>
            <w:r>
              <w:t>520</w:t>
            </w:r>
          </w:p>
        </w:tc>
      </w:tr>
      <w:tr>
        <w:tc>
          <w:tcPr>
            <w:tcW w:type="dxa" w:w="4320"/>
          </w:tcPr>
          <w:p>
            <w:r>
              <w:t>result, time neighbors</w:t>
            </w:r>
          </w:p>
        </w:tc>
        <w:tc>
          <w:tcPr>
            <w:tcW w:type="dxa" w:w="4320"/>
          </w:tcPr>
          <w:p>
            <w:r>
              <w:t>0</w:t>
            </w:r>
          </w:p>
        </w:tc>
      </w:tr>
      <w:tr>
        <w:tc>
          <w:tcPr>
            <w:tcW w:type="dxa" w:w="4320"/>
          </w:tcPr>
          <w:p>
            <w:r>
              <w:t>billing, cost</w:t>
            </w:r>
          </w:p>
        </w:tc>
        <w:tc>
          <w:tcPr>
            <w:tcW w:type="dxa" w:w="4320"/>
          </w:tcPr>
          <w:p>
            <w:r>
              <w:t>0.126</w:t>
            </w:r>
          </w:p>
        </w:tc>
      </w:tr>
      <w:tr>
        <w:tc>
          <w:tcPr>
            <w:tcW w:type="dxa" w:w="4320"/>
          </w:tcPr>
          <w:p>
            <w:r>
              <w:t>billing, list price</w:t>
            </w:r>
          </w:p>
        </w:tc>
        <w:tc>
          <w:tcPr>
            <w:tcW w:type="dxa" w:w="4320"/>
          </w:tcPr>
          <w:p>
            <w:r>
              <w:t>0.126</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Space time hot spots on Pest scouting: Emerging hot spots: 1 layer saved: Emerging hot spots: Pest scouting (48 features) [12][17].</w:t>
      </w:r>
    </w:p>
    <w:p>
      <w:pPr>
        <w:pStyle w:val="ListBullet"/>
      </w:pPr>
      <w:r>
        <w:rPr>
          <w:b/>
        </w:rPr>
        <w:t xml:space="preserve">Evidenced: </w:t>
      </w:r>
      <w:r>
        <w:t>It reported result, count 48; result, elapsed ms 8; result, resolution 8; result, features used 520; result, time neighbors 0; billing, cost 0.126 [17].</w:t>
      </w:r>
    </w:p>
    <w:p>
      <w:r>
        <w:rPr>
          <w:i/>
          <w:color w:val="525252"/>
          <w:sz w:val="17"/>
        </w:rPr>
        <w:t>Tool gp_space_time_hot_spots; parameters {"project": "c0ff746c-cbbb-48c5-a026-444453a7b463", "features": {"layer": "Pest scouting (815c2b2c)"}, "interval": "week", "bin_shape": "h3", "resolution": 8, "time_field": "observed_at"}</w:t>
      </w:r>
    </w:p>
    <w:p>
      <w:pPr>
        <w:pStyle w:val="Heading1"/>
      </w:pPr>
      <w:r>
        <w:t>Space time hot spots</w:t>
      </w:r>
    </w:p>
    <w:p>
      <w:r>
        <w:rPr>
          <w:b/>
        </w:rPr>
        <w:t xml:space="preserve">What this analysis is. </w:t>
      </w:r>
      <w:r>
        <w:rPr>
          <w:i w:val="0"/>
        </w:rPr>
        <w:t>Emerging hot spots: Where hot spots are new, consecutive, intensifying, persistent, diminishing, sporadic, oscillating or historical over time [15]. In ArcGIS it is Emerging Hot Spot Analysis or Create Space Time Cube [15].</w:t>
      </w:r>
    </w:p>
    <w:p>
      <w:r>
        <w:rPr>
          <w:b/>
        </w:rPr>
        <w:t xml:space="preserve">Why it was run on this data. </w:t>
      </w:r>
      <w:r>
        <w:rPr>
          <w:i w:val="0"/>
        </w:rPr>
        <w:t>Soil samples carry dates in 'sampled_on': emerging hot spot analysis finds new, intensifying and fading hot spots per week [18].</w:t>
      </w:r>
    </w:p>
    <w:p>
      <w:r>
        <w:rPr>
          <w:b/>
        </w:rPr>
        <w:t xml:space="preserve">What it found. </w:t>
      </w:r>
      <w:r>
        <w:rPr>
          <w:i w:val="0"/>
        </w:rPr>
        <w:t>The analysis processed the Soil samples [20] and resulted in 51 emerging</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51</w:t>
            </w:r>
          </w:p>
        </w:tc>
      </w:tr>
      <w:tr>
        <w:tc>
          <w:tcPr>
            <w:tcW w:type="dxa" w:w="4320"/>
          </w:tcPr>
          <w:p>
            <w:r>
              <w:t>result, elapsed ms</w:t>
            </w:r>
          </w:p>
        </w:tc>
        <w:tc>
          <w:tcPr>
            <w:tcW w:type="dxa" w:w="4320"/>
          </w:tcPr>
          <w:p>
            <w:r>
              <w:t>8</w:t>
            </w:r>
          </w:p>
        </w:tc>
      </w:tr>
      <w:tr>
        <w:tc>
          <w:tcPr>
            <w:tcW w:type="dxa" w:w="4320"/>
          </w:tcPr>
          <w:p>
            <w:r>
              <w:t>result, resolution</w:t>
            </w:r>
          </w:p>
        </w:tc>
        <w:tc>
          <w:tcPr>
            <w:tcW w:type="dxa" w:w="4320"/>
          </w:tcPr>
          <w:p>
            <w:r>
              <w:t>8</w:t>
            </w:r>
          </w:p>
        </w:tc>
      </w:tr>
      <w:tr>
        <w:tc>
          <w:tcPr>
            <w:tcW w:type="dxa" w:w="4320"/>
          </w:tcPr>
          <w:p>
            <w:r>
              <w:t>result, features used</w:t>
            </w:r>
          </w:p>
        </w:tc>
        <w:tc>
          <w:tcPr>
            <w:tcW w:type="dxa" w:w="4320"/>
          </w:tcPr>
          <w:p>
            <w:r>
              <w:t>600</w:t>
            </w:r>
          </w:p>
        </w:tc>
      </w:tr>
      <w:tr>
        <w:tc>
          <w:tcPr>
            <w:tcW w:type="dxa" w:w="4320"/>
          </w:tcPr>
          <w:p>
            <w:r>
              <w:t>result, time neighbors</w:t>
            </w:r>
          </w:p>
        </w:tc>
        <w:tc>
          <w:tcPr>
            <w:tcW w:type="dxa" w:w="4320"/>
          </w:tcPr>
          <w:p>
            <w:r>
              <w:t>0</w:t>
            </w:r>
          </w:p>
        </w:tc>
      </w:tr>
      <w:tr>
        <w:tc>
          <w:tcPr>
            <w:tcW w:type="dxa" w:w="4320"/>
          </w:tcPr>
          <w:p>
            <w:r>
              <w:t>billing, cost</w:t>
            </w:r>
          </w:p>
        </w:tc>
        <w:tc>
          <w:tcPr>
            <w:tcW w:type="dxa" w:w="4320"/>
          </w:tcPr>
          <w:p>
            <w:r>
              <w:t>0.13</w:t>
            </w:r>
          </w:p>
        </w:tc>
      </w:tr>
      <w:tr>
        <w:tc>
          <w:tcPr>
            <w:tcW w:type="dxa" w:w="4320"/>
          </w:tcPr>
          <w:p>
            <w:r>
              <w:t>billing, list price</w:t>
            </w:r>
          </w:p>
        </w:tc>
        <w:tc>
          <w:tcPr>
            <w:tcW w:type="dxa" w:w="4320"/>
          </w:tcPr>
          <w:p>
            <w:r>
              <w:t>0.13</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Space time hot spots on Soil samples: Emerging hot spots: 1 layer saved: Emerging hot spots: Soil samples (51 features) [19][20].</w:t>
      </w:r>
    </w:p>
    <w:p>
      <w:pPr>
        <w:pStyle w:val="ListBullet"/>
      </w:pPr>
      <w:r>
        <w:rPr>
          <w:b/>
        </w:rPr>
        <w:t xml:space="preserve">Evidenced: </w:t>
      </w:r>
      <w:r>
        <w:t>It reported result, count 51; result, elapsed ms 8; result, resolution 8; result, features used 600; result, time neighbors 0; billing, cost 0.13 [19].</w:t>
      </w:r>
    </w:p>
    <w:p>
      <w:r>
        <w:rPr>
          <w:i/>
          <w:color w:val="525252"/>
          <w:sz w:val="17"/>
        </w:rPr>
        <w:t>Tool gp_space_time_hot_spots; parameters {"project": "c0ff746c-cbbb-48c5-a026-444453a7b463", "features": {"layer": "Soil samples (caf67b23)"}, "interval": "week", "bin_shape": "h3", "resolution": 8, "time_field": "sampled_on"}</w:t>
      </w:r>
    </w:p>
    <w:p>
      <w:pPr>
        <w:pStyle w:val="Heading1"/>
      </w:pPr>
      <w:r>
        <w:t>Near repeat</w:t>
      </w:r>
    </w:p>
    <w:p>
      <w:r>
        <w:rPr>
          <w:b/>
        </w:rPr>
        <w:t xml:space="preserve">What this analysis is. </w:t>
      </w:r>
      <w:r>
        <w:rPr>
          <w:i w:val="0"/>
        </w:rPr>
        <w:t>Repeat and near repeat classification: Classify incidents as originators, repeats (same place) or near repeats within a distance and time window, with a Knox test table [21]. In ArcGIS it is Repeat and Near Repeat Classification or Near Repeat Calculator [21].</w:t>
      </w:r>
    </w:p>
    <w:p>
      <w:r>
        <w:rPr>
          <w:b/>
        </w:rPr>
        <w:t xml:space="preserve">Why it was run on this data. </w:t>
      </w:r>
      <w:r>
        <w:rPr>
          <w:i w:val="0"/>
        </w:rPr>
        <w:t>Near repeat analysis tests whether Pest scouting close in space also follow each other within 17 days [22].</w:t>
      </w:r>
    </w:p>
    <w:p>
      <w:r>
        <w:rPr>
          <w:b/>
        </w:rPr>
        <w:t xml:space="preserve">What it found. </w:t>
      </w:r>
      <w:r>
        <w:rPr>
          <w:i w:val="0"/>
        </w:rPr>
        <w:t>Near repeat on Pest scouting: Repeat and near repeat classification: 1 layer saved: Repeat and near repeat classification: Pest scouting (520 features) [12][23]. It reported result, days 17; result, count 520; result, chains 48; result, distance m 200; result, elapsed ms 11; result, pairs linked 529 [23].</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days</w:t>
            </w:r>
          </w:p>
        </w:tc>
        <w:tc>
          <w:tcPr>
            <w:tcW w:type="dxa" w:w="4320"/>
          </w:tcPr>
          <w:p>
            <w:r>
              <w:t>17</w:t>
            </w:r>
          </w:p>
        </w:tc>
      </w:tr>
      <w:tr>
        <w:tc>
          <w:tcPr>
            <w:tcW w:type="dxa" w:w="4320"/>
          </w:tcPr>
          <w:p>
            <w:r>
              <w:t>result, count</w:t>
            </w:r>
          </w:p>
        </w:tc>
        <w:tc>
          <w:tcPr>
            <w:tcW w:type="dxa" w:w="4320"/>
          </w:tcPr>
          <w:p>
            <w:r>
              <w:t>520</w:t>
            </w:r>
          </w:p>
        </w:tc>
      </w:tr>
      <w:tr>
        <w:tc>
          <w:tcPr>
            <w:tcW w:type="dxa" w:w="4320"/>
          </w:tcPr>
          <w:p>
            <w:r>
              <w:t>result, chains</w:t>
            </w:r>
          </w:p>
        </w:tc>
        <w:tc>
          <w:tcPr>
            <w:tcW w:type="dxa" w:w="4320"/>
          </w:tcPr>
          <w:p>
            <w:r>
              <w:t>48</w:t>
            </w:r>
          </w:p>
        </w:tc>
      </w:tr>
      <w:tr>
        <w:tc>
          <w:tcPr>
            <w:tcW w:type="dxa" w:w="4320"/>
          </w:tcPr>
          <w:p>
            <w:r>
              <w:t>result, distance m</w:t>
            </w:r>
          </w:p>
        </w:tc>
        <w:tc>
          <w:tcPr>
            <w:tcW w:type="dxa" w:w="4320"/>
          </w:tcPr>
          <w:p>
            <w:r>
              <w:t>200</w:t>
            </w:r>
          </w:p>
        </w:tc>
      </w:tr>
      <w:tr>
        <w:tc>
          <w:tcPr>
            <w:tcW w:type="dxa" w:w="4320"/>
          </w:tcPr>
          <w:p>
            <w:r>
              <w:t>result, elapsed ms</w:t>
            </w:r>
          </w:p>
        </w:tc>
        <w:tc>
          <w:tcPr>
            <w:tcW w:type="dxa" w:w="4320"/>
          </w:tcPr>
          <w:p>
            <w:r>
              <w:t>11</w:t>
            </w:r>
          </w:p>
        </w:tc>
      </w:tr>
      <w:tr>
        <w:tc>
          <w:tcPr>
            <w:tcW w:type="dxa" w:w="4320"/>
          </w:tcPr>
          <w:p>
            <w:r>
              <w:t>result, pairs linked</w:t>
            </w:r>
          </w:p>
        </w:tc>
        <w:tc>
          <w:tcPr>
            <w:tcW w:type="dxa" w:w="4320"/>
          </w:tcPr>
          <w:p>
            <w:r>
              <w:t>529</w:t>
            </w:r>
          </w:p>
        </w:tc>
      </w:tr>
      <w:tr>
        <w:tc>
          <w:tcPr>
            <w:tcW w:type="dxa" w:w="4320"/>
          </w:tcPr>
          <w:p>
            <w:r>
              <w:t>billing, cost</w:t>
            </w:r>
          </w:p>
        </w:tc>
        <w:tc>
          <w:tcPr>
            <w:tcW w:type="dxa" w:w="4320"/>
          </w:tcPr>
          <w:p>
            <w:r>
              <w:t>0.0656</w:t>
            </w:r>
          </w:p>
        </w:tc>
      </w:tr>
      <w:tr>
        <w:tc>
          <w:tcPr>
            <w:tcW w:type="dxa" w:w="4320"/>
          </w:tcPr>
          <w:p>
            <w:r>
              <w:t>billing, list price</w:t>
            </w:r>
          </w:p>
        </w:tc>
        <w:tc>
          <w:tcPr>
            <w:tcW w:type="dxa" w:w="4320"/>
          </w:tcPr>
          <w:p>
            <w:r>
              <w:t>0.0656</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Near repeat on Pest scouting: Repeat and near repeat classification: 1 layer saved: Repeat and near repeat classification: Pest scouting (520 features) [12][23].</w:t>
      </w:r>
    </w:p>
    <w:p>
      <w:pPr>
        <w:pStyle w:val="ListBullet"/>
      </w:pPr>
      <w:r>
        <w:rPr>
          <w:b/>
        </w:rPr>
        <w:t xml:space="preserve">Evidenced: </w:t>
      </w:r>
      <w:r>
        <w:t>It reported result, days 17; result, count 520; result, chains 48; result, distance m 200; result, elapsed ms 11; result, pairs linked 529 [23].</w:t>
      </w:r>
    </w:p>
    <w:p>
      <w:r>
        <w:rPr>
          <w:i/>
          <w:color w:val="525252"/>
          <w:sz w:val="17"/>
        </w:rPr>
        <w:t>Tool gp_near_repeat; parameters {"days": 17, "project": "c0ff746c-cbbb-48c5-a026-444453a7b463", "features": {"layer": "Pest scouting (815c2b2c)"}, "distance_m": 200.0, "time_field": "observed_at"}</w:t>
      </w:r>
    </w:p>
    <w:p>
      <w:pPr>
        <w:pStyle w:val="Heading1"/>
      </w:pPr>
      <w:r>
        <w:t>Index change</w:t>
      </w:r>
    </w:p>
    <w:p>
      <w:r>
        <w:rPr>
          <w:b/>
        </w:rPr>
        <w:t xml:space="preserve">What this analysis is. </w:t>
      </w:r>
      <w:r>
        <w:rPr>
          <w:i w:val="0"/>
        </w:rPr>
        <w:t>Spectral index change: Change of a spectral index (NDVI, NDWI, NDBI, NBR …) or a band expression between two images: before, after and difference rasters, decrease / increase classes beyond the threshold with polygons and areas; NBR also gives dNBR with burn severity classes [24].</w:t>
      </w:r>
    </w:p>
    <w:p>
      <w:r>
        <w:rPr>
          <w:b/>
        </w:rPr>
        <w:t xml:space="preserve">Why it was run on this data. </w:t>
      </w:r>
      <w:r>
        <w:rPr>
          <w:i w:val="0"/>
        </w:rPr>
        <w:t>Index change between Satellite scene 2026-04-15 (2026-04-15) and Satellite scene 2026-08-15 (2026-08-15): the changed area, with the changed places as polygons [25].</w:t>
      </w:r>
    </w:p>
    <w:p>
      <w:r>
        <w:rPr>
          <w:b/>
        </w:rPr>
        <w:t xml:space="preserve">What it found. </w:t>
      </w:r>
      <w:r>
        <w:rPr>
          <w:i w:val="0"/>
        </w:rPr>
        <w:t>Index change: Spectral index change: created NDVI change Satellite scene 2026-04-15 to Satellite scene 2026-08-15 (300 x 250 cells, 20.00 m) [26]. plus 1 more raster layer(s) [26]. and layer NDVI change polygons with 175 feature(s) [26]. mean before 0.7068; mean after 0.5038; mean difference -0.203; decrease ha 1,053; increase ha 5.32 [26]. It reported stats, polygons 175; stats, mean after 0.5038; stats, decrease ha 1,053; stats, increase ha 5.32; stats, mean before 0.7068; stats, masked pixels 0 [26].</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stats, polygons</w:t>
            </w:r>
          </w:p>
        </w:tc>
        <w:tc>
          <w:tcPr>
            <w:tcW w:type="dxa" w:w="4320"/>
          </w:tcPr>
          <w:p>
            <w:r>
              <w:t>175</w:t>
            </w:r>
          </w:p>
        </w:tc>
      </w:tr>
      <w:tr>
        <w:tc>
          <w:tcPr>
            <w:tcW w:type="dxa" w:w="4320"/>
          </w:tcPr>
          <w:p>
            <w:r>
              <w:t>stats, mean after</w:t>
            </w:r>
          </w:p>
        </w:tc>
        <w:tc>
          <w:tcPr>
            <w:tcW w:type="dxa" w:w="4320"/>
          </w:tcPr>
          <w:p>
            <w:r>
              <w:t>0.5038</w:t>
            </w:r>
          </w:p>
        </w:tc>
      </w:tr>
      <w:tr>
        <w:tc>
          <w:tcPr>
            <w:tcW w:type="dxa" w:w="4320"/>
          </w:tcPr>
          <w:p>
            <w:r>
              <w:t>stats, decrease ha</w:t>
            </w:r>
          </w:p>
        </w:tc>
        <w:tc>
          <w:tcPr>
            <w:tcW w:type="dxa" w:w="4320"/>
          </w:tcPr>
          <w:p>
            <w:r>
              <w:t>1,053</w:t>
            </w:r>
          </w:p>
        </w:tc>
      </w:tr>
      <w:tr>
        <w:tc>
          <w:tcPr>
            <w:tcW w:type="dxa" w:w="4320"/>
          </w:tcPr>
          <w:p>
            <w:r>
              <w:t>stats, increase ha</w:t>
            </w:r>
          </w:p>
        </w:tc>
        <w:tc>
          <w:tcPr>
            <w:tcW w:type="dxa" w:w="4320"/>
          </w:tcPr>
          <w:p>
            <w:r>
              <w:t>5.32</w:t>
            </w:r>
          </w:p>
        </w:tc>
      </w:tr>
      <w:tr>
        <w:tc>
          <w:tcPr>
            <w:tcW w:type="dxa" w:w="4320"/>
          </w:tcPr>
          <w:p>
            <w:r>
              <w:t>stats, mean before</w:t>
            </w:r>
          </w:p>
        </w:tc>
        <w:tc>
          <w:tcPr>
            <w:tcW w:type="dxa" w:w="4320"/>
          </w:tcPr>
          <w:p>
            <w:r>
              <w:t>0.7068</w:t>
            </w:r>
          </w:p>
        </w:tc>
      </w:tr>
      <w:tr>
        <w:tc>
          <w:tcPr>
            <w:tcW w:type="dxa" w:w="4320"/>
          </w:tcPr>
          <w:p>
            <w:r>
              <w:t>stats, masked pixels</w:t>
            </w:r>
          </w:p>
        </w:tc>
        <w:tc>
          <w:tcPr>
            <w:tcW w:type="dxa" w:w="4320"/>
          </w:tcPr>
          <w:p>
            <w:r>
              <w:t>0</w:t>
            </w:r>
          </w:p>
        </w:tc>
      </w:tr>
      <w:tr>
        <w:tc>
          <w:tcPr>
            <w:tcW w:type="dxa" w:w="4320"/>
          </w:tcPr>
          <w:p>
            <w:r>
              <w:t>stats, mean difference</w:t>
            </w:r>
          </w:p>
        </w:tc>
        <w:tc>
          <w:tcPr>
            <w:tcW w:type="dxa" w:w="4320"/>
          </w:tcPr>
          <w:p>
            <w:r>
              <w:t>-0.203</w:t>
            </w:r>
          </w:p>
        </w:tc>
      </w:tr>
      <w:tr>
        <w:tc>
          <w:tcPr>
            <w:tcW w:type="dxa" w:w="4320"/>
          </w:tcPr>
          <w:p>
            <w:r>
              <w:t>elapsed ms</w:t>
            </w:r>
          </w:p>
        </w:tc>
        <w:tc>
          <w:tcPr>
            <w:tcW w:type="dxa" w:w="4320"/>
          </w:tcPr>
          <w:p>
            <w:r>
              <w:t>175</w:t>
            </w:r>
          </w:p>
        </w:tc>
      </w:tr>
    </w:tbl>
    <w:p/>
    <w:p>
      <w:r>
        <w:rPr>
          <w:b/>
        </w:rPr>
        <w:t>Findings</w:t>
      </w:r>
    </w:p>
    <w:p>
      <w:pPr>
        <w:pStyle w:val="ListBullet"/>
      </w:pPr>
      <w:r>
        <w:rPr>
          <w:b/>
        </w:rPr>
        <w:t xml:space="preserve">Evidenced: </w:t>
      </w:r>
      <w:r>
        <w:t>Index change: Spectral index change: created NDVI change Satellite scene 2026-04-15 to Satellite scene 2026-08-15 (300 x 250 cells, 20.00 m) [26].</w:t>
      </w:r>
    </w:p>
    <w:p>
      <w:pPr>
        <w:pStyle w:val="ListBullet"/>
      </w:pPr>
      <w:r>
        <w:rPr>
          <w:b/>
        </w:rPr>
        <w:t xml:space="preserve">Evidenced: </w:t>
      </w:r>
      <w:r>
        <w:t>plus 1 more raster layer(s) [26].</w:t>
      </w:r>
    </w:p>
    <w:p>
      <w:pPr>
        <w:pStyle w:val="ListBullet"/>
      </w:pPr>
      <w:r>
        <w:rPr>
          <w:b/>
        </w:rPr>
        <w:t xml:space="preserve">Evidenced: </w:t>
      </w:r>
      <w:r>
        <w:t>and layer NDVI change polygons with 175 feature(s) [26].</w:t>
      </w:r>
    </w:p>
    <w:p>
      <w:pPr>
        <w:pStyle w:val="ListBullet"/>
      </w:pPr>
      <w:r>
        <w:rPr>
          <w:b/>
        </w:rPr>
        <w:t xml:space="preserve">Evidenced: </w:t>
      </w:r>
      <w:r>
        <w:t>mean before 0.7068; mean after 0.5038; mean difference -0.203; decrease ha 1,053; increase ha 5.32 [26].</w:t>
      </w:r>
    </w:p>
    <w:p>
      <w:pPr>
        <w:pStyle w:val="ListBullet"/>
      </w:pPr>
      <w:r>
        <w:rPr>
          <w:b/>
        </w:rPr>
        <w:t xml:space="preserve">Evidenced: </w:t>
      </w:r>
      <w:r>
        <w:t>It reported stats, polygons 175; stats, mean after 0.5038; stats, decrease ha 1,053; stats, increase ha 5.32; stats, mean before 0.7068; stats, masked pixels 0 [26].</w:t>
      </w:r>
    </w:p>
    <w:p>
      <w:r>
        <w:rPr>
          <w:i/>
          <w:color w:val="525252"/>
          <w:sz w:val="17"/>
        </w:rPr>
        <w:t>Tool im_index_change; parameters {"after_id": "Satellite scene 2026-08-15 (34efa462)", "polygons": true, "before_id": "Satellite scene 2026-04-15 (6c1f22ed)"}</w:t>
      </w:r>
    </w:p>
    <w:p>
      <w:pPr>
        <w:pStyle w:val="Heading1"/>
      </w:pPr>
      <w:r>
        <w:t>Compute change raster</w:t>
      </w:r>
    </w:p>
    <w:p>
      <w:r>
        <w:rPr>
          <w:b/>
        </w:rPr>
        <w:t xml:space="preserve">What this analysis is. </w:t>
      </w:r>
      <w:r>
        <w:rPr>
          <w:i w:val="0"/>
        </w:rPr>
        <w:t>Compute change raster: Pixel value or spectral change between two co-registered images: difference, relative difference, absolute difference, log ratio (radar, dB), Euclidean spectral distance, spectral angle (radians) or the band with most change [27].</w:t>
      </w:r>
    </w:p>
    <w:p>
      <w:r>
        <w:rPr>
          <w:b/>
        </w:rPr>
        <w:t xml:space="preserve">Why it was run on this data. </w:t>
      </w:r>
      <w:r>
        <w:rPr>
          <w:i w:val="0"/>
        </w:rPr>
        <w:t>A change raster between Satellite scene 2026-04-15 (2026-04-15) and Satellite scene 2026-08-15 (2026-08-15): where and how much the pixels changed [28].</w:t>
      </w:r>
    </w:p>
    <w:p>
      <w:r>
        <w:rPr>
          <w:b/>
        </w:rPr>
        <w:t xml:space="preserve">What it found. </w:t>
      </w:r>
      <w:r>
        <w:rPr>
          <w:i w:val="0"/>
        </w:rPr>
        <w:t>Compute change raster: Compute change raster: created Difference Satellite scene 2026-04-15 to Satellite scene 2026-08-15 (300 x 250 cells, 20.00 m) [29]. mean 0.02217; std 0.03434; min -0.037; max 0.116; masked pixels 0 [29]. It reported stats, max 0.116; stats, min -0.037; stats, std 0.03434; stats, mean 0.02217; stats, masked pixels 0; elapsed ms 88 [29].</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stats, max</w:t>
            </w:r>
          </w:p>
        </w:tc>
        <w:tc>
          <w:tcPr>
            <w:tcW w:type="dxa" w:w="4320"/>
          </w:tcPr>
          <w:p>
            <w:r>
              <w:t>0.116</w:t>
            </w:r>
          </w:p>
        </w:tc>
      </w:tr>
      <w:tr>
        <w:tc>
          <w:tcPr>
            <w:tcW w:type="dxa" w:w="4320"/>
          </w:tcPr>
          <w:p>
            <w:r>
              <w:t>stats, min</w:t>
            </w:r>
          </w:p>
        </w:tc>
        <w:tc>
          <w:tcPr>
            <w:tcW w:type="dxa" w:w="4320"/>
          </w:tcPr>
          <w:p>
            <w:r>
              <w:t>-0.037</w:t>
            </w:r>
          </w:p>
        </w:tc>
      </w:tr>
      <w:tr>
        <w:tc>
          <w:tcPr>
            <w:tcW w:type="dxa" w:w="4320"/>
          </w:tcPr>
          <w:p>
            <w:r>
              <w:t>stats, std</w:t>
            </w:r>
          </w:p>
        </w:tc>
        <w:tc>
          <w:tcPr>
            <w:tcW w:type="dxa" w:w="4320"/>
          </w:tcPr>
          <w:p>
            <w:r>
              <w:t>0.03434</w:t>
            </w:r>
          </w:p>
        </w:tc>
      </w:tr>
      <w:tr>
        <w:tc>
          <w:tcPr>
            <w:tcW w:type="dxa" w:w="4320"/>
          </w:tcPr>
          <w:p>
            <w:r>
              <w:t>stats, mean</w:t>
            </w:r>
          </w:p>
        </w:tc>
        <w:tc>
          <w:tcPr>
            <w:tcW w:type="dxa" w:w="4320"/>
          </w:tcPr>
          <w:p>
            <w:r>
              <w:t>0.02217</w:t>
            </w:r>
          </w:p>
        </w:tc>
      </w:tr>
      <w:tr>
        <w:tc>
          <w:tcPr>
            <w:tcW w:type="dxa" w:w="4320"/>
          </w:tcPr>
          <w:p>
            <w:r>
              <w:t>stats, masked pixels</w:t>
            </w:r>
          </w:p>
        </w:tc>
        <w:tc>
          <w:tcPr>
            <w:tcW w:type="dxa" w:w="4320"/>
          </w:tcPr>
          <w:p>
            <w:r>
              <w:t>0</w:t>
            </w:r>
          </w:p>
        </w:tc>
      </w:tr>
      <w:tr>
        <w:tc>
          <w:tcPr>
            <w:tcW w:type="dxa" w:w="4320"/>
          </w:tcPr>
          <w:p>
            <w:r>
              <w:t>elapsed ms</w:t>
            </w:r>
          </w:p>
        </w:tc>
        <w:tc>
          <w:tcPr>
            <w:tcW w:type="dxa" w:w="4320"/>
          </w:tcPr>
          <w:p>
            <w:r>
              <w:t>88</w:t>
            </w:r>
          </w:p>
        </w:tc>
      </w:tr>
    </w:tbl>
    <w:p/>
    <w:p>
      <w:r>
        <w:rPr>
          <w:b/>
        </w:rPr>
        <w:t>Findings</w:t>
      </w:r>
    </w:p>
    <w:p>
      <w:pPr>
        <w:pStyle w:val="ListBullet"/>
      </w:pPr>
      <w:r>
        <w:rPr>
          <w:b/>
        </w:rPr>
        <w:t xml:space="preserve">Evidenced: </w:t>
      </w:r>
      <w:r>
        <w:t>Compute change raster: Compute change raster: created Difference Satellite scene 2026-04-15 to Satellite scene 2026-08-15 (300 x 250 cells, 20.00 m) [29].</w:t>
      </w:r>
    </w:p>
    <w:p>
      <w:pPr>
        <w:pStyle w:val="ListBullet"/>
      </w:pPr>
      <w:r>
        <w:rPr>
          <w:b/>
        </w:rPr>
        <w:t xml:space="preserve">Evidenced: </w:t>
      </w:r>
      <w:r>
        <w:t>mean 0.02217; std 0.03434; min -0.037; max 0.116; masked pixels 0 [29].</w:t>
      </w:r>
    </w:p>
    <w:p>
      <w:pPr>
        <w:pStyle w:val="ListBullet"/>
      </w:pPr>
      <w:r>
        <w:rPr>
          <w:b/>
        </w:rPr>
        <w:t xml:space="preserve">Evidenced: </w:t>
      </w:r>
      <w:r>
        <w:t>It reported stats, max 0.116; stats, min -0.037; stats, std 0.03434; stats, mean 0.02217; stats, masked pixels 0; elapsed ms 88 [29].</w:t>
      </w:r>
    </w:p>
    <w:p>
      <w:r>
        <w:rPr>
          <w:i/>
          <w:color w:val="525252"/>
          <w:sz w:val="17"/>
        </w:rPr>
        <w:t>Tool im_compute_change_raster; parameters {"after_id": "Satellite scene 2026-08-15 (34efa462)", "before_id": "Satellite scene 2026-04-15 (6c1f22ed)"}</w:t>
      </w:r>
    </w:p>
    <w:p>
      <w:pPr>
        <w:pStyle w:val="Heading1"/>
      </w:pPr>
      <w:r>
        <w:t>Hot spots</w:t>
      </w:r>
    </w:p>
    <w:p>
      <w:r>
        <w:rPr>
          <w:b/>
        </w:rPr>
        <w:t xml:space="preserve">What this analysis is. </w:t>
      </w:r>
      <w:r>
        <w:rPr>
          <w:i w:val="0"/>
        </w:rPr>
        <w:t>Hot spot analysis: Getis-Ord Gi* hot and cold spots with z-scores, p-values and confidence bins [30]. In ArcGIS it is Find Hot Spots or Hot Spot Analysis (Getis-Ord Gi*); in QGIS, qgis:hotspot (plugin) [30].</w:t>
      </w:r>
    </w:p>
    <w:p>
      <w:r>
        <w:rPr>
          <w:b/>
        </w:rPr>
        <w:t xml:space="preserve">Why it was run on this data. </w:t>
      </w:r>
      <w:r>
        <w:rPr>
          <w:i w:val="0"/>
        </w:rPr>
        <w:t>520 points: Getis-Ord Gi* tests whether the concentrations in Pest scouting are statistically significant [31].</w:t>
      </w:r>
    </w:p>
    <w:p>
      <w:r>
        <w:rPr>
          <w:b/>
        </w:rPr>
        <w:t xml:space="preserve">What it found. </w:t>
      </w:r>
      <w:r>
        <w:rPr>
          <w:i w:val="0"/>
        </w:rPr>
        <w:t>Hot spots on Pest scouting: Hot spot analysis: 1 layer saved: Hot spot analysis: Pest scouting (134 features) [12][32]. It reported result, bins 134; result, count 134; result, elapsed ms 10; result, cell size m 500; result, incidents used 520; result, distance band m 500 [32].</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bins</w:t>
            </w:r>
          </w:p>
        </w:tc>
        <w:tc>
          <w:tcPr>
            <w:tcW w:type="dxa" w:w="4320"/>
          </w:tcPr>
          <w:p>
            <w:r>
              <w:t>134</w:t>
            </w:r>
          </w:p>
        </w:tc>
      </w:tr>
      <w:tr>
        <w:tc>
          <w:tcPr>
            <w:tcW w:type="dxa" w:w="4320"/>
          </w:tcPr>
          <w:p>
            <w:r>
              <w:t>result, count</w:t>
            </w:r>
          </w:p>
        </w:tc>
        <w:tc>
          <w:tcPr>
            <w:tcW w:type="dxa" w:w="4320"/>
          </w:tcPr>
          <w:p>
            <w:r>
              <w:t>134</w:t>
            </w:r>
          </w:p>
        </w:tc>
      </w:tr>
      <w:tr>
        <w:tc>
          <w:tcPr>
            <w:tcW w:type="dxa" w:w="4320"/>
          </w:tcPr>
          <w:p>
            <w:r>
              <w:t>result, elapsed ms</w:t>
            </w:r>
          </w:p>
        </w:tc>
        <w:tc>
          <w:tcPr>
            <w:tcW w:type="dxa" w:w="4320"/>
          </w:tcPr>
          <w:p>
            <w:r>
              <w:t>10</w:t>
            </w:r>
          </w:p>
        </w:tc>
      </w:tr>
      <w:tr>
        <w:tc>
          <w:tcPr>
            <w:tcW w:type="dxa" w:w="4320"/>
          </w:tcPr>
          <w:p>
            <w:r>
              <w:t>result, cell size m</w:t>
            </w:r>
          </w:p>
        </w:tc>
        <w:tc>
          <w:tcPr>
            <w:tcW w:type="dxa" w:w="4320"/>
          </w:tcPr>
          <w:p>
            <w:r>
              <w:t>500</w:t>
            </w:r>
          </w:p>
        </w:tc>
      </w:tr>
      <w:tr>
        <w:tc>
          <w:tcPr>
            <w:tcW w:type="dxa" w:w="4320"/>
          </w:tcPr>
          <w:p>
            <w:r>
              <w:t>result, incidents used</w:t>
            </w:r>
          </w:p>
        </w:tc>
        <w:tc>
          <w:tcPr>
            <w:tcW w:type="dxa" w:w="4320"/>
          </w:tcPr>
          <w:p>
            <w:r>
              <w:t>520</w:t>
            </w:r>
          </w:p>
        </w:tc>
      </w:tr>
      <w:tr>
        <w:tc>
          <w:tcPr>
            <w:tcW w:type="dxa" w:w="4320"/>
          </w:tcPr>
          <w:p>
            <w:r>
              <w:t>result, distance band m</w:t>
            </w:r>
          </w:p>
        </w:tc>
        <w:tc>
          <w:tcPr>
            <w:tcW w:type="dxa" w:w="4320"/>
          </w:tcPr>
          <w:p>
            <w:r>
              <w:t>500</w:t>
            </w:r>
          </w:p>
        </w:tc>
      </w:tr>
      <w:tr>
        <w:tc>
          <w:tcPr>
            <w:tcW w:type="dxa" w:w="4320"/>
          </w:tcPr>
          <w:p>
            <w:r>
              <w:t>billing, cost</w:t>
            </w:r>
          </w:p>
        </w:tc>
        <w:tc>
          <w:tcPr>
            <w:tcW w:type="dxa" w:w="4320"/>
          </w:tcPr>
          <w:p>
            <w:r>
              <w:t>0.0604</w:t>
            </w:r>
          </w:p>
        </w:tc>
      </w:tr>
      <w:tr>
        <w:tc>
          <w:tcPr>
            <w:tcW w:type="dxa" w:w="4320"/>
          </w:tcPr>
          <w:p>
            <w:r>
              <w:t>billing, list price</w:t>
            </w:r>
          </w:p>
        </w:tc>
        <w:tc>
          <w:tcPr>
            <w:tcW w:type="dxa" w:w="4320"/>
          </w:tcPr>
          <w:p>
            <w:r>
              <w:t>0.0604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Hot spots on Pest scouting: Hot spot analysis: 1 layer saved: Hot spot analysis: Pest scouting (134 features) [12][32].</w:t>
      </w:r>
    </w:p>
    <w:p>
      <w:pPr>
        <w:pStyle w:val="ListBullet"/>
      </w:pPr>
      <w:r>
        <w:rPr>
          <w:b/>
        </w:rPr>
        <w:t xml:space="preserve">Evidenced: </w:t>
      </w:r>
      <w:r>
        <w:t>It reported result, bins 134; result, count 134; result, elapsed ms 10; result, cell size m 500; result, incidents used 520; result, distance band m 500 [32].</w:t>
      </w:r>
    </w:p>
    <w:p>
      <w:r>
        <w:rPr>
          <w:i/>
          <w:color w:val="525252"/>
          <w:sz w:val="17"/>
        </w:rPr>
        <w:t>A model draft was discarded because a sentence did not cite a source of this section.</w:t>
      </w:r>
    </w:p>
    <w:p>
      <w:r>
        <w:rPr>
          <w:i/>
          <w:color w:val="525252"/>
          <w:sz w:val="17"/>
        </w:rPr>
        <w:t>Tool gp_hot_spots; parameters {"project": "c0ff746c-cbbb-48c5-a026-444453a7b463", "features": {"layer": "Pest scouting (815c2b2c)"}, "aggregation": "hexagon", "cell_size_m": 500.0, "distance_band_m": 500.0}</w:t>
      </w:r>
    </w:p>
    <w:p>
      <w:pPr>
        <w:pStyle w:val="Heading1"/>
      </w:pPr>
      <w:r>
        <w:t>Hot spots</w:t>
      </w:r>
    </w:p>
    <w:p>
      <w:r>
        <w:rPr>
          <w:b/>
        </w:rPr>
        <w:t xml:space="preserve">What this analysis is. </w:t>
      </w:r>
      <w:r>
        <w:rPr>
          <w:i w:val="0"/>
        </w:rPr>
        <w:t>Hot spot analysis: Getis-Ord Gi* hot and cold spots with z-scores, p-values and confidence bins [30]. In ArcGIS it is Find Hot Spots or Hot Spot Analysis (Getis-Ord Gi*); in QGIS, qgis:hotspot (plugin) [30].</w:t>
      </w:r>
    </w:p>
    <w:p>
      <w:r>
        <w:rPr>
          <w:b/>
        </w:rPr>
        <w:t xml:space="preserve">Why it was run on this data. </w:t>
      </w:r>
      <w:r>
        <w:rPr>
          <w:i w:val="0"/>
        </w:rPr>
        <w:t>40 points: Getis-Ord Gi* tests whether the concentrations in Wells are statistically significant [33].</w:t>
      </w:r>
    </w:p>
    <w:p>
      <w:r>
        <w:rPr>
          <w:b/>
        </w:rPr>
        <w:t xml:space="preserve">What it found. </w:t>
      </w:r>
      <w:r>
        <w:rPr>
          <w:i w:val="0"/>
        </w:rPr>
        <w:t>The utilization of the Hot spot analysis tool (`gp_hot_spots`) processed the Wells data [14]. The analysis yielded a saved layer with 13 features [34]. Performance metrics showed that the analysis involved 13 bins, counted 13 results, and took 2 elapsed ms [34].</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bins</w:t>
            </w:r>
          </w:p>
        </w:tc>
        <w:tc>
          <w:tcPr>
            <w:tcW w:type="dxa" w:w="4320"/>
          </w:tcPr>
          <w:p>
            <w:r>
              <w:t>13</w:t>
            </w:r>
          </w:p>
        </w:tc>
      </w:tr>
      <w:tr>
        <w:tc>
          <w:tcPr>
            <w:tcW w:type="dxa" w:w="4320"/>
          </w:tcPr>
          <w:p>
            <w:r>
              <w:t>result, count</w:t>
            </w:r>
          </w:p>
        </w:tc>
        <w:tc>
          <w:tcPr>
            <w:tcW w:type="dxa" w:w="4320"/>
          </w:tcPr>
          <w:p>
            <w:r>
              <w:t>13</w:t>
            </w:r>
          </w:p>
        </w:tc>
      </w:tr>
      <w:tr>
        <w:tc>
          <w:tcPr>
            <w:tcW w:type="dxa" w:w="4320"/>
          </w:tcPr>
          <w:p>
            <w:r>
              <w:t>result, elapsed ms</w:t>
            </w:r>
          </w:p>
        </w:tc>
        <w:tc>
          <w:tcPr>
            <w:tcW w:type="dxa" w:w="4320"/>
          </w:tcPr>
          <w:p>
            <w:r>
              <w:t>2</w:t>
            </w:r>
          </w:p>
        </w:tc>
      </w:tr>
      <w:tr>
        <w:tc>
          <w:tcPr>
            <w:tcW w:type="dxa" w:w="4320"/>
          </w:tcPr>
          <w:p>
            <w:r>
              <w:t>result, cell size m</w:t>
            </w:r>
          </w:p>
        </w:tc>
        <w:tc>
          <w:tcPr>
            <w:tcW w:type="dxa" w:w="4320"/>
          </w:tcPr>
          <w:p>
            <w:r>
              <w:t>2,000</w:t>
            </w:r>
          </w:p>
        </w:tc>
      </w:tr>
      <w:tr>
        <w:tc>
          <w:tcPr>
            <w:tcW w:type="dxa" w:w="4320"/>
          </w:tcPr>
          <w:p>
            <w:r>
              <w:t>result, incidents used</w:t>
            </w:r>
          </w:p>
        </w:tc>
        <w:tc>
          <w:tcPr>
            <w:tcW w:type="dxa" w:w="4320"/>
          </w:tcPr>
          <w:p>
            <w:r>
              <w:t>40</w:t>
            </w:r>
          </w:p>
        </w:tc>
      </w:tr>
      <w:tr>
        <w:tc>
          <w:tcPr>
            <w:tcW w:type="dxa" w:w="4320"/>
          </w:tcPr>
          <w:p>
            <w:r>
              <w:t>result, distance band m</w:t>
            </w:r>
          </w:p>
        </w:tc>
        <w:tc>
          <w:tcPr>
            <w:tcW w:type="dxa" w:w="4320"/>
          </w:tcPr>
          <w:p>
            <w:r>
              <w:t>2,000</w:t>
            </w:r>
          </w:p>
        </w:tc>
      </w:tr>
      <w:tr>
        <w:tc>
          <w:tcPr>
            <w:tcW w:type="dxa" w:w="4320"/>
          </w:tcPr>
          <w:p>
            <w:r>
              <w:t>billing, cost</w:t>
            </w:r>
          </w:p>
        </w:tc>
        <w:tc>
          <w:tcPr>
            <w:tcW w:type="dxa" w:w="4320"/>
          </w:tcPr>
          <w:p>
            <w:r>
              <w:t>0.0508</w:t>
            </w:r>
          </w:p>
        </w:tc>
      </w:tr>
      <w:tr>
        <w:tc>
          <w:tcPr>
            <w:tcW w:type="dxa" w:w="4320"/>
          </w:tcPr>
          <w:p>
            <w:r>
              <w:t>billing, list price</w:t>
            </w:r>
          </w:p>
        </w:tc>
        <w:tc>
          <w:tcPr>
            <w:tcW w:type="dxa" w:w="4320"/>
          </w:tcPr>
          <w:p>
            <w:r>
              <w:t>0.0508</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Hot spots on Wells: Hot spot analysis: 1 layer saved: Hot spot analysis: Wells (13 features) [14][34].</w:t>
      </w:r>
    </w:p>
    <w:p>
      <w:pPr>
        <w:pStyle w:val="ListBullet"/>
      </w:pPr>
      <w:r>
        <w:rPr>
          <w:b/>
        </w:rPr>
        <w:t xml:space="preserve">Evidenced: </w:t>
      </w:r>
      <w:r>
        <w:t>It reported result, bins 13; result, count 13; result, elapsed ms 2; result, cell size m 2,000; result, incidents used 40; result, distance band m 2,000 [34].</w:t>
      </w:r>
    </w:p>
    <w:p>
      <w:r>
        <w:rPr>
          <w:i/>
          <w:color w:val="525252"/>
          <w:sz w:val="17"/>
        </w:rPr>
        <w:t>Tool gp_hot_spots; parameters {"project": "c0ff746c-cbbb-48c5-a026-444453a7b463", "features": {"layer": "Wells (15d08948)"}, "aggregation": "hexagon", "cell_size_m": 2000.0, "distance_band_m": 2000.0}</w:t>
      </w:r>
    </w:p>
    <w:p>
      <w:pPr>
        <w:pStyle w:val="Heading1"/>
      </w:pPr>
      <w:r>
        <w:t>Hot spots</w:t>
      </w:r>
    </w:p>
    <w:p>
      <w:r>
        <w:rPr>
          <w:b/>
        </w:rPr>
        <w:t xml:space="preserve">What this analysis is. </w:t>
      </w:r>
      <w:r>
        <w:rPr>
          <w:i w:val="0"/>
        </w:rPr>
        <w:t>Hot spot analysis: Getis-Ord Gi* hot and cold spots with z-scores, p-values and confidence bins [30]. In ArcGIS it is Find Hot Spots or Hot Spot Analysis (Getis-Ord Gi*); in QGIS, qgis:hotspot (plugin) [30].</w:t>
      </w:r>
    </w:p>
    <w:p>
      <w:r>
        <w:rPr>
          <w:b/>
        </w:rPr>
        <w:t xml:space="preserve">Why it was run on this data. </w:t>
      </w:r>
      <w:r>
        <w:rPr>
          <w:i w:val="0"/>
        </w:rPr>
        <w:t>600 points: Getis-Ord Gi* tests whether the concentrations in Soil samples are statistically significant [35].</w:t>
      </w:r>
    </w:p>
    <w:p>
      <w:r>
        <w:rPr>
          <w:b/>
        </w:rPr>
        <w:t xml:space="preserve">What it found. </w:t>
      </w:r>
      <w:r>
        <w:rPr>
          <w:i w:val="0"/>
        </w:rPr>
        <w:t>Hot spots on Soil samples: Hot spot analysis: 1 layer saved: Hot spot analysis: Soil samples (139 features) [20][36]. It reported result, bins 139; result, count 139; result, elapsed ms 10; result, cell size m 500; result, incidents used 600; result, distance band m 500 [36].</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bins</w:t>
            </w:r>
          </w:p>
        </w:tc>
        <w:tc>
          <w:tcPr>
            <w:tcW w:type="dxa" w:w="4320"/>
          </w:tcPr>
          <w:p>
            <w:r>
              <w:t>139</w:t>
            </w:r>
          </w:p>
        </w:tc>
      </w:tr>
      <w:tr>
        <w:tc>
          <w:tcPr>
            <w:tcW w:type="dxa" w:w="4320"/>
          </w:tcPr>
          <w:p>
            <w:r>
              <w:t>result, count</w:t>
            </w:r>
          </w:p>
        </w:tc>
        <w:tc>
          <w:tcPr>
            <w:tcW w:type="dxa" w:w="4320"/>
          </w:tcPr>
          <w:p>
            <w:r>
              <w:t>139</w:t>
            </w:r>
          </w:p>
        </w:tc>
      </w:tr>
      <w:tr>
        <w:tc>
          <w:tcPr>
            <w:tcW w:type="dxa" w:w="4320"/>
          </w:tcPr>
          <w:p>
            <w:r>
              <w:t>result, elapsed ms</w:t>
            </w:r>
          </w:p>
        </w:tc>
        <w:tc>
          <w:tcPr>
            <w:tcW w:type="dxa" w:w="4320"/>
          </w:tcPr>
          <w:p>
            <w:r>
              <w:t>10</w:t>
            </w:r>
          </w:p>
        </w:tc>
      </w:tr>
      <w:tr>
        <w:tc>
          <w:tcPr>
            <w:tcW w:type="dxa" w:w="4320"/>
          </w:tcPr>
          <w:p>
            <w:r>
              <w:t>result, cell size m</w:t>
            </w:r>
          </w:p>
        </w:tc>
        <w:tc>
          <w:tcPr>
            <w:tcW w:type="dxa" w:w="4320"/>
          </w:tcPr>
          <w:p>
            <w:r>
              <w:t>500</w:t>
            </w:r>
          </w:p>
        </w:tc>
      </w:tr>
      <w:tr>
        <w:tc>
          <w:tcPr>
            <w:tcW w:type="dxa" w:w="4320"/>
          </w:tcPr>
          <w:p>
            <w:r>
              <w:t>result, incidents used</w:t>
            </w:r>
          </w:p>
        </w:tc>
        <w:tc>
          <w:tcPr>
            <w:tcW w:type="dxa" w:w="4320"/>
          </w:tcPr>
          <w:p>
            <w:r>
              <w:t>600</w:t>
            </w:r>
          </w:p>
        </w:tc>
      </w:tr>
      <w:tr>
        <w:tc>
          <w:tcPr>
            <w:tcW w:type="dxa" w:w="4320"/>
          </w:tcPr>
          <w:p>
            <w:r>
              <w:t>result, distance band m</w:t>
            </w:r>
          </w:p>
        </w:tc>
        <w:tc>
          <w:tcPr>
            <w:tcW w:type="dxa" w:w="4320"/>
          </w:tcPr>
          <w:p>
            <w:r>
              <w:t>500</w:t>
            </w:r>
          </w:p>
        </w:tc>
      </w:tr>
      <w:tr>
        <w:tc>
          <w:tcPr>
            <w:tcW w:type="dxa" w:w="4320"/>
          </w:tcPr>
          <w:p>
            <w:r>
              <w:t>billing, cost</w:t>
            </w:r>
          </w:p>
        </w:tc>
        <w:tc>
          <w:tcPr>
            <w:tcW w:type="dxa" w:w="4320"/>
          </w:tcPr>
          <w:p>
            <w:r>
              <w:t>0.062</w:t>
            </w:r>
          </w:p>
        </w:tc>
      </w:tr>
      <w:tr>
        <w:tc>
          <w:tcPr>
            <w:tcW w:type="dxa" w:w="4320"/>
          </w:tcPr>
          <w:p>
            <w:r>
              <w:t>billing, list price</w:t>
            </w:r>
          </w:p>
        </w:tc>
        <w:tc>
          <w:tcPr>
            <w:tcW w:type="dxa" w:w="4320"/>
          </w:tcPr>
          <w:p>
            <w:r>
              <w:t>0.062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Hot spots on Soil samples: Hot spot analysis: 1 layer saved: Hot spot analysis: Soil samples (139 features) [20][36].</w:t>
      </w:r>
    </w:p>
    <w:p>
      <w:pPr>
        <w:pStyle w:val="ListBullet"/>
      </w:pPr>
      <w:r>
        <w:rPr>
          <w:b/>
        </w:rPr>
        <w:t xml:space="preserve">Evidenced: </w:t>
      </w:r>
      <w:r>
        <w:t>It reported result, bins 139; result, count 139; result, elapsed ms 10; result, cell size m 500; result, incidents used 600; result, distance band m 500 [36].</w:t>
      </w:r>
    </w:p>
    <w:p>
      <w:r>
        <w:rPr>
          <w:i/>
          <w:color w:val="525252"/>
          <w:sz w:val="17"/>
        </w:rPr>
        <w:t>Tool gp_hot_spots; parameters {"project": "c0ff746c-cbbb-48c5-a026-444453a7b463", "features": {"layer": "Soil samples (caf67b23)"}, "aggregation": "hexagon", "cell_size_m": 500.0, "distance_band_m": 500.0}</w:t>
      </w:r>
    </w:p>
    <w:p>
      <w:pPr>
        <w:pStyle w:val="Heading1"/>
      </w:pPr>
      <w:r>
        <w:t>Calculate density</w:t>
      </w:r>
    </w:p>
    <w:p>
      <w:r>
        <w:rPr>
          <w:b/>
        </w:rPr>
        <w:t xml:space="preserve">What this analysis is. </w:t>
      </w:r>
      <w:r>
        <w:rPr>
          <w:i w:val="0"/>
        </w:rPr>
        <w:t>Calculate density: Kernel density per square kilometer on a grid [37]. In ArcGIS it is Calculate Density or Kernel Density; in QGIS, native:heatmapkerneldensityestimation [37].</w:t>
      </w:r>
    </w:p>
    <w:p>
      <w:r>
        <w:rPr>
          <w:b/>
        </w:rPr>
        <w:t xml:space="preserve">Why it was run on this data. </w:t>
      </w:r>
      <w:r>
        <w:rPr>
          <w:i w:val="0"/>
        </w:rPr>
        <w:t>520 points in Pest scouting: a density surface shows where they concentrate [38].</w:t>
      </w:r>
    </w:p>
    <w:p>
      <w:r>
        <w:rPr>
          <w:b/>
        </w:rPr>
        <w:t xml:space="preserve">What it found. </w:t>
      </w:r>
      <w:r>
        <w:rPr>
          <w:i w:val="0"/>
        </w:rPr>
        <w:t>Calculate density on Pest scouting: Calculate density: 1 layer saved: Calculate density: Pest scouting (937 features) [12][39]. It reported result, count 937; result, elapsed ms 41; result, bandwidth m 500; result, cell size m 200; result, excluded null 0; result, max density per km2 111.6 [39].</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937</w:t>
            </w:r>
          </w:p>
        </w:tc>
      </w:tr>
      <w:tr>
        <w:tc>
          <w:tcPr>
            <w:tcW w:type="dxa" w:w="4320"/>
          </w:tcPr>
          <w:p>
            <w:r>
              <w:t>result, elapsed ms</w:t>
            </w:r>
          </w:p>
        </w:tc>
        <w:tc>
          <w:tcPr>
            <w:tcW w:type="dxa" w:w="4320"/>
          </w:tcPr>
          <w:p>
            <w:r>
              <w:t>41</w:t>
            </w:r>
          </w:p>
        </w:tc>
      </w:tr>
      <w:tr>
        <w:tc>
          <w:tcPr>
            <w:tcW w:type="dxa" w:w="4320"/>
          </w:tcPr>
          <w:p>
            <w:r>
              <w:t>result, bandwidth m</w:t>
            </w:r>
          </w:p>
        </w:tc>
        <w:tc>
          <w:tcPr>
            <w:tcW w:type="dxa" w:w="4320"/>
          </w:tcPr>
          <w:p>
            <w:r>
              <w:t>500</w:t>
            </w:r>
          </w:p>
        </w:tc>
      </w:tr>
      <w:tr>
        <w:tc>
          <w:tcPr>
            <w:tcW w:type="dxa" w:w="4320"/>
          </w:tcPr>
          <w:p>
            <w:r>
              <w:t>result, cell size m</w:t>
            </w:r>
          </w:p>
        </w:tc>
        <w:tc>
          <w:tcPr>
            <w:tcW w:type="dxa" w:w="4320"/>
          </w:tcPr>
          <w:p>
            <w:r>
              <w:t>200</w:t>
            </w:r>
          </w:p>
        </w:tc>
      </w:tr>
      <w:tr>
        <w:tc>
          <w:tcPr>
            <w:tcW w:type="dxa" w:w="4320"/>
          </w:tcPr>
          <w:p>
            <w:r>
              <w:t>result, excluded null</w:t>
            </w:r>
          </w:p>
        </w:tc>
        <w:tc>
          <w:tcPr>
            <w:tcW w:type="dxa" w:w="4320"/>
          </w:tcPr>
          <w:p>
            <w:r>
              <w:t>0</w:t>
            </w:r>
          </w:p>
        </w:tc>
      </w:tr>
      <w:tr>
        <w:tc>
          <w:tcPr>
            <w:tcW w:type="dxa" w:w="4320"/>
          </w:tcPr>
          <w:p>
            <w:r>
              <w:t>result, max density per km2</w:t>
            </w:r>
          </w:p>
        </w:tc>
        <w:tc>
          <w:tcPr>
            <w:tcW w:type="dxa" w:w="4320"/>
          </w:tcPr>
          <w:p>
            <w:r>
              <w:t>111.6</w:t>
            </w:r>
          </w:p>
        </w:tc>
      </w:tr>
      <w:tr>
        <w:tc>
          <w:tcPr>
            <w:tcW w:type="dxa" w:w="4320"/>
          </w:tcPr>
          <w:p>
            <w:r>
              <w:t>billing, cost</w:t>
            </w:r>
          </w:p>
        </w:tc>
        <w:tc>
          <w:tcPr>
            <w:tcW w:type="dxa" w:w="4320"/>
          </w:tcPr>
          <w:p>
            <w:r>
              <w:t>0.0604</w:t>
            </w:r>
          </w:p>
        </w:tc>
      </w:tr>
      <w:tr>
        <w:tc>
          <w:tcPr>
            <w:tcW w:type="dxa" w:w="4320"/>
          </w:tcPr>
          <w:p>
            <w:r>
              <w:t>billing, list price</w:t>
            </w:r>
          </w:p>
        </w:tc>
        <w:tc>
          <w:tcPr>
            <w:tcW w:type="dxa" w:w="4320"/>
          </w:tcPr>
          <w:p>
            <w:r>
              <w:t>0.0604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Calculate density on Pest scouting: Calculate density: 1 layer saved: Calculate density: Pest scouting (937 features) [12][39].</w:t>
      </w:r>
    </w:p>
    <w:p>
      <w:pPr>
        <w:pStyle w:val="ListBullet"/>
      </w:pPr>
      <w:r>
        <w:rPr>
          <w:b/>
        </w:rPr>
        <w:t xml:space="preserve">Evidenced: </w:t>
      </w:r>
      <w:r>
        <w:t>It reported result, count 937; result, elapsed ms 41; result, bandwidth m 500; result, cell size m 200; result, excluded null 0; result, max density per km2 111.6 [39].</w:t>
      </w:r>
    </w:p>
    <w:p>
      <w:r>
        <w:rPr>
          <w:i/>
          <w:color w:val="525252"/>
          <w:sz w:val="17"/>
        </w:rPr>
        <w:t>Tool gp_calculate_density; parameters {"kernel": "quartic", "project": "c0ff746c-cbbb-48c5-a026-444453a7b463", "features": {"layer": "Pest scouting (815c2b2c)"}, "bandwidth_m": 500.0, "cell_size_m": 200.0}</w:t>
      </w:r>
    </w:p>
    <w:p>
      <w:pPr>
        <w:pStyle w:val="Heading1"/>
      </w:pPr>
      <w:r>
        <w:t>Calculate density</w:t>
      </w:r>
    </w:p>
    <w:p>
      <w:r>
        <w:rPr>
          <w:b/>
        </w:rPr>
        <w:t xml:space="preserve">What this analysis is. </w:t>
      </w:r>
      <w:r>
        <w:rPr>
          <w:i w:val="0"/>
        </w:rPr>
        <w:t>Calculate density: Kernel density per square kilometer on a grid [37]. In ArcGIS it is Calculate Density or Kernel Density; in QGIS, native:heatmapkerneldensityestimation [37].</w:t>
      </w:r>
    </w:p>
    <w:p>
      <w:r>
        <w:rPr>
          <w:b/>
        </w:rPr>
        <w:t xml:space="preserve">Why it was run on this data. </w:t>
      </w:r>
      <w:r>
        <w:rPr>
          <w:i w:val="0"/>
        </w:rPr>
        <w:t>40 points in Wells: a density surface shows where they concentrate [40].</w:t>
      </w:r>
    </w:p>
    <w:p>
      <w:r>
        <w:rPr>
          <w:b/>
        </w:rPr>
        <w:t xml:space="preserve">What it found. </w:t>
      </w:r>
      <w:r>
        <w:rPr>
          <w:i w:val="0"/>
        </w:rPr>
        <w:t>Calculate density on Wells: Calculate density: 1 layer saved: Calculate density: Wells (75 features) [14][41]. It reported result, count 75; result, elapsed ms 3; result, bandwidth m 2,000; result, cell size m 1,000; result, excluded null 0; result, max density per km2 1.638 [41].</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75</w:t>
            </w:r>
          </w:p>
        </w:tc>
      </w:tr>
      <w:tr>
        <w:tc>
          <w:tcPr>
            <w:tcW w:type="dxa" w:w="4320"/>
          </w:tcPr>
          <w:p>
            <w:r>
              <w:t>result, elapsed ms</w:t>
            </w:r>
          </w:p>
        </w:tc>
        <w:tc>
          <w:tcPr>
            <w:tcW w:type="dxa" w:w="4320"/>
          </w:tcPr>
          <w:p>
            <w:r>
              <w:t>3</w:t>
            </w:r>
          </w:p>
        </w:tc>
      </w:tr>
      <w:tr>
        <w:tc>
          <w:tcPr>
            <w:tcW w:type="dxa" w:w="4320"/>
          </w:tcPr>
          <w:p>
            <w:r>
              <w:t>result, bandwidth m</w:t>
            </w:r>
          </w:p>
        </w:tc>
        <w:tc>
          <w:tcPr>
            <w:tcW w:type="dxa" w:w="4320"/>
          </w:tcPr>
          <w:p>
            <w:r>
              <w:t>2,000</w:t>
            </w:r>
          </w:p>
        </w:tc>
      </w:tr>
      <w:tr>
        <w:tc>
          <w:tcPr>
            <w:tcW w:type="dxa" w:w="4320"/>
          </w:tcPr>
          <w:p>
            <w:r>
              <w:t>result, cell size m</w:t>
            </w:r>
          </w:p>
        </w:tc>
        <w:tc>
          <w:tcPr>
            <w:tcW w:type="dxa" w:w="4320"/>
          </w:tcPr>
          <w:p>
            <w:r>
              <w:t>1,000</w:t>
            </w:r>
          </w:p>
        </w:tc>
      </w:tr>
      <w:tr>
        <w:tc>
          <w:tcPr>
            <w:tcW w:type="dxa" w:w="4320"/>
          </w:tcPr>
          <w:p>
            <w:r>
              <w:t>result, excluded null</w:t>
            </w:r>
          </w:p>
        </w:tc>
        <w:tc>
          <w:tcPr>
            <w:tcW w:type="dxa" w:w="4320"/>
          </w:tcPr>
          <w:p>
            <w:r>
              <w:t>0</w:t>
            </w:r>
          </w:p>
        </w:tc>
      </w:tr>
      <w:tr>
        <w:tc>
          <w:tcPr>
            <w:tcW w:type="dxa" w:w="4320"/>
          </w:tcPr>
          <w:p>
            <w:r>
              <w:t>result, max density per km2</w:t>
            </w:r>
          </w:p>
        </w:tc>
        <w:tc>
          <w:tcPr>
            <w:tcW w:type="dxa" w:w="4320"/>
          </w:tcPr>
          <w:p>
            <w:r>
              <w:t>1.638</w:t>
            </w:r>
          </w:p>
        </w:tc>
      </w:tr>
      <w:tr>
        <w:tc>
          <w:tcPr>
            <w:tcW w:type="dxa" w:w="4320"/>
          </w:tcPr>
          <w:p>
            <w:r>
              <w:t>billing, cost</w:t>
            </w:r>
          </w:p>
        </w:tc>
        <w:tc>
          <w:tcPr>
            <w:tcW w:type="dxa" w:w="4320"/>
          </w:tcPr>
          <w:p>
            <w:r>
              <w:t>0.0508</w:t>
            </w:r>
          </w:p>
        </w:tc>
      </w:tr>
      <w:tr>
        <w:tc>
          <w:tcPr>
            <w:tcW w:type="dxa" w:w="4320"/>
          </w:tcPr>
          <w:p>
            <w:r>
              <w:t>billing, list price</w:t>
            </w:r>
          </w:p>
        </w:tc>
        <w:tc>
          <w:tcPr>
            <w:tcW w:type="dxa" w:w="4320"/>
          </w:tcPr>
          <w:p>
            <w:r>
              <w:t>0.0508</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Calculate density on Wells: Calculate density: 1 layer saved: Calculate density: Wells (75 features) [14][41].</w:t>
      </w:r>
    </w:p>
    <w:p>
      <w:pPr>
        <w:pStyle w:val="ListBullet"/>
      </w:pPr>
      <w:r>
        <w:rPr>
          <w:b/>
        </w:rPr>
        <w:t xml:space="preserve">Evidenced: </w:t>
      </w:r>
      <w:r>
        <w:t>It reported result, count 75; result, elapsed ms 3; result, bandwidth m 2,000; result, cell size m 1,000; result, excluded null 0; result, max density per km2 1.638 [41].</w:t>
      </w:r>
    </w:p>
    <w:p>
      <w:r>
        <w:rPr>
          <w:i/>
          <w:color w:val="525252"/>
          <w:sz w:val="17"/>
        </w:rPr>
        <w:t>Tool gp_calculate_density; parameters {"kernel": "quartic", "project": "c0ff746c-cbbb-48c5-a026-444453a7b463", "features": {"layer": "Wells (15d08948)"}, "bandwidth_m": 2000.0, "cell_size_m": 1000.0}</w:t>
      </w:r>
    </w:p>
    <w:p>
      <w:pPr>
        <w:pStyle w:val="Heading1"/>
      </w:pPr>
      <w:r>
        <w:t>Calculate density</w:t>
      </w:r>
    </w:p>
    <w:p>
      <w:r>
        <w:rPr>
          <w:b/>
        </w:rPr>
        <w:t xml:space="preserve">What this analysis is. </w:t>
      </w:r>
      <w:r>
        <w:rPr>
          <w:i w:val="0"/>
        </w:rPr>
        <w:t>Calculate density: Kernel density per square kilometer on a grid [37]. In ArcGIS it is Calculate Density or Kernel Density; in QGIS, native:heatmapkerneldensityestimation [37].</w:t>
      </w:r>
    </w:p>
    <w:p>
      <w:r>
        <w:rPr>
          <w:b/>
        </w:rPr>
        <w:t xml:space="preserve">Why it was run on this data. </w:t>
      </w:r>
      <w:r>
        <w:rPr>
          <w:i w:val="0"/>
        </w:rPr>
        <w:t>600 points in Soil samples: a density surface shows where they concentrate [42].</w:t>
      </w:r>
    </w:p>
    <w:p>
      <w:r>
        <w:rPr>
          <w:b/>
        </w:rPr>
        <w:t xml:space="preserve">What it found. </w:t>
      </w:r>
      <w:r>
        <w:rPr>
          <w:i w:val="0"/>
        </w:rPr>
        <w:t>Calculate density on Soil samples: Calculate density: 1 layer saved: Calculate density: Soil samples (953 features) [20][43]. It reported result, count 953; result, elapsed ms 30; result, bandwidth m 500; result, cell size m 200; result, excluded null 0; result, max density per km2 46.63 [43].</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953</w:t>
            </w:r>
          </w:p>
        </w:tc>
      </w:tr>
      <w:tr>
        <w:tc>
          <w:tcPr>
            <w:tcW w:type="dxa" w:w="4320"/>
          </w:tcPr>
          <w:p>
            <w:r>
              <w:t>result, elapsed ms</w:t>
            </w:r>
          </w:p>
        </w:tc>
        <w:tc>
          <w:tcPr>
            <w:tcW w:type="dxa" w:w="4320"/>
          </w:tcPr>
          <w:p>
            <w:r>
              <w:t>30</w:t>
            </w:r>
          </w:p>
        </w:tc>
      </w:tr>
      <w:tr>
        <w:tc>
          <w:tcPr>
            <w:tcW w:type="dxa" w:w="4320"/>
          </w:tcPr>
          <w:p>
            <w:r>
              <w:t>result, bandwidth m</w:t>
            </w:r>
          </w:p>
        </w:tc>
        <w:tc>
          <w:tcPr>
            <w:tcW w:type="dxa" w:w="4320"/>
          </w:tcPr>
          <w:p>
            <w:r>
              <w:t>500</w:t>
            </w:r>
          </w:p>
        </w:tc>
      </w:tr>
      <w:tr>
        <w:tc>
          <w:tcPr>
            <w:tcW w:type="dxa" w:w="4320"/>
          </w:tcPr>
          <w:p>
            <w:r>
              <w:t>result, cell size m</w:t>
            </w:r>
          </w:p>
        </w:tc>
        <w:tc>
          <w:tcPr>
            <w:tcW w:type="dxa" w:w="4320"/>
          </w:tcPr>
          <w:p>
            <w:r>
              <w:t>200</w:t>
            </w:r>
          </w:p>
        </w:tc>
      </w:tr>
      <w:tr>
        <w:tc>
          <w:tcPr>
            <w:tcW w:type="dxa" w:w="4320"/>
          </w:tcPr>
          <w:p>
            <w:r>
              <w:t>result, excluded null</w:t>
            </w:r>
          </w:p>
        </w:tc>
        <w:tc>
          <w:tcPr>
            <w:tcW w:type="dxa" w:w="4320"/>
          </w:tcPr>
          <w:p>
            <w:r>
              <w:t>0</w:t>
            </w:r>
          </w:p>
        </w:tc>
      </w:tr>
      <w:tr>
        <w:tc>
          <w:tcPr>
            <w:tcW w:type="dxa" w:w="4320"/>
          </w:tcPr>
          <w:p>
            <w:r>
              <w:t>result, max density per km2</w:t>
            </w:r>
          </w:p>
        </w:tc>
        <w:tc>
          <w:tcPr>
            <w:tcW w:type="dxa" w:w="4320"/>
          </w:tcPr>
          <w:p>
            <w:r>
              <w:t>46.63</w:t>
            </w:r>
          </w:p>
        </w:tc>
      </w:tr>
      <w:tr>
        <w:tc>
          <w:tcPr>
            <w:tcW w:type="dxa" w:w="4320"/>
          </w:tcPr>
          <w:p>
            <w:r>
              <w:t>billing, cost</w:t>
            </w:r>
          </w:p>
        </w:tc>
        <w:tc>
          <w:tcPr>
            <w:tcW w:type="dxa" w:w="4320"/>
          </w:tcPr>
          <w:p>
            <w:r>
              <w:t>0.062</w:t>
            </w:r>
          </w:p>
        </w:tc>
      </w:tr>
      <w:tr>
        <w:tc>
          <w:tcPr>
            <w:tcW w:type="dxa" w:w="4320"/>
          </w:tcPr>
          <w:p>
            <w:r>
              <w:t>billing, list price</w:t>
            </w:r>
          </w:p>
        </w:tc>
        <w:tc>
          <w:tcPr>
            <w:tcW w:type="dxa" w:w="4320"/>
          </w:tcPr>
          <w:p>
            <w:r>
              <w:t>0.062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Calculate density on Soil samples: Calculate density: 1 layer saved: Calculate density: Soil samples (953 features) [20][43].</w:t>
      </w:r>
    </w:p>
    <w:p>
      <w:pPr>
        <w:pStyle w:val="ListBullet"/>
      </w:pPr>
      <w:r>
        <w:rPr>
          <w:b/>
        </w:rPr>
        <w:t xml:space="preserve">Evidenced: </w:t>
      </w:r>
      <w:r>
        <w:t>It reported result, count 953; result, elapsed ms 30; result, bandwidth m 500; result, cell size m 200; result, excluded null 0; result, max density per km2 46.63 [43].</w:t>
      </w:r>
    </w:p>
    <w:p>
      <w:r>
        <w:rPr>
          <w:i/>
          <w:color w:val="525252"/>
          <w:sz w:val="17"/>
        </w:rPr>
        <w:t>Tool gp_calculate_density; parameters {"kernel": "quartic", "project": "c0ff746c-cbbb-48c5-a026-444453a7b463", "features": {"layer": "Soil samples (caf67b23)"}, "bandwidth_m": 500.0, "cell_size_m": 200.0}</w:t>
      </w:r>
    </w:p>
    <w:p>
      <w:pPr>
        <w:pStyle w:val="Heading1"/>
      </w:pPr>
      <w:r>
        <w:t>Find point clusters</w:t>
      </w:r>
    </w:p>
    <w:p>
      <w:r>
        <w:rPr>
          <w:b/>
        </w:rPr>
        <w:t xml:space="preserve">What this analysis is. </w:t>
      </w:r>
      <w:r>
        <w:rPr>
          <w:i w:val="0"/>
        </w:rPr>
        <w:t>Find point clusters: Density-based clusters (DBSCAN, HDBSCAN or OPTICS, optionally space-time) with hulls and noise [44]. In ArcGIS it is Find Point Clusters or Density-based Clustering; in QGIS, native:dbscanclustering or native:stdbscanclustering [44].</w:t>
      </w:r>
    </w:p>
    <w:p>
      <w:r>
        <w:rPr>
          <w:b/>
        </w:rPr>
        <w:t xml:space="preserve">Why it was run on this data. </w:t>
      </w:r>
      <w:r>
        <w:rPr>
          <w:i w:val="0"/>
        </w:rPr>
        <w:t>DBSCAN finds dense groups of Pest scouting and separates noise [45].</w:t>
      </w:r>
    </w:p>
    <w:p>
      <w:r>
        <w:rPr>
          <w:b/>
        </w:rPr>
        <w:t xml:space="preserve">What it found. </w:t>
      </w:r>
      <w:r>
        <w:rPr>
          <w:i w:val="0"/>
        </w:rPr>
        <w:t>Find point clusters on Pest scouting: Find point clusters: 2 layers saved: Find point clusters: Pest scouting (520 features); Find point clusters: cluster hulls (4 features) [12][46]. It reported result, count 520; result, noise 113; result, distance m 500; result, elapsed ms 13; result, min points 13; billing, cost 0.0604 [46].</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520</w:t>
            </w:r>
          </w:p>
        </w:tc>
      </w:tr>
      <w:tr>
        <w:tc>
          <w:tcPr>
            <w:tcW w:type="dxa" w:w="4320"/>
          </w:tcPr>
          <w:p>
            <w:r>
              <w:t>result, noise</w:t>
            </w:r>
          </w:p>
        </w:tc>
        <w:tc>
          <w:tcPr>
            <w:tcW w:type="dxa" w:w="4320"/>
          </w:tcPr>
          <w:p>
            <w:r>
              <w:t>113</w:t>
            </w:r>
          </w:p>
        </w:tc>
      </w:tr>
      <w:tr>
        <w:tc>
          <w:tcPr>
            <w:tcW w:type="dxa" w:w="4320"/>
          </w:tcPr>
          <w:p>
            <w:r>
              <w:t>result, distance m</w:t>
            </w:r>
          </w:p>
        </w:tc>
        <w:tc>
          <w:tcPr>
            <w:tcW w:type="dxa" w:w="4320"/>
          </w:tcPr>
          <w:p>
            <w:r>
              <w:t>500</w:t>
            </w:r>
          </w:p>
        </w:tc>
      </w:tr>
      <w:tr>
        <w:tc>
          <w:tcPr>
            <w:tcW w:type="dxa" w:w="4320"/>
          </w:tcPr>
          <w:p>
            <w:r>
              <w:t>result, elapsed ms</w:t>
            </w:r>
          </w:p>
        </w:tc>
        <w:tc>
          <w:tcPr>
            <w:tcW w:type="dxa" w:w="4320"/>
          </w:tcPr>
          <w:p>
            <w:r>
              <w:t>13</w:t>
            </w:r>
          </w:p>
        </w:tc>
      </w:tr>
      <w:tr>
        <w:tc>
          <w:tcPr>
            <w:tcW w:type="dxa" w:w="4320"/>
          </w:tcPr>
          <w:p>
            <w:r>
              <w:t>result, min points</w:t>
            </w:r>
          </w:p>
        </w:tc>
        <w:tc>
          <w:tcPr>
            <w:tcW w:type="dxa" w:w="4320"/>
          </w:tcPr>
          <w:p>
            <w:r>
              <w:t>13</w:t>
            </w:r>
          </w:p>
        </w:tc>
      </w:tr>
      <w:tr>
        <w:tc>
          <w:tcPr>
            <w:tcW w:type="dxa" w:w="4320"/>
          </w:tcPr>
          <w:p>
            <w:r>
              <w:t>billing, cost</w:t>
            </w:r>
          </w:p>
        </w:tc>
        <w:tc>
          <w:tcPr>
            <w:tcW w:type="dxa" w:w="4320"/>
          </w:tcPr>
          <w:p>
            <w:r>
              <w:t>0.0604</w:t>
            </w:r>
          </w:p>
        </w:tc>
      </w:tr>
      <w:tr>
        <w:tc>
          <w:tcPr>
            <w:tcW w:type="dxa" w:w="4320"/>
          </w:tcPr>
          <w:p>
            <w:r>
              <w:t>billing, list price</w:t>
            </w:r>
          </w:p>
        </w:tc>
        <w:tc>
          <w:tcPr>
            <w:tcW w:type="dxa" w:w="4320"/>
          </w:tcPr>
          <w:p>
            <w:r>
              <w:t>0.0604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Find point clusters on Pest scouting: Find point clusters: 2 layers saved: Find point clusters: Pest scouting (520 features); Find point clusters: cluster hulls (4 features) [12][46].</w:t>
      </w:r>
    </w:p>
    <w:p>
      <w:pPr>
        <w:pStyle w:val="ListBullet"/>
      </w:pPr>
      <w:r>
        <w:rPr>
          <w:b/>
        </w:rPr>
        <w:t xml:space="preserve">Evidenced: </w:t>
      </w:r>
      <w:r>
        <w:t>It reported result, count 520; result, noise 113; result, distance m 500; result, elapsed ms 13; result, min points 13; billing, cost 0.0604 [46].</w:t>
      </w:r>
    </w:p>
    <w:p>
      <w:r>
        <w:rPr>
          <w:i/>
          <w:color w:val="525252"/>
          <w:sz w:val="17"/>
        </w:rPr>
        <w:t>Tool gp_find_point_clusters; parameters {"method": "dbscan", "project": "c0ff746c-cbbb-48c5-a026-444453a7b463", "features": {"layer": "Pest scouting (815c2b2c)"}, "distance_m": 500.0, "min_points": 13}</w:t>
      </w:r>
    </w:p>
    <w:p>
      <w:pPr>
        <w:pStyle w:val="Heading1"/>
      </w:pPr>
      <w:r>
        <w:t>Find point clusters</w:t>
      </w:r>
    </w:p>
    <w:p>
      <w:r>
        <w:rPr>
          <w:b/>
        </w:rPr>
        <w:t xml:space="preserve">What this analysis is. </w:t>
      </w:r>
      <w:r>
        <w:rPr>
          <w:i w:val="0"/>
        </w:rPr>
        <w:t>Find point clusters: Density-based clusters (DBSCAN, HDBSCAN or OPTICS, optionally space-time) with hulls and noise [44]. In ArcGIS it is Find Point Clusters or Density-based Clustering; in QGIS, native:dbscanclustering or native:stdbscanclustering [44].</w:t>
      </w:r>
    </w:p>
    <w:p>
      <w:r>
        <w:rPr>
          <w:b/>
        </w:rPr>
        <w:t xml:space="preserve">Why it was run on this data. </w:t>
      </w:r>
      <w:r>
        <w:rPr>
          <w:i w:val="0"/>
        </w:rPr>
        <w:t>DBSCAN finds dense groups of Wells and separates noise [47].</w:t>
      </w:r>
    </w:p>
    <w:p>
      <w:r>
        <w:rPr>
          <w:b/>
        </w:rPr>
        <w:t xml:space="preserve">What it found. </w:t>
      </w:r>
      <w:r>
        <w:rPr>
          <w:i w:val="0"/>
        </w:rPr>
        <w:t>Find point clusters on Wells: Find point clusters: 2 layers saved: Find point clusters: Wells (40 features); Find point clusters: cluster hulls (5 features) [14][48]. It reported result, count 40; result, noise 0; result, distance m 1,000; result, elapsed ms 3; result, min points 3; billing, cost 0.0508 [48].</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40</w:t>
            </w:r>
          </w:p>
        </w:tc>
      </w:tr>
      <w:tr>
        <w:tc>
          <w:tcPr>
            <w:tcW w:type="dxa" w:w="4320"/>
          </w:tcPr>
          <w:p>
            <w:r>
              <w:t>result, noise</w:t>
            </w:r>
          </w:p>
        </w:tc>
        <w:tc>
          <w:tcPr>
            <w:tcW w:type="dxa" w:w="4320"/>
          </w:tcPr>
          <w:p>
            <w:r>
              <w:t>0</w:t>
            </w:r>
          </w:p>
        </w:tc>
      </w:tr>
      <w:tr>
        <w:tc>
          <w:tcPr>
            <w:tcW w:type="dxa" w:w="4320"/>
          </w:tcPr>
          <w:p>
            <w:r>
              <w:t>result, distance m</w:t>
            </w:r>
          </w:p>
        </w:tc>
        <w:tc>
          <w:tcPr>
            <w:tcW w:type="dxa" w:w="4320"/>
          </w:tcPr>
          <w:p>
            <w:r>
              <w:t>1,000</w:t>
            </w:r>
          </w:p>
        </w:tc>
      </w:tr>
      <w:tr>
        <w:tc>
          <w:tcPr>
            <w:tcW w:type="dxa" w:w="4320"/>
          </w:tcPr>
          <w:p>
            <w:r>
              <w:t>result, elapsed ms</w:t>
            </w:r>
          </w:p>
        </w:tc>
        <w:tc>
          <w:tcPr>
            <w:tcW w:type="dxa" w:w="4320"/>
          </w:tcPr>
          <w:p>
            <w:r>
              <w:t>3</w:t>
            </w:r>
          </w:p>
        </w:tc>
      </w:tr>
      <w:tr>
        <w:tc>
          <w:tcPr>
            <w:tcW w:type="dxa" w:w="4320"/>
          </w:tcPr>
          <w:p>
            <w:r>
              <w:t>result, min points</w:t>
            </w:r>
          </w:p>
        </w:tc>
        <w:tc>
          <w:tcPr>
            <w:tcW w:type="dxa" w:w="4320"/>
          </w:tcPr>
          <w:p>
            <w:r>
              <w:t>3</w:t>
            </w:r>
          </w:p>
        </w:tc>
      </w:tr>
      <w:tr>
        <w:tc>
          <w:tcPr>
            <w:tcW w:type="dxa" w:w="4320"/>
          </w:tcPr>
          <w:p>
            <w:r>
              <w:t>billing, cost</w:t>
            </w:r>
          </w:p>
        </w:tc>
        <w:tc>
          <w:tcPr>
            <w:tcW w:type="dxa" w:w="4320"/>
          </w:tcPr>
          <w:p>
            <w:r>
              <w:t>0.0508</w:t>
            </w:r>
          </w:p>
        </w:tc>
      </w:tr>
      <w:tr>
        <w:tc>
          <w:tcPr>
            <w:tcW w:type="dxa" w:w="4320"/>
          </w:tcPr>
          <w:p>
            <w:r>
              <w:t>billing, list price</w:t>
            </w:r>
          </w:p>
        </w:tc>
        <w:tc>
          <w:tcPr>
            <w:tcW w:type="dxa" w:w="4320"/>
          </w:tcPr>
          <w:p>
            <w:r>
              <w:t>0.0508</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Find point clusters on Wells: Find point clusters: 2 layers saved: Find point clusters: Wells (40 features); Find point clusters: cluster hulls (5 features) [14][48].</w:t>
      </w:r>
    </w:p>
    <w:p>
      <w:pPr>
        <w:pStyle w:val="ListBullet"/>
      </w:pPr>
      <w:r>
        <w:rPr>
          <w:b/>
        </w:rPr>
        <w:t xml:space="preserve">Evidenced: </w:t>
      </w:r>
      <w:r>
        <w:t>It reported result, count 40; result, noise 0; result, distance m 1,000; result, elapsed ms 3; result, min points 3; billing, cost 0.0508 [48].</w:t>
      </w:r>
    </w:p>
    <w:p>
      <w:r>
        <w:rPr>
          <w:i/>
          <w:color w:val="525252"/>
          <w:sz w:val="17"/>
        </w:rPr>
        <w:t>Tool gp_find_point_clusters; parameters {"method": "dbscan", "project": "c0ff746c-cbbb-48c5-a026-444453a7b463", "features": {"layer": "Wells (15d08948)"}, "distance_m": 1000.0, "min_points": 3}</w:t>
      </w:r>
    </w:p>
    <w:p>
      <w:pPr>
        <w:pStyle w:val="Heading1"/>
      </w:pPr>
      <w:r>
        <w:t>Find point clusters</w:t>
      </w:r>
    </w:p>
    <w:p>
      <w:r>
        <w:rPr>
          <w:b/>
        </w:rPr>
        <w:t xml:space="preserve">What this analysis is. </w:t>
      </w:r>
      <w:r>
        <w:rPr>
          <w:i w:val="0"/>
        </w:rPr>
        <w:t>Find point clusters: Density-based clusters (DBSCAN, HDBSCAN or OPTICS, optionally space-time) with hulls and noise [44]. In ArcGIS it is Find Point Clusters or Density-based Clustering; in QGIS, native:dbscanclustering or native:stdbscanclustering [44].</w:t>
      </w:r>
    </w:p>
    <w:p>
      <w:r>
        <w:rPr>
          <w:b/>
        </w:rPr>
        <w:t xml:space="preserve">Why it was run on this data. </w:t>
      </w:r>
      <w:r>
        <w:rPr>
          <w:i w:val="0"/>
        </w:rPr>
        <w:t>DBSCAN finds dense groups of Soil samples and separates noise [49].</w:t>
      </w:r>
    </w:p>
    <w:p>
      <w:r>
        <w:rPr>
          <w:b/>
        </w:rPr>
        <w:t xml:space="preserve">What it found. </w:t>
      </w:r>
      <w:r>
        <w:rPr>
          <w:i w:val="0"/>
        </w:rPr>
        <w:t>Find point clusters on Soil samples: Find point clusters: 1 layer saved: Find point clusters: Soil samples (600 features) [20][50]. It reported result, count 600; result, noise 600; result, distance m 200; result, elapsed ms 9; result, min points 15; billing, cost 0.062 [50].</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600</w:t>
            </w:r>
          </w:p>
        </w:tc>
      </w:tr>
      <w:tr>
        <w:tc>
          <w:tcPr>
            <w:tcW w:type="dxa" w:w="4320"/>
          </w:tcPr>
          <w:p>
            <w:r>
              <w:t>result, noise</w:t>
            </w:r>
          </w:p>
        </w:tc>
        <w:tc>
          <w:tcPr>
            <w:tcW w:type="dxa" w:w="4320"/>
          </w:tcPr>
          <w:p>
            <w:r>
              <w:t>600</w:t>
            </w:r>
          </w:p>
        </w:tc>
      </w:tr>
      <w:tr>
        <w:tc>
          <w:tcPr>
            <w:tcW w:type="dxa" w:w="4320"/>
          </w:tcPr>
          <w:p>
            <w:r>
              <w:t>result, distance m</w:t>
            </w:r>
          </w:p>
        </w:tc>
        <w:tc>
          <w:tcPr>
            <w:tcW w:type="dxa" w:w="4320"/>
          </w:tcPr>
          <w:p>
            <w:r>
              <w:t>200</w:t>
            </w:r>
          </w:p>
        </w:tc>
      </w:tr>
      <w:tr>
        <w:tc>
          <w:tcPr>
            <w:tcW w:type="dxa" w:w="4320"/>
          </w:tcPr>
          <w:p>
            <w:r>
              <w:t>result, elapsed ms</w:t>
            </w:r>
          </w:p>
        </w:tc>
        <w:tc>
          <w:tcPr>
            <w:tcW w:type="dxa" w:w="4320"/>
          </w:tcPr>
          <w:p>
            <w:r>
              <w:t>9</w:t>
            </w:r>
          </w:p>
        </w:tc>
      </w:tr>
      <w:tr>
        <w:tc>
          <w:tcPr>
            <w:tcW w:type="dxa" w:w="4320"/>
          </w:tcPr>
          <w:p>
            <w:r>
              <w:t>result, min points</w:t>
            </w:r>
          </w:p>
        </w:tc>
        <w:tc>
          <w:tcPr>
            <w:tcW w:type="dxa" w:w="4320"/>
          </w:tcPr>
          <w:p>
            <w:r>
              <w:t>15</w:t>
            </w:r>
          </w:p>
        </w:tc>
      </w:tr>
      <w:tr>
        <w:tc>
          <w:tcPr>
            <w:tcW w:type="dxa" w:w="4320"/>
          </w:tcPr>
          <w:p>
            <w:r>
              <w:t>billing, cost</w:t>
            </w:r>
          </w:p>
        </w:tc>
        <w:tc>
          <w:tcPr>
            <w:tcW w:type="dxa" w:w="4320"/>
          </w:tcPr>
          <w:p>
            <w:r>
              <w:t>0.062</w:t>
            </w:r>
          </w:p>
        </w:tc>
      </w:tr>
      <w:tr>
        <w:tc>
          <w:tcPr>
            <w:tcW w:type="dxa" w:w="4320"/>
          </w:tcPr>
          <w:p>
            <w:r>
              <w:t>billing, list price</w:t>
            </w:r>
          </w:p>
        </w:tc>
        <w:tc>
          <w:tcPr>
            <w:tcW w:type="dxa" w:w="4320"/>
          </w:tcPr>
          <w:p>
            <w:r>
              <w:t>0.062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Find point clusters on Soil samples: Find point clusters: 1 layer saved: Find point clusters: Soil samples (600 features) [20][50].</w:t>
      </w:r>
    </w:p>
    <w:p>
      <w:pPr>
        <w:pStyle w:val="ListBullet"/>
      </w:pPr>
      <w:r>
        <w:rPr>
          <w:b/>
        </w:rPr>
        <w:t xml:space="preserve">Evidenced: </w:t>
      </w:r>
      <w:r>
        <w:t>It reported result, count 600; result, noise 600; result, distance m 200; result, elapsed ms 9; result, min points 15; billing, cost 0.062 [50].</w:t>
      </w:r>
    </w:p>
    <w:p>
      <w:r>
        <w:rPr>
          <w:i/>
          <w:color w:val="525252"/>
          <w:sz w:val="17"/>
        </w:rPr>
        <w:t>Tool gp_find_point_clusters; parameters {"method": "dbscan", "project": "c0ff746c-cbbb-48c5-a026-444453a7b463", "features": {"layer": "Soil samples (caf67b23)"}, "distance_m": 200.0, "min_points": 15}</w:t>
      </w:r>
    </w:p>
    <w:p>
      <w:pPr>
        <w:pStyle w:val="Heading1"/>
      </w:pPr>
      <w:r>
        <w:t>Zonal statistics</w:t>
      </w:r>
    </w:p>
    <w:p>
      <w:r>
        <w:rPr>
          <w:b/>
        </w:rPr>
        <w:t xml:space="preserve">What this analysis is. </w:t>
      </w:r>
      <w:r>
        <w:rPr>
          <w:i w:val="0"/>
        </w:rPr>
        <w:t>Zonal statistics: count/min/max/mean/std/sum/median/majority per polygon as a table and as GeoJSON [51]. In ArcGIS it is Zonal Statistics as Table (polygons) [51].</w:t>
      </w:r>
    </w:p>
    <w:p>
      <w:r>
        <w:rPr>
          <w:b/>
        </w:rPr>
        <w:t xml:space="preserve">Why it was run on this data. </w:t>
      </w:r>
      <w:r>
        <w:rPr>
          <w:i w:val="0"/>
        </w:rPr>
        <w:t>Statistics of Satellite scene 2026-04-15 inside each feature of Fields [52].</w:t>
      </w:r>
    </w:p>
    <w:p>
      <w:r>
        <w:rPr>
          <w:b/>
        </w:rPr>
        <w:t xml:space="preserve">What it found. </w:t>
      </w:r>
      <w:r>
        <w:rPr>
          <w:i w:val="0"/>
        </w:rPr>
        <w:t>The analysis used the Zonal statistics tool, specifically rs_zonal_statistics, at step 0 [53]. This process resulted in 60 row(s) of data [53]. Furthermore, the zonal statistics encompassed a total of 60 zones [53].</w:t>
      </w:r>
    </w:p>
    <w:p>
      <w:r>
        <w:rPr>
          <w:b/>
        </w:rPr>
        <w:t>Findings</w:t>
      </w:r>
    </w:p>
    <w:p>
      <w:pPr>
        <w:pStyle w:val="ListBullet"/>
      </w:pPr>
      <w:r>
        <w:rPr>
          <w:b/>
        </w:rPr>
        <w:t xml:space="preserve">Evidenced: </w:t>
      </w:r>
      <w:r>
        <w:t>Zonal statistics: Zonal statistics: 60 row(s) [53].</w:t>
      </w:r>
    </w:p>
    <w:p>
      <w:pPr>
        <w:pStyle w:val="ListBullet"/>
      </w:pPr>
      <w:r>
        <w:rPr>
          <w:b/>
        </w:rPr>
        <w:t xml:space="preserve">Evidenced: </w:t>
      </w:r>
      <w:r>
        <w:t>zones 60 [53].</w:t>
      </w:r>
    </w:p>
    <w:p>
      <w:r>
        <w:rPr>
          <w:i/>
          <w:color w:val="525252"/>
          <w:sz w:val="17"/>
        </w:rPr>
        <w:t>Tool rs_zonal_statistics; parameters {"stats": ["mean", "min", "max", "std"], "zones": "Fields (a196eb79)", "raster_id": "Satellite scene 2026-04-15 (6c1f22ed)"}</w:t>
      </w:r>
    </w:p>
    <w:p>
      <w:pPr>
        <w:pStyle w:val="Heading1"/>
      </w:pPr>
      <w:r>
        <w:t>Zonal statistics</w:t>
      </w:r>
    </w:p>
    <w:p>
      <w:r>
        <w:rPr>
          <w:b/>
        </w:rPr>
        <w:t xml:space="preserve">What this analysis is. </w:t>
      </w:r>
      <w:r>
        <w:rPr>
          <w:i w:val="0"/>
        </w:rPr>
        <w:t>Zonal statistics: count/min/max/mean/std/sum/median/majority per polygon as a table and as GeoJSON [51]. In ArcGIS it is Zonal Statistics as Table (polygons) [51].</w:t>
      </w:r>
    </w:p>
    <w:p>
      <w:r>
        <w:rPr>
          <w:b/>
        </w:rPr>
        <w:t xml:space="preserve">Why it was run on this data. </w:t>
      </w:r>
      <w:r>
        <w:rPr>
          <w:i w:val="0"/>
        </w:rPr>
        <w:t>Statistics of Satellite scene 2026-04-15 inside each feature of Fields [52].</w:t>
      </w:r>
    </w:p>
    <w:p>
      <w:r>
        <w:rPr>
          <w:b/>
        </w:rPr>
        <w:t xml:space="preserve">What it found. </w:t>
      </w:r>
      <w:r>
        <w:rPr>
          <w:i w:val="0"/>
        </w:rPr>
        <w:t>The analysis utilized the Zonal statistics tool, specifically rs_zonal_statistics [54]. The results indicate an output containing 60 rows [54]. Furthermore, the process calculated statistics across 60 distinct zones [54].</w:t>
      </w:r>
    </w:p>
    <w:p>
      <w:r>
        <w:rPr>
          <w:b/>
        </w:rPr>
        <w:t>Findings</w:t>
      </w:r>
    </w:p>
    <w:p>
      <w:pPr>
        <w:pStyle w:val="ListBullet"/>
      </w:pPr>
      <w:r>
        <w:rPr>
          <w:b/>
        </w:rPr>
        <w:t xml:space="preserve">Evidenced: </w:t>
      </w:r>
      <w:r>
        <w:t>Zonal statistics: Zonal statistics: 60 row(s) [54].</w:t>
      </w:r>
    </w:p>
    <w:p>
      <w:pPr>
        <w:pStyle w:val="ListBullet"/>
      </w:pPr>
      <w:r>
        <w:rPr>
          <w:b/>
        </w:rPr>
        <w:t xml:space="preserve">Evidenced: </w:t>
      </w:r>
      <w:r>
        <w:t>zones 60 [54].</w:t>
      </w:r>
    </w:p>
    <w:p>
      <w:r>
        <w:rPr>
          <w:i/>
          <w:color w:val="525252"/>
          <w:sz w:val="17"/>
        </w:rPr>
        <w:t>Tool rs_zonal_statistics; parameters {"stats": ["mean", "min", "max", "std"], "zones": "Fields (a196eb79)", "raster_id": "Satellite scene 2026-08-15 (34efa462)"}</w:t>
      </w:r>
    </w:p>
    <w:p>
      <w:pPr>
        <w:pStyle w:val="Heading1"/>
      </w:pPr>
      <w:r>
        <w:t>Maps and charts</w:t>
      </w:r>
    </w:p>
    <w:p>
      <w:r>
        <w:rPr>
          <w:i w:val="0"/>
        </w:rPr>
        <w:t>The run also made 22 map image(s) [55][56][57][58][59][60][61][62][63][64][65][66][67][68][69][70][71][72][73][74][75][76] and 23 chart(s) [77][78][79][80][81][82][83][84][85][86][87][88][89][90][91][92][93][94][95][96][97][98][99].</w:t>
      </w:r>
    </w:p>
    <w:p>
      <w:pPr>
        <w:jc w:val="center"/>
      </w:pPr>
      <w:r>
        <w:drawing>
          <wp:inline xmlns:a="http://schemas.openxmlformats.org/drawingml/2006/main" xmlns:pic="http://schemas.openxmlformats.org/drawingml/2006/picture">
            <wp:extent cx="5760720" cy="3840480"/>
            <wp:docPr id="2" name="Picture 2"/>
            <wp:cNvGraphicFramePr>
              <a:graphicFrameLocks noChangeAspect="1"/>
            </wp:cNvGraphicFramePr>
            <a:graphic>
              <a:graphicData uri="http://schemas.openxmlformats.org/drawingml/2006/picture">
                <pic:pic>
                  <pic:nvPicPr>
                    <pic:cNvPr id="0" name="001.jpg"/>
                    <pic:cNvPicPr/>
                  </pic:nvPicPr>
                  <pic:blipFill>
                    <a:blip r:embed="rId10"/>
                    <a:stretch>
                      <a:fillRect/>
                    </a:stretch>
                  </pic:blipFill>
                  <pic:spPr>
                    <a:xfrm>
                      <a:off x="0" y="0"/>
                      <a:ext cx="5760720" cy="3840480"/>
                    </a:xfrm>
                    <a:prstGeom prst="rect"/>
                  </pic:spPr>
                </pic:pic>
              </a:graphicData>
            </a:graphic>
          </wp:inline>
        </w:drawing>
      </w:r>
    </w:p>
    <w:p>
      <w:r>
        <w:rPr>
          <w:i/>
          <w:color w:val="525252"/>
          <w:sz w:val="17"/>
        </w:rPr>
        <w:t>Figure 2. Summarize within: Fields [55]</w:t>
      </w:r>
    </w:p>
    <w:p>
      <w:pPr>
        <w:jc w:val="center"/>
      </w:pPr>
      <w:r>
        <w:drawing>
          <wp:inline xmlns:a="http://schemas.openxmlformats.org/drawingml/2006/main" xmlns:pic="http://schemas.openxmlformats.org/drawingml/2006/picture">
            <wp:extent cx="5760720" cy="3840480"/>
            <wp:docPr id="3" name="Picture 3"/>
            <wp:cNvGraphicFramePr>
              <a:graphicFrameLocks noChangeAspect="1"/>
            </wp:cNvGraphicFramePr>
            <a:graphic>
              <a:graphicData uri="http://schemas.openxmlformats.org/drawingml/2006/picture">
                <pic:pic>
                  <pic:nvPicPr>
                    <pic:cNvPr id="0" name="003.jpg"/>
                    <pic:cNvPicPr/>
                  </pic:nvPicPr>
                  <pic:blipFill>
                    <a:blip r:embed="rId11"/>
                    <a:stretch>
                      <a:fillRect/>
                    </a:stretch>
                  </pic:blipFill>
                  <pic:spPr>
                    <a:xfrm>
                      <a:off x="0" y="0"/>
                      <a:ext cx="5760720" cy="3840480"/>
                    </a:xfrm>
                    <a:prstGeom prst="rect"/>
                  </pic:spPr>
                </pic:pic>
              </a:graphicData>
            </a:graphic>
          </wp:inline>
        </w:drawing>
      </w:r>
    </w:p>
    <w:p>
      <w:r>
        <w:rPr>
          <w:i/>
          <w:color w:val="525252"/>
          <w:sz w:val="17"/>
        </w:rPr>
        <w:t>Figure 3. Summarize within: Fields [56]</w:t>
      </w:r>
    </w:p>
    <w:p>
      <w:pPr>
        <w:jc w:val="center"/>
      </w:pPr>
      <w:r>
        <w:drawing>
          <wp:inline xmlns:a="http://schemas.openxmlformats.org/drawingml/2006/main" xmlns:pic="http://schemas.openxmlformats.org/drawingml/2006/picture">
            <wp:extent cx="5760720" cy="3840480"/>
            <wp:docPr id="4" name="Picture 4"/>
            <wp:cNvGraphicFramePr>
              <a:graphicFrameLocks noChangeAspect="1"/>
            </wp:cNvGraphicFramePr>
            <a:graphic>
              <a:graphicData uri="http://schemas.openxmlformats.org/drawingml/2006/picture">
                <pic:pic>
                  <pic:nvPicPr>
                    <pic:cNvPr id="0" name="004.jpg"/>
                    <pic:cNvPicPr/>
                  </pic:nvPicPr>
                  <pic:blipFill>
                    <a:blip r:embed="rId12"/>
                    <a:stretch>
                      <a:fillRect/>
                    </a:stretch>
                  </pic:blipFill>
                  <pic:spPr>
                    <a:xfrm>
                      <a:off x="0" y="0"/>
                      <a:ext cx="5760720" cy="3840480"/>
                    </a:xfrm>
                    <a:prstGeom prst="rect"/>
                  </pic:spPr>
                </pic:pic>
              </a:graphicData>
            </a:graphic>
          </wp:inline>
        </w:drawing>
      </w:r>
    </w:p>
    <w:p>
      <w:r>
        <w:rPr>
          <w:i/>
          <w:color w:val="525252"/>
          <w:sz w:val="17"/>
        </w:rPr>
        <w:t>Figure 4. Summarize within: Fields [57]</w:t>
      </w:r>
    </w:p>
    <w:p>
      <w:pPr>
        <w:jc w:val="center"/>
      </w:pPr>
      <w:r>
        <w:drawing>
          <wp:inline xmlns:a="http://schemas.openxmlformats.org/drawingml/2006/main" xmlns:pic="http://schemas.openxmlformats.org/drawingml/2006/picture">
            <wp:extent cx="5760720" cy="3840480"/>
            <wp:docPr id="5" name="Picture 5"/>
            <wp:cNvGraphicFramePr>
              <a:graphicFrameLocks noChangeAspect="1"/>
            </wp:cNvGraphicFramePr>
            <a:graphic>
              <a:graphicData uri="http://schemas.openxmlformats.org/drawingml/2006/picture">
                <pic:pic>
                  <pic:nvPicPr>
                    <pic:cNvPr id="0" name="007.jpg"/>
                    <pic:cNvPicPr/>
                  </pic:nvPicPr>
                  <pic:blipFill>
                    <a:blip r:embed="rId13"/>
                    <a:stretch>
                      <a:fillRect/>
                    </a:stretch>
                  </pic:blipFill>
                  <pic:spPr>
                    <a:xfrm>
                      <a:off x="0" y="0"/>
                      <a:ext cx="5760720" cy="3840480"/>
                    </a:xfrm>
                    <a:prstGeom prst="rect"/>
                  </pic:spPr>
                </pic:pic>
              </a:graphicData>
            </a:graphic>
          </wp:inline>
        </w:drawing>
      </w:r>
    </w:p>
    <w:p>
      <w:r>
        <w:rPr>
          <w:i/>
          <w:color w:val="525252"/>
          <w:sz w:val="17"/>
        </w:rPr>
        <w:t>Figure 5. Emerging hot spots: Pest scouting [58]</w:t>
      </w:r>
    </w:p>
    <w:p>
      <w:pPr>
        <w:jc w:val="center"/>
      </w:pPr>
      <w:r>
        <w:drawing>
          <wp:inline xmlns:a="http://schemas.openxmlformats.org/drawingml/2006/main" xmlns:pic="http://schemas.openxmlformats.org/drawingml/2006/picture">
            <wp:extent cx="5760720" cy="3840480"/>
            <wp:docPr id="6" name="Picture 6"/>
            <wp:cNvGraphicFramePr>
              <a:graphicFrameLocks noChangeAspect="1"/>
            </wp:cNvGraphicFramePr>
            <a:graphic>
              <a:graphicData uri="http://schemas.openxmlformats.org/drawingml/2006/picture">
                <pic:pic>
                  <pic:nvPicPr>
                    <pic:cNvPr id="0" name="008.jpg"/>
                    <pic:cNvPicPr/>
                  </pic:nvPicPr>
                  <pic:blipFill>
                    <a:blip r:embed="rId14"/>
                    <a:stretch>
                      <a:fillRect/>
                    </a:stretch>
                  </pic:blipFill>
                  <pic:spPr>
                    <a:xfrm>
                      <a:off x="0" y="0"/>
                      <a:ext cx="5760720" cy="3840480"/>
                    </a:xfrm>
                    <a:prstGeom prst="rect"/>
                  </pic:spPr>
                </pic:pic>
              </a:graphicData>
            </a:graphic>
          </wp:inline>
        </w:drawing>
      </w:r>
    </w:p>
    <w:p>
      <w:r>
        <w:rPr>
          <w:i/>
          <w:color w:val="525252"/>
          <w:sz w:val="17"/>
        </w:rPr>
        <w:t>Figure 6. Emerging hot spots: Soil samples [59]</w:t>
      </w:r>
    </w:p>
    <w:p>
      <w:pPr>
        <w:jc w:val="center"/>
      </w:pPr>
      <w:r>
        <w:drawing>
          <wp:inline xmlns:a="http://schemas.openxmlformats.org/drawingml/2006/main" xmlns:pic="http://schemas.openxmlformats.org/drawingml/2006/picture">
            <wp:extent cx="5760720" cy="3840480"/>
            <wp:docPr id="7" name="Picture 7"/>
            <wp:cNvGraphicFramePr>
              <a:graphicFrameLocks noChangeAspect="1"/>
            </wp:cNvGraphicFramePr>
            <a:graphic>
              <a:graphicData uri="http://schemas.openxmlformats.org/drawingml/2006/picture">
                <pic:pic>
                  <pic:nvPicPr>
                    <pic:cNvPr id="0" name="010.jpg"/>
                    <pic:cNvPicPr/>
                  </pic:nvPicPr>
                  <pic:blipFill>
                    <a:blip r:embed="rId15"/>
                    <a:stretch>
                      <a:fillRect/>
                    </a:stretch>
                  </pic:blipFill>
                  <pic:spPr>
                    <a:xfrm>
                      <a:off x="0" y="0"/>
                      <a:ext cx="5760720" cy="3840480"/>
                    </a:xfrm>
                    <a:prstGeom prst="rect"/>
                  </pic:spPr>
                </pic:pic>
              </a:graphicData>
            </a:graphic>
          </wp:inline>
        </w:drawing>
      </w:r>
    </w:p>
    <w:p>
      <w:r>
        <w:rPr>
          <w:i/>
          <w:color w:val="525252"/>
          <w:sz w:val="17"/>
        </w:rPr>
        <w:t>Figure 7. Repeat and near repeat classification: Pest scouting [60]</w:t>
      </w:r>
    </w:p>
    <w:p>
      <w:pPr>
        <w:jc w:val="center"/>
      </w:pPr>
      <w:r>
        <w:drawing>
          <wp:inline xmlns:a="http://schemas.openxmlformats.org/drawingml/2006/main" xmlns:pic="http://schemas.openxmlformats.org/drawingml/2006/picture">
            <wp:extent cx="5760720" cy="3840480"/>
            <wp:docPr id="8" name="Picture 8"/>
            <wp:cNvGraphicFramePr>
              <a:graphicFrameLocks noChangeAspect="1"/>
            </wp:cNvGraphicFramePr>
            <a:graphic>
              <a:graphicData uri="http://schemas.openxmlformats.org/drawingml/2006/picture">
                <pic:pic>
                  <pic:nvPicPr>
                    <pic:cNvPr id="0" name="012.jpg"/>
                    <pic:cNvPicPr/>
                  </pic:nvPicPr>
                  <pic:blipFill>
                    <a:blip r:embed="rId16"/>
                    <a:stretch>
                      <a:fillRect/>
                    </a:stretch>
                  </pic:blipFill>
                  <pic:spPr>
                    <a:xfrm>
                      <a:off x="0" y="0"/>
                      <a:ext cx="5760720" cy="3840480"/>
                    </a:xfrm>
                    <a:prstGeom prst="rect"/>
                  </pic:spPr>
                </pic:pic>
              </a:graphicData>
            </a:graphic>
          </wp:inline>
        </w:drawing>
      </w:r>
    </w:p>
    <w:p>
      <w:r>
        <w:rPr>
          <w:i/>
          <w:color w:val="525252"/>
          <w:sz w:val="17"/>
        </w:rPr>
        <w:t>Figure 8. NDVI change Satellite scene 2026-04-15 to Satellite scene 2026-08-15 [61]</w:t>
      </w:r>
    </w:p>
    <w:p>
      <w:pPr>
        <w:jc w:val="center"/>
      </w:pPr>
      <w:r>
        <w:drawing>
          <wp:inline xmlns:a="http://schemas.openxmlformats.org/drawingml/2006/main" xmlns:pic="http://schemas.openxmlformats.org/drawingml/2006/picture">
            <wp:extent cx="5760720" cy="3840480"/>
            <wp:docPr id="9" name="Picture 9"/>
            <wp:cNvGraphicFramePr>
              <a:graphicFrameLocks noChangeAspect="1"/>
            </wp:cNvGraphicFramePr>
            <a:graphic>
              <a:graphicData uri="http://schemas.openxmlformats.org/drawingml/2006/picture">
                <pic:pic>
                  <pic:nvPicPr>
                    <pic:cNvPr id="0" name="015.jpg"/>
                    <pic:cNvPicPr/>
                  </pic:nvPicPr>
                  <pic:blipFill>
                    <a:blip r:embed="rId17"/>
                    <a:stretch>
                      <a:fillRect/>
                    </a:stretch>
                  </pic:blipFill>
                  <pic:spPr>
                    <a:xfrm>
                      <a:off x="0" y="0"/>
                      <a:ext cx="5760720" cy="3840480"/>
                    </a:xfrm>
                    <a:prstGeom prst="rect"/>
                  </pic:spPr>
                </pic:pic>
              </a:graphicData>
            </a:graphic>
          </wp:inline>
        </w:drawing>
      </w:r>
    </w:p>
    <w:p>
      <w:r>
        <w:rPr>
          <w:i/>
          <w:color w:val="525252"/>
          <w:sz w:val="17"/>
        </w:rPr>
        <w:t>Figure 9. NDVI decrease / increase [62]</w:t>
      </w:r>
    </w:p>
    <w:p>
      <w:pPr>
        <w:jc w:val="center"/>
      </w:pPr>
      <w:r>
        <w:drawing>
          <wp:inline xmlns:a="http://schemas.openxmlformats.org/drawingml/2006/main" xmlns:pic="http://schemas.openxmlformats.org/drawingml/2006/picture">
            <wp:extent cx="5760720" cy="3840480"/>
            <wp:docPr id="10" name="Picture 10"/>
            <wp:cNvGraphicFramePr>
              <a:graphicFrameLocks noChangeAspect="1"/>
            </wp:cNvGraphicFramePr>
            <a:graphic>
              <a:graphicData uri="http://schemas.openxmlformats.org/drawingml/2006/picture">
                <pic:pic>
                  <pic:nvPicPr>
                    <pic:cNvPr id="0" name="016.jpg"/>
                    <pic:cNvPicPr/>
                  </pic:nvPicPr>
                  <pic:blipFill>
                    <a:blip r:embed="rId18"/>
                    <a:stretch>
                      <a:fillRect/>
                    </a:stretch>
                  </pic:blipFill>
                  <pic:spPr>
                    <a:xfrm>
                      <a:off x="0" y="0"/>
                      <a:ext cx="5760720" cy="3840480"/>
                    </a:xfrm>
                    <a:prstGeom prst="rect"/>
                  </pic:spPr>
                </pic:pic>
              </a:graphicData>
            </a:graphic>
          </wp:inline>
        </w:drawing>
      </w:r>
    </w:p>
    <w:p>
      <w:r>
        <w:rPr>
          <w:i/>
          <w:color w:val="525252"/>
          <w:sz w:val="17"/>
        </w:rPr>
        <w:t>Figure 10. NDVI change polygons [63]</w:t>
      </w:r>
    </w:p>
    <w:p>
      <w:pPr>
        <w:jc w:val="center"/>
      </w:pPr>
      <w:r>
        <w:drawing>
          <wp:inline xmlns:a="http://schemas.openxmlformats.org/drawingml/2006/main" xmlns:pic="http://schemas.openxmlformats.org/drawingml/2006/picture">
            <wp:extent cx="5760720" cy="3840480"/>
            <wp:docPr id="11" name="Picture 11"/>
            <wp:cNvGraphicFramePr>
              <a:graphicFrameLocks noChangeAspect="1"/>
            </wp:cNvGraphicFramePr>
            <a:graphic>
              <a:graphicData uri="http://schemas.openxmlformats.org/drawingml/2006/picture">
                <pic:pic>
                  <pic:nvPicPr>
                    <pic:cNvPr id="0" name="019.jpg"/>
                    <pic:cNvPicPr/>
                  </pic:nvPicPr>
                  <pic:blipFill>
                    <a:blip r:embed="rId19"/>
                    <a:stretch>
                      <a:fillRect/>
                    </a:stretch>
                  </pic:blipFill>
                  <pic:spPr>
                    <a:xfrm>
                      <a:off x="0" y="0"/>
                      <a:ext cx="5760720" cy="3840480"/>
                    </a:xfrm>
                    <a:prstGeom prst="rect"/>
                  </pic:spPr>
                </pic:pic>
              </a:graphicData>
            </a:graphic>
          </wp:inline>
        </w:drawing>
      </w:r>
    </w:p>
    <w:p>
      <w:r>
        <w:rPr>
          <w:i/>
          <w:color w:val="525252"/>
          <w:sz w:val="17"/>
        </w:rPr>
        <w:t>Figure 11. Difference Satellite scene 2026-04-15 to Satellite scene 2026-08-15 [64]</w:t>
      </w:r>
    </w:p>
    <w:p>
      <w:pPr>
        <w:jc w:val="center"/>
      </w:pPr>
      <w:r>
        <w:drawing>
          <wp:inline xmlns:a="http://schemas.openxmlformats.org/drawingml/2006/main" xmlns:pic="http://schemas.openxmlformats.org/drawingml/2006/picture">
            <wp:extent cx="5760720" cy="3840480"/>
            <wp:docPr id="12" name="Picture 12"/>
            <wp:cNvGraphicFramePr>
              <a:graphicFrameLocks noChangeAspect="1"/>
            </wp:cNvGraphicFramePr>
            <a:graphic>
              <a:graphicData uri="http://schemas.openxmlformats.org/drawingml/2006/picture">
                <pic:pic>
                  <pic:nvPicPr>
                    <pic:cNvPr id="0" name="020.jpg"/>
                    <pic:cNvPicPr/>
                  </pic:nvPicPr>
                  <pic:blipFill>
                    <a:blip r:embed="rId20"/>
                    <a:stretch>
                      <a:fillRect/>
                    </a:stretch>
                  </pic:blipFill>
                  <pic:spPr>
                    <a:xfrm>
                      <a:off x="0" y="0"/>
                      <a:ext cx="5760720" cy="3840480"/>
                    </a:xfrm>
                    <a:prstGeom prst="rect"/>
                  </pic:spPr>
                </pic:pic>
              </a:graphicData>
            </a:graphic>
          </wp:inline>
        </w:drawing>
      </w:r>
    </w:p>
    <w:p>
      <w:r>
        <w:rPr>
          <w:i/>
          <w:color w:val="525252"/>
          <w:sz w:val="17"/>
        </w:rPr>
        <w:t>Figure 12. Fields by planted_year [65]</w:t>
      </w:r>
    </w:p>
    <w:p>
      <w:pPr>
        <w:jc w:val="center"/>
      </w:pPr>
      <w:r>
        <w:drawing>
          <wp:inline xmlns:a="http://schemas.openxmlformats.org/drawingml/2006/main" xmlns:pic="http://schemas.openxmlformats.org/drawingml/2006/picture">
            <wp:extent cx="5760720" cy="3840480"/>
            <wp:docPr id="13" name="Picture 13"/>
            <wp:cNvGraphicFramePr>
              <a:graphicFrameLocks noChangeAspect="1"/>
            </wp:cNvGraphicFramePr>
            <a:graphic>
              <a:graphicData uri="http://schemas.openxmlformats.org/drawingml/2006/picture">
                <pic:pic>
                  <pic:nvPicPr>
                    <pic:cNvPr id="0" name="022.jpg"/>
                    <pic:cNvPicPr/>
                  </pic:nvPicPr>
                  <pic:blipFill>
                    <a:blip r:embed="rId21"/>
                    <a:stretch>
                      <a:fillRect/>
                    </a:stretch>
                  </pic:blipFill>
                  <pic:spPr>
                    <a:xfrm>
                      <a:off x="0" y="0"/>
                      <a:ext cx="5760720" cy="3840480"/>
                    </a:xfrm>
                    <a:prstGeom prst="rect"/>
                  </pic:spPr>
                </pic:pic>
              </a:graphicData>
            </a:graphic>
          </wp:inline>
        </w:drawing>
      </w:r>
    </w:p>
    <w:p>
      <w:r>
        <w:rPr>
          <w:i/>
          <w:color w:val="525252"/>
          <w:sz w:val="17"/>
        </w:rPr>
        <w:t>Figure 13. Hot spot analysis: Pest scouting [66]</w:t>
      </w:r>
    </w:p>
    <w:p>
      <w:pPr>
        <w:jc w:val="center"/>
      </w:pPr>
      <w:r>
        <w:drawing>
          <wp:inline xmlns:a="http://schemas.openxmlformats.org/drawingml/2006/main" xmlns:pic="http://schemas.openxmlformats.org/drawingml/2006/picture">
            <wp:extent cx="5760720" cy="3840480"/>
            <wp:docPr id="14" name="Picture 14"/>
            <wp:cNvGraphicFramePr>
              <a:graphicFrameLocks noChangeAspect="1"/>
            </wp:cNvGraphicFramePr>
            <a:graphic>
              <a:graphicData uri="http://schemas.openxmlformats.org/drawingml/2006/picture">
                <pic:pic>
                  <pic:nvPicPr>
                    <pic:cNvPr id="0" name="024.jpg"/>
                    <pic:cNvPicPr/>
                  </pic:nvPicPr>
                  <pic:blipFill>
                    <a:blip r:embed="rId22"/>
                    <a:stretch>
                      <a:fillRect/>
                    </a:stretch>
                  </pic:blipFill>
                  <pic:spPr>
                    <a:xfrm>
                      <a:off x="0" y="0"/>
                      <a:ext cx="5760720" cy="3840480"/>
                    </a:xfrm>
                    <a:prstGeom prst="rect"/>
                  </pic:spPr>
                </pic:pic>
              </a:graphicData>
            </a:graphic>
          </wp:inline>
        </w:drawing>
      </w:r>
    </w:p>
    <w:p>
      <w:r>
        <w:rPr>
          <w:i/>
          <w:color w:val="525252"/>
          <w:sz w:val="17"/>
        </w:rPr>
        <w:t>Figure 14. Hot spot analysis: Wells [67]</w:t>
      </w:r>
    </w:p>
    <w:p>
      <w:pPr>
        <w:jc w:val="center"/>
      </w:pPr>
      <w:r>
        <w:drawing>
          <wp:inline xmlns:a="http://schemas.openxmlformats.org/drawingml/2006/main" xmlns:pic="http://schemas.openxmlformats.org/drawingml/2006/picture">
            <wp:extent cx="5760720" cy="3840480"/>
            <wp:docPr id="15" name="Picture 15"/>
            <wp:cNvGraphicFramePr>
              <a:graphicFrameLocks noChangeAspect="1"/>
            </wp:cNvGraphicFramePr>
            <a:graphic>
              <a:graphicData uri="http://schemas.openxmlformats.org/drawingml/2006/picture">
                <pic:pic>
                  <pic:nvPicPr>
                    <pic:cNvPr id="0" name="027.jpg"/>
                    <pic:cNvPicPr/>
                  </pic:nvPicPr>
                  <pic:blipFill>
                    <a:blip r:embed="rId23"/>
                    <a:stretch>
                      <a:fillRect/>
                    </a:stretch>
                  </pic:blipFill>
                  <pic:spPr>
                    <a:xfrm>
                      <a:off x="0" y="0"/>
                      <a:ext cx="5760720" cy="3840480"/>
                    </a:xfrm>
                    <a:prstGeom prst="rect"/>
                  </pic:spPr>
                </pic:pic>
              </a:graphicData>
            </a:graphic>
          </wp:inline>
        </w:drawing>
      </w:r>
    </w:p>
    <w:p>
      <w:r>
        <w:rPr>
          <w:i/>
          <w:color w:val="525252"/>
          <w:sz w:val="17"/>
        </w:rPr>
        <w:t>Figure 15. Hot spot analysis: Soil samples [68]</w:t>
      </w:r>
    </w:p>
    <w:p>
      <w:pPr>
        <w:jc w:val="center"/>
      </w:pPr>
      <w:r>
        <w:drawing>
          <wp:inline xmlns:a="http://schemas.openxmlformats.org/drawingml/2006/main" xmlns:pic="http://schemas.openxmlformats.org/drawingml/2006/picture">
            <wp:extent cx="5760720" cy="3840480"/>
            <wp:docPr id="16" name="Picture 16"/>
            <wp:cNvGraphicFramePr>
              <a:graphicFrameLocks noChangeAspect="1"/>
            </wp:cNvGraphicFramePr>
            <a:graphic>
              <a:graphicData uri="http://schemas.openxmlformats.org/drawingml/2006/picture">
                <pic:pic>
                  <pic:nvPicPr>
                    <pic:cNvPr id="0" name="029.jpg"/>
                    <pic:cNvPicPr/>
                  </pic:nvPicPr>
                  <pic:blipFill>
                    <a:blip r:embed="rId24"/>
                    <a:stretch>
                      <a:fillRect/>
                    </a:stretch>
                  </pic:blipFill>
                  <pic:spPr>
                    <a:xfrm>
                      <a:off x="0" y="0"/>
                      <a:ext cx="5760720" cy="3840480"/>
                    </a:xfrm>
                    <a:prstGeom prst="rect"/>
                  </pic:spPr>
                </pic:pic>
              </a:graphicData>
            </a:graphic>
          </wp:inline>
        </w:drawing>
      </w:r>
    </w:p>
    <w:p>
      <w:r>
        <w:rPr>
          <w:i/>
          <w:color w:val="525252"/>
          <w:sz w:val="17"/>
        </w:rPr>
        <w:t>Figure 16. Calculate density: Pest scouting [69]</w:t>
      </w:r>
    </w:p>
    <w:p>
      <w:pPr>
        <w:jc w:val="center"/>
      </w:pPr>
      <w:r>
        <w:drawing>
          <wp:inline xmlns:a="http://schemas.openxmlformats.org/drawingml/2006/main" xmlns:pic="http://schemas.openxmlformats.org/drawingml/2006/picture">
            <wp:extent cx="5760720" cy="3840480"/>
            <wp:docPr id="17" name="Picture 17"/>
            <wp:cNvGraphicFramePr>
              <a:graphicFrameLocks noChangeAspect="1"/>
            </wp:cNvGraphicFramePr>
            <a:graphic>
              <a:graphicData uri="http://schemas.openxmlformats.org/drawingml/2006/picture">
                <pic:pic>
                  <pic:nvPicPr>
                    <pic:cNvPr id="0" name="030.jpg"/>
                    <pic:cNvPicPr/>
                  </pic:nvPicPr>
                  <pic:blipFill>
                    <a:blip r:embed="rId25"/>
                    <a:stretch>
                      <a:fillRect/>
                    </a:stretch>
                  </pic:blipFill>
                  <pic:spPr>
                    <a:xfrm>
                      <a:off x="0" y="0"/>
                      <a:ext cx="5760720" cy="3840480"/>
                    </a:xfrm>
                    <a:prstGeom prst="rect"/>
                  </pic:spPr>
                </pic:pic>
              </a:graphicData>
            </a:graphic>
          </wp:inline>
        </w:drawing>
      </w:r>
    </w:p>
    <w:p>
      <w:r>
        <w:rPr>
          <w:i/>
          <w:color w:val="525252"/>
          <w:sz w:val="17"/>
        </w:rPr>
        <w:t>Figure 17. Calculate density: Wells [70]</w:t>
      </w:r>
    </w:p>
    <w:p>
      <w:pPr>
        <w:jc w:val="center"/>
      </w:pPr>
      <w:r>
        <w:drawing>
          <wp:inline xmlns:a="http://schemas.openxmlformats.org/drawingml/2006/main" xmlns:pic="http://schemas.openxmlformats.org/drawingml/2006/picture">
            <wp:extent cx="5760720" cy="3840480"/>
            <wp:docPr id="18" name="Picture 18"/>
            <wp:cNvGraphicFramePr>
              <a:graphicFrameLocks noChangeAspect="1"/>
            </wp:cNvGraphicFramePr>
            <a:graphic>
              <a:graphicData uri="http://schemas.openxmlformats.org/drawingml/2006/picture">
                <pic:pic>
                  <pic:nvPicPr>
                    <pic:cNvPr id="0" name="032.jpg"/>
                    <pic:cNvPicPr/>
                  </pic:nvPicPr>
                  <pic:blipFill>
                    <a:blip r:embed="rId26"/>
                    <a:stretch>
                      <a:fillRect/>
                    </a:stretch>
                  </pic:blipFill>
                  <pic:spPr>
                    <a:xfrm>
                      <a:off x="0" y="0"/>
                      <a:ext cx="5760720" cy="3840480"/>
                    </a:xfrm>
                    <a:prstGeom prst="rect"/>
                  </pic:spPr>
                </pic:pic>
              </a:graphicData>
            </a:graphic>
          </wp:inline>
        </w:drawing>
      </w:r>
    </w:p>
    <w:p>
      <w:r>
        <w:rPr>
          <w:i/>
          <w:color w:val="525252"/>
          <w:sz w:val="17"/>
        </w:rPr>
        <w:t>Figure 18. Calculate density: Soil samples [71]</w:t>
      </w:r>
    </w:p>
    <w:p>
      <w:pPr>
        <w:jc w:val="center"/>
      </w:pPr>
      <w:r>
        <w:drawing>
          <wp:inline xmlns:a="http://schemas.openxmlformats.org/drawingml/2006/main" xmlns:pic="http://schemas.openxmlformats.org/drawingml/2006/picture">
            <wp:extent cx="5760720" cy="3840480"/>
            <wp:docPr id="19" name="Picture 19"/>
            <wp:cNvGraphicFramePr>
              <a:graphicFrameLocks noChangeAspect="1"/>
            </wp:cNvGraphicFramePr>
            <a:graphic>
              <a:graphicData uri="http://schemas.openxmlformats.org/drawingml/2006/picture">
                <pic:pic>
                  <pic:nvPicPr>
                    <pic:cNvPr id="0" name="034.jpg"/>
                    <pic:cNvPicPr/>
                  </pic:nvPicPr>
                  <pic:blipFill>
                    <a:blip r:embed="rId27"/>
                    <a:stretch>
                      <a:fillRect/>
                    </a:stretch>
                  </pic:blipFill>
                  <pic:spPr>
                    <a:xfrm>
                      <a:off x="0" y="0"/>
                      <a:ext cx="5760720" cy="3840480"/>
                    </a:xfrm>
                    <a:prstGeom prst="rect"/>
                  </pic:spPr>
                </pic:pic>
              </a:graphicData>
            </a:graphic>
          </wp:inline>
        </w:drawing>
      </w:r>
    </w:p>
    <w:p>
      <w:r>
        <w:rPr>
          <w:i/>
          <w:color w:val="525252"/>
          <w:sz w:val="17"/>
        </w:rPr>
        <w:t>Figure 19. Find point clusters: Pest scouting [72]</w:t>
      </w:r>
    </w:p>
    <w:p>
      <w:pPr>
        <w:jc w:val="center"/>
      </w:pPr>
      <w:r>
        <w:drawing>
          <wp:inline xmlns:a="http://schemas.openxmlformats.org/drawingml/2006/main" xmlns:pic="http://schemas.openxmlformats.org/drawingml/2006/picture">
            <wp:extent cx="5760720" cy="3840480"/>
            <wp:docPr id="20" name="Picture 20"/>
            <wp:cNvGraphicFramePr>
              <a:graphicFrameLocks noChangeAspect="1"/>
            </wp:cNvGraphicFramePr>
            <a:graphic>
              <a:graphicData uri="http://schemas.openxmlformats.org/drawingml/2006/picture">
                <pic:pic>
                  <pic:nvPicPr>
                    <pic:cNvPr id="0" name="036.jpg"/>
                    <pic:cNvPicPr/>
                  </pic:nvPicPr>
                  <pic:blipFill>
                    <a:blip r:embed="rId28"/>
                    <a:stretch>
                      <a:fillRect/>
                    </a:stretch>
                  </pic:blipFill>
                  <pic:spPr>
                    <a:xfrm>
                      <a:off x="0" y="0"/>
                      <a:ext cx="5760720" cy="3840480"/>
                    </a:xfrm>
                    <a:prstGeom prst="rect"/>
                  </pic:spPr>
                </pic:pic>
              </a:graphicData>
            </a:graphic>
          </wp:inline>
        </w:drawing>
      </w:r>
    </w:p>
    <w:p>
      <w:r>
        <w:rPr>
          <w:i/>
          <w:color w:val="525252"/>
          <w:sz w:val="17"/>
        </w:rPr>
        <w:t>Figure 20. Find point clusters: cluster hulls [73]</w:t>
      </w:r>
    </w:p>
    <w:p>
      <w:pPr>
        <w:jc w:val="center"/>
      </w:pPr>
      <w:r>
        <w:drawing>
          <wp:inline xmlns:a="http://schemas.openxmlformats.org/drawingml/2006/main" xmlns:pic="http://schemas.openxmlformats.org/drawingml/2006/picture">
            <wp:extent cx="5760720" cy="3840480"/>
            <wp:docPr id="21" name="Picture 21"/>
            <wp:cNvGraphicFramePr>
              <a:graphicFrameLocks noChangeAspect="1"/>
            </wp:cNvGraphicFramePr>
            <a:graphic>
              <a:graphicData uri="http://schemas.openxmlformats.org/drawingml/2006/picture">
                <pic:pic>
                  <pic:nvPicPr>
                    <pic:cNvPr id="0" name="038.jpg"/>
                    <pic:cNvPicPr/>
                  </pic:nvPicPr>
                  <pic:blipFill>
                    <a:blip r:embed="rId29"/>
                    <a:stretch>
                      <a:fillRect/>
                    </a:stretch>
                  </pic:blipFill>
                  <pic:spPr>
                    <a:xfrm>
                      <a:off x="0" y="0"/>
                      <a:ext cx="5760720" cy="3840480"/>
                    </a:xfrm>
                    <a:prstGeom prst="rect"/>
                  </pic:spPr>
                </pic:pic>
              </a:graphicData>
            </a:graphic>
          </wp:inline>
        </w:drawing>
      </w:r>
    </w:p>
    <w:p>
      <w:r>
        <w:rPr>
          <w:i/>
          <w:color w:val="525252"/>
          <w:sz w:val="17"/>
        </w:rPr>
        <w:t>Figure 21. Find point clusters: Wells [74]</w:t>
      </w:r>
    </w:p>
    <w:p>
      <w:pPr>
        <w:jc w:val="center"/>
      </w:pPr>
      <w:r>
        <w:drawing>
          <wp:inline xmlns:a="http://schemas.openxmlformats.org/drawingml/2006/main" xmlns:pic="http://schemas.openxmlformats.org/drawingml/2006/picture">
            <wp:extent cx="5760720" cy="3840480"/>
            <wp:docPr id="22" name="Picture 22"/>
            <wp:cNvGraphicFramePr>
              <a:graphicFrameLocks noChangeAspect="1"/>
            </wp:cNvGraphicFramePr>
            <a:graphic>
              <a:graphicData uri="http://schemas.openxmlformats.org/drawingml/2006/picture">
                <pic:pic>
                  <pic:nvPicPr>
                    <pic:cNvPr id="0" name="040.jpg"/>
                    <pic:cNvPicPr/>
                  </pic:nvPicPr>
                  <pic:blipFill>
                    <a:blip r:embed="rId30"/>
                    <a:stretch>
                      <a:fillRect/>
                    </a:stretch>
                  </pic:blipFill>
                  <pic:spPr>
                    <a:xfrm>
                      <a:off x="0" y="0"/>
                      <a:ext cx="5760720" cy="3840480"/>
                    </a:xfrm>
                    <a:prstGeom prst="rect"/>
                  </pic:spPr>
                </pic:pic>
              </a:graphicData>
            </a:graphic>
          </wp:inline>
        </w:drawing>
      </w:r>
    </w:p>
    <w:p>
      <w:r>
        <w:rPr>
          <w:i/>
          <w:color w:val="525252"/>
          <w:sz w:val="17"/>
        </w:rPr>
        <w:t>Figure 22. Find point clusters: cluster hulls [75]</w:t>
      </w:r>
    </w:p>
    <w:p>
      <w:pPr>
        <w:jc w:val="center"/>
      </w:pPr>
      <w:r>
        <w:drawing>
          <wp:inline xmlns:a="http://schemas.openxmlformats.org/drawingml/2006/main" xmlns:pic="http://schemas.openxmlformats.org/drawingml/2006/picture">
            <wp:extent cx="5760720" cy="3840480"/>
            <wp:docPr id="23" name="Picture 23"/>
            <wp:cNvGraphicFramePr>
              <a:graphicFrameLocks noChangeAspect="1"/>
            </wp:cNvGraphicFramePr>
            <a:graphic>
              <a:graphicData uri="http://schemas.openxmlformats.org/drawingml/2006/picture">
                <pic:pic>
                  <pic:nvPicPr>
                    <pic:cNvPr id="0" name="042.jpg"/>
                    <pic:cNvPicPr/>
                  </pic:nvPicPr>
                  <pic:blipFill>
                    <a:blip r:embed="rId31"/>
                    <a:stretch>
                      <a:fillRect/>
                    </a:stretch>
                  </pic:blipFill>
                  <pic:spPr>
                    <a:xfrm>
                      <a:off x="0" y="0"/>
                      <a:ext cx="5760720" cy="3840480"/>
                    </a:xfrm>
                    <a:prstGeom prst="rect"/>
                  </pic:spPr>
                </pic:pic>
              </a:graphicData>
            </a:graphic>
          </wp:inline>
        </w:drawing>
      </w:r>
    </w:p>
    <w:p>
      <w:r>
        <w:rPr>
          <w:i/>
          <w:color w:val="525252"/>
          <w:sz w:val="17"/>
        </w:rPr>
        <w:t>Figure 23. Find point clusters: Soil samples [76]</w:t>
      </w:r>
    </w:p>
    <w:p>
      <w:r>
        <w:rPr>
          <w:b/>
        </w:rPr>
        <w:t xml:space="preserve">What the map shows. </w:t>
      </w:r>
      <w:r>
        <w:rPr>
          <w:i/>
        </w:rPr>
        <w:t>This map illustrates the concentration of "Fields" across the area, [57]</w:t>
      </w:r>
    </w:p>
    <w:p>
      <w:r>
        <w:rPr>
          <w:i/>
          <w:color w:val="525252"/>
          <w:sz w:val="17"/>
        </w:rPr>
        <w:t>Inferred: read from the image by gemma4:e4b, not evidence.</w:t>
      </w:r>
    </w:p>
    <w:p>
      <w:pPr>
        <w:jc w:val="center"/>
      </w:pPr>
      <w:r>
        <w:drawing>
          <wp:inline xmlns:a="http://schemas.openxmlformats.org/drawingml/2006/main" xmlns:pic="http://schemas.openxmlformats.org/drawingml/2006/picture">
            <wp:extent cx="5486400" cy="3700272"/>
            <wp:docPr id="24" name="Picture 24"/>
            <wp:cNvGraphicFramePr>
              <a:graphicFrameLocks noChangeAspect="1"/>
            </wp:cNvGraphicFramePr>
            <a:graphic>
              <a:graphicData uri="http://schemas.openxmlformats.org/drawingml/2006/picture">
                <pic:pic>
                  <pic:nvPicPr>
                    <pic:cNvPr id="0" name="044.jpg"/>
                    <pic:cNvPicPr/>
                  </pic:nvPicPr>
                  <pic:blipFill>
                    <a:blip r:embed="rId32"/>
                    <a:stretch>
                      <a:fillRect/>
                    </a:stretch>
                  </pic:blipFill>
                  <pic:spPr>
                    <a:xfrm>
                      <a:off x="0" y="0"/>
                      <a:ext cx="5486400" cy="3700272"/>
                    </a:xfrm>
                    <a:prstGeom prst="rect"/>
                  </pic:spPr>
                </pic:pic>
              </a:graphicData>
            </a:graphic>
          </wp:inline>
        </w:drawing>
      </w:r>
    </w:p>
    <w:p>
      <w:r>
        <w:rPr>
          <w:i/>
          <w:color w:val="525252"/>
          <w:sz w:val="17"/>
        </w:rPr>
        <w:t>Figure 24. Fields over time (planted_year) [77]. Source: Fields (60 features). The data is in the appendix.</w:t>
      </w:r>
    </w:p>
    <w:p>
      <w:pPr>
        <w:jc w:val="center"/>
      </w:pPr>
      <w:r>
        <w:drawing>
          <wp:inline xmlns:a="http://schemas.openxmlformats.org/drawingml/2006/main" xmlns:pic="http://schemas.openxmlformats.org/drawingml/2006/picture">
            <wp:extent cx="5486400" cy="4017264"/>
            <wp:docPr id="25" name="Picture 25"/>
            <wp:cNvGraphicFramePr>
              <a:graphicFrameLocks noChangeAspect="1"/>
            </wp:cNvGraphicFramePr>
            <a:graphic>
              <a:graphicData uri="http://schemas.openxmlformats.org/drawingml/2006/picture">
                <pic:pic>
                  <pic:nvPicPr>
                    <pic:cNvPr id="0" name="045.jpg"/>
                    <pic:cNvPicPr/>
                  </pic:nvPicPr>
                  <pic:blipFill>
                    <a:blip r:embed="rId33"/>
                    <a:stretch>
                      <a:fillRect/>
                    </a:stretch>
                  </pic:blipFill>
                  <pic:spPr>
                    <a:xfrm>
                      <a:off x="0" y="0"/>
                      <a:ext cx="5486400" cy="4017264"/>
                    </a:xfrm>
                    <a:prstGeom prst="rect"/>
                  </pic:spPr>
                </pic:pic>
              </a:graphicData>
            </a:graphic>
          </wp:inline>
        </w:drawing>
      </w:r>
    </w:p>
    <w:p>
      <w:r>
        <w:rPr>
          <w:i/>
          <w:color w:val="525252"/>
          <w:sz w:val="17"/>
        </w:rPr>
        <w:t>Figure 25. Field operations over time (date) [78]. Per week, 2026-01-26 to 2026-09-21. Source: Field operations (272 features). The data is in the appendix.</w:t>
      </w:r>
    </w:p>
    <w:p>
      <w:pPr>
        <w:jc w:val="center"/>
      </w:pPr>
      <w:r>
        <w:drawing>
          <wp:inline xmlns:a="http://schemas.openxmlformats.org/drawingml/2006/main" xmlns:pic="http://schemas.openxmlformats.org/drawingml/2006/picture">
            <wp:extent cx="5486400" cy="3700272"/>
            <wp:docPr id="26" name="Picture 26"/>
            <wp:cNvGraphicFramePr>
              <a:graphicFrameLocks noChangeAspect="1"/>
            </wp:cNvGraphicFramePr>
            <a:graphic>
              <a:graphicData uri="http://schemas.openxmlformats.org/drawingml/2006/picture">
                <pic:pic>
                  <pic:nvPicPr>
                    <pic:cNvPr id="0" name="046.jpg"/>
                    <pic:cNvPicPr/>
                  </pic:nvPicPr>
                  <pic:blipFill>
                    <a:blip r:embed="rId34"/>
                    <a:stretch>
                      <a:fillRect/>
                    </a:stretch>
                  </pic:blipFill>
                  <pic:spPr>
                    <a:xfrm>
                      <a:off x="0" y="0"/>
                      <a:ext cx="5486400" cy="3700272"/>
                    </a:xfrm>
                    <a:prstGeom prst="rect"/>
                  </pic:spPr>
                </pic:pic>
              </a:graphicData>
            </a:graphic>
          </wp:inline>
        </w:drawing>
      </w:r>
    </w:p>
    <w:p>
      <w:r>
        <w:rPr>
          <w:i/>
          <w:color w:val="525252"/>
          <w:sz w:val="17"/>
        </w:rPr>
        <w:t>Figure 26. Summarize within: Fields [79]. Source: Summarize within: Fields (60 features). The data is in the appendix.</w:t>
      </w:r>
    </w:p>
    <w:p>
      <w:pPr>
        <w:jc w:val="center"/>
      </w:pPr>
      <w:r>
        <w:drawing>
          <wp:inline xmlns:a="http://schemas.openxmlformats.org/drawingml/2006/main" xmlns:pic="http://schemas.openxmlformats.org/drawingml/2006/picture">
            <wp:extent cx="5486400" cy="3596640"/>
            <wp:docPr id="27" name="Picture 27"/>
            <wp:cNvGraphicFramePr>
              <a:graphicFrameLocks noChangeAspect="1"/>
            </wp:cNvGraphicFramePr>
            <a:graphic>
              <a:graphicData uri="http://schemas.openxmlformats.org/drawingml/2006/picture">
                <pic:pic>
                  <pic:nvPicPr>
                    <pic:cNvPr id="0" name="047.jpg"/>
                    <pic:cNvPicPr/>
                  </pic:nvPicPr>
                  <pic:blipFill>
                    <a:blip r:embed="rId35"/>
                    <a:stretch>
                      <a:fillRect/>
                    </a:stretch>
                  </pic:blipFill>
                  <pic:spPr>
                    <a:xfrm>
                      <a:off x="0" y="0"/>
                      <a:ext cx="5486400" cy="3596640"/>
                    </a:xfrm>
                    <a:prstGeom prst="rect"/>
                  </pic:spPr>
                </pic:pic>
              </a:graphicData>
            </a:graphic>
          </wp:inline>
        </w:drawing>
      </w:r>
    </w:p>
    <w:p>
      <w:r>
        <w:rPr>
          <w:i/>
          <w:color w:val="525252"/>
          <w:sz w:val="17"/>
        </w:rPr>
        <w:t>Figure 27. Summarize within: Fields [80]. Source: Summarize within: Fields (60 features). The data is in the appendix.</w:t>
      </w:r>
    </w:p>
    <w:p>
      <w:pPr>
        <w:jc w:val="center"/>
      </w:pPr>
      <w:r>
        <w:drawing>
          <wp:inline xmlns:a="http://schemas.openxmlformats.org/drawingml/2006/main" xmlns:pic="http://schemas.openxmlformats.org/drawingml/2006/picture">
            <wp:extent cx="5486400" cy="3700272"/>
            <wp:docPr id="28" name="Picture 28"/>
            <wp:cNvGraphicFramePr>
              <a:graphicFrameLocks noChangeAspect="1"/>
            </wp:cNvGraphicFramePr>
            <a:graphic>
              <a:graphicData uri="http://schemas.openxmlformats.org/drawingml/2006/picture">
                <pic:pic>
                  <pic:nvPicPr>
                    <pic:cNvPr id="0" name="046.jpg"/>
                    <pic:cNvPicPr/>
                  </pic:nvPicPr>
                  <pic:blipFill>
                    <a:blip r:embed="rId34"/>
                    <a:stretch>
                      <a:fillRect/>
                    </a:stretch>
                  </pic:blipFill>
                  <pic:spPr>
                    <a:xfrm>
                      <a:off x="0" y="0"/>
                      <a:ext cx="5486400" cy="3700272"/>
                    </a:xfrm>
                    <a:prstGeom prst="rect"/>
                  </pic:spPr>
                </pic:pic>
              </a:graphicData>
            </a:graphic>
          </wp:inline>
        </w:drawing>
      </w:r>
    </w:p>
    <w:p>
      <w:r>
        <w:rPr>
          <w:i/>
          <w:color w:val="525252"/>
          <w:sz w:val="17"/>
        </w:rPr>
        <w:t>Figure 28. Summarize within: Fields [81]. Source: Summarize within: Fields (60 features). The data is in the appendix.</w:t>
      </w:r>
    </w:p>
    <w:p>
      <w:pPr>
        <w:jc w:val="center"/>
      </w:pPr>
      <w:r>
        <w:drawing>
          <wp:inline xmlns:a="http://schemas.openxmlformats.org/drawingml/2006/main" xmlns:pic="http://schemas.openxmlformats.org/drawingml/2006/picture">
            <wp:extent cx="5486400" cy="3706368"/>
            <wp:docPr id="29" name="Picture 29"/>
            <wp:cNvGraphicFramePr>
              <a:graphicFrameLocks noChangeAspect="1"/>
            </wp:cNvGraphicFramePr>
            <a:graphic>
              <a:graphicData uri="http://schemas.openxmlformats.org/drawingml/2006/picture">
                <pic:pic>
                  <pic:nvPicPr>
                    <pic:cNvPr id="0" name="049.jpg"/>
                    <pic:cNvPicPr/>
                  </pic:nvPicPr>
                  <pic:blipFill>
                    <a:blip r:embed="rId36"/>
                    <a:stretch>
                      <a:fillRect/>
                    </a:stretch>
                  </pic:blipFill>
                  <pic:spPr>
                    <a:xfrm>
                      <a:off x="0" y="0"/>
                      <a:ext cx="5486400" cy="3706368"/>
                    </a:xfrm>
                    <a:prstGeom prst="rect"/>
                  </pic:spPr>
                </pic:pic>
              </a:graphicData>
            </a:graphic>
          </wp:inline>
        </w:drawing>
      </w:r>
    </w:p>
    <w:p>
      <w:r>
        <w:rPr>
          <w:i/>
          <w:color w:val="525252"/>
          <w:sz w:val="17"/>
        </w:rPr>
        <w:t>Figure 29. Emerging hot spots: Pest scouting [82]. Source: Emerging hot spots: Pest scouting (48 features). The data is in the appendix.</w:t>
      </w:r>
    </w:p>
    <w:p>
      <w:pPr>
        <w:jc w:val="center"/>
      </w:pPr>
      <w:r>
        <w:drawing>
          <wp:inline xmlns:a="http://schemas.openxmlformats.org/drawingml/2006/main" xmlns:pic="http://schemas.openxmlformats.org/drawingml/2006/picture">
            <wp:extent cx="5486400" cy="3712464"/>
            <wp:docPr id="30" name="Picture 30"/>
            <wp:cNvGraphicFramePr>
              <a:graphicFrameLocks noChangeAspect="1"/>
            </wp:cNvGraphicFramePr>
            <a:graphic>
              <a:graphicData uri="http://schemas.openxmlformats.org/drawingml/2006/picture">
                <pic:pic>
                  <pic:nvPicPr>
                    <pic:cNvPr id="0" name="050.jpg"/>
                    <pic:cNvPicPr/>
                  </pic:nvPicPr>
                  <pic:blipFill>
                    <a:blip r:embed="rId37"/>
                    <a:stretch>
                      <a:fillRect/>
                    </a:stretch>
                  </pic:blipFill>
                  <pic:spPr>
                    <a:xfrm>
                      <a:off x="0" y="0"/>
                      <a:ext cx="5486400" cy="3712464"/>
                    </a:xfrm>
                    <a:prstGeom prst="rect"/>
                  </pic:spPr>
                </pic:pic>
              </a:graphicData>
            </a:graphic>
          </wp:inline>
        </w:drawing>
      </w:r>
    </w:p>
    <w:p>
      <w:r>
        <w:rPr>
          <w:i/>
          <w:color w:val="525252"/>
          <w:sz w:val="17"/>
        </w:rPr>
        <w:t>Figure 30. Emerging hot spots: Soil samples [83]. Source: Emerging hot spots: Soil samples (51 features). The data is in the appendix.</w:t>
      </w:r>
    </w:p>
    <w:p>
      <w:pPr>
        <w:jc w:val="center"/>
      </w:pPr>
      <w:r>
        <w:drawing>
          <wp:inline xmlns:a="http://schemas.openxmlformats.org/drawingml/2006/main" xmlns:pic="http://schemas.openxmlformats.org/drawingml/2006/picture">
            <wp:extent cx="5486400" cy="3931920"/>
            <wp:docPr id="31" name="Picture 31"/>
            <wp:cNvGraphicFramePr>
              <a:graphicFrameLocks noChangeAspect="1"/>
            </wp:cNvGraphicFramePr>
            <a:graphic>
              <a:graphicData uri="http://schemas.openxmlformats.org/drawingml/2006/picture">
                <pic:pic>
                  <pic:nvPicPr>
                    <pic:cNvPr id="0" name="051.jpg"/>
                    <pic:cNvPicPr/>
                  </pic:nvPicPr>
                  <pic:blipFill>
                    <a:blip r:embed="rId38"/>
                    <a:stretch>
                      <a:fillRect/>
                    </a:stretch>
                  </pic:blipFill>
                  <pic:spPr>
                    <a:xfrm>
                      <a:off x="0" y="0"/>
                      <a:ext cx="5486400" cy="3931920"/>
                    </a:xfrm>
                    <a:prstGeom prst="rect"/>
                  </pic:spPr>
                </pic:pic>
              </a:graphicData>
            </a:graphic>
          </wp:inline>
        </w:drawing>
      </w:r>
    </w:p>
    <w:p>
      <w:r>
        <w:rPr>
          <w:i/>
          <w:color w:val="525252"/>
          <w:sz w:val="17"/>
        </w:rPr>
        <w:t>Figure 31. Repeat and near repeat classification: Pest scouting [84]. Per week, 2026-03-30 to 2026-09-14. Source: Repeat and near repeat classification: Pest scouting (520 features). The data is in the appendix.</w:t>
      </w:r>
    </w:p>
    <w:p>
      <w:pPr>
        <w:jc w:val="center"/>
      </w:pPr>
      <w:r>
        <w:drawing>
          <wp:inline xmlns:a="http://schemas.openxmlformats.org/drawingml/2006/main" xmlns:pic="http://schemas.openxmlformats.org/drawingml/2006/picture">
            <wp:extent cx="5486400" cy="3621024"/>
            <wp:docPr id="32" name="Picture 32"/>
            <wp:cNvGraphicFramePr>
              <a:graphicFrameLocks noChangeAspect="1"/>
            </wp:cNvGraphicFramePr>
            <a:graphic>
              <a:graphicData uri="http://schemas.openxmlformats.org/drawingml/2006/picture">
                <pic:pic>
                  <pic:nvPicPr>
                    <pic:cNvPr id="0" name="052.jpg"/>
                    <pic:cNvPicPr/>
                  </pic:nvPicPr>
                  <pic:blipFill>
                    <a:blip r:embed="rId39"/>
                    <a:stretch>
                      <a:fillRect/>
                    </a:stretch>
                  </pic:blipFill>
                  <pic:spPr>
                    <a:xfrm>
                      <a:off x="0" y="0"/>
                      <a:ext cx="5486400" cy="3621024"/>
                    </a:xfrm>
                    <a:prstGeom prst="rect"/>
                  </pic:spPr>
                </pic:pic>
              </a:graphicData>
            </a:graphic>
          </wp:inline>
        </w:drawing>
      </w:r>
    </w:p>
    <w:p>
      <w:r>
        <w:rPr>
          <w:i/>
          <w:color w:val="525252"/>
          <w:sz w:val="17"/>
        </w:rPr>
        <w:t>Figure 32. NDVI change polygons [85]. Source: NDVI change polygons (175 features). The data is in the appendix.</w:t>
      </w:r>
    </w:p>
    <w:p>
      <w:pPr>
        <w:jc w:val="center"/>
      </w:pPr>
      <w:r>
        <w:drawing>
          <wp:inline xmlns:a="http://schemas.openxmlformats.org/drawingml/2006/main" xmlns:pic="http://schemas.openxmlformats.org/drawingml/2006/picture">
            <wp:extent cx="5486400" cy="3864864"/>
            <wp:docPr id="33" name="Picture 33"/>
            <wp:cNvGraphicFramePr>
              <a:graphicFrameLocks noChangeAspect="1"/>
            </wp:cNvGraphicFramePr>
            <a:graphic>
              <a:graphicData uri="http://schemas.openxmlformats.org/drawingml/2006/picture">
                <pic:pic>
                  <pic:nvPicPr>
                    <pic:cNvPr id="0" name="053.jpg"/>
                    <pic:cNvPicPr/>
                  </pic:nvPicPr>
                  <pic:blipFill>
                    <a:blip r:embed="rId40"/>
                    <a:stretch>
                      <a:fillRect/>
                    </a:stretch>
                  </pic:blipFill>
                  <pic:spPr>
                    <a:xfrm>
                      <a:off x="0" y="0"/>
                      <a:ext cx="5486400" cy="3864864"/>
                    </a:xfrm>
                    <a:prstGeom prst="rect"/>
                  </pic:spPr>
                </pic:pic>
              </a:graphicData>
            </a:graphic>
          </wp:inline>
        </w:drawing>
      </w:r>
    </w:p>
    <w:p>
      <w:r>
        <w:rPr>
          <w:i/>
          <w:color w:val="525252"/>
          <w:sz w:val="17"/>
        </w:rPr>
        <w:t>Figure 33. Hot spot analysis: Pest scouting [86]. Source: Hot spot analysis: Pest scouting (134 features). The data is in the appendix.</w:t>
      </w:r>
    </w:p>
    <w:p>
      <w:pPr>
        <w:jc w:val="center"/>
      </w:pPr>
      <w:r>
        <w:drawing>
          <wp:inline xmlns:a="http://schemas.openxmlformats.org/drawingml/2006/main" xmlns:pic="http://schemas.openxmlformats.org/drawingml/2006/picture">
            <wp:extent cx="5486400" cy="3852672"/>
            <wp:docPr id="34" name="Picture 34"/>
            <wp:cNvGraphicFramePr>
              <a:graphicFrameLocks noChangeAspect="1"/>
            </wp:cNvGraphicFramePr>
            <a:graphic>
              <a:graphicData uri="http://schemas.openxmlformats.org/drawingml/2006/picture">
                <pic:pic>
                  <pic:nvPicPr>
                    <pic:cNvPr id="0" name="054.jpg"/>
                    <pic:cNvPicPr/>
                  </pic:nvPicPr>
                  <pic:blipFill>
                    <a:blip r:embed="rId41"/>
                    <a:stretch>
                      <a:fillRect/>
                    </a:stretch>
                  </pic:blipFill>
                  <pic:spPr>
                    <a:xfrm>
                      <a:off x="0" y="0"/>
                      <a:ext cx="5486400" cy="3852672"/>
                    </a:xfrm>
                    <a:prstGeom prst="rect"/>
                  </pic:spPr>
                </pic:pic>
              </a:graphicData>
            </a:graphic>
          </wp:inline>
        </w:drawing>
      </w:r>
    </w:p>
    <w:p>
      <w:r>
        <w:rPr>
          <w:i/>
          <w:color w:val="525252"/>
          <w:sz w:val="17"/>
        </w:rPr>
        <w:t>Figure 34. Hot spot analysis: Wells [87]. Source: Hot spot analysis: Wells (13 features). The data is in the appendix.</w:t>
      </w:r>
    </w:p>
    <w:p>
      <w:pPr>
        <w:jc w:val="center"/>
      </w:pPr>
      <w:r>
        <w:drawing>
          <wp:inline xmlns:a="http://schemas.openxmlformats.org/drawingml/2006/main" xmlns:pic="http://schemas.openxmlformats.org/drawingml/2006/picture">
            <wp:extent cx="5486400" cy="3864864"/>
            <wp:docPr id="35" name="Picture 35"/>
            <wp:cNvGraphicFramePr>
              <a:graphicFrameLocks noChangeAspect="1"/>
            </wp:cNvGraphicFramePr>
            <a:graphic>
              <a:graphicData uri="http://schemas.openxmlformats.org/drawingml/2006/picture">
                <pic:pic>
                  <pic:nvPicPr>
                    <pic:cNvPr id="0" name="055.jpg"/>
                    <pic:cNvPicPr/>
                  </pic:nvPicPr>
                  <pic:blipFill>
                    <a:blip r:embed="rId42"/>
                    <a:stretch>
                      <a:fillRect/>
                    </a:stretch>
                  </pic:blipFill>
                  <pic:spPr>
                    <a:xfrm>
                      <a:off x="0" y="0"/>
                      <a:ext cx="5486400" cy="3864864"/>
                    </a:xfrm>
                    <a:prstGeom prst="rect"/>
                  </pic:spPr>
                </pic:pic>
              </a:graphicData>
            </a:graphic>
          </wp:inline>
        </w:drawing>
      </w:r>
    </w:p>
    <w:p>
      <w:r>
        <w:rPr>
          <w:i/>
          <w:color w:val="525252"/>
          <w:sz w:val="17"/>
        </w:rPr>
        <w:t>Figure 35. Hot spot analysis: Soil samples [88]. Source: Hot spot analysis: Soil samples (139 features). The data is in the appendix.</w:t>
      </w:r>
    </w:p>
    <w:p>
      <w:pPr>
        <w:jc w:val="center"/>
      </w:pPr>
      <w:r>
        <w:drawing>
          <wp:inline xmlns:a="http://schemas.openxmlformats.org/drawingml/2006/main" xmlns:pic="http://schemas.openxmlformats.org/drawingml/2006/picture">
            <wp:extent cx="5486400" cy="3669792"/>
            <wp:docPr id="36" name="Picture 36"/>
            <wp:cNvGraphicFramePr>
              <a:graphicFrameLocks noChangeAspect="1"/>
            </wp:cNvGraphicFramePr>
            <a:graphic>
              <a:graphicData uri="http://schemas.openxmlformats.org/drawingml/2006/picture">
                <pic:pic>
                  <pic:nvPicPr>
                    <pic:cNvPr id="0" name="056.jpg"/>
                    <pic:cNvPicPr/>
                  </pic:nvPicPr>
                  <pic:blipFill>
                    <a:blip r:embed="rId43"/>
                    <a:stretch>
                      <a:fillRect/>
                    </a:stretch>
                  </pic:blipFill>
                  <pic:spPr>
                    <a:xfrm>
                      <a:off x="0" y="0"/>
                      <a:ext cx="5486400" cy="3669792"/>
                    </a:xfrm>
                    <a:prstGeom prst="rect"/>
                  </pic:spPr>
                </pic:pic>
              </a:graphicData>
            </a:graphic>
          </wp:inline>
        </w:drawing>
      </w:r>
    </w:p>
    <w:p>
      <w:r>
        <w:rPr>
          <w:i/>
          <w:color w:val="525252"/>
          <w:sz w:val="17"/>
        </w:rPr>
        <w:t>Figure 36. Calculate density: Pest scouting [89]. Source: Calculate density: Pest scouting (937 features). The data is in the appendix.</w:t>
      </w:r>
    </w:p>
    <w:p>
      <w:pPr>
        <w:jc w:val="center"/>
      </w:pPr>
      <w:r>
        <w:drawing>
          <wp:inline xmlns:a="http://schemas.openxmlformats.org/drawingml/2006/main" xmlns:pic="http://schemas.openxmlformats.org/drawingml/2006/picture">
            <wp:extent cx="5486400" cy="3700272"/>
            <wp:docPr id="37" name="Picture 37"/>
            <wp:cNvGraphicFramePr>
              <a:graphicFrameLocks noChangeAspect="1"/>
            </wp:cNvGraphicFramePr>
            <a:graphic>
              <a:graphicData uri="http://schemas.openxmlformats.org/drawingml/2006/picture">
                <pic:pic>
                  <pic:nvPicPr>
                    <pic:cNvPr id="0" name="057.jpg"/>
                    <pic:cNvPicPr/>
                  </pic:nvPicPr>
                  <pic:blipFill>
                    <a:blip r:embed="rId44"/>
                    <a:stretch>
                      <a:fillRect/>
                    </a:stretch>
                  </pic:blipFill>
                  <pic:spPr>
                    <a:xfrm>
                      <a:off x="0" y="0"/>
                      <a:ext cx="5486400" cy="3700272"/>
                    </a:xfrm>
                    <a:prstGeom prst="rect"/>
                  </pic:spPr>
                </pic:pic>
              </a:graphicData>
            </a:graphic>
          </wp:inline>
        </w:drawing>
      </w:r>
    </w:p>
    <w:p>
      <w:r>
        <w:rPr>
          <w:i/>
          <w:color w:val="525252"/>
          <w:sz w:val="17"/>
        </w:rPr>
        <w:t>Figure 37. Calculate density: Wells [90]. Source: Calculate density: Wells (75 features). The data is in the appendix.</w:t>
      </w:r>
    </w:p>
    <w:p>
      <w:pPr>
        <w:jc w:val="center"/>
      </w:pPr>
      <w:r>
        <w:drawing>
          <wp:inline xmlns:a="http://schemas.openxmlformats.org/drawingml/2006/main" xmlns:pic="http://schemas.openxmlformats.org/drawingml/2006/picture">
            <wp:extent cx="5486400" cy="3651504"/>
            <wp:docPr id="38" name="Picture 38"/>
            <wp:cNvGraphicFramePr>
              <a:graphicFrameLocks noChangeAspect="1"/>
            </wp:cNvGraphicFramePr>
            <a:graphic>
              <a:graphicData uri="http://schemas.openxmlformats.org/drawingml/2006/picture">
                <pic:pic>
                  <pic:nvPicPr>
                    <pic:cNvPr id="0" name="058.jpg"/>
                    <pic:cNvPicPr/>
                  </pic:nvPicPr>
                  <pic:blipFill>
                    <a:blip r:embed="rId45"/>
                    <a:stretch>
                      <a:fillRect/>
                    </a:stretch>
                  </pic:blipFill>
                  <pic:spPr>
                    <a:xfrm>
                      <a:off x="0" y="0"/>
                      <a:ext cx="5486400" cy="3651504"/>
                    </a:xfrm>
                    <a:prstGeom prst="rect"/>
                  </pic:spPr>
                </pic:pic>
              </a:graphicData>
            </a:graphic>
          </wp:inline>
        </w:drawing>
      </w:r>
    </w:p>
    <w:p>
      <w:r>
        <w:rPr>
          <w:i/>
          <w:color w:val="525252"/>
          <w:sz w:val="17"/>
        </w:rPr>
        <w:t>Figure 38. Calculate density: Soil samples [91]. Source: Calculate density: Soil samples (953 features). The data is in the appendix.</w:t>
      </w:r>
    </w:p>
    <w:p>
      <w:pPr>
        <w:jc w:val="center"/>
      </w:pPr>
      <w:r>
        <w:drawing>
          <wp:inline xmlns:a="http://schemas.openxmlformats.org/drawingml/2006/main" xmlns:pic="http://schemas.openxmlformats.org/drawingml/2006/picture">
            <wp:extent cx="5486400" cy="2676144"/>
            <wp:docPr id="39" name="Picture 39"/>
            <wp:cNvGraphicFramePr>
              <a:graphicFrameLocks noChangeAspect="1"/>
            </wp:cNvGraphicFramePr>
            <a:graphic>
              <a:graphicData uri="http://schemas.openxmlformats.org/drawingml/2006/picture">
                <pic:pic>
                  <pic:nvPicPr>
                    <pic:cNvPr id="0" name="059.jpg"/>
                    <pic:cNvPicPr/>
                  </pic:nvPicPr>
                  <pic:blipFill>
                    <a:blip r:embed="rId46"/>
                    <a:stretch>
                      <a:fillRect/>
                    </a:stretch>
                  </pic:blipFill>
                  <pic:spPr>
                    <a:xfrm>
                      <a:off x="0" y="0"/>
                      <a:ext cx="5486400" cy="2676144"/>
                    </a:xfrm>
                    <a:prstGeom prst="rect"/>
                  </pic:spPr>
                </pic:pic>
              </a:graphicData>
            </a:graphic>
          </wp:inline>
        </w:drawing>
      </w:r>
    </w:p>
    <w:p>
      <w:r>
        <w:rPr>
          <w:i/>
          <w:color w:val="525252"/>
          <w:sz w:val="17"/>
        </w:rPr>
        <w:t>Figure 39. Find point clusters: Pest scouting [92]. Period: 2026-04-01 to 2026-09-14 (observed_at). Source: Find point clusters: Pest scouting (520 features). The data is in the appendix.</w:t>
      </w:r>
    </w:p>
    <w:p>
      <w:pPr>
        <w:jc w:val="center"/>
      </w:pPr>
      <w:r>
        <w:drawing>
          <wp:inline xmlns:a="http://schemas.openxmlformats.org/drawingml/2006/main" xmlns:pic="http://schemas.openxmlformats.org/drawingml/2006/picture">
            <wp:extent cx="5486400" cy="2420112"/>
            <wp:docPr id="40" name="Picture 40"/>
            <wp:cNvGraphicFramePr>
              <a:graphicFrameLocks noChangeAspect="1"/>
            </wp:cNvGraphicFramePr>
            <a:graphic>
              <a:graphicData uri="http://schemas.openxmlformats.org/drawingml/2006/picture">
                <pic:pic>
                  <pic:nvPicPr>
                    <pic:cNvPr id="0" name="060.jpg"/>
                    <pic:cNvPicPr/>
                  </pic:nvPicPr>
                  <pic:blipFill>
                    <a:blip r:embed="rId47"/>
                    <a:stretch>
                      <a:fillRect/>
                    </a:stretch>
                  </pic:blipFill>
                  <pic:spPr>
                    <a:xfrm>
                      <a:off x="0" y="0"/>
                      <a:ext cx="5486400" cy="2420112"/>
                    </a:xfrm>
                    <a:prstGeom prst="rect"/>
                  </pic:spPr>
                </pic:pic>
              </a:graphicData>
            </a:graphic>
          </wp:inline>
        </w:drawing>
      </w:r>
    </w:p>
    <w:p>
      <w:r>
        <w:rPr>
          <w:i/>
          <w:color w:val="525252"/>
          <w:sz w:val="17"/>
        </w:rPr>
        <w:t>Figure 40. Find point clusters: cluster hulls [93]. Source: Find point clusters: cluster hulls (4 features). The data is in the appendix.</w:t>
      </w:r>
    </w:p>
    <w:p>
      <w:pPr>
        <w:jc w:val="center"/>
      </w:pPr>
      <w:r>
        <w:drawing>
          <wp:inline xmlns:a="http://schemas.openxmlformats.org/drawingml/2006/main" xmlns:pic="http://schemas.openxmlformats.org/drawingml/2006/picture">
            <wp:extent cx="5486400" cy="2676144"/>
            <wp:docPr id="41" name="Picture 41"/>
            <wp:cNvGraphicFramePr>
              <a:graphicFrameLocks noChangeAspect="1"/>
            </wp:cNvGraphicFramePr>
            <a:graphic>
              <a:graphicData uri="http://schemas.openxmlformats.org/drawingml/2006/picture">
                <pic:pic>
                  <pic:nvPicPr>
                    <pic:cNvPr id="0" name="061.jpg"/>
                    <pic:cNvPicPr/>
                  </pic:nvPicPr>
                  <pic:blipFill>
                    <a:blip r:embed="rId48"/>
                    <a:stretch>
                      <a:fillRect/>
                    </a:stretch>
                  </pic:blipFill>
                  <pic:spPr>
                    <a:xfrm>
                      <a:off x="0" y="0"/>
                      <a:ext cx="5486400" cy="2676144"/>
                    </a:xfrm>
                    <a:prstGeom prst="rect"/>
                  </pic:spPr>
                </pic:pic>
              </a:graphicData>
            </a:graphic>
          </wp:inline>
        </w:drawing>
      </w:r>
    </w:p>
    <w:p>
      <w:r>
        <w:rPr>
          <w:i/>
          <w:color w:val="525252"/>
          <w:sz w:val="17"/>
        </w:rPr>
        <w:t>Figure 41. Find point clusters: Wells [94]. Source: Find point clusters: Wells (40 features). The data is in the appendix.</w:t>
      </w:r>
    </w:p>
    <w:p>
      <w:pPr>
        <w:jc w:val="center"/>
      </w:pPr>
      <w:r>
        <w:drawing>
          <wp:inline xmlns:a="http://schemas.openxmlformats.org/drawingml/2006/main" xmlns:pic="http://schemas.openxmlformats.org/drawingml/2006/picture">
            <wp:extent cx="5486400" cy="2676144"/>
            <wp:docPr id="42" name="Picture 42"/>
            <wp:cNvGraphicFramePr>
              <a:graphicFrameLocks noChangeAspect="1"/>
            </wp:cNvGraphicFramePr>
            <a:graphic>
              <a:graphicData uri="http://schemas.openxmlformats.org/drawingml/2006/picture">
                <pic:pic>
                  <pic:nvPicPr>
                    <pic:cNvPr id="0" name="062.jpg"/>
                    <pic:cNvPicPr/>
                  </pic:nvPicPr>
                  <pic:blipFill>
                    <a:blip r:embed="rId49"/>
                    <a:stretch>
                      <a:fillRect/>
                    </a:stretch>
                  </pic:blipFill>
                  <pic:spPr>
                    <a:xfrm>
                      <a:off x="0" y="0"/>
                      <a:ext cx="5486400" cy="2676144"/>
                    </a:xfrm>
                    <a:prstGeom prst="rect"/>
                  </pic:spPr>
                </pic:pic>
              </a:graphicData>
            </a:graphic>
          </wp:inline>
        </w:drawing>
      </w:r>
    </w:p>
    <w:p>
      <w:r>
        <w:rPr>
          <w:i/>
          <w:color w:val="525252"/>
          <w:sz w:val="17"/>
        </w:rPr>
        <w:t>Figure 42. Find point clusters: cluster hulls [95]. Source: Find point clusters: cluster hulls (5 features). The data is in the appendix.</w:t>
      </w:r>
    </w:p>
    <w:p>
      <w:pPr>
        <w:jc w:val="center"/>
      </w:pPr>
      <w:r>
        <w:drawing>
          <wp:inline xmlns:a="http://schemas.openxmlformats.org/drawingml/2006/main" xmlns:pic="http://schemas.openxmlformats.org/drawingml/2006/picture">
            <wp:extent cx="5486400" cy="1658112"/>
            <wp:docPr id="43" name="Picture 43"/>
            <wp:cNvGraphicFramePr>
              <a:graphicFrameLocks noChangeAspect="1"/>
            </wp:cNvGraphicFramePr>
            <a:graphic>
              <a:graphicData uri="http://schemas.openxmlformats.org/drawingml/2006/picture">
                <pic:pic>
                  <pic:nvPicPr>
                    <pic:cNvPr id="0" name="063.jpg"/>
                    <pic:cNvPicPr/>
                  </pic:nvPicPr>
                  <pic:blipFill>
                    <a:blip r:embed="rId50"/>
                    <a:stretch>
                      <a:fillRect/>
                    </a:stretch>
                  </pic:blipFill>
                  <pic:spPr>
                    <a:xfrm>
                      <a:off x="0" y="0"/>
                      <a:ext cx="5486400" cy="1658112"/>
                    </a:xfrm>
                    <a:prstGeom prst="rect"/>
                  </pic:spPr>
                </pic:pic>
              </a:graphicData>
            </a:graphic>
          </wp:inline>
        </w:drawing>
      </w:r>
    </w:p>
    <w:p>
      <w:r>
        <w:rPr>
          <w:i/>
          <w:color w:val="525252"/>
          <w:sz w:val="17"/>
        </w:rPr>
        <w:t>Figure 43. Find point clusters: Soil samples [96]. Period: 2025-10-01 to 2026-02-27 (sampled_on). Source: Find point clusters: Soil samples (600 features). The data is in the appendix.</w:t>
      </w:r>
    </w:p>
    <w:p>
      <w:pPr>
        <w:jc w:val="center"/>
      </w:pPr>
      <w:r>
        <w:drawing>
          <wp:inline xmlns:a="http://schemas.openxmlformats.org/drawingml/2006/main" xmlns:pic="http://schemas.openxmlformats.org/drawingml/2006/picture">
            <wp:extent cx="5486400" cy="3493008"/>
            <wp:docPr id="44" name="Picture 44"/>
            <wp:cNvGraphicFramePr>
              <a:graphicFrameLocks noChangeAspect="1"/>
            </wp:cNvGraphicFramePr>
            <a:graphic>
              <a:graphicData uri="http://schemas.openxmlformats.org/drawingml/2006/picture">
                <pic:pic>
                  <pic:nvPicPr>
                    <pic:cNvPr id="0" name="064.jpg"/>
                    <pic:cNvPicPr/>
                  </pic:nvPicPr>
                  <pic:blipFill>
                    <a:blip r:embed="rId51"/>
                    <a:stretch>
                      <a:fillRect/>
                    </a:stretch>
                  </pic:blipFill>
                  <pic:spPr>
                    <a:xfrm>
                      <a:off x="0" y="0"/>
                      <a:ext cx="5486400" cy="3493008"/>
                    </a:xfrm>
                    <a:prstGeom prst="rect"/>
                  </pic:spPr>
                </pic:pic>
              </a:graphicData>
            </a:graphic>
          </wp:inline>
        </w:drawing>
      </w:r>
    </w:p>
    <w:p>
      <w:r>
        <w:rPr>
          <w:i/>
          <w:color w:val="525252"/>
          <w:sz w:val="17"/>
        </w:rPr>
        <w:t>Figure 44. Find point clusters: Soil samples over time [97]. Per week, 2025-09-29 to 2026-02-23. Source: Find point clusters: Soil samples (600 features). The data is in the appendix.</w:t>
      </w:r>
    </w:p>
    <w:p>
      <w:pPr>
        <w:jc w:val="center"/>
      </w:pPr>
      <w:r>
        <w:drawing>
          <wp:inline xmlns:a="http://schemas.openxmlformats.org/drawingml/2006/main" xmlns:pic="http://schemas.openxmlformats.org/drawingml/2006/picture">
            <wp:extent cx="5486400" cy="3931920"/>
            <wp:docPr id="45" name="Picture 45"/>
            <wp:cNvGraphicFramePr>
              <a:graphicFrameLocks noChangeAspect="1"/>
            </wp:cNvGraphicFramePr>
            <a:graphic>
              <a:graphicData uri="http://schemas.openxmlformats.org/drawingml/2006/picture">
                <pic:pic>
                  <pic:nvPicPr>
                    <pic:cNvPr id="0" name="065.jpg"/>
                    <pic:cNvPicPr/>
                  </pic:nvPicPr>
                  <pic:blipFill>
                    <a:blip r:embed="rId52"/>
                    <a:stretch>
                      <a:fillRect/>
                    </a:stretch>
                  </pic:blipFill>
                  <pic:spPr>
                    <a:xfrm>
                      <a:off x="0" y="0"/>
                      <a:ext cx="5486400" cy="3931920"/>
                    </a:xfrm>
                    <a:prstGeom prst="rect"/>
                  </pic:spPr>
                </pic:pic>
              </a:graphicData>
            </a:graphic>
          </wp:inline>
        </w:drawing>
      </w:r>
    </w:p>
    <w:p>
      <w:r>
        <w:rPr>
          <w:i/>
          <w:color w:val="525252"/>
          <w:sz w:val="17"/>
        </w:rPr>
        <w:t>Figure 45. Find point clusters: Pest scouting over time [98]. Per week, 2026-03-30 to 2026-09-14. Source: Find point clusters: Pest scouting (520 features). The data is in the appendix.</w:t>
      </w:r>
    </w:p>
    <w:p>
      <w:pPr>
        <w:jc w:val="center"/>
      </w:pPr>
      <w:r>
        <w:drawing>
          <wp:inline xmlns:a="http://schemas.openxmlformats.org/drawingml/2006/main" xmlns:pic="http://schemas.openxmlformats.org/drawingml/2006/picture">
            <wp:extent cx="5486400" cy="3931920"/>
            <wp:docPr id="46" name="Picture 46"/>
            <wp:cNvGraphicFramePr>
              <a:graphicFrameLocks noChangeAspect="1"/>
            </wp:cNvGraphicFramePr>
            <a:graphic>
              <a:graphicData uri="http://schemas.openxmlformats.org/drawingml/2006/picture">
                <pic:pic>
                  <pic:nvPicPr>
                    <pic:cNvPr id="0" name="051.jpg"/>
                    <pic:cNvPicPr/>
                  </pic:nvPicPr>
                  <pic:blipFill>
                    <a:blip r:embed="rId38"/>
                    <a:stretch>
                      <a:fillRect/>
                    </a:stretch>
                  </pic:blipFill>
                  <pic:spPr>
                    <a:xfrm>
                      <a:off x="0" y="0"/>
                      <a:ext cx="5486400" cy="3931920"/>
                    </a:xfrm>
                    <a:prstGeom prst="rect"/>
                  </pic:spPr>
                </pic:pic>
              </a:graphicData>
            </a:graphic>
          </wp:inline>
        </w:drawing>
      </w:r>
    </w:p>
    <w:p>
      <w:r>
        <w:rPr>
          <w:i/>
          <w:color w:val="525252"/>
          <w:sz w:val="17"/>
        </w:rPr>
        <w:t>Figure 46. Repeat and near repeat classification: Pest scouting over time [99]. Per week, 2026-03-30 to 2026-09-14. Source: Repeat and near repeat classification: Pest scouting (520 features). The data is in the appendix.</w:t>
      </w:r>
    </w:p>
    <w:p>
      <w:pPr>
        <w:pStyle w:val="Heading1"/>
      </w:pPr>
      <w:r>
        <w:t>Changes since the last run</w:t>
      </w:r>
    </w:p>
    <w:p>
      <w:r>
        <w:t>This is the first report of this project.</w:t>
      </w:r>
    </w:p>
    <w:p>
      <w:pPr>
        <w:pStyle w:val="Heading1"/>
      </w:pPr>
      <w:r>
        <w:t>Sources</w:t>
      </w:r>
    </w:p>
    <w:p>
      <w:pPr>
        <w:spacing w:after="40"/>
      </w:pPr>
      <w:r>
        <w:t>[1] Rendering: Chart: Timeline: events per quarter by dataset. 92 rows (id 210bf478-e864-4742-9c56-7c7e371b620c)</w:t>
      </w:r>
    </w:p>
    <w:p>
      <w:pPr>
        <w:spacing w:after="40"/>
      </w:pPr>
      <w:r>
        <w:t>[2] Dataset: Soil samples. vector, 600 rows (id f4ae2248-8882-412c-b6a9-09b418581a65)</w:t>
      </w:r>
    </w:p>
    <w:p>
      <w:pPr>
        <w:spacing w:after="40"/>
      </w:pPr>
      <w:r>
        <w:t>[3] Dataset: Pest scouting. vector, 520 rows (id 63eec720-9e01-4dce-9c81-975e42e92d0b)</w:t>
      </w:r>
    </w:p>
    <w:p>
      <w:pPr>
        <w:spacing w:after="40"/>
      </w:pPr>
      <w:r>
        <w:t>[4] Dataset: Yields by season. table, 300 rows (id a530983b-a4cf-4197-96b4-ac4ee482921b)</w:t>
      </w:r>
    </w:p>
    <w:p>
      <w:pPr>
        <w:spacing w:after="40"/>
      </w:pPr>
      <w:r>
        <w:t>[5] Dataset: Field operations. table, 272 rows (id a8bf3d14-5f38-4346-878a-d28bc636b06e)</w:t>
      </w:r>
    </w:p>
    <w:p>
      <w:pPr>
        <w:spacing w:after="40"/>
      </w:pPr>
      <w:r>
        <w:t>[6] Catalog: Summarize within (operation catalog, gp_summarize_within). Count and aggregate the features inside each polygon (or bin), proportionally for lines and polygons. ArcGIS: Summarize Within, Aggregate Points. QGIS: native:countpointsinpolygon, native:sumlinelengths. (id gp_summarize_within)</w:t>
      </w:r>
    </w:p>
    <w:p>
      <w:pPr>
        <w:spacing w:after="40"/>
      </w:pPr>
      <w:r>
        <w:t>[7] Plan: Weather stations per feature of Fields (the Start plan's candidate c_454a5cc5eea8). Count Weather stations inside each feature of Fields; the counts map as a choropleth (natural breaks, sequential colors). (id ae3647a3-d230-4a37-b0e8-19aa34415db3:c_454a5cc5eea8)</w:t>
      </w:r>
    </w:p>
    <w:p>
      <w:pPr>
        <w:spacing w:after="40"/>
      </w:pPr>
      <w:r>
        <w:t>[8] Tool result: gp_summarize_within, step 0. Summarize within: 1 layer saved: Summarize within: Fields (60 features). (id dccd77e6-8290-42cb-9255-e52125568f63:0)</w:t>
      </w:r>
    </w:p>
    <w:p>
      <w:pPr>
        <w:spacing w:after="40"/>
      </w:pPr>
      <w:r>
        <w:t>[9] Layer: Weather stations. 3 features (id 7a8242c6-adef-4d23-9e5b-df9ccaca27ad)</w:t>
      </w:r>
    </w:p>
    <w:p>
      <w:pPr>
        <w:spacing w:after="40"/>
      </w:pPr>
      <w:r>
        <w:t>[10] Layer: Fields. 60 features (id a196eb79-1c58-44ab-9608-3f8de23cc587)</w:t>
      </w:r>
    </w:p>
    <w:p>
      <w:pPr>
        <w:spacing w:after="40"/>
      </w:pPr>
      <w:r>
        <w:t>[11] Tool result: gp_summarize_within, step 1. Summarize within: 1 layer saved: Summarize within: Fields (60 features). (id dccd77e6-8290-42cb-9255-e52125568f63:1)</w:t>
      </w:r>
    </w:p>
    <w:p>
      <w:pPr>
        <w:spacing w:after="40"/>
      </w:pPr>
      <w:r>
        <w:t>[12] Layer: Pest scouting. 520 features (id 815c2b2c-fc4f-4927-8f05-1744f43ca273)</w:t>
      </w:r>
    </w:p>
    <w:p>
      <w:pPr>
        <w:spacing w:after="40"/>
      </w:pPr>
      <w:r>
        <w:t>[13] Tool result: gp_summarize_within, step 2. Summarize within: 1 layer saved: Summarize within: Fields (60 features). (id dccd77e6-8290-42cb-9255-e52125568f63:2)</w:t>
      </w:r>
    </w:p>
    <w:p>
      <w:pPr>
        <w:spacing w:after="40"/>
      </w:pPr>
      <w:r>
        <w:t>[14] Layer: Wells. 40 features (id 15d08948-7e45-4cf2-ad71-6bb21299a25d)</w:t>
      </w:r>
    </w:p>
    <w:p>
      <w:pPr>
        <w:spacing w:after="40"/>
      </w:pPr>
      <w:r>
        <w:t>[15] Catalog: Emerging hot spots (operation catalog, gp_space_time_hot_spots). Where hot spots are new, consecutive, intensifying, persistent, diminishing, sporadic, oscillating or historical over time. ArcGIS: Emerging Hot Spot Analysis, Create Space Time Cube. (id gp_space_time_hot_spots)</w:t>
      </w:r>
    </w:p>
    <w:p>
      <w:pPr>
        <w:spacing w:after="40"/>
      </w:pPr>
      <w:r>
        <w:t>[16] Plan: Space time hot spots of Pest scouting (the Start plan's candidate c_45dd616af1e5). Pest scouting carry dates in 'observed_at': emerging hot spot analysis finds new, intensifying and fading hot spots per week. (id ae3647a3-d230-4a37-b0e8-19aa34415db3:c_45dd616af1e5)</w:t>
      </w:r>
    </w:p>
    <w:p>
      <w:pPr>
        <w:spacing w:after="40"/>
      </w:pPr>
      <w:r>
        <w:t>[17] Tool result: gp_space_time_hot_spots, step 0. Emerging hot spots: 1 layer saved: Emerging hot spots: Pest scouting (48 features). (id 4244d4f5-f923-4458-9154-022dacee4c61:0)</w:t>
      </w:r>
    </w:p>
    <w:p>
      <w:pPr>
        <w:spacing w:after="40"/>
      </w:pPr>
      <w:r>
        <w:t>[18] Plan: Space time hot spots of Soil samples (the Start plan's candidate c_850c0bb45f60). Soil samples carry dates in 'sampled_on': emerging hot spot analysis finds new, intensifying and fading hot spots per week. (id ae3647a3-d230-4a37-b0e8-19aa34415db3:c_850c0bb45f60)</w:t>
      </w:r>
    </w:p>
    <w:p>
      <w:pPr>
        <w:spacing w:after="40"/>
      </w:pPr>
      <w:r>
        <w:t>[19] Tool result: gp_space_time_hot_spots, step 1. Emerging hot spots: 1 layer saved: Emerging hot spots: Soil samples (51 features). (id 4244d4f5-f923-4458-9154-022dacee4c61:1)</w:t>
      </w:r>
    </w:p>
    <w:p>
      <w:pPr>
        <w:spacing w:after="40"/>
      </w:pPr>
      <w:r>
        <w:t>[20] Layer: Soil samples. 600 features (id caf67b23-0043-4bf5-8531-43267ce2ed9f)</w:t>
      </w:r>
    </w:p>
    <w:p>
      <w:pPr>
        <w:spacing w:after="40"/>
      </w:pPr>
      <w:r>
        <w:t>[21] Catalog: Repeat and near repeat classification (operation catalog, gp_near_repeat). Classify incidents as originators, repeats (same place) or near repeats within a distance and time window, with a Knox test table. ArcGIS: Repeat and Near Repeat Classification, Near Repeat Calculator. (id gp_near_repeat)</w:t>
      </w:r>
    </w:p>
    <w:p>
      <w:pPr>
        <w:spacing w:after="40"/>
      </w:pPr>
      <w:r>
        <w:t>[22] Plan: Near repeat of Pest scouting (the Start plan's candidate c_a26d0b1eb35d). Near repeat analysis tests whether Pest scouting close in space also follow each other within 17 days. (id ae3647a3-d230-4a37-b0e8-19aa34415db3:c_a26d0b1eb35d)</w:t>
      </w:r>
    </w:p>
    <w:p>
      <w:pPr>
        <w:spacing w:after="40"/>
      </w:pPr>
      <w:r>
        <w:t>[23] Tool result: gp_near_repeat, step 2. Repeat and near repeat classification: 1 layer saved: Repeat and near repeat classification: Pest scouting (520 features). (id 4244d4f5-f923-4458-9154-022dacee4c61:2)</w:t>
      </w:r>
    </w:p>
    <w:p>
      <w:pPr>
        <w:spacing w:after="40"/>
      </w:pPr>
      <w:r>
        <w:t>[24] Catalog: Spectral index change (analysis catalog, im_index_change). Change of a spectral index (NDVI, NDWI, NDBI, NBR ...) or a band expression between two images: before, after and difference rasters, decrease / increase classes beyond the threshold with polygons and areas; NBR also gives dNBR with burn severity classes. (id im_index_change)</w:t>
      </w:r>
    </w:p>
    <w:p>
      <w:pPr>
        <w:spacing w:after="40"/>
      </w:pPr>
      <w:r>
        <w:t>[25] Plan: Index change of Satellite scene 2026-04-15 and Satellite scene 2026-08-15 (the Start plan's candidate c_09e02b8174f1). Index change between Satellite scene 2026-04-15 (2026-04-15) and Satellite scene 2026-08-15 (2026-08-15): the changed area, with the changed places as polygons. (id ae3647a3-d230-4a37-b0e8-19aa34415db3:c_09e02b8174f1)</w:t>
      </w:r>
    </w:p>
    <w:p>
      <w:pPr>
        <w:spacing w:after="40"/>
      </w:pPr>
      <w:r>
        <w:t>[26] Tool result: im_index_change, step 0. Spectral index change: created NDVI change Satellite scene 2026-04-15 to Satellite scene 2026-08-15 (300 x 250 cells, 20.00 m). plus 1 more raster layer(s). and layer NDVI change polygons with 175 feature(s). mean before 0.7068; mean after 0.5038; mean difference -0.203; decrease ha 1,053; increase  (id aa0bd809-0fe9-498d-b9f1-719c7c0e70f8:0)</w:t>
      </w:r>
    </w:p>
    <w:p>
      <w:pPr>
        <w:spacing w:after="40"/>
      </w:pPr>
      <w:r>
        <w:t>[27] Catalog: Compute change raster (analysis catalog, im_compute_change_raster). Pixel value or spectral change between two co-registered images: difference, relative difference, absolute difference, log ratio (radar, dB), Euclidean spectral distance, spectral angle (radians) or the band with most change. Clouds and shadows are masked when the images have (id im_compute_change_raster)</w:t>
      </w:r>
    </w:p>
    <w:p>
      <w:pPr>
        <w:spacing w:after="40"/>
      </w:pPr>
      <w:r>
        <w:t>[28] Plan: Compute change raster of Satellite scene 2026-04-15 and Satellite scene 2026-08-15 (the Start plan's candidate c_c88ddec02454). A change raster between Satellite scene 2026-04-15 (2026-04-15) and Satellite scene 2026-08-15 (2026-08-15): where and how much the pixels changed. (id ae3647a3-d230-4a37-b0e8-19aa34415db3:c_c88ddec02454)</w:t>
      </w:r>
    </w:p>
    <w:p>
      <w:pPr>
        <w:spacing w:after="40"/>
      </w:pPr>
      <w:r>
        <w:t>[29] Tool result: im_compute_change_raster, step 1. Compute change raster: created Difference Satellite scene 2026-04-15 to Satellite scene 2026-08-15 (300 x 250 cells, 20.00 m). mean 0.02217; std 0.03434; min -0.037; max 0.116; masked pixels 0. (id aa0bd809-0fe9-498d-b9f1-719c7c0e70f8:1)</w:t>
      </w:r>
    </w:p>
    <w:p>
      <w:pPr>
        <w:spacing w:after="40"/>
      </w:pPr>
      <w:r>
        <w:t>[30] Catalog: Hot spot analysis (operation catalog, gp_hot_spots). Getis-Ord Gi* hot and cold spots with z-scores, p-values and confidence bins. ArcGIS: Find Hot Spots, Hot Spot Analysis (Getis-Ord Gi*). QGIS: qgis:hotspot (plugin). (id gp_hot_spots)</w:t>
      </w:r>
    </w:p>
    <w:p>
      <w:pPr>
        <w:spacing w:after="40"/>
      </w:pPr>
      <w:r>
        <w:t>[31] Plan: Hot spots of Pest scouting (the Start plan's candidate c_e6241d85c30d). 520 points: Getis-Ord Gi* tests whether the concentrations in Pest scouting are statistically significant. (id ae3647a3-d230-4a37-b0e8-19aa34415db3:c_e6241d85c30d)</w:t>
      </w:r>
    </w:p>
    <w:p>
      <w:pPr>
        <w:spacing w:after="40"/>
      </w:pPr>
      <w:r>
        <w:t>[32] Tool result: gp_hot_spots, step 0. Hot spot analysis: 1 layer saved: Hot spot analysis: Pest scouting (134 features). (id abe0cc5c-b82d-4992-9626-cf301845c602:0)</w:t>
      </w:r>
    </w:p>
    <w:p>
      <w:pPr>
        <w:spacing w:after="40"/>
      </w:pPr>
      <w:r>
        <w:t>[33] Plan: Hot spots of Wells (the Start plan's candidate c_5a29d39e7d24). 40 points: Getis-Ord Gi* tests whether the concentrations in Wells are statistically significant. (id ae3647a3-d230-4a37-b0e8-19aa34415db3:c_5a29d39e7d24)</w:t>
      </w:r>
    </w:p>
    <w:p>
      <w:pPr>
        <w:spacing w:after="40"/>
      </w:pPr>
      <w:r>
        <w:t>[34] Tool result: gp_hot_spots, step 1. Hot spot analysis: 1 layer saved: Hot spot analysis: Wells (13 features). (id abe0cc5c-b82d-4992-9626-cf301845c602:1)</w:t>
      </w:r>
    </w:p>
    <w:p>
      <w:pPr>
        <w:spacing w:after="40"/>
      </w:pPr>
      <w:r>
        <w:t>[35] Plan: Hot spots of Soil samples (the Start plan's candidate c_236d56d345ee). 600 points: Getis-Ord Gi* tests whether the concentrations in Soil samples are statistically significant. (id ae3647a3-d230-4a37-b0e8-19aa34415db3:c_236d56d345ee)</w:t>
      </w:r>
    </w:p>
    <w:p>
      <w:pPr>
        <w:spacing w:after="40"/>
      </w:pPr>
      <w:r>
        <w:t>[36] Tool result: gp_hot_spots, step 2. Hot spot analysis: 1 layer saved: Hot spot analysis: Soil samples (139 features). (id abe0cc5c-b82d-4992-9626-cf301845c602:2)</w:t>
      </w:r>
    </w:p>
    <w:p>
      <w:pPr>
        <w:spacing w:after="40"/>
      </w:pPr>
      <w:r>
        <w:t>[37] Catalog: Calculate density (operation catalog, gp_calculate_density). Kernel density per square kilometer on a grid. ArcGIS: Calculate Density, Kernel Density. QGIS: native:heatmapkerneldensityestimation. (id gp_calculate_density)</w:t>
      </w:r>
    </w:p>
    <w:p>
      <w:pPr>
        <w:spacing w:after="40"/>
      </w:pPr>
      <w:r>
        <w:t>[38] Plan: Kernel density of Pest scouting (the Start plan's candidate c_a69023aa1d48). 520 points in Pest scouting: a density surface shows where they concentrate. (id ae3647a3-d230-4a37-b0e8-19aa34415db3:c_a69023aa1d48)</w:t>
      </w:r>
    </w:p>
    <w:p>
      <w:pPr>
        <w:spacing w:after="40"/>
      </w:pPr>
      <w:r>
        <w:t>[39] Tool result: gp_calculate_density, step 0. Calculate density: 1 layer saved: Calculate density: Pest scouting (937 features). (id 0aef980e-7aff-47d5-becc-3abd115d0df6:0)</w:t>
      </w:r>
    </w:p>
    <w:p>
      <w:pPr>
        <w:spacing w:after="40"/>
      </w:pPr>
      <w:r>
        <w:t>[40] Plan: Kernel density of Wells (the Start plan's candidate c_f362031aa57c). 40 points in Wells: a density surface shows where they concentrate. (id ae3647a3-d230-4a37-b0e8-19aa34415db3:c_f362031aa57c)</w:t>
      </w:r>
    </w:p>
    <w:p>
      <w:pPr>
        <w:spacing w:after="40"/>
      </w:pPr>
      <w:r>
        <w:t>[41] Tool result: gp_calculate_density, step 1. Calculate density: 1 layer saved: Calculate density: Wells (75 features). (id 0aef980e-7aff-47d5-becc-3abd115d0df6:1)</w:t>
      </w:r>
    </w:p>
    <w:p>
      <w:pPr>
        <w:spacing w:after="40"/>
      </w:pPr>
      <w:r>
        <w:t>[42] Plan: Kernel density of Soil samples (the Start plan's candidate c_031ecade8328). 600 points in Soil samples: a density surface shows where they concentrate. (id ae3647a3-d230-4a37-b0e8-19aa34415db3:c_031ecade8328)</w:t>
      </w:r>
    </w:p>
    <w:p>
      <w:pPr>
        <w:spacing w:after="40"/>
      </w:pPr>
      <w:r>
        <w:t>[43] Tool result: gp_calculate_density, step 2. Calculate density: 1 layer saved: Calculate density: Soil samples (953 features). (id 0aef980e-7aff-47d5-becc-3abd115d0df6:2)</w:t>
      </w:r>
    </w:p>
    <w:p>
      <w:pPr>
        <w:spacing w:after="40"/>
      </w:pPr>
      <w:r>
        <w:t>[44] Catalog: Find point clusters (operation catalog, gp_find_point_clusters). Density-based clusters (DBSCAN, HDBSCAN or OPTICS, optionally space-time) with hulls and noise. ArcGIS: Find Point Clusters, Density-based Clustering. QGIS: native:dbscanclustering, native:stdbscanclustering. (id gp_find_point_clusters)</w:t>
      </w:r>
    </w:p>
    <w:p>
      <w:pPr>
        <w:spacing w:after="40"/>
      </w:pPr>
      <w:r>
        <w:t>[45] Plan: Cluster points of Pest scouting (the Start plan's candidate c_d5b8ebbc13e3). DBSCAN finds dense groups of Pest scouting and separates noise. (id ae3647a3-d230-4a37-b0e8-19aa34415db3:c_d5b8ebbc13e3)</w:t>
      </w:r>
    </w:p>
    <w:p>
      <w:pPr>
        <w:spacing w:after="40"/>
      </w:pPr>
      <w:r>
        <w:t>[46] Tool result: gp_find_point_clusters, step 0. Find point clusters: 2 layers saved: Find point clusters: Pest scouting (520 features); Find point clusters: cluster hulls (4 features). (id d3e49c76-baed-436b-aed4-42467a2d8691:0)</w:t>
      </w:r>
    </w:p>
    <w:p>
      <w:pPr>
        <w:spacing w:after="40"/>
      </w:pPr>
      <w:r>
        <w:t>[47] Plan: Cluster points of Wells (the Start plan's candidate c_cb6793249bdf). DBSCAN finds dense groups of Wells and separates noise. (id ae3647a3-d230-4a37-b0e8-19aa34415db3:c_cb6793249bdf)</w:t>
      </w:r>
    </w:p>
    <w:p>
      <w:pPr>
        <w:spacing w:after="40"/>
      </w:pPr>
      <w:r>
        <w:t>[48] Tool result: gp_find_point_clusters, step 1. Find point clusters: 2 layers saved: Find point clusters: Wells (40 features); Find point clusters: cluster hulls (5 features). (id d3e49c76-baed-436b-aed4-42467a2d8691:1)</w:t>
      </w:r>
    </w:p>
    <w:p>
      <w:pPr>
        <w:spacing w:after="40"/>
      </w:pPr>
      <w:r>
        <w:t>[49] Plan: Cluster points of Soil samples (the Start plan's candidate c_c62ca5d55d3c). DBSCAN finds dense groups of Soil samples and separates noise. (id ae3647a3-d230-4a37-b0e8-19aa34415db3:c_c62ca5d55d3c)</w:t>
      </w:r>
    </w:p>
    <w:p>
      <w:pPr>
        <w:spacing w:after="40"/>
      </w:pPr>
      <w:r>
        <w:t>[50] Tool result: gp_find_point_clusters, step 2. Find point clusters: 1 layer saved: Find point clusters: Soil samples (600 features). (id d3e49c76-baed-436b-aed4-42467a2d8691:2)</w:t>
      </w:r>
    </w:p>
    <w:p>
      <w:pPr>
        <w:spacing w:after="40"/>
      </w:pPr>
      <w:r>
        <w:t>[51] Catalog: Zonal statistics (analysis catalog, rs_zonal_statistics). count/min/max/mean/std/sum/median/majority per polygon as a table and as GeoJSON. ArcGIS: Zonal Statistics as Table (polygons). (id rs_zonal_statistics)</w:t>
      </w:r>
    </w:p>
    <w:p>
      <w:pPr>
        <w:spacing w:after="40"/>
      </w:pPr>
      <w:r>
        <w:t>[52] Plan: Zonal statistics of Satellite scene 2026-04-15 and Fields (the Start plan's candidate c_e314d28606e4). Statistics of Satellite scene 2026-04-15 inside each feature of Fields. (id ae3647a3-d230-4a37-b0e8-19aa34415db3:c_e314d28606e4)</w:t>
      </w:r>
    </w:p>
    <w:p>
      <w:pPr>
        <w:spacing w:after="40"/>
      </w:pPr>
      <w:r>
        <w:t>[53] Tool result: rs_zonal_statistics, step 0. Zonal statistics: 60 row(s). zones 60. (id 65e47d44-0efb-439a-97dd-b6f970b5def8:0)</w:t>
      </w:r>
    </w:p>
    <w:p>
      <w:pPr>
        <w:spacing w:after="40"/>
      </w:pPr>
      <w:r>
        <w:t>[54] Tool result: rs_zonal_statistics, step 1. Zonal statistics: 60 row(s). zones 60. (id 65e47d44-0efb-439a-97dd-b6f970b5def8:1)</w:t>
      </w:r>
    </w:p>
    <w:p>
      <w:pPr>
        <w:spacing w:after="40"/>
      </w:pPr>
      <w:r>
        <w:t>[55] Rendering: Map: Summarize within: Fields (id 7230104f-7ded-41b5-8137-03d3472c4fda)</w:t>
      </w:r>
    </w:p>
    <w:p>
      <w:pPr>
        <w:spacing w:after="40"/>
      </w:pPr>
      <w:r>
        <w:t>[56] Rendering: Map: Summarize within: Fields (id 8653af7e-4e73-4408-a171-1f6950196dca)</w:t>
      </w:r>
    </w:p>
    <w:p>
      <w:pPr>
        <w:spacing w:after="40"/>
      </w:pPr>
      <w:r>
        <w:t>[57] Rendering: Map: Summarize within: Fields (id 7cd707d4-3613-4819-8d43-7e3c43279eac)</w:t>
      </w:r>
    </w:p>
    <w:p>
      <w:pPr>
        <w:spacing w:after="40"/>
      </w:pPr>
      <w:r>
        <w:t>[58] Rendering: Map: Emerging hot spots: Pest scouting (id b78dba51-33f9-4ea8-835a-48251bebd889)</w:t>
      </w:r>
    </w:p>
    <w:p>
      <w:pPr>
        <w:spacing w:after="40"/>
      </w:pPr>
      <w:r>
        <w:t>[59] Rendering: Map: Emerging hot spots: Soil samples (id 391b8c8e-89d7-4099-a7bb-e45b7ee88e6b)</w:t>
      </w:r>
    </w:p>
    <w:p>
      <w:pPr>
        <w:spacing w:after="40"/>
      </w:pPr>
      <w:r>
        <w:t>[60] Rendering: Map: Repeat and near repeat classification: Pest scouting (id 90157d45-c4a6-4d1d-9dcf-b704c93e0eb5)</w:t>
      </w:r>
    </w:p>
    <w:p>
      <w:pPr>
        <w:spacing w:after="40"/>
      </w:pPr>
      <w:r>
        <w:t>[61] Rendering: Map: NDVI change Satellite scene 2026-04-15 to Satellite scene 2026-08-15 (id 0de86fc2-8ff8-4ce7-b077-43a5ab4bb376)</w:t>
      </w:r>
    </w:p>
    <w:p>
      <w:pPr>
        <w:spacing w:after="40"/>
      </w:pPr>
      <w:r>
        <w:t>[62] Rendering: Map: NDVI decrease / increase (id e74e322f-5c79-4f18-a2f6-d502e8b31d86)</w:t>
      </w:r>
    </w:p>
    <w:p>
      <w:pPr>
        <w:spacing w:after="40"/>
      </w:pPr>
      <w:r>
        <w:t>[63] Rendering: Map: NDVI change polygons (id 89e60139-e1e3-409e-8bc0-bcf9c32a5e30)</w:t>
      </w:r>
    </w:p>
    <w:p>
      <w:pPr>
        <w:spacing w:after="40"/>
      </w:pPr>
      <w:r>
        <w:t>[64] Rendering: Map: Difference Satellite scene 2026-04-15 to Satellite scene 2026-08-15 (id df6ad400-4033-420c-8150-f286d0d0ce02)</w:t>
      </w:r>
    </w:p>
    <w:p>
      <w:pPr>
        <w:spacing w:after="40"/>
      </w:pPr>
      <w:r>
        <w:t>[65] Rendering: Map: Fields by planted_year (id b7bcce2d-b7d0-4b90-bed2-1e960095b8f5)</w:t>
      </w:r>
    </w:p>
    <w:p>
      <w:pPr>
        <w:spacing w:after="40"/>
      </w:pPr>
      <w:r>
        <w:t>[66] Rendering: Map: Hot spot analysis: Pest scouting (id 3a23b5af-27f8-49c6-bf66-fa49b20a08aa)</w:t>
      </w:r>
    </w:p>
    <w:p>
      <w:pPr>
        <w:spacing w:after="40"/>
      </w:pPr>
      <w:r>
        <w:t>[67] Rendering: Map: Hot spot analysis: Wells (id cd3c7db8-cfb5-4aed-809a-15a9c2e1ee04)</w:t>
      </w:r>
    </w:p>
    <w:p>
      <w:pPr>
        <w:spacing w:after="40"/>
      </w:pPr>
      <w:r>
        <w:t>[68] Rendering: Map: Hot spot analysis: Soil samples (id 94b47520-81ad-4a35-9ed1-2ed221c66501)</w:t>
      </w:r>
    </w:p>
    <w:p>
      <w:pPr>
        <w:spacing w:after="40"/>
      </w:pPr>
      <w:r>
        <w:t>[69] Rendering: Map: Calculate density: Pest scouting (id bf1a8ba7-ca53-469d-b24c-54ae7dbb680b)</w:t>
      </w:r>
    </w:p>
    <w:p>
      <w:pPr>
        <w:spacing w:after="40"/>
      </w:pPr>
      <w:r>
        <w:t>[70] Rendering: Map: Calculate density: Wells (id fa642946-bff5-47a9-a9cd-c67b1f2f7bfe)</w:t>
      </w:r>
    </w:p>
    <w:p>
      <w:pPr>
        <w:spacing w:after="40"/>
      </w:pPr>
      <w:r>
        <w:t>[71] Rendering: Map: Calculate density: Soil samples (id 8413c226-61fc-4fdd-92b1-023ff3edb997)</w:t>
      </w:r>
    </w:p>
    <w:p>
      <w:pPr>
        <w:spacing w:after="40"/>
      </w:pPr>
      <w:r>
        <w:t>[72] Rendering: Map: Find point clusters: Pest scouting (id 51fe83ea-2c87-4a9e-8844-7feb42f6f11a)</w:t>
      </w:r>
    </w:p>
    <w:p>
      <w:pPr>
        <w:spacing w:after="40"/>
      </w:pPr>
      <w:r>
        <w:t>[73] Rendering: Map: Find point clusters: cluster hulls (id e7e8fe55-e846-4d44-a326-06cac7e2cfca)</w:t>
      </w:r>
    </w:p>
    <w:p>
      <w:pPr>
        <w:spacing w:after="40"/>
      </w:pPr>
      <w:r>
        <w:t>[74] Rendering: Map: Find point clusters: Wells (id fed095c7-3edc-4fd2-a373-d17fc6251739)</w:t>
      </w:r>
    </w:p>
    <w:p>
      <w:pPr>
        <w:spacing w:after="40"/>
      </w:pPr>
      <w:r>
        <w:t>[75] Rendering: Map: Find point clusters: cluster hulls (id 400e2024-a606-405d-8c29-65b08ce86104)</w:t>
      </w:r>
    </w:p>
    <w:p>
      <w:pPr>
        <w:spacing w:after="40"/>
      </w:pPr>
      <w:r>
        <w:t>[76] Rendering: Map: Find point clusters: Soil samples (id 37d0f2ff-28af-4ea5-88ad-7955526003bf)</w:t>
      </w:r>
    </w:p>
    <w:p>
      <w:pPr>
        <w:spacing w:after="40"/>
      </w:pPr>
      <w:r>
        <w:t>[77] Rendering: Chart: Fields over time (planted_year). 1 rows (id 4fae63f6-4165-4c37-9583-b5e8b7fbe000)</w:t>
      </w:r>
    </w:p>
    <w:p>
      <w:pPr>
        <w:spacing w:after="40"/>
      </w:pPr>
      <w:r>
        <w:t>[78] Rendering: Chart: Field operations over time (date). 140 rows (id 2b4ce56e-b8f2-4990-87a1-8e81d44ab30b)</w:t>
      </w:r>
    </w:p>
    <w:p>
      <w:pPr>
        <w:spacing w:after="40"/>
      </w:pPr>
      <w:r>
        <w:t>[79] Rendering: Chart: Summarize within: Fields. 1 rows (id f44f0c04-6401-435e-908e-61b78a5cedb0)</w:t>
      </w:r>
    </w:p>
    <w:p>
      <w:pPr>
        <w:spacing w:after="40"/>
      </w:pPr>
      <w:r>
        <w:t>[80] Rendering: Chart: Summarize within: Fields. 7 rows (id e36c7df7-7eb0-4113-a898-84173c1635a7)</w:t>
      </w:r>
    </w:p>
    <w:p>
      <w:pPr>
        <w:spacing w:after="40"/>
      </w:pPr>
      <w:r>
        <w:t>[81] Rendering: Chart: Summarize within: Fields. 1 rows (id b56c5a2b-ea58-4c97-871a-e80878d78549)</w:t>
      </w:r>
    </w:p>
    <w:p>
      <w:pPr>
        <w:spacing w:after="40"/>
      </w:pPr>
      <w:r>
        <w:t>[82] Rendering: Chart: Emerging hot spots: Pest scouting. 7 rows (id 314c5791-c320-418e-8128-46033cad4c68)</w:t>
      </w:r>
    </w:p>
    <w:p>
      <w:pPr>
        <w:spacing w:after="40"/>
      </w:pPr>
      <w:r>
        <w:t>[83] Rendering: Chart: Emerging hot spots: Soil samples. 7 rows (id 212eb454-b769-41a6-8a5f-e897a360eff2)</w:t>
      </w:r>
    </w:p>
    <w:p>
      <w:pPr>
        <w:spacing w:after="40"/>
      </w:pPr>
      <w:r>
        <w:t>[84] Rendering: Chart: Repeat and near repeat classification: Pest scouting. 100 rows (id 4ec337e3-0fad-4735-a5cd-35ba6454f64c)</w:t>
      </w:r>
    </w:p>
    <w:p>
      <w:pPr>
        <w:spacing w:after="40"/>
      </w:pPr>
      <w:r>
        <w:t>[85] Rendering: Chart: NDVI change polygons. 9 rows (id b6caeb8f-73bd-4c12-bb71-811ad9d4f4fc)</w:t>
      </w:r>
    </w:p>
    <w:p>
      <w:pPr>
        <w:spacing w:after="40"/>
      </w:pPr>
      <w:r>
        <w:t>[86] Rendering: Chart: Hot spot analysis: Pest scouting. 11 rows (id 11c79607-7ed1-452c-ab6e-436e1580c59b)</w:t>
      </w:r>
    </w:p>
    <w:p>
      <w:pPr>
        <w:spacing w:after="40"/>
      </w:pPr>
      <w:r>
        <w:t>[87] Rendering: Chart: Hot spot analysis: Wells. 7 rows (id 5e81ab47-dc6c-4c0b-bf73-cb9a953888c8)</w:t>
      </w:r>
    </w:p>
    <w:p>
      <w:pPr>
        <w:spacing w:after="40"/>
      </w:pPr>
      <w:r>
        <w:t>[88] Rendering: Chart: Hot spot analysis: Soil samples. 10 rows (id aa8f7bb7-d4a0-4160-acf0-4c3df1175537)</w:t>
      </w:r>
    </w:p>
    <w:p>
      <w:pPr>
        <w:spacing w:after="40"/>
      </w:pPr>
      <w:r>
        <w:t>[89] Rendering: Chart: Calculate density: Pest scouting. 11 rows (id cb76c785-37e5-43e8-8f0d-40da98f49b28)</w:t>
      </w:r>
    </w:p>
    <w:p>
      <w:pPr>
        <w:spacing w:after="40"/>
      </w:pPr>
      <w:r>
        <w:t>[90] Rendering: Chart: Calculate density: Wells. 8 rows (id 542ea61d-ff29-475d-b5fa-ebe52baa7deb)</w:t>
      </w:r>
    </w:p>
    <w:p>
      <w:pPr>
        <w:spacing w:after="40"/>
      </w:pPr>
      <w:r>
        <w:t>[91] Rendering: Chart: Calculate density: Soil samples. 11 rows (id 07136eeb-2846-4054-ab99-30695bfabe15)</w:t>
      </w:r>
    </w:p>
    <w:p>
      <w:pPr>
        <w:spacing w:after="40"/>
      </w:pPr>
      <w:r>
        <w:t>[92] Rendering: Chart: Find point clusters: Pest scouting. 5 rows (id 281d1a9c-7ff6-4172-a7c6-6af005d6f6bb)</w:t>
      </w:r>
    </w:p>
    <w:p>
      <w:pPr>
        <w:spacing w:after="40"/>
      </w:pPr>
      <w:r>
        <w:t>[93] Rendering: Chart: Find point clusters: cluster hulls. 4 rows (id 133c6e8d-eb2d-492b-8bbb-1a76f6947626)</w:t>
      </w:r>
    </w:p>
    <w:p>
      <w:pPr>
        <w:spacing w:after="40"/>
      </w:pPr>
      <w:r>
        <w:t>[94] Rendering: Chart: Find point clusters: Wells. 5 rows (id 647d827f-dbff-458c-b5c6-646ed6c20169)</w:t>
      </w:r>
    </w:p>
    <w:p>
      <w:pPr>
        <w:spacing w:after="40"/>
      </w:pPr>
      <w:r>
        <w:t>[95] Rendering: Chart: Find point clusters: cluster hulls. 5 rows (id ca4b1c22-b048-4fd3-8fe4-a0d9efa5b4ae)</w:t>
      </w:r>
    </w:p>
    <w:p>
      <w:pPr>
        <w:spacing w:after="40"/>
      </w:pPr>
      <w:r>
        <w:t>[96] Rendering: Chart: Find point clusters: Soil samples. 1 rows (id fec77e96-06d0-41b0-93d3-a8270db698ce)</w:t>
      </w:r>
    </w:p>
    <w:p>
      <w:pPr>
        <w:spacing w:after="40"/>
      </w:pPr>
      <w:r>
        <w:t>[97] Rendering: Chart: Find point clusters: Soil samples over time. 22 rows (id 4fc7d651-51f3-4c40-90d5-b49a93b06ea2)</w:t>
      </w:r>
    </w:p>
    <w:p>
      <w:pPr>
        <w:spacing w:after="40"/>
      </w:pPr>
      <w:r>
        <w:t>[98] Rendering: Chart: Find point clusters: Pest scouting over time. 100 rows (id 9aedbf91-7578-44d6-98ab-cb2d3aa2bc15)</w:t>
      </w:r>
    </w:p>
    <w:p>
      <w:pPr>
        <w:spacing w:after="40"/>
      </w:pPr>
      <w:r>
        <w:t>[99] Rendering: Chart: Repeat and near repeat classification: Pest scouting over time. 100 rows (id 32669449-e850-4080-86e2-4007127d571f)</w:t>
      </w:r>
    </w:p>
    <w:p>
      <w:pPr>
        <w:spacing w:after="40"/>
      </w:pPr>
      <w:r>
        <w:t>[100] Dataset: Fields. vector, 60 rows (id ae5ec258-e5f4-4d17-bdc8-60502e957eff)</w:t>
      </w:r>
    </w:p>
    <w:p>
      <w:pPr>
        <w:spacing w:after="40"/>
      </w:pPr>
      <w:r>
        <w:t>[101] Dataset: Satellite scene 2026-04-15. raster, ? rows (id afcb6073-f5d0-4e9b-9733-f8ff25683e32)</w:t>
      </w:r>
    </w:p>
    <w:p>
      <w:pPr>
        <w:spacing w:after="40"/>
      </w:pPr>
      <w:r>
        <w:t>[102] Dataset: Satellite scene 2026-08-15. raster, ? rows (id e159db17-63d9-49cf-89e5-b0ae9c8b48a2)</w:t>
      </w:r>
    </w:p>
    <w:p>
      <w:pPr>
        <w:spacing w:after="40"/>
      </w:pPr>
      <w:r>
        <w:t>[103] Dataset: Irrigation canals. vector, 5 rows (id 97634f60-fee7-4f4e-a64e-637edfb86b11)</w:t>
      </w:r>
    </w:p>
    <w:p>
      <w:pPr>
        <w:spacing w:after="40"/>
      </w:pPr>
      <w:r>
        <w:t>[104] Dataset: Wells. vector, 40 rows (id 74fc7b42-f33b-42ca-8b5d-9cfcb97c141a)</w:t>
      </w:r>
    </w:p>
    <w:p>
      <w:pPr>
        <w:spacing w:after="40"/>
      </w:pPr>
      <w:r>
        <w:t>[105] Dataset: Weather stations. vector, 3 rows (id 0f5f59b7-502a-40bb-b75d-bdadd47f3080)</w:t>
      </w:r>
    </w:p>
    <w:p>
      <w:pPr>
        <w:spacing w:after="40"/>
      </w:pPr>
      <w:r>
        <w:t>[106] Dataset: Agronomist season notes. document, ? rows (id d84db76e-6efd-462b-9106-b94192b7b788)</w:t>
      </w:r>
    </w:p>
    <w:p>
      <w:pPr>
        <w:spacing w:after="40"/>
      </w:pPr>
      <w:r>
        <w:t>[107] Record: Sample: Agriculture, Fresno County (id c0ff746c-cbbb-48c5-a026-444453a7b463)</w:t>
      </w:r>
    </w:p>
    <w:p>
      <w:pPr>
        <w:spacing w:after="40"/>
      </w:pPr>
      <w:r>
        <w:t>[108] Layer: Summarize within: Fields. 60 features (id b2fdbfbb-e5aa-42e7-94a1-89a27706bffe)</w:t>
      </w:r>
    </w:p>
    <w:p>
      <w:pPr>
        <w:spacing w:after="40"/>
      </w:pPr>
      <w:r>
        <w:t>[109] Layer: Summarize within: Fields. 60 features (id 4f0023ee-b3ec-488f-bf30-f0fc9b0f5b3a)</w:t>
      </w:r>
    </w:p>
    <w:p>
      <w:pPr>
        <w:spacing w:after="40"/>
      </w:pPr>
      <w:r>
        <w:t>[110] Layer: Summarize within: Fields. 60 features (id 951c1d69-082b-442b-a64e-e85bf3484a2f)</w:t>
      </w:r>
    </w:p>
    <w:p>
      <w:pPr>
        <w:spacing w:after="40"/>
      </w:pPr>
      <w:r>
        <w:t>[111] Layer: Emerging hot spots: Pest scouting. 48 features (id 0be5bf67-1fa9-4a8c-83c8-e34bc93079d1)</w:t>
      </w:r>
    </w:p>
    <w:p>
      <w:pPr>
        <w:spacing w:after="40"/>
      </w:pPr>
      <w:r>
        <w:t>[112] Layer: Emerging hot spots: Soil samples. 51 features (id 2a629716-c8ab-4b63-9c37-e87b9441d065)</w:t>
      </w:r>
    </w:p>
    <w:p>
      <w:pPr>
        <w:spacing w:after="40"/>
      </w:pPr>
      <w:r>
        <w:t>[113] Layer: Repeat and near repeat classification: Pest scouting. 520 features (id fe782344-23a8-476a-b62d-d355ef2335ff)</w:t>
      </w:r>
    </w:p>
    <w:p>
      <w:pPr>
        <w:spacing w:after="40"/>
      </w:pPr>
      <w:r>
        <w:t>[114] Layer: NDVI change Satellite scene 2026-04-15 to Satellite scene 2026-08-15. 0 features (id 8e44c499-3d6d-40a2-bf98-2aadc140cd8a)</w:t>
      </w:r>
    </w:p>
    <w:p>
      <w:pPr>
        <w:spacing w:after="40"/>
      </w:pPr>
      <w:r>
        <w:t>[115] Layer: NDVI decrease / increase. 0 features (id bb4c7791-d581-4575-8cb4-3ef1435080f6)</w:t>
      </w:r>
    </w:p>
    <w:p>
      <w:pPr>
        <w:spacing w:after="40"/>
      </w:pPr>
      <w:r>
        <w:t>[116] Layer: NDVI change polygons. 175 features (id f16ca8cc-e568-476b-891d-77e47b995583)</w:t>
      </w:r>
    </w:p>
    <w:p>
      <w:pPr>
        <w:spacing w:after="40"/>
      </w:pPr>
      <w:r>
        <w:t>[117] Layer: Difference Satellite scene 2026-04-15 to Satellite scene 2026-08-15. 0 features (id a67372cb-7b7e-4c71-947c-5b97fba5d52f)</w:t>
      </w:r>
    </w:p>
    <w:p>
      <w:pPr>
        <w:spacing w:after="40"/>
      </w:pPr>
      <w:r>
        <w:t>[118] Layer: Hot spot analysis: Pest scouting. 134 features (id 9e178787-e1af-447d-b9a8-b00743fc24e6)</w:t>
      </w:r>
    </w:p>
    <w:p>
      <w:pPr>
        <w:spacing w:after="40"/>
      </w:pPr>
      <w:r>
        <w:t>[119] Layer: Hot spot analysis: Wells. 13 features (id d441f28d-a4a4-41b6-ae29-45dd731e936a)</w:t>
      </w:r>
    </w:p>
    <w:p>
      <w:pPr>
        <w:spacing w:after="40"/>
      </w:pPr>
      <w:r>
        <w:t>[120] Layer: Hot spot analysis: Soil samples. 139 features (id 8e554e35-3a16-4452-9c1b-514be82182a7)</w:t>
      </w:r>
    </w:p>
    <w:p>
      <w:pPr>
        <w:spacing w:after="40"/>
      </w:pPr>
      <w:r>
        <w:t>[121] Layer: Calculate density: Pest scouting. 937 features (id c70c03ec-c02f-4e66-b411-9818647d6aeb)</w:t>
      </w:r>
    </w:p>
    <w:p>
      <w:pPr>
        <w:spacing w:after="40"/>
      </w:pPr>
      <w:r>
        <w:t>[122] Layer: Calculate density: Wells. 75 features (id 5b6288ae-67ae-41cd-84c7-b081bfc8198d)</w:t>
      </w:r>
    </w:p>
    <w:p>
      <w:pPr>
        <w:spacing w:after="40"/>
      </w:pPr>
      <w:r>
        <w:t>[123] Layer: Calculate density: Soil samples. 953 features (id 1b537a1d-851e-429a-a0a3-2796431cad1c)</w:t>
      </w:r>
    </w:p>
    <w:p>
      <w:pPr>
        <w:spacing w:after="40"/>
      </w:pPr>
      <w:r>
        <w:t>[124] Layer: Find point clusters: Pest scouting. 520 features (id 531e30e6-075f-4448-8903-ceb10bcec608)</w:t>
      </w:r>
    </w:p>
    <w:p>
      <w:pPr>
        <w:spacing w:after="40"/>
      </w:pPr>
      <w:r>
        <w:t>[125] Layer: Find point clusters: cluster hulls. 4 features (id 3290f356-6d63-4379-ad57-5da11d5df04b)</w:t>
      </w:r>
    </w:p>
    <w:p>
      <w:pPr>
        <w:spacing w:after="40"/>
      </w:pPr>
      <w:r>
        <w:t>[126] Layer: Find point clusters: Wells. 40 features (id 4497616c-038d-4f7d-bfd7-4a1fba479ca8)</w:t>
      </w:r>
    </w:p>
    <w:p>
      <w:pPr>
        <w:spacing w:after="40"/>
      </w:pPr>
      <w:r>
        <w:t>[127] Layer: Find point clusters: cluster hulls. 5 features (id 973c4eb5-10d8-4c78-81b4-8d4b2dce4966)</w:t>
      </w:r>
    </w:p>
    <w:p>
      <w:pPr>
        <w:spacing w:after="40"/>
      </w:pPr>
      <w:r>
        <w:t>[128] Layer: Find point clusters: Soil samples. 600 features (id a1768046-65e4-431b-b327-112b2874c867)</w:t>
      </w:r>
    </w:p>
    <w:p>
      <w:pPr>
        <w:pStyle w:val="Heading1"/>
      </w:pPr>
      <w:r>
        <w:t>Appendix: the data behind the charts</w:t>
      </w:r>
    </w:p>
    <w:p>
      <w:pPr>
        <w:pStyle w:val="Heading2"/>
      </w:pPr>
      <w:r>
        <w:t>Figure 1. Timeline: events per quarter by dataset [1]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2021-01-01</w:t>
            </w:r>
          </w:p>
        </w:tc>
        <w:tc>
          <w:tcPr>
            <w:tcW w:type="dxa" w:w="2880"/>
          </w:tcPr>
          <w:p>
            <w:r>
              <w:t>Soil samples</w:t>
            </w:r>
          </w:p>
        </w:tc>
        <w:tc>
          <w:tcPr>
            <w:tcW w:type="dxa" w:w="2880"/>
          </w:tcPr>
          <w:p>
            <w:r>
              <w:t>0</w:t>
            </w:r>
          </w:p>
        </w:tc>
      </w:tr>
      <w:tr>
        <w:tc>
          <w:tcPr>
            <w:tcW w:type="dxa" w:w="2880"/>
          </w:tcPr>
          <w:p>
            <w:r>
              <w:t>2021-01-01</w:t>
            </w:r>
          </w:p>
        </w:tc>
        <w:tc>
          <w:tcPr>
            <w:tcW w:type="dxa" w:w="2880"/>
          </w:tcPr>
          <w:p>
            <w:r>
              <w:t>Pest scouting</w:t>
            </w:r>
          </w:p>
        </w:tc>
        <w:tc>
          <w:tcPr>
            <w:tcW w:type="dxa" w:w="2880"/>
          </w:tcPr>
          <w:p>
            <w:r>
              <w:t>0</w:t>
            </w:r>
          </w:p>
        </w:tc>
      </w:tr>
      <w:tr>
        <w:tc>
          <w:tcPr>
            <w:tcW w:type="dxa" w:w="2880"/>
          </w:tcPr>
          <w:p>
            <w:r>
              <w:t>2021-01-01</w:t>
            </w:r>
          </w:p>
        </w:tc>
        <w:tc>
          <w:tcPr>
            <w:tcW w:type="dxa" w:w="2880"/>
          </w:tcPr>
          <w:p>
            <w:r>
              <w:t>Yields by season</w:t>
            </w:r>
          </w:p>
        </w:tc>
        <w:tc>
          <w:tcPr>
            <w:tcW w:type="dxa" w:w="2880"/>
          </w:tcPr>
          <w:p>
            <w:r>
              <w:t>60</w:t>
            </w:r>
          </w:p>
        </w:tc>
      </w:tr>
      <w:tr>
        <w:tc>
          <w:tcPr>
            <w:tcW w:type="dxa" w:w="2880"/>
          </w:tcPr>
          <w:p>
            <w:r>
              <w:t>2021-01-01</w:t>
            </w:r>
          </w:p>
        </w:tc>
        <w:tc>
          <w:tcPr>
            <w:tcW w:type="dxa" w:w="2880"/>
          </w:tcPr>
          <w:p>
            <w:r>
              <w:t>Field operations</w:t>
            </w:r>
          </w:p>
        </w:tc>
        <w:tc>
          <w:tcPr>
            <w:tcW w:type="dxa" w:w="2880"/>
          </w:tcPr>
          <w:p>
            <w:r>
              <w:t>0</w:t>
            </w:r>
          </w:p>
        </w:tc>
      </w:tr>
      <w:tr>
        <w:tc>
          <w:tcPr>
            <w:tcW w:type="dxa" w:w="2880"/>
          </w:tcPr>
          <w:p>
            <w:r>
              <w:t>2021-04-01</w:t>
            </w:r>
          </w:p>
        </w:tc>
        <w:tc>
          <w:tcPr>
            <w:tcW w:type="dxa" w:w="2880"/>
          </w:tcPr>
          <w:p>
            <w:r>
              <w:t>Soil samples</w:t>
            </w:r>
          </w:p>
        </w:tc>
        <w:tc>
          <w:tcPr>
            <w:tcW w:type="dxa" w:w="2880"/>
          </w:tcPr>
          <w:p>
            <w:r>
              <w:t>0</w:t>
            </w:r>
          </w:p>
        </w:tc>
      </w:tr>
      <w:tr>
        <w:tc>
          <w:tcPr>
            <w:tcW w:type="dxa" w:w="2880"/>
          </w:tcPr>
          <w:p>
            <w:r>
              <w:t>2021-04-01</w:t>
            </w:r>
          </w:p>
        </w:tc>
        <w:tc>
          <w:tcPr>
            <w:tcW w:type="dxa" w:w="2880"/>
          </w:tcPr>
          <w:p>
            <w:r>
              <w:t>Pest scouting</w:t>
            </w:r>
          </w:p>
        </w:tc>
        <w:tc>
          <w:tcPr>
            <w:tcW w:type="dxa" w:w="2880"/>
          </w:tcPr>
          <w:p>
            <w:r>
              <w:t>0</w:t>
            </w:r>
          </w:p>
        </w:tc>
      </w:tr>
      <w:tr>
        <w:tc>
          <w:tcPr>
            <w:tcW w:type="dxa" w:w="2880"/>
          </w:tcPr>
          <w:p>
            <w:r>
              <w:t>2021-04-01</w:t>
            </w:r>
          </w:p>
        </w:tc>
        <w:tc>
          <w:tcPr>
            <w:tcW w:type="dxa" w:w="2880"/>
          </w:tcPr>
          <w:p>
            <w:r>
              <w:t>Yields by season</w:t>
            </w:r>
          </w:p>
        </w:tc>
        <w:tc>
          <w:tcPr>
            <w:tcW w:type="dxa" w:w="2880"/>
          </w:tcPr>
          <w:p>
            <w:r>
              <w:t>0</w:t>
            </w:r>
          </w:p>
        </w:tc>
      </w:tr>
      <w:tr>
        <w:tc>
          <w:tcPr>
            <w:tcW w:type="dxa" w:w="2880"/>
          </w:tcPr>
          <w:p>
            <w:r>
              <w:t>2021-04-01</w:t>
            </w:r>
          </w:p>
        </w:tc>
        <w:tc>
          <w:tcPr>
            <w:tcW w:type="dxa" w:w="2880"/>
          </w:tcPr>
          <w:p>
            <w:r>
              <w:t>Field operations</w:t>
            </w:r>
          </w:p>
        </w:tc>
        <w:tc>
          <w:tcPr>
            <w:tcW w:type="dxa" w:w="2880"/>
          </w:tcPr>
          <w:p>
            <w:r>
              <w:t>0</w:t>
            </w:r>
          </w:p>
        </w:tc>
      </w:tr>
      <w:tr>
        <w:tc>
          <w:tcPr>
            <w:tcW w:type="dxa" w:w="2880"/>
          </w:tcPr>
          <w:p>
            <w:r>
              <w:t>2021-07-01</w:t>
            </w:r>
          </w:p>
        </w:tc>
        <w:tc>
          <w:tcPr>
            <w:tcW w:type="dxa" w:w="2880"/>
          </w:tcPr>
          <w:p>
            <w:r>
              <w:t>Soil samples</w:t>
            </w:r>
          </w:p>
        </w:tc>
        <w:tc>
          <w:tcPr>
            <w:tcW w:type="dxa" w:w="2880"/>
          </w:tcPr>
          <w:p>
            <w:r>
              <w:t>0</w:t>
            </w:r>
          </w:p>
        </w:tc>
      </w:tr>
      <w:tr>
        <w:tc>
          <w:tcPr>
            <w:tcW w:type="dxa" w:w="2880"/>
          </w:tcPr>
          <w:p>
            <w:r>
              <w:t>2021-07-01</w:t>
            </w:r>
          </w:p>
        </w:tc>
        <w:tc>
          <w:tcPr>
            <w:tcW w:type="dxa" w:w="2880"/>
          </w:tcPr>
          <w:p>
            <w:r>
              <w:t>Pest scouting</w:t>
            </w:r>
          </w:p>
        </w:tc>
        <w:tc>
          <w:tcPr>
            <w:tcW w:type="dxa" w:w="2880"/>
          </w:tcPr>
          <w:p>
            <w:r>
              <w:t>0</w:t>
            </w:r>
          </w:p>
        </w:tc>
      </w:tr>
      <w:tr>
        <w:tc>
          <w:tcPr>
            <w:tcW w:type="dxa" w:w="2880"/>
          </w:tcPr>
          <w:p>
            <w:r>
              <w:t>2021-07-01</w:t>
            </w:r>
          </w:p>
        </w:tc>
        <w:tc>
          <w:tcPr>
            <w:tcW w:type="dxa" w:w="2880"/>
          </w:tcPr>
          <w:p>
            <w:r>
              <w:t>Yields by season</w:t>
            </w:r>
          </w:p>
        </w:tc>
        <w:tc>
          <w:tcPr>
            <w:tcW w:type="dxa" w:w="2880"/>
          </w:tcPr>
          <w:p>
            <w:r>
              <w:t>0</w:t>
            </w:r>
          </w:p>
        </w:tc>
      </w:tr>
      <w:tr>
        <w:tc>
          <w:tcPr>
            <w:tcW w:type="dxa" w:w="2880"/>
          </w:tcPr>
          <w:p>
            <w:r>
              <w:t>2021-07-01</w:t>
            </w:r>
          </w:p>
        </w:tc>
        <w:tc>
          <w:tcPr>
            <w:tcW w:type="dxa" w:w="2880"/>
          </w:tcPr>
          <w:p>
            <w:r>
              <w:t>Field operations</w:t>
            </w:r>
          </w:p>
        </w:tc>
        <w:tc>
          <w:tcPr>
            <w:tcW w:type="dxa" w:w="2880"/>
          </w:tcPr>
          <w:p>
            <w:r>
              <w:t>0</w:t>
            </w:r>
          </w:p>
        </w:tc>
      </w:tr>
      <w:tr>
        <w:tc>
          <w:tcPr>
            <w:tcW w:type="dxa" w:w="2880"/>
          </w:tcPr>
          <w:p>
            <w:r>
              <w:t>2021-10-01</w:t>
            </w:r>
          </w:p>
        </w:tc>
        <w:tc>
          <w:tcPr>
            <w:tcW w:type="dxa" w:w="2880"/>
          </w:tcPr>
          <w:p>
            <w:r>
              <w:t>Soil samples</w:t>
            </w:r>
          </w:p>
        </w:tc>
        <w:tc>
          <w:tcPr>
            <w:tcW w:type="dxa" w:w="2880"/>
          </w:tcPr>
          <w:p>
            <w:r>
              <w:t>0</w:t>
            </w:r>
          </w:p>
        </w:tc>
      </w:tr>
      <w:tr>
        <w:tc>
          <w:tcPr>
            <w:tcW w:type="dxa" w:w="2880"/>
          </w:tcPr>
          <w:p>
            <w:r>
              <w:t>2021-10-01</w:t>
            </w:r>
          </w:p>
        </w:tc>
        <w:tc>
          <w:tcPr>
            <w:tcW w:type="dxa" w:w="2880"/>
          </w:tcPr>
          <w:p>
            <w:r>
              <w:t>Pest scouting</w:t>
            </w:r>
          </w:p>
        </w:tc>
        <w:tc>
          <w:tcPr>
            <w:tcW w:type="dxa" w:w="2880"/>
          </w:tcPr>
          <w:p>
            <w:r>
              <w:t>0</w:t>
            </w:r>
          </w:p>
        </w:tc>
      </w:tr>
      <w:tr>
        <w:tc>
          <w:tcPr>
            <w:tcW w:type="dxa" w:w="2880"/>
          </w:tcPr>
          <w:p>
            <w:r>
              <w:t>2021-10-01</w:t>
            </w:r>
          </w:p>
        </w:tc>
        <w:tc>
          <w:tcPr>
            <w:tcW w:type="dxa" w:w="2880"/>
          </w:tcPr>
          <w:p>
            <w:r>
              <w:t>Yields by season</w:t>
            </w:r>
          </w:p>
        </w:tc>
        <w:tc>
          <w:tcPr>
            <w:tcW w:type="dxa" w:w="2880"/>
          </w:tcPr>
          <w:p>
            <w:r>
              <w:t>0</w:t>
            </w:r>
          </w:p>
        </w:tc>
      </w:tr>
      <w:tr>
        <w:tc>
          <w:tcPr>
            <w:tcW w:type="dxa" w:w="2880"/>
          </w:tcPr>
          <w:p>
            <w:r>
              <w:t>2021-10-01</w:t>
            </w:r>
          </w:p>
        </w:tc>
        <w:tc>
          <w:tcPr>
            <w:tcW w:type="dxa" w:w="2880"/>
          </w:tcPr>
          <w:p>
            <w:r>
              <w:t>Field operations</w:t>
            </w:r>
          </w:p>
        </w:tc>
        <w:tc>
          <w:tcPr>
            <w:tcW w:type="dxa" w:w="2880"/>
          </w:tcPr>
          <w:p>
            <w:r>
              <w:t>0</w:t>
            </w:r>
          </w:p>
        </w:tc>
      </w:tr>
      <w:tr>
        <w:tc>
          <w:tcPr>
            <w:tcW w:type="dxa" w:w="2880"/>
          </w:tcPr>
          <w:p>
            <w:r>
              <w:t>2022-01-01</w:t>
            </w:r>
          </w:p>
        </w:tc>
        <w:tc>
          <w:tcPr>
            <w:tcW w:type="dxa" w:w="2880"/>
          </w:tcPr>
          <w:p>
            <w:r>
              <w:t>Soil samples</w:t>
            </w:r>
          </w:p>
        </w:tc>
        <w:tc>
          <w:tcPr>
            <w:tcW w:type="dxa" w:w="2880"/>
          </w:tcPr>
          <w:p>
            <w:r>
              <w:t>0</w:t>
            </w:r>
          </w:p>
        </w:tc>
      </w:tr>
      <w:tr>
        <w:tc>
          <w:tcPr>
            <w:tcW w:type="dxa" w:w="2880"/>
          </w:tcPr>
          <w:p>
            <w:r>
              <w:t>2022-01-01</w:t>
            </w:r>
          </w:p>
        </w:tc>
        <w:tc>
          <w:tcPr>
            <w:tcW w:type="dxa" w:w="2880"/>
          </w:tcPr>
          <w:p>
            <w:r>
              <w:t>Pest scouting</w:t>
            </w:r>
          </w:p>
        </w:tc>
        <w:tc>
          <w:tcPr>
            <w:tcW w:type="dxa" w:w="2880"/>
          </w:tcPr>
          <w:p>
            <w:r>
              <w:t>0</w:t>
            </w:r>
          </w:p>
        </w:tc>
      </w:tr>
      <w:tr>
        <w:tc>
          <w:tcPr>
            <w:tcW w:type="dxa" w:w="2880"/>
          </w:tcPr>
          <w:p>
            <w:r>
              <w:t>2022-01-01</w:t>
            </w:r>
          </w:p>
        </w:tc>
        <w:tc>
          <w:tcPr>
            <w:tcW w:type="dxa" w:w="2880"/>
          </w:tcPr>
          <w:p>
            <w:r>
              <w:t>Yields by season</w:t>
            </w:r>
          </w:p>
        </w:tc>
        <w:tc>
          <w:tcPr>
            <w:tcW w:type="dxa" w:w="2880"/>
          </w:tcPr>
          <w:p>
            <w:r>
              <w:t>60</w:t>
            </w:r>
          </w:p>
        </w:tc>
      </w:tr>
      <w:tr>
        <w:tc>
          <w:tcPr>
            <w:tcW w:type="dxa" w:w="2880"/>
          </w:tcPr>
          <w:p>
            <w:r>
              <w:t>2022-01-01</w:t>
            </w:r>
          </w:p>
        </w:tc>
        <w:tc>
          <w:tcPr>
            <w:tcW w:type="dxa" w:w="2880"/>
          </w:tcPr>
          <w:p>
            <w:r>
              <w:t>Field operations</w:t>
            </w:r>
          </w:p>
        </w:tc>
        <w:tc>
          <w:tcPr>
            <w:tcW w:type="dxa" w:w="2880"/>
          </w:tcPr>
          <w:p>
            <w:r>
              <w:t>0</w:t>
            </w:r>
          </w:p>
        </w:tc>
      </w:tr>
      <w:tr>
        <w:tc>
          <w:tcPr>
            <w:tcW w:type="dxa" w:w="2880"/>
          </w:tcPr>
          <w:p>
            <w:r>
              <w:t>2022-04-01</w:t>
            </w:r>
          </w:p>
        </w:tc>
        <w:tc>
          <w:tcPr>
            <w:tcW w:type="dxa" w:w="2880"/>
          </w:tcPr>
          <w:p>
            <w:r>
              <w:t>Soil samples</w:t>
            </w:r>
          </w:p>
        </w:tc>
        <w:tc>
          <w:tcPr>
            <w:tcW w:type="dxa" w:w="2880"/>
          </w:tcPr>
          <w:p>
            <w:r>
              <w:t>0</w:t>
            </w:r>
          </w:p>
        </w:tc>
      </w:tr>
      <w:tr>
        <w:tc>
          <w:tcPr>
            <w:tcW w:type="dxa" w:w="2880"/>
          </w:tcPr>
          <w:p>
            <w:r>
              <w:t>2022-04-01</w:t>
            </w:r>
          </w:p>
        </w:tc>
        <w:tc>
          <w:tcPr>
            <w:tcW w:type="dxa" w:w="2880"/>
          </w:tcPr>
          <w:p>
            <w:r>
              <w:t>Pest scouting</w:t>
            </w:r>
          </w:p>
        </w:tc>
        <w:tc>
          <w:tcPr>
            <w:tcW w:type="dxa" w:w="2880"/>
          </w:tcPr>
          <w:p>
            <w:r>
              <w:t>0</w:t>
            </w:r>
          </w:p>
        </w:tc>
      </w:tr>
      <w:tr>
        <w:tc>
          <w:tcPr>
            <w:tcW w:type="dxa" w:w="2880"/>
          </w:tcPr>
          <w:p>
            <w:r>
              <w:t>2022-04-01</w:t>
            </w:r>
          </w:p>
        </w:tc>
        <w:tc>
          <w:tcPr>
            <w:tcW w:type="dxa" w:w="2880"/>
          </w:tcPr>
          <w:p>
            <w:r>
              <w:t>Yields by season</w:t>
            </w:r>
          </w:p>
        </w:tc>
        <w:tc>
          <w:tcPr>
            <w:tcW w:type="dxa" w:w="2880"/>
          </w:tcPr>
          <w:p>
            <w:r>
              <w:t>0</w:t>
            </w:r>
          </w:p>
        </w:tc>
      </w:tr>
      <w:tr>
        <w:tc>
          <w:tcPr>
            <w:tcW w:type="dxa" w:w="2880"/>
          </w:tcPr>
          <w:p>
            <w:r>
              <w:t>2022-04-01</w:t>
            </w:r>
          </w:p>
        </w:tc>
        <w:tc>
          <w:tcPr>
            <w:tcW w:type="dxa" w:w="2880"/>
          </w:tcPr>
          <w:p>
            <w:r>
              <w:t>Field operations</w:t>
            </w:r>
          </w:p>
        </w:tc>
        <w:tc>
          <w:tcPr>
            <w:tcW w:type="dxa" w:w="2880"/>
          </w:tcPr>
          <w:p>
            <w:r>
              <w:t>0</w:t>
            </w:r>
          </w:p>
        </w:tc>
      </w:tr>
      <w:tr>
        <w:tc>
          <w:tcPr>
            <w:tcW w:type="dxa" w:w="2880"/>
          </w:tcPr>
          <w:p>
            <w:r>
              <w:t>2022-07-01</w:t>
            </w:r>
          </w:p>
        </w:tc>
        <w:tc>
          <w:tcPr>
            <w:tcW w:type="dxa" w:w="2880"/>
          </w:tcPr>
          <w:p>
            <w:r>
              <w:t>Soil samples</w:t>
            </w:r>
          </w:p>
        </w:tc>
        <w:tc>
          <w:tcPr>
            <w:tcW w:type="dxa" w:w="2880"/>
          </w:tcPr>
          <w:p>
            <w:r>
              <w:t>0</w:t>
            </w:r>
          </w:p>
        </w:tc>
      </w:tr>
      <w:tr>
        <w:tc>
          <w:tcPr>
            <w:tcW w:type="dxa" w:w="2880"/>
          </w:tcPr>
          <w:p>
            <w:r>
              <w:t>2022-07-01</w:t>
            </w:r>
          </w:p>
        </w:tc>
        <w:tc>
          <w:tcPr>
            <w:tcW w:type="dxa" w:w="2880"/>
          </w:tcPr>
          <w:p>
            <w:r>
              <w:t>Pest scouting</w:t>
            </w:r>
          </w:p>
        </w:tc>
        <w:tc>
          <w:tcPr>
            <w:tcW w:type="dxa" w:w="2880"/>
          </w:tcPr>
          <w:p>
            <w:r>
              <w:t>0</w:t>
            </w:r>
          </w:p>
        </w:tc>
      </w:tr>
      <w:tr>
        <w:tc>
          <w:tcPr>
            <w:tcW w:type="dxa" w:w="2880"/>
          </w:tcPr>
          <w:p>
            <w:r>
              <w:t>2022-07-01</w:t>
            </w:r>
          </w:p>
        </w:tc>
        <w:tc>
          <w:tcPr>
            <w:tcW w:type="dxa" w:w="2880"/>
          </w:tcPr>
          <w:p>
            <w:r>
              <w:t>Yields by season</w:t>
            </w:r>
          </w:p>
        </w:tc>
        <w:tc>
          <w:tcPr>
            <w:tcW w:type="dxa" w:w="2880"/>
          </w:tcPr>
          <w:p>
            <w:r>
              <w:t>0</w:t>
            </w:r>
          </w:p>
        </w:tc>
      </w:tr>
      <w:tr>
        <w:tc>
          <w:tcPr>
            <w:tcW w:type="dxa" w:w="2880"/>
          </w:tcPr>
          <w:p>
            <w:r>
              <w:t>2022-07-01</w:t>
            </w:r>
          </w:p>
        </w:tc>
        <w:tc>
          <w:tcPr>
            <w:tcW w:type="dxa" w:w="2880"/>
          </w:tcPr>
          <w:p>
            <w:r>
              <w:t>Field operations</w:t>
            </w:r>
          </w:p>
        </w:tc>
        <w:tc>
          <w:tcPr>
            <w:tcW w:type="dxa" w:w="2880"/>
          </w:tcPr>
          <w:p>
            <w:r>
              <w:t>0</w:t>
            </w:r>
          </w:p>
        </w:tc>
      </w:tr>
      <w:tr>
        <w:tc>
          <w:tcPr>
            <w:tcW w:type="dxa" w:w="2880"/>
          </w:tcPr>
          <w:p>
            <w:r>
              <w:t>2022-10-01</w:t>
            </w:r>
          </w:p>
        </w:tc>
        <w:tc>
          <w:tcPr>
            <w:tcW w:type="dxa" w:w="2880"/>
          </w:tcPr>
          <w:p>
            <w:r>
              <w:t>Soil samples</w:t>
            </w:r>
          </w:p>
        </w:tc>
        <w:tc>
          <w:tcPr>
            <w:tcW w:type="dxa" w:w="2880"/>
          </w:tcPr>
          <w:p>
            <w:r>
              <w:t>0</w:t>
            </w:r>
          </w:p>
        </w:tc>
      </w:tr>
      <w:tr>
        <w:tc>
          <w:tcPr>
            <w:tcW w:type="dxa" w:w="2880"/>
          </w:tcPr>
          <w:p>
            <w:r>
              <w:t>2022-10-01</w:t>
            </w:r>
          </w:p>
        </w:tc>
        <w:tc>
          <w:tcPr>
            <w:tcW w:type="dxa" w:w="2880"/>
          </w:tcPr>
          <w:p>
            <w:r>
              <w:t>Pest scouting</w:t>
            </w:r>
          </w:p>
        </w:tc>
        <w:tc>
          <w:tcPr>
            <w:tcW w:type="dxa" w:w="2880"/>
          </w:tcPr>
          <w:p>
            <w:r>
              <w:t>0</w:t>
            </w:r>
          </w:p>
        </w:tc>
      </w:tr>
      <w:tr>
        <w:tc>
          <w:tcPr>
            <w:tcW w:type="dxa" w:w="2880"/>
          </w:tcPr>
          <w:p>
            <w:r>
              <w:t>2022-10-01</w:t>
            </w:r>
          </w:p>
        </w:tc>
        <w:tc>
          <w:tcPr>
            <w:tcW w:type="dxa" w:w="2880"/>
          </w:tcPr>
          <w:p>
            <w:r>
              <w:t>Yields by season</w:t>
            </w:r>
          </w:p>
        </w:tc>
        <w:tc>
          <w:tcPr>
            <w:tcW w:type="dxa" w:w="2880"/>
          </w:tcPr>
          <w:p>
            <w:r>
              <w:t>0</w:t>
            </w:r>
          </w:p>
        </w:tc>
      </w:tr>
      <w:tr>
        <w:tc>
          <w:tcPr>
            <w:tcW w:type="dxa" w:w="2880"/>
          </w:tcPr>
          <w:p>
            <w:r>
              <w:t>2022-10-01</w:t>
            </w:r>
          </w:p>
        </w:tc>
        <w:tc>
          <w:tcPr>
            <w:tcW w:type="dxa" w:w="2880"/>
          </w:tcPr>
          <w:p>
            <w:r>
              <w:t>Field operations</w:t>
            </w:r>
          </w:p>
        </w:tc>
        <w:tc>
          <w:tcPr>
            <w:tcW w:type="dxa" w:w="2880"/>
          </w:tcPr>
          <w:p>
            <w:r>
              <w:t>0</w:t>
            </w:r>
          </w:p>
        </w:tc>
      </w:tr>
      <w:tr>
        <w:tc>
          <w:tcPr>
            <w:tcW w:type="dxa" w:w="2880"/>
          </w:tcPr>
          <w:p>
            <w:r>
              <w:t>2023-01-01</w:t>
            </w:r>
          </w:p>
        </w:tc>
        <w:tc>
          <w:tcPr>
            <w:tcW w:type="dxa" w:w="2880"/>
          </w:tcPr>
          <w:p>
            <w:r>
              <w:t>Soil samples</w:t>
            </w:r>
          </w:p>
        </w:tc>
        <w:tc>
          <w:tcPr>
            <w:tcW w:type="dxa" w:w="2880"/>
          </w:tcPr>
          <w:p>
            <w:r>
              <w:t>0</w:t>
            </w:r>
          </w:p>
        </w:tc>
      </w:tr>
      <w:tr>
        <w:tc>
          <w:tcPr>
            <w:tcW w:type="dxa" w:w="2880"/>
          </w:tcPr>
          <w:p>
            <w:r>
              <w:t>2023-01-01</w:t>
            </w:r>
          </w:p>
        </w:tc>
        <w:tc>
          <w:tcPr>
            <w:tcW w:type="dxa" w:w="2880"/>
          </w:tcPr>
          <w:p>
            <w:r>
              <w:t>Pest scouting</w:t>
            </w:r>
          </w:p>
        </w:tc>
        <w:tc>
          <w:tcPr>
            <w:tcW w:type="dxa" w:w="2880"/>
          </w:tcPr>
          <w:p>
            <w:r>
              <w:t>0</w:t>
            </w:r>
          </w:p>
        </w:tc>
      </w:tr>
      <w:tr>
        <w:tc>
          <w:tcPr>
            <w:tcW w:type="dxa" w:w="2880"/>
          </w:tcPr>
          <w:p>
            <w:r>
              <w:t>2023-01-01</w:t>
            </w:r>
          </w:p>
        </w:tc>
        <w:tc>
          <w:tcPr>
            <w:tcW w:type="dxa" w:w="2880"/>
          </w:tcPr>
          <w:p>
            <w:r>
              <w:t>Yields by season</w:t>
            </w:r>
          </w:p>
        </w:tc>
        <w:tc>
          <w:tcPr>
            <w:tcW w:type="dxa" w:w="2880"/>
          </w:tcPr>
          <w:p>
            <w:r>
              <w:t>60</w:t>
            </w:r>
          </w:p>
        </w:tc>
      </w:tr>
      <w:tr>
        <w:tc>
          <w:tcPr>
            <w:tcW w:type="dxa" w:w="2880"/>
          </w:tcPr>
          <w:p>
            <w:r>
              <w:t>2023-01-01</w:t>
            </w:r>
          </w:p>
        </w:tc>
        <w:tc>
          <w:tcPr>
            <w:tcW w:type="dxa" w:w="2880"/>
          </w:tcPr>
          <w:p>
            <w:r>
              <w:t>Field operations</w:t>
            </w:r>
          </w:p>
        </w:tc>
        <w:tc>
          <w:tcPr>
            <w:tcW w:type="dxa" w:w="2880"/>
          </w:tcPr>
          <w:p>
            <w:r>
              <w:t>0</w:t>
            </w:r>
          </w:p>
        </w:tc>
      </w:tr>
      <w:tr>
        <w:tc>
          <w:tcPr>
            <w:tcW w:type="dxa" w:w="2880"/>
          </w:tcPr>
          <w:p>
            <w:r>
              <w:t>2023-04-01</w:t>
            </w:r>
          </w:p>
        </w:tc>
        <w:tc>
          <w:tcPr>
            <w:tcW w:type="dxa" w:w="2880"/>
          </w:tcPr>
          <w:p>
            <w:r>
              <w:t>Soil samples</w:t>
            </w:r>
          </w:p>
        </w:tc>
        <w:tc>
          <w:tcPr>
            <w:tcW w:type="dxa" w:w="2880"/>
          </w:tcPr>
          <w:p>
            <w:r>
              <w:t>0</w:t>
            </w:r>
          </w:p>
        </w:tc>
      </w:tr>
      <w:tr>
        <w:tc>
          <w:tcPr>
            <w:tcW w:type="dxa" w:w="2880"/>
          </w:tcPr>
          <w:p>
            <w:r>
              <w:t>2023-04-01</w:t>
            </w:r>
          </w:p>
        </w:tc>
        <w:tc>
          <w:tcPr>
            <w:tcW w:type="dxa" w:w="2880"/>
          </w:tcPr>
          <w:p>
            <w:r>
              <w:t>Pest scouting</w:t>
            </w:r>
          </w:p>
        </w:tc>
        <w:tc>
          <w:tcPr>
            <w:tcW w:type="dxa" w:w="2880"/>
          </w:tcPr>
          <w:p>
            <w:r>
              <w:t>0</w:t>
            </w:r>
          </w:p>
        </w:tc>
      </w:tr>
      <w:tr>
        <w:tc>
          <w:tcPr>
            <w:tcW w:type="dxa" w:w="2880"/>
          </w:tcPr>
          <w:p>
            <w:r>
              <w:t>2023-04-01</w:t>
            </w:r>
          </w:p>
        </w:tc>
        <w:tc>
          <w:tcPr>
            <w:tcW w:type="dxa" w:w="2880"/>
          </w:tcPr>
          <w:p>
            <w:r>
              <w:t>Yields by season</w:t>
            </w:r>
          </w:p>
        </w:tc>
        <w:tc>
          <w:tcPr>
            <w:tcW w:type="dxa" w:w="2880"/>
          </w:tcPr>
          <w:p>
            <w:r>
              <w:t>0</w:t>
            </w:r>
          </w:p>
        </w:tc>
      </w:tr>
      <w:tr>
        <w:tc>
          <w:tcPr>
            <w:tcW w:type="dxa" w:w="2880"/>
          </w:tcPr>
          <w:p>
            <w:r>
              <w:t>2023-04-01</w:t>
            </w:r>
          </w:p>
        </w:tc>
        <w:tc>
          <w:tcPr>
            <w:tcW w:type="dxa" w:w="2880"/>
          </w:tcPr>
          <w:p>
            <w:r>
              <w:t>Field operations</w:t>
            </w:r>
          </w:p>
        </w:tc>
        <w:tc>
          <w:tcPr>
            <w:tcW w:type="dxa" w:w="2880"/>
          </w:tcPr>
          <w:p>
            <w:r>
              <w:t>0</w:t>
            </w:r>
          </w:p>
        </w:tc>
      </w:tr>
      <w:tr>
        <w:tc>
          <w:tcPr>
            <w:tcW w:type="dxa" w:w="2880"/>
          </w:tcPr>
          <w:p>
            <w:r>
              <w:t>2023-07-01</w:t>
            </w:r>
          </w:p>
        </w:tc>
        <w:tc>
          <w:tcPr>
            <w:tcW w:type="dxa" w:w="2880"/>
          </w:tcPr>
          <w:p>
            <w:r>
              <w:t>Soil samples</w:t>
            </w:r>
          </w:p>
        </w:tc>
        <w:tc>
          <w:tcPr>
            <w:tcW w:type="dxa" w:w="2880"/>
          </w:tcPr>
          <w:p>
            <w:r>
              <w:t>0</w:t>
            </w:r>
          </w:p>
        </w:tc>
      </w:tr>
      <w:tr>
        <w:tc>
          <w:tcPr>
            <w:tcW w:type="dxa" w:w="2880"/>
          </w:tcPr>
          <w:p>
            <w:r>
              <w:t>2023-07-01</w:t>
            </w:r>
          </w:p>
        </w:tc>
        <w:tc>
          <w:tcPr>
            <w:tcW w:type="dxa" w:w="2880"/>
          </w:tcPr>
          <w:p>
            <w:r>
              <w:t>Pest scouting</w:t>
            </w:r>
          </w:p>
        </w:tc>
        <w:tc>
          <w:tcPr>
            <w:tcW w:type="dxa" w:w="2880"/>
          </w:tcPr>
          <w:p>
            <w:r>
              <w:t>0</w:t>
            </w:r>
          </w:p>
        </w:tc>
      </w:tr>
      <w:tr>
        <w:tc>
          <w:tcPr>
            <w:tcW w:type="dxa" w:w="2880"/>
          </w:tcPr>
          <w:p>
            <w:r>
              <w:t>2023-07-01</w:t>
            </w:r>
          </w:p>
        </w:tc>
        <w:tc>
          <w:tcPr>
            <w:tcW w:type="dxa" w:w="2880"/>
          </w:tcPr>
          <w:p>
            <w:r>
              <w:t>Yields by season</w:t>
            </w:r>
          </w:p>
        </w:tc>
        <w:tc>
          <w:tcPr>
            <w:tcW w:type="dxa" w:w="2880"/>
          </w:tcPr>
          <w:p>
            <w:r>
              <w:t>0</w:t>
            </w:r>
          </w:p>
        </w:tc>
      </w:tr>
      <w:tr>
        <w:tc>
          <w:tcPr>
            <w:tcW w:type="dxa" w:w="2880"/>
          </w:tcPr>
          <w:p>
            <w:r>
              <w:t>2023-07-01</w:t>
            </w:r>
          </w:p>
        </w:tc>
        <w:tc>
          <w:tcPr>
            <w:tcW w:type="dxa" w:w="2880"/>
          </w:tcPr>
          <w:p>
            <w:r>
              <w:t>Field operations</w:t>
            </w:r>
          </w:p>
        </w:tc>
        <w:tc>
          <w:tcPr>
            <w:tcW w:type="dxa" w:w="2880"/>
          </w:tcPr>
          <w:p>
            <w:r>
              <w:t>0</w:t>
            </w:r>
          </w:p>
        </w:tc>
      </w:tr>
      <w:tr>
        <w:tc>
          <w:tcPr>
            <w:tcW w:type="dxa" w:w="2880"/>
          </w:tcPr>
          <w:p>
            <w:r>
              <w:t>2023-10-01</w:t>
            </w:r>
          </w:p>
        </w:tc>
        <w:tc>
          <w:tcPr>
            <w:tcW w:type="dxa" w:w="2880"/>
          </w:tcPr>
          <w:p>
            <w:r>
              <w:t>Soil samples</w:t>
            </w:r>
          </w:p>
        </w:tc>
        <w:tc>
          <w:tcPr>
            <w:tcW w:type="dxa" w:w="2880"/>
          </w:tcPr>
          <w:p>
            <w:r>
              <w:t>0</w:t>
            </w:r>
          </w:p>
        </w:tc>
      </w:tr>
      <w:tr>
        <w:tc>
          <w:tcPr>
            <w:tcW w:type="dxa" w:w="2880"/>
          </w:tcPr>
          <w:p>
            <w:r>
              <w:t>2023-10-01</w:t>
            </w:r>
          </w:p>
        </w:tc>
        <w:tc>
          <w:tcPr>
            <w:tcW w:type="dxa" w:w="2880"/>
          </w:tcPr>
          <w:p>
            <w:r>
              <w:t>Pest scouting</w:t>
            </w:r>
          </w:p>
        </w:tc>
        <w:tc>
          <w:tcPr>
            <w:tcW w:type="dxa" w:w="2880"/>
          </w:tcPr>
          <w:p>
            <w:r>
              <w:t>0</w:t>
            </w:r>
          </w:p>
        </w:tc>
      </w:tr>
      <w:tr>
        <w:tc>
          <w:tcPr>
            <w:tcW w:type="dxa" w:w="2880"/>
          </w:tcPr>
          <w:p>
            <w:r>
              <w:t>2023-10-01</w:t>
            </w:r>
          </w:p>
        </w:tc>
        <w:tc>
          <w:tcPr>
            <w:tcW w:type="dxa" w:w="2880"/>
          </w:tcPr>
          <w:p>
            <w:r>
              <w:t>Yields by season</w:t>
            </w:r>
          </w:p>
        </w:tc>
        <w:tc>
          <w:tcPr>
            <w:tcW w:type="dxa" w:w="2880"/>
          </w:tcPr>
          <w:p>
            <w:r>
              <w:t>0</w:t>
            </w:r>
          </w:p>
        </w:tc>
      </w:tr>
      <w:tr>
        <w:tc>
          <w:tcPr>
            <w:tcW w:type="dxa" w:w="2880"/>
          </w:tcPr>
          <w:p>
            <w:r>
              <w:t>2023-10-01</w:t>
            </w:r>
          </w:p>
        </w:tc>
        <w:tc>
          <w:tcPr>
            <w:tcW w:type="dxa" w:w="2880"/>
          </w:tcPr>
          <w:p>
            <w:r>
              <w:t>Field operations</w:t>
            </w:r>
          </w:p>
        </w:tc>
        <w:tc>
          <w:tcPr>
            <w:tcW w:type="dxa" w:w="2880"/>
          </w:tcPr>
          <w:p>
            <w:r>
              <w:t>0</w:t>
            </w:r>
          </w:p>
        </w:tc>
      </w:tr>
      <w:tr>
        <w:tc>
          <w:tcPr>
            <w:tcW w:type="dxa" w:w="2880"/>
          </w:tcPr>
          <w:p>
            <w:r>
              <w:t>2024-01-01</w:t>
            </w:r>
          </w:p>
        </w:tc>
        <w:tc>
          <w:tcPr>
            <w:tcW w:type="dxa" w:w="2880"/>
          </w:tcPr>
          <w:p>
            <w:r>
              <w:t>Soil samples</w:t>
            </w:r>
          </w:p>
        </w:tc>
        <w:tc>
          <w:tcPr>
            <w:tcW w:type="dxa" w:w="2880"/>
          </w:tcPr>
          <w:p>
            <w:r>
              <w:t>0</w:t>
            </w:r>
          </w:p>
        </w:tc>
      </w:tr>
      <w:tr>
        <w:tc>
          <w:tcPr>
            <w:tcW w:type="dxa" w:w="2880"/>
          </w:tcPr>
          <w:p>
            <w:r>
              <w:t>2024-01-01</w:t>
            </w:r>
          </w:p>
        </w:tc>
        <w:tc>
          <w:tcPr>
            <w:tcW w:type="dxa" w:w="2880"/>
          </w:tcPr>
          <w:p>
            <w:r>
              <w:t>Pest scouting</w:t>
            </w:r>
          </w:p>
        </w:tc>
        <w:tc>
          <w:tcPr>
            <w:tcW w:type="dxa" w:w="2880"/>
          </w:tcPr>
          <w:p>
            <w:r>
              <w:t>0</w:t>
            </w:r>
          </w:p>
        </w:tc>
      </w:tr>
      <w:tr>
        <w:tc>
          <w:tcPr>
            <w:tcW w:type="dxa" w:w="2880"/>
          </w:tcPr>
          <w:p>
            <w:r>
              <w:t>2024-01-01</w:t>
            </w:r>
          </w:p>
        </w:tc>
        <w:tc>
          <w:tcPr>
            <w:tcW w:type="dxa" w:w="2880"/>
          </w:tcPr>
          <w:p>
            <w:r>
              <w:t>Yields by season</w:t>
            </w:r>
          </w:p>
        </w:tc>
        <w:tc>
          <w:tcPr>
            <w:tcW w:type="dxa" w:w="2880"/>
          </w:tcPr>
          <w:p>
            <w:r>
              <w:t>60</w:t>
            </w:r>
          </w:p>
        </w:tc>
      </w:tr>
      <w:tr>
        <w:tc>
          <w:tcPr>
            <w:tcW w:type="dxa" w:w="2880"/>
          </w:tcPr>
          <w:p>
            <w:r>
              <w:t>2024-01-01</w:t>
            </w:r>
          </w:p>
        </w:tc>
        <w:tc>
          <w:tcPr>
            <w:tcW w:type="dxa" w:w="2880"/>
          </w:tcPr>
          <w:p>
            <w:r>
              <w:t>Field operations</w:t>
            </w:r>
          </w:p>
        </w:tc>
        <w:tc>
          <w:tcPr>
            <w:tcW w:type="dxa" w:w="2880"/>
          </w:tcPr>
          <w:p>
            <w:r>
              <w:t>0</w:t>
            </w:r>
          </w:p>
        </w:tc>
      </w:tr>
      <w:tr>
        <w:tc>
          <w:tcPr>
            <w:tcW w:type="dxa" w:w="2880"/>
          </w:tcPr>
          <w:p>
            <w:r>
              <w:t>2024-04-01</w:t>
            </w:r>
          </w:p>
        </w:tc>
        <w:tc>
          <w:tcPr>
            <w:tcW w:type="dxa" w:w="2880"/>
          </w:tcPr>
          <w:p>
            <w:r>
              <w:t>Soil samples</w:t>
            </w:r>
          </w:p>
        </w:tc>
        <w:tc>
          <w:tcPr>
            <w:tcW w:type="dxa" w:w="2880"/>
          </w:tcPr>
          <w:p>
            <w:r>
              <w:t>0</w:t>
            </w:r>
          </w:p>
        </w:tc>
      </w:tr>
      <w:tr>
        <w:tc>
          <w:tcPr>
            <w:tcW w:type="dxa" w:w="2880"/>
          </w:tcPr>
          <w:p>
            <w:r>
              <w:t>2024-04-01</w:t>
            </w:r>
          </w:p>
        </w:tc>
        <w:tc>
          <w:tcPr>
            <w:tcW w:type="dxa" w:w="2880"/>
          </w:tcPr>
          <w:p>
            <w:r>
              <w:t>Pest scouting</w:t>
            </w:r>
          </w:p>
        </w:tc>
        <w:tc>
          <w:tcPr>
            <w:tcW w:type="dxa" w:w="2880"/>
          </w:tcPr>
          <w:p>
            <w:r>
              <w:t>0</w:t>
            </w:r>
          </w:p>
        </w:tc>
      </w:tr>
      <w:tr>
        <w:tc>
          <w:tcPr>
            <w:tcW w:type="dxa" w:w="2880"/>
          </w:tcPr>
          <w:p>
            <w:r>
              <w:t>2024-04-01</w:t>
            </w:r>
          </w:p>
        </w:tc>
        <w:tc>
          <w:tcPr>
            <w:tcW w:type="dxa" w:w="2880"/>
          </w:tcPr>
          <w:p>
            <w:r>
              <w:t>Yields by season</w:t>
            </w:r>
          </w:p>
        </w:tc>
        <w:tc>
          <w:tcPr>
            <w:tcW w:type="dxa" w:w="2880"/>
          </w:tcPr>
          <w:p>
            <w:r>
              <w:t>0</w:t>
            </w:r>
          </w:p>
        </w:tc>
      </w:tr>
      <w:tr>
        <w:tc>
          <w:tcPr>
            <w:tcW w:type="dxa" w:w="2880"/>
          </w:tcPr>
          <w:p>
            <w:r>
              <w:t>2024-04-01</w:t>
            </w:r>
          </w:p>
        </w:tc>
        <w:tc>
          <w:tcPr>
            <w:tcW w:type="dxa" w:w="2880"/>
          </w:tcPr>
          <w:p>
            <w:r>
              <w:t>Field operations</w:t>
            </w:r>
          </w:p>
        </w:tc>
        <w:tc>
          <w:tcPr>
            <w:tcW w:type="dxa" w:w="2880"/>
          </w:tcPr>
          <w:p>
            <w:r>
              <w:t>0</w:t>
            </w:r>
          </w:p>
        </w:tc>
      </w:tr>
      <w:tr>
        <w:tc>
          <w:tcPr>
            <w:tcW w:type="dxa" w:w="2880"/>
          </w:tcPr>
          <w:p>
            <w:r>
              <w:t>2024-07-01</w:t>
            </w:r>
          </w:p>
        </w:tc>
        <w:tc>
          <w:tcPr>
            <w:tcW w:type="dxa" w:w="2880"/>
          </w:tcPr>
          <w:p>
            <w:r>
              <w:t>Soil samples</w:t>
            </w:r>
          </w:p>
        </w:tc>
        <w:tc>
          <w:tcPr>
            <w:tcW w:type="dxa" w:w="2880"/>
          </w:tcPr>
          <w:p>
            <w:r>
              <w:t>0</w:t>
            </w:r>
          </w:p>
        </w:tc>
      </w:tr>
      <w:tr>
        <w:tc>
          <w:tcPr>
            <w:tcW w:type="dxa" w:w="2880"/>
          </w:tcPr>
          <w:p>
            <w:r>
              <w:t>2024-07-01</w:t>
            </w:r>
          </w:p>
        </w:tc>
        <w:tc>
          <w:tcPr>
            <w:tcW w:type="dxa" w:w="2880"/>
          </w:tcPr>
          <w:p>
            <w:r>
              <w:t>Pest scouting</w:t>
            </w:r>
          </w:p>
        </w:tc>
        <w:tc>
          <w:tcPr>
            <w:tcW w:type="dxa" w:w="2880"/>
          </w:tcPr>
          <w:p>
            <w:r>
              <w:t>0</w:t>
            </w:r>
          </w:p>
        </w:tc>
      </w:tr>
      <w:tr>
        <w:tc>
          <w:tcPr>
            <w:tcW w:type="dxa" w:w="2880"/>
          </w:tcPr>
          <w:p>
            <w:r>
              <w:t>2024-07-01</w:t>
            </w:r>
          </w:p>
        </w:tc>
        <w:tc>
          <w:tcPr>
            <w:tcW w:type="dxa" w:w="2880"/>
          </w:tcPr>
          <w:p>
            <w:r>
              <w:t>Yields by season</w:t>
            </w:r>
          </w:p>
        </w:tc>
        <w:tc>
          <w:tcPr>
            <w:tcW w:type="dxa" w:w="2880"/>
          </w:tcPr>
          <w:p>
            <w:r>
              <w:t>0</w:t>
            </w:r>
          </w:p>
        </w:tc>
      </w:tr>
      <w:tr>
        <w:tc>
          <w:tcPr>
            <w:tcW w:type="dxa" w:w="2880"/>
          </w:tcPr>
          <w:p>
            <w:r>
              <w:t>2024-07-01</w:t>
            </w:r>
          </w:p>
        </w:tc>
        <w:tc>
          <w:tcPr>
            <w:tcW w:type="dxa" w:w="2880"/>
          </w:tcPr>
          <w:p>
            <w:r>
              <w:t>Field operations</w:t>
            </w:r>
          </w:p>
        </w:tc>
        <w:tc>
          <w:tcPr>
            <w:tcW w:type="dxa" w:w="2880"/>
          </w:tcPr>
          <w:p>
            <w:r>
              <w:t>0</w:t>
            </w:r>
          </w:p>
        </w:tc>
      </w:tr>
      <w:tr>
        <w:tc>
          <w:tcPr>
            <w:tcW w:type="dxa" w:w="2880"/>
          </w:tcPr>
          <w:p>
            <w:r>
              <w:t>2024-10-01</w:t>
            </w:r>
          </w:p>
        </w:tc>
        <w:tc>
          <w:tcPr>
            <w:tcW w:type="dxa" w:w="2880"/>
          </w:tcPr>
          <w:p>
            <w:r>
              <w:t>Soil samples</w:t>
            </w:r>
          </w:p>
        </w:tc>
        <w:tc>
          <w:tcPr>
            <w:tcW w:type="dxa" w:w="2880"/>
          </w:tcPr>
          <w:p>
            <w:r>
              <w:t>0</w:t>
            </w:r>
          </w:p>
        </w:tc>
      </w:tr>
      <w:tr>
        <w:tc>
          <w:tcPr>
            <w:tcW w:type="dxa" w:w="2880"/>
          </w:tcPr>
          <w:p>
            <w:r>
              <w:t>2024-10-01</w:t>
            </w:r>
          </w:p>
        </w:tc>
        <w:tc>
          <w:tcPr>
            <w:tcW w:type="dxa" w:w="2880"/>
          </w:tcPr>
          <w:p>
            <w:r>
              <w:t>Pest scouting</w:t>
            </w:r>
          </w:p>
        </w:tc>
        <w:tc>
          <w:tcPr>
            <w:tcW w:type="dxa" w:w="2880"/>
          </w:tcPr>
          <w:p>
            <w:r>
              <w:t>0</w:t>
            </w:r>
          </w:p>
        </w:tc>
      </w:tr>
      <w:tr>
        <w:tc>
          <w:tcPr>
            <w:tcW w:type="dxa" w:w="2880"/>
          </w:tcPr>
          <w:p>
            <w:r>
              <w:t>2024-10-01</w:t>
            </w:r>
          </w:p>
        </w:tc>
        <w:tc>
          <w:tcPr>
            <w:tcW w:type="dxa" w:w="2880"/>
          </w:tcPr>
          <w:p>
            <w:r>
              <w:t>Yields by season</w:t>
            </w:r>
          </w:p>
        </w:tc>
        <w:tc>
          <w:tcPr>
            <w:tcW w:type="dxa" w:w="2880"/>
          </w:tcPr>
          <w:p>
            <w:r>
              <w:t>0</w:t>
            </w:r>
          </w:p>
        </w:tc>
      </w:tr>
      <w:tr>
        <w:tc>
          <w:tcPr>
            <w:tcW w:type="dxa" w:w="2880"/>
          </w:tcPr>
          <w:p>
            <w:r>
              <w:t>2024-10-01</w:t>
            </w:r>
          </w:p>
        </w:tc>
        <w:tc>
          <w:tcPr>
            <w:tcW w:type="dxa" w:w="2880"/>
          </w:tcPr>
          <w:p>
            <w:r>
              <w:t>Field operations</w:t>
            </w:r>
          </w:p>
        </w:tc>
        <w:tc>
          <w:tcPr>
            <w:tcW w:type="dxa" w:w="2880"/>
          </w:tcPr>
          <w:p>
            <w:r>
              <w:t>0</w:t>
            </w:r>
          </w:p>
        </w:tc>
      </w:tr>
      <w:tr>
        <w:tc>
          <w:tcPr>
            <w:tcW w:type="dxa" w:w="2880"/>
          </w:tcPr>
          <w:p>
            <w:r>
              <w:t>2025-01-01</w:t>
            </w:r>
          </w:p>
        </w:tc>
        <w:tc>
          <w:tcPr>
            <w:tcW w:type="dxa" w:w="2880"/>
          </w:tcPr>
          <w:p>
            <w:r>
              <w:t>Soil samples</w:t>
            </w:r>
          </w:p>
        </w:tc>
        <w:tc>
          <w:tcPr>
            <w:tcW w:type="dxa" w:w="2880"/>
          </w:tcPr>
          <w:p>
            <w:r>
              <w:t>0</w:t>
            </w:r>
          </w:p>
        </w:tc>
      </w:tr>
      <w:tr>
        <w:tc>
          <w:tcPr>
            <w:tcW w:type="dxa" w:w="2880"/>
          </w:tcPr>
          <w:p>
            <w:r>
              <w:t>2025-01-01</w:t>
            </w:r>
          </w:p>
        </w:tc>
        <w:tc>
          <w:tcPr>
            <w:tcW w:type="dxa" w:w="2880"/>
          </w:tcPr>
          <w:p>
            <w:r>
              <w:t>Pest scouting</w:t>
            </w:r>
          </w:p>
        </w:tc>
        <w:tc>
          <w:tcPr>
            <w:tcW w:type="dxa" w:w="2880"/>
          </w:tcPr>
          <w:p>
            <w:r>
              <w:t>0</w:t>
            </w:r>
          </w:p>
        </w:tc>
      </w:tr>
      <w:tr>
        <w:tc>
          <w:tcPr>
            <w:tcW w:type="dxa" w:w="2880"/>
          </w:tcPr>
          <w:p>
            <w:r>
              <w:t>2025-01-01</w:t>
            </w:r>
          </w:p>
        </w:tc>
        <w:tc>
          <w:tcPr>
            <w:tcW w:type="dxa" w:w="2880"/>
          </w:tcPr>
          <w:p>
            <w:r>
              <w:t>Yields by season</w:t>
            </w:r>
          </w:p>
        </w:tc>
        <w:tc>
          <w:tcPr>
            <w:tcW w:type="dxa" w:w="2880"/>
          </w:tcPr>
          <w:p>
            <w:r>
              <w:t>60</w:t>
            </w:r>
          </w:p>
        </w:tc>
      </w:tr>
      <w:tr>
        <w:tc>
          <w:tcPr>
            <w:tcW w:type="dxa" w:w="2880"/>
          </w:tcPr>
          <w:p>
            <w:r>
              <w:t>2025-01-01</w:t>
            </w:r>
          </w:p>
        </w:tc>
        <w:tc>
          <w:tcPr>
            <w:tcW w:type="dxa" w:w="2880"/>
          </w:tcPr>
          <w:p>
            <w:r>
              <w:t>Field operations</w:t>
            </w:r>
          </w:p>
        </w:tc>
        <w:tc>
          <w:tcPr>
            <w:tcW w:type="dxa" w:w="2880"/>
          </w:tcPr>
          <w:p>
            <w:r>
              <w:t>0</w:t>
            </w:r>
          </w:p>
        </w:tc>
      </w:tr>
      <w:tr>
        <w:tc>
          <w:tcPr>
            <w:tcW w:type="dxa" w:w="2880"/>
          </w:tcPr>
          <w:p>
            <w:r>
              <w:t>2025-04-01</w:t>
            </w:r>
          </w:p>
        </w:tc>
        <w:tc>
          <w:tcPr>
            <w:tcW w:type="dxa" w:w="2880"/>
          </w:tcPr>
          <w:p>
            <w:r>
              <w:t>Soil samples</w:t>
            </w:r>
          </w:p>
        </w:tc>
        <w:tc>
          <w:tcPr>
            <w:tcW w:type="dxa" w:w="2880"/>
          </w:tcPr>
          <w:p>
            <w:r>
              <w:t>0</w:t>
            </w:r>
          </w:p>
        </w:tc>
      </w:tr>
      <w:tr>
        <w:tc>
          <w:tcPr>
            <w:tcW w:type="dxa" w:w="2880"/>
          </w:tcPr>
          <w:p>
            <w:r>
              <w:t>2025-04-01</w:t>
            </w:r>
          </w:p>
        </w:tc>
        <w:tc>
          <w:tcPr>
            <w:tcW w:type="dxa" w:w="2880"/>
          </w:tcPr>
          <w:p>
            <w:r>
              <w:t>Pest scouting</w:t>
            </w:r>
          </w:p>
        </w:tc>
        <w:tc>
          <w:tcPr>
            <w:tcW w:type="dxa" w:w="2880"/>
          </w:tcPr>
          <w:p>
            <w:r>
              <w:t>0</w:t>
            </w:r>
          </w:p>
        </w:tc>
      </w:tr>
      <w:tr>
        <w:tc>
          <w:tcPr>
            <w:tcW w:type="dxa" w:w="2880"/>
          </w:tcPr>
          <w:p>
            <w:r>
              <w:t>2025-04-01</w:t>
            </w:r>
          </w:p>
        </w:tc>
        <w:tc>
          <w:tcPr>
            <w:tcW w:type="dxa" w:w="2880"/>
          </w:tcPr>
          <w:p>
            <w:r>
              <w:t>Yields by season</w:t>
            </w:r>
          </w:p>
        </w:tc>
        <w:tc>
          <w:tcPr>
            <w:tcW w:type="dxa" w:w="2880"/>
          </w:tcPr>
          <w:p>
            <w:r>
              <w:t>0</w:t>
            </w:r>
          </w:p>
        </w:tc>
      </w:tr>
      <w:tr>
        <w:tc>
          <w:tcPr>
            <w:tcW w:type="dxa" w:w="2880"/>
          </w:tcPr>
          <w:p>
            <w:r>
              <w:t>2025-04-01</w:t>
            </w:r>
          </w:p>
        </w:tc>
        <w:tc>
          <w:tcPr>
            <w:tcW w:type="dxa" w:w="2880"/>
          </w:tcPr>
          <w:p>
            <w:r>
              <w:t>Field operations</w:t>
            </w:r>
          </w:p>
        </w:tc>
        <w:tc>
          <w:tcPr>
            <w:tcW w:type="dxa" w:w="2880"/>
          </w:tcPr>
          <w:p>
            <w:r>
              <w:t>0</w:t>
            </w:r>
          </w:p>
        </w:tc>
      </w:tr>
      <w:tr>
        <w:tc>
          <w:tcPr>
            <w:tcW w:type="dxa" w:w="2880"/>
          </w:tcPr>
          <w:p>
            <w:r>
              <w:t>2025-07-01</w:t>
            </w:r>
          </w:p>
        </w:tc>
        <w:tc>
          <w:tcPr>
            <w:tcW w:type="dxa" w:w="2880"/>
          </w:tcPr>
          <w:p>
            <w:r>
              <w:t>Soil samples</w:t>
            </w:r>
          </w:p>
        </w:tc>
        <w:tc>
          <w:tcPr>
            <w:tcW w:type="dxa" w:w="2880"/>
          </w:tcPr>
          <w:p>
            <w:r>
              <w:t>0</w:t>
            </w:r>
          </w:p>
        </w:tc>
      </w:tr>
      <w:tr>
        <w:tc>
          <w:tcPr>
            <w:tcW w:type="dxa" w:w="2880"/>
          </w:tcPr>
          <w:p>
            <w:r>
              <w:t>2025-07-01</w:t>
            </w:r>
          </w:p>
        </w:tc>
        <w:tc>
          <w:tcPr>
            <w:tcW w:type="dxa" w:w="2880"/>
          </w:tcPr>
          <w:p>
            <w:r>
              <w:t>Pest scouting</w:t>
            </w:r>
          </w:p>
        </w:tc>
        <w:tc>
          <w:tcPr>
            <w:tcW w:type="dxa" w:w="2880"/>
          </w:tcPr>
          <w:p>
            <w:r>
              <w:t>0</w:t>
            </w:r>
          </w:p>
        </w:tc>
      </w:tr>
      <w:tr>
        <w:tc>
          <w:tcPr>
            <w:tcW w:type="dxa" w:w="2880"/>
          </w:tcPr>
          <w:p>
            <w:r>
              <w:t>2025-07-01</w:t>
            </w:r>
          </w:p>
        </w:tc>
        <w:tc>
          <w:tcPr>
            <w:tcW w:type="dxa" w:w="2880"/>
          </w:tcPr>
          <w:p>
            <w:r>
              <w:t>Yields by season</w:t>
            </w:r>
          </w:p>
        </w:tc>
        <w:tc>
          <w:tcPr>
            <w:tcW w:type="dxa" w:w="2880"/>
          </w:tcPr>
          <w:p>
            <w:r>
              <w:t>0</w:t>
            </w:r>
          </w:p>
        </w:tc>
      </w:tr>
      <w:tr>
        <w:tc>
          <w:tcPr>
            <w:tcW w:type="dxa" w:w="2880"/>
          </w:tcPr>
          <w:p>
            <w:r>
              <w:t>2025-07-01</w:t>
            </w:r>
          </w:p>
        </w:tc>
        <w:tc>
          <w:tcPr>
            <w:tcW w:type="dxa" w:w="2880"/>
          </w:tcPr>
          <w:p>
            <w:r>
              <w:t>Field operations</w:t>
            </w:r>
          </w:p>
        </w:tc>
        <w:tc>
          <w:tcPr>
            <w:tcW w:type="dxa" w:w="2880"/>
          </w:tcPr>
          <w:p>
            <w:r>
              <w:t>0</w:t>
            </w:r>
          </w:p>
        </w:tc>
      </w:tr>
      <w:tr>
        <w:tc>
          <w:tcPr>
            <w:tcW w:type="dxa" w:w="2880"/>
          </w:tcPr>
          <w:p>
            <w:r>
              <w:t>2025-10-01</w:t>
            </w:r>
          </w:p>
        </w:tc>
        <w:tc>
          <w:tcPr>
            <w:tcW w:type="dxa" w:w="2880"/>
          </w:tcPr>
          <w:p>
            <w:r>
              <w:t>Soil samples</w:t>
            </w:r>
          </w:p>
        </w:tc>
        <w:tc>
          <w:tcPr>
            <w:tcW w:type="dxa" w:w="2880"/>
          </w:tcPr>
          <w:p>
            <w:r>
              <w:t>392</w:t>
            </w:r>
          </w:p>
        </w:tc>
      </w:tr>
      <w:tr>
        <w:tc>
          <w:tcPr>
            <w:tcW w:type="dxa" w:w="2880"/>
          </w:tcPr>
          <w:p>
            <w:r>
              <w:t>2025-10-01</w:t>
            </w:r>
          </w:p>
        </w:tc>
        <w:tc>
          <w:tcPr>
            <w:tcW w:type="dxa" w:w="2880"/>
          </w:tcPr>
          <w:p>
            <w:r>
              <w:t>Pest scouting</w:t>
            </w:r>
          </w:p>
        </w:tc>
        <w:tc>
          <w:tcPr>
            <w:tcW w:type="dxa" w:w="2880"/>
          </w:tcPr>
          <w:p>
            <w:r>
              <w:t>0</w:t>
            </w:r>
          </w:p>
        </w:tc>
      </w:tr>
      <w:tr>
        <w:tc>
          <w:tcPr>
            <w:tcW w:type="dxa" w:w="2880"/>
          </w:tcPr>
          <w:p>
            <w:r>
              <w:t>2025-10-01</w:t>
            </w:r>
          </w:p>
        </w:tc>
        <w:tc>
          <w:tcPr>
            <w:tcW w:type="dxa" w:w="2880"/>
          </w:tcPr>
          <w:p>
            <w:r>
              <w:t>Yields by season</w:t>
            </w:r>
          </w:p>
        </w:tc>
        <w:tc>
          <w:tcPr>
            <w:tcW w:type="dxa" w:w="2880"/>
          </w:tcPr>
          <w:p>
            <w:r>
              <w:t>0</w:t>
            </w:r>
          </w:p>
        </w:tc>
      </w:tr>
      <w:tr>
        <w:tc>
          <w:tcPr>
            <w:tcW w:type="dxa" w:w="2880"/>
          </w:tcPr>
          <w:p>
            <w:r>
              <w:t>2025-10-01</w:t>
            </w:r>
          </w:p>
        </w:tc>
        <w:tc>
          <w:tcPr>
            <w:tcW w:type="dxa" w:w="2880"/>
          </w:tcPr>
          <w:p>
            <w:r>
              <w:t>Field operations</w:t>
            </w:r>
          </w:p>
        </w:tc>
        <w:tc>
          <w:tcPr>
            <w:tcW w:type="dxa" w:w="2880"/>
          </w:tcPr>
          <w:p>
            <w:r>
              <w:t>0</w:t>
            </w:r>
          </w:p>
        </w:tc>
      </w:tr>
      <w:tr>
        <w:tc>
          <w:tcPr>
            <w:tcW w:type="dxa" w:w="2880"/>
          </w:tcPr>
          <w:p>
            <w:r>
              <w:t>2026-01-01</w:t>
            </w:r>
          </w:p>
        </w:tc>
        <w:tc>
          <w:tcPr>
            <w:tcW w:type="dxa" w:w="2880"/>
          </w:tcPr>
          <w:p>
            <w:r>
              <w:t>Soil samples</w:t>
            </w:r>
          </w:p>
        </w:tc>
        <w:tc>
          <w:tcPr>
            <w:tcW w:type="dxa" w:w="2880"/>
          </w:tcPr>
          <w:p>
            <w:r>
              <w:t>208</w:t>
            </w:r>
          </w:p>
        </w:tc>
      </w:tr>
      <w:tr>
        <w:tc>
          <w:tcPr>
            <w:tcW w:type="dxa" w:w="2880"/>
          </w:tcPr>
          <w:p>
            <w:r>
              <w:t>2026-01-01</w:t>
            </w:r>
          </w:p>
        </w:tc>
        <w:tc>
          <w:tcPr>
            <w:tcW w:type="dxa" w:w="2880"/>
          </w:tcPr>
          <w:p>
            <w:r>
              <w:t>Pest scouting</w:t>
            </w:r>
          </w:p>
        </w:tc>
        <w:tc>
          <w:tcPr>
            <w:tcW w:type="dxa" w:w="2880"/>
          </w:tcPr>
          <w:p>
            <w:r>
              <w:t>0</w:t>
            </w:r>
          </w:p>
        </w:tc>
      </w:tr>
      <w:tr>
        <w:tc>
          <w:tcPr>
            <w:tcW w:type="dxa" w:w="2880"/>
          </w:tcPr>
          <w:p>
            <w:r>
              <w:t>2026-01-01</w:t>
            </w:r>
          </w:p>
        </w:tc>
        <w:tc>
          <w:tcPr>
            <w:tcW w:type="dxa" w:w="2880"/>
          </w:tcPr>
          <w:p>
            <w:r>
              <w:t>Yields by season</w:t>
            </w:r>
          </w:p>
        </w:tc>
        <w:tc>
          <w:tcPr>
            <w:tcW w:type="dxa" w:w="2880"/>
          </w:tcPr>
          <w:p>
            <w:r>
              <w:t>0</w:t>
            </w:r>
          </w:p>
        </w:tc>
      </w:tr>
      <w:tr>
        <w:tc>
          <w:tcPr>
            <w:tcW w:type="dxa" w:w="2880"/>
          </w:tcPr>
          <w:p>
            <w:r>
              <w:t>2026-01-01</w:t>
            </w:r>
          </w:p>
        </w:tc>
        <w:tc>
          <w:tcPr>
            <w:tcW w:type="dxa" w:w="2880"/>
          </w:tcPr>
          <w:p>
            <w:r>
              <w:t>Field operations</w:t>
            </w:r>
          </w:p>
        </w:tc>
        <w:tc>
          <w:tcPr>
            <w:tcW w:type="dxa" w:w="2880"/>
          </w:tcPr>
          <w:p>
            <w:r>
              <w:t>78</w:t>
            </w:r>
          </w:p>
        </w:tc>
      </w:tr>
      <w:tr>
        <w:tc>
          <w:tcPr>
            <w:tcW w:type="dxa" w:w="2880"/>
          </w:tcPr>
          <w:p>
            <w:r>
              <w:t>2026-04-01</w:t>
            </w:r>
          </w:p>
        </w:tc>
        <w:tc>
          <w:tcPr>
            <w:tcW w:type="dxa" w:w="2880"/>
          </w:tcPr>
          <w:p>
            <w:r>
              <w:t>Soil samples</w:t>
            </w:r>
          </w:p>
        </w:tc>
        <w:tc>
          <w:tcPr>
            <w:tcW w:type="dxa" w:w="2880"/>
          </w:tcPr>
          <w:p>
            <w:r>
              <w:t>0</w:t>
            </w:r>
          </w:p>
        </w:tc>
      </w:tr>
      <w:tr>
        <w:tc>
          <w:tcPr>
            <w:tcW w:type="dxa" w:w="2880"/>
          </w:tcPr>
          <w:p>
            <w:r>
              <w:t>2026-04-01</w:t>
            </w:r>
          </w:p>
        </w:tc>
        <w:tc>
          <w:tcPr>
            <w:tcW w:type="dxa" w:w="2880"/>
          </w:tcPr>
          <w:p>
            <w:r>
              <w:t>Pest scouting</w:t>
            </w:r>
          </w:p>
        </w:tc>
        <w:tc>
          <w:tcPr>
            <w:tcW w:type="dxa" w:w="2880"/>
          </w:tcPr>
          <w:p>
            <w:r>
              <w:t>198</w:t>
            </w:r>
          </w:p>
        </w:tc>
      </w:tr>
      <w:tr>
        <w:tc>
          <w:tcPr>
            <w:tcW w:type="dxa" w:w="2880"/>
          </w:tcPr>
          <w:p>
            <w:r>
              <w:t>2026-04-01</w:t>
            </w:r>
          </w:p>
        </w:tc>
        <w:tc>
          <w:tcPr>
            <w:tcW w:type="dxa" w:w="2880"/>
          </w:tcPr>
          <w:p>
            <w:r>
              <w:t>Yields by season</w:t>
            </w:r>
          </w:p>
        </w:tc>
        <w:tc>
          <w:tcPr>
            <w:tcW w:type="dxa" w:w="2880"/>
          </w:tcPr>
          <w:p>
            <w:r>
              <w:t>0</w:t>
            </w:r>
          </w:p>
        </w:tc>
      </w:tr>
      <w:tr>
        <w:tc>
          <w:tcPr>
            <w:tcW w:type="dxa" w:w="2880"/>
          </w:tcPr>
          <w:p>
            <w:r>
              <w:t>2026-04-01</w:t>
            </w:r>
          </w:p>
        </w:tc>
        <w:tc>
          <w:tcPr>
            <w:tcW w:type="dxa" w:w="2880"/>
          </w:tcPr>
          <w:p>
            <w:r>
              <w:t>Field operations</w:t>
            </w:r>
          </w:p>
        </w:tc>
        <w:tc>
          <w:tcPr>
            <w:tcW w:type="dxa" w:w="2880"/>
          </w:tcPr>
          <w:p>
            <w:r>
              <w:t>103</w:t>
            </w:r>
          </w:p>
        </w:tc>
      </w:tr>
      <w:tr>
        <w:tc>
          <w:tcPr>
            <w:tcW w:type="dxa" w:w="2880"/>
          </w:tcPr>
          <w:p>
            <w:r>
              <w:t>2026-07-01</w:t>
            </w:r>
          </w:p>
        </w:tc>
        <w:tc>
          <w:tcPr>
            <w:tcW w:type="dxa" w:w="2880"/>
          </w:tcPr>
          <w:p>
            <w:r>
              <w:t>Soil samples</w:t>
            </w:r>
          </w:p>
        </w:tc>
        <w:tc>
          <w:tcPr>
            <w:tcW w:type="dxa" w:w="2880"/>
          </w:tcPr>
          <w:p>
            <w:r>
              <w:t>0</w:t>
            </w:r>
          </w:p>
        </w:tc>
      </w:tr>
      <w:tr>
        <w:tc>
          <w:tcPr>
            <w:tcW w:type="dxa" w:w="2880"/>
          </w:tcPr>
          <w:p>
            <w:r>
              <w:t>2026-07-01</w:t>
            </w:r>
          </w:p>
        </w:tc>
        <w:tc>
          <w:tcPr>
            <w:tcW w:type="dxa" w:w="2880"/>
          </w:tcPr>
          <w:p>
            <w:r>
              <w:t>Pest scouting</w:t>
            </w:r>
          </w:p>
        </w:tc>
        <w:tc>
          <w:tcPr>
            <w:tcW w:type="dxa" w:w="2880"/>
          </w:tcPr>
          <w:p>
            <w:r>
              <w:t>322</w:t>
            </w:r>
          </w:p>
        </w:tc>
      </w:tr>
      <w:tr>
        <w:tc>
          <w:tcPr>
            <w:tcW w:type="dxa" w:w="2880"/>
          </w:tcPr>
          <w:p>
            <w:r>
              <w:t>2026-07-01</w:t>
            </w:r>
          </w:p>
        </w:tc>
        <w:tc>
          <w:tcPr>
            <w:tcW w:type="dxa" w:w="2880"/>
          </w:tcPr>
          <w:p>
            <w:r>
              <w:t>Yields by season</w:t>
            </w:r>
          </w:p>
        </w:tc>
        <w:tc>
          <w:tcPr>
            <w:tcW w:type="dxa" w:w="2880"/>
          </w:tcPr>
          <w:p>
            <w:r>
              <w:t>0</w:t>
            </w:r>
          </w:p>
        </w:tc>
      </w:tr>
      <w:tr>
        <w:tc>
          <w:tcPr>
            <w:tcW w:type="dxa" w:w="2880"/>
          </w:tcPr>
          <w:p>
            <w:r>
              <w:t>2026-07-01</w:t>
            </w:r>
          </w:p>
        </w:tc>
        <w:tc>
          <w:tcPr>
            <w:tcW w:type="dxa" w:w="2880"/>
          </w:tcPr>
          <w:p>
            <w:r>
              <w:t>Field operations</w:t>
            </w:r>
          </w:p>
        </w:tc>
        <w:tc>
          <w:tcPr>
            <w:tcW w:type="dxa" w:w="2880"/>
          </w:tcPr>
          <w:p>
            <w:r>
              <w:t>91</w:t>
            </w:r>
          </w:p>
        </w:tc>
      </w:tr>
    </w:tbl>
    <w:p/>
    <w:p>
      <w:pPr>
        <w:pStyle w:val="Heading2"/>
      </w:pPr>
      <w:r>
        <w:t>Figure 24. Fields over time (planted_year) [77]</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43.1</w:t>
            </w:r>
          </w:p>
        </w:tc>
        <w:tc>
          <w:tcPr>
            <w:tcW w:type="dxa" w:w="2880"/>
          </w:tcPr>
          <w:p>
            <w:r>
              <w:t>43.1</w:t>
            </w:r>
          </w:p>
        </w:tc>
        <w:tc>
          <w:tcPr>
            <w:tcW w:type="dxa" w:w="2880"/>
          </w:tcPr>
          <w:p>
            <w:r>
              <w:t>60</w:t>
            </w:r>
          </w:p>
        </w:tc>
      </w:tr>
    </w:tbl>
    <w:p/>
    <w:p>
      <w:pPr>
        <w:pStyle w:val="Heading2"/>
      </w:pPr>
      <w:r>
        <w:t>Figure 25. Field operations over time (date) [78]</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2026-01-26</w:t>
            </w:r>
          </w:p>
        </w:tc>
        <w:tc>
          <w:tcPr>
            <w:tcW w:type="dxa" w:w="2880"/>
          </w:tcPr>
          <w:p>
            <w:r>
              <w:t>cultivate</w:t>
            </w:r>
          </w:p>
        </w:tc>
        <w:tc>
          <w:tcPr>
            <w:tcW w:type="dxa" w:w="2880"/>
          </w:tcPr>
          <w:p>
            <w:r>
              <w:t>2</w:t>
            </w:r>
          </w:p>
        </w:tc>
      </w:tr>
      <w:tr>
        <w:tc>
          <w:tcPr>
            <w:tcW w:type="dxa" w:w="2880"/>
          </w:tcPr>
          <w:p>
            <w:r>
              <w:t>2026-01-26</w:t>
            </w:r>
          </w:p>
        </w:tc>
        <w:tc>
          <w:tcPr>
            <w:tcW w:type="dxa" w:w="2880"/>
          </w:tcPr>
          <w:p>
            <w:r>
              <w:t>irrigate</w:t>
            </w:r>
          </w:p>
        </w:tc>
        <w:tc>
          <w:tcPr>
            <w:tcW w:type="dxa" w:w="2880"/>
          </w:tcPr>
          <w:p>
            <w:r>
              <w:t>1</w:t>
            </w:r>
          </w:p>
        </w:tc>
      </w:tr>
      <w:tr>
        <w:tc>
          <w:tcPr>
            <w:tcW w:type="dxa" w:w="2880"/>
          </w:tcPr>
          <w:p>
            <w:r>
              <w:t>2026-01-26</w:t>
            </w:r>
          </w:p>
        </w:tc>
        <w:tc>
          <w:tcPr>
            <w:tcW w:type="dxa" w:w="2880"/>
          </w:tcPr>
          <w:p>
            <w:r>
              <w:t>spray</w:t>
            </w:r>
          </w:p>
        </w:tc>
        <w:tc>
          <w:tcPr>
            <w:tcW w:type="dxa" w:w="2880"/>
          </w:tcPr>
          <w:p>
            <w:r>
              <w:t>0</w:t>
            </w:r>
          </w:p>
        </w:tc>
      </w:tr>
      <w:tr>
        <w:tc>
          <w:tcPr>
            <w:tcW w:type="dxa" w:w="2880"/>
          </w:tcPr>
          <w:p>
            <w:r>
              <w:t>2026-01-26</w:t>
            </w:r>
          </w:p>
        </w:tc>
        <w:tc>
          <w:tcPr>
            <w:tcW w:type="dxa" w:w="2880"/>
          </w:tcPr>
          <w:p>
            <w:r>
              <w:t>fertilize</w:t>
            </w:r>
          </w:p>
        </w:tc>
        <w:tc>
          <w:tcPr>
            <w:tcW w:type="dxa" w:w="2880"/>
          </w:tcPr>
          <w:p>
            <w:r>
              <w:t>1</w:t>
            </w:r>
          </w:p>
        </w:tc>
      </w:tr>
      <w:tr>
        <w:tc>
          <w:tcPr>
            <w:tcW w:type="dxa" w:w="2880"/>
          </w:tcPr>
          <w:p>
            <w:r>
              <w:t>2026-02-02</w:t>
            </w:r>
          </w:p>
        </w:tc>
        <w:tc>
          <w:tcPr>
            <w:tcW w:type="dxa" w:w="2880"/>
          </w:tcPr>
          <w:p>
            <w:r>
              <w:t>cultivate</w:t>
            </w:r>
          </w:p>
        </w:tc>
        <w:tc>
          <w:tcPr>
            <w:tcW w:type="dxa" w:w="2880"/>
          </w:tcPr>
          <w:p>
            <w:r>
              <w:t>4</w:t>
            </w:r>
          </w:p>
        </w:tc>
      </w:tr>
      <w:tr>
        <w:tc>
          <w:tcPr>
            <w:tcW w:type="dxa" w:w="2880"/>
          </w:tcPr>
          <w:p>
            <w:r>
              <w:t>2026-02-02</w:t>
            </w:r>
          </w:p>
        </w:tc>
        <w:tc>
          <w:tcPr>
            <w:tcW w:type="dxa" w:w="2880"/>
          </w:tcPr>
          <w:p>
            <w:r>
              <w:t>irrigate</w:t>
            </w:r>
          </w:p>
        </w:tc>
        <w:tc>
          <w:tcPr>
            <w:tcW w:type="dxa" w:w="2880"/>
          </w:tcPr>
          <w:p>
            <w:r>
              <w:t>4</w:t>
            </w:r>
          </w:p>
        </w:tc>
      </w:tr>
      <w:tr>
        <w:tc>
          <w:tcPr>
            <w:tcW w:type="dxa" w:w="2880"/>
          </w:tcPr>
          <w:p>
            <w:r>
              <w:t>2026-02-02</w:t>
            </w:r>
          </w:p>
        </w:tc>
        <w:tc>
          <w:tcPr>
            <w:tcW w:type="dxa" w:w="2880"/>
          </w:tcPr>
          <w:p>
            <w:r>
              <w:t>spray</w:t>
            </w:r>
          </w:p>
        </w:tc>
        <w:tc>
          <w:tcPr>
            <w:tcW w:type="dxa" w:w="2880"/>
          </w:tcPr>
          <w:p>
            <w:r>
              <w:t>1</w:t>
            </w:r>
          </w:p>
        </w:tc>
      </w:tr>
      <w:tr>
        <w:tc>
          <w:tcPr>
            <w:tcW w:type="dxa" w:w="2880"/>
          </w:tcPr>
          <w:p>
            <w:r>
              <w:t>2026-02-02</w:t>
            </w:r>
          </w:p>
        </w:tc>
        <w:tc>
          <w:tcPr>
            <w:tcW w:type="dxa" w:w="2880"/>
          </w:tcPr>
          <w:p>
            <w:r>
              <w:t>fertilize</w:t>
            </w:r>
          </w:p>
        </w:tc>
        <w:tc>
          <w:tcPr>
            <w:tcW w:type="dxa" w:w="2880"/>
          </w:tcPr>
          <w:p>
            <w:r>
              <w:t>2</w:t>
            </w:r>
          </w:p>
        </w:tc>
      </w:tr>
      <w:tr>
        <w:tc>
          <w:tcPr>
            <w:tcW w:type="dxa" w:w="2880"/>
          </w:tcPr>
          <w:p>
            <w:r>
              <w:t>2026-02-09</w:t>
            </w:r>
          </w:p>
        </w:tc>
        <w:tc>
          <w:tcPr>
            <w:tcW w:type="dxa" w:w="2880"/>
          </w:tcPr>
          <w:p>
            <w:r>
              <w:t>cultivate</w:t>
            </w:r>
          </w:p>
        </w:tc>
        <w:tc>
          <w:tcPr>
            <w:tcW w:type="dxa" w:w="2880"/>
          </w:tcPr>
          <w:p>
            <w:r>
              <w:t>1</w:t>
            </w:r>
          </w:p>
        </w:tc>
      </w:tr>
      <w:tr>
        <w:tc>
          <w:tcPr>
            <w:tcW w:type="dxa" w:w="2880"/>
          </w:tcPr>
          <w:p>
            <w:r>
              <w:t>2026-02-09</w:t>
            </w:r>
          </w:p>
        </w:tc>
        <w:tc>
          <w:tcPr>
            <w:tcW w:type="dxa" w:w="2880"/>
          </w:tcPr>
          <w:p>
            <w:r>
              <w:t>irrigate</w:t>
            </w:r>
          </w:p>
        </w:tc>
        <w:tc>
          <w:tcPr>
            <w:tcW w:type="dxa" w:w="2880"/>
          </w:tcPr>
          <w:p>
            <w:r>
              <w:t>1</w:t>
            </w:r>
          </w:p>
        </w:tc>
      </w:tr>
      <w:tr>
        <w:tc>
          <w:tcPr>
            <w:tcW w:type="dxa" w:w="2880"/>
          </w:tcPr>
          <w:p>
            <w:r>
              <w:t>2026-02-09</w:t>
            </w:r>
          </w:p>
        </w:tc>
        <w:tc>
          <w:tcPr>
            <w:tcW w:type="dxa" w:w="2880"/>
          </w:tcPr>
          <w:p>
            <w:r>
              <w:t>spray</w:t>
            </w:r>
          </w:p>
        </w:tc>
        <w:tc>
          <w:tcPr>
            <w:tcW w:type="dxa" w:w="2880"/>
          </w:tcPr>
          <w:p>
            <w:r>
              <w:t>6</w:t>
            </w:r>
          </w:p>
        </w:tc>
      </w:tr>
      <w:tr>
        <w:tc>
          <w:tcPr>
            <w:tcW w:type="dxa" w:w="2880"/>
          </w:tcPr>
          <w:p>
            <w:r>
              <w:t>2026-02-09</w:t>
            </w:r>
          </w:p>
        </w:tc>
        <w:tc>
          <w:tcPr>
            <w:tcW w:type="dxa" w:w="2880"/>
          </w:tcPr>
          <w:p>
            <w:r>
              <w:t>fertilize</w:t>
            </w:r>
          </w:p>
        </w:tc>
        <w:tc>
          <w:tcPr>
            <w:tcW w:type="dxa" w:w="2880"/>
          </w:tcPr>
          <w:p>
            <w:r>
              <w:t>1</w:t>
            </w:r>
          </w:p>
        </w:tc>
      </w:tr>
      <w:tr>
        <w:tc>
          <w:tcPr>
            <w:tcW w:type="dxa" w:w="2880"/>
          </w:tcPr>
          <w:p>
            <w:r>
              <w:t>2026-02-16</w:t>
            </w:r>
          </w:p>
        </w:tc>
        <w:tc>
          <w:tcPr>
            <w:tcW w:type="dxa" w:w="2880"/>
          </w:tcPr>
          <w:p>
            <w:r>
              <w:t>cultivate</w:t>
            </w:r>
          </w:p>
        </w:tc>
        <w:tc>
          <w:tcPr>
            <w:tcW w:type="dxa" w:w="2880"/>
          </w:tcPr>
          <w:p>
            <w:r>
              <w:t>3</w:t>
            </w:r>
          </w:p>
        </w:tc>
      </w:tr>
      <w:tr>
        <w:tc>
          <w:tcPr>
            <w:tcW w:type="dxa" w:w="2880"/>
          </w:tcPr>
          <w:p>
            <w:r>
              <w:t>2026-02-16</w:t>
            </w:r>
          </w:p>
        </w:tc>
        <w:tc>
          <w:tcPr>
            <w:tcW w:type="dxa" w:w="2880"/>
          </w:tcPr>
          <w:p>
            <w:r>
              <w:t>irrigate</w:t>
            </w:r>
          </w:p>
        </w:tc>
        <w:tc>
          <w:tcPr>
            <w:tcW w:type="dxa" w:w="2880"/>
          </w:tcPr>
          <w:p>
            <w:r>
              <w:t>1</w:t>
            </w:r>
          </w:p>
        </w:tc>
      </w:tr>
      <w:tr>
        <w:tc>
          <w:tcPr>
            <w:tcW w:type="dxa" w:w="2880"/>
          </w:tcPr>
          <w:p>
            <w:r>
              <w:t>2026-02-16</w:t>
            </w:r>
          </w:p>
        </w:tc>
        <w:tc>
          <w:tcPr>
            <w:tcW w:type="dxa" w:w="2880"/>
          </w:tcPr>
          <w:p>
            <w:r>
              <w:t>spray</w:t>
            </w:r>
          </w:p>
        </w:tc>
        <w:tc>
          <w:tcPr>
            <w:tcW w:type="dxa" w:w="2880"/>
          </w:tcPr>
          <w:p>
            <w:r>
              <w:t>1</w:t>
            </w:r>
          </w:p>
        </w:tc>
      </w:tr>
      <w:tr>
        <w:tc>
          <w:tcPr>
            <w:tcW w:type="dxa" w:w="2880"/>
          </w:tcPr>
          <w:p>
            <w:r>
              <w:t>2026-02-16</w:t>
            </w:r>
          </w:p>
        </w:tc>
        <w:tc>
          <w:tcPr>
            <w:tcW w:type="dxa" w:w="2880"/>
          </w:tcPr>
          <w:p>
            <w:r>
              <w:t>fertilize</w:t>
            </w:r>
          </w:p>
        </w:tc>
        <w:tc>
          <w:tcPr>
            <w:tcW w:type="dxa" w:w="2880"/>
          </w:tcPr>
          <w:p>
            <w:r>
              <w:t>1</w:t>
            </w:r>
          </w:p>
        </w:tc>
      </w:tr>
      <w:tr>
        <w:tc>
          <w:tcPr>
            <w:tcW w:type="dxa" w:w="2880"/>
          </w:tcPr>
          <w:p>
            <w:r>
              <w:t>2026-02-23</w:t>
            </w:r>
          </w:p>
        </w:tc>
        <w:tc>
          <w:tcPr>
            <w:tcW w:type="dxa" w:w="2880"/>
          </w:tcPr>
          <w:p>
            <w:r>
              <w:t>cultivate</w:t>
            </w:r>
          </w:p>
        </w:tc>
        <w:tc>
          <w:tcPr>
            <w:tcW w:type="dxa" w:w="2880"/>
          </w:tcPr>
          <w:p>
            <w:r>
              <w:t>2</w:t>
            </w:r>
          </w:p>
        </w:tc>
      </w:tr>
      <w:tr>
        <w:tc>
          <w:tcPr>
            <w:tcW w:type="dxa" w:w="2880"/>
          </w:tcPr>
          <w:p>
            <w:r>
              <w:t>2026-02-23</w:t>
            </w:r>
          </w:p>
        </w:tc>
        <w:tc>
          <w:tcPr>
            <w:tcW w:type="dxa" w:w="2880"/>
          </w:tcPr>
          <w:p>
            <w:r>
              <w:t>irrigate</w:t>
            </w:r>
          </w:p>
        </w:tc>
        <w:tc>
          <w:tcPr>
            <w:tcW w:type="dxa" w:w="2880"/>
          </w:tcPr>
          <w:p>
            <w:r>
              <w:t>4</w:t>
            </w:r>
          </w:p>
        </w:tc>
      </w:tr>
      <w:tr>
        <w:tc>
          <w:tcPr>
            <w:tcW w:type="dxa" w:w="2880"/>
          </w:tcPr>
          <w:p>
            <w:r>
              <w:t>2026-02-23</w:t>
            </w:r>
          </w:p>
        </w:tc>
        <w:tc>
          <w:tcPr>
            <w:tcW w:type="dxa" w:w="2880"/>
          </w:tcPr>
          <w:p>
            <w:r>
              <w:t>spray</w:t>
            </w:r>
          </w:p>
        </w:tc>
        <w:tc>
          <w:tcPr>
            <w:tcW w:type="dxa" w:w="2880"/>
          </w:tcPr>
          <w:p>
            <w:r>
              <w:t>7</w:t>
            </w:r>
          </w:p>
        </w:tc>
      </w:tr>
      <w:tr>
        <w:tc>
          <w:tcPr>
            <w:tcW w:type="dxa" w:w="2880"/>
          </w:tcPr>
          <w:p>
            <w:r>
              <w:t>2026-02-23</w:t>
            </w:r>
          </w:p>
        </w:tc>
        <w:tc>
          <w:tcPr>
            <w:tcW w:type="dxa" w:w="2880"/>
          </w:tcPr>
          <w:p>
            <w:r>
              <w:t>fertilize</w:t>
            </w:r>
          </w:p>
        </w:tc>
        <w:tc>
          <w:tcPr>
            <w:tcW w:type="dxa" w:w="2880"/>
          </w:tcPr>
          <w:p>
            <w:r>
              <w:t>2</w:t>
            </w:r>
          </w:p>
        </w:tc>
      </w:tr>
      <w:tr>
        <w:tc>
          <w:tcPr>
            <w:tcW w:type="dxa" w:w="2880"/>
          </w:tcPr>
          <w:p>
            <w:r>
              <w:t>2026-03-02</w:t>
            </w:r>
          </w:p>
        </w:tc>
        <w:tc>
          <w:tcPr>
            <w:tcW w:type="dxa" w:w="2880"/>
          </w:tcPr>
          <w:p>
            <w:r>
              <w:t>cultivate</w:t>
            </w:r>
          </w:p>
        </w:tc>
        <w:tc>
          <w:tcPr>
            <w:tcW w:type="dxa" w:w="2880"/>
          </w:tcPr>
          <w:p>
            <w:r>
              <w:t>4</w:t>
            </w:r>
          </w:p>
        </w:tc>
      </w:tr>
      <w:tr>
        <w:tc>
          <w:tcPr>
            <w:tcW w:type="dxa" w:w="2880"/>
          </w:tcPr>
          <w:p>
            <w:r>
              <w:t>2026-03-02</w:t>
            </w:r>
          </w:p>
        </w:tc>
        <w:tc>
          <w:tcPr>
            <w:tcW w:type="dxa" w:w="2880"/>
          </w:tcPr>
          <w:p>
            <w:r>
              <w:t>irrigate</w:t>
            </w:r>
          </w:p>
        </w:tc>
        <w:tc>
          <w:tcPr>
            <w:tcW w:type="dxa" w:w="2880"/>
          </w:tcPr>
          <w:p>
            <w:r>
              <w:t>1</w:t>
            </w:r>
          </w:p>
        </w:tc>
      </w:tr>
      <w:tr>
        <w:tc>
          <w:tcPr>
            <w:tcW w:type="dxa" w:w="2880"/>
          </w:tcPr>
          <w:p>
            <w:r>
              <w:t>2026-03-02</w:t>
            </w:r>
          </w:p>
        </w:tc>
        <w:tc>
          <w:tcPr>
            <w:tcW w:type="dxa" w:w="2880"/>
          </w:tcPr>
          <w:p>
            <w:r>
              <w:t>spray</w:t>
            </w:r>
          </w:p>
        </w:tc>
        <w:tc>
          <w:tcPr>
            <w:tcW w:type="dxa" w:w="2880"/>
          </w:tcPr>
          <w:p>
            <w:r>
              <w:t>2</w:t>
            </w:r>
          </w:p>
        </w:tc>
      </w:tr>
      <w:tr>
        <w:tc>
          <w:tcPr>
            <w:tcW w:type="dxa" w:w="2880"/>
          </w:tcPr>
          <w:p>
            <w:r>
              <w:t>2026-03-02</w:t>
            </w:r>
          </w:p>
        </w:tc>
        <w:tc>
          <w:tcPr>
            <w:tcW w:type="dxa" w:w="2880"/>
          </w:tcPr>
          <w:p>
            <w:r>
              <w:t>fertilize</w:t>
            </w:r>
          </w:p>
        </w:tc>
        <w:tc>
          <w:tcPr>
            <w:tcW w:type="dxa" w:w="2880"/>
          </w:tcPr>
          <w:p>
            <w:r>
              <w:t>1</w:t>
            </w:r>
          </w:p>
        </w:tc>
      </w:tr>
      <w:tr>
        <w:tc>
          <w:tcPr>
            <w:tcW w:type="dxa" w:w="2880"/>
          </w:tcPr>
          <w:p>
            <w:r>
              <w:t>2026-03-09</w:t>
            </w:r>
          </w:p>
        </w:tc>
        <w:tc>
          <w:tcPr>
            <w:tcW w:type="dxa" w:w="2880"/>
          </w:tcPr>
          <w:p>
            <w:r>
              <w:t>cultivate</w:t>
            </w:r>
          </w:p>
        </w:tc>
        <w:tc>
          <w:tcPr>
            <w:tcW w:type="dxa" w:w="2880"/>
          </w:tcPr>
          <w:p>
            <w:r>
              <w:t>4</w:t>
            </w:r>
          </w:p>
        </w:tc>
      </w:tr>
      <w:tr>
        <w:tc>
          <w:tcPr>
            <w:tcW w:type="dxa" w:w="2880"/>
          </w:tcPr>
          <w:p>
            <w:r>
              <w:t>2026-03-09</w:t>
            </w:r>
          </w:p>
        </w:tc>
        <w:tc>
          <w:tcPr>
            <w:tcW w:type="dxa" w:w="2880"/>
          </w:tcPr>
          <w:p>
            <w:r>
              <w:t>irrigate</w:t>
            </w:r>
          </w:p>
        </w:tc>
        <w:tc>
          <w:tcPr>
            <w:tcW w:type="dxa" w:w="2880"/>
          </w:tcPr>
          <w:p>
            <w:r>
              <w:t>1</w:t>
            </w:r>
          </w:p>
        </w:tc>
      </w:tr>
      <w:tr>
        <w:tc>
          <w:tcPr>
            <w:tcW w:type="dxa" w:w="2880"/>
          </w:tcPr>
          <w:p>
            <w:r>
              <w:t>2026-03-09</w:t>
            </w:r>
          </w:p>
        </w:tc>
        <w:tc>
          <w:tcPr>
            <w:tcW w:type="dxa" w:w="2880"/>
          </w:tcPr>
          <w:p>
            <w:r>
              <w:t>spray</w:t>
            </w:r>
          </w:p>
        </w:tc>
        <w:tc>
          <w:tcPr>
            <w:tcW w:type="dxa" w:w="2880"/>
          </w:tcPr>
          <w:p>
            <w:r>
              <w:t>2</w:t>
            </w:r>
          </w:p>
        </w:tc>
      </w:tr>
      <w:tr>
        <w:tc>
          <w:tcPr>
            <w:tcW w:type="dxa" w:w="2880"/>
          </w:tcPr>
          <w:p>
            <w:r>
              <w:t>2026-03-09</w:t>
            </w:r>
          </w:p>
        </w:tc>
        <w:tc>
          <w:tcPr>
            <w:tcW w:type="dxa" w:w="2880"/>
          </w:tcPr>
          <w:p>
            <w:r>
              <w:t>fertilize</w:t>
            </w:r>
          </w:p>
        </w:tc>
        <w:tc>
          <w:tcPr>
            <w:tcW w:type="dxa" w:w="2880"/>
          </w:tcPr>
          <w:p>
            <w:r>
              <w:t>0</w:t>
            </w:r>
          </w:p>
        </w:tc>
      </w:tr>
      <w:tr>
        <w:tc>
          <w:tcPr>
            <w:tcW w:type="dxa" w:w="2880"/>
          </w:tcPr>
          <w:p>
            <w:r>
              <w:t>2026-03-16</w:t>
            </w:r>
          </w:p>
        </w:tc>
        <w:tc>
          <w:tcPr>
            <w:tcW w:type="dxa" w:w="2880"/>
          </w:tcPr>
          <w:p>
            <w:r>
              <w:t>cultivate</w:t>
            </w:r>
          </w:p>
        </w:tc>
        <w:tc>
          <w:tcPr>
            <w:tcW w:type="dxa" w:w="2880"/>
          </w:tcPr>
          <w:p>
            <w:r>
              <w:t>3</w:t>
            </w:r>
          </w:p>
        </w:tc>
      </w:tr>
      <w:tr>
        <w:tc>
          <w:tcPr>
            <w:tcW w:type="dxa" w:w="2880"/>
          </w:tcPr>
          <w:p>
            <w:r>
              <w:t>2026-03-16</w:t>
            </w:r>
          </w:p>
        </w:tc>
        <w:tc>
          <w:tcPr>
            <w:tcW w:type="dxa" w:w="2880"/>
          </w:tcPr>
          <w:p>
            <w:r>
              <w:t>irrigate</w:t>
            </w:r>
          </w:p>
        </w:tc>
        <w:tc>
          <w:tcPr>
            <w:tcW w:type="dxa" w:w="2880"/>
          </w:tcPr>
          <w:p>
            <w:r>
              <w:t>2</w:t>
            </w:r>
          </w:p>
        </w:tc>
      </w:tr>
      <w:tr>
        <w:tc>
          <w:tcPr>
            <w:tcW w:type="dxa" w:w="2880"/>
          </w:tcPr>
          <w:p>
            <w:r>
              <w:t>2026-03-16</w:t>
            </w:r>
          </w:p>
        </w:tc>
        <w:tc>
          <w:tcPr>
            <w:tcW w:type="dxa" w:w="2880"/>
          </w:tcPr>
          <w:p>
            <w:r>
              <w:t>spray</w:t>
            </w:r>
          </w:p>
        </w:tc>
        <w:tc>
          <w:tcPr>
            <w:tcW w:type="dxa" w:w="2880"/>
          </w:tcPr>
          <w:p>
            <w:r>
              <w:t>3</w:t>
            </w:r>
          </w:p>
        </w:tc>
      </w:tr>
      <w:tr>
        <w:tc>
          <w:tcPr>
            <w:tcW w:type="dxa" w:w="2880"/>
          </w:tcPr>
          <w:p>
            <w:r>
              <w:t>2026-03-16</w:t>
            </w:r>
          </w:p>
        </w:tc>
        <w:tc>
          <w:tcPr>
            <w:tcW w:type="dxa" w:w="2880"/>
          </w:tcPr>
          <w:p>
            <w:r>
              <w:t>fertilize</w:t>
            </w:r>
          </w:p>
        </w:tc>
        <w:tc>
          <w:tcPr>
            <w:tcW w:type="dxa" w:w="2880"/>
          </w:tcPr>
          <w:p>
            <w:r>
              <w:t>3</w:t>
            </w:r>
          </w:p>
        </w:tc>
      </w:tr>
      <w:tr>
        <w:tc>
          <w:tcPr>
            <w:tcW w:type="dxa" w:w="2880"/>
          </w:tcPr>
          <w:p>
            <w:r>
              <w:t>2026-03-23</w:t>
            </w:r>
          </w:p>
        </w:tc>
        <w:tc>
          <w:tcPr>
            <w:tcW w:type="dxa" w:w="2880"/>
          </w:tcPr>
          <w:p>
            <w:r>
              <w:t>cultivate</w:t>
            </w:r>
          </w:p>
        </w:tc>
        <w:tc>
          <w:tcPr>
            <w:tcW w:type="dxa" w:w="2880"/>
          </w:tcPr>
          <w:p>
            <w:r>
              <w:t>3</w:t>
            </w:r>
          </w:p>
        </w:tc>
      </w:tr>
      <w:tr>
        <w:tc>
          <w:tcPr>
            <w:tcW w:type="dxa" w:w="2880"/>
          </w:tcPr>
          <w:p>
            <w:r>
              <w:t>2026-03-23</w:t>
            </w:r>
          </w:p>
        </w:tc>
        <w:tc>
          <w:tcPr>
            <w:tcW w:type="dxa" w:w="2880"/>
          </w:tcPr>
          <w:p>
            <w:r>
              <w:t>irrigate</w:t>
            </w:r>
          </w:p>
        </w:tc>
        <w:tc>
          <w:tcPr>
            <w:tcW w:type="dxa" w:w="2880"/>
          </w:tcPr>
          <w:p>
            <w:r>
              <w:t>1</w:t>
            </w:r>
          </w:p>
        </w:tc>
      </w:tr>
      <w:tr>
        <w:tc>
          <w:tcPr>
            <w:tcW w:type="dxa" w:w="2880"/>
          </w:tcPr>
          <w:p>
            <w:r>
              <w:t>2026-03-23</w:t>
            </w:r>
          </w:p>
        </w:tc>
        <w:tc>
          <w:tcPr>
            <w:tcW w:type="dxa" w:w="2880"/>
          </w:tcPr>
          <w:p>
            <w:r>
              <w:t>spray</w:t>
            </w:r>
          </w:p>
        </w:tc>
        <w:tc>
          <w:tcPr>
            <w:tcW w:type="dxa" w:w="2880"/>
          </w:tcPr>
          <w:p>
            <w:r>
              <w:t>2</w:t>
            </w:r>
          </w:p>
        </w:tc>
      </w:tr>
      <w:tr>
        <w:tc>
          <w:tcPr>
            <w:tcW w:type="dxa" w:w="2880"/>
          </w:tcPr>
          <w:p>
            <w:r>
              <w:t>2026-03-23</w:t>
            </w:r>
          </w:p>
        </w:tc>
        <w:tc>
          <w:tcPr>
            <w:tcW w:type="dxa" w:w="2880"/>
          </w:tcPr>
          <w:p>
            <w:r>
              <w:t>fertilize</w:t>
            </w:r>
          </w:p>
        </w:tc>
        <w:tc>
          <w:tcPr>
            <w:tcW w:type="dxa" w:w="2880"/>
          </w:tcPr>
          <w:p>
            <w:r>
              <w:t>1</w:t>
            </w:r>
          </w:p>
        </w:tc>
      </w:tr>
      <w:tr>
        <w:tc>
          <w:tcPr>
            <w:tcW w:type="dxa" w:w="2880"/>
          </w:tcPr>
          <w:p>
            <w:r>
              <w:t>2026-03-30</w:t>
            </w:r>
          </w:p>
        </w:tc>
        <w:tc>
          <w:tcPr>
            <w:tcW w:type="dxa" w:w="2880"/>
          </w:tcPr>
          <w:p>
            <w:r>
              <w:t>cultivate</w:t>
            </w:r>
          </w:p>
        </w:tc>
        <w:tc>
          <w:tcPr>
            <w:tcW w:type="dxa" w:w="2880"/>
          </w:tcPr>
          <w:p>
            <w:r>
              <w:t>2</w:t>
            </w:r>
          </w:p>
        </w:tc>
      </w:tr>
      <w:tr>
        <w:tc>
          <w:tcPr>
            <w:tcW w:type="dxa" w:w="2880"/>
          </w:tcPr>
          <w:p>
            <w:r>
              <w:t>2026-03-30</w:t>
            </w:r>
          </w:p>
        </w:tc>
        <w:tc>
          <w:tcPr>
            <w:tcW w:type="dxa" w:w="2880"/>
          </w:tcPr>
          <w:p>
            <w:r>
              <w:t>irrigate</w:t>
            </w:r>
          </w:p>
        </w:tc>
        <w:tc>
          <w:tcPr>
            <w:tcW w:type="dxa" w:w="2880"/>
          </w:tcPr>
          <w:p>
            <w:r>
              <w:t>1</w:t>
            </w:r>
          </w:p>
        </w:tc>
      </w:tr>
      <w:tr>
        <w:tc>
          <w:tcPr>
            <w:tcW w:type="dxa" w:w="2880"/>
          </w:tcPr>
          <w:p>
            <w:r>
              <w:t>2026-03-30</w:t>
            </w:r>
          </w:p>
        </w:tc>
        <w:tc>
          <w:tcPr>
            <w:tcW w:type="dxa" w:w="2880"/>
          </w:tcPr>
          <w:p>
            <w:r>
              <w:t>spray</w:t>
            </w:r>
          </w:p>
        </w:tc>
        <w:tc>
          <w:tcPr>
            <w:tcW w:type="dxa" w:w="2880"/>
          </w:tcPr>
          <w:p>
            <w:r>
              <w:t>2</w:t>
            </w:r>
          </w:p>
        </w:tc>
      </w:tr>
      <w:tr>
        <w:tc>
          <w:tcPr>
            <w:tcW w:type="dxa" w:w="2880"/>
          </w:tcPr>
          <w:p>
            <w:r>
              <w:t>2026-03-30</w:t>
            </w:r>
          </w:p>
        </w:tc>
        <w:tc>
          <w:tcPr>
            <w:tcW w:type="dxa" w:w="2880"/>
          </w:tcPr>
          <w:p>
            <w:r>
              <w:t>fertilize</w:t>
            </w:r>
          </w:p>
        </w:tc>
        <w:tc>
          <w:tcPr>
            <w:tcW w:type="dxa" w:w="2880"/>
          </w:tcPr>
          <w:p>
            <w:r>
              <w:t>1</w:t>
            </w:r>
          </w:p>
        </w:tc>
      </w:tr>
      <w:tr>
        <w:tc>
          <w:tcPr>
            <w:tcW w:type="dxa" w:w="2880"/>
          </w:tcPr>
          <w:p>
            <w:r>
              <w:t>2026-04-06</w:t>
            </w:r>
          </w:p>
        </w:tc>
        <w:tc>
          <w:tcPr>
            <w:tcW w:type="dxa" w:w="2880"/>
          </w:tcPr>
          <w:p>
            <w:r>
              <w:t>cultivate</w:t>
            </w:r>
          </w:p>
        </w:tc>
        <w:tc>
          <w:tcPr>
            <w:tcW w:type="dxa" w:w="2880"/>
          </w:tcPr>
          <w:p>
            <w:r>
              <w:t>2</w:t>
            </w:r>
          </w:p>
        </w:tc>
      </w:tr>
      <w:tr>
        <w:tc>
          <w:tcPr>
            <w:tcW w:type="dxa" w:w="2880"/>
          </w:tcPr>
          <w:p>
            <w:r>
              <w:t>2026-04-06</w:t>
            </w:r>
          </w:p>
        </w:tc>
        <w:tc>
          <w:tcPr>
            <w:tcW w:type="dxa" w:w="2880"/>
          </w:tcPr>
          <w:p>
            <w:r>
              <w:t>irrigate</w:t>
            </w:r>
          </w:p>
        </w:tc>
        <w:tc>
          <w:tcPr>
            <w:tcW w:type="dxa" w:w="2880"/>
          </w:tcPr>
          <w:p>
            <w:r>
              <w:t>1</w:t>
            </w:r>
          </w:p>
        </w:tc>
      </w:tr>
      <w:tr>
        <w:tc>
          <w:tcPr>
            <w:tcW w:type="dxa" w:w="2880"/>
          </w:tcPr>
          <w:p>
            <w:r>
              <w:t>2026-04-06</w:t>
            </w:r>
          </w:p>
        </w:tc>
        <w:tc>
          <w:tcPr>
            <w:tcW w:type="dxa" w:w="2880"/>
          </w:tcPr>
          <w:p>
            <w:r>
              <w:t>spray</w:t>
            </w:r>
          </w:p>
        </w:tc>
        <w:tc>
          <w:tcPr>
            <w:tcW w:type="dxa" w:w="2880"/>
          </w:tcPr>
          <w:p>
            <w:r>
              <w:t>4</w:t>
            </w:r>
          </w:p>
        </w:tc>
      </w:tr>
      <w:tr>
        <w:tc>
          <w:tcPr>
            <w:tcW w:type="dxa" w:w="2880"/>
          </w:tcPr>
          <w:p>
            <w:r>
              <w:t>2026-04-06</w:t>
            </w:r>
          </w:p>
        </w:tc>
        <w:tc>
          <w:tcPr>
            <w:tcW w:type="dxa" w:w="2880"/>
          </w:tcPr>
          <w:p>
            <w:r>
              <w:t>fertilize</w:t>
            </w:r>
          </w:p>
        </w:tc>
        <w:tc>
          <w:tcPr>
            <w:tcW w:type="dxa" w:w="2880"/>
          </w:tcPr>
          <w:p>
            <w:r>
              <w:t>2</w:t>
            </w:r>
          </w:p>
        </w:tc>
      </w:tr>
      <w:tr>
        <w:tc>
          <w:tcPr>
            <w:tcW w:type="dxa" w:w="2880"/>
          </w:tcPr>
          <w:p>
            <w:r>
              <w:t>2026-04-13</w:t>
            </w:r>
          </w:p>
        </w:tc>
        <w:tc>
          <w:tcPr>
            <w:tcW w:type="dxa" w:w="2880"/>
          </w:tcPr>
          <w:p>
            <w:r>
              <w:t>cultivate</w:t>
            </w:r>
          </w:p>
        </w:tc>
        <w:tc>
          <w:tcPr>
            <w:tcW w:type="dxa" w:w="2880"/>
          </w:tcPr>
          <w:p>
            <w:r>
              <w:t>0</w:t>
            </w:r>
          </w:p>
        </w:tc>
      </w:tr>
      <w:tr>
        <w:tc>
          <w:tcPr>
            <w:tcW w:type="dxa" w:w="2880"/>
          </w:tcPr>
          <w:p>
            <w:r>
              <w:t>2026-04-13</w:t>
            </w:r>
          </w:p>
        </w:tc>
        <w:tc>
          <w:tcPr>
            <w:tcW w:type="dxa" w:w="2880"/>
          </w:tcPr>
          <w:p>
            <w:r>
              <w:t>irrigate</w:t>
            </w:r>
          </w:p>
        </w:tc>
        <w:tc>
          <w:tcPr>
            <w:tcW w:type="dxa" w:w="2880"/>
          </w:tcPr>
          <w:p>
            <w:r>
              <w:t>2</w:t>
            </w:r>
          </w:p>
        </w:tc>
      </w:tr>
      <w:tr>
        <w:tc>
          <w:tcPr>
            <w:tcW w:type="dxa" w:w="2880"/>
          </w:tcPr>
          <w:p>
            <w:r>
              <w:t>2026-04-13</w:t>
            </w:r>
          </w:p>
        </w:tc>
        <w:tc>
          <w:tcPr>
            <w:tcW w:type="dxa" w:w="2880"/>
          </w:tcPr>
          <w:p>
            <w:r>
              <w:t>spray</w:t>
            </w:r>
          </w:p>
        </w:tc>
        <w:tc>
          <w:tcPr>
            <w:tcW w:type="dxa" w:w="2880"/>
          </w:tcPr>
          <w:p>
            <w:r>
              <w:t>3</w:t>
            </w:r>
          </w:p>
        </w:tc>
      </w:tr>
      <w:tr>
        <w:tc>
          <w:tcPr>
            <w:tcW w:type="dxa" w:w="2880"/>
          </w:tcPr>
          <w:p>
            <w:r>
              <w:t>2026-04-13</w:t>
            </w:r>
          </w:p>
        </w:tc>
        <w:tc>
          <w:tcPr>
            <w:tcW w:type="dxa" w:w="2880"/>
          </w:tcPr>
          <w:p>
            <w:r>
              <w:t>fertilize</w:t>
            </w:r>
          </w:p>
        </w:tc>
        <w:tc>
          <w:tcPr>
            <w:tcW w:type="dxa" w:w="2880"/>
          </w:tcPr>
          <w:p>
            <w:r>
              <w:t>1</w:t>
            </w:r>
          </w:p>
        </w:tc>
      </w:tr>
      <w:tr>
        <w:tc>
          <w:tcPr>
            <w:tcW w:type="dxa" w:w="2880"/>
          </w:tcPr>
          <w:p>
            <w:r>
              <w:t>2026-04-20</w:t>
            </w:r>
          </w:p>
        </w:tc>
        <w:tc>
          <w:tcPr>
            <w:tcW w:type="dxa" w:w="2880"/>
          </w:tcPr>
          <w:p>
            <w:r>
              <w:t>cultivate</w:t>
            </w:r>
          </w:p>
        </w:tc>
        <w:tc>
          <w:tcPr>
            <w:tcW w:type="dxa" w:w="2880"/>
          </w:tcPr>
          <w:p>
            <w:r>
              <w:t>3</w:t>
            </w:r>
          </w:p>
        </w:tc>
      </w:tr>
      <w:tr>
        <w:tc>
          <w:tcPr>
            <w:tcW w:type="dxa" w:w="2880"/>
          </w:tcPr>
          <w:p>
            <w:r>
              <w:t>2026-04-20</w:t>
            </w:r>
          </w:p>
        </w:tc>
        <w:tc>
          <w:tcPr>
            <w:tcW w:type="dxa" w:w="2880"/>
          </w:tcPr>
          <w:p>
            <w:r>
              <w:t>irrigate</w:t>
            </w:r>
          </w:p>
        </w:tc>
        <w:tc>
          <w:tcPr>
            <w:tcW w:type="dxa" w:w="2880"/>
          </w:tcPr>
          <w:p>
            <w:r>
              <w:t>3</w:t>
            </w:r>
          </w:p>
        </w:tc>
      </w:tr>
      <w:tr>
        <w:tc>
          <w:tcPr>
            <w:tcW w:type="dxa" w:w="2880"/>
          </w:tcPr>
          <w:p>
            <w:r>
              <w:t>2026-04-20</w:t>
            </w:r>
          </w:p>
        </w:tc>
        <w:tc>
          <w:tcPr>
            <w:tcW w:type="dxa" w:w="2880"/>
          </w:tcPr>
          <w:p>
            <w:r>
              <w:t>spray</w:t>
            </w:r>
          </w:p>
        </w:tc>
        <w:tc>
          <w:tcPr>
            <w:tcW w:type="dxa" w:w="2880"/>
          </w:tcPr>
          <w:p>
            <w:r>
              <w:t>3</w:t>
            </w:r>
          </w:p>
        </w:tc>
      </w:tr>
      <w:tr>
        <w:tc>
          <w:tcPr>
            <w:tcW w:type="dxa" w:w="2880"/>
          </w:tcPr>
          <w:p>
            <w:r>
              <w:t>2026-04-20</w:t>
            </w:r>
          </w:p>
        </w:tc>
        <w:tc>
          <w:tcPr>
            <w:tcW w:type="dxa" w:w="2880"/>
          </w:tcPr>
          <w:p>
            <w:r>
              <w:t>fertilize</w:t>
            </w:r>
          </w:p>
        </w:tc>
        <w:tc>
          <w:tcPr>
            <w:tcW w:type="dxa" w:w="2880"/>
          </w:tcPr>
          <w:p>
            <w:r>
              <w:t>1</w:t>
            </w:r>
          </w:p>
        </w:tc>
      </w:tr>
      <w:tr>
        <w:tc>
          <w:tcPr>
            <w:tcW w:type="dxa" w:w="2880"/>
          </w:tcPr>
          <w:p>
            <w:r>
              <w:t>2026-04-27</w:t>
            </w:r>
          </w:p>
        </w:tc>
        <w:tc>
          <w:tcPr>
            <w:tcW w:type="dxa" w:w="2880"/>
          </w:tcPr>
          <w:p>
            <w:r>
              <w:t>cultivate</w:t>
            </w:r>
          </w:p>
        </w:tc>
        <w:tc>
          <w:tcPr>
            <w:tcW w:type="dxa" w:w="2880"/>
          </w:tcPr>
          <w:p>
            <w:r>
              <w:t>1</w:t>
            </w:r>
          </w:p>
        </w:tc>
      </w:tr>
      <w:tr>
        <w:tc>
          <w:tcPr>
            <w:tcW w:type="dxa" w:w="2880"/>
          </w:tcPr>
          <w:p>
            <w:r>
              <w:t>2026-04-27</w:t>
            </w:r>
          </w:p>
        </w:tc>
        <w:tc>
          <w:tcPr>
            <w:tcW w:type="dxa" w:w="2880"/>
          </w:tcPr>
          <w:p>
            <w:r>
              <w:t>irrigate</w:t>
            </w:r>
          </w:p>
        </w:tc>
        <w:tc>
          <w:tcPr>
            <w:tcW w:type="dxa" w:w="2880"/>
          </w:tcPr>
          <w:p>
            <w:r>
              <w:t>5</w:t>
            </w:r>
          </w:p>
        </w:tc>
      </w:tr>
      <w:tr>
        <w:tc>
          <w:tcPr>
            <w:tcW w:type="dxa" w:w="2880"/>
          </w:tcPr>
          <w:p>
            <w:r>
              <w:t>2026-04-27</w:t>
            </w:r>
          </w:p>
        </w:tc>
        <w:tc>
          <w:tcPr>
            <w:tcW w:type="dxa" w:w="2880"/>
          </w:tcPr>
          <w:p>
            <w:r>
              <w:t>spray</w:t>
            </w:r>
          </w:p>
        </w:tc>
        <w:tc>
          <w:tcPr>
            <w:tcW w:type="dxa" w:w="2880"/>
          </w:tcPr>
          <w:p>
            <w:r>
              <w:t>1</w:t>
            </w:r>
          </w:p>
        </w:tc>
      </w:tr>
      <w:tr>
        <w:tc>
          <w:tcPr>
            <w:tcW w:type="dxa" w:w="2880"/>
          </w:tcPr>
          <w:p>
            <w:r>
              <w:t>2026-04-27</w:t>
            </w:r>
          </w:p>
        </w:tc>
        <w:tc>
          <w:tcPr>
            <w:tcW w:type="dxa" w:w="2880"/>
          </w:tcPr>
          <w:p>
            <w:r>
              <w:t>fertilize</w:t>
            </w:r>
          </w:p>
        </w:tc>
        <w:tc>
          <w:tcPr>
            <w:tcW w:type="dxa" w:w="2880"/>
          </w:tcPr>
          <w:p>
            <w:r>
              <w:t>2</w:t>
            </w:r>
          </w:p>
        </w:tc>
      </w:tr>
      <w:tr>
        <w:tc>
          <w:tcPr>
            <w:tcW w:type="dxa" w:w="2880"/>
          </w:tcPr>
          <w:p>
            <w:r>
              <w:t>2026-05-04</w:t>
            </w:r>
          </w:p>
        </w:tc>
        <w:tc>
          <w:tcPr>
            <w:tcW w:type="dxa" w:w="2880"/>
          </w:tcPr>
          <w:p>
            <w:r>
              <w:t>cultivate</w:t>
            </w:r>
          </w:p>
        </w:tc>
        <w:tc>
          <w:tcPr>
            <w:tcW w:type="dxa" w:w="2880"/>
          </w:tcPr>
          <w:p>
            <w:r>
              <w:t>2</w:t>
            </w:r>
          </w:p>
        </w:tc>
      </w:tr>
      <w:tr>
        <w:tc>
          <w:tcPr>
            <w:tcW w:type="dxa" w:w="2880"/>
          </w:tcPr>
          <w:p>
            <w:r>
              <w:t>2026-05-04</w:t>
            </w:r>
          </w:p>
        </w:tc>
        <w:tc>
          <w:tcPr>
            <w:tcW w:type="dxa" w:w="2880"/>
          </w:tcPr>
          <w:p>
            <w:r>
              <w:t>irrigate</w:t>
            </w:r>
          </w:p>
        </w:tc>
        <w:tc>
          <w:tcPr>
            <w:tcW w:type="dxa" w:w="2880"/>
          </w:tcPr>
          <w:p>
            <w:r>
              <w:t>3</w:t>
            </w:r>
          </w:p>
        </w:tc>
      </w:tr>
      <w:tr>
        <w:tc>
          <w:tcPr>
            <w:tcW w:type="dxa" w:w="2880"/>
          </w:tcPr>
          <w:p>
            <w:r>
              <w:t>2026-05-04</w:t>
            </w:r>
          </w:p>
        </w:tc>
        <w:tc>
          <w:tcPr>
            <w:tcW w:type="dxa" w:w="2880"/>
          </w:tcPr>
          <w:p>
            <w:r>
              <w:t>spray</w:t>
            </w:r>
          </w:p>
        </w:tc>
        <w:tc>
          <w:tcPr>
            <w:tcW w:type="dxa" w:w="2880"/>
          </w:tcPr>
          <w:p>
            <w:r>
              <w:t>0</w:t>
            </w:r>
          </w:p>
        </w:tc>
      </w:tr>
      <w:tr>
        <w:tc>
          <w:tcPr>
            <w:tcW w:type="dxa" w:w="2880"/>
          </w:tcPr>
          <w:p>
            <w:r>
              <w:t>2026-05-04</w:t>
            </w:r>
          </w:p>
        </w:tc>
        <w:tc>
          <w:tcPr>
            <w:tcW w:type="dxa" w:w="2880"/>
          </w:tcPr>
          <w:p>
            <w:r>
              <w:t>fertilize</w:t>
            </w:r>
          </w:p>
        </w:tc>
        <w:tc>
          <w:tcPr>
            <w:tcW w:type="dxa" w:w="2880"/>
          </w:tcPr>
          <w:p>
            <w:r>
              <w:t>3</w:t>
            </w:r>
          </w:p>
        </w:tc>
      </w:tr>
      <w:tr>
        <w:tc>
          <w:tcPr>
            <w:tcW w:type="dxa" w:w="2880"/>
          </w:tcPr>
          <w:p>
            <w:r>
              <w:t>2026-05-11</w:t>
            </w:r>
          </w:p>
        </w:tc>
        <w:tc>
          <w:tcPr>
            <w:tcW w:type="dxa" w:w="2880"/>
          </w:tcPr>
          <w:p>
            <w:r>
              <w:t>cultivate</w:t>
            </w:r>
          </w:p>
        </w:tc>
        <w:tc>
          <w:tcPr>
            <w:tcW w:type="dxa" w:w="2880"/>
          </w:tcPr>
          <w:p>
            <w:r>
              <w:t>4</w:t>
            </w:r>
          </w:p>
        </w:tc>
      </w:tr>
      <w:tr>
        <w:tc>
          <w:tcPr>
            <w:tcW w:type="dxa" w:w="2880"/>
          </w:tcPr>
          <w:p>
            <w:r>
              <w:t>2026-05-11</w:t>
            </w:r>
          </w:p>
        </w:tc>
        <w:tc>
          <w:tcPr>
            <w:tcW w:type="dxa" w:w="2880"/>
          </w:tcPr>
          <w:p>
            <w:r>
              <w:t>irrigate</w:t>
            </w:r>
          </w:p>
        </w:tc>
        <w:tc>
          <w:tcPr>
            <w:tcW w:type="dxa" w:w="2880"/>
          </w:tcPr>
          <w:p>
            <w:r>
              <w:t>1</w:t>
            </w:r>
          </w:p>
        </w:tc>
      </w:tr>
      <w:tr>
        <w:tc>
          <w:tcPr>
            <w:tcW w:type="dxa" w:w="2880"/>
          </w:tcPr>
          <w:p>
            <w:r>
              <w:t>2026-05-11</w:t>
            </w:r>
          </w:p>
        </w:tc>
        <w:tc>
          <w:tcPr>
            <w:tcW w:type="dxa" w:w="2880"/>
          </w:tcPr>
          <w:p>
            <w:r>
              <w:t>spray</w:t>
            </w:r>
          </w:p>
        </w:tc>
        <w:tc>
          <w:tcPr>
            <w:tcW w:type="dxa" w:w="2880"/>
          </w:tcPr>
          <w:p>
            <w:r>
              <w:t>2</w:t>
            </w:r>
          </w:p>
        </w:tc>
      </w:tr>
      <w:tr>
        <w:tc>
          <w:tcPr>
            <w:tcW w:type="dxa" w:w="2880"/>
          </w:tcPr>
          <w:p>
            <w:r>
              <w:t>2026-05-11</w:t>
            </w:r>
          </w:p>
        </w:tc>
        <w:tc>
          <w:tcPr>
            <w:tcW w:type="dxa" w:w="2880"/>
          </w:tcPr>
          <w:p>
            <w:r>
              <w:t>fertilize</w:t>
            </w:r>
          </w:p>
        </w:tc>
        <w:tc>
          <w:tcPr>
            <w:tcW w:type="dxa" w:w="2880"/>
          </w:tcPr>
          <w:p>
            <w:r>
              <w:t>1</w:t>
            </w:r>
          </w:p>
        </w:tc>
      </w:tr>
      <w:tr>
        <w:tc>
          <w:tcPr>
            <w:tcW w:type="dxa" w:w="2880"/>
          </w:tcPr>
          <w:p>
            <w:r>
              <w:t>2026-05-18</w:t>
            </w:r>
          </w:p>
        </w:tc>
        <w:tc>
          <w:tcPr>
            <w:tcW w:type="dxa" w:w="2880"/>
          </w:tcPr>
          <w:p>
            <w:r>
              <w:t>cultivate</w:t>
            </w:r>
          </w:p>
        </w:tc>
        <w:tc>
          <w:tcPr>
            <w:tcW w:type="dxa" w:w="2880"/>
          </w:tcPr>
          <w:p>
            <w:r>
              <w:t>2</w:t>
            </w:r>
          </w:p>
        </w:tc>
      </w:tr>
      <w:tr>
        <w:tc>
          <w:tcPr>
            <w:tcW w:type="dxa" w:w="2880"/>
          </w:tcPr>
          <w:p>
            <w:r>
              <w:t>2026-05-18</w:t>
            </w:r>
          </w:p>
        </w:tc>
        <w:tc>
          <w:tcPr>
            <w:tcW w:type="dxa" w:w="2880"/>
          </w:tcPr>
          <w:p>
            <w:r>
              <w:t>irrigate</w:t>
            </w:r>
          </w:p>
        </w:tc>
        <w:tc>
          <w:tcPr>
            <w:tcW w:type="dxa" w:w="2880"/>
          </w:tcPr>
          <w:p>
            <w:r>
              <w:t>2</w:t>
            </w:r>
          </w:p>
        </w:tc>
      </w:tr>
      <w:tr>
        <w:tc>
          <w:tcPr>
            <w:tcW w:type="dxa" w:w="2880"/>
          </w:tcPr>
          <w:p>
            <w:r>
              <w:t>2026-05-18</w:t>
            </w:r>
          </w:p>
        </w:tc>
        <w:tc>
          <w:tcPr>
            <w:tcW w:type="dxa" w:w="2880"/>
          </w:tcPr>
          <w:p>
            <w:r>
              <w:t>spray</w:t>
            </w:r>
          </w:p>
        </w:tc>
        <w:tc>
          <w:tcPr>
            <w:tcW w:type="dxa" w:w="2880"/>
          </w:tcPr>
          <w:p>
            <w:r>
              <w:t>3</w:t>
            </w:r>
          </w:p>
        </w:tc>
      </w:tr>
      <w:tr>
        <w:tc>
          <w:tcPr>
            <w:tcW w:type="dxa" w:w="2880"/>
          </w:tcPr>
          <w:p>
            <w:r>
              <w:t>2026-05-18</w:t>
            </w:r>
          </w:p>
        </w:tc>
        <w:tc>
          <w:tcPr>
            <w:tcW w:type="dxa" w:w="2880"/>
          </w:tcPr>
          <w:p>
            <w:r>
              <w:t>fertilize</w:t>
            </w:r>
          </w:p>
        </w:tc>
        <w:tc>
          <w:tcPr>
            <w:tcW w:type="dxa" w:w="2880"/>
          </w:tcPr>
          <w:p>
            <w:r>
              <w:t>2</w:t>
            </w:r>
          </w:p>
        </w:tc>
      </w:tr>
      <w:tr>
        <w:tc>
          <w:tcPr>
            <w:tcW w:type="dxa" w:w="2880"/>
          </w:tcPr>
          <w:p>
            <w:r>
              <w:t>2026-05-25</w:t>
            </w:r>
          </w:p>
        </w:tc>
        <w:tc>
          <w:tcPr>
            <w:tcW w:type="dxa" w:w="2880"/>
          </w:tcPr>
          <w:p>
            <w:r>
              <w:t>cultivate</w:t>
            </w:r>
          </w:p>
        </w:tc>
        <w:tc>
          <w:tcPr>
            <w:tcW w:type="dxa" w:w="2880"/>
          </w:tcPr>
          <w:p>
            <w:r>
              <w:t>1</w:t>
            </w:r>
          </w:p>
        </w:tc>
      </w:tr>
      <w:tr>
        <w:tc>
          <w:tcPr>
            <w:tcW w:type="dxa" w:w="2880"/>
          </w:tcPr>
          <w:p>
            <w:r>
              <w:t>2026-05-25</w:t>
            </w:r>
          </w:p>
        </w:tc>
        <w:tc>
          <w:tcPr>
            <w:tcW w:type="dxa" w:w="2880"/>
          </w:tcPr>
          <w:p>
            <w:r>
              <w:t>irrigate</w:t>
            </w:r>
          </w:p>
        </w:tc>
        <w:tc>
          <w:tcPr>
            <w:tcW w:type="dxa" w:w="2880"/>
          </w:tcPr>
          <w:p>
            <w:r>
              <w:t>1</w:t>
            </w:r>
          </w:p>
        </w:tc>
      </w:tr>
      <w:tr>
        <w:tc>
          <w:tcPr>
            <w:tcW w:type="dxa" w:w="2880"/>
          </w:tcPr>
          <w:p>
            <w:r>
              <w:t>2026-05-25</w:t>
            </w:r>
          </w:p>
        </w:tc>
        <w:tc>
          <w:tcPr>
            <w:tcW w:type="dxa" w:w="2880"/>
          </w:tcPr>
          <w:p>
            <w:r>
              <w:t>spray</w:t>
            </w:r>
          </w:p>
        </w:tc>
        <w:tc>
          <w:tcPr>
            <w:tcW w:type="dxa" w:w="2880"/>
          </w:tcPr>
          <w:p>
            <w:r>
              <w:t>0</w:t>
            </w:r>
          </w:p>
        </w:tc>
      </w:tr>
      <w:tr>
        <w:tc>
          <w:tcPr>
            <w:tcW w:type="dxa" w:w="2880"/>
          </w:tcPr>
          <w:p>
            <w:r>
              <w:t>2026-05-25</w:t>
            </w:r>
          </w:p>
        </w:tc>
        <w:tc>
          <w:tcPr>
            <w:tcW w:type="dxa" w:w="2880"/>
          </w:tcPr>
          <w:p>
            <w:r>
              <w:t>fertilize</w:t>
            </w:r>
          </w:p>
        </w:tc>
        <w:tc>
          <w:tcPr>
            <w:tcW w:type="dxa" w:w="2880"/>
          </w:tcPr>
          <w:p>
            <w:r>
              <w:t>3</w:t>
            </w:r>
          </w:p>
        </w:tc>
      </w:tr>
      <w:tr>
        <w:tc>
          <w:tcPr>
            <w:tcW w:type="dxa" w:w="2880"/>
          </w:tcPr>
          <w:p>
            <w:r>
              <w:t>2026-06-01</w:t>
            </w:r>
          </w:p>
        </w:tc>
        <w:tc>
          <w:tcPr>
            <w:tcW w:type="dxa" w:w="2880"/>
          </w:tcPr>
          <w:p>
            <w:r>
              <w:t>cultivate</w:t>
            </w:r>
          </w:p>
        </w:tc>
        <w:tc>
          <w:tcPr>
            <w:tcW w:type="dxa" w:w="2880"/>
          </w:tcPr>
          <w:p>
            <w:r>
              <w:t>2</w:t>
            </w:r>
          </w:p>
        </w:tc>
      </w:tr>
      <w:tr>
        <w:tc>
          <w:tcPr>
            <w:tcW w:type="dxa" w:w="2880"/>
          </w:tcPr>
          <w:p>
            <w:r>
              <w:t>2026-06-01</w:t>
            </w:r>
          </w:p>
        </w:tc>
        <w:tc>
          <w:tcPr>
            <w:tcW w:type="dxa" w:w="2880"/>
          </w:tcPr>
          <w:p>
            <w:r>
              <w:t>irrigate</w:t>
            </w:r>
          </w:p>
        </w:tc>
        <w:tc>
          <w:tcPr>
            <w:tcW w:type="dxa" w:w="2880"/>
          </w:tcPr>
          <w:p>
            <w:r>
              <w:t>0</w:t>
            </w:r>
          </w:p>
        </w:tc>
      </w:tr>
      <w:tr>
        <w:tc>
          <w:tcPr>
            <w:tcW w:type="dxa" w:w="2880"/>
          </w:tcPr>
          <w:p>
            <w:r>
              <w:t>2026-06-01</w:t>
            </w:r>
          </w:p>
        </w:tc>
        <w:tc>
          <w:tcPr>
            <w:tcW w:type="dxa" w:w="2880"/>
          </w:tcPr>
          <w:p>
            <w:r>
              <w:t>spray</w:t>
            </w:r>
          </w:p>
        </w:tc>
        <w:tc>
          <w:tcPr>
            <w:tcW w:type="dxa" w:w="2880"/>
          </w:tcPr>
          <w:p>
            <w:r>
              <w:t>3</w:t>
            </w:r>
          </w:p>
        </w:tc>
      </w:tr>
      <w:tr>
        <w:tc>
          <w:tcPr>
            <w:tcW w:type="dxa" w:w="2880"/>
          </w:tcPr>
          <w:p>
            <w:r>
              <w:t>2026-06-01</w:t>
            </w:r>
          </w:p>
        </w:tc>
        <w:tc>
          <w:tcPr>
            <w:tcW w:type="dxa" w:w="2880"/>
          </w:tcPr>
          <w:p>
            <w:r>
              <w:t>fertilize</w:t>
            </w:r>
          </w:p>
        </w:tc>
        <w:tc>
          <w:tcPr>
            <w:tcW w:type="dxa" w:w="2880"/>
          </w:tcPr>
          <w:p>
            <w:r>
              <w:t>4</w:t>
            </w:r>
          </w:p>
        </w:tc>
      </w:tr>
      <w:tr>
        <w:tc>
          <w:tcPr>
            <w:tcW w:type="dxa" w:w="2880"/>
          </w:tcPr>
          <w:p>
            <w:r>
              <w:t>2026-06-08</w:t>
            </w:r>
          </w:p>
        </w:tc>
        <w:tc>
          <w:tcPr>
            <w:tcW w:type="dxa" w:w="2880"/>
          </w:tcPr>
          <w:p>
            <w:r>
              <w:t>cultivate</w:t>
            </w:r>
          </w:p>
        </w:tc>
        <w:tc>
          <w:tcPr>
            <w:tcW w:type="dxa" w:w="2880"/>
          </w:tcPr>
          <w:p>
            <w:r>
              <w:t>5</w:t>
            </w:r>
          </w:p>
        </w:tc>
      </w:tr>
      <w:tr>
        <w:tc>
          <w:tcPr>
            <w:tcW w:type="dxa" w:w="2880"/>
          </w:tcPr>
          <w:p>
            <w:r>
              <w:t>2026-06-08</w:t>
            </w:r>
          </w:p>
        </w:tc>
        <w:tc>
          <w:tcPr>
            <w:tcW w:type="dxa" w:w="2880"/>
          </w:tcPr>
          <w:p>
            <w:r>
              <w:t>irrigate</w:t>
            </w:r>
          </w:p>
        </w:tc>
        <w:tc>
          <w:tcPr>
            <w:tcW w:type="dxa" w:w="2880"/>
          </w:tcPr>
          <w:p>
            <w:r>
              <w:t>6</w:t>
            </w:r>
          </w:p>
        </w:tc>
      </w:tr>
      <w:tr>
        <w:tc>
          <w:tcPr>
            <w:tcW w:type="dxa" w:w="2880"/>
          </w:tcPr>
          <w:p>
            <w:r>
              <w:t>2026-06-08</w:t>
            </w:r>
          </w:p>
        </w:tc>
        <w:tc>
          <w:tcPr>
            <w:tcW w:type="dxa" w:w="2880"/>
          </w:tcPr>
          <w:p>
            <w:r>
              <w:t>spray</w:t>
            </w:r>
          </w:p>
        </w:tc>
        <w:tc>
          <w:tcPr>
            <w:tcW w:type="dxa" w:w="2880"/>
          </w:tcPr>
          <w:p>
            <w:r>
              <w:t>0</w:t>
            </w:r>
          </w:p>
        </w:tc>
      </w:tr>
      <w:tr>
        <w:tc>
          <w:tcPr>
            <w:tcW w:type="dxa" w:w="2880"/>
          </w:tcPr>
          <w:p>
            <w:r>
              <w:t>2026-06-08</w:t>
            </w:r>
          </w:p>
        </w:tc>
        <w:tc>
          <w:tcPr>
            <w:tcW w:type="dxa" w:w="2880"/>
          </w:tcPr>
          <w:p>
            <w:r>
              <w:t>fertilize</w:t>
            </w:r>
          </w:p>
        </w:tc>
        <w:tc>
          <w:tcPr>
            <w:tcW w:type="dxa" w:w="2880"/>
          </w:tcPr>
          <w:p>
            <w:r>
              <w:t>1</w:t>
            </w:r>
          </w:p>
        </w:tc>
      </w:tr>
      <w:tr>
        <w:tc>
          <w:tcPr>
            <w:tcW w:type="dxa" w:w="2880"/>
          </w:tcPr>
          <w:p>
            <w:r>
              <w:t>2026-06-15</w:t>
            </w:r>
          </w:p>
        </w:tc>
        <w:tc>
          <w:tcPr>
            <w:tcW w:type="dxa" w:w="2880"/>
          </w:tcPr>
          <w:p>
            <w:r>
              <w:t>cultivate</w:t>
            </w:r>
          </w:p>
        </w:tc>
        <w:tc>
          <w:tcPr>
            <w:tcW w:type="dxa" w:w="2880"/>
          </w:tcPr>
          <w:p>
            <w:r>
              <w:t>2</w:t>
            </w:r>
          </w:p>
        </w:tc>
      </w:tr>
      <w:tr>
        <w:tc>
          <w:tcPr>
            <w:tcW w:type="dxa" w:w="2880"/>
          </w:tcPr>
          <w:p>
            <w:r>
              <w:t>2026-06-15</w:t>
            </w:r>
          </w:p>
        </w:tc>
        <w:tc>
          <w:tcPr>
            <w:tcW w:type="dxa" w:w="2880"/>
          </w:tcPr>
          <w:p>
            <w:r>
              <w:t>irrigate</w:t>
            </w:r>
          </w:p>
        </w:tc>
        <w:tc>
          <w:tcPr>
            <w:tcW w:type="dxa" w:w="2880"/>
          </w:tcPr>
          <w:p>
            <w:r>
              <w:t>0</w:t>
            </w:r>
          </w:p>
        </w:tc>
      </w:tr>
      <w:tr>
        <w:tc>
          <w:tcPr>
            <w:tcW w:type="dxa" w:w="2880"/>
          </w:tcPr>
          <w:p>
            <w:r>
              <w:t>2026-06-15</w:t>
            </w:r>
          </w:p>
        </w:tc>
        <w:tc>
          <w:tcPr>
            <w:tcW w:type="dxa" w:w="2880"/>
          </w:tcPr>
          <w:p>
            <w:r>
              <w:t>spray</w:t>
            </w:r>
          </w:p>
        </w:tc>
        <w:tc>
          <w:tcPr>
            <w:tcW w:type="dxa" w:w="2880"/>
          </w:tcPr>
          <w:p>
            <w:r>
              <w:t>1</w:t>
            </w:r>
          </w:p>
        </w:tc>
      </w:tr>
      <w:tr>
        <w:tc>
          <w:tcPr>
            <w:tcW w:type="dxa" w:w="2880"/>
          </w:tcPr>
          <w:p>
            <w:r>
              <w:t>2026-06-15</w:t>
            </w:r>
          </w:p>
        </w:tc>
        <w:tc>
          <w:tcPr>
            <w:tcW w:type="dxa" w:w="2880"/>
          </w:tcPr>
          <w:p>
            <w:r>
              <w:t>fertilize</w:t>
            </w:r>
          </w:p>
        </w:tc>
        <w:tc>
          <w:tcPr>
            <w:tcW w:type="dxa" w:w="2880"/>
          </w:tcPr>
          <w:p>
            <w:r>
              <w:t>1</w:t>
            </w:r>
          </w:p>
        </w:tc>
      </w:tr>
      <w:tr>
        <w:tc>
          <w:tcPr>
            <w:tcW w:type="dxa" w:w="2880"/>
          </w:tcPr>
          <w:p>
            <w:r>
              <w:t>2026-06-22</w:t>
            </w:r>
          </w:p>
        </w:tc>
        <w:tc>
          <w:tcPr>
            <w:tcW w:type="dxa" w:w="2880"/>
          </w:tcPr>
          <w:p>
            <w:r>
              <w:t>cultivate</w:t>
            </w:r>
          </w:p>
        </w:tc>
        <w:tc>
          <w:tcPr>
            <w:tcW w:type="dxa" w:w="2880"/>
          </w:tcPr>
          <w:p>
            <w:r>
              <w:t>2</w:t>
            </w:r>
          </w:p>
        </w:tc>
      </w:tr>
      <w:tr>
        <w:tc>
          <w:tcPr>
            <w:tcW w:type="dxa" w:w="2880"/>
          </w:tcPr>
          <w:p>
            <w:r>
              <w:t>2026-06-22</w:t>
            </w:r>
          </w:p>
        </w:tc>
        <w:tc>
          <w:tcPr>
            <w:tcW w:type="dxa" w:w="2880"/>
          </w:tcPr>
          <w:p>
            <w:r>
              <w:t>irrigate</w:t>
            </w:r>
          </w:p>
        </w:tc>
        <w:tc>
          <w:tcPr>
            <w:tcW w:type="dxa" w:w="2880"/>
          </w:tcPr>
          <w:p>
            <w:r>
              <w:t>3</w:t>
            </w:r>
          </w:p>
        </w:tc>
      </w:tr>
      <w:tr>
        <w:tc>
          <w:tcPr>
            <w:tcW w:type="dxa" w:w="2880"/>
          </w:tcPr>
          <w:p>
            <w:r>
              <w:t>2026-06-22</w:t>
            </w:r>
          </w:p>
        </w:tc>
        <w:tc>
          <w:tcPr>
            <w:tcW w:type="dxa" w:w="2880"/>
          </w:tcPr>
          <w:p>
            <w:r>
              <w:t>spray</w:t>
            </w:r>
          </w:p>
        </w:tc>
        <w:tc>
          <w:tcPr>
            <w:tcW w:type="dxa" w:w="2880"/>
          </w:tcPr>
          <w:p>
            <w:r>
              <w:t>0</w:t>
            </w:r>
          </w:p>
        </w:tc>
      </w:tr>
      <w:tr>
        <w:tc>
          <w:tcPr>
            <w:tcW w:type="dxa" w:w="2880"/>
          </w:tcPr>
          <w:p>
            <w:r>
              <w:t>2026-06-22</w:t>
            </w:r>
          </w:p>
        </w:tc>
        <w:tc>
          <w:tcPr>
            <w:tcW w:type="dxa" w:w="2880"/>
          </w:tcPr>
          <w:p>
            <w:r>
              <w:t>fertilize</w:t>
            </w:r>
          </w:p>
        </w:tc>
        <w:tc>
          <w:tcPr>
            <w:tcW w:type="dxa" w:w="2880"/>
          </w:tcPr>
          <w:p>
            <w:r>
              <w:t>3</w:t>
            </w:r>
          </w:p>
        </w:tc>
      </w:tr>
      <w:tr>
        <w:tc>
          <w:tcPr>
            <w:tcW w:type="dxa" w:w="2880"/>
          </w:tcPr>
          <w:p>
            <w:r>
              <w:t>2026-06-29</w:t>
            </w:r>
          </w:p>
        </w:tc>
        <w:tc>
          <w:tcPr>
            <w:tcW w:type="dxa" w:w="2880"/>
          </w:tcPr>
          <w:p>
            <w:r>
              <w:t>cultivate</w:t>
            </w:r>
          </w:p>
        </w:tc>
        <w:tc>
          <w:tcPr>
            <w:tcW w:type="dxa" w:w="2880"/>
          </w:tcPr>
          <w:p>
            <w:r>
              <w:t>1</w:t>
            </w:r>
          </w:p>
        </w:tc>
      </w:tr>
      <w:tr>
        <w:tc>
          <w:tcPr>
            <w:tcW w:type="dxa" w:w="2880"/>
          </w:tcPr>
          <w:p>
            <w:r>
              <w:t>2026-06-29</w:t>
            </w:r>
          </w:p>
        </w:tc>
        <w:tc>
          <w:tcPr>
            <w:tcW w:type="dxa" w:w="2880"/>
          </w:tcPr>
          <w:p>
            <w:r>
              <w:t>irrigate</w:t>
            </w:r>
          </w:p>
        </w:tc>
        <w:tc>
          <w:tcPr>
            <w:tcW w:type="dxa" w:w="2880"/>
          </w:tcPr>
          <w:p>
            <w:r>
              <w:t>5</w:t>
            </w:r>
          </w:p>
        </w:tc>
      </w:tr>
      <w:tr>
        <w:tc>
          <w:tcPr>
            <w:tcW w:type="dxa" w:w="2880"/>
          </w:tcPr>
          <w:p>
            <w:r>
              <w:t>2026-06-29</w:t>
            </w:r>
          </w:p>
        </w:tc>
        <w:tc>
          <w:tcPr>
            <w:tcW w:type="dxa" w:w="2880"/>
          </w:tcPr>
          <w:p>
            <w:r>
              <w:t>spray</w:t>
            </w:r>
          </w:p>
        </w:tc>
        <w:tc>
          <w:tcPr>
            <w:tcW w:type="dxa" w:w="2880"/>
          </w:tcPr>
          <w:p>
            <w:r>
              <w:t>1</w:t>
            </w:r>
          </w:p>
        </w:tc>
      </w:tr>
      <w:tr>
        <w:tc>
          <w:tcPr>
            <w:tcW w:type="dxa" w:w="2880"/>
          </w:tcPr>
          <w:p>
            <w:r>
              <w:t>2026-06-29</w:t>
            </w:r>
          </w:p>
        </w:tc>
        <w:tc>
          <w:tcPr>
            <w:tcW w:type="dxa" w:w="2880"/>
          </w:tcPr>
          <w:p>
            <w:r>
              <w:t>fertilize</w:t>
            </w:r>
          </w:p>
        </w:tc>
        <w:tc>
          <w:tcPr>
            <w:tcW w:type="dxa" w:w="2880"/>
          </w:tcPr>
          <w:p>
            <w:r>
              <w:t>1</w:t>
            </w:r>
          </w:p>
        </w:tc>
      </w:tr>
      <w:tr>
        <w:tc>
          <w:tcPr>
            <w:tcW w:type="dxa" w:w="2880"/>
          </w:tcPr>
          <w:p>
            <w:r>
              <w:t>2026-07-06</w:t>
            </w:r>
          </w:p>
        </w:tc>
        <w:tc>
          <w:tcPr>
            <w:tcW w:type="dxa" w:w="2880"/>
          </w:tcPr>
          <w:p>
            <w:r>
              <w:t>cultivate</w:t>
            </w:r>
          </w:p>
        </w:tc>
        <w:tc>
          <w:tcPr>
            <w:tcW w:type="dxa" w:w="2880"/>
          </w:tcPr>
          <w:p>
            <w:r>
              <w:t>3</w:t>
            </w:r>
          </w:p>
        </w:tc>
      </w:tr>
      <w:tr>
        <w:tc>
          <w:tcPr>
            <w:tcW w:type="dxa" w:w="2880"/>
          </w:tcPr>
          <w:p>
            <w:r>
              <w:t>2026-07-06</w:t>
            </w:r>
          </w:p>
        </w:tc>
        <w:tc>
          <w:tcPr>
            <w:tcW w:type="dxa" w:w="2880"/>
          </w:tcPr>
          <w:p>
            <w:r>
              <w:t>irrigate</w:t>
            </w:r>
          </w:p>
        </w:tc>
        <w:tc>
          <w:tcPr>
            <w:tcW w:type="dxa" w:w="2880"/>
          </w:tcPr>
          <w:p>
            <w:r>
              <w:t>0</w:t>
            </w:r>
          </w:p>
        </w:tc>
      </w:tr>
      <w:tr>
        <w:tc>
          <w:tcPr>
            <w:tcW w:type="dxa" w:w="2880"/>
          </w:tcPr>
          <w:p>
            <w:r>
              <w:t>2026-07-06</w:t>
            </w:r>
          </w:p>
        </w:tc>
        <w:tc>
          <w:tcPr>
            <w:tcW w:type="dxa" w:w="2880"/>
          </w:tcPr>
          <w:p>
            <w:r>
              <w:t>spray</w:t>
            </w:r>
          </w:p>
        </w:tc>
        <w:tc>
          <w:tcPr>
            <w:tcW w:type="dxa" w:w="2880"/>
          </w:tcPr>
          <w:p>
            <w:r>
              <w:t>2</w:t>
            </w:r>
          </w:p>
        </w:tc>
      </w:tr>
      <w:tr>
        <w:tc>
          <w:tcPr>
            <w:tcW w:type="dxa" w:w="2880"/>
          </w:tcPr>
          <w:p>
            <w:r>
              <w:t>2026-07-06</w:t>
            </w:r>
          </w:p>
        </w:tc>
        <w:tc>
          <w:tcPr>
            <w:tcW w:type="dxa" w:w="2880"/>
          </w:tcPr>
          <w:p>
            <w:r>
              <w:t>fertilize</w:t>
            </w:r>
          </w:p>
        </w:tc>
        <w:tc>
          <w:tcPr>
            <w:tcW w:type="dxa" w:w="2880"/>
          </w:tcPr>
          <w:p>
            <w:r>
              <w:t>1</w:t>
            </w:r>
          </w:p>
        </w:tc>
      </w:tr>
      <w:tr>
        <w:tc>
          <w:tcPr>
            <w:tcW w:type="dxa" w:w="2880"/>
          </w:tcPr>
          <w:p>
            <w:r>
              <w:t>2026-07-13</w:t>
            </w:r>
          </w:p>
        </w:tc>
        <w:tc>
          <w:tcPr>
            <w:tcW w:type="dxa" w:w="2880"/>
          </w:tcPr>
          <w:p>
            <w:r>
              <w:t>cultivate</w:t>
            </w:r>
          </w:p>
        </w:tc>
        <w:tc>
          <w:tcPr>
            <w:tcW w:type="dxa" w:w="2880"/>
          </w:tcPr>
          <w:p>
            <w:r>
              <w:t>2</w:t>
            </w:r>
          </w:p>
        </w:tc>
      </w:tr>
      <w:tr>
        <w:tc>
          <w:tcPr>
            <w:tcW w:type="dxa" w:w="2880"/>
          </w:tcPr>
          <w:p>
            <w:r>
              <w:t>2026-07-13</w:t>
            </w:r>
          </w:p>
        </w:tc>
        <w:tc>
          <w:tcPr>
            <w:tcW w:type="dxa" w:w="2880"/>
          </w:tcPr>
          <w:p>
            <w:r>
              <w:t>irrigate</w:t>
            </w:r>
          </w:p>
        </w:tc>
        <w:tc>
          <w:tcPr>
            <w:tcW w:type="dxa" w:w="2880"/>
          </w:tcPr>
          <w:p>
            <w:r>
              <w:t>4</w:t>
            </w:r>
          </w:p>
        </w:tc>
      </w:tr>
      <w:tr>
        <w:tc>
          <w:tcPr>
            <w:tcW w:type="dxa" w:w="2880"/>
          </w:tcPr>
          <w:p>
            <w:r>
              <w:t>2026-07-13</w:t>
            </w:r>
          </w:p>
        </w:tc>
        <w:tc>
          <w:tcPr>
            <w:tcW w:type="dxa" w:w="2880"/>
          </w:tcPr>
          <w:p>
            <w:r>
              <w:t>spray</w:t>
            </w:r>
          </w:p>
        </w:tc>
        <w:tc>
          <w:tcPr>
            <w:tcW w:type="dxa" w:w="2880"/>
          </w:tcPr>
          <w:p>
            <w:r>
              <w:t>0</w:t>
            </w:r>
          </w:p>
        </w:tc>
      </w:tr>
      <w:tr>
        <w:tc>
          <w:tcPr>
            <w:tcW w:type="dxa" w:w="2880"/>
          </w:tcPr>
          <w:p>
            <w:r>
              <w:t>2026-07-13</w:t>
            </w:r>
          </w:p>
        </w:tc>
        <w:tc>
          <w:tcPr>
            <w:tcW w:type="dxa" w:w="2880"/>
          </w:tcPr>
          <w:p>
            <w:r>
              <w:t>fertilize</w:t>
            </w:r>
          </w:p>
        </w:tc>
        <w:tc>
          <w:tcPr>
            <w:tcW w:type="dxa" w:w="2880"/>
          </w:tcPr>
          <w:p>
            <w:r>
              <w:t>1</w:t>
            </w:r>
          </w:p>
        </w:tc>
      </w:tr>
      <w:tr>
        <w:tc>
          <w:tcPr>
            <w:tcW w:type="dxa" w:w="2880"/>
          </w:tcPr>
          <w:p>
            <w:r>
              <w:t>2026-07-20</w:t>
            </w:r>
          </w:p>
        </w:tc>
        <w:tc>
          <w:tcPr>
            <w:tcW w:type="dxa" w:w="2880"/>
          </w:tcPr>
          <w:p>
            <w:r>
              <w:t>cultivate</w:t>
            </w:r>
          </w:p>
        </w:tc>
        <w:tc>
          <w:tcPr>
            <w:tcW w:type="dxa" w:w="2880"/>
          </w:tcPr>
          <w:p>
            <w:r>
              <w:t>0</w:t>
            </w:r>
          </w:p>
        </w:tc>
      </w:tr>
      <w:tr>
        <w:tc>
          <w:tcPr>
            <w:tcW w:type="dxa" w:w="2880"/>
          </w:tcPr>
          <w:p>
            <w:r>
              <w:t>2026-07-20</w:t>
            </w:r>
          </w:p>
        </w:tc>
        <w:tc>
          <w:tcPr>
            <w:tcW w:type="dxa" w:w="2880"/>
          </w:tcPr>
          <w:p>
            <w:r>
              <w:t>irrigate</w:t>
            </w:r>
          </w:p>
        </w:tc>
        <w:tc>
          <w:tcPr>
            <w:tcW w:type="dxa" w:w="2880"/>
          </w:tcPr>
          <w:p>
            <w:r>
              <w:t>3</w:t>
            </w:r>
          </w:p>
        </w:tc>
      </w:tr>
      <w:tr>
        <w:tc>
          <w:tcPr>
            <w:tcW w:type="dxa" w:w="2880"/>
          </w:tcPr>
          <w:p>
            <w:r>
              <w:t>2026-07-20</w:t>
            </w:r>
          </w:p>
        </w:tc>
        <w:tc>
          <w:tcPr>
            <w:tcW w:type="dxa" w:w="2880"/>
          </w:tcPr>
          <w:p>
            <w:r>
              <w:t>spray</w:t>
            </w:r>
          </w:p>
        </w:tc>
        <w:tc>
          <w:tcPr>
            <w:tcW w:type="dxa" w:w="2880"/>
          </w:tcPr>
          <w:p>
            <w:r>
              <w:t>1</w:t>
            </w:r>
          </w:p>
        </w:tc>
      </w:tr>
      <w:tr>
        <w:tc>
          <w:tcPr>
            <w:tcW w:type="dxa" w:w="2880"/>
          </w:tcPr>
          <w:p>
            <w:r>
              <w:t>2026-07-20</w:t>
            </w:r>
          </w:p>
        </w:tc>
        <w:tc>
          <w:tcPr>
            <w:tcW w:type="dxa" w:w="2880"/>
          </w:tcPr>
          <w:p>
            <w:r>
              <w:t>fertilize</w:t>
            </w:r>
          </w:p>
        </w:tc>
        <w:tc>
          <w:tcPr>
            <w:tcW w:type="dxa" w:w="2880"/>
          </w:tcPr>
          <w:p>
            <w:r>
              <w:t>1</w:t>
            </w:r>
          </w:p>
        </w:tc>
      </w:tr>
      <w:tr>
        <w:tc>
          <w:tcPr>
            <w:tcW w:type="dxa" w:w="2880"/>
          </w:tcPr>
          <w:p>
            <w:r>
              <w:t>2026-07-27</w:t>
            </w:r>
          </w:p>
        </w:tc>
        <w:tc>
          <w:tcPr>
            <w:tcW w:type="dxa" w:w="2880"/>
          </w:tcPr>
          <w:p>
            <w:r>
              <w:t>cultivate</w:t>
            </w:r>
          </w:p>
        </w:tc>
        <w:tc>
          <w:tcPr>
            <w:tcW w:type="dxa" w:w="2880"/>
          </w:tcPr>
          <w:p>
            <w:r>
              <w:t>1</w:t>
            </w:r>
          </w:p>
        </w:tc>
      </w:tr>
      <w:tr>
        <w:tc>
          <w:tcPr>
            <w:tcW w:type="dxa" w:w="2880"/>
          </w:tcPr>
          <w:p>
            <w:r>
              <w:t>2026-07-27</w:t>
            </w:r>
          </w:p>
        </w:tc>
        <w:tc>
          <w:tcPr>
            <w:tcW w:type="dxa" w:w="2880"/>
          </w:tcPr>
          <w:p>
            <w:r>
              <w:t>irrigate</w:t>
            </w:r>
          </w:p>
        </w:tc>
        <w:tc>
          <w:tcPr>
            <w:tcW w:type="dxa" w:w="2880"/>
          </w:tcPr>
          <w:p>
            <w:r>
              <w:t>0</w:t>
            </w:r>
          </w:p>
        </w:tc>
      </w:tr>
      <w:tr>
        <w:tc>
          <w:tcPr>
            <w:tcW w:type="dxa" w:w="2880"/>
          </w:tcPr>
          <w:p>
            <w:r>
              <w:t>2026-07-27</w:t>
            </w:r>
          </w:p>
        </w:tc>
        <w:tc>
          <w:tcPr>
            <w:tcW w:type="dxa" w:w="2880"/>
          </w:tcPr>
          <w:p>
            <w:r>
              <w:t>spray</w:t>
            </w:r>
          </w:p>
        </w:tc>
        <w:tc>
          <w:tcPr>
            <w:tcW w:type="dxa" w:w="2880"/>
          </w:tcPr>
          <w:p>
            <w:r>
              <w:t>2</w:t>
            </w:r>
          </w:p>
        </w:tc>
      </w:tr>
      <w:tr>
        <w:tc>
          <w:tcPr>
            <w:tcW w:type="dxa" w:w="2880"/>
          </w:tcPr>
          <w:p>
            <w:r>
              <w:t>2026-07-27</w:t>
            </w:r>
          </w:p>
        </w:tc>
        <w:tc>
          <w:tcPr>
            <w:tcW w:type="dxa" w:w="2880"/>
          </w:tcPr>
          <w:p>
            <w:r>
              <w:t>fertilize</w:t>
            </w:r>
          </w:p>
        </w:tc>
        <w:tc>
          <w:tcPr>
            <w:tcW w:type="dxa" w:w="2880"/>
          </w:tcPr>
          <w:p>
            <w:r>
              <w:t>2</w:t>
            </w:r>
          </w:p>
        </w:tc>
      </w:tr>
      <w:tr>
        <w:tc>
          <w:tcPr>
            <w:tcW w:type="dxa" w:w="2880"/>
          </w:tcPr>
          <w:p>
            <w:r>
              <w:t>2026-08-03</w:t>
            </w:r>
          </w:p>
        </w:tc>
        <w:tc>
          <w:tcPr>
            <w:tcW w:type="dxa" w:w="2880"/>
          </w:tcPr>
          <w:p>
            <w:r>
              <w:t>cultivate</w:t>
            </w:r>
          </w:p>
        </w:tc>
        <w:tc>
          <w:tcPr>
            <w:tcW w:type="dxa" w:w="2880"/>
          </w:tcPr>
          <w:p>
            <w:r>
              <w:t>3</w:t>
            </w:r>
          </w:p>
        </w:tc>
      </w:tr>
      <w:tr>
        <w:tc>
          <w:tcPr>
            <w:tcW w:type="dxa" w:w="2880"/>
          </w:tcPr>
          <w:p>
            <w:r>
              <w:t>2026-08-03</w:t>
            </w:r>
          </w:p>
        </w:tc>
        <w:tc>
          <w:tcPr>
            <w:tcW w:type="dxa" w:w="2880"/>
          </w:tcPr>
          <w:p>
            <w:r>
              <w:t>irrigate</w:t>
            </w:r>
          </w:p>
        </w:tc>
        <w:tc>
          <w:tcPr>
            <w:tcW w:type="dxa" w:w="2880"/>
          </w:tcPr>
          <w:p>
            <w:r>
              <w:t>5</w:t>
            </w:r>
          </w:p>
        </w:tc>
      </w:tr>
      <w:tr>
        <w:tc>
          <w:tcPr>
            <w:tcW w:type="dxa" w:w="2880"/>
          </w:tcPr>
          <w:p>
            <w:r>
              <w:t>2026-08-03</w:t>
            </w:r>
          </w:p>
        </w:tc>
        <w:tc>
          <w:tcPr>
            <w:tcW w:type="dxa" w:w="2880"/>
          </w:tcPr>
          <w:p>
            <w:r>
              <w:t>spray</w:t>
            </w:r>
          </w:p>
        </w:tc>
        <w:tc>
          <w:tcPr>
            <w:tcW w:type="dxa" w:w="2880"/>
          </w:tcPr>
          <w:p>
            <w:r>
              <w:t>2</w:t>
            </w:r>
          </w:p>
        </w:tc>
      </w:tr>
      <w:tr>
        <w:tc>
          <w:tcPr>
            <w:tcW w:type="dxa" w:w="2880"/>
          </w:tcPr>
          <w:p>
            <w:r>
              <w:t>2026-08-03</w:t>
            </w:r>
          </w:p>
        </w:tc>
        <w:tc>
          <w:tcPr>
            <w:tcW w:type="dxa" w:w="2880"/>
          </w:tcPr>
          <w:p>
            <w:r>
              <w:t>fertilize</w:t>
            </w:r>
          </w:p>
        </w:tc>
        <w:tc>
          <w:tcPr>
            <w:tcW w:type="dxa" w:w="2880"/>
          </w:tcPr>
          <w:p>
            <w:r>
              <w:t>2</w:t>
            </w:r>
          </w:p>
        </w:tc>
      </w:tr>
      <w:tr>
        <w:tc>
          <w:tcPr>
            <w:tcW w:type="dxa" w:w="2880"/>
          </w:tcPr>
          <w:p>
            <w:r>
              <w:t>2026-08-10</w:t>
            </w:r>
          </w:p>
        </w:tc>
        <w:tc>
          <w:tcPr>
            <w:tcW w:type="dxa" w:w="2880"/>
          </w:tcPr>
          <w:p>
            <w:r>
              <w:t>cultivate</w:t>
            </w:r>
          </w:p>
        </w:tc>
        <w:tc>
          <w:tcPr>
            <w:tcW w:type="dxa" w:w="2880"/>
          </w:tcPr>
          <w:p>
            <w:r>
              <w:t>3</w:t>
            </w:r>
          </w:p>
        </w:tc>
      </w:tr>
      <w:tr>
        <w:tc>
          <w:tcPr>
            <w:tcW w:type="dxa" w:w="2880"/>
          </w:tcPr>
          <w:p>
            <w:r>
              <w:t>2026-08-10</w:t>
            </w:r>
          </w:p>
        </w:tc>
        <w:tc>
          <w:tcPr>
            <w:tcW w:type="dxa" w:w="2880"/>
          </w:tcPr>
          <w:p>
            <w:r>
              <w:t>irrigate</w:t>
            </w:r>
          </w:p>
        </w:tc>
        <w:tc>
          <w:tcPr>
            <w:tcW w:type="dxa" w:w="2880"/>
          </w:tcPr>
          <w:p>
            <w:r>
              <w:t>1</w:t>
            </w:r>
          </w:p>
        </w:tc>
      </w:tr>
      <w:tr>
        <w:tc>
          <w:tcPr>
            <w:tcW w:type="dxa" w:w="2880"/>
          </w:tcPr>
          <w:p>
            <w:r>
              <w:t>2026-08-10</w:t>
            </w:r>
          </w:p>
        </w:tc>
        <w:tc>
          <w:tcPr>
            <w:tcW w:type="dxa" w:w="2880"/>
          </w:tcPr>
          <w:p>
            <w:r>
              <w:t>spray</w:t>
            </w:r>
          </w:p>
        </w:tc>
        <w:tc>
          <w:tcPr>
            <w:tcW w:type="dxa" w:w="2880"/>
          </w:tcPr>
          <w:p>
            <w:r>
              <w:t>1</w:t>
            </w:r>
          </w:p>
        </w:tc>
      </w:tr>
      <w:tr>
        <w:tc>
          <w:tcPr>
            <w:tcW w:type="dxa" w:w="2880"/>
          </w:tcPr>
          <w:p>
            <w:r>
              <w:t>2026-08-10</w:t>
            </w:r>
          </w:p>
        </w:tc>
        <w:tc>
          <w:tcPr>
            <w:tcW w:type="dxa" w:w="2880"/>
          </w:tcPr>
          <w:p>
            <w:r>
              <w:t>fertilize</w:t>
            </w:r>
          </w:p>
        </w:tc>
        <w:tc>
          <w:tcPr>
            <w:tcW w:type="dxa" w:w="2880"/>
          </w:tcPr>
          <w:p>
            <w:r>
              <w:t>2</w:t>
            </w:r>
          </w:p>
        </w:tc>
      </w:tr>
      <w:tr>
        <w:tc>
          <w:tcPr>
            <w:tcW w:type="dxa" w:w="2880"/>
          </w:tcPr>
          <w:p>
            <w:r>
              <w:t>2026-08-17</w:t>
            </w:r>
          </w:p>
        </w:tc>
        <w:tc>
          <w:tcPr>
            <w:tcW w:type="dxa" w:w="2880"/>
          </w:tcPr>
          <w:p>
            <w:r>
              <w:t>cultivate</w:t>
            </w:r>
          </w:p>
        </w:tc>
        <w:tc>
          <w:tcPr>
            <w:tcW w:type="dxa" w:w="2880"/>
          </w:tcPr>
          <w:p>
            <w:r>
              <w:t>1</w:t>
            </w:r>
          </w:p>
        </w:tc>
      </w:tr>
      <w:tr>
        <w:tc>
          <w:tcPr>
            <w:tcW w:type="dxa" w:w="2880"/>
          </w:tcPr>
          <w:p>
            <w:r>
              <w:t>2026-08-17</w:t>
            </w:r>
          </w:p>
        </w:tc>
        <w:tc>
          <w:tcPr>
            <w:tcW w:type="dxa" w:w="2880"/>
          </w:tcPr>
          <w:p>
            <w:r>
              <w:t>irrigate</w:t>
            </w:r>
          </w:p>
        </w:tc>
        <w:tc>
          <w:tcPr>
            <w:tcW w:type="dxa" w:w="2880"/>
          </w:tcPr>
          <w:p>
            <w:r>
              <w:t>2</w:t>
            </w:r>
          </w:p>
        </w:tc>
      </w:tr>
      <w:tr>
        <w:tc>
          <w:tcPr>
            <w:tcW w:type="dxa" w:w="2880"/>
          </w:tcPr>
          <w:p>
            <w:r>
              <w:t>2026-08-17</w:t>
            </w:r>
          </w:p>
        </w:tc>
        <w:tc>
          <w:tcPr>
            <w:tcW w:type="dxa" w:w="2880"/>
          </w:tcPr>
          <w:p>
            <w:r>
              <w:t>spray</w:t>
            </w:r>
          </w:p>
        </w:tc>
        <w:tc>
          <w:tcPr>
            <w:tcW w:type="dxa" w:w="2880"/>
          </w:tcPr>
          <w:p>
            <w:r>
              <w:t>2</w:t>
            </w:r>
          </w:p>
        </w:tc>
      </w:tr>
      <w:tr>
        <w:tc>
          <w:tcPr>
            <w:tcW w:type="dxa" w:w="2880"/>
          </w:tcPr>
          <w:p>
            <w:r>
              <w:t>2026-08-17</w:t>
            </w:r>
          </w:p>
        </w:tc>
        <w:tc>
          <w:tcPr>
            <w:tcW w:type="dxa" w:w="2880"/>
          </w:tcPr>
          <w:p>
            <w:r>
              <w:t>fertilize</w:t>
            </w:r>
          </w:p>
        </w:tc>
        <w:tc>
          <w:tcPr>
            <w:tcW w:type="dxa" w:w="2880"/>
          </w:tcPr>
          <w:p>
            <w:r>
              <w:t>6</w:t>
            </w:r>
          </w:p>
        </w:tc>
      </w:tr>
      <w:tr>
        <w:tc>
          <w:tcPr>
            <w:tcW w:type="dxa" w:w="2880"/>
          </w:tcPr>
          <w:p>
            <w:r>
              <w:t>2026-08-24</w:t>
            </w:r>
          </w:p>
        </w:tc>
        <w:tc>
          <w:tcPr>
            <w:tcW w:type="dxa" w:w="2880"/>
          </w:tcPr>
          <w:p>
            <w:r>
              <w:t>cultivate</w:t>
            </w:r>
          </w:p>
        </w:tc>
        <w:tc>
          <w:tcPr>
            <w:tcW w:type="dxa" w:w="2880"/>
          </w:tcPr>
          <w:p>
            <w:r>
              <w:t>0</w:t>
            </w:r>
          </w:p>
        </w:tc>
      </w:tr>
      <w:tr>
        <w:tc>
          <w:tcPr>
            <w:tcW w:type="dxa" w:w="2880"/>
          </w:tcPr>
          <w:p>
            <w:r>
              <w:t>2026-08-24</w:t>
            </w:r>
          </w:p>
        </w:tc>
        <w:tc>
          <w:tcPr>
            <w:tcW w:type="dxa" w:w="2880"/>
          </w:tcPr>
          <w:p>
            <w:r>
              <w:t>irrigate</w:t>
            </w:r>
          </w:p>
        </w:tc>
        <w:tc>
          <w:tcPr>
            <w:tcW w:type="dxa" w:w="2880"/>
          </w:tcPr>
          <w:p>
            <w:r>
              <w:t>0</w:t>
            </w:r>
          </w:p>
        </w:tc>
      </w:tr>
      <w:tr>
        <w:tc>
          <w:tcPr>
            <w:tcW w:type="dxa" w:w="2880"/>
          </w:tcPr>
          <w:p>
            <w:r>
              <w:t>2026-08-24</w:t>
            </w:r>
          </w:p>
        </w:tc>
        <w:tc>
          <w:tcPr>
            <w:tcW w:type="dxa" w:w="2880"/>
          </w:tcPr>
          <w:p>
            <w:r>
              <w:t>spray</w:t>
            </w:r>
          </w:p>
        </w:tc>
        <w:tc>
          <w:tcPr>
            <w:tcW w:type="dxa" w:w="2880"/>
          </w:tcPr>
          <w:p>
            <w:r>
              <w:t>3</w:t>
            </w:r>
          </w:p>
        </w:tc>
      </w:tr>
      <w:tr>
        <w:tc>
          <w:tcPr>
            <w:tcW w:type="dxa" w:w="2880"/>
          </w:tcPr>
          <w:p>
            <w:r>
              <w:t>2026-08-24</w:t>
            </w:r>
          </w:p>
        </w:tc>
        <w:tc>
          <w:tcPr>
            <w:tcW w:type="dxa" w:w="2880"/>
          </w:tcPr>
          <w:p>
            <w:r>
              <w:t>fertilize</w:t>
            </w:r>
          </w:p>
        </w:tc>
        <w:tc>
          <w:tcPr>
            <w:tcW w:type="dxa" w:w="2880"/>
          </w:tcPr>
          <w:p>
            <w:r>
              <w:t>1</w:t>
            </w:r>
          </w:p>
        </w:tc>
      </w:tr>
      <w:tr>
        <w:tc>
          <w:tcPr>
            <w:tcW w:type="dxa" w:w="2880"/>
          </w:tcPr>
          <w:p>
            <w:r>
              <w:t>2026-08-31</w:t>
            </w:r>
          </w:p>
        </w:tc>
        <w:tc>
          <w:tcPr>
            <w:tcW w:type="dxa" w:w="2880"/>
          </w:tcPr>
          <w:p>
            <w:r>
              <w:t>cultivate</w:t>
            </w:r>
          </w:p>
        </w:tc>
        <w:tc>
          <w:tcPr>
            <w:tcW w:type="dxa" w:w="2880"/>
          </w:tcPr>
          <w:p>
            <w:r>
              <w:t>1</w:t>
            </w:r>
          </w:p>
        </w:tc>
      </w:tr>
      <w:tr>
        <w:tc>
          <w:tcPr>
            <w:tcW w:type="dxa" w:w="2880"/>
          </w:tcPr>
          <w:p>
            <w:r>
              <w:t>2026-08-31</w:t>
            </w:r>
          </w:p>
        </w:tc>
        <w:tc>
          <w:tcPr>
            <w:tcW w:type="dxa" w:w="2880"/>
          </w:tcPr>
          <w:p>
            <w:r>
              <w:t>irrigate</w:t>
            </w:r>
          </w:p>
        </w:tc>
        <w:tc>
          <w:tcPr>
            <w:tcW w:type="dxa" w:w="2880"/>
          </w:tcPr>
          <w:p>
            <w:r>
              <w:t>0</w:t>
            </w:r>
          </w:p>
        </w:tc>
      </w:tr>
      <w:tr>
        <w:tc>
          <w:tcPr>
            <w:tcW w:type="dxa" w:w="2880"/>
          </w:tcPr>
          <w:p>
            <w:r>
              <w:t>2026-08-31</w:t>
            </w:r>
          </w:p>
        </w:tc>
        <w:tc>
          <w:tcPr>
            <w:tcW w:type="dxa" w:w="2880"/>
          </w:tcPr>
          <w:p>
            <w:r>
              <w:t>spray</w:t>
            </w:r>
          </w:p>
        </w:tc>
        <w:tc>
          <w:tcPr>
            <w:tcW w:type="dxa" w:w="2880"/>
          </w:tcPr>
          <w:p>
            <w:r>
              <w:t>0</w:t>
            </w:r>
          </w:p>
        </w:tc>
      </w:tr>
      <w:tr>
        <w:tc>
          <w:tcPr>
            <w:tcW w:type="dxa" w:w="2880"/>
          </w:tcPr>
          <w:p>
            <w:r>
              <w:t>2026-08-31</w:t>
            </w:r>
          </w:p>
        </w:tc>
        <w:tc>
          <w:tcPr>
            <w:tcW w:type="dxa" w:w="2880"/>
          </w:tcPr>
          <w:p>
            <w:r>
              <w:t>fertilize</w:t>
            </w:r>
          </w:p>
        </w:tc>
        <w:tc>
          <w:tcPr>
            <w:tcW w:type="dxa" w:w="2880"/>
          </w:tcPr>
          <w:p>
            <w:r>
              <w:t>1</w:t>
            </w:r>
          </w:p>
        </w:tc>
      </w:tr>
      <w:tr>
        <w:tc>
          <w:tcPr>
            <w:tcW w:type="dxa" w:w="2880"/>
          </w:tcPr>
          <w:p>
            <w:r>
              <w:t>2026-09-07</w:t>
            </w:r>
          </w:p>
        </w:tc>
        <w:tc>
          <w:tcPr>
            <w:tcW w:type="dxa" w:w="2880"/>
          </w:tcPr>
          <w:p>
            <w:r>
              <w:t>cultivate</w:t>
            </w:r>
          </w:p>
        </w:tc>
        <w:tc>
          <w:tcPr>
            <w:tcW w:type="dxa" w:w="2880"/>
          </w:tcPr>
          <w:p>
            <w:r>
              <w:t>3</w:t>
            </w:r>
          </w:p>
        </w:tc>
      </w:tr>
      <w:tr>
        <w:tc>
          <w:tcPr>
            <w:tcW w:type="dxa" w:w="2880"/>
          </w:tcPr>
          <w:p>
            <w:r>
              <w:t>2026-09-07</w:t>
            </w:r>
          </w:p>
        </w:tc>
        <w:tc>
          <w:tcPr>
            <w:tcW w:type="dxa" w:w="2880"/>
          </w:tcPr>
          <w:p>
            <w:r>
              <w:t>irrigate</w:t>
            </w:r>
          </w:p>
        </w:tc>
        <w:tc>
          <w:tcPr>
            <w:tcW w:type="dxa" w:w="2880"/>
          </w:tcPr>
          <w:p>
            <w:r>
              <w:t>1</w:t>
            </w:r>
          </w:p>
        </w:tc>
      </w:tr>
      <w:tr>
        <w:tc>
          <w:tcPr>
            <w:tcW w:type="dxa" w:w="2880"/>
          </w:tcPr>
          <w:p>
            <w:r>
              <w:t>2026-09-07</w:t>
            </w:r>
          </w:p>
        </w:tc>
        <w:tc>
          <w:tcPr>
            <w:tcW w:type="dxa" w:w="2880"/>
          </w:tcPr>
          <w:p>
            <w:r>
              <w:t>spray</w:t>
            </w:r>
          </w:p>
        </w:tc>
        <w:tc>
          <w:tcPr>
            <w:tcW w:type="dxa" w:w="2880"/>
          </w:tcPr>
          <w:p>
            <w:r>
              <w:t>1</w:t>
            </w:r>
          </w:p>
        </w:tc>
      </w:tr>
      <w:tr>
        <w:tc>
          <w:tcPr>
            <w:tcW w:type="dxa" w:w="2880"/>
          </w:tcPr>
          <w:p>
            <w:r>
              <w:t>2026-09-07</w:t>
            </w:r>
          </w:p>
        </w:tc>
        <w:tc>
          <w:tcPr>
            <w:tcW w:type="dxa" w:w="2880"/>
          </w:tcPr>
          <w:p>
            <w:r>
              <w:t>fertilize</w:t>
            </w:r>
          </w:p>
        </w:tc>
        <w:tc>
          <w:tcPr>
            <w:tcW w:type="dxa" w:w="2880"/>
          </w:tcPr>
          <w:p>
            <w:r>
              <w:t>0</w:t>
            </w:r>
          </w:p>
        </w:tc>
      </w:tr>
      <w:tr>
        <w:tc>
          <w:tcPr>
            <w:tcW w:type="dxa" w:w="2880"/>
          </w:tcPr>
          <w:p>
            <w:r>
              <w:t>2026-09-14</w:t>
            </w:r>
          </w:p>
        </w:tc>
        <w:tc>
          <w:tcPr>
            <w:tcW w:type="dxa" w:w="2880"/>
          </w:tcPr>
          <w:p>
            <w:r>
              <w:t>cultivate</w:t>
            </w:r>
          </w:p>
        </w:tc>
        <w:tc>
          <w:tcPr>
            <w:tcW w:type="dxa" w:w="2880"/>
          </w:tcPr>
          <w:p>
            <w:r>
              <w:t>0</w:t>
            </w:r>
          </w:p>
        </w:tc>
      </w:tr>
      <w:tr>
        <w:tc>
          <w:tcPr>
            <w:tcW w:type="dxa" w:w="2880"/>
          </w:tcPr>
          <w:p>
            <w:r>
              <w:t>2026-09-14</w:t>
            </w:r>
          </w:p>
        </w:tc>
        <w:tc>
          <w:tcPr>
            <w:tcW w:type="dxa" w:w="2880"/>
          </w:tcPr>
          <w:p>
            <w:r>
              <w:t>irrigate</w:t>
            </w:r>
          </w:p>
        </w:tc>
        <w:tc>
          <w:tcPr>
            <w:tcW w:type="dxa" w:w="2880"/>
          </w:tcPr>
          <w:p>
            <w:r>
              <w:t>2</w:t>
            </w:r>
          </w:p>
        </w:tc>
      </w:tr>
      <w:tr>
        <w:tc>
          <w:tcPr>
            <w:tcW w:type="dxa" w:w="2880"/>
          </w:tcPr>
          <w:p>
            <w:r>
              <w:t>2026-09-14</w:t>
            </w:r>
          </w:p>
        </w:tc>
        <w:tc>
          <w:tcPr>
            <w:tcW w:type="dxa" w:w="2880"/>
          </w:tcPr>
          <w:p>
            <w:r>
              <w:t>spray</w:t>
            </w:r>
          </w:p>
        </w:tc>
        <w:tc>
          <w:tcPr>
            <w:tcW w:type="dxa" w:w="2880"/>
          </w:tcPr>
          <w:p>
            <w:r>
              <w:t>2</w:t>
            </w:r>
          </w:p>
        </w:tc>
      </w:tr>
      <w:tr>
        <w:tc>
          <w:tcPr>
            <w:tcW w:type="dxa" w:w="2880"/>
          </w:tcPr>
          <w:p>
            <w:r>
              <w:t>2026-09-14</w:t>
            </w:r>
          </w:p>
        </w:tc>
        <w:tc>
          <w:tcPr>
            <w:tcW w:type="dxa" w:w="2880"/>
          </w:tcPr>
          <w:p>
            <w:r>
              <w:t>fertilize</w:t>
            </w:r>
          </w:p>
        </w:tc>
        <w:tc>
          <w:tcPr>
            <w:tcW w:type="dxa" w:w="2880"/>
          </w:tcPr>
          <w:p>
            <w:r>
              <w:t>3</w:t>
            </w:r>
          </w:p>
        </w:tc>
      </w:tr>
      <w:tr>
        <w:tc>
          <w:tcPr>
            <w:tcW w:type="dxa" w:w="2880"/>
          </w:tcPr>
          <w:p>
            <w:r>
              <w:t>2026-09-21</w:t>
            </w:r>
          </w:p>
        </w:tc>
        <w:tc>
          <w:tcPr>
            <w:tcW w:type="dxa" w:w="2880"/>
          </w:tcPr>
          <w:p>
            <w:r>
              <w:t>cultivate</w:t>
            </w:r>
          </w:p>
        </w:tc>
        <w:tc>
          <w:tcPr>
            <w:tcW w:type="dxa" w:w="2880"/>
          </w:tcPr>
          <w:p>
            <w:r>
              <w:t>2</w:t>
            </w:r>
          </w:p>
        </w:tc>
      </w:tr>
      <w:tr>
        <w:tc>
          <w:tcPr>
            <w:tcW w:type="dxa" w:w="2880"/>
          </w:tcPr>
          <w:p>
            <w:r>
              <w:t>2026-09-21</w:t>
            </w:r>
          </w:p>
        </w:tc>
        <w:tc>
          <w:tcPr>
            <w:tcW w:type="dxa" w:w="2880"/>
          </w:tcPr>
          <w:p>
            <w:r>
              <w:t>irrigate</w:t>
            </w:r>
          </w:p>
        </w:tc>
        <w:tc>
          <w:tcPr>
            <w:tcW w:type="dxa" w:w="2880"/>
          </w:tcPr>
          <w:p>
            <w:r>
              <w:t>1</w:t>
            </w:r>
          </w:p>
        </w:tc>
      </w:tr>
      <w:tr>
        <w:tc>
          <w:tcPr>
            <w:tcW w:type="dxa" w:w="2880"/>
          </w:tcPr>
          <w:p>
            <w:r>
              <w:t>2026-09-21</w:t>
            </w:r>
          </w:p>
        </w:tc>
        <w:tc>
          <w:tcPr>
            <w:tcW w:type="dxa" w:w="2880"/>
          </w:tcPr>
          <w:p>
            <w:r>
              <w:t>spray</w:t>
            </w:r>
          </w:p>
        </w:tc>
        <w:tc>
          <w:tcPr>
            <w:tcW w:type="dxa" w:w="2880"/>
          </w:tcPr>
          <w:p>
            <w:r>
              <w:t>4</w:t>
            </w:r>
          </w:p>
        </w:tc>
      </w:tr>
      <w:tr>
        <w:tc>
          <w:tcPr>
            <w:tcW w:type="dxa" w:w="2880"/>
          </w:tcPr>
          <w:p>
            <w:r>
              <w:t>2026-09-21</w:t>
            </w:r>
          </w:p>
        </w:tc>
        <w:tc>
          <w:tcPr>
            <w:tcW w:type="dxa" w:w="2880"/>
          </w:tcPr>
          <w:p>
            <w:r>
              <w:t>fertilize</w:t>
            </w:r>
          </w:p>
        </w:tc>
        <w:tc>
          <w:tcPr>
            <w:tcW w:type="dxa" w:w="2880"/>
          </w:tcPr>
          <w:p>
            <w:r>
              <w:t>5</w:t>
            </w:r>
          </w:p>
        </w:tc>
      </w:tr>
    </w:tbl>
    <w:p/>
    <w:p>
      <w:pPr>
        <w:pStyle w:val="Heading2"/>
      </w:pPr>
      <w:r>
        <w:t>Figure 26. Summarize within: Fields [79]</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43.1</w:t>
            </w:r>
          </w:p>
        </w:tc>
        <w:tc>
          <w:tcPr>
            <w:tcW w:type="dxa" w:w="2880"/>
          </w:tcPr>
          <w:p>
            <w:r>
              <w:t>43.1</w:t>
            </w:r>
          </w:p>
        </w:tc>
        <w:tc>
          <w:tcPr>
            <w:tcW w:type="dxa" w:w="2880"/>
          </w:tcPr>
          <w:p>
            <w:r>
              <w:t>60</w:t>
            </w:r>
          </w:p>
        </w:tc>
      </w:tr>
    </w:tbl>
    <w:p/>
    <w:p>
      <w:pPr>
        <w:pStyle w:val="Heading2"/>
      </w:pPr>
      <w:r>
        <w:t>Figure 27. Summarize within: Fields [80]</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2</w:t>
            </w:r>
          </w:p>
        </w:tc>
        <w:tc>
          <w:tcPr>
            <w:tcW w:type="dxa" w:w="2880"/>
          </w:tcPr>
          <w:p>
            <w:r>
              <w:t>9.143</w:t>
            </w:r>
          </w:p>
        </w:tc>
        <w:tc>
          <w:tcPr>
            <w:tcW w:type="dxa" w:w="2880"/>
          </w:tcPr>
          <w:p>
            <w:r>
              <w:t>43</w:t>
            </w:r>
          </w:p>
        </w:tc>
      </w:tr>
      <w:tr>
        <w:tc>
          <w:tcPr>
            <w:tcW w:type="dxa" w:w="2880"/>
          </w:tcPr>
          <w:p>
            <w:r>
              <w:t>9.143</w:t>
            </w:r>
          </w:p>
        </w:tc>
        <w:tc>
          <w:tcPr>
            <w:tcW w:type="dxa" w:w="2880"/>
          </w:tcPr>
          <w:p>
            <w:r>
              <w:t>16.29</w:t>
            </w:r>
          </w:p>
        </w:tc>
        <w:tc>
          <w:tcPr>
            <w:tcW w:type="dxa" w:w="2880"/>
          </w:tcPr>
          <w:p>
            <w:r>
              <w:t>13</w:t>
            </w:r>
          </w:p>
        </w:tc>
      </w:tr>
      <w:tr>
        <w:tc>
          <w:tcPr>
            <w:tcW w:type="dxa" w:w="2880"/>
          </w:tcPr>
          <w:p>
            <w:r>
              <w:t>16.29</w:t>
            </w:r>
          </w:p>
        </w:tc>
        <w:tc>
          <w:tcPr>
            <w:tcW w:type="dxa" w:w="2880"/>
          </w:tcPr>
          <w:p>
            <w:r>
              <w:t>23.43</w:t>
            </w:r>
          </w:p>
        </w:tc>
        <w:tc>
          <w:tcPr>
            <w:tcW w:type="dxa" w:w="2880"/>
          </w:tcPr>
          <w:p>
            <w:r>
              <w:t>3</w:t>
            </w:r>
          </w:p>
        </w:tc>
      </w:tr>
      <w:tr>
        <w:tc>
          <w:tcPr>
            <w:tcW w:type="dxa" w:w="2880"/>
          </w:tcPr>
          <w:p>
            <w:r>
              <w:t>23.43</w:t>
            </w:r>
          </w:p>
        </w:tc>
        <w:tc>
          <w:tcPr>
            <w:tcW w:type="dxa" w:w="2880"/>
          </w:tcPr>
          <w:p>
            <w:r>
              <w:t>30.57</w:t>
            </w:r>
          </w:p>
        </w:tc>
        <w:tc>
          <w:tcPr>
            <w:tcW w:type="dxa" w:w="2880"/>
          </w:tcPr>
          <w:p>
            <w:r>
              <w:t>0</w:t>
            </w:r>
          </w:p>
        </w:tc>
      </w:tr>
      <w:tr>
        <w:tc>
          <w:tcPr>
            <w:tcW w:type="dxa" w:w="2880"/>
          </w:tcPr>
          <w:p>
            <w:r>
              <w:t>30.57</w:t>
            </w:r>
          </w:p>
        </w:tc>
        <w:tc>
          <w:tcPr>
            <w:tcW w:type="dxa" w:w="2880"/>
          </w:tcPr>
          <w:p>
            <w:r>
              <w:t>37.71</w:t>
            </w:r>
          </w:p>
        </w:tc>
        <w:tc>
          <w:tcPr>
            <w:tcW w:type="dxa" w:w="2880"/>
          </w:tcPr>
          <w:p>
            <w:r>
              <w:t>0</w:t>
            </w:r>
          </w:p>
        </w:tc>
      </w:tr>
      <w:tr>
        <w:tc>
          <w:tcPr>
            <w:tcW w:type="dxa" w:w="2880"/>
          </w:tcPr>
          <w:p>
            <w:r>
              <w:t>37.71</w:t>
            </w:r>
          </w:p>
        </w:tc>
        <w:tc>
          <w:tcPr>
            <w:tcW w:type="dxa" w:w="2880"/>
          </w:tcPr>
          <w:p>
            <w:r>
              <w:t>44.86</w:t>
            </w:r>
          </w:p>
        </w:tc>
        <w:tc>
          <w:tcPr>
            <w:tcW w:type="dxa" w:w="2880"/>
          </w:tcPr>
          <w:p>
            <w:r>
              <w:t>0</w:t>
            </w:r>
          </w:p>
        </w:tc>
      </w:tr>
      <w:tr>
        <w:tc>
          <w:tcPr>
            <w:tcW w:type="dxa" w:w="2880"/>
          </w:tcPr>
          <w:p>
            <w:r>
              <w:t>44.86</w:t>
            </w:r>
          </w:p>
        </w:tc>
        <w:tc>
          <w:tcPr>
            <w:tcW w:type="dxa" w:w="2880"/>
          </w:tcPr>
          <w:p>
            <w:r>
              <w:t>52</w:t>
            </w:r>
          </w:p>
        </w:tc>
        <w:tc>
          <w:tcPr>
            <w:tcW w:type="dxa" w:w="2880"/>
          </w:tcPr>
          <w:p>
            <w:r>
              <w:t>1</w:t>
            </w:r>
          </w:p>
        </w:tc>
      </w:tr>
    </w:tbl>
    <w:p/>
    <w:p>
      <w:pPr>
        <w:pStyle w:val="Heading2"/>
      </w:pPr>
      <w:r>
        <w:t>Figure 28. Summarize within: Fields [81]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43.1</w:t>
            </w:r>
          </w:p>
        </w:tc>
        <w:tc>
          <w:tcPr>
            <w:tcW w:type="dxa" w:w="2880"/>
          </w:tcPr>
          <w:p>
            <w:r>
              <w:t>43.1</w:t>
            </w:r>
          </w:p>
        </w:tc>
        <w:tc>
          <w:tcPr>
            <w:tcW w:type="dxa" w:w="2880"/>
          </w:tcPr>
          <w:p>
            <w:r>
              <w:t>60</w:t>
            </w:r>
          </w:p>
        </w:tc>
      </w:tr>
    </w:tbl>
    <w:p/>
    <w:p>
      <w:pPr>
        <w:pStyle w:val="Heading2"/>
      </w:pPr>
      <w:r>
        <w:t>Figure 29. Emerging hot spots: Pest scouting [82]</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-0.586</w:t>
            </w:r>
          </w:p>
        </w:tc>
        <w:tc>
          <w:tcPr>
            <w:tcW w:type="dxa" w:w="2880"/>
          </w:tcPr>
          <w:p>
            <w:r>
              <w:t>-0.4111</w:t>
            </w:r>
          </w:p>
        </w:tc>
        <w:tc>
          <w:tcPr>
            <w:tcW w:type="dxa" w:w="2880"/>
          </w:tcPr>
          <w:p>
            <w:r>
              <w:t>28</w:t>
            </w:r>
          </w:p>
        </w:tc>
      </w:tr>
      <w:tr>
        <w:tc>
          <w:tcPr>
            <w:tcW w:type="dxa" w:w="2880"/>
          </w:tcPr>
          <w:p>
            <w:r>
              <w:t>-0.4111</w:t>
            </w:r>
          </w:p>
        </w:tc>
        <w:tc>
          <w:tcPr>
            <w:tcW w:type="dxa" w:w="2880"/>
          </w:tcPr>
          <w:p>
            <w:r>
              <w:t>-0.2363</w:t>
            </w:r>
          </w:p>
        </w:tc>
        <w:tc>
          <w:tcPr>
            <w:tcW w:type="dxa" w:w="2880"/>
          </w:tcPr>
          <w:p>
            <w:r>
              <w:t>10</w:t>
            </w:r>
          </w:p>
        </w:tc>
      </w:tr>
      <w:tr>
        <w:tc>
          <w:tcPr>
            <w:tcW w:type="dxa" w:w="2880"/>
          </w:tcPr>
          <w:p>
            <w:r>
              <w:t>-0.2363</w:t>
            </w:r>
          </w:p>
        </w:tc>
        <w:tc>
          <w:tcPr>
            <w:tcW w:type="dxa" w:w="2880"/>
          </w:tcPr>
          <w:p>
            <w:r>
              <w:t>-0.06143</w:t>
            </w:r>
          </w:p>
        </w:tc>
        <w:tc>
          <w:tcPr>
            <w:tcW w:type="dxa" w:w="2880"/>
          </w:tcPr>
          <w:p>
            <w:r>
              <w:t>0</w:t>
            </w:r>
          </w:p>
        </w:tc>
      </w:tr>
      <w:tr>
        <w:tc>
          <w:tcPr>
            <w:tcW w:type="dxa" w:w="2880"/>
          </w:tcPr>
          <w:p>
            <w:r>
              <w:t>-0.06143</w:t>
            </w:r>
          </w:p>
        </w:tc>
        <w:tc>
          <w:tcPr>
            <w:tcW w:type="dxa" w:w="2880"/>
          </w:tcPr>
          <w:p>
            <w:r>
              <w:t>0.1134</w:t>
            </w:r>
          </w:p>
        </w:tc>
        <w:tc>
          <w:tcPr>
            <w:tcW w:type="dxa" w:w="2880"/>
          </w:tcPr>
          <w:p>
            <w:r>
              <w:t>4</w:t>
            </w:r>
          </w:p>
        </w:tc>
      </w:tr>
      <w:tr>
        <w:tc>
          <w:tcPr>
            <w:tcW w:type="dxa" w:w="2880"/>
          </w:tcPr>
          <w:p>
            <w:r>
              <w:t>0.1134</w:t>
            </w:r>
          </w:p>
        </w:tc>
        <w:tc>
          <w:tcPr>
            <w:tcW w:type="dxa" w:w="2880"/>
          </w:tcPr>
          <w:p>
            <w:r>
              <w:t>0.2883</w:t>
            </w:r>
          </w:p>
        </w:tc>
        <w:tc>
          <w:tcPr>
            <w:tcW w:type="dxa" w:w="2880"/>
          </w:tcPr>
          <w:p>
            <w:r>
              <w:t>0</w:t>
            </w:r>
          </w:p>
        </w:tc>
      </w:tr>
      <w:tr>
        <w:tc>
          <w:tcPr>
            <w:tcW w:type="dxa" w:w="2880"/>
          </w:tcPr>
          <w:p>
            <w:r>
              <w:t>0.2883</w:t>
            </w:r>
          </w:p>
        </w:tc>
        <w:tc>
          <w:tcPr>
            <w:tcW w:type="dxa" w:w="2880"/>
          </w:tcPr>
          <w:p>
            <w:r>
              <w:t>0.4631</w:t>
            </w:r>
          </w:p>
        </w:tc>
        <w:tc>
          <w:tcPr>
            <w:tcW w:type="dxa" w:w="2880"/>
          </w:tcPr>
          <w:p>
            <w:r>
              <w:t>5</w:t>
            </w:r>
          </w:p>
        </w:tc>
      </w:tr>
      <w:tr>
        <w:tc>
          <w:tcPr>
            <w:tcW w:type="dxa" w:w="2880"/>
          </w:tcPr>
          <w:p>
            <w:r>
              <w:t>0.4631</w:t>
            </w:r>
          </w:p>
        </w:tc>
        <w:tc>
          <w:tcPr>
            <w:tcW w:type="dxa" w:w="2880"/>
          </w:tcPr>
          <w:p>
            <w:r>
              <w:t>0.638</w:t>
            </w:r>
          </w:p>
        </w:tc>
        <w:tc>
          <w:tcPr>
            <w:tcW w:type="dxa" w:w="2880"/>
          </w:tcPr>
          <w:p>
            <w:r>
              <w:t>1</w:t>
            </w:r>
          </w:p>
        </w:tc>
      </w:tr>
    </w:tbl>
    <w:p/>
    <w:p>
      <w:pPr>
        <w:pStyle w:val="Heading2"/>
      </w:pPr>
      <w:r>
        <w:t>Figure 30. Emerging hot spots: Soil samples [83]</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-1.356</w:t>
            </w:r>
          </w:p>
        </w:tc>
        <w:tc>
          <w:tcPr>
            <w:tcW w:type="dxa" w:w="2880"/>
          </w:tcPr>
          <w:p>
            <w:r>
              <w:t>-0.7807</w:t>
            </w:r>
          </w:p>
        </w:tc>
        <w:tc>
          <w:tcPr>
            <w:tcW w:type="dxa" w:w="2880"/>
          </w:tcPr>
          <w:p>
            <w:r>
              <w:t>14</w:t>
            </w:r>
          </w:p>
        </w:tc>
      </w:tr>
      <w:tr>
        <w:tc>
          <w:tcPr>
            <w:tcW w:type="dxa" w:w="2880"/>
          </w:tcPr>
          <w:p>
            <w:r>
              <w:t>-0.7807</w:t>
            </w:r>
          </w:p>
        </w:tc>
        <w:tc>
          <w:tcPr>
            <w:tcW w:type="dxa" w:w="2880"/>
          </w:tcPr>
          <w:p>
            <w:r>
              <w:t>-0.2054</w:t>
            </w:r>
          </w:p>
        </w:tc>
        <w:tc>
          <w:tcPr>
            <w:tcW w:type="dxa" w:w="2880"/>
          </w:tcPr>
          <w:p>
            <w:r>
              <w:t>0</w:t>
            </w:r>
          </w:p>
        </w:tc>
      </w:tr>
      <w:tr>
        <w:tc>
          <w:tcPr>
            <w:tcW w:type="dxa" w:w="2880"/>
          </w:tcPr>
          <w:p>
            <w:r>
              <w:t>-0.2054</w:t>
            </w:r>
          </w:p>
        </w:tc>
        <w:tc>
          <w:tcPr>
            <w:tcW w:type="dxa" w:w="2880"/>
          </w:tcPr>
          <w:p>
            <w:r>
              <w:t>0.3699</w:t>
            </w:r>
          </w:p>
        </w:tc>
        <w:tc>
          <w:tcPr>
            <w:tcW w:type="dxa" w:w="2880"/>
          </w:tcPr>
          <w:p>
            <w:r>
              <w:t>14</w:t>
            </w:r>
          </w:p>
        </w:tc>
      </w:tr>
      <w:tr>
        <w:tc>
          <w:tcPr>
            <w:tcW w:type="dxa" w:w="2880"/>
          </w:tcPr>
          <w:p>
            <w:r>
              <w:t>0.3699</w:t>
            </w:r>
          </w:p>
        </w:tc>
        <w:tc>
          <w:tcPr>
            <w:tcW w:type="dxa" w:w="2880"/>
          </w:tcPr>
          <w:p>
            <w:r>
              <w:t>0.9451</w:t>
            </w:r>
          </w:p>
        </w:tc>
        <w:tc>
          <w:tcPr>
            <w:tcW w:type="dxa" w:w="2880"/>
          </w:tcPr>
          <w:p>
            <w:r>
              <w:t>11</w:t>
            </w:r>
          </w:p>
        </w:tc>
      </w:tr>
      <w:tr>
        <w:tc>
          <w:tcPr>
            <w:tcW w:type="dxa" w:w="2880"/>
          </w:tcPr>
          <w:p>
            <w:r>
              <w:t>0.9451</w:t>
            </w:r>
          </w:p>
        </w:tc>
        <w:tc>
          <w:tcPr>
            <w:tcW w:type="dxa" w:w="2880"/>
          </w:tcPr>
          <w:p>
            <w:r>
              <w:t>1.52</w:t>
            </w:r>
          </w:p>
        </w:tc>
        <w:tc>
          <w:tcPr>
            <w:tcW w:type="dxa" w:w="2880"/>
          </w:tcPr>
          <w:p>
            <w:r>
              <w:t>5</w:t>
            </w:r>
          </w:p>
        </w:tc>
      </w:tr>
      <w:tr>
        <w:tc>
          <w:tcPr>
            <w:tcW w:type="dxa" w:w="2880"/>
          </w:tcPr>
          <w:p>
            <w:r>
              <w:t>1.52</w:t>
            </w:r>
          </w:p>
        </w:tc>
        <w:tc>
          <w:tcPr>
            <w:tcW w:type="dxa" w:w="2880"/>
          </w:tcPr>
          <w:p>
            <w:r>
              <w:t>2.096</w:t>
            </w:r>
          </w:p>
        </w:tc>
        <w:tc>
          <w:tcPr>
            <w:tcW w:type="dxa" w:w="2880"/>
          </w:tcPr>
          <w:p>
            <w:r>
              <w:t>0</w:t>
            </w:r>
          </w:p>
        </w:tc>
      </w:tr>
      <w:tr>
        <w:tc>
          <w:tcPr>
            <w:tcW w:type="dxa" w:w="2880"/>
          </w:tcPr>
          <w:p>
            <w:r>
              <w:t>2.096</w:t>
            </w:r>
          </w:p>
        </w:tc>
        <w:tc>
          <w:tcPr>
            <w:tcW w:type="dxa" w:w="2880"/>
          </w:tcPr>
          <w:p>
            <w:r>
              <w:t>2.671</w:t>
            </w:r>
          </w:p>
        </w:tc>
        <w:tc>
          <w:tcPr>
            <w:tcW w:type="dxa" w:w="2880"/>
          </w:tcPr>
          <w:p>
            <w:r>
              <w:t>7</w:t>
            </w:r>
          </w:p>
        </w:tc>
      </w:tr>
    </w:tbl>
    <w:p/>
    <w:p>
      <w:pPr>
        <w:pStyle w:val="Heading2"/>
      </w:pPr>
      <w:r>
        <w:t>Figure 31. Repeat and near repeat classification: Pest scouting [84]</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2026-03-30</w:t>
            </w:r>
          </w:p>
        </w:tc>
        <w:tc>
          <w:tcPr>
            <w:tcW w:type="dxa" w:w="2880"/>
          </w:tcPr>
          <w:p>
            <w:r>
              <w:t>aphid</w:t>
            </w:r>
          </w:p>
        </w:tc>
        <w:tc>
          <w:tcPr>
            <w:tcW w:type="dxa" w:w="2880"/>
          </w:tcPr>
          <w:p>
            <w:r>
              <w:t>1</w:t>
            </w:r>
          </w:p>
        </w:tc>
      </w:tr>
      <w:tr>
        <w:tc>
          <w:tcPr>
            <w:tcW w:type="dxa" w:w="2880"/>
          </w:tcPr>
          <w:p>
            <w:r>
              <w:t>2026-03-30</w:t>
            </w:r>
          </w:p>
        </w:tc>
        <w:tc>
          <w:tcPr>
            <w:tcW w:type="dxa" w:w="2880"/>
          </w:tcPr>
          <w:p>
            <w:r>
              <w:t>navel orangeworm</w:t>
            </w:r>
          </w:p>
        </w:tc>
        <w:tc>
          <w:tcPr>
            <w:tcW w:type="dxa" w:w="2880"/>
          </w:tcPr>
          <w:p>
            <w:r>
              <w:t>2</w:t>
            </w:r>
          </w:p>
        </w:tc>
      </w:tr>
      <w:tr>
        <w:tc>
          <w:tcPr>
            <w:tcW w:type="dxa" w:w="2880"/>
          </w:tcPr>
          <w:p>
            <w:r>
              <w:t>2026-03-30</w:t>
            </w:r>
          </w:p>
        </w:tc>
        <w:tc>
          <w:tcPr>
            <w:tcW w:type="dxa" w:w="2880"/>
          </w:tcPr>
          <w:p>
            <w:r>
              <w:t>lygus</w:t>
            </w:r>
          </w:p>
        </w:tc>
        <w:tc>
          <w:tcPr>
            <w:tcW w:type="dxa" w:w="2880"/>
          </w:tcPr>
          <w:p>
            <w:r>
              <w:t>3</w:t>
            </w:r>
          </w:p>
        </w:tc>
      </w:tr>
      <w:tr>
        <w:tc>
          <w:tcPr>
            <w:tcW w:type="dxa" w:w="2880"/>
          </w:tcPr>
          <w:p>
            <w:r>
              <w:t>2026-03-30</w:t>
            </w:r>
          </w:p>
        </w:tc>
        <w:tc>
          <w:tcPr>
            <w:tcW w:type="dxa" w:w="2880"/>
          </w:tcPr>
          <w:p>
            <w:r>
              <w:t>mites</w:t>
            </w:r>
          </w:p>
        </w:tc>
        <w:tc>
          <w:tcPr>
            <w:tcW w:type="dxa" w:w="2880"/>
          </w:tcPr>
          <w:p>
            <w:r>
              <w:t>0</w:t>
            </w:r>
          </w:p>
        </w:tc>
      </w:tr>
      <w:tr>
        <w:tc>
          <w:tcPr>
            <w:tcW w:type="dxa" w:w="2880"/>
          </w:tcPr>
          <w:p>
            <w:r>
              <w:t>2026-04-06</w:t>
            </w:r>
          </w:p>
        </w:tc>
        <w:tc>
          <w:tcPr>
            <w:tcW w:type="dxa" w:w="2880"/>
          </w:tcPr>
          <w:p>
            <w:r>
              <w:t>aphid</w:t>
            </w:r>
          </w:p>
        </w:tc>
        <w:tc>
          <w:tcPr>
            <w:tcW w:type="dxa" w:w="2880"/>
          </w:tcPr>
          <w:p>
            <w:r>
              <w:t>3</w:t>
            </w:r>
          </w:p>
        </w:tc>
      </w:tr>
      <w:tr>
        <w:tc>
          <w:tcPr>
            <w:tcW w:type="dxa" w:w="2880"/>
          </w:tcPr>
          <w:p>
            <w:r>
              <w:t>2026-04-06</w:t>
            </w:r>
          </w:p>
        </w:tc>
        <w:tc>
          <w:tcPr>
            <w:tcW w:type="dxa" w:w="2880"/>
          </w:tcPr>
          <w:p>
            <w:r>
              <w:t>navel orangeworm</w:t>
            </w:r>
          </w:p>
        </w:tc>
        <w:tc>
          <w:tcPr>
            <w:tcW w:type="dxa" w:w="2880"/>
          </w:tcPr>
          <w:p>
            <w:r>
              <w:t>2</w:t>
            </w:r>
          </w:p>
        </w:tc>
      </w:tr>
      <w:tr>
        <w:tc>
          <w:tcPr>
            <w:tcW w:type="dxa" w:w="2880"/>
          </w:tcPr>
          <w:p>
            <w:r>
              <w:t>2026-04-06</w:t>
            </w:r>
          </w:p>
        </w:tc>
        <w:tc>
          <w:tcPr>
            <w:tcW w:type="dxa" w:w="2880"/>
          </w:tcPr>
          <w:p>
            <w:r>
              <w:t>lygus</w:t>
            </w:r>
          </w:p>
        </w:tc>
        <w:tc>
          <w:tcPr>
            <w:tcW w:type="dxa" w:w="2880"/>
          </w:tcPr>
          <w:p>
            <w:r>
              <w:t>3</w:t>
            </w:r>
          </w:p>
        </w:tc>
      </w:tr>
      <w:tr>
        <w:tc>
          <w:tcPr>
            <w:tcW w:type="dxa" w:w="2880"/>
          </w:tcPr>
          <w:p>
            <w:r>
              <w:t>2026-04-06</w:t>
            </w:r>
          </w:p>
        </w:tc>
        <w:tc>
          <w:tcPr>
            <w:tcW w:type="dxa" w:w="2880"/>
          </w:tcPr>
          <w:p>
            <w:r>
              <w:t>mites</w:t>
            </w:r>
          </w:p>
        </w:tc>
        <w:tc>
          <w:tcPr>
            <w:tcW w:type="dxa" w:w="2880"/>
          </w:tcPr>
          <w:p>
            <w:r>
              <w:t>4</w:t>
            </w:r>
          </w:p>
        </w:tc>
      </w:tr>
      <w:tr>
        <w:tc>
          <w:tcPr>
            <w:tcW w:type="dxa" w:w="2880"/>
          </w:tcPr>
          <w:p>
            <w:r>
              <w:t>2026-04-13</w:t>
            </w:r>
          </w:p>
        </w:tc>
        <w:tc>
          <w:tcPr>
            <w:tcW w:type="dxa" w:w="2880"/>
          </w:tcPr>
          <w:p>
            <w:r>
              <w:t>aphid</w:t>
            </w:r>
          </w:p>
        </w:tc>
        <w:tc>
          <w:tcPr>
            <w:tcW w:type="dxa" w:w="2880"/>
          </w:tcPr>
          <w:p>
            <w:r>
              <w:t>3</w:t>
            </w:r>
          </w:p>
        </w:tc>
      </w:tr>
      <w:tr>
        <w:tc>
          <w:tcPr>
            <w:tcW w:type="dxa" w:w="2880"/>
          </w:tcPr>
          <w:p>
            <w:r>
              <w:t>2026-04-13</w:t>
            </w:r>
          </w:p>
        </w:tc>
        <w:tc>
          <w:tcPr>
            <w:tcW w:type="dxa" w:w="2880"/>
          </w:tcPr>
          <w:p>
            <w:r>
              <w:t>navel orangeworm</w:t>
            </w:r>
          </w:p>
        </w:tc>
        <w:tc>
          <w:tcPr>
            <w:tcW w:type="dxa" w:w="2880"/>
          </w:tcPr>
          <w:p>
            <w:r>
              <w:t>7</w:t>
            </w:r>
          </w:p>
        </w:tc>
      </w:tr>
      <w:tr>
        <w:tc>
          <w:tcPr>
            <w:tcW w:type="dxa" w:w="2880"/>
          </w:tcPr>
          <w:p>
            <w:r>
              <w:t>2026-04-13</w:t>
            </w:r>
          </w:p>
        </w:tc>
        <w:tc>
          <w:tcPr>
            <w:tcW w:type="dxa" w:w="2880"/>
          </w:tcPr>
          <w:p>
            <w:r>
              <w:t>lygus</w:t>
            </w:r>
          </w:p>
        </w:tc>
        <w:tc>
          <w:tcPr>
            <w:tcW w:type="dxa" w:w="2880"/>
          </w:tcPr>
          <w:p>
            <w:r>
              <w:t>4</w:t>
            </w:r>
          </w:p>
        </w:tc>
      </w:tr>
      <w:tr>
        <w:tc>
          <w:tcPr>
            <w:tcW w:type="dxa" w:w="2880"/>
          </w:tcPr>
          <w:p>
            <w:r>
              <w:t>2026-04-13</w:t>
            </w:r>
          </w:p>
        </w:tc>
        <w:tc>
          <w:tcPr>
            <w:tcW w:type="dxa" w:w="2880"/>
          </w:tcPr>
          <w:p>
            <w:r>
              <w:t>mites</w:t>
            </w:r>
          </w:p>
        </w:tc>
        <w:tc>
          <w:tcPr>
            <w:tcW w:type="dxa" w:w="2880"/>
          </w:tcPr>
          <w:p>
            <w:r>
              <w:t>8</w:t>
            </w:r>
          </w:p>
        </w:tc>
      </w:tr>
      <w:tr>
        <w:tc>
          <w:tcPr>
            <w:tcW w:type="dxa" w:w="2880"/>
          </w:tcPr>
          <w:p>
            <w:r>
              <w:t>2026-04-20</w:t>
            </w:r>
          </w:p>
        </w:tc>
        <w:tc>
          <w:tcPr>
            <w:tcW w:type="dxa" w:w="2880"/>
          </w:tcPr>
          <w:p>
            <w:r>
              <w:t>aphid</w:t>
            </w:r>
          </w:p>
        </w:tc>
        <w:tc>
          <w:tcPr>
            <w:tcW w:type="dxa" w:w="2880"/>
          </w:tcPr>
          <w:p>
            <w:r>
              <w:t>2</w:t>
            </w:r>
          </w:p>
        </w:tc>
      </w:tr>
      <w:tr>
        <w:tc>
          <w:tcPr>
            <w:tcW w:type="dxa" w:w="2880"/>
          </w:tcPr>
          <w:p>
            <w:r>
              <w:t>2026-04-20</w:t>
            </w:r>
          </w:p>
        </w:tc>
        <w:tc>
          <w:tcPr>
            <w:tcW w:type="dxa" w:w="2880"/>
          </w:tcPr>
          <w:p>
            <w:r>
              <w:t>navel orangeworm</w:t>
            </w:r>
          </w:p>
        </w:tc>
        <w:tc>
          <w:tcPr>
            <w:tcW w:type="dxa" w:w="2880"/>
          </w:tcPr>
          <w:p>
            <w:r>
              <w:t>2</w:t>
            </w:r>
          </w:p>
        </w:tc>
      </w:tr>
      <w:tr>
        <w:tc>
          <w:tcPr>
            <w:tcW w:type="dxa" w:w="2880"/>
          </w:tcPr>
          <w:p>
            <w:r>
              <w:t>2026-04-20</w:t>
            </w:r>
          </w:p>
        </w:tc>
        <w:tc>
          <w:tcPr>
            <w:tcW w:type="dxa" w:w="2880"/>
          </w:tcPr>
          <w:p>
            <w:r>
              <w:t>lygus</w:t>
            </w:r>
          </w:p>
        </w:tc>
        <w:tc>
          <w:tcPr>
            <w:tcW w:type="dxa" w:w="2880"/>
          </w:tcPr>
          <w:p>
            <w:r>
              <w:t>5</w:t>
            </w:r>
          </w:p>
        </w:tc>
      </w:tr>
      <w:tr>
        <w:tc>
          <w:tcPr>
            <w:tcW w:type="dxa" w:w="2880"/>
          </w:tcPr>
          <w:p>
            <w:r>
              <w:t>2026-04-20</w:t>
            </w:r>
          </w:p>
        </w:tc>
        <w:tc>
          <w:tcPr>
            <w:tcW w:type="dxa" w:w="2880"/>
          </w:tcPr>
          <w:p>
            <w:r>
              <w:t>mites</w:t>
            </w:r>
          </w:p>
        </w:tc>
        <w:tc>
          <w:tcPr>
            <w:tcW w:type="dxa" w:w="2880"/>
          </w:tcPr>
          <w:p>
            <w:r>
              <w:t>3</w:t>
            </w:r>
          </w:p>
        </w:tc>
      </w:tr>
      <w:tr>
        <w:tc>
          <w:tcPr>
            <w:tcW w:type="dxa" w:w="2880"/>
          </w:tcPr>
          <w:p>
            <w:r>
              <w:t>2026-04-27</w:t>
            </w:r>
          </w:p>
        </w:tc>
        <w:tc>
          <w:tcPr>
            <w:tcW w:type="dxa" w:w="2880"/>
          </w:tcPr>
          <w:p>
            <w:r>
              <w:t>aphid</w:t>
            </w:r>
          </w:p>
        </w:tc>
        <w:tc>
          <w:tcPr>
            <w:tcW w:type="dxa" w:w="2880"/>
          </w:tcPr>
          <w:p>
            <w:r>
              <w:t>2</w:t>
            </w:r>
          </w:p>
        </w:tc>
      </w:tr>
      <w:tr>
        <w:tc>
          <w:tcPr>
            <w:tcW w:type="dxa" w:w="2880"/>
          </w:tcPr>
          <w:p>
            <w:r>
              <w:t>2026-04-27</w:t>
            </w:r>
          </w:p>
        </w:tc>
        <w:tc>
          <w:tcPr>
            <w:tcW w:type="dxa" w:w="2880"/>
          </w:tcPr>
          <w:p>
            <w:r>
              <w:t>navel orangeworm</w:t>
            </w:r>
          </w:p>
        </w:tc>
        <w:tc>
          <w:tcPr>
            <w:tcW w:type="dxa" w:w="2880"/>
          </w:tcPr>
          <w:p>
            <w:r>
              <w:t>3</w:t>
            </w:r>
          </w:p>
        </w:tc>
      </w:tr>
      <w:tr>
        <w:tc>
          <w:tcPr>
            <w:tcW w:type="dxa" w:w="2880"/>
          </w:tcPr>
          <w:p>
            <w:r>
              <w:t>2026-04-27</w:t>
            </w:r>
          </w:p>
        </w:tc>
        <w:tc>
          <w:tcPr>
            <w:tcW w:type="dxa" w:w="2880"/>
          </w:tcPr>
          <w:p>
            <w:r>
              <w:t>lygus</w:t>
            </w:r>
          </w:p>
        </w:tc>
        <w:tc>
          <w:tcPr>
            <w:tcW w:type="dxa" w:w="2880"/>
          </w:tcPr>
          <w:p>
            <w:r>
              <w:t>2</w:t>
            </w:r>
          </w:p>
        </w:tc>
      </w:tr>
      <w:tr>
        <w:tc>
          <w:tcPr>
            <w:tcW w:type="dxa" w:w="2880"/>
          </w:tcPr>
          <w:p>
            <w:r>
              <w:t>2026-04-27</w:t>
            </w:r>
          </w:p>
        </w:tc>
        <w:tc>
          <w:tcPr>
            <w:tcW w:type="dxa" w:w="2880"/>
          </w:tcPr>
          <w:p>
            <w:r>
              <w:t>mites</w:t>
            </w:r>
          </w:p>
        </w:tc>
        <w:tc>
          <w:tcPr>
            <w:tcW w:type="dxa" w:w="2880"/>
          </w:tcPr>
          <w:p>
            <w:r>
              <w:t>4</w:t>
            </w:r>
          </w:p>
        </w:tc>
      </w:tr>
      <w:tr>
        <w:tc>
          <w:tcPr>
            <w:tcW w:type="dxa" w:w="2880"/>
          </w:tcPr>
          <w:p>
            <w:r>
              <w:t>2026-05-04</w:t>
            </w:r>
          </w:p>
        </w:tc>
        <w:tc>
          <w:tcPr>
            <w:tcW w:type="dxa" w:w="2880"/>
          </w:tcPr>
          <w:p>
            <w:r>
              <w:t>aphid</w:t>
            </w:r>
          </w:p>
        </w:tc>
        <w:tc>
          <w:tcPr>
            <w:tcW w:type="dxa" w:w="2880"/>
          </w:tcPr>
          <w:p>
            <w:r>
              <w:t>5</w:t>
            </w:r>
          </w:p>
        </w:tc>
      </w:tr>
      <w:tr>
        <w:tc>
          <w:tcPr>
            <w:tcW w:type="dxa" w:w="2880"/>
          </w:tcPr>
          <w:p>
            <w:r>
              <w:t>2026-05-04</w:t>
            </w:r>
          </w:p>
        </w:tc>
        <w:tc>
          <w:tcPr>
            <w:tcW w:type="dxa" w:w="2880"/>
          </w:tcPr>
          <w:p>
            <w:r>
              <w:t>navel orangeworm</w:t>
            </w:r>
          </w:p>
        </w:tc>
        <w:tc>
          <w:tcPr>
            <w:tcW w:type="dxa" w:w="2880"/>
          </w:tcPr>
          <w:p>
            <w:r>
              <w:t>9</w:t>
            </w:r>
          </w:p>
        </w:tc>
      </w:tr>
      <w:tr>
        <w:tc>
          <w:tcPr>
            <w:tcW w:type="dxa" w:w="2880"/>
          </w:tcPr>
          <w:p>
            <w:r>
              <w:t>2026-05-04</w:t>
            </w:r>
          </w:p>
        </w:tc>
        <w:tc>
          <w:tcPr>
            <w:tcW w:type="dxa" w:w="2880"/>
          </w:tcPr>
          <w:p>
            <w:r>
              <w:t>lygus</w:t>
            </w:r>
          </w:p>
        </w:tc>
        <w:tc>
          <w:tcPr>
            <w:tcW w:type="dxa" w:w="2880"/>
          </w:tcPr>
          <w:p>
            <w:r>
              <w:t>4</w:t>
            </w:r>
          </w:p>
        </w:tc>
      </w:tr>
      <w:tr>
        <w:tc>
          <w:tcPr>
            <w:tcW w:type="dxa" w:w="2880"/>
          </w:tcPr>
          <w:p>
            <w:r>
              <w:t>2026-05-04</w:t>
            </w:r>
          </w:p>
        </w:tc>
        <w:tc>
          <w:tcPr>
            <w:tcW w:type="dxa" w:w="2880"/>
          </w:tcPr>
          <w:p>
            <w:r>
              <w:t>mites</w:t>
            </w:r>
          </w:p>
        </w:tc>
        <w:tc>
          <w:tcPr>
            <w:tcW w:type="dxa" w:w="2880"/>
          </w:tcPr>
          <w:p>
            <w:r>
              <w:t>6</w:t>
            </w:r>
          </w:p>
        </w:tc>
      </w:tr>
      <w:tr>
        <w:tc>
          <w:tcPr>
            <w:tcW w:type="dxa" w:w="2880"/>
          </w:tcPr>
          <w:p>
            <w:r>
              <w:t>2026-05-11</w:t>
            </w:r>
          </w:p>
        </w:tc>
        <w:tc>
          <w:tcPr>
            <w:tcW w:type="dxa" w:w="2880"/>
          </w:tcPr>
          <w:p>
            <w:r>
              <w:t>aphid</w:t>
            </w:r>
          </w:p>
        </w:tc>
        <w:tc>
          <w:tcPr>
            <w:tcW w:type="dxa" w:w="2880"/>
          </w:tcPr>
          <w:p>
            <w:r>
              <w:t>4</w:t>
            </w:r>
          </w:p>
        </w:tc>
      </w:tr>
      <w:tr>
        <w:tc>
          <w:tcPr>
            <w:tcW w:type="dxa" w:w="2880"/>
          </w:tcPr>
          <w:p>
            <w:r>
              <w:t>2026-05-11</w:t>
            </w:r>
          </w:p>
        </w:tc>
        <w:tc>
          <w:tcPr>
            <w:tcW w:type="dxa" w:w="2880"/>
          </w:tcPr>
          <w:p>
            <w:r>
              <w:t>navel orangeworm</w:t>
            </w:r>
          </w:p>
        </w:tc>
        <w:tc>
          <w:tcPr>
            <w:tcW w:type="dxa" w:w="2880"/>
          </w:tcPr>
          <w:p>
            <w:r>
              <w:t>2</w:t>
            </w:r>
          </w:p>
        </w:tc>
      </w:tr>
      <w:tr>
        <w:tc>
          <w:tcPr>
            <w:tcW w:type="dxa" w:w="2880"/>
          </w:tcPr>
          <w:p>
            <w:r>
              <w:t>2026-05-11</w:t>
            </w:r>
          </w:p>
        </w:tc>
        <w:tc>
          <w:tcPr>
            <w:tcW w:type="dxa" w:w="2880"/>
          </w:tcPr>
          <w:p>
            <w:r>
              <w:t>lygus</w:t>
            </w:r>
          </w:p>
        </w:tc>
        <w:tc>
          <w:tcPr>
            <w:tcW w:type="dxa" w:w="2880"/>
          </w:tcPr>
          <w:p>
            <w:r>
              <w:t>6</w:t>
            </w:r>
          </w:p>
        </w:tc>
      </w:tr>
      <w:tr>
        <w:tc>
          <w:tcPr>
            <w:tcW w:type="dxa" w:w="2880"/>
          </w:tcPr>
          <w:p>
            <w:r>
              <w:t>2026-05-11</w:t>
            </w:r>
          </w:p>
        </w:tc>
        <w:tc>
          <w:tcPr>
            <w:tcW w:type="dxa" w:w="2880"/>
          </w:tcPr>
          <w:p>
            <w:r>
              <w:t>mites</w:t>
            </w:r>
          </w:p>
        </w:tc>
        <w:tc>
          <w:tcPr>
            <w:tcW w:type="dxa" w:w="2880"/>
          </w:tcPr>
          <w:p>
            <w:r>
              <w:t>2</w:t>
            </w:r>
          </w:p>
        </w:tc>
      </w:tr>
      <w:tr>
        <w:tc>
          <w:tcPr>
            <w:tcW w:type="dxa" w:w="2880"/>
          </w:tcPr>
          <w:p>
            <w:r>
              <w:t>2026-05-18</w:t>
            </w:r>
          </w:p>
        </w:tc>
        <w:tc>
          <w:tcPr>
            <w:tcW w:type="dxa" w:w="2880"/>
          </w:tcPr>
          <w:p>
            <w:r>
              <w:t>aphid</w:t>
            </w:r>
          </w:p>
        </w:tc>
        <w:tc>
          <w:tcPr>
            <w:tcW w:type="dxa" w:w="2880"/>
          </w:tcPr>
          <w:p>
            <w:r>
              <w:t>3</w:t>
            </w:r>
          </w:p>
        </w:tc>
      </w:tr>
      <w:tr>
        <w:tc>
          <w:tcPr>
            <w:tcW w:type="dxa" w:w="2880"/>
          </w:tcPr>
          <w:p>
            <w:r>
              <w:t>2026-05-18</w:t>
            </w:r>
          </w:p>
        </w:tc>
        <w:tc>
          <w:tcPr>
            <w:tcW w:type="dxa" w:w="2880"/>
          </w:tcPr>
          <w:p>
            <w:r>
              <w:t>navel orangeworm</w:t>
            </w:r>
          </w:p>
        </w:tc>
        <w:tc>
          <w:tcPr>
            <w:tcW w:type="dxa" w:w="2880"/>
          </w:tcPr>
          <w:p>
            <w:r>
              <w:t>5</w:t>
            </w:r>
          </w:p>
        </w:tc>
      </w:tr>
      <w:tr>
        <w:tc>
          <w:tcPr>
            <w:tcW w:type="dxa" w:w="2880"/>
          </w:tcPr>
          <w:p>
            <w:r>
              <w:t>2026-05-18</w:t>
            </w:r>
          </w:p>
        </w:tc>
        <w:tc>
          <w:tcPr>
            <w:tcW w:type="dxa" w:w="2880"/>
          </w:tcPr>
          <w:p>
            <w:r>
              <w:t>lygus</w:t>
            </w:r>
          </w:p>
        </w:tc>
        <w:tc>
          <w:tcPr>
            <w:tcW w:type="dxa" w:w="2880"/>
          </w:tcPr>
          <w:p>
            <w:r>
              <w:t>2</w:t>
            </w:r>
          </w:p>
        </w:tc>
      </w:tr>
      <w:tr>
        <w:tc>
          <w:tcPr>
            <w:tcW w:type="dxa" w:w="2880"/>
          </w:tcPr>
          <w:p>
            <w:r>
              <w:t>2026-05-18</w:t>
            </w:r>
          </w:p>
        </w:tc>
        <w:tc>
          <w:tcPr>
            <w:tcW w:type="dxa" w:w="2880"/>
          </w:tcPr>
          <w:p>
            <w:r>
              <w:t>mites</w:t>
            </w:r>
          </w:p>
        </w:tc>
        <w:tc>
          <w:tcPr>
            <w:tcW w:type="dxa" w:w="2880"/>
          </w:tcPr>
          <w:p>
            <w:r>
              <w:t>1</w:t>
            </w:r>
          </w:p>
        </w:tc>
      </w:tr>
      <w:tr>
        <w:tc>
          <w:tcPr>
            <w:tcW w:type="dxa" w:w="2880"/>
          </w:tcPr>
          <w:p>
            <w:r>
              <w:t>2026-05-25</w:t>
            </w:r>
          </w:p>
        </w:tc>
        <w:tc>
          <w:tcPr>
            <w:tcW w:type="dxa" w:w="2880"/>
          </w:tcPr>
          <w:p>
            <w:r>
              <w:t>aphid</w:t>
            </w:r>
          </w:p>
        </w:tc>
        <w:tc>
          <w:tcPr>
            <w:tcW w:type="dxa" w:w="2880"/>
          </w:tcPr>
          <w:p>
            <w:r>
              <w:t>2</w:t>
            </w:r>
          </w:p>
        </w:tc>
      </w:tr>
      <w:tr>
        <w:tc>
          <w:tcPr>
            <w:tcW w:type="dxa" w:w="2880"/>
          </w:tcPr>
          <w:p>
            <w:r>
              <w:t>2026-05-25</w:t>
            </w:r>
          </w:p>
        </w:tc>
        <w:tc>
          <w:tcPr>
            <w:tcW w:type="dxa" w:w="2880"/>
          </w:tcPr>
          <w:p>
            <w:r>
              <w:t>navel orangeworm</w:t>
            </w:r>
          </w:p>
        </w:tc>
        <w:tc>
          <w:tcPr>
            <w:tcW w:type="dxa" w:w="2880"/>
          </w:tcPr>
          <w:p>
            <w:r>
              <w:t>4</w:t>
            </w:r>
          </w:p>
        </w:tc>
      </w:tr>
      <w:tr>
        <w:tc>
          <w:tcPr>
            <w:tcW w:type="dxa" w:w="2880"/>
          </w:tcPr>
          <w:p>
            <w:r>
              <w:t>2026-05-25</w:t>
            </w:r>
          </w:p>
        </w:tc>
        <w:tc>
          <w:tcPr>
            <w:tcW w:type="dxa" w:w="2880"/>
          </w:tcPr>
          <w:p>
            <w:r>
              <w:t>lygus</w:t>
            </w:r>
          </w:p>
        </w:tc>
        <w:tc>
          <w:tcPr>
            <w:tcW w:type="dxa" w:w="2880"/>
          </w:tcPr>
          <w:p>
            <w:r>
              <w:t>8</w:t>
            </w:r>
          </w:p>
        </w:tc>
      </w:tr>
      <w:tr>
        <w:tc>
          <w:tcPr>
            <w:tcW w:type="dxa" w:w="2880"/>
          </w:tcPr>
          <w:p>
            <w:r>
              <w:t>2026-05-25</w:t>
            </w:r>
          </w:p>
        </w:tc>
        <w:tc>
          <w:tcPr>
            <w:tcW w:type="dxa" w:w="2880"/>
          </w:tcPr>
          <w:p>
            <w:r>
              <w:t>mites</w:t>
            </w:r>
          </w:p>
        </w:tc>
        <w:tc>
          <w:tcPr>
            <w:tcW w:type="dxa" w:w="2880"/>
          </w:tcPr>
          <w:p>
            <w:r>
              <w:t>5</w:t>
            </w:r>
          </w:p>
        </w:tc>
      </w:tr>
      <w:tr>
        <w:tc>
          <w:tcPr>
            <w:tcW w:type="dxa" w:w="2880"/>
          </w:tcPr>
          <w:p>
            <w:r>
              <w:t>2026-06-01</w:t>
            </w:r>
          </w:p>
        </w:tc>
        <w:tc>
          <w:tcPr>
            <w:tcW w:type="dxa" w:w="2880"/>
          </w:tcPr>
          <w:p>
            <w:r>
              <w:t>aphid</w:t>
            </w:r>
          </w:p>
        </w:tc>
        <w:tc>
          <w:tcPr>
            <w:tcW w:type="dxa" w:w="2880"/>
          </w:tcPr>
          <w:p>
            <w:r>
              <w:t>3</w:t>
            </w:r>
          </w:p>
        </w:tc>
      </w:tr>
      <w:tr>
        <w:tc>
          <w:tcPr>
            <w:tcW w:type="dxa" w:w="2880"/>
          </w:tcPr>
          <w:p>
            <w:r>
              <w:t>2026-06-01</w:t>
            </w:r>
          </w:p>
        </w:tc>
        <w:tc>
          <w:tcPr>
            <w:tcW w:type="dxa" w:w="2880"/>
          </w:tcPr>
          <w:p>
            <w:r>
              <w:t>navel orangeworm</w:t>
            </w:r>
          </w:p>
        </w:tc>
        <w:tc>
          <w:tcPr>
            <w:tcW w:type="dxa" w:w="2880"/>
          </w:tcPr>
          <w:p>
            <w:r>
              <w:t>3</w:t>
            </w:r>
          </w:p>
        </w:tc>
      </w:tr>
      <w:tr>
        <w:tc>
          <w:tcPr>
            <w:tcW w:type="dxa" w:w="2880"/>
          </w:tcPr>
          <w:p>
            <w:r>
              <w:t>2026-06-01</w:t>
            </w:r>
          </w:p>
        </w:tc>
        <w:tc>
          <w:tcPr>
            <w:tcW w:type="dxa" w:w="2880"/>
          </w:tcPr>
          <w:p>
            <w:r>
              <w:t>lygus</w:t>
            </w:r>
          </w:p>
        </w:tc>
        <w:tc>
          <w:tcPr>
            <w:tcW w:type="dxa" w:w="2880"/>
          </w:tcPr>
          <w:p>
            <w:r>
              <w:t>3</w:t>
            </w:r>
          </w:p>
        </w:tc>
      </w:tr>
      <w:tr>
        <w:tc>
          <w:tcPr>
            <w:tcW w:type="dxa" w:w="2880"/>
          </w:tcPr>
          <w:p>
            <w:r>
              <w:t>2026-06-01</w:t>
            </w:r>
          </w:p>
        </w:tc>
        <w:tc>
          <w:tcPr>
            <w:tcW w:type="dxa" w:w="2880"/>
          </w:tcPr>
          <w:p>
            <w:r>
              <w:t>mites</w:t>
            </w:r>
          </w:p>
        </w:tc>
        <w:tc>
          <w:tcPr>
            <w:tcW w:type="dxa" w:w="2880"/>
          </w:tcPr>
          <w:p>
            <w:r>
              <w:t>3</w:t>
            </w:r>
          </w:p>
        </w:tc>
      </w:tr>
      <w:tr>
        <w:tc>
          <w:tcPr>
            <w:tcW w:type="dxa" w:w="2880"/>
          </w:tcPr>
          <w:p>
            <w:r>
              <w:t>2026-06-08</w:t>
            </w:r>
          </w:p>
        </w:tc>
        <w:tc>
          <w:tcPr>
            <w:tcW w:type="dxa" w:w="2880"/>
          </w:tcPr>
          <w:p>
            <w:r>
              <w:t>aphid</w:t>
            </w:r>
          </w:p>
        </w:tc>
        <w:tc>
          <w:tcPr>
            <w:tcW w:type="dxa" w:w="2880"/>
          </w:tcPr>
          <w:p>
            <w:r>
              <w:t>11</w:t>
            </w:r>
          </w:p>
        </w:tc>
      </w:tr>
      <w:tr>
        <w:tc>
          <w:tcPr>
            <w:tcW w:type="dxa" w:w="2880"/>
          </w:tcPr>
          <w:p>
            <w:r>
              <w:t>2026-06-08</w:t>
            </w:r>
          </w:p>
        </w:tc>
        <w:tc>
          <w:tcPr>
            <w:tcW w:type="dxa" w:w="2880"/>
          </w:tcPr>
          <w:p>
            <w:r>
              <w:t>navel orangeworm</w:t>
            </w:r>
          </w:p>
        </w:tc>
        <w:tc>
          <w:tcPr>
            <w:tcW w:type="dxa" w:w="2880"/>
          </w:tcPr>
          <w:p>
            <w:r>
              <w:t>6</w:t>
            </w:r>
          </w:p>
        </w:tc>
      </w:tr>
      <w:tr>
        <w:tc>
          <w:tcPr>
            <w:tcW w:type="dxa" w:w="2880"/>
          </w:tcPr>
          <w:p>
            <w:r>
              <w:t>2026-06-08</w:t>
            </w:r>
          </w:p>
        </w:tc>
        <w:tc>
          <w:tcPr>
            <w:tcW w:type="dxa" w:w="2880"/>
          </w:tcPr>
          <w:p>
            <w:r>
              <w:t>lygus</w:t>
            </w:r>
          </w:p>
        </w:tc>
        <w:tc>
          <w:tcPr>
            <w:tcW w:type="dxa" w:w="2880"/>
          </w:tcPr>
          <w:p>
            <w:r>
              <w:t>2</w:t>
            </w:r>
          </w:p>
        </w:tc>
      </w:tr>
      <w:tr>
        <w:tc>
          <w:tcPr>
            <w:tcW w:type="dxa" w:w="2880"/>
          </w:tcPr>
          <w:p>
            <w:r>
              <w:t>2026-06-08</w:t>
            </w:r>
          </w:p>
        </w:tc>
        <w:tc>
          <w:tcPr>
            <w:tcW w:type="dxa" w:w="2880"/>
          </w:tcPr>
          <w:p>
            <w:r>
              <w:t>mites</w:t>
            </w:r>
          </w:p>
        </w:tc>
        <w:tc>
          <w:tcPr>
            <w:tcW w:type="dxa" w:w="2880"/>
          </w:tcPr>
          <w:p>
            <w:r>
              <w:t>4</w:t>
            </w:r>
          </w:p>
        </w:tc>
      </w:tr>
      <w:tr>
        <w:tc>
          <w:tcPr>
            <w:tcW w:type="dxa" w:w="2880"/>
          </w:tcPr>
          <w:p>
            <w:r>
              <w:t>2026-06-15</w:t>
            </w:r>
          </w:p>
        </w:tc>
        <w:tc>
          <w:tcPr>
            <w:tcW w:type="dxa" w:w="2880"/>
          </w:tcPr>
          <w:p>
            <w:r>
              <w:t>aphid</w:t>
            </w:r>
          </w:p>
        </w:tc>
        <w:tc>
          <w:tcPr>
            <w:tcW w:type="dxa" w:w="2880"/>
          </w:tcPr>
          <w:p>
            <w:r>
              <w:t>3</w:t>
            </w:r>
          </w:p>
        </w:tc>
      </w:tr>
      <w:tr>
        <w:tc>
          <w:tcPr>
            <w:tcW w:type="dxa" w:w="2880"/>
          </w:tcPr>
          <w:p>
            <w:r>
              <w:t>2026-06-15</w:t>
            </w:r>
          </w:p>
        </w:tc>
        <w:tc>
          <w:tcPr>
            <w:tcW w:type="dxa" w:w="2880"/>
          </w:tcPr>
          <w:p>
            <w:r>
              <w:t>navel orangeworm</w:t>
            </w:r>
          </w:p>
        </w:tc>
        <w:tc>
          <w:tcPr>
            <w:tcW w:type="dxa" w:w="2880"/>
          </w:tcPr>
          <w:p>
            <w:r>
              <w:t>3</w:t>
            </w:r>
          </w:p>
        </w:tc>
      </w:tr>
      <w:tr>
        <w:tc>
          <w:tcPr>
            <w:tcW w:type="dxa" w:w="2880"/>
          </w:tcPr>
          <w:p>
            <w:r>
              <w:t>2026-06-15</w:t>
            </w:r>
          </w:p>
        </w:tc>
        <w:tc>
          <w:tcPr>
            <w:tcW w:type="dxa" w:w="2880"/>
          </w:tcPr>
          <w:p>
            <w:r>
              <w:t>lygus</w:t>
            </w:r>
          </w:p>
        </w:tc>
        <w:tc>
          <w:tcPr>
            <w:tcW w:type="dxa" w:w="2880"/>
          </w:tcPr>
          <w:p>
            <w:r>
              <w:t>1</w:t>
            </w:r>
          </w:p>
        </w:tc>
      </w:tr>
      <w:tr>
        <w:tc>
          <w:tcPr>
            <w:tcW w:type="dxa" w:w="2880"/>
          </w:tcPr>
          <w:p>
            <w:r>
              <w:t>2026-06-15</w:t>
            </w:r>
          </w:p>
        </w:tc>
        <w:tc>
          <w:tcPr>
            <w:tcW w:type="dxa" w:w="2880"/>
          </w:tcPr>
          <w:p>
            <w:r>
              <w:t>mites</w:t>
            </w:r>
          </w:p>
        </w:tc>
        <w:tc>
          <w:tcPr>
            <w:tcW w:type="dxa" w:w="2880"/>
          </w:tcPr>
          <w:p>
            <w:r>
              <w:t>6</w:t>
            </w:r>
          </w:p>
        </w:tc>
      </w:tr>
      <w:tr>
        <w:tc>
          <w:tcPr>
            <w:tcW w:type="dxa" w:w="2880"/>
          </w:tcPr>
          <w:p>
            <w:r>
              <w:t>2026-06-22</w:t>
            </w:r>
          </w:p>
        </w:tc>
        <w:tc>
          <w:tcPr>
            <w:tcW w:type="dxa" w:w="2880"/>
          </w:tcPr>
          <w:p>
            <w:r>
              <w:t>aphid</w:t>
            </w:r>
          </w:p>
        </w:tc>
        <w:tc>
          <w:tcPr>
            <w:tcW w:type="dxa" w:w="2880"/>
          </w:tcPr>
          <w:p>
            <w:r>
              <w:t>3</w:t>
            </w:r>
          </w:p>
        </w:tc>
      </w:tr>
      <w:tr>
        <w:tc>
          <w:tcPr>
            <w:tcW w:type="dxa" w:w="2880"/>
          </w:tcPr>
          <w:p>
            <w:r>
              <w:t>2026-06-22</w:t>
            </w:r>
          </w:p>
        </w:tc>
        <w:tc>
          <w:tcPr>
            <w:tcW w:type="dxa" w:w="2880"/>
          </w:tcPr>
          <w:p>
            <w:r>
              <w:t>navel orangeworm</w:t>
            </w:r>
          </w:p>
        </w:tc>
        <w:tc>
          <w:tcPr>
            <w:tcW w:type="dxa" w:w="2880"/>
          </w:tcPr>
          <w:p>
            <w:r>
              <w:t>5</w:t>
            </w:r>
          </w:p>
        </w:tc>
      </w:tr>
      <w:tr>
        <w:tc>
          <w:tcPr>
            <w:tcW w:type="dxa" w:w="2880"/>
          </w:tcPr>
          <w:p>
            <w:r>
              <w:t>2026-06-22</w:t>
            </w:r>
          </w:p>
        </w:tc>
        <w:tc>
          <w:tcPr>
            <w:tcW w:type="dxa" w:w="2880"/>
          </w:tcPr>
          <w:p>
            <w:r>
              <w:t>lygus</w:t>
            </w:r>
          </w:p>
        </w:tc>
        <w:tc>
          <w:tcPr>
            <w:tcW w:type="dxa" w:w="2880"/>
          </w:tcPr>
          <w:p>
            <w:r>
              <w:t>1</w:t>
            </w:r>
          </w:p>
        </w:tc>
      </w:tr>
      <w:tr>
        <w:tc>
          <w:tcPr>
            <w:tcW w:type="dxa" w:w="2880"/>
          </w:tcPr>
          <w:p>
            <w:r>
              <w:t>2026-06-22</w:t>
            </w:r>
          </w:p>
        </w:tc>
        <w:tc>
          <w:tcPr>
            <w:tcW w:type="dxa" w:w="2880"/>
          </w:tcPr>
          <w:p>
            <w:r>
              <w:t>mites</w:t>
            </w:r>
          </w:p>
        </w:tc>
        <w:tc>
          <w:tcPr>
            <w:tcW w:type="dxa" w:w="2880"/>
          </w:tcPr>
          <w:p>
            <w:r>
              <w:t>4</w:t>
            </w:r>
          </w:p>
        </w:tc>
      </w:tr>
      <w:tr>
        <w:tc>
          <w:tcPr>
            <w:tcW w:type="dxa" w:w="2880"/>
          </w:tcPr>
          <w:p>
            <w:r>
              <w:t>2026-06-29</w:t>
            </w:r>
          </w:p>
        </w:tc>
        <w:tc>
          <w:tcPr>
            <w:tcW w:type="dxa" w:w="2880"/>
          </w:tcPr>
          <w:p>
            <w:r>
              <w:t>aphid</w:t>
            </w:r>
          </w:p>
        </w:tc>
        <w:tc>
          <w:tcPr>
            <w:tcW w:type="dxa" w:w="2880"/>
          </w:tcPr>
          <w:p>
            <w:r>
              <w:t>5</w:t>
            </w:r>
          </w:p>
        </w:tc>
      </w:tr>
      <w:tr>
        <w:tc>
          <w:tcPr>
            <w:tcW w:type="dxa" w:w="2880"/>
          </w:tcPr>
          <w:p>
            <w:r>
              <w:t>2026-06-29</w:t>
            </w:r>
          </w:p>
        </w:tc>
        <w:tc>
          <w:tcPr>
            <w:tcW w:type="dxa" w:w="2880"/>
          </w:tcPr>
          <w:p>
            <w:r>
              <w:t>navel orangeworm</w:t>
            </w:r>
          </w:p>
        </w:tc>
        <w:tc>
          <w:tcPr>
            <w:tcW w:type="dxa" w:w="2880"/>
          </w:tcPr>
          <w:p>
            <w:r>
              <w:t>4</w:t>
            </w:r>
          </w:p>
        </w:tc>
      </w:tr>
      <w:tr>
        <w:tc>
          <w:tcPr>
            <w:tcW w:type="dxa" w:w="2880"/>
          </w:tcPr>
          <w:p>
            <w:r>
              <w:t>2026-06-29</w:t>
            </w:r>
          </w:p>
        </w:tc>
        <w:tc>
          <w:tcPr>
            <w:tcW w:type="dxa" w:w="2880"/>
          </w:tcPr>
          <w:p>
            <w:r>
              <w:t>lygus</w:t>
            </w:r>
          </w:p>
        </w:tc>
        <w:tc>
          <w:tcPr>
            <w:tcW w:type="dxa" w:w="2880"/>
          </w:tcPr>
          <w:p>
            <w:r>
              <w:t>4</w:t>
            </w:r>
          </w:p>
        </w:tc>
      </w:tr>
      <w:tr>
        <w:tc>
          <w:tcPr>
            <w:tcW w:type="dxa" w:w="2880"/>
          </w:tcPr>
          <w:p>
            <w:r>
              <w:t>2026-06-29</w:t>
            </w:r>
          </w:p>
        </w:tc>
        <w:tc>
          <w:tcPr>
            <w:tcW w:type="dxa" w:w="2880"/>
          </w:tcPr>
          <w:p>
            <w:r>
              <w:t>mites</w:t>
            </w:r>
          </w:p>
        </w:tc>
        <w:tc>
          <w:tcPr>
            <w:tcW w:type="dxa" w:w="2880"/>
          </w:tcPr>
          <w:p>
            <w:r>
              <w:t>2</w:t>
            </w:r>
          </w:p>
        </w:tc>
      </w:tr>
      <w:tr>
        <w:tc>
          <w:tcPr>
            <w:tcW w:type="dxa" w:w="2880"/>
          </w:tcPr>
          <w:p>
            <w:r>
              <w:t>2026-07-06</w:t>
            </w:r>
          </w:p>
        </w:tc>
        <w:tc>
          <w:tcPr>
            <w:tcW w:type="dxa" w:w="2880"/>
          </w:tcPr>
          <w:p>
            <w:r>
              <w:t>aphid</w:t>
            </w:r>
          </w:p>
        </w:tc>
        <w:tc>
          <w:tcPr>
            <w:tcW w:type="dxa" w:w="2880"/>
          </w:tcPr>
          <w:p>
            <w:r>
              <w:t>86</w:t>
            </w:r>
          </w:p>
        </w:tc>
      </w:tr>
      <w:tr>
        <w:tc>
          <w:tcPr>
            <w:tcW w:type="dxa" w:w="2880"/>
          </w:tcPr>
          <w:p>
            <w:r>
              <w:t>2026-07-06</w:t>
            </w:r>
          </w:p>
        </w:tc>
        <w:tc>
          <w:tcPr>
            <w:tcW w:type="dxa" w:w="2880"/>
          </w:tcPr>
          <w:p>
            <w:r>
              <w:t>navel orangeworm</w:t>
            </w:r>
          </w:p>
        </w:tc>
        <w:tc>
          <w:tcPr>
            <w:tcW w:type="dxa" w:w="2880"/>
          </w:tcPr>
          <w:p>
            <w:r>
              <w:t>5</w:t>
            </w:r>
          </w:p>
        </w:tc>
      </w:tr>
      <w:tr>
        <w:tc>
          <w:tcPr>
            <w:tcW w:type="dxa" w:w="2880"/>
          </w:tcPr>
          <w:p>
            <w:r>
              <w:t>2026-07-06</w:t>
            </w:r>
          </w:p>
        </w:tc>
        <w:tc>
          <w:tcPr>
            <w:tcW w:type="dxa" w:w="2880"/>
          </w:tcPr>
          <w:p>
            <w:r>
              <w:t>lygus</w:t>
            </w:r>
          </w:p>
        </w:tc>
        <w:tc>
          <w:tcPr>
            <w:tcW w:type="dxa" w:w="2880"/>
          </w:tcPr>
          <w:p>
            <w:r>
              <w:t>5</w:t>
            </w:r>
          </w:p>
        </w:tc>
      </w:tr>
      <w:tr>
        <w:tc>
          <w:tcPr>
            <w:tcW w:type="dxa" w:w="2880"/>
          </w:tcPr>
          <w:p>
            <w:r>
              <w:t>2026-07-06</w:t>
            </w:r>
          </w:p>
        </w:tc>
        <w:tc>
          <w:tcPr>
            <w:tcW w:type="dxa" w:w="2880"/>
          </w:tcPr>
          <w:p>
            <w:r>
              <w:t>mites</w:t>
            </w:r>
          </w:p>
        </w:tc>
        <w:tc>
          <w:tcPr>
            <w:tcW w:type="dxa" w:w="2880"/>
          </w:tcPr>
          <w:p>
            <w:r>
              <w:t>7</w:t>
            </w:r>
          </w:p>
        </w:tc>
      </w:tr>
      <w:tr>
        <w:tc>
          <w:tcPr>
            <w:tcW w:type="dxa" w:w="2880"/>
          </w:tcPr>
          <w:p>
            <w:r>
              <w:t>2026-07-13</w:t>
            </w:r>
          </w:p>
        </w:tc>
        <w:tc>
          <w:tcPr>
            <w:tcW w:type="dxa" w:w="2880"/>
          </w:tcPr>
          <w:p>
            <w:r>
              <w:t>aphid</w:t>
            </w:r>
          </w:p>
        </w:tc>
        <w:tc>
          <w:tcPr>
            <w:tcW w:type="dxa" w:w="2880"/>
          </w:tcPr>
          <w:p>
            <w:r>
              <w:t>61</w:t>
            </w:r>
          </w:p>
        </w:tc>
      </w:tr>
      <w:tr>
        <w:tc>
          <w:tcPr>
            <w:tcW w:type="dxa" w:w="2880"/>
          </w:tcPr>
          <w:p>
            <w:r>
              <w:t>2026-07-13</w:t>
            </w:r>
          </w:p>
        </w:tc>
        <w:tc>
          <w:tcPr>
            <w:tcW w:type="dxa" w:w="2880"/>
          </w:tcPr>
          <w:p>
            <w:r>
              <w:t>navel orangeworm</w:t>
            </w:r>
          </w:p>
        </w:tc>
        <w:tc>
          <w:tcPr>
            <w:tcW w:type="dxa" w:w="2880"/>
          </w:tcPr>
          <w:p>
            <w:r>
              <w:t>9</w:t>
            </w:r>
          </w:p>
        </w:tc>
      </w:tr>
      <w:tr>
        <w:tc>
          <w:tcPr>
            <w:tcW w:type="dxa" w:w="2880"/>
          </w:tcPr>
          <w:p>
            <w:r>
              <w:t>2026-07-13</w:t>
            </w:r>
          </w:p>
        </w:tc>
        <w:tc>
          <w:tcPr>
            <w:tcW w:type="dxa" w:w="2880"/>
          </w:tcPr>
          <w:p>
            <w:r>
              <w:t>lygus</w:t>
            </w:r>
          </w:p>
        </w:tc>
        <w:tc>
          <w:tcPr>
            <w:tcW w:type="dxa" w:w="2880"/>
          </w:tcPr>
          <w:p>
            <w:r>
              <w:t>5</w:t>
            </w:r>
          </w:p>
        </w:tc>
      </w:tr>
      <w:tr>
        <w:tc>
          <w:tcPr>
            <w:tcW w:type="dxa" w:w="2880"/>
          </w:tcPr>
          <w:p>
            <w:r>
              <w:t>2026-07-13</w:t>
            </w:r>
          </w:p>
        </w:tc>
        <w:tc>
          <w:tcPr>
            <w:tcW w:type="dxa" w:w="2880"/>
          </w:tcPr>
          <w:p>
            <w:r>
              <w:t>mites</w:t>
            </w:r>
          </w:p>
        </w:tc>
        <w:tc>
          <w:tcPr>
            <w:tcW w:type="dxa" w:w="2880"/>
          </w:tcPr>
          <w:p>
            <w:r>
              <w:t>4</w:t>
            </w:r>
          </w:p>
        </w:tc>
      </w:tr>
      <w:tr>
        <w:tc>
          <w:tcPr>
            <w:tcW w:type="dxa" w:w="2880"/>
          </w:tcPr>
          <w:p>
            <w:r>
              <w:t>2026-07-20</w:t>
            </w:r>
          </w:p>
        </w:tc>
        <w:tc>
          <w:tcPr>
            <w:tcW w:type="dxa" w:w="2880"/>
          </w:tcPr>
          <w:p>
            <w:r>
              <w:t>aphid</w:t>
            </w:r>
          </w:p>
        </w:tc>
        <w:tc>
          <w:tcPr>
            <w:tcW w:type="dxa" w:w="2880"/>
          </w:tcPr>
          <w:p>
            <w:r>
              <w:t>3</w:t>
            </w:r>
          </w:p>
        </w:tc>
      </w:tr>
      <w:tr>
        <w:tc>
          <w:tcPr>
            <w:tcW w:type="dxa" w:w="2880"/>
          </w:tcPr>
          <w:p>
            <w:r>
              <w:t>2026-07-20</w:t>
            </w:r>
          </w:p>
        </w:tc>
        <w:tc>
          <w:tcPr>
            <w:tcW w:type="dxa" w:w="2880"/>
          </w:tcPr>
          <w:p>
            <w:r>
              <w:t>navel orangeworm</w:t>
            </w:r>
          </w:p>
        </w:tc>
        <w:tc>
          <w:tcPr>
            <w:tcW w:type="dxa" w:w="2880"/>
          </w:tcPr>
          <w:p>
            <w:r>
              <w:t>5</w:t>
            </w:r>
          </w:p>
        </w:tc>
      </w:tr>
      <w:tr>
        <w:tc>
          <w:tcPr>
            <w:tcW w:type="dxa" w:w="2880"/>
          </w:tcPr>
          <w:p>
            <w:r>
              <w:t>2026-07-20</w:t>
            </w:r>
          </w:p>
        </w:tc>
        <w:tc>
          <w:tcPr>
            <w:tcW w:type="dxa" w:w="2880"/>
          </w:tcPr>
          <w:p>
            <w:r>
              <w:t>lygus</w:t>
            </w:r>
          </w:p>
        </w:tc>
        <w:tc>
          <w:tcPr>
            <w:tcW w:type="dxa" w:w="2880"/>
          </w:tcPr>
          <w:p>
            <w:r>
              <w:t>5</w:t>
            </w:r>
          </w:p>
        </w:tc>
      </w:tr>
      <w:tr>
        <w:tc>
          <w:tcPr>
            <w:tcW w:type="dxa" w:w="2880"/>
          </w:tcPr>
          <w:p>
            <w:r>
              <w:t>2026-07-20</w:t>
            </w:r>
          </w:p>
        </w:tc>
        <w:tc>
          <w:tcPr>
            <w:tcW w:type="dxa" w:w="2880"/>
          </w:tcPr>
          <w:p>
            <w:r>
              <w:t>mites</w:t>
            </w:r>
          </w:p>
        </w:tc>
        <w:tc>
          <w:tcPr>
            <w:tcW w:type="dxa" w:w="2880"/>
          </w:tcPr>
          <w:p>
            <w:r>
              <w:t>1</w:t>
            </w:r>
          </w:p>
        </w:tc>
      </w:tr>
      <w:tr>
        <w:tc>
          <w:tcPr>
            <w:tcW w:type="dxa" w:w="2880"/>
          </w:tcPr>
          <w:p>
            <w:r>
              <w:t>2026-07-27</w:t>
            </w:r>
          </w:p>
        </w:tc>
        <w:tc>
          <w:tcPr>
            <w:tcW w:type="dxa" w:w="2880"/>
          </w:tcPr>
          <w:p>
            <w:r>
              <w:t>aphid</w:t>
            </w:r>
          </w:p>
        </w:tc>
        <w:tc>
          <w:tcPr>
            <w:tcW w:type="dxa" w:w="2880"/>
          </w:tcPr>
          <w:p>
            <w:r>
              <w:t>5</w:t>
            </w:r>
          </w:p>
        </w:tc>
      </w:tr>
      <w:tr>
        <w:tc>
          <w:tcPr>
            <w:tcW w:type="dxa" w:w="2880"/>
          </w:tcPr>
          <w:p>
            <w:r>
              <w:t>2026-07-27</w:t>
            </w:r>
          </w:p>
        </w:tc>
        <w:tc>
          <w:tcPr>
            <w:tcW w:type="dxa" w:w="2880"/>
          </w:tcPr>
          <w:p>
            <w:r>
              <w:t>navel orangeworm</w:t>
            </w:r>
          </w:p>
        </w:tc>
        <w:tc>
          <w:tcPr>
            <w:tcW w:type="dxa" w:w="2880"/>
          </w:tcPr>
          <w:p>
            <w:r>
              <w:t>2</w:t>
            </w:r>
          </w:p>
        </w:tc>
      </w:tr>
      <w:tr>
        <w:tc>
          <w:tcPr>
            <w:tcW w:type="dxa" w:w="2880"/>
          </w:tcPr>
          <w:p>
            <w:r>
              <w:t>2026-07-27</w:t>
            </w:r>
          </w:p>
        </w:tc>
        <w:tc>
          <w:tcPr>
            <w:tcW w:type="dxa" w:w="2880"/>
          </w:tcPr>
          <w:p>
            <w:r>
              <w:t>lygus</w:t>
            </w:r>
          </w:p>
        </w:tc>
        <w:tc>
          <w:tcPr>
            <w:tcW w:type="dxa" w:w="2880"/>
          </w:tcPr>
          <w:p>
            <w:r>
              <w:t>6</w:t>
            </w:r>
          </w:p>
        </w:tc>
      </w:tr>
      <w:tr>
        <w:tc>
          <w:tcPr>
            <w:tcW w:type="dxa" w:w="2880"/>
          </w:tcPr>
          <w:p>
            <w:r>
              <w:t>2026-07-27</w:t>
            </w:r>
          </w:p>
        </w:tc>
        <w:tc>
          <w:tcPr>
            <w:tcW w:type="dxa" w:w="2880"/>
          </w:tcPr>
          <w:p>
            <w:r>
              <w:t>mites</w:t>
            </w:r>
          </w:p>
        </w:tc>
        <w:tc>
          <w:tcPr>
            <w:tcW w:type="dxa" w:w="2880"/>
          </w:tcPr>
          <w:p>
            <w:r>
              <w:t>7</w:t>
            </w:r>
          </w:p>
        </w:tc>
      </w:tr>
      <w:tr>
        <w:tc>
          <w:tcPr>
            <w:tcW w:type="dxa" w:w="2880"/>
          </w:tcPr>
          <w:p>
            <w:r>
              <w:t>2026-08-03</w:t>
            </w:r>
          </w:p>
        </w:tc>
        <w:tc>
          <w:tcPr>
            <w:tcW w:type="dxa" w:w="2880"/>
          </w:tcPr>
          <w:p>
            <w:r>
              <w:t>aphid</w:t>
            </w:r>
          </w:p>
        </w:tc>
        <w:tc>
          <w:tcPr>
            <w:tcW w:type="dxa" w:w="2880"/>
          </w:tcPr>
          <w:p>
            <w:r>
              <w:t>5</w:t>
            </w:r>
          </w:p>
        </w:tc>
      </w:tr>
      <w:tr>
        <w:tc>
          <w:tcPr>
            <w:tcW w:type="dxa" w:w="2880"/>
          </w:tcPr>
          <w:p>
            <w:r>
              <w:t>2026-08-03</w:t>
            </w:r>
          </w:p>
        </w:tc>
        <w:tc>
          <w:tcPr>
            <w:tcW w:type="dxa" w:w="2880"/>
          </w:tcPr>
          <w:p>
            <w:r>
              <w:t>navel orangeworm</w:t>
            </w:r>
          </w:p>
        </w:tc>
        <w:tc>
          <w:tcPr>
            <w:tcW w:type="dxa" w:w="2880"/>
          </w:tcPr>
          <w:p>
            <w:r>
              <w:t>5</w:t>
            </w:r>
          </w:p>
        </w:tc>
      </w:tr>
      <w:tr>
        <w:tc>
          <w:tcPr>
            <w:tcW w:type="dxa" w:w="2880"/>
          </w:tcPr>
          <w:p>
            <w:r>
              <w:t>2026-08-03</w:t>
            </w:r>
          </w:p>
        </w:tc>
        <w:tc>
          <w:tcPr>
            <w:tcW w:type="dxa" w:w="2880"/>
          </w:tcPr>
          <w:p>
            <w:r>
              <w:t>lygus</w:t>
            </w:r>
          </w:p>
        </w:tc>
        <w:tc>
          <w:tcPr>
            <w:tcW w:type="dxa" w:w="2880"/>
          </w:tcPr>
          <w:p>
            <w:r>
              <w:t>5</w:t>
            </w:r>
          </w:p>
        </w:tc>
      </w:tr>
      <w:tr>
        <w:tc>
          <w:tcPr>
            <w:tcW w:type="dxa" w:w="2880"/>
          </w:tcPr>
          <w:p>
            <w:r>
              <w:t>2026-08-03</w:t>
            </w:r>
          </w:p>
        </w:tc>
        <w:tc>
          <w:tcPr>
            <w:tcW w:type="dxa" w:w="2880"/>
          </w:tcPr>
          <w:p>
            <w:r>
              <w:t>mites</w:t>
            </w:r>
          </w:p>
        </w:tc>
        <w:tc>
          <w:tcPr>
            <w:tcW w:type="dxa" w:w="2880"/>
          </w:tcPr>
          <w:p>
            <w:r>
              <w:t>3</w:t>
            </w:r>
          </w:p>
        </w:tc>
      </w:tr>
      <w:tr>
        <w:tc>
          <w:tcPr>
            <w:tcW w:type="dxa" w:w="2880"/>
          </w:tcPr>
          <w:p>
            <w:r>
              <w:t>2026-08-10</w:t>
            </w:r>
          </w:p>
        </w:tc>
        <w:tc>
          <w:tcPr>
            <w:tcW w:type="dxa" w:w="2880"/>
          </w:tcPr>
          <w:p>
            <w:r>
              <w:t>aphid</w:t>
            </w:r>
          </w:p>
        </w:tc>
        <w:tc>
          <w:tcPr>
            <w:tcW w:type="dxa" w:w="2880"/>
          </w:tcPr>
          <w:p>
            <w:r>
              <w:t>1</w:t>
            </w:r>
          </w:p>
        </w:tc>
      </w:tr>
      <w:tr>
        <w:tc>
          <w:tcPr>
            <w:tcW w:type="dxa" w:w="2880"/>
          </w:tcPr>
          <w:p>
            <w:r>
              <w:t>2026-08-10</w:t>
            </w:r>
          </w:p>
        </w:tc>
        <w:tc>
          <w:tcPr>
            <w:tcW w:type="dxa" w:w="2880"/>
          </w:tcPr>
          <w:p>
            <w:r>
              <w:t>navel orangeworm</w:t>
            </w:r>
          </w:p>
        </w:tc>
        <w:tc>
          <w:tcPr>
            <w:tcW w:type="dxa" w:w="2880"/>
          </w:tcPr>
          <w:p>
            <w:r>
              <w:t>8</w:t>
            </w:r>
          </w:p>
        </w:tc>
      </w:tr>
      <w:tr>
        <w:tc>
          <w:tcPr>
            <w:tcW w:type="dxa" w:w="2880"/>
          </w:tcPr>
          <w:p>
            <w:r>
              <w:t>2026-08-10</w:t>
            </w:r>
          </w:p>
        </w:tc>
        <w:tc>
          <w:tcPr>
            <w:tcW w:type="dxa" w:w="2880"/>
          </w:tcPr>
          <w:p>
            <w:r>
              <w:t>lygus</w:t>
            </w:r>
          </w:p>
        </w:tc>
        <w:tc>
          <w:tcPr>
            <w:tcW w:type="dxa" w:w="2880"/>
          </w:tcPr>
          <w:p>
            <w:r>
              <w:t>5</w:t>
            </w:r>
          </w:p>
        </w:tc>
      </w:tr>
      <w:tr>
        <w:tc>
          <w:tcPr>
            <w:tcW w:type="dxa" w:w="2880"/>
          </w:tcPr>
          <w:p>
            <w:r>
              <w:t>2026-08-10</w:t>
            </w:r>
          </w:p>
        </w:tc>
        <w:tc>
          <w:tcPr>
            <w:tcW w:type="dxa" w:w="2880"/>
          </w:tcPr>
          <w:p>
            <w:r>
              <w:t>mites</w:t>
            </w:r>
          </w:p>
        </w:tc>
        <w:tc>
          <w:tcPr>
            <w:tcW w:type="dxa" w:w="2880"/>
          </w:tcPr>
          <w:p>
            <w:r>
              <w:t>1</w:t>
            </w:r>
          </w:p>
        </w:tc>
      </w:tr>
      <w:tr>
        <w:tc>
          <w:tcPr>
            <w:tcW w:type="dxa" w:w="2880"/>
          </w:tcPr>
          <w:p>
            <w:r>
              <w:t>2026-08-17</w:t>
            </w:r>
          </w:p>
        </w:tc>
        <w:tc>
          <w:tcPr>
            <w:tcW w:type="dxa" w:w="2880"/>
          </w:tcPr>
          <w:p>
            <w:r>
              <w:t>aphid</w:t>
            </w:r>
          </w:p>
        </w:tc>
        <w:tc>
          <w:tcPr>
            <w:tcW w:type="dxa" w:w="2880"/>
          </w:tcPr>
          <w:p>
            <w:r>
              <w:t>6</w:t>
            </w:r>
          </w:p>
        </w:tc>
      </w:tr>
      <w:tr>
        <w:tc>
          <w:tcPr>
            <w:tcW w:type="dxa" w:w="2880"/>
          </w:tcPr>
          <w:p>
            <w:r>
              <w:t>2026-08-17</w:t>
            </w:r>
          </w:p>
        </w:tc>
        <w:tc>
          <w:tcPr>
            <w:tcW w:type="dxa" w:w="2880"/>
          </w:tcPr>
          <w:p>
            <w:r>
              <w:t>navel orangeworm</w:t>
            </w:r>
          </w:p>
        </w:tc>
        <w:tc>
          <w:tcPr>
            <w:tcW w:type="dxa" w:w="2880"/>
          </w:tcPr>
          <w:p>
            <w:r>
              <w:t>6</w:t>
            </w:r>
          </w:p>
        </w:tc>
      </w:tr>
      <w:tr>
        <w:tc>
          <w:tcPr>
            <w:tcW w:type="dxa" w:w="2880"/>
          </w:tcPr>
          <w:p>
            <w:r>
              <w:t>2026-08-17</w:t>
            </w:r>
          </w:p>
        </w:tc>
        <w:tc>
          <w:tcPr>
            <w:tcW w:type="dxa" w:w="2880"/>
          </w:tcPr>
          <w:p>
            <w:r>
              <w:t>lygus</w:t>
            </w:r>
          </w:p>
        </w:tc>
        <w:tc>
          <w:tcPr>
            <w:tcW w:type="dxa" w:w="2880"/>
          </w:tcPr>
          <w:p>
            <w:r>
              <w:t>4</w:t>
            </w:r>
          </w:p>
        </w:tc>
      </w:tr>
      <w:tr>
        <w:tc>
          <w:tcPr>
            <w:tcW w:type="dxa" w:w="2880"/>
          </w:tcPr>
          <w:p>
            <w:r>
              <w:t>2026-08-17</w:t>
            </w:r>
          </w:p>
        </w:tc>
        <w:tc>
          <w:tcPr>
            <w:tcW w:type="dxa" w:w="2880"/>
          </w:tcPr>
          <w:p>
            <w:r>
              <w:t>mites</w:t>
            </w:r>
          </w:p>
        </w:tc>
        <w:tc>
          <w:tcPr>
            <w:tcW w:type="dxa" w:w="2880"/>
          </w:tcPr>
          <w:p>
            <w:r>
              <w:t>1</w:t>
            </w:r>
          </w:p>
        </w:tc>
      </w:tr>
      <w:tr>
        <w:tc>
          <w:tcPr>
            <w:tcW w:type="dxa" w:w="2880"/>
          </w:tcPr>
          <w:p>
            <w:r>
              <w:t>2026-08-24</w:t>
            </w:r>
          </w:p>
        </w:tc>
        <w:tc>
          <w:tcPr>
            <w:tcW w:type="dxa" w:w="2880"/>
          </w:tcPr>
          <w:p>
            <w:r>
              <w:t>aphid</w:t>
            </w:r>
          </w:p>
        </w:tc>
        <w:tc>
          <w:tcPr>
            <w:tcW w:type="dxa" w:w="2880"/>
          </w:tcPr>
          <w:p>
            <w:r>
              <w:t>8</w:t>
            </w:r>
          </w:p>
        </w:tc>
      </w:tr>
      <w:tr>
        <w:tc>
          <w:tcPr>
            <w:tcW w:type="dxa" w:w="2880"/>
          </w:tcPr>
          <w:p>
            <w:r>
              <w:t>2026-08-24</w:t>
            </w:r>
          </w:p>
        </w:tc>
        <w:tc>
          <w:tcPr>
            <w:tcW w:type="dxa" w:w="2880"/>
          </w:tcPr>
          <w:p>
            <w:r>
              <w:t>navel orangeworm</w:t>
            </w:r>
          </w:p>
        </w:tc>
        <w:tc>
          <w:tcPr>
            <w:tcW w:type="dxa" w:w="2880"/>
          </w:tcPr>
          <w:p>
            <w:r>
              <w:t>4</w:t>
            </w:r>
          </w:p>
        </w:tc>
      </w:tr>
      <w:tr>
        <w:tc>
          <w:tcPr>
            <w:tcW w:type="dxa" w:w="2880"/>
          </w:tcPr>
          <w:p>
            <w:r>
              <w:t>2026-08-24</w:t>
            </w:r>
          </w:p>
        </w:tc>
        <w:tc>
          <w:tcPr>
            <w:tcW w:type="dxa" w:w="2880"/>
          </w:tcPr>
          <w:p>
            <w:r>
              <w:t>lygus</w:t>
            </w:r>
          </w:p>
        </w:tc>
        <w:tc>
          <w:tcPr>
            <w:tcW w:type="dxa" w:w="2880"/>
          </w:tcPr>
          <w:p>
            <w:r>
              <w:t>1</w:t>
            </w:r>
          </w:p>
        </w:tc>
      </w:tr>
      <w:tr>
        <w:tc>
          <w:tcPr>
            <w:tcW w:type="dxa" w:w="2880"/>
          </w:tcPr>
          <w:p>
            <w:r>
              <w:t>2026-08-24</w:t>
            </w:r>
          </w:p>
        </w:tc>
        <w:tc>
          <w:tcPr>
            <w:tcW w:type="dxa" w:w="2880"/>
          </w:tcPr>
          <w:p>
            <w:r>
              <w:t>mites</w:t>
            </w:r>
          </w:p>
        </w:tc>
        <w:tc>
          <w:tcPr>
            <w:tcW w:type="dxa" w:w="2880"/>
          </w:tcPr>
          <w:p>
            <w:r>
              <w:t>3</w:t>
            </w:r>
          </w:p>
        </w:tc>
      </w:tr>
      <w:tr>
        <w:tc>
          <w:tcPr>
            <w:tcW w:type="dxa" w:w="2880"/>
          </w:tcPr>
          <w:p>
            <w:r>
              <w:t>2026-08-31</w:t>
            </w:r>
          </w:p>
        </w:tc>
        <w:tc>
          <w:tcPr>
            <w:tcW w:type="dxa" w:w="2880"/>
          </w:tcPr>
          <w:p>
            <w:r>
              <w:t>aphid</w:t>
            </w:r>
          </w:p>
        </w:tc>
        <w:tc>
          <w:tcPr>
            <w:tcW w:type="dxa" w:w="2880"/>
          </w:tcPr>
          <w:p>
            <w:r>
              <w:t>5</w:t>
            </w:r>
          </w:p>
        </w:tc>
      </w:tr>
      <w:tr>
        <w:tc>
          <w:tcPr>
            <w:tcW w:type="dxa" w:w="2880"/>
          </w:tcPr>
          <w:p>
            <w:r>
              <w:t>2026-08-31</w:t>
            </w:r>
          </w:p>
        </w:tc>
        <w:tc>
          <w:tcPr>
            <w:tcW w:type="dxa" w:w="2880"/>
          </w:tcPr>
          <w:p>
            <w:r>
              <w:t>navel orangeworm</w:t>
            </w:r>
          </w:p>
        </w:tc>
        <w:tc>
          <w:tcPr>
            <w:tcW w:type="dxa" w:w="2880"/>
          </w:tcPr>
          <w:p>
            <w:r>
              <w:t>5</w:t>
            </w:r>
          </w:p>
        </w:tc>
      </w:tr>
      <w:tr>
        <w:tc>
          <w:tcPr>
            <w:tcW w:type="dxa" w:w="2880"/>
          </w:tcPr>
          <w:p>
            <w:r>
              <w:t>2026-08-31</w:t>
            </w:r>
          </w:p>
        </w:tc>
        <w:tc>
          <w:tcPr>
            <w:tcW w:type="dxa" w:w="2880"/>
          </w:tcPr>
          <w:p>
            <w:r>
              <w:t>lygus</w:t>
            </w:r>
          </w:p>
        </w:tc>
        <w:tc>
          <w:tcPr>
            <w:tcW w:type="dxa" w:w="2880"/>
          </w:tcPr>
          <w:p>
            <w:r>
              <w:t>5</w:t>
            </w:r>
          </w:p>
        </w:tc>
      </w:tr>
      <w:tr>
        <w:tc>
          <w:tcPr>
            <w:tcW w:type="dxa" w:w="2880"/>
          </w:tcPr>
          <w:p>
            <w:r>
              <w:t>2026-08-31</w:t>
            </w:r>
          </w:p>
        </w:tc>
        <w:tc>
          <w:tcPr>
            <w:tcW w:type="dxa" w:w="2880"/>
          </w:tcPr>
          <w:p>
            <w:r>
              <w:t>mites</w:t>
            </w:r>
          </w:p>
        </w:tc>
        <w:tc>
          <w:tcPr>
            <w:tcW w:type="dxa" w:w="2880"/>
          </w:tcPr>
          <w:p>
            <w:r>
              <w:t>2</w:t>
            </w:r>
          </w:p>
        </w:tc>
      </w:tr>
      <w:tr>
        <w:tc>
          <w:tcPr>
            <w:tcW w:type="dxa" w:w="2880"/>
          </w:tcPr>
          <w:p>
            <w:r>
              <w:t>2026-09-07</w:t>
            </w:r>
          </w:p>
        </w:tc>
        <w:tc>
          <w:tcPr>
            <w:tcW w:type="dxa" w:w="2880"/>
          </w:tcPr>
          <w:p>
            <w:r>
              <w:t>aphid</w:t>
            </w:r>
          </w:p>
        </w:tc>
        <w:tc>
          <w:tcPr>
            <w:tcW w:type="dxa" w:w="2880"/>
          </w:tcPr>
          <w:p>
            <w:r>
              <w:t>4</w:t>
            </w:r>
          </w:p>
        </w:tc>
      </w:tr>
      <w:tr>
        <w:tc>
          <w:tcPr>
            <w:tcW w:type="dxa" w:w="2880"/>
          </w:tcPr>
          <w:p>
            <w:r>
              <w:t>2026-09-07</w:t>
            </w:r>
          </w:p>
        </w:tc>
        <w:tc>
          <w:tcPr>
            <w:tcW w:type="dxa" w:w="2880"/>
          </w:tcPr>
          <w:p>
            <w:r>
              <w:t>navel orangeworm</w:t>
            </w:r>
          </w:p>
        </w:tc>
        <w:tc>
          <w:tcPr>
            <w:tcW w:type="dxa" w:w="2880"/>
          </w:tcPr>
          <w:p>
            <w:r>
              <w:t>3</w:t>
            </w:r>
          </w:p>
        </w:tc>
      </w:tr>
      <w:tr>
        <w:tc>
          <w:tcPr>
            <w:tcW w:type="dxa" w:w="2880"/>
          </w:tcPr>
          <w:p>
            <w:r>
              <w:t>2026-09-07</w:t>
            </w:r>
          </w:p>
        </w:tc>
        <w:tc>
          <w:tcPr>
            <w:tcW w:type="dxa" w:w="2880"/>
          </w:tcPr>
          <w:p>
            <w:r>
              <w:t>lygus</w:t>
            </w:r>
          </w:p>
        </w:tc>
        <w:tc>
          <w:tcPr>
            <w:tcW w:type="dxa" w:w="2880"/>
          </w:tcPr>
          <w:p>
            <w:r>
              <w:t>2</w:t>
            </w:r>
          </w:p>
        </w:tc>
      </w:tr>
      <w:tr>
        <w:tc>
          <w:tcPr>
            <w:tcW w:type="dxa" w:w="2880"/>
          </w:tcPr>
          <w:p>
            <w:r>
              <w:t>2026-09-07</w:t>
            </w:r>
          </w:p>
        </w:tc>
        <w:tc>
          <w:tcPr>
            <w:tcW w:type="dxa" w:w="2880"/>
          </w:tcPr>
          <w:p>
            <w:r>
              <w:t>mites</w:t>
            </w:r>
          </w:p>
        </w:tc>
        <w:tc>
          <w:tcPr>
            <w:tcW w:type="dxa" w:w="2880"/>
          </w:tcPr>
          <w:p>
            <w:r>
              <w:t>0</w:t>
            </w:r>
          </w:p>
        </w:tc>
      </w:tr>
      <w:tr>
        <w:tc>
          <w:tcPr>
            <w:tcW w:type="dxa" w:w="2880"/>
          </w:tcPr>
          <w:p>
            <w:r>
              <w:t>2026-09-14</w:t>
            </w:r>
          </w:p>
        </w:tc>
        <w:tc>
          <w:tcPr>
            <w:tcW w:type="dxa" w:w="2880"/>
          </w:tcPr>
          <w:p>
            <w:r>
              <w:t>aphid</w:t>
            </w:r>
          </w:p>
        </w:tc>
        <w:tc>
          <w:tcPr>
            <w:tcW w:type="dxa" w:w="2880"/>
          </w:tcPr>
          <w:p>
            <w:r>
              <w:t>1</w:t>
            </w:r>
          </w:p>
        </w:tc>
      </w:tr>
      <w:tr>
        <w:tc>
          <w:tcPr>
            <w:tcW w:type="dxa" w:w="2880"/>
          </w:tcPr>
          <w:p>
            <w:r>
              <w:t>2026-09-14</w:t>
            </w:r>
          </w:p>
        </w:tc>
        <w:tc>
          <w:tcPr>
            <w:tcW w:type="dxa" w:w="2880"/>
          </w:tcPr>
          <w:p>
            <w:r>
              <w:t>navel orangeworm</w:t>
            </w:r>
          </w:p>
        </w:tc>
        <w:tc>
          <w:tcPr>
            <w:tcW w:type="dxa" w:w="2880"/>
          </w:tcPr>
          <w:p>
            <w:r>
              <w:t>1</w:t>
            </w:r>
          </w:p>
        </w:tc>
      </w:tr>
      <w:tr>
        <w:tc>
          <w:tcPr>
            <w:tcW w:type="dxa" w:w="2880"/>
          </w:tcPr>
          <w:p>
            <w:r>
              <w:t>2026-09-14</w:t>
            </w:r>
          </w:p>
        </w:tc>
        <w:tc>
          <w:tcPr>
            <w:tcW w:type="dxa" w:w="2880"/>
          </w:tcPr>
          <w:p>
            <w:r>
              <w:t>lygus</w:t>
            </w:r>
          </w:p>
        </w:tc>
        <w:tc>
          <w:tcPr>
            <w:tcW w:type="dxa" w:w="2880"/>
          </w:tcPr>
          <w:p>
            <w:r>
              <w:t>1</w:t>
            </w:r>
          </w:p>
        </w:tc>
      </w:tr>
      <w:tr>
        <w:tc>
          <w:tcPr>
            <w:tcW w:type="dxa" w:w="2880"/>
          </w:tcPr>
          <w:p>
            <w:r>
              <w:t>2026-09-14</w:t>
            </w:r>
          </w:p>
        </w:tc>
        <w:tc>
          <w:tcPr>
            <w:tcW w:type="dxa" w:w="2880"/>
          </w:tcPr>
          <w:p>
            <w:r>
              <w:t>mites</w:t>
            </w:r>
          </w:p>
        </w:tc>
        <w:tc>
          <w:tcPr>
            <w:tcW w:type="dxa" w:w="2880"/>
          </w:tcPr>
          <w:p>
            <w:r>
              <w:t>2</w:t>
            </w:r>
          </w:p>
        </w:tc>
      </w:tr>
    </w:tbl>
    <w:p/>
    <w:p>
      <w:pPr>
        <w:pStyle w:val="Heading2"/>
      </w:pPr>
      <w:r>
        <w:t>Figure 32. NDVI change polygons [85]</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0.04</w:t>
            </w:r>
          </w:p>
        </w:tc>
        <w:tc>
          <w:tcPr>
            <w:tcW w:type="dxa" w:w="2880"/>
          </w:tcPr>
          <w:p>
            <w:r>
              <w:t>4.933</w:t>
            </w:r>
          </w:p>
        </w:tc>
        <w:tc>
          <w:tcPr>
            <w:tcW w:type="dxa" w:w="2880"/>
          </w:tcPr>
          <w:p>
            <w:r>
              <w:t>151</w:t>
            </w:r>
          </w:p>
        </w:tc>
      </w:tr>
      <w:tr>
        <w:tc>
          <w:tcPr>
            <w:tcW w:type="dxa" w:w="2880"/>
          </w:tcPr>
          <w:p>
            <w:r>
              <w:t>4.933</w:t>
            </w:r>
          </w:p>
        </w:tc>
        <w:tc>
          <w:tcPr>
            <w:tcW w:type="dxa" w:w="2880"/>
          </w:tcPr>
          <w:p>
            <w:r>
              <w:t>9.827</w:t>
            </w:r>
          </w:p>
        </w:tc>
        <w:tc>
          <w:tcPr>
            <w:tcW w:type="dxa" w:w="2880"/>
          </w:tcPr>
          <w:p>
            <w:r>
              <w:t>0</w:t>
            </w:r>
          </w:p>
        </w:tc>
      </w:tr>
      <w:tr>
        <w:tc>
          <w:tcPr>
            <w:tcW w:type="dxa" w:w="2880"/>
          </w:tcPr>
          <w:p>
            <w:r>
              <w:t>9.827</w:t>
            </w:r>
          </w:p>
        </w:tc>
        <w:tc>
          <w:tcPr>
            <w:tcW w:type="dxa" w:w="2880"/>
          </w:tcPr>
          <w:p>
            <w:r>
              <w:t>14.72</w:t>
            </w:r>
          </w:p>
        </w:tc>
        <w:tc>
          <w:tcPr>
            <w:tcW w:type="dxa" w:w="2880"/>
          </w:tcPr>
          <w:p>
            <w:r>
              <w:t>0</w:t>
            </w:r>
          </w:p>
        </w:tc>
      </w:tr>
      <w:tr>
        <w:tc>
          <w:tcPr>
            <w:tcW w:type="dxa" w:w="2880"/>
          </w:tcPr>
          <w:p>
            <w:r>
              <w:t>14.72</w:t>
            </w:r>
          </w:p>
        </w:tc>
        <w:tc>
          <w:tcPr>
            <w:tcW w:type="dxa" w:w="2880"/>
          </w:tcPr>
          <w:p>
            <w:r>
              <w:t>19.61</w:t>
            </w:r>
          </w:p>
        </w:tc>
        <w:tc>
          <w:tcPr>
            <w:tcW w:type="dxa" w:w="2880"/>
          </w:tcPr>
          <w:p>
            <w:r>
              <w:t>0</w:t>
            </w:r>
          </w:p>
        </w:tc>
      </w:tr>
      <w:tr>
        <w:tc>
          <w:tcPr>
            <w:tcW w:type="dxa" w:w="2880"/>
          </w:tcPr>
          <w:p>
            <w:r>
              <w:t>19.61</w:t>
            </w:r>
          </w:p>
        </w:tc>
        <w:tc>
          <w:tcPr>
            <w:tcW w:type="dxa" w:w="2880"/>
          </w:tcPr>
          <w:p>
            <w:r>
              <w:t>24.51</w:t>
            </w:r>
          </w:p>
        </w:tc>
        <w:tc>
          <w:tcPr>
            <w:tcW w:type="dxa" w:w="2880"/>
          </w:tcPr>
          <w:p>
            <w:r>
              <w:t>0</w:t>
            </w:r>
          </w:p>
        </w:tc>
      </w:tr>
      <w:tr>
        <w:tc>
          <w:tcPr>
            <w:tcW w:type="dxa" w:w="2880"/>
          </w:tcPr>
          <w:p>
            <w:r>
              <w:t>24.51</w:t>
            </w:r>
          </w:p>
        </w:tc>
        <w:tc>
          <w:tcPr>
            <w:tcW w:type="dxa" w:w="2880"/>
          </w:tcPr>
          <w:p>
            <w:r>
              <w:t>29.4</w:t>
            </w:r>
          </w:p>
        </w:tc>
        <w:tc>
          <w:tcPr>
            <w:tcW w:type="dxa" w:w="2880"/>
          </w:tcPr>
          <w:p>
            <w:r>
              <w:t>0</w:t>
            </w:r>
          </w:p>
        </w:tc>
      </w:tr>
      <w:tr>
        <w:tc>
          <w:tcPr>
            <w:tcW w:type="dxa" w:w="2880"/>
          </w:tcPr>
          <w:p>
            <w:r>
              <w:t>29.4</w:t>
            </w:r>
          </w:p>
        </w:tc>
        <w:tc>
          <w:tcPr>
            <w:tcW w:type="dxa" w:w="2880"/>
          </w:tcPr>
          <w:p>
            <w:r>
              <w:t>34.29</w:t>
            </w:r>
          </w:p>
        </w:tc>
        <w:tc>
          <w:tcPr>
            <w:tcW w:type="dxa" w:w="2880"/>
          </w:tcPr>
          <w:p>
            <w:r>
              <w:t>0</w:t>
            </w:r>
          </w:p>
        </w:tc>
      </w:tr>
      <w:tr>
        <w:tc>
          <w:tcPr>
            <w:tcW w:type="dxa" w:w="2880"/>
          </w:tcPr>
          <w:p>
            <w:r>
              <w:t>34.29</w:t>
            </w:r>
          </w:p>
        </w:tc>
        <w:tc>
          <w:tcPr>
            <w:tcW w:type="dxa" w:w="2880"/>
          </w:tcPr>
          <w:p>
            <w:r>
              <w:t>39.19</w:t>
            </w:r>
          </w:p>
        </w:tc>
        <w:tc>
          <w:tcPr>
            <w:tcW w:type="dxa" w:w="2880"/>
          </w:tcPr>
          <w:p>
            <w:r>
              <w:t>0</w:t>
            </w:r>
          </w:p>
        </w:tc>
      </w:tr>
      <w:tr>
        <w:tc>
          <w:tcPr>
            <w:tcW w:type="dxa" w:w="2880"/>
          </w:tcPr>
          <w:p>
            <w:r>
              <w:t>39.19</w:t>
            </w:r>
          </w:p>
        </w:tc>
        <w:tc>
          <w:tcPr>
            <w:tcW w:type="dxa" w:w="2880"/>
          </w:tcPr>
          <w:p>
            <w:r>
              <w:t>44.08</w:t>
            </w:r>
          </w:p>
        </w:tc>
        <w:tc>
          <w:tcPr>
            <w:tcW w:type="dxa" w:w="2880"/>
          </w:tcPr>
          <w:p>
            <w:r>
              <w:t>24</w:t>
            </w:r>
          </w:p>
        </w:tc>
      </w:tr>
    </w:tbl>
    <w:p/>
    <w:p>
      <w:pPr>
        <w:pStyle w:val="Heading2"/>
      </w:pPr>
      <w:r>
        <w:t>Figure 33. Hot spot analysis: Pest scouting [86]</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bin_start</w:t>
            </w:r>
          </w:p>
        </w:tc>
        <w:tc>
          <w:tcPr>
            <w:tcW w:type="dxa" w:w="1728"/>
          </w:tcPr>
          <w:p>
            <w:r>
              <w:t>bin_end</w:t>
            </w:r>
          </w:p>
        </w:tc>
        <w:tc>
          <w:tcPr>
            <w:tcW w:type="dxa" w:w="1728"/>
          </w:tcPr>
          <w:p>
            <w:r>
              <w:t>band</w:t>
            </w:r>
          </w:p>
        </w:tc>
        <w:tc>
          <w:tcPr>
            <w:tcW w:type="dxa" w:w="1728"/>
          </w:tcPr>
          <w:p>
            <w:r>
              <w:t>band_label</w:t>
            </w:r>
          </w:p>
        </w:tc>
        <w:tc>
          <w:tcPr>
            <w:tcW w:type="dxa" w:w="1728"/>
          </w:tcPr>
          <w:p>
            <w:r>
              <w:t>count</w:t>
            </w:r>
          </w:p>
        </w:tc>
      </w:tr>
      <w:tr>
        <w:tc>
          <w:tcPr>
            <w:tcW w:type="dxa" w:w="1728"/>
          </w:tcPr>
          <w:p>
            <w:r>
              <w:t>-1</w:t>
            </w:r>
          </w:p>
        </w:tc>
        <w:tc>
          <w:tcPr>
            <w:tcW w:type="dxa" w:w="1728"/>
          </w:tcPr>
          <w:p>
            <w:r>
              <w:t>-0.5</w:t>
            </w:r>
          </w:p>
        </w:tc>
        <w:tc>
          <w:tcPr>
            <w:tcW w:type="dxa" w:w="1728"/>
          </w:tcPr>
          <w:p>
            <w:r>
              <w:t>not_significant</w:t>
            </w:r>
          </w:p>
        </w:tc>
        <w:tc>
          <w:tcPr>
            <w:tcW w:type="dxa" w:w="1728"/>
          </w:tcPr>
          <w:p>
            <w:r>
              <w:t>Not significant</w:t>
            </w:r>
          </w:p>
        </w:tc>
        <w:tc>
          <w:tcPr>
            <w:tcW w:type="dxa" w:w="1728"/>
          </w:tcPr>
          <w:p>
            <w:r>
              <w:t>30</w:t>
            </w:r>
          </w:p>
        </w:tc>
      </w:tr>
      <w:tr>
        <w:tc>
          <w:tcPr>
            <w:tcW w:type="dxa" w:w="1728"/>
          </w:tcPr>
          <w:p>
            <w:r>
              <w:t>-0.5</w:t>
            </w:r>
          </w:p>
        </w:tc>
        <w:tc>
          <w:tcPr>
            <w:tcW w:type="dxa" w:w="1728"/>
          </w:tcPr>
          <w:p>
            <w:r>
              <w:t>0</w:t>
            </w:r>
          </w:p>
        </w:tc>
        <w:tc>
          <w:tcPr>
            <w:tcW w:type="dxa" w:w="1728"/>
          </w:tcPr>
          <w:p>
            <w:r>
              <w:t>not_significant</w:t>
            </w:r>
          </w:p>
        </w:tc>
        <w:tc>
          <w:tcPr>
            <w:tcW w:type="dxa" w:w="1728"/>
          </w:tcPr>
          <w:p>
            <w:r>
              <w:t>Not significant</w:t>
            </w:r>
          </w:p>
        </w:tc>
        <w:tc>
          <w:tcPr>
            <w:tcW w:type="dxa" w:w="1728"/>
          </w:tcPr>
          <w:p>
            <w:r>
              <w:t>47</w:t>
            </w:r>
          </w:p>
        </w:tc>
      </w:tr>
      <w:tr>
        <w:tc>
          <w:tcPr>
            <w:tcW w:type="dxa" w:w="1728"/>
          </w:tcPr>
          <w:p>
            <w:r>
              <w:t>0</w:t>
            </w:r>
          </w:p>
        </w:tc>
        <w:tc>
          <w:tcPr>
            <w:tcW w:type="dxa" w:w="1728"/>
          </w:tcPr>
          <w:p>
            <w:r>
              <w:t>0.5</w:t>
            </w:r>
          </w:p>
        </w:tc>
        <w:tc>
          <w:tcPr>
            <w:tcW w:type="dxa" w:w="1728"/>
          </w:tcPr>
          <w:p>
            <w:r>
              <w:t>not_significant</w:t>
            </w:r>
          </w:p>
        </w:tc>
        <w:tc>
          <w:tcPr>
            <w:tcW w:type="dxa" w:w="1728"/>
          </w:tcPr>
          <w:p>
            <w:r>
              <w:t>Not significant</w:t>
            </w:r>
          </w:p>
        </w:tc>
        <w:tc>
          <w:tcPr>
            <w:tcW w:type="dxa" w:w="1728"/>
          </w:tcPr>
          <w:p>
            <w:r>
              <w:t>36</w:t>
            </w:r>
          </w:p>
        </w:tc>
      </w:tr>
      <w:tr>
        <w:tc>
          <w:tcPr>
            <w:tcW w:type="dxa" w:w="1728"/>
          </w:tcPr>
          <w:p>
            <w:r>
              <w:t>0.5</w:t>
            </w:r>
          </w:p>
        </w:tc>
        <w:tc>
          <w:tcPr>
            <w:tcW w:type="dxa" w:w="1728"/>
          </w:tcPr>
          <w:p>
            <w:r>
              <w:t>1</w:t>
            </w:r>
          </w:p>
        </w:tc>
        <w:tc>
          <w:tcPr>
            <w:tcW w:type="dxa" w:w="1728"/>
          </w:tcPr>
          <w:p>
            <w:r>
              <w:t>not_significant</w:t>
            </w:r>
          </w:p>
        </w:tc>
        <w:tc>
          <w:tcPr>
            <w:tcW w:type="dxa" w:w="1728"/>
          </w:tcPr>
          <w:p>
            <w:r>
              <w:t>Not significant</w:t>
            </w:r>
          </w:p>
        </w:tc>
        <w:tc>
          <w:tcPr>
            <w:tcW w:type="dxa" w:w="1728"/>
          </w:tcPr>
          <w:p>
            <w:r>
              <w:t>8</w:t>
            </w:r>
          </w:p>
        </w:tc>
      </w:tr>
      <w:tr>
        <w:tc>
          <w:tcPr>
            <w:tcW w:type="dxa" w:w="1728"/>
          </w:tcPr>
          <w:p>
            <w:r>
              <w:t>1</w:t>
            </w:r>
          </w:p>
        </w:tc>
        <w:tc>
          <w:tcPr>
            <w:tcW w:type="dxa" w:w="1728"/>
          </w:tcPr>
          <w:p>
            <w:r>
              <w:t>1.5</w:t>
            </w:r>
          </w:p>
        </w:tc>
        <w:tc>
          <w:tcPr>
            <w:tcW w:type="dxa" w:w="1728"/>
          </w:tcPr>
          <w:p>
            <w:r>
              <w:t>not_significant</w:t>
            </w:r>
          </w:p>
        </w:tc>
        <w:tc>
          <w:tcPr>
            <w:tcW w:type="dxa" w:w="1728"/>
          </w:tcPr>
          <w:p>
            <w:r>
              <w:t>Not significant</w:t>
            </w:r>
          </w:p>
        </w:tc>
        <w:tc>
          <w:tcPr>
            <w:tcW w:type="dxa" w:w="1728"/>
          </w:tcPr>
          <w:p>
            <w:r>
              <w:t>6</w:t>
            </w:r>
          </w:p>
        </w:tc>
      </w:tr>
      <w:tr>
        <w:tc>
          <w:tcPr>
            <w:tcW w:type="dxa" w:w="1728"/>
          </w:tcPr>
          <w:p>
            <w:r>
              <w:t>2</w:t>
            </w:r>
          </w:p>
        </w:tc>
        <w:tc>
          <w:tcPr>
            <w:tcW w:type="dxa" w:w="1728"/>
          </w:tcPr>
          <w:p>
            <w:r>
              <w:t>2.5</w:t>
            </w:r>
          </w:p>
        </w:tc>
        <w:tc>
          <w:tcPr>
            <w:tcW w:type="dxa" w:w="1728"/>
          </w:tcPr>
          <w:p>
            <w:r>
              <w:t>hot_95</w:t>
            </w:r>
          </w:p>
        </w:tc>
        <w:tc>
          <w:tcPr>
            <w:tcW w:type="dxa" w:w="1728"/>
          </w:tcPr>
          <w:p>
            <w:r>
              <w:t>Hot spot, 95% confidence</w:t>
            </w:r>
          </w:p>
        </w:tc>
        <w:tc>
          <w:tcPr>
            <w:tcW w:type="dxa" w:w="1728"/>
          </w:tcPr>
          <w:p>
            <w:r>
              <w:t>1</w:t>
            </w:r>
          </w:p>
        </w:tc>
      </w:tr>
      <w:tr>
        <w:tc>
          <w:tcPr>
            <w:tcW w:type="dxa" w:w="1728"/>
          </w:tcPr>
          <w:p>
            <w:r>
              <w:t>2.5</w:t>
            </w:r>
          </w:p>
        </w:tc>
        <w:tc>
          <w:tcPr>
            <w:tcW w:type="dxa" w:w="1728"/>
          </w:tcPr>
          <w:p>
            <w:r>
              <w:t>3</w:t>
            </w:r>
          </w:p>
        </w:tc>
        <w:tc>
          <w:tcPr>
            <w:tcW w:type="dxa" w:w="1728"/>
          </w:tcPr>
          <w:p>
            <w:r>
              <w:t>hot_95</w:t>
            </w:r>
          </w:p>
        </w:tc>
        <w:tc>
          <w:tcPr>
            <w:tcW w:type="dxa" w:w="1728"/>
          </w:tcPr>
          <w:p>
            <w:r>
              <w:t>Hot spot, 95% confidence</w:t>
            </w:r>
          </w:p>
        </w:tc>
        <w:tc>
          <w:tcPr>
            <w:tcW w:type="dxa" w:w="1728"/>
          </w:tcPr>
          <w:p>
            <w:r>
              <w:t>2</w:t>
            </w:r>
          </w:p>
        </w:tc>
      </w:tr>
      <w:tr>
        <w:tc>
          <w:tcPr>
            <w:tcW w:type="dxa" w:w="1728"/>
          </w:tcPr>
          <w:p>
            <w:r>
              <w:t>2.5</w:t>
            </w:r>
          </w:p>
        </w:tc>
        <w:tc>
          <w:tcPr>
            <w:tcW w:type="dxa" w:w="1728"/>
          </w:tcPr>
          <w:p>
            <w:r>
              <w:t>3</w:t>
            </w:r>
          </w:p>
        </w:tc>
        <w:tc>
          <w:tcPr>
            <w:tcW w:type="dxa" w:w="1728"/>
          </w:tcPr>
          <w:p>
            <w:r>
              <w:t>hot_99</w:t>
            </w:r>
          </w:p>
        </w:tc>
        <w:tc>
          <w:tcPr>
            <w:tcW w:type="dxa" w:w="1728"/>
          </w:tcPr>
          <w:p>
            <w:r>
              <w:t>Hot spot, 99% confidence</w:t>
            </w:r>
          </w:p>
        </w:tc>
        <w:tc>
          <w:tcPr>
            <w:tcW w:type="dxa" w:w="1728"/>
          </w:tcPr>
          <w:p>
            <w:r>
              <w:t>1</w:t>
            </w:r>
          </w:p>
        </w:tc>
      </w:tr>
      <w:tr>
        <w:tc>
          <w:tcPr>
            <w:tcW w:type="dxa" w:w="1728"/>
          </w:tcPr>
          <w:p>
            <w:r>
              <w:t>3</w:t>
            </w:r>
          </w:p>
        </w:tc>
        <w:tc>
          <w:tcPr>
            <w:tcW w:type="dxa" w:w="1728"/>
          </w:tcPr>
          <w:p>
            <w:r>
              <w:t>3.5</w:t>
            </w:r>
          </w:p>
        </w:tc>
        <w:tc>
          <w:tcPr>
            <w:tcW w:type="dxa" w:w="1728"/>
          </w:tcPr>
          <w:p>
            <w:r>
              <w:t>hot_99</w:t>
            </w:r>
          </w:p>
        </w:tc>
        <w:tc>
          <w:tcPr>
            <w:tcW w:type="dxa" w:w="1728"/>
          </w:tcPr>
          <w:p>
            <w:r>
              <w:t>Hot spot, 99% confidence</w:t>
            </w:r>
          </w:p>
        </w:tc>
        <w:tc>
          <w:tcPr>
            <w:tcW w:type="dxa" w:w="1728"/>
          </w:tcPr>
          <w:p>
            <w:r>
              <w:t>1</w:t>
            </w:r>
          </w:p>
        </w:tc>
      </w:tr>
      <w:tr>
        <w:tc>
          <w:tcPr>
            <w:tcW w:type="dxa" w:w="1728"/>
          </w:tcPr>
          <w:p>
            <w:r>
              <w:t>4.5</w:t>
            </w:r>
          </w:p>
        </w:tc>
        <w:tc>
          <w:tcPr>
            <w:tcW w:type="dxa" w:w="1728"/>
          </w:tcPr>
          <w:p>
            <w:r>
              <w:t>5</w:t>
            </w:r>
          </w:p>
        </w:tc>
        <w:tc>
          <w:tcPr>
            <w:tcW w:type="dxa" w:w="1728"/>
          </w:tcPr>
          <w:p>
            <w:r>
              <w:t>hot_99</w:t>
            </w:r>
          </w:p>
        </w:tc>
        <w:tc>
          <w:tcPr>
            <w:tcW w:type="dxa" w:w="1728"/>
          </w:tcPr>
          <w:p>
            <w:r>
              <w:t>Hot spot, 99% confidence</w:t>
            </w:r>
          </w:p>
        </w:tc>
        <w:tc>
          <w:tcPr>
            <w:tcW w:type="dxa" w:w="1728"/>
          </w:tcPr>
          <w:p>
            <w:r>
              <w:t>1</w:t>
            </w:r>
          </w:p>
        </w:tc>
      </w:tr>
      <w:tr>
        <w:tc>
          <w:tcPr>
            <w:tcW w:type="dxa" w:w="1728"/>
          </w:tcPr>
          <w:p>
            <w:r>
              <w:t>5.5</w:t>
            </w:r>
          </w:p>
        </w:tc>
        <w:tc>
          <w:tcPr>
            <w:tcW w:type="dxa" w:w="1728"/>
          </w:tcPr>
          <w:p>
            <w:r>
              <w:t>6</w:t>
            </w:r>
          </w:p>
        </w:tc>
        <w:tc>
          <w:tcPr>
            <w:tcW w:type="dxa" w:w="1728"/>
          </w:tcPr>
          <w:p>
            <w:r>
              <w:t>hot_99</w:t>
            </w:r>
          </w:p>
        </w:tc>
        <w:tc>
          <w:tcPr>
            <w:tcW w:type="dxa" w:w="1728"/>
          </w:tcPr>
          <w:p>
            <w:r>
              <w:t>Hot spot, 99% confidence</w:t>
            </w:r>
          </w:p>
        </w:tc>
        <w:tc>
          <w:tcPr>
            <w:tcW w:type="dxa" w:w="1728"/>
          </w:tcPr>
          <w:p>
            <w:r>
              <w:t>1</w:t>
            </w:r>
          </w:p>
        </w:tc>
      </w:tr>
    </w:tbl>
    <w:p/>
    <w:p>
      <w:pPr>
        <w:pStyle w:val="Heading2"/>
      </w:pPr>
      <w:r>
        <w:t>Figure 34. Hot spot analysis: Wells [87]</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bin_start</w:t>
            </w:r>
          </w:p>
        </w:tc>
        <w:tc>
          <w:tcPr>
            <w:tcW w:type="dxa" w:w="1728"/>
          </w:tcPr>
          <w:p>
            <w:r>
              <w:t>bin_end</w:t>
            </w:r>
          </w:p>
        </w:tc>
        <w:tc>
          <w:tcPr>
            <w:tcW w:type="dxa" w:w="1728"/>
          </w:tcPr>
          <w:p>
            <w:r>
              <w:t>band</w:t>
            </w:r>
          </w:p>
        </w:tc>
        <w:tc>
          <w:tcPr>
            <w:tcW w:type="dxa" w:w="1728"/>
          </w:tcPr>
          <w:p>
            <w:r>
              <w:t>band_label</w:t>
            </w:r>
          </w:p>
        </w:tc>
        <w:tc>
          <w:tcPr>
            <w:tcW w:type="dxa" w:w="1728"/>
          </w:tcPr>
          <w:p>
            <w:r>
              <w:t>count</w:t>
            </w:r>
          </w:p>
        </w:tc>
      </w:tr>
      <w:tr>
        <w:tc>
          <w:tcPr>
            <w:tcW w:type="dxa" w:w="1728"/>
          </w:tcPr>
          <w:p>
            <w:r>
              <w:t>-1.5</w:t>
            </w:r>
          </w:p>
        </w:tc>
        <w:tc>
          <w:tcPr>
            <w:tcW w:type="dxa" w:w="1728"/>
          </w:tcPr>
          <w:p>
            <w:r>
              <w:t>-1</w:t>
            </w:r>
          </w:p>
        </w:tc>
        <w:tc>
          <w:tcPr>
            <w:tcW w:type="dxa" w:w="1728"/>
          </w:tcPr>
          <w:p>
            <w:r>
              <w:t>not_significant</w:t>
            </w:r>
          </w:p>
        </w:tc>
        <w:tc>
          <w:tcPr>
            <w:tcW w:type="dxa" w:w="1728"/>
          </w:tcPr>
          <w:p>
            <w:r>
              <w:t>Not significant</w:t>
            </w:r>
          </w:p>
        </w:tc>
        <w:tc>
          <w:tcPr>
            <w:tcW w:type="dxa" w:w="1728"/>
          </w:tcPr>
          <w:p>
            <w:r>
              <w:t>1</w:t>
            </w:r>
          </w:p>
        </w:tc>
      </w:tr>
      <w:tr>
        <w:tc>
          <w:tcPr>
            <w:tcW w:type="dxa" w:w="1728"/>
          </w:tcPr>
          <w:p>
            <w:r>
              <w:t>-1</w:t>
            </w:r>
          </w:p>
        </w:tc>
        <w:tc>
          <w:tcPr>
            <w:tcW w:type="dxa" w:w="1728"/>
          </w:tcPr>
          <w:p>
            <w:r>
              <w:t>-0.5</w:t>
            </w:r>
          </w:p>
        </w:tc>
        <w:tc>
          <w:tcPr>
            <w:tcW w:type="dxa" w:w="1728"/>
          </w:tcPr>
          <w:p>
            <w:r>
              <w:t>not_significant</w:t>
            </w:r>
          </w:p>
        </w:tc>
        <w:tc>
          <w:tcPr>
            <w:tcW w:type="dxa" w:w="1728"/>
          </w:tcPr>
          <w:p>
            <w:r>
              <w:t>Not significant</w:t>
            </w:r>
          </w:p>
        </w:tc>
        <w:tc>
          <w:tcPr>
            <w:tcW w:type="dxa" w:w="1728"/>
          </w:tcPr>
          <w:p>
            <w:r>
              <w:t>4</w:t>
            </w:r>
          </w:p>
        </w:tc>
      </w:tr>
      <w:tr>
        <w:tc>
          <w:tcPr>
            <w:tcW w:type="dxa" w:w="1728"/>
          </w:tcPr>
          <w:p>
            <w:r>
              <w:t>-0.5</w:t>
            </w:r>
          </w:p>
        </w:tc>
        <w:tc>
          <w:tcPr>
            <w:tcW w:type="dxa" w:w="1728"/>
          </w:tcPr>
          <w:p>
            <w:r>
              <w:t>0</w:t>
            </w:r>
          </w:p>
        </w:tc>
        <w:tc>
          <w:tcPr>
            <w:tcW w:type="dxa" w:w="1728"/>
          </w:tcPr>
          <w:p>
            <w:r>
              <w:t>not_significant</w:t>
            </w:r>
          </w:p>
        </w:tc>
        <w:tc>
          <w:tcPr>
            <w:tcW w:type="dxa" w:w="1728"/>
          </w:tcPr>
          <w:p>
            <w:r>
              <w:t>Not significant</w:t>
            </w:r>
          </w:p>
        </w:tc>
        <w:tc>
          <w:tcPr>
            <w:tcW w:type="dxa" w:w="1728"/>
          </w:tcPr>
          <w:p>
            <w:r>
              <w:t>3</w:t>
            </w:r>
          </w:p>
        </w:tc>
      </w:tr>
      <w:tr>
        <w:tc>
          <w:tcPr>
            <w:tcW w:type="dxa" w:w="1728"/>
          </w:tcPr>
          <w:p>
            <w:r>
              <w:t>0</w:t>
            </w:r>
          </w:p>
        </w:tc>
        <w:tc>
          <w:tcPr>
            <w:tcW w:type="dxa" w:w="1728"/>
          </w:tcPr>
          <w:p>
            <w:r>
              <w:t>0.5</w:t>
            </w:r>
          </w:p>
        </w:tc>
        <w:tc>
          <w:tcPr>
            <w:tcW w:type="dxa" w:w="1728"/>
          </w:tcPr>
          <w:p>
            <w:r>
              <w:t>not_significant</w:t>
            </w:r>
          </w:p>
        </w:tc>
        <w:tc>
          <w:tcPr>
            <w:tcW w:type="dxa" w:w="1728"/>
          </w:tcPr>
          <w:p>
            <w:r>
              <w:t>Not significant</w:t>
            </w:r>
          </w:p>
        </w:tc>
        <w:tc>
          <w:tcPr>
            <w:tcW w:type="dxa" w:w="1728"/>
          </w:tcPr>
          <w:p>
            <w:r>
              <w:t>2</w:t>
            </w:r>
          </w:p>
        </w:tc>
      </w:tr>
      <w:tr>
        <w:tc>
          <w:tcPr>
            <w:tcW w:type="dxa" w:w="1728"/>
          </w:tcPr>
          <w:p>
            <w:r>
              <w:t>0.5</w:t>
            </w:r>
          </w:p>
        </w:tc>
        <w:tc>
          <w:tcPr>
            <w:tcW w:type="dxa" w:w="1728"/>
          </w:tcPr>
          <w:p>
            <w:r>
              <w:t>1</w:t>
            </w:r>
          </w:p>
        </w:tc>
        <w:tc>
          <w:tcPr>
            <w:tcW w:type="dxa" w:w="1728"/>
          </w:tcPr>
          <w:p>
            <w:r>
              <w:t>not_significant</w:t>
            </w:r>
          </w:p>
        </w:tc>
        <w:tc>
          <w:tcPr>
            <w:tcW w:type="dxa" w:w="1728"/>
          </w:tcPr>
          <w:p>
            <w:r>
              <w:t>Not significant</w:t>
            </w:r>
          </w:p>
        </w:tc>
        <w:tc>
          <w:tcPr>
            <w:tcW w:type="dxa" w:w="1728"/>
          </w:tcPr>
          <w:p>
            <w:r>
              <w:t>1</w:t>
            </w:r>
          </w:p>
        </w:tc>
      </w:tr>
      <w:tr>
        <w:tc>
          <w:tcPr>
            <w:tcW w:type="dxa" w:w="1728"/>
          </w:tcPr>
          <w:p>
            <w:r>
              <w:t>1.5</w:t>
            </w:r>
          </w:p>
        </w:tc>
        <w:tc>
          <w:tcPr>
            <w:tcW w:type="dxa" w:w="1728"/>
          </w:tcPr>
          <w:p>
            <w:r>
              <w:t>2</w:t>
            </w:r>
          </w:p>
        </w:tc>
        <w:tc>
          <w:tcPr>
            <w:tcW w:type="dxa" w:w="1728"/>
          </w:tcPr>
          <w:p>
            <w:r>
              <w:t>hot_90</w:t>
            </w:r>
          </w:p>
        </w:tc>
        <w:tc>
          <w:tcPr>
            <w:tcW w:type="dxa" w:w="1728"/>
          </w:tcPr>
          <w:p>
            <w:r>
              <w:t>Hot spot, 90% confidence</w:t>
            </w:r>
          </w:p>
        </w:tc>
        <w:tc>
          <w:tcPr>
            <w:tcW w:type="dxa" w:w="1728"/>
          </w:tcPr>
          <w:p>
            <w:r>
              <w:t>1</w:t>
            </w:r>
          </w:p>
        </w:tc>
      </w:tr>
      <w:tr>
        <w:tc>
          <w:tcPr>
            <w:tcW w:type="dxa" w:w="1728"/>
          </w:tcPr>
          <w:p>
            <w:r>
              <w:t>2</w:t>
            </w:r>
          </w:p>
        </w:tc>
        <w:tc>
          <w:tcPr>
            <w:tcW w:type="dxa" w:w="1728"/>
          </w:tcPr>
          <w:p>
            <w:r>
              <w:t>2.5</w:t>
            </w:r>
          </w:p>
        </w:tc>
        <w:tc>
          <w:tcPr>
            <w:tcW w:type="dxa" w:w="1728"/>
          </w:tcPr>
          <w:p>
            <w:r>
              <w:t>hot_95</w:t>
            </w:r>
          </w:p>
        </w:tc>
        <w:tc>
          <w:tcPr>
            <w:tcW w:type="dxa" w:w="1728"/>
          </w:tcPr>
          <w:p>
            <w:r>
              <w:t>Hot spot, 95% confidence</w:t>
            </w:r>
          </w:p>
        </w:tc>
        <w:tc>
          <w:tcPr>
            <w:tcW w:type="dxa" w:w="1728"/>
          </w:tcPr>
          <w:p>
            <w:r>
              <w:t>1</w:t>
            </w:r>
          </w:p>
        </w:tc>
      </w:tr>
    </w:tbl>
    <w:p/>
    <w:p>
      <w:pPr>
        <w:pStyle w:val="Heading2"/>
      </w:pPr>
      <w:r>
        <w:t>Figure 35. Hot spot analysis: Soil samples [88]</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bin_start</w:t>
            </w:r>
          </w:p>
        </w:tc>
        <w:tc>
          <w:tcPr>
            <w:tcW w:type="dxa" w:w="1728"/>
          </w:tcPr>
          <w:p>
            <w:r>
              <w:t>bin_end</w:t>
            </w:r>
          </w:p>
        </w:tc>
        <w:tc>
          <w:tcPr>
            <w:tcW w:type="dxa" w:w="1728"/>
          </w:tcPr>
          <w:p>
            <w:r>
              <w:t>band</w:t>
            </w:r>
          </w:p>
        </w:tc>
        <w:tc>
          <w:tcPr>
            <w:tcW w:type="dxa" w:w="1728"/>
          </w:tcPr>
          <w:p>
            <w:r>
              <w:t>band_label</w:t>
            </w:r>
          </w:p>
        </w:tc>
        <w:tc>
          <w:tcPr>
            <w:tcW w:type="dxa" w:w="1728"/>
          </w:tcPr>
          <w:p>
            <w:r>
              <w:t>count</w:t>
            </w:r>
          </w:p>
        </w:tc>
      </w:tr>
      <w:tr>
        <w:tc>
          <w:tcPr>
            <w:tcW w:type="dxa" w:w="1728"/>
          </w:tcPr>
          <w:p>
            <w:r>
              <w:t>-2</w:t>
            </w:r>
          </w:p>
        </w:tc>
        <w:tc>
          <w:tcPr>
            <w:tcW w:type="dxa" w:w="1728"/>
          </w:tcPr>
          <w:p>
            <w:r>
              <w:t>-1.5</w:t>
            </w:r>
          </w:p>
        </w:tc>
        <w:tc>
          <w:tcPr>
            <w:tcW w:type="dxa" w:w="1728"/>
          </w:tcPr>
          <w:p>
            <w:r>
              <w:t>not_significant</w:t>
            </w:r>
          </w:p>
        </w:tc>
        <w:tc>
          <w:tcPr>
            <w:tcW w:type="dxa" w:w="1728"/>
          </w:tcPr>
          <w:p>
            <w:r>
              <w:t>Not significant</w:t>
            </w:r>
          </w:p>
        </w:tc>
        <w:tc>
          <w:tcPr>
            <w:tcW w:type="dxa" w:w="1728"/>
          </w:tcPr>
          <w:p>
            <w:r>
              <w:t>16</w:t>
            </w:r>
          </w:p>
        </w:tc>
      </w:tr>
      <w:tr>
        <w:tc>
          <w:tcPr>
            <w:tcW w:type="dxa" w:w="1728"/>
          </w:tcPr>
          <w:p>
            <w:r>
              <w:t>-1.5</w:t>
            </w:r>
          </w:p>
        </w:tc>
        <w:tc>
          <w:tcPr>
            <w:tcW w:type="dxa" w:w="1728"/>
          </w:tcPr>
          <w:p>
            <w:r>
              <w:t>-1</w:t>
            </w:r>
          </w:p>
        </w:tc>
        <w:tc>
          <w:tcPr>
            <w:tcW w:type="dxa" w:w="1728"/>
          </w:tcPr>
          <w:p>
            <w:r>
              <w:t>not_significant</w:t>
            </w:r>
          </w:p>
        </w:tc>
        <w:tc>
          <w:tcPr>
            <w:tcW w:type="dxa" w:w="1728"/>
          </w:tcPr>
          <w:p>
            <w:r>
              <w:t>Not significant</w:t>
            </w:r>
          </w:p>
        </w:tc>
        <w:tc>
          <w:tcPr>
            <w:tcW w:type="dxa" w:w="1728"/>
          </w:tcPr>
          <w:p>
            <w:r>
              <w:t>11</w:t>
            </w:r>
          </w:p>
        </w:tc>
      </w:tr>
      <w:tr>
        <w:tc>
          <w:tcPr>
            <w:tcW w:type="dxa" w:w="1728"/>
          </w:tcPr>
          <w:p>
            <w:r>
              <w:t>-1</w:t>
            </w:r>
          </w:p>
        </w:tc>
        <w:tc>
          <w:tcPr>
            <w:tcW w:type="dxa" w:w="1728"/>
          </w:tcPr>
          <w:p>
            <w:r>
              <w:t>-0.5</w:t>
            </w:r>
          </w:p>
        </w:tc>
        <w:tc>
          <w:tcPr>
            <w:tcW w:type="dxa" w:w="1728"/>
          </w:tcPr>
          <w:p>
            <w:r>
              <w:t>not_significant</w:t>
            </w:r>
          </w:p>
        </w:tc>
        <w:tc>
          <w:tcPr>
            <w:tcW w:type="dxa" w:w="1728"/>
          </w:tcPr>
          <w:p>
            <w:r>
              <w:t>Not significant</w:t>
            </w:r>
          </w:p>
        </w:tc>
        <w:tc>
          <w:tcPr>
            <w:tcW w:type="dxa" w:w="1728"/>
          </w:tcPr>
          <w:p>
            <w:r>
              <w:t>9</w:t>
            </w:r>
          </w:p>
        </w:tc>
      </w:tr>
      <w:tr>
        <w:tc>
          <w:tcPr>
            <w:tcW w:type="dxa" w:w="1728"/>
          </w:tcPr>
          <w:p>
            <w:r>
              <w:t>-0.5</w:t>
            </w:r>
          </w:p>
        </w:tc>
        <w:tc>
          <w:tcPr>
            <w:tcW w:type="dxa" w:w="1728"/>
          </w:tcPr>
          <w:p>
            <w:r>
              <w:t>0</w:t>
            </w:r>
          </w:p>
        </w:tc>
        <w:tc>
          <w:tcPr>
            <w:tcW w:type="dxa" w:w="1728"/>
          </w:tcPr>
          <w:p>
            <w:r>
              <w:t>not_significant</w:t>
            </w:r>
          </w:p>
        </w:tc>
        <w:tc>
          <w:tcPr>
            <w:tcW w:type="dxa" w:w="1728"/>
          </w:tcPr>
          <w:p>
            <w:r>
              <w:t>Not significant</w:t>
            </w:r>
          </w:p>
        </w:tc>
        <w:tc>
          <w:tcPr>
            <w:tcW w:type="dxa" w:w="1728"/>
          </w:tcPr>
          <w:p>
            <w:r>
              <w:t>38</w:t>
            </w:r>
          </w:p>
        </w:tc>
      </w:tr>
      <w:tr>
        <w:tc>
          <w:tcPr>
            <w:tcW w:type="dxa" w:w="1728"/>
          </w:tcPr>
          <w:p>
            <w:r>
              <w:t>0</w:t>
            </w:r>
          </w:p>
        </w:tc>
        <w:tc>
          <w:tcPr>
            <w:tcW w:type="dxa" w:w="1728"/>
          </w:tcPr>
          <w:p>
            <w:r>
              <w:t>0.5</w:t>
            </w:r>
          </w:p>
        </w:tc>
        <w:tc>
          <w:tcPr>
            <w:tcW w:type="dxa" w:w="1728"/>
          </w:tcPr>
          <w:p>
            <w:r>
              <w:t>not_significant</w:t>
            </w:r>
          </w:p>
        </w:tc>
        <w:tc>
          <w:tcPr>
            <w:tcW w:type="dxa" w:w="1728"/>
          </w:tcPr>
          <w:p>
            <w:r>
              <w:t>Not significant</w:t>
            </w:r>
          </w:p>
        </w:tc>
        <w:tc>
          <w:tcPr>
            <w:tcW w:type="dxa" w:w="1728"/>
          </w:tcPr>
          <w:p>
            <w:r>
              <w:t>17</w:t>
            </w:r>
          </w:p>
        </w:tc>
      </w:tr>
      <w:tr>
        <w:tc>
          <w:tcPr>
            <w:tcW w:type="dxa" w:w="1728"/>
          </w:tcPr>
          <w:p>
            <w:r>
              <w:t>0.5</w:t>
            </w:r>
          </w:p>
        </w:tc>
        <w:tc>
          <w:tcPr>
            <w:tcW w:type="dxa" w:w="1728"/>
          </w:tcPr>
          <w:p>
            <w:r>
              <w:t>1</w:t>
            </w:r>
          </w:p>
        </w:tc>
        <w:tc>
          <w:tcPr>
            <w:tcW w:type="dxa" w:w="1728"/>
          </w:tcPr>
          <w:p>
            <w:r>
              <w:t>not_significant</w:t>
            </w:r>
          </w:p>
        </w:tc>
        <w:tc>
          <w:tcPr>
            <w:tcW w:type="dxa" w:w="1728"/>
          </w:tcPr>
          <w:p>
            <w:r>
              <w:t>Not significant</w:t>
            </w:r>
          </w:p>
        </w:tc>
        <w:tc>
          <w:tcPr>
            <w:tcW w:type="dxa" w:w="1728"/>
          </w:tcPr>
          <w:p>
            <w:r>
              <w:t>29</w:t>
            </w:r>
          </w:p>
        </w:tc>
      </w:tr>
      <w:tr>
        <w:tc>
          <w:tcPr>
            <w:tcW w:type="dxa" w:w="1728"/>
          </w:tcPr>
          <w:p>
            <w:r>
              <w:t>1</w:t>
            </w:r>
          </w:p>
        </w:tc>
        <w:tc>
          <w:tcPr>
            <w:tcW w:type="dxa" w:w="1728"/>
          </w:tcPr>
          <w:p>
            <w:r>
              <w:t>1.5</w:t>
            </w:r>
          </w:p>
        </w:tc>
        <w:tc>
          <w:tcPr>
            <w:tcW w:type="dxa" w:w="1728"/>
          </w:tcPr>
          <w:p>
            <w:r>
              <w:t>not_significant</w:t>
            </w:r>
          </w:p>
        </w:tc>
        <w:tc>
          <w:tcPr>
            <w:tcW w:type="dxa" w:w="1728"/>
          </w:tcPr>
          <w:p>
            <w:r>
              <w:t>Not significant</w:t>
            </w:r>
          </w:p>
        </w:tc>
        <w:tc>
          <w:tcPr>
            <w:tcW w:type="dxa" w:w="1728"/>
          </w:tcPr>
          <w:p>
            <w:r>
              <w:t>10</w:t>
            </w:r>
          </w:p>
        </w:tc>
      </w:tr>
      <w:tr>
        <w:tc>
          <w:tcPr>
            <w:tcW w:type="dxa" w:w="1728"/>
          </w:tcPr>
          <w:p>
            <w:r>
              <w:t>1.5</w:t>
            </w:r>
          </w:p>
        </w:tc>
        <w:tc>
          <w:tcPr>
            <w:tcW w:type="dxa" w:w="1728"/>
          </w:tcPr>
          <w:p>
            <w:r>
              <w:t>2</w:t>
            </w:r>
          </w:p>
        </w:tc>
        <w:tc>
          <w:tcPr>
            <w:tcW w:type="dxa" w:w="1728"/>
          </w:tcPr>
          <w:p>
            <w:r>
              <w:t>hot_90</w:t>
            </w:r>
          </w:p>
        </w:tc>
        <w:tc>
          <w:tcPr>
            <w:tcW w:type="dxa" w:w="1728"/>
          </w:tcPr>
          <w:p>
            <w:r>
              <w:t>Hot spot, 90% confidence</w:t>
            </w:r>
          </w:p>
        </w:tc>
        <w:tc>
          <w:tcPr>
            <w:tcW w:type="dxa" w:w="1728"/>
          </w:tcPr>
          <w:p>
            <w:r>
              <w:t>5</w:t>
            </w:r>
          </w:p>
        </w:tc>
      </w:tr>
      <w:tr>
        <w:tc>
          <w:tcPr>
            <w:tcW w:type="dxa" w:w="1728"/>
          </w:tcPr>
          <w:p>
            <w:r>
              <w:t>2</w:t>
            </w:r>
          </w:p>
        </w:tc>
        <w:tc>
          <w:tcPr>
            <w:tcW w:type="dxa" w:w="1728"/>
          </w:tcPr>
          <w:p>
            <w:r>
              <w:t>2.5</w:t>
            </w:r>
          </w:p>
        </w:tc>
        <w:tc>
          <w:tcPr>
            <w:tcW w:type="dxa" w:w="1728"/>
          </w:tcPr>
          <w:p>
            <w:r>
              <w:t>hot_95</w:t>
            </w:r>
          </w:p>
        </w:tc>
        <w:tc>
          <w:tcPr>
            <w:tcW w:type="dxa" w:w="1728"/>
          </w:tcPr>
          <w:p>
            <w:r>
              <w:t>Hot spot, 95% confidence</w:t>
            </w:r>
          </w:p>
        </w:tc>
        <w:tc>
          <w:tcPr>
            <w:tcW w:type="dxa" w:w="1728"/>
          </w:tcPr>
          <w:p>
            <w:r>
              <w:t>3</w:t>
            </w:r>
          </w:p>
        </w:tc>
      </w:tr>
      <w:tr>
        <w:tc>
          <w:tcPr>
            <w:tcW w:type="dxa" w:w="1728"/>
          </w:tcPr>
          <w:p>
            <w:r>
              <w:t>2.5</w:t>
            </w:r>
          </w:p>
        </w:tc>
        <w:tc>
          <w:tcPr>
            <w:tcW w:type="dxa" w:w="1728"/>
          </w:tcPr>
          <w:p>
            <w:r>
              <w:t>3</w:t>
            </w:r>
          </w:p>
        </w:tc>
        <w:tc>
          <w:tcPr>
            <w:tcW w:type="dxa" w:w="1728"/>
          </w:tcPr>
          <w:p>
            <w:r>
              <w:t>hot_99</w:t>
            </w:r>
          </w:p>
        </w:tc>
        <w:tc>
          <w:tcPr>
            <w:tcW w:type="dxa" w:w="1728"/>
          </w:tcPr>
          <w:p>
            <w:r>
              <w:t>Hot spot, 99% confidence</w:t>
            </w:r>
          </w:p>
        </w:tc>
        <w:tc>
          <w:tcPr>
            <w:tcW w:type="dxa" w:w="1728"/>
          </w:tcPr>
          <w:p>
            <w:r>
              <w:t>1</w:t>
            </w:r>
          </w:p>
        </w:tc>
      </w:tr>
    </w:tbl>
    <w:p/>
    <w:p>
      <w:pPr>
        <w:pStyle w:val="Heading2"/>
      </w:pPr>
      <w:r>
        <w:t>Figure 36. Calculate density: Pest scouting [89]</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3.091</w:t>
            </w:r>
          </w:p>
        </w:tc>
        <w:tc>
          <w:tcPr>
            <w:tcW w:type="dxa" w:w="2880"/>
          </w:tcPr>
          <w:p>
            <w:r>
              <w:t>89</w:t>
            </w:r>
          </w:p>
        </w:tc>
      </w:tr>
      <w:tr>
        <w:tc>
          <w:tcPr>
            <w:tcW w:type="dxa" w:w="2880"/>
          </w:tcPr>
          <w:p>
            <w:r>
              <w:t>3.091</w:t>
            </w:r>
          </w:p>
        </w:tc>
        <w:tc>
          <w:tcPr>
            <w:tcW w:type="dxa" w:w="2880"/>
          </w:tcPr>
          <w:p>
            <w:r>
              <w:t>6.182</w:t>
            </w:r>
          </w:p>
        </w:tc>
        <w:tc>
          <w:tcPr>
            <w:tcW w:type="dxa" w:w="2880"/>
          </w:tcPr>
          <w:p>
            <w:r>
              <w:t>87</w:t>
            </w:r>
          </w:p>
        </w:tc>
      </w:tr>
      <w:tr>
        <w:tc>
          <w:tcPr>
            <w:tcW w:type="dxa" w:w="2880"/>
          </w:tcPr>
          <w:p>
            <w:r>
              <w:t>6.182</w:t>
            </w:r>
          </w:p>
        </w:tc>
        <w:tc>
          <w:tcPr>
            <w:tcW w:type="dxa" w:w="2880"/>
          </w:tcPr>
          <w:p>
            <w:r>
              <w:t>9.273</w:t>
            </w:r>
          </w:p>
        </w:tc>
        <w:tc>
          <w:tcPr>
            <w:tcW w:type="dxa" w:w="2880"/>
          </w:tcPr>
          <w:p>
            <w:r>
              <w:t>87</w:t>
            </w:r>
          </w:p>
        </w:tc>
      </w:tr>
      <w:tr>
        <w:tc>
          <w:tcPr>
            <w:tcW w:type="dxa" w:w="2880"/>
          </w:tcPr>
          <w:p>
            <w:r>
              <w:t>9.273</w:t>
            </w:r>
          </w:p>
        </w:tc>
        <w:tc>
          <w:tcPr>
            <w:tcW w:type="dxa" w:w="2880"/>
          </w:tcPr>
          <w:p>
            <w:r>
              <w:t>12.36</w:t>
            </w:r>
          </w:p>
        </w:tc>
        <w:tc>
          <w:tcPr>
            <w:tcW w:type="dxa" w:w="2880"/>
          </w:tcPr>
          <w:p>
            <w:r>
              <w:t>83</w:t>
            </w:r>
          </w:p>
        </w:tc>
      </w:tr>
      <w:tr>
        <w:tc>
          <w:tcPr>
            <w:tcW w:type="dxa" w:w="2880"/>
          </w:tcPr>
          <w:p>
            <w:r>
              <w:t>12.36</w:t>
            </w:r>
          </w:p>
        </w:tc>
        <w:tc>
          <w:tcPr>
            <w:tcW w:type="dxa" w:w="2880"/>
          </w:tcPr>
          <w:p>
            <w:r>
              <w:t>15.45</w:t>
            </w:r>
          </w:p>
        </w:tc>
        <w:tc>
          <w:tcPr>
            <w:tcW w:type="dxa" w:w="2880"/>
          </w:tcPr>
          <w:p>
            <w:r>
              <w:t>84</w:t>
            </w:r>
          </w:p>
        </w:tc>
      </w:tr>
      <w:tr>
        <w:tc>
          <w:tcPr>
            <w:tcW w:type="dxa" w:w="2880"/>
          </w:tcPr>
          <w:p>
            <w:r>
              <w:t>15.45</w:t>
            </w:r>
          </w:p>
        </w:tc>
        <w:tc>
          <w:tcPr>
            <w:tcW w:type="dxa" w:w="2880"/>
          </w:tcPr>
          <w:p>
            <w:r>
              <w:t>18.55</w:t>
            </w:r>
          </w:p>
        </w:tc>
        <w:tc>
          <w:tcPr>
            <w:tcW w:type="dxa" w:w="2880"/>
          </w:tcPr>
          <w:p>
            <w:r>
              <w:t>84</w:t>
            </w:r>
          </w:p>
        </w:tc>
      </w:tr>
      <w:tr>
        <w:tc>
          <w:tcPr>
            <w:tcW w:type="dxa" w:w="2880"/>
          </w:tcPr>
          <w:p>
            <w:r>
              <w:t>18.55</w:t>
            </w:r>
          </w:p>
        </w:tc>
        <w:tc>
          <w:tcPr>
            <w:tcW w:type="dxa" w:w="2880"/>
          </w:tcPr>
          <w:p>
            <w:r>
              <w:t>21.64</w:t>
            </w:r>
          </w:p>
        </w:tc>
        <w:tc>
          <w:tcPr>
            <w:tcW w:type="dxa" w:w="2880"/>
          </w:tcPr>
          <w:p>
            <w:r>
              <w:t>81</w:t>
            </w:r>
          </w:p>
        </w:tc>
      </w:tr>
      <w:tr>
        <w:tc>
          <w:tcPr>
            <w:tcW w:type="dxa" w:w="2880"/>
          </w:tcPr>
          <w:p>
            <w:r>
              <w:t>21.64</w:t>
            </w:r>
          </w:p>
        </w:tc>
        <w:tc>
          <w:tcPr>
            <w:tcW w:type="dxa" w:w="2880"/>
          </w:tcPr>
          <w:p>
            <w:r>
              <w:t>24.73</w:t>
            </w:r>
          </w:p>
        </w:tc>
        <w:tc>
          <w:tcPr>
            <w:tcW w:type="dxa" w:w="2880"/>
          </w:tcPr>
          <w:p>
            <w:r>
              <w:t>84</w:t>
            </w:r>
          </w:p>
        </w:tc>
      </w:tr>
      <w:tr>
        <w:tc>
          <w:tcPr>
            <w:tcW w:type="dxa" w:w="2880"/>
          </w:tcPr>
          <w:p>
            <w:r>
              <w:t>24.73</w:t>
            </w:r>
          </w:p>
        </w:tc>
        <w:tc>
          <w:tcPr>
            <w:tcW w:type="dxa" w:w="2880"/>
          </w:tcPr>
          <w:p>
            <w:r>
              <w:t>27.82</w:t>
            </w:r>
          </w:p>
        </w:tc>
        <w:tc>
          <w:tcPr>
            <w:tcW w:type="dxa" w:w="2880"/>
          </w:tcPr>
          <w:p>
            <w:r>
              <w:t>84</w:t>
            </w:r>
          </w:p>
        </w:tc>
      </w:tr>
      <w:tr>
        <w:tc>
          <w:tcPr>
            <w:tcW w:type="dxa" w:w="2880"/>
          </w:tcPr>
          <w:p>
            <w:r>
              <w:t>27.82</w:t>
            </w:r>
          </w:p>
        </w:tc>
        <w:tc>
          <w:tcPr>
            <w:tcW w:type="dxa" w:w="2880"/>
          </w:tcPr>
          <w:p>
            <w:r>
              <w:t>30.91</w:t>
            </w:r>
          </w:p>
        </w:tc>
        <w:tc>
          <w:tcPr>
            <w:tcW w:type="dxa" w:w="2880"/>
          </w:tcPr>
          <w:p>
            <w:r>
              <w:t>86</w:t>
            </w:r>
          </w:p>
        </w:tc>
      </w:tr>
      <w:tr>
        <w:tc>
          <w:tcPr>
            <w:tcW w:type="dxa" w:w="2880"/>
          </w:tcPr>
          <w:p>
            <w:r>
              <w:t>30.91</w:t>
            </w:r>
          </w:p>
        </w:tc>
        <w:tc>
          <w:tcPr>
            <w:tcW w:type="dxa" w:w="2880"/>
          </w:tcPr>
          <w:p>
            <w:r>
              <w:t>34</w:t>
            </w:r>
          </w:p>
        </w:tc>
        <w:tc>
          <w:tcPr>
            <w:tcW w:type="dxa" w:w="2880"/>
          </w:tcPr>
          <w:p>
            <w:r>
              <w:t>88</w:t>
            </w:r>
          </w:p>
        </w:tc>
      </w:tr>
    </w:tbl>
    <w:p/>
    <w:p>
      <w:pPr>
        <w:pStyle w:val="Heading2"/>
      </w:pPr>
      <w:r>
        <w:t>Figure 37. Calculate density: Wells [90]</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0.001753</w:t>
            </w:r>
          </w:p>
        </w:tc>
        <w:tc>
          <w:tcPr>
            <w:tcW w:type="dxa" w:w="2880"/>
          </w:tcPr>
          <w:p>
            <w:r>
              <w:t>0.2063</w:t>
            </w:r>
          </w:p>
        </w:tc>
        <w:tc>
          <w:tcPr>
            <w:tcW w:type="dxa" w:w="2880"/>
          </w:tcPr>
          <w:p>
            <w:r>
              <w:t>24</w:t>
            </w:r>
          </w:p>
        </w:tc>
      </w:tr>
      <w:tr>
        <w:tc>
          <w:tcPr>
            <w:tcW w:type="dxa" w:w="2880"/>
          </w:tcPr>
          <w:p>
            <w:r>
              <w:t>0.2063</w:t>
            </w:r>
          </w:p>
        </w:tc>
        <w:tc>
          <w:tcPr>
            <w:tcW w:type="dxa" w:w="2880"/>
          </w:tcPr>
          <w:p>
            <w:r>
              <w:t>0.4108</w:t>
            </w:r>
          </w:p>
        </w:tc>
        <w:tc>
          <w:tcPr>
            <w:tcW w:type="dxa" w:w="2880"/>
          </w:tcPr>
          <w:p>
            <w:r>
              <w:t>13</w:t>
            </w:r>
          </w:p>
        </w:tc>
      </w:tr>
      <w:tr>
        <w:tc>
          <w:tcPr>
            <w:tcW w:type="dxa" w:w="2880"/>
          </w:tcPr>
          <w:p>
            <w:r>
              <w:t>0.4108</w:t>
            </w:r>
          </w:p>
        </w:tc>
        <w:tc>
          <w:tcPr>
            <w:tcW w:type="dxa" w:w="2880"/>
          </w:tcPr>
          <w:p>
            <w:r>
              <w:t>0.6154</w:t>
            </w:r>
          </w:p>
        </w:tc>
        <w:tc>
          <w:tcPr>
            <w:tcW w:type="dxa" w:w="2880"/>
          </w:tcPr>
          <w:p>
            <w:r>
              <w:t>9</w:t>
            </w:r>
          </w:p>
        </w:tc>
      </w:tr>
      <w:tr>
        <w:tc>
          <w:tcPr>
            <w:tcW w:type="dxa" w:w="2880"/>
          </w:tcPr>
          <w:p>
            <w:r>
              <w:t>0.6154</w:t>
            </w:r>
          </w:p>
        </w:tc>
        <w:tc>
          <w:tcPr>
            <w:tcW w:type="dxa" w:w="2880"/>
          </w:tcPr>
          <w:p>
            <w:r>
              <w:t>0.8199</w:t>
            </w:r>
          </w:p>
        </w:tc>
        <w:tc>
          <w:tcPr>
            <w:tcW w:type="dxa" w:w="2880"/>
          </w:tcPr>
          <w:p>
            <w:r>
              <w:t>9</w:t>
            </w:r>
          </w:p>
        </w:tc>
      </w:tr>
      <w:tr>
        <w:tc>
          <w:tcPr>
            <w:tcW w:type="dxa" w:w="2880"/>
          </w:tcPr>
          <w:p>
            <w:r>
              <w:t>0.8199</w:t>
            </w:r>
          </w:p>
        </w:tc>
        <w:tc>
          <w:tcPr>
            <w:tcW w:type="dxa" w:w="2880"/>
          </w:tcPr>
          <w:p>
            <w:r>
              <w:t>1.024</w:t>
            </w:r>
          </w:p>
        </w:tc>
        <w:tc>
          <w:tcPr>
            <w:tcW w:type="dxa" w:w="2880"/>
          </w:tcPr>
          <w:p>
            <w:r>
              <w:t>7</w:t>
            </w:r>
          </w:p>
        </w:tc>
      </w:tr>
      <w:tr>
        <w:tc>
          <w:tcPr>
            <w:tcW w:type="dxa" w:w="2880"/>
          </w:tcPr>
          <w:p>
            <w:r>
              <w:t>1.024</w:t>
            </w:r>
          </w:p>
        </w:tc>
        <w:tc>
          <w:tcPr>
            <w:tcW w:type="dxa" w:w="2880"/>
          </w:tcPr>
          <w:p>
            <w:r>
              <w:t>1.229</w:t>
            </w:r>
          </w:p>
        </w:tc>
        <w:tc>
          <w:tcPr>
            <w:tcW w:type="dxa" w:w="2880"/>
          </w:tcPr>
          <w:p>
            <w:r>
              <w:t>4</w:t>
            </w:r>
          </w:p>
        </w:tc>
      </w:tr>
      <w:tr>
        <w:tc>
          <w:tcPr>
            <w:tcW w:type="dxa" w:w="2880"/>
          </w:tcPr>
          <w:p>
            <w:r>
              <w:t>1.229</w:t>
            </w:r>
          </w:p>
        </w:tc>
        <w:tc>
          <w:tcPr>
            <w:tcW w:type="dxa" w:w="2880"/>
          </w:tcPr>
          <w:p>
            <w:r>
              <w:t>1.433</w:t>
            </w:r>
          </w:p>
        </w:tc>
        <w:tc>
          <w:tcPr>
            <w:tcW w:type="dxa" w:w="2880"/>
          </w:tcPr>
          <w:p>
            <w:r>
              <w:t>6</w:t>
            </w:r>
          </w:p>
        </w:tc>
      </w:tr>
      <w:tr>
        <w:tc>
          <w:tcPr>
            <w:tcW w:type="dxa" w:w="2880"/>
          </w:tcPr>
          <w:p>
            <w:r>
              <w:t>1.433</w:t>
            </w:r>
          </w:p>
        </w:tc>
        <w:tc>
          <w:tcPr>
            <w:tcW w:type="dxa" w:w="2880"/>
          </w:tcPr>
          <w:p>
            <w:r>
              <w:t>1.638</w:t>
            </w:r>
          </w:p>
        </w:tc>
        <w:tc>
          <w:tcPr>
            <w:tcW w:type="dxa" w:w="2880"/>
          </w:tcPr>
          <w:p>
            <w:r>
              <w:t>3</w:t>
            </w:r>
          </w:p>
        </w:tc>
      </w:tr>
    </w:tbl>
    <w:p/>
    <w:p>
      <w:pPr>
        <w:pStyle w:val="Heading2"/>
      </w:pPr>
      <w:r>
        <w:t>Figure 38. Calculate density: Soil samples [91]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3</w:t>
            </w:r>
          </w:p>
        </w:tc>
        <w:tc>
          <w:tcPr>
            <w:tcW w:type="dxa" w:w="2880"/>
          </w:tcPr>
          <w:p>
            <w:r>
              <w:t>68</w:t>
            </w:r>
          </w:p>
        </w:tc>
      </w:tr>
      <w:tr>
        <w:tc>
          <w:tcPr>
            <w:tcW w:type="dxa" w:w="2880"/>
          </w:tcPr>
          <w:p>
            <w:r>
              <w:t>3</w:t>
            </w:r>
          </w:p>
        </w:tc>
        <w:tc>
          <w:tcPr>
            <w:tcW w:type="dxa" w:w="2880"/>
          </w:tcPr>
          <w:p>
            <w:r>
              <w:t>6</w:t>
            </w:r>
          </w:p>
        </w:tc>
        <w:tc>
          <w:tcPr>
            <w:tcW w:type="dxa" w:w="2880"/>
          </w:tcPr>
          <w:p>
            <w:r>
              <w:t>87</w:t>
            </w:r>
          </w:p>
        </w:tc>
      </w:tr>
      <w:tr>
        <w:tc>
          <w:tcPr>
            <w:tcW w:type="dxa" w:w="2880"/>
          </w:tcPr>
          <w:p>
            <w:r>
              <w:t>6</w:t>
            </w:r>
          </w:p>
        </w:tc>
        <w:tc>
          <w:tcPr>
            <w:tcW w:type="dxa" w:w="2880"/>
          </w:tcPr>
          <w:p>
            <w:r>
              <w:t>9</w:t>
            </w:r>
          </w:p>
        </w:tc>
        <w:tc>
          <w:tcPr>
            <w:tcW w:type="dxa" w:w="2880"/>
          </w:tcPr>
          <w:p>
            <w:r>
              <w:t>86</w:t>
            </w:r>
          </w:p>
        </w:tc>
      </w:tr>
      <w:tr>
        <w:tc>
          <w:tcPr>
            <w:tcW w:type="dxa" w:w="2880"/>
          </w:tcPr>
          <w:p>
            <w:r>
              <w:t>9</w:t>
            </w:r>
          </w:p>
        </w:tc>
        <w:tc>
          <w:tcPr>
            <w:tcW w:type="dxa" w:w="2880"/>
          </w:tcPr>
          <w:p>
            <w:r>
              <w:t>12</w:t>
            </w:r>
          </w:p>
        </w:tc>
        <w:tc>
          <w:tcPr>
            <w:tcW w:type="dxa" w:w="2880"/>
          </w:tcPr>
          <w:p>
            <w:r>
              <w:t>87</w:t>
            </w:r>
          </w:p>
        </w:tc>
      </w:tr>
      <w:tr>
        <w:tc>
          <w:tcPr>
            <w:tcW w:type="dxa" w:w="2880"/>
          </w:tcPr>
          <w:p>
            <w:r>
              <w:t>12</w:t>
            </w:r>
          </w:p>
        </w:tc>
        <w:tc>
          <w:tcPr>
            <w:tcW w:type="dxa" w:w="2880"/>
          </w:tcPr>
          <w:p>
            <w:r>
              <w:t>15</w:t>
            </w:r>
          </w:p>
        </w:tc>
        <w:tc>
          <w:tcPr>
            <w:tcW w:type="dxa" w:w="2880"/>
          </w:tcPr>
          <w:p>
            <w:r>
              <w:t>87</w:t>
            </w:r>
          </w:p>
        </w:tc>
      </w:tr>
      <w:tr>
        <w:tc>
          <w:tcPr>
            <w:tcW w:type="dxa" w:w="2880"/>
          </w:tcPr>
          <w:p>
            <w:r>
              <w:t>15</w:t>
            </w:r>
          </w:p>
        </w:tc>
        <w:tc>
          <w:tcPr>
            <w:tcW w:type="dxa" w:w="2880"/>
          </w:tcPr>
          <w:p>
            <w:r>
              <w:t>18</w:t>
            </w:r>
          </w:p>
        </w:tc>
        <w:tc>
          <w:tcPr>
            <w:tcW w:type="dxa" w:w="2880"/>
          </w:tcPr>
          <w:p>
            <w:r>
              <w:t>87</w:t>
            </w:r>
          </w:p>
        </w:tc>
      </w:tr>
      <w:tr>
        <w:tc>
          <w:tcPr>
            <w:tcW w:type="dxa" w:w="2880"/>
          </w:tcPr>
          <w:p>
            <w:r>
              <w:t>18</w:t>
            </w:r>
          </w:p>
        </w:tc>
        <w:tc>
          <w:tcPr>
            <w:tcW w:type="dxa" w:w="2880"/>
          </w:tcPr>
          <w:p>
            <w:r>
              <w:t>21</w:t>
            </w:r>
          </w:p>
        </w:tc>
        <w:tc>
          <w:tcPr>
            <w:tcW w:type="dxa" w:w="2880"/>
          </w:tcPr>
          <w:p>
            <w:r>
              <w:t>86</w:t>
            </w:r>
          </w:p>
        </w:tc>
      </w:tr>
      <w:tr>
        <w:tc>
          <w:tcPr>
            <w:tcW w:type="dxa" w:w="2880"/>
          </w:tcPr>
          <w:p>
            <w:r>
              <w:t>21</w:t>
            </w:r>
          </w:p>
        </w:tc>
        <w:tc>
          <w:tcPr>
            <w:tcW w:type="dxa" w:w="2880"/>
          </w:tcPr>
          <w:p>
            <w:r>
              <w:t>24</w:t>
            </w:r>
          </w:p>
        </w:tc>
        <w:tc>
          <w:tcPr>
            <w:tcW w:type="dxa" w:w="2880"/>
          </w:tcPr>
          <w:p>
            <w:r>
              <w:t>84</w:t>
            </w:r>
          </w:p>
        </w:tc>
      </w:tr>
      <w:tr>
        <w:tc>
          <w:tcPr>
            <w:tcW w:type="dxa" w:w="2880"/>
          </w:tcPr>
          <w:p>
            <w:r>
              <w:t>24</w:t>
            </w:r>
          </w:p>
        </w:tc>
        <w:tc>
          <w:tcPr>
            <w:tcW w:type="dxa" w:w="2880"/>
          </w:tcPr>
          <w:p>
            <w:r>
              <w:t>27</w:t>
            </w:r>
          </w:p>
        </w:tc>
        <w:tc>
          <w:tcPr>
            <w:tcW w:type="dxa" w:w="2880"/>
          </w:tcPr>
          <w:p>
            <w:r>
              <w:t>86</w:t>
            </w:r>
          </w:p>
        </w:tc>
      </w:tr>
      <w:tr>
        <w:tc>
          <w:tcPr>
            <w:tcW w:type="dxa" w:w="2880"/>
          </w:tcPr>
          <w:p>
            <w:r>
              <w:t>27</w:t>
            </w:r>
          </w:p>
        </w:tc>
        <w:tc>
          <w:tcPr>
            <w:tcW w:type="dxa" w:w="2880"/>
          </w:tcPr>
          <w:p>
            <w:r>
              <w:t>30</w:t>
            </w:r>
          </w:p>
        </w:tc>
        <w:tc>
          <w:tcPr>
            <w:tcW w:type="dxa" w:w="2880"/>
          </w:tcPr>
          <w:p>
            <w:r>
              <w:t>86</w:t>
            </w:r>
          </w:p>
        </w:tc>
      </w:tr>
      <w:tr>
        <w:tc>
          <w:tcPr>
            <w:tcW w:type="dxa" w:w="2880"/>
          </w:tcPr>
          <w:p>
            <w:r>
              <w:t>30</w:t>
            </w:r>
          </w:p>
        </w:tc>
        <w:tc>
          <w:tcPr>
            <w:tcW w:type="dxa" w:w="2880"/>
          </w:tcPr>
          <w:p>
            <w:r>
              <w:t>33</w:t>
            </w:r>
          </w:p>
        </w:tc>
        <w:tc>
          <w:tcPr>
            <w:tcW w:type="dxa" w:w="2880"/>
          </w:tcPr>
          <w:p>
            <w:r>
              <w:t>109</w:t>
            </w:r>
          </w:p>
        </w:tc>
      </w:tr>
    </w:tbl>
    <w:p/>
    <w:p>
      <w:pPr>
        <w:pStyle w:val="Heading2"/>
      </w:pPr>
      <w:r>
        <w:t>Figure 39. Find point clusters: Pest scouting [92]</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1</w:t>
            </w:r>
          </w:p>
        </w:tc>
        <w:tc>
          <w:tcPr>
            <w:tcW w:type="dxa" w:w="2160"/>
          </w:tcPr>
          <w:p>
            <w:r>
              <w:t>272</w:t>
            </w:r>
          </w:p>
        </w:tc>
        <w:tc>
          <w:tcPr>
            <w:tcW w:type="dxa" w:w="2160"/>
          </w:tcPr>
          <w:p>
            <w:r>
              <w:t>0.5231</w:t>
            </w:r>
          </w:p>
        </w:tc>
        <w:tc>
          <w:tcPr>
            <w:tcW w:type="dxa" w:w="2160"/>
          </w:tcPr>
          <w:p>
            <w:r>
              <w:t>52.3%</w:t>
            </w:r>
          </w:p>
        </w:tc>
      </w:tr>
      <w:tr>
        <w:tc>
          <w:tcPr>
            <w:tcW w:type="dxa" w:w="2160"/>
          </w:tcPr>
          <w:p>
            <w:r>
              <w:t>Noise</w:t>
            </w:r>
          </w:p>
        </w:tc>
        <w:tc>
          <w:tcPr>
            <w:tcW w:type="dxa" w:w="2160"/>
          </w:tcPr>
          <w:p>
            <w:r>
              <w:t>113</w:t>
            </w:r>
          </w:p>
        </w:tc>
        <w:tc>
          <w:tcPr>
            <w:tcW w:type="dxa" w:w="2160"/>
          </w:tcPr>
          <w:p>
            <w:r>
              <w:t>0.2173</w:t>
            </w:r>
          </w:p>
        </w:tc>
        <w:tc>
          <w:tcPr>
            <w:tcW w:type="dxa" w:w="2160"/>
          </w:tcPr>
          <w:p>
            <w:r>
              <w:t>21.7%</w:t>
            </w:r>
          </w:p>
        </w:tc>
      </w:tr>
      <w:tr>
        <w:tc>
          <w:tcPr>
            <w:tcW w:type="dxa" w:w="2160"/>
          </w:tcPr>
          <w:p>
            <w:r>
              <w:t>0</w:t>
            </w:r>
          </w:p>
        </w:tc>
        <w:tc>
          <w:tcPr>
            <w:tcW w:type="dxa" w:w="2160"/>
          </w:tcPr>
          <w:p>
            <w:r>
              <w:t>69</w:t>
            </w:r>
          </w:p>
        </w:tc>
        <w:tc>
          <w:tcPr>
            <w:tcW w:type="dxa" w:w="2160"/>
          </w:tcPr>
          <w:p>
            <w:r>
              <w:t>0.1327</w:t>
            </w:r>
          </w:p>
        </w:tc>
        <w:tc>
          <w:tcPr>
            <w:tcW w:type="dxa" w:w="2160"/>
          </w:tcPr>
          <w:p>
            <w:r>
              <w:t>13.3%</w:t>
            </w:r>
          </w:p>
        </w:tc>
      </w:tr>
      <w:tr>
        <w:tc>
          <w:tcPr>
            <w:tcW w:type="dxa" w:w="2160"/>
          </w:tcPr>
          <w:p>
            <w:r>
              <w:t>2</w:t>
            </w:r>
          </w:p>
        </w:tc>
        <w:tc>
          <w:tcPr>
            <w:tcW w:type="dxa" w:w="2160"/>
          </w:tcPr>
          <w:p>
            <w:r>
              <w:t>37</w:t>
            </w:r>
          </w:p>
        </w:tc>
        <w:tc>
          <w:tcPr>
            <w:tcW w:type="dxa" w:w="2160"/>
          </w:tcPr>
          <w:p>
            <w:r>
              <w:t>0.07115</w:t>
            </w:r>
          </w:p>
        </w:tc>
        <w:tc>
          <w:tcPr>
            <w:tcW w:type="dxa" w:w="2160"/>
          </w:tcPr>
          <w:p>
            <w:r>
              <w:t>7.1%</w:t>
            </w:r>
          </w:p>
        </w:tc>
      </w:tr>
      <w:tr>
        <w:tc>
          <w:tcPr>
            <w:tcW w:type="dxa" w:w="2160"/>
          </w:tcPr>
          <w:p>
            <w:r>
              <w:t>3</w:t>
            </w:r>
          </w:p>
        </w:tc>
        <w:tc>
          <w:tcPr>
            <w:tcW w:type="dxa" w:w="2160"/>
          </w:tcPr>
          <w:p>
            <w:r>
              <w:t>29</w:t>
            </w:r>
          </w:p>
        </w:tc>
        <w:tc>
          <w:tcPr>
            <w:tcW w:type="dxa" w:w="2160"/>
          </w:tcPr>
          <w:p>
            <w:r>
              <w:t>0.05577</w:t>
            </w:r>
          </w:p>
        </w:tc>
        <w:tc>
          <w:tcPr>
            <w:tcW w:type="dxa" w:w="2160"/>
          </w:tcPr>
          <w:p>
            <w:r>
              <w:t>5.6%</w:t>
            </w:r>
          </w:p>
        </w:tc>
      </w:tr>
    </w:tbl>
    <w:p/>
    <w:p>
      <w:pPr>
        <w:pStyle w:val="Heading2"/>
      </w:pPr>
      <w:r>
        <w:t>Figure 40. Find point clusters: cluster hulls [93]</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1</w:t>
            </w:r>
          </w:p>
        </w:tc>
        <w:tc>
          <w:tcPr>
            <w:tcW w:type="dxa" w:w="2160"/>
          </w:tcPr>
          <w:p>
            <w:r>
              <w:t>0.25</w:t>
            </w:r>
          </w:p>
        </w:tc>
        <w:tc>
          <w:tcPr>
            <w:tcW w:type="dxa" w:w="2160"/>
          </w:tcPr>
          <w:p>
            <w:r>
              <w:t>25.0%</w:t>
            </w:r>
          </w:p>
        </w:tc>
      </w:tr>
      <w:tr>
        <w:tc>
          <w:tcPr>
            <w:tcW w:type="dxa" w:w="2160"/>
          </w:tcPr>
          <w:p>
            <w:r>
              <w:t>1</w:t>
            </w:r>
          </w:p>
        </w:tc>
        <w:tc>
          <w:tcPr>
            <w:tcW w:type="dxa" w:w="2160"/>
          </w:tcPr>
          <w:p>
            <w:r>
              <w:t>1</w:t>
            </w:r>
          </w:p>
        </w:tc>
        <w:tc>
          <w:tcPr>
            <w:tcW w:type="dxa" w:w="2160"/>
          </w:tcPr>
          <w:p>
            <w:r>
              <w:t>0.25</w:t>
            </w:r>
          </w:p>
        </w:tc>
        <w:tc>
          <w:tcPr>
            <w:tcW w:type="dxa" w:w="2160"/>
          </w:tcPr>
          <w:p>
            <w:r>
              <w:t>25.0%</w:t>
            </w:r>
          </w:p>
        </w:tc>
      </w:tr>
      <w:tr>
        <w:tc>
          <w:tcPr>
            <w:tcW w:type="dxa" w:w="2160"/>
          </w:tcPr>
          <w:p>
            <w:r>
              <w:t>2</w:t>
            </w:r>
          </w:p>
        </w:tc>
        <w:tc>
          <w:tcPr>
            <w:tcW w:type="dxa" w:w="2160"/>
          </w:tcPr>
          <w:p>
            <w:r>
              <w:t>1</w:t>
            </w:r>
          </w:p>
        </w:tc>
        <w:tc>
          <w:tcPr>
            <w:tcW w:type="dxa" w:w="2160"/>
          </w:tcPr>
          <w:p>
            <w:r>
              <w:t>0.25</w:t>
            </w:r>
          </w:p>
        </w:tc>
        <w:tc>
          <w:tcPr>
            <w:tcW w:type="dxa" w:w="2160"/>
          </w:tcPr>
          <w:p>
            <w:r>
              <w:t>25.0%</w:t>
            </w:r>
          </w:p>
        </w:tc>
      </w:tr>
      <w:tr>
        <w:tc>
          <w:tcPr>
            <w:tcW w:type="dxa" w:w="2160"/>
          </w:tcPr>
          <w:p>
            <w:r>
              <w:t>3</w:t>
            </w:r>
          </w:p>
        </w:tc>
        <w:tc>
          <w:tcPr>
            <w:tcW w:type="dxa" w:w="2160"/>
          </w:tcPr>
          <w:p>
            <w:r>
              <w:t>1</w:t>
            </w:r>
          </w:p>
        </w:tc>
        <w:tc>
          <w:tcPr>
            <w:tcW w:type="dxa" w:w="2160"/>
          </w:tcPr>
          <w:p>
            <w:r>
              <w:t>0.25</w:t>
            </w:r>
          </w:p>
        </w:tc>
        <w:tc>
          <w:tcPr>
            <w:tcW w:type="dxa" w:w="2160"/>
          </w:tcPr>
          <w:p>
            <w:r>
              <w:t>25.0%</w:t>
            </w:r>
          </w:p>
        </w:tc>
      </w:tr>
    </w:tbl>
    <w:p/>
    <w:p>
      <w:pPr>
        <w:pStyle w:val="Heading2"/>
      </w:pPr>
      <w:r>
        <w:t>Figure 41. Find point clusters: Wells [94]</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1</w:t>
            </w:r>
          </w:p>
        </w:tc>
        <w:tc>
          <w:tcPr>
            <w:tcW w:type="dxa" w:w="2160"/>
          </w:tcPr>
          <w:p>
            <w:r>
              <w:t>17</w:t>
            </w:r>
          </w:p>
        </w:tc>
        <w:tc>
          <w:tcPr>
            <w:tcW w:type="dxa" w:w="2160"/>
          </w:tcPr>
          <w:p>
            <w:r>
              <w:t>0.425</w:t>
            </w:r>
          </w:p>
        </w:tc>
        <w:tc>
          <w:tcPr>
            <w:tcW w:type="dxa" w:w="2160"/>
          </w:tcPr>
          <w:p>
            <w:r>
              <w:t>42.5%</w:t>
            </w:r>
          </w:p>
        </w:tc>
      </w:tr>
      <w:tr>
        <w:tc>
          <w:tcPr>
            <w:tcW w:type="dxa" w:w="2160"/>
          </w:tcPr>
          <w:p>
            <w:r>
              <w:t>0</w:t>
            </w:r>
          </w:p>
        </w:tc>
        <w:tc>
          <w:tcPr>
            <w:tcW w:type="dxa" w:w="2160"/>
          </w:tcPr>
          <w:p>
            <w:r>
              <w:t>12</w:t>
            </w:r>
          </w:p>
        </w:tc>
        <w:tc>
          <w:tcPr>
            <w:tcW w:type="dxa" w:w="2160"/>
          </w:tcPr>
          <w:p>
            <w:r>
              <w:t>0.3</w:t>
            </w:r>
          </w:p>
        </w:tc>
        <w:tc>
          <w:tcPr>
            <w:tcW w:type="dxa" w:w="2160"/>
          </w:tcPr>
          <w:p>
            <w:r>
              <w:t>30.0%</w:t>
            </w:r>
          </w:p>
        </w:tc>
      </w:tr>
      <w:tr>
        <w:tc>
          <w:tcPr>
            <w:tcW w:type="dxa" w:w="2160"/>
          </w:tcPr>
          <w:p>
            <w:r>
              <w:t>2</w:t>
            </w:r>
          </w:p>
        </w:tc>
        <w:tc>
          <w:tcPr>
            <w:tcW w:type="dxa" w:w="2160"/>
          </w:tcPr>
          <w:p>
            <w:r>
              <w:t>5</w:t>
            </w:r>
          </w:p>
        </w:tc>
        <w:tc>
          <w:tcPr>
            <w:tcW w:type="dxa" w:w="2160"/>
          </w:tcPr>
          <w:p>
            <w:r>
              <w:t>0.125</w:t>
            </w:r>
          </w:p>
        </w:tc>
        <w:tc>
          <w:tcPr>
            <w:tcW w:type="dxa" w:w="2160"/>
          </w:tcPr>
          <w:p>
            <w:r>
              <w:t>12.5%</w:t>
            </w:r>
          </w:p>
        </w:tc>
      </w:tr>
      <w:tr>
        <w:tc>
          <w:tcPr>
            <w:tcW w:type="dxa" w:w="2160"/>
          </w:tcPr>
          <w:p>
            <w:r>
              <w:t>3</w:t>
            </w:r>
          </w:p>
        </w:tc>
        <w:tc>
          <w:tcPr>
            <w:tcW w:type="dxa" w:w="2160"/>
          </w:tcPr>
          <w:p>
            <w:r>
              <w:t>3</w:t>
            </w:r>
          </w:p>
        </w:tc>
        <w:tc>
          <w:tcPr>
            <w:tcW w:type="dxa" w:w="2160"/>
          </w:tcPr>
          <w:p>
            <w:r>
              <w:t>0.075</w:t>
            </w:r>
          </w:p>
        </w:tc>
        <w:tc>
          <w:tcPr>
            <w:tcW w:type="dxa" w:w="2160"/>
          </w:tcPr>
          <w:p>
            <w:r>
              <w:t>7.5%</w:t>
            </w:r>
          </w:p>
        </w:tc>
      </w:tr>
      <w:tr>
        <w:tc>
          <w:tcPr>
            <w:tcW w:type="dxa" w:w="2160"/>
          </w:tcPr>
          <w:p>
            <w:r>
              <w:t>4</w:t>
            </w:r>
          </w:p>
        </w:tc>
        <w:tc>
          <w:tcPr>
            <w:tcW w:type="dxa" w:w="2160"/>
          </w:tcPr>
          <w:p>
            <w:r>
              <w:t>3</w:t>
            </w:r>
          </w:p>
        </w:tc>
        <w:tc>
          <w:tcPr>
            <w:tcW w:type="dxa" w:w="2160"/>
          </w:tcPr>
          <w:p>
            <w:r>
              <w:t>0.075</w:t>
            </w:r>
          </w:p>
        </w:tc>
        <w:tc>
          <w:tcPr>
            <w:tcW w:type="dxa" w:w="2160"/>
          </w:tcPr>
          <w:p>
            <w:r>
              <w:t>7.5%</w:t>
            </w:r>
          </w:p>
        </w:tc>
      </w:tr>
    </w:tbl>
    <w:p/>
    <w:p>
      <w:pPr>
        <w:pStyle w:val="Heading2"/>
      </w:pPr>
      <w:r>
        <w:t>Figure 42. Find point clusters: cluster hulls [95]</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1</w:t>
            </w:r>
          </w:p>
        </w:tc>
        <w:tc>
          <w:tcPr>
            <w:tcW w:type="dxa" w:w="2160"/>
          </w:tcPr>
          <w:p>
            <w:r>
              <w:t>0.2</w:t>
            </w:r>
          </w:p>
        </w:tc>
        <w:tc>
          <w:tcPr>
            <w:tcW w:type="dxa" w:w="2160"/>
          </w:tcPr>
          <w:p>
            <w:r>
              <w:t>20.0%</w:t>
            </w:r>
          </w:p>
        </w:tc>
      </w:tr>
      <w:tr>
        <w:tc>
          <w:tcPr>
            <w:tcW w:type="dxa" w:w="2160"/>
          </w:tcPr>
          <w:p>
            <w:r>
              <w:t>1</w:t>
            </w:r>
          </w:p>
        </w:tc>
        <w:tc>
          <w:tcPr>
            <w:tcW w:type="dxa" w:w="2160"/>
          </w:tcPr>
          <w:p>
            <w:r>
              <w:t>1</w:t>
            </w:r>
          </w:p>
        </w:tc>
        <w:tc>
          <w:tcPr>
            <w:tcW w:type="dxa" w:w="2160"/>
          </w:tcPr>
          <w:p>
            <w:r>
              <w:t>0.2</w:t>
            </w:r>
          </w:p>
        </w:tc>
        <w:tc>
          <w:tcPr>
            <w:tcW w:type="dxa" w:w="2160"/>
          </w:tcPr>
          <w:p>
            <w:r>
              <w:t>20.0%</w:t>
            </w:r>
          </w:p>
        </w:tc>
      </w:tr>
      <w:tr>
        <w:tc>
          <w:tcPr>
            <w:tcW w:type="dxa" w:w="2160"/>
          </w:tcPr>
          <w:p>
            <w:r>
              <w:t>2</w:t>
            </w:r>
          </w:p>
        </w:tc>
        <w:tc>
          <w:tcPr>
            <w:tcW w:type="dxa" w:w="2160"/>
          </w:tcPr>
          <w:p>
            <w:r>
              <w:t>1</w:t>
            </w:r>
          </w:p>
        </w:tc>
        <w:tc>
          <w:tcPr>
            <w:tcW w:type="dxa" w:w="2160"/>
          </w:tcPr>
          <w:p>
            <w:r>
              <w:t>0.2</w:t>
            </w:r>
          </w:p>
        </w:tc>
        <w:tc>
          <w:tcPr>
            <w:tcW w:type="dxa" w:w="2160"/>
          </w:tcPr>
          <w:p>
            <w:r>
              <w:t>20.0%</w:t>
            </w:r>
          </w:p>
        </w:tc>
      </w:tr>
      <w:tr>
        <w:tc>
          <w:tcPr>
            <w:tcW w:type="dxa" w:w="2160"/>
          </w:tcPr>
          <w:p>
            <w:r>
              <w:t>3</w:t>
            </w:r>
          </w:p>
        </w:tc>
        <w:tc>
          <w:tcPr>
            <w:tcW w:type="dxa" w:w="2160"/>
          </w:tcPr>
          <w:p>
            <w:r>
              <w:t>1</w:t>
            </w:r>
          </w:p>
        </w:tc>
        <w:tc>
          <w:tcPr>
            <w:tcW w:type="dxa" w:w="2160"/>
          </w:tcPr>
          <w:p>
            <w:r>
              <w:t>0.2</w:t>
            </w:r>
          </w:p>
        </w:tc>
        <w:tc>
          <w:tcPr>
            <w:tcW w:type="dxa" w:w="2160"/>
          </w:tcPr>
          <w:p>
            <w:r>
              <w:t>20.0%</w:t>
            </w:r>
          </w:p>
        </w:tc>
      </w:tr>
      <w:tr>
        <w:tc>
          <w:tcPr>
            <w:tcW w:type="dxa" w:w="2160"/>
          </w:tcPr>
          <w:p>
            <w:r>
              <w:t>4</w:t>
            </w:r>
          </w:p>
        </w:tc>
        <w:tc>
          <w:tcPr>
            <w:tcW w:type="dxa" w:w="2160"/>
          </w:tcPr>
          <w:p>
            <w:r>
              <w:t>1</w:t>
            </w:r>
          </w:p>
        </w:tc>
        <w:tc>
          <w:tcPr>
            <w:tcW w:type="dxa" w:w="2160"/>
          </w:tcPr>
          <w:p>
            <w:r>
              <w:t>0.2</w:t>
            </w:r>
          </w:p>
        </w:tc>
        <w:tc>
          <w:tcPr>
            <w:tcW w:type="dxa" w:w="2160"/>
          </w:tcPr>
          <w:p>
            <w:r>
              <w:t>20.0%</w:t>
            </w:r>
          </w:p>
        </w:tc>
      </w:tr>
    </w:tbl>
    <w:p/>
    <w:p>
      <w:pPr>
        <w:pStyle w:val="Heading2"/>
      </w:pPr>
      <w:r>
        <w:t>Figure 43. Find point clusters: Soil samples [96]</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Noise</w:t>
            </w:r>
          </w:p>
        </w:tc>
        <w:tc>
          <w:tcPr>
            <w:tcW w:type="dxa" w:w="2160"/>
          </w:tcPr>
          <w:p>
            <w:r>
              <w:t>600</w:t>
            </w:r>
          </w:p>
        </w:tc>
        <w:tc>
          <w:tcPr>
            <w:tcW w:type="dxa" w:w="2160"/>
          </w:tcPr>
          <w:p>
            <w:r>
              <w:t>1</w:t>
            </w:r>
          </w:p>
        </w:tc>
        <w:tc>
          <w:tcPr>
            <w:tcW w:type="dxa" w:w="2160"/>
          </w:tcPr>
          <w:p>
            <w:r>
              <w:t>100.0%</w:t>
            </w:r>
          </w:p>
        </w:tc>
      </w:tr>
    </w:tbl>
    <w:p/>
    <w:p>
      <w:pPr>
        <w:pStyle w:val="Heading2"/>
      </w:pPr>
      <w:r>
        <w:t>Figure 44. Find point clusters: Soil samples over time [97]</w:t>
      </w:r>
    </w:p>
    <w:tbl>
      <w:tblPr>
        <w:tblStyle w:val="LightGrid-Accent1"/>
        <w:tblW w:type="auto" w:w="0"/>
        <w:tblLook w:firstColumn="1" w:firstRow="1" w:lastColumn="0" w:lastRow="0" w:noHBand="0" w:noVBand="1" w:val="04A0"/>
      </w:tblPr>
      <w:tblGrid>
        <w:gridCol w:w="4320"/>
        <w:gridCol w:w="4320"/>
      </w:tblGrid>
      <w:tr>
        <w:tc>
          <w:tcPr>
            <w:tcW w:type="dxa" w:w="4320"/>
          </w:tcPr>
          <w:p>
            <w:r>
              <w:t>period</w:t>
            </w:r>
          </w:p>
        </w:tc>
        <w:tc>
          <w:tcPr>
            <w:tcW w:type="dxa" w:w="4320"/>
          </w:tcPr>
          <w:p>
            <w:r>
              <w:t>value</w:t>
            </w:r>
          </w:p>
        </w:tc>
      </w:tr>
      <w:tr>
        <w:tc>
          <w:tcPr>
            <w:tcW w:type="dxa" w:w="4320"/>
          </w:tcPr>
          <w:p>
            <w:r>
              <w:t>2025-09-29</w:t>
            </w:r>
          </w:p>
        </w:tc>
        <w:tc>
          <w:tcPr>
            <w:tcW w:type="dxa" w:w="4320"/>
          </w:tcPr>
          <w:p>
            <w:r>
              <w:t>16</w:t>
            </w:r>
          </w:p>
        </w:tc>
      </w:tr>
      <w:tr>
        <w:tc>
          <w:tcPr>
            <w:tcW w:type="dxa" w:w="4320"/>
          </w:tcPr>
          <w:p>
            <w:r>
              <w:t>2025-10-06</w:t>
            </w:r>
          </w:p>
        </w:tc>
        <w:tc>
          <w:tcPr>
            <w:tcW w:type="dxa" w:w="4320"/>
          </w:tcPr>
          <w:p>
            <w:r>
              <w:t>25</w:t>
            </w:r>
          </w:p>
        </w:tc>
      </w:tr>
      <w:tr>
        <w:tc>
          <w:tcPr>
            <w:tcW w:type="dxa" w:w="4320"/>
          </w:tcPr>
          <w:p>
            <w:r>
              <w:t>2025-10-13</w:t>
            </w:r>
          </w:p>
        </w:tc>
        <w:tc>
          <w:tcPr>
            <w:tcW w:type="dxa" w:w="4320"/>
          </w:tcPr>
          <w:p>
            <w:r>
              <w:t>34</w:t>
            </w:r>
          </w:p>
        </w:tc>
      </w:tr>
      <w:tr>
        <w:tc>
          <w:tcPr>
            <w:tcW w:type="dxa" w:w="4320"/>
          </w:tcPr>
          <w:p>
            <w:r>
              <w:t>2025-10-20</w:t>
            </w:r>
          </w:p>
        </w:tc>
        <w:tc>
          <w:tcPr>
            <w:tcW w:type="dxa" w:w="4320"/>
          </w:tcPr>
          <w:p>
            <w:r>
              <w:t>28</w:t>
            </w:r>
          </w:p>
        </w:tc>
      </w:tr>
      <w:tr>
        <w:tc>
          <w:tcPr>
            <w:tcW w:type="dxa" w:w="4320"/>
          </w:tcPr>
          <w:p>
            <w:r>
              <w:t>2025-10-27</w:t>
            </w:r>
          </w:p>
        </w:tc>
        <w:tc>
          <w:tcPr>
            <w:tcW w:type="dxa" w:w="4320"/>
          </w:tcPr>
          <w:p>
            <w:r>
              <w:t>26</w:t>
            </w:r>
          </w:p>
        </w:tc>
      </w:tr>
      <w:tr>
        <w:tc>
          <w:tcPr>
            <w:tcW w:type="dxa" w:w="4320"/>
          </w:tcPr>
          <w:p>
            <w:r>
              <w:t>2025-11-03</w:t>
            </w:r>
          </w:p>
        </w:tc>
        <w:tc>
          <w:tcPr>
            <w:tcW w:type="dxa" w:w="4320"/>
          </w:tcPr>
          <w:p>
            <w:r>
              <w:t>36</w:t>
            </w:r>
          </w:p>
        </w:tc>
      </w:tr>
      <w:tr>
        <w:tc>
          <w:tcPr>
            <w:tcW w:type="dxa" w:w="4320"/>
          </w:tcPr>
          <w:p>
            <w:r>
              <w:t>2025-11-10</w:t>
            </w:r>
          </w:p>
        </w:tc>
        <w:tc>
          <w:tcPr>
            <w:tcW w:type="dxa" w:w="4320"/>
          </w:tcPr>
          <w:p>
            <w:r>
              <w:t>33</w:t>
            </w:r>
          </w:p>
        </w:tc>
      </w:tr>
      <w:tr>
        <w:tc>
          <w:tcPr>
            <w:tcW w:type="dxa" w:w="4320"/>
          </w:tcPr>
          <w:p>
            <w:r>
              <w:t>2025-11-17</w:t>
            </w:r>
          </w:p>
        </w:tc>
        <w:tc>
          <w:tcPr>
            <w:tcW w:type="dxa" w:w="4320"/>
          </w:tcPr>
          <w:p>
            <w:r>
              <w:t>23</w:t>
            </w:r>
          </w:p>
        </w:tc>
      </w:tr>
      <w:tr>
        <w:tc>
          <w:tcPr>
            <w:tcW w:type="dxa" w:w="4320"/>
          </w:tcPr>
          <w:p>
            <w:r>
              <w:t>2025-11-24</w:t>
            </w:r>
          </w:p>
        </w:tc>
        <w:tc>
          <w:tcPr>
            <w:tcW w:type="dxa" w:w="4320"/>
          </w:tcPr>
          <w:p>
            <w:r>
              <w:t>31</w:t>
            </w:r>
          </w:p>
        </w:tc>
      </w:tr>
      <w:tr>
        <w:tc>
          <w:tcPr>
            <w:tcW w:type="dxa" w:w="4320"/>
          </w:tcPr>
          <w:p>
            <w:r>
              <w:t>2025-12-01</w:t>
            </w:r>
          </w:p>
        </w:tc>
        <w:tc>
          <w:tcPr>
            <w:tcW w:type="dxa" w:w="4320"/>
          </w:tcPr>
          <w:p>
            <w:r>
              <w:t>26</w:t>
            </w:r>
          </w:p>
        </w:tc>
      </w:tr>
      <w:tr>
        <w:tc>
          <w:tcPr>
            <w:tcW w:type="dxa" w:w="4320"/>
          </w:tcPr>
          <w:p>
            <w:r>
              <w:t>2025-12-08</w:t>
            </w:r>
          </w:p>
        </w:tc>
        <w:tc>
          <w:tcPr>
            <w:tcW w:type="dxa" w:w="4320"/>
          </w:tcPr>
          <w:p>
            <w:r>
              <w:t>29</w:t>
            </w:r>
          </w:p>
        </w:tc>
      </w:tr>
      <w:tr>
        <w:tc>
          <w:tcPr>
            <w:tcW w:type="dxa" w:w="4320"/>
          </w:tcPr>
          <w:p>
            <w:r>
              <w:t>2025-12-15</w:t>
            </w:r>
          </w:p>
        </w:tc>
        <w:tc>
          <w:tcPr>
            <w:tcW w:type="dxa" w:w="4320"/>
          </w:tcPr>
          <w:p>
            <w:r>
              <w:t>30</w:t>
            </w:r>
          </w:p>
        </w:tc>
      </w:tr>
      <w:tr>
        <w:tc>
          <w:tcPr>
            <w:tcW w:type="dxa" w:w="4320"/>
          </w:tcPr>
          <w:p>
            <w:r>
              <w:t>2025-12-22</w:t>
            </w:r>
          </w:p>
        </w:tc>
        <w:tc>
          <w:tcPr>
            <w:tcW w:type="dxa" w:w="4320"/>
          </w:tcPr>
          <w:p>
            <w:r>
              <w:t>35</w:t>
            </w:r>
          </w:p>
        </w:tc>
      </w:tr>
      <w:tr>
        <w:tc>
          <w:tcPr>
            <w:tcW w:type="dxa" w:w="4320"/>
          </w:tcPr>
          <w:p>
            <w:r>
              <w:t>2025-12-29</w:t>
            </w:r>
          </w:p>
        </w:tc>
        <w:tc>
          <w:tcPr>
            <w:tcW w:type="dxa" w:w="4320"/>
          </w:tcPr>
          <w:p>
            <w:r>
              <w:t>34</w:t>
            </w:r>
          </w:p>
        </w:tc>
      </w:tr>
      <w:tr>
        <w:tc>
          <w:tcPr>
            <w:tcW w:type="dxa" w:w="4320"/>
          </w:tcPr>
          <w:p>
            <w:r>
              <w:t>2026-01-05</w:t>
            </w:r>
          </w:p>
        </w:tc>
        <w:tc>
          <w:tcPr>
            <w:tcW w:type="dxa" w:w="4320"/>
          </w:tcPr>
          <w:p>
            <w:r>
              <w:t>26</w:t>
            </w:r>
          </w:p>
        </w:tc>
      </w:tr>
      <w:tr>
        <w:tc>
          <w:tcPr>
            <w:tcW w:type="dxa" w:w="4320"/>
          </w:tcPr>
          <w:p>
            <w:r>
              <w:t>2026-01-12</w:t>
            </w:r>
          </w:p>
        </w:tc>
        <w:tc>
          <w:tcPr>
            <w:tcW w:type="dxa" w:w="4320"/>
          </w:tcPr>
          <w:p>
            <w:r>
              <w:t>27</w:t>
            </w:r>
          </w:p>
        </w:tc>
      </w:tr>
      <w:tr>
        <w:tc>
          <w:tcPr>
            <w:tcW w:type="dxa" w:w="4320"/>
          </w:tcPr>
          <w:p>
            <w:r>
              <w:t>2026-01-19</w:t>
            </w:r>
          </w:p>
        </w:tc>
        <w:tc>
          <w:tcPr>
            <w:tcW w:type="dxa" w:w="4320"/>
          </w:tcPr>
          <w:p>
            <w:r>
              <w:t>19</w:t>
            </w:r>
          </w:p>
        </w:tc>
      </w:tr>
      <w:tr>
        <w:tc>
          <w:tcPr>
            <w:tcW w:type="dxa" w:w="4320"/>
          </w:tcPr>
          <w:p>
            <w:r>
              <w:t>2026-01-26</w:t>
            </w:r>
          </w:p>
        </w:tc>
        <w:tc>
          <w:tcPr>
            <w:tcW w:type="dxa" w:w="4320"/>
          </w:tcPr>
          <w:p>
            <w:r>
              <w:t>22</w:t>
            </w:r>
          </w:p>
        </w:tc>
      </w:tr>
      <w:tr>
        <w:tc>
          <w:tcPr>
            <w:tcW w:type="dxa" w:w="4320"/>
          </w:tcPr>
          <w:p>
            <w:r>
              <w:t>2026-02-02</w:t>
            </w:r>
          </w:p>
        </w:tc>
        <w:tc>
          <w:tcPr>
            <w:tcW w:type="dxa" w:w="4320"/>
          </w:tcPr>
          <w:p>
            <w:r>
              <w:t>26</w:t>
            </w:r>
          </w:p>
        </w:tc>
      </w:tr>
      <w:tr>
        <w:tc>
          <w:tcPr>
            <w:tcW w:type="dxa" w:w="4320"/>
          </w:tcPr>
          <w:p>
            <w:r>
              <w:t>2026-02-09</w:t>
            </w:r>
          </w:p>
        </w:tc>
        <w:tc>
          <w:tcPr>
            <w:tcW w:type="dxa" w:w="4320"/>
          </w:tcPr>
          <w:p>
            <w:r>
              <w:t>24</w:t>
            </w:r>
          </w:p>
        </w:tc>
      </w:tr>
      <w:tr>
        <w:tc>
          <w:tcPr>
            <w:tcW w:type="dxa" w:w="4320"/>
          </w:tcPr>
          <w:p>
            <w:r>
              <w:t>2026-02-16</w:t>
            </w:r>
          </w:p>
        </w:tc>
        <w:tc>
          <w:tcPr>
            <w:tcW w:type="dxa" w:w="4320"/>
          </w:tcPr>
          <w:p>
            <w:r>
              <w:t>31</w:t>
            </w:r>
          </w:p>
        </w:tc>
      </w:tr>
      <w:tr>
        <w:tc>
          <w:tcPr>
            <w:tcW w:type="dxa" w:w="4320"/>
          </w:tcPr>
          <w:p>
            <w:r>
              <w:t>2026-02-23</w:t>
            </w:r>
          </w:p>
        </w:tc>
        <w:tc>
          <w:tcPr>
            <w:tcW w:type="dxa" w:w="4320"/>
          </w:tcPr>
          <w:p>
            <w:r>
              <w:t>19</w:t>
            </w:r>
          </w:p>
        </w:tc>
      </w:tr>
    </w:tbl>
    <w:p/>
    <w:p>
      <w:pPr>
        <w:pStyle w:val="Heading2"/>
      </w:pPr>
      <w:r>
        <w:t>Figure 45. Find point clusters: Pest scouting over time [98]</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2026-03-30</w:t>
            </w:r>
          </w:p>
        </w:tc>
        <w:tc>
          <w:tcPr>
            <w:tcW w:type="dxa" w:w="2880"/>
          </w:tcPr>
          <w:p>
            <w:r>
              <w:t>aphid</w:t>
            </w:r>
          </w:p>
        </w:tc>
        <w:tc>
          <w:tcPr>
            <w:tcW w:type="dxa" w:w="2880"/>
          </w:tcPr>
          <w:p>
            <w:r>
              <w:t>1</w:t>
            </w:r>
          </w:p>
        </w:tc>
      </w:tr>
      <w:tr>
        <w:tc>
          <w:tcPr>
            <w:tcW w:type="dxa" w:w="2880"/>
          </w:tcPr>
          <w:p>
            <w:r>
              <w:t>2026-03-30</w:t>
            </w:r>
          </w:p>
        </w:tc>
        <w:tc>
          <w:tcPr>
            <w:tcW w:type="dxa" w:w="2880"/>
          </w:tcPr>
          <w:p>
            <w:r>
              <w:t>navel orangeworm</w:t>
            </w:r>
          </w:p>
        </w:tc>
        <w:tc>
          <w:tcPr>
            <w:tcW w:type="dxa" w:w="2880"/>
          </w:tcPr>
          <w:p>
            <w:r>
              <w:t>2</w:t>
            </w:r>
          </w:p>
        </w:tc>
      </w:tr>
      <w:tr>
        <w:tc>
          <w:tcPr>
            <w:tcW w:type="dxa" w:w="2880"/>
          </w:tcPr>
          <w:p>
            <w:r>
              <w:t>2026-03-30</w:t>
            </w:r>
          </w:p>
        </w:tc>
        <w:tc>
          <w:tcPr>
            <w:tcW w:type="dxa" w:w="2880"/>
          </w:tcPr>
          <w:p>
            <w:r>
              <w:t>lygus</w:t>
            </w:r>
          </w:p>
        </w:tc>
        <w:tc>
          <w:tcPr>
            <w:tcW w:type="dxa" w:w="2880"/>
          </w:tcPr>
          <w:p>
            <w:r>
              <w:t>3</w:t>
            </w:r>
          </w:p>
        </w:tc>
      </w:tr>
      <w:tr>
        <w:tc>
          <w:tcPr>
            <w:tcW w:type="dxa" w:w="2880"/>
          </w:tcPr>
          <w:p>
            <w:r>
              <w:t>2026-03-30</w:t>
            </w:r>
          </w:p>
        </w:tc>
        <w:tc>
          <w:tcPr>
            <w:tcW w:type="dxa" w:w="2880"/>
          </w:tcPr>
          <w:p>
            <w:r>
              <w:t>mites</w:t>
            </w:r>
          </w:p>
        </w:tc>
        <w:tc>
          <w:tcPr>
            <w:tcW w:type="dxa" w:w="2880"/>
          </w:tcPr>
          <w:p>
            <w:r>
              <w:t>0</w:t>
            </w:r>
          </w:p>
        </w:tc>
      </w:tr>
      <w:tr>
        <w:tc>
          <w:tcPr>
            <w:tcW w:type="dxa" w:w="2880"/>
          </w:tcPr>
          <w:p>
            <w:r>
              <w:t>2026-04-06</w:t>
            </w:r>
          </w:p>
        </w:tc>
        <w:tc>
          <w:tcPr>
            <w:tcW w:type="dxa" w:w="2880"/>
          </w:tcPr>
          <w:p>
            <w:r>
              <w:t>aphid</w:t>
            </w:r>
          </w:p>
        </w:tc>
        <w:tc>
          <w:tcPr>
            <w:tcW w:type="dxa" w:w="2880"/>
          </w:tcPr>
          <w:p>
            <w:r>
              <w:t>3</w:t>
            </w:r>
          </w:p>
        </w:tc>
      </w:tr>
      <w:tr>
        <w:tc>
          <w:tcPr>
            <w:tcW w:type="dxa" w:w="2880"/>
          </w:tcPr>
          <w:p>
            <w:r>
              <w:t>2026-04-06</w:t>
            </w:r>
          </w:p>
        </w:tc>
        <w:tc>
          <w:tcPr>
            <w:tcW w:type="dxa" w:w="2880"/>
          </w:tcPr>
          <w:p>
            <w:r>
              <w:t>navel orangeworm</w:t>
            </w:r>
          </w:p>
        </w:tc>
        <w:tc>
          <w:tcPr>
            <w:tcW w:type="dxa" w:w="2880"/>
          </w:tcPr>
          <w:p>
            <w:r>
              <w:t>2</w:t>
            </w:r>
          </w:p>
        </w:tc>
      </w:tr>
      <w:tr>
        <w:tc>
          <w:tcPr>
            <w:tcW w:type="dxa" w:w="2880"/>
          </w:tcPr>
          <w:p>
            <w:r>
              <w:t>2026-04-06</w:t>
            </w:r>
          </w:p>
        </w:tc>
        <w:tc>
          <w:tcPr>
            <w:tcW w:type="dxa" w:w="2880"/>
          </w:tcPr>
          <w:p>
            <w:r>
              <w:t>lygus</w:t>
            </w:r>
          </w:p>
        </w:tc>
        <w:tc>
          <w:tcPr>
            <w:tcW w:type="dxa" w:w="2880"/>
          </w:tcPr>
          <w:p>
            <w:r>
              <w:t>3</w:t>
            </w:r>
          </w:p>
        </w:tc>
      </w:tr>
      <w:tr>
        <w:tc>
          <w:tcPr>
            <w:tcW w:type="dxa" w:w="2880"/>
          </w:tcPr>
          <w:p>
            <w:r>
              <w:t>2026-04-06</w:t>
            </w:r>
          </w:p>
        </w:tc>
        <w:tc>
          <w:tcPr>
            <w:tcW w:type="dxa" w:w="2880"/>
          </w:tcPr>
          <w:p>
            <w:r>
              <w:t>mites</w:t>
            </w:r>
          </w:p>
        </w:tc>
        <w:tc>
          <w:tcPr>
            <w:tcW w:type="dxa" w:w="2880"/>
          </w:tcPr>
          <w:p>
            <w:r>
              <w:t>4</w:t>
            </w:r>
          </w:p>
        </w:tc>
      </w:tr>
      <w:tr>
        <w:tc>
          <w:tcPr>
            <w:tcW w:type="dxa" w:w="2880"/>
          </w:tcPr>
          <w:p>
            <w:r>
              <w:t>2026-04-13</w:t>
            </w:r>
          </w:p>
        </w:tc>
        <w:tc>
          <w:tcPr>
            <w:tcW w:type="dxa" w:w="2880"/>
          </w:tcPr>
          <w:p>
            <w:r>
              <w:t>aphid</w:t>
            </w:r>
          </w:p>
        </w:tc>
        <w:tc>
          <w:tcPr>
            <w:tcW w:type="dxa" w:w="2880"/>
          </w:tcPr>
          <w:p>
            <w:r>
              <w:t>3</w:t>
            </w:r>
          </w:p>
        </w:tc>
      </w:tr>
      <w:tr>
        <w:tc>
          <w:tcPr>
            <w:tcW w:type="dxa" w:w="2880"/>
          </w:tcPr>
          <w:p>
            <w:r>
              <w:t>2026-04-13</w:t>
            </w:r>
          </w:p>
        </w:tc>
        <w:tc>
          <w:tcPr>
            <w:tcW w:type="dxa" w:w="2880"/>
          </w:tcPr>
          <w:p>
            <w:r>
              <w:t>navel orangeworm</w:t>
            </w:r>
          </w:p>
        </w:tc>
        <w:tc>
          <w:tcPr>
            <w:tcW w:type="dxa" w:w="2880"/>
          </w:tcPr>
          <w:p>
            <w:r>
              <w:t>7</w:t>
            </w:r>
          </w:p>
        </w:tc>
      </w:tr>
      <w:tr>
        <w:tc>
          <w:tcPr>
            <w:tcW w:type="dxa" w:w="2880"/>
          </w:tcPr>
          <w:p>
            <w:r>
              <w:t>2026-04-13</w:t>
            </w:r>
          </w:p>
        </w:tc>
        <w:tc>
          <w:tcPr>
            <w:tcW w:type="dxa" w:w="2880"/>
          </w:tcPr>
          <w:p>
            <w:r>
              <w:t>lygus</w:t>
            </w:r>
          </w:p>
        </w:tc>
        <w:tc>
          <w:tcPr>
            <w:tcW w:type="dxa" w:w="2880"/>
          </w:tcPr>
          <w:p>
            <w:r>
              <w:t>4</w:t>
            </w:r>
          </w:p>
        </w:tc>
      </w:tr>
      <w:tr>
        <w:tc>
          <w:tcPr>
            <w:tcW w:type="dxa" w:w="2880"/>
          </w:tcPr>
          <w:p>
            <w:r>
              <w:t>2026-04-13</w:t>
            </w:r>
          </w:p>
        </w:tc>
        <w:tc>
          <w:tcPr>
            <w:tcW w:type="dxa" w:w="2880"/>
          </w:tcPr>
          <w:p>
            <w:r>
              <w:t>mites</w:t>
            </w:r>
          </w:p>
        </w:tc>
        <w:tc>
          <w:tcPr>
            <w:tcW w:type="dxa" w:w="2880"/>
          </w:tcPr>
          <w:p>
            <w:r>
              <w:t>8</w:t>
            </w:r>
          </w:p>
        </w:tc>
      </w:tr>
      <w:tr>
        <w:tc>
          <w:tcPr>
            <w:tcW w:type="dxa" w:w="2880"/>
          </w:tcPr>
          <w:p>
            <w:r>
              <w:t>2026-04-20</w:t>
            </w:r>
          </w:p>
        </w:tc>
        <w:tc>
          <w:tcPr>
            <w:tcW w:type="dxa" w:w="2880"/>
          </w:tcPr>
          <w:p>
            <w:r>
              <w:t>aphid</w:t>
            </w:r>
          </w:p>
        </w:tc>
        <w:tc>
          <w:tcPr>
            <w:tcW w:type="dxa" w:w="2880"/>
          </w:tcPr>
          <w:p>
            <w:r>
              <w:t>2</w:t>
            </w:r>
          </w:p>
        </w:tc>
      </w:tr>
      <w:tr>
        <w:tc>
          <w:tcPr>
            <w:tcW w:type="dxa" w:w="2880"/>
          </w:tcPr>
          <w:p>
            <w:r>
              <w:t>2026-04-20</w:t>
            </w:r>
          </w:p>
        </w:tc>
        <w:tc>
          <w:tcPr>
            <w:tcW w:type="dxa" w:w="2880"/>
          </w:tcPr>
          <w:p>
            <w:r>
              <w:t>navel orangeworm</w:t>
            </w:r>
          </w:p>
        </w:tc>
        <w:tc>
          <w:tcPr>
            <w:tcW w:type="dxa" w:w="2880"/>
          </w:tcPr>
          <w:p>
            <w:r>
              <w:t>2</w:t>
            </w:r>
          </w:p>
        </w:tc>
      </w:tr>
      <w:tr>
        <w:tc>
          <w:tcPr>
            <w:tcW w:type="dxa" w:w="2880"/>
          </w:tcPr>
          <w:p>
            <w:r>
              <w:t>2026-04-20</w:t>
            </w:r>
          </w:p>
        </w:tc>
        <w:tc>
          <w:tcPr>
            <w:tcW w:type="dxa" w:w="2880"/>
          </w:tcPr>
          <w:p>
            <w:r>
              <w:t>lygus</w:t>
            </w:r>
          </w:p>
        </w:tc>
        <w:tc>
          <w:tcPr>
            <w:tcW w:type="dxa" w:w="2880"/>
          </w:tcPr>
          <w:p>
            <w:r>
              <w:t>5</w:t>
            </w:r>
          </w:p>
        </w:tc>
      </w:tr>
      <w:tr>
        <w:tc>
          <w:tcPr>
            <w:tcW w:type="dxa" w:w="2880"/>
          </w:tcPr>
          <w:p>
            <w:r>
              <w:t>2026-04-20</w:t>
            </w:r>
          </w:p>
        </w:tc>
        <w:tc>
          <w:tcPr>
            <w:tcW w:type="dxa" w:w="2880"/>
          </w:tcPr>
          <w:p>
            <w:r>
              <w:t>mites</w:t>
            </w:r>
          </w:p>
        </w:tc>
        <w:tc>
          <w:tcPr>
            <w:tcW w:type="dxa" w:w="2880"/>
          </w:tcPr>
          <w:p>
            <w:r>
              <w:t>3</w:t>
            </w:r>
          </w:p>
        </w:tc>
      </w:tr>
      <w:tr>
        <w:tc>
          <w:tcPr>
            <w:tcW w:type="dxa" w:w="2880"/>
          </w:tcPr>
          <w:p>
            <w:r>
              <w:t>2026-04-27</w:t>
            </w:r>
          </w:p>
        </w:tc>
        <w:tc>
          <w:tcPr>
            <w:tcW w:type="dxa" w:w="2880"/>
          </w:tcPr>
          <w:p>
            <w:r>
              <w:t>aphid</w:t>
            </w:r>
          </w:p>
        </w:tc>
        <w:tc>
          <w:tcPr>
            <w:tcW w:type="dxa" w:w="2880"/>
          </w:tcPr>
          <w:p>
            <w:r>
              <w:t>2</w:t>
            </w:r>
          </w:p>
        </w:tc>
      </w:tr>
      <w:tr>
        <w:tc>
          <w:tcPr>
            <w:tcW w:type="dxa" w:w="2880"/>
          </w:tcPr>
          <w:p>
            <w:r>
              <w:t>2026-04-27</w:t>
            </w:r>
          </w:p>
        </w:tc>
        <w:tc>
          <w:tcPr>
            <w:tcW w:type="dxa" w:w="2880"/>
          </w:tcPr>
          <w:p>
            <w:r>
              <w:t>navel orangeworm</w:t>
            </w:r>
          </w:p>
        </w:tc>
        <w:tc>
          <w:tcPr>
            <w:tcW w:type="dxa" w:w="2880"/>
          </w:tcPr>
          <w:p>
            <w:r>
              <w:t>3</w:t>
            </w:r>
          </w:p>
        </w:tc>
      </w:tr>
      <w:tr>
        <w:tc>
          <w:tcPr>
            <w:tcW w:type="dxa" w:w="2880"/>
          </w:tcPr>
          <w:p>
            <w:r>
              <w:t>2026-04-27</w:t>
            </w:r>
          </w:p>
        </w:tc>
        <w:tc>
          <w:tcPr>
            <w:tcW w:type="dxa" w:w="2880"/>
          </w:tcPr>
          <w:p>
            <w:r>
              <w:t>lygus</w:t>
            </w:r>
          </w:p>
        </w:tc>
        <w:tc>
          <w:tcPr>
            <w:tcW w:type="dxa" w:w="2880"/>
          </w:tcPr>
          <w:p>
            <w:r>
              <w:t>2</w:t>
            </w:r>
          </w:p>
        </w:tc>
      </w:tr>
      <w:tr>
        <w:tc>
          <w:tcPr>
            <w:tcW w:type="dxa" w:w="2880"/>
          </w:tcPr>
          <w:p>
            <w:r>
              <w:t>2026-04-27</w:t>
            </w:r>
          </w:p>
        </w:tc>
        <w:tc>
          <w:tcPr>
            <w:tcW w:type="dxa" w:w="2880"/>
          </w:tcPr>
          <w:p>
            <w:r>
              <w:t>mites</w:t>
            </w:r>
          </w:p>
        </w:tc>
        <w:tc>
          <w:tcPr>
            <w:tcW w:type="dxa" w:w="2880"/>
          </w:tcPr>
          <w:p>
            <w:r>
              <w:t>4</w:t>
            </w:r>
          </w:p>
        </w:tc>
      </w:tr>
      <w:tr>
        <w:tc>
          <w:tcPr>
            <w:tcW w:type="dxa" w:w="2880"/>
          </w:tcPr>
          <w:p>
            <w:r>
              <w:t>2026-05-04</w:t>
            </w:r>
          </w:p>
        </w:tc>
        <w:tc>
          <w:tcPr>
            <w:tcW w:type="dxa" w:w="2880"/>
          </w:tcPr>
          <w:p>
            <w:r>
              <w:t>aphid</w:t>
            </w:r>
          </w:p>
        </w:tc>
        <w:tc>
          <w:tcPr>
            <w:tcW w:type="dxa" w:w="2880"/>
          </w:tcPr>
          <w:p>
            <w:r>
              <w:t>5</w:t>
            </w:r>
          </w:p>
        </w:tc>
      </w:tr>
      <w:tr>
        <w:tc>
          <w:tcPr>
            <w:tcW w:type="dxa" w:w="2880"/>
          </w:tcPr>
          <w:p>
            <w:r>
              <w:t>2026-05-04</w:t>
            </w:r>
          </w:p>
        </w:tc>
        <w:tc>
          <w:tcPr>
            <w:tcW w:type="dxa" w:w="2880"/>
          </w:tcPr>
          <w:p>
            <w:r>
              <w:t>navel orangeworm</w:t>
            </w:r>
          </w:p>
        </w:tc>
        <w:tc>
          <w:tcPr>
            <w:tcW w:type="dxa" w:w="2880"/>
          </w:tcPr>
          <w:p>
            <w:r>
              <w:t>9</w:t>
            </w:r>
          </w:p>
        </w:tc>
      </w:tr>
      <w:tr>
        <w:tc>
          <w:tcPr>
            <w:tcW w:type="dxa" w:w="2880"/>
          </w:tcPr>
          <w:p>
            <w:r>
              <w:t>2026-05-04</w:t>
            </w:r>
          </w:p>
        </w:tc>
        <w:tc>
          <w:tcPr>
            <w:tcW w:type="dxa" w:w="2880"/>
          </w:tcPr>
          <w:p>
            <w:r>
              <w:t>lygus</w:t>
            </w:r>
          </w:p>
        </w:tc>
        <w:tc>
          <w:tcPr>
            <w:tcW w:type="dxa" w:w="2880"/>
          </w:tcPr>
          <w:p>
            <w:r>
              <w:t>4</w:t>
            </w:r>
          </w:p>
        </w:tc>
      </w:tr>
      <w:tr>
        <w:tc>
          <w:tcPr>
            <w:tcW w:type="dxa" w:w="2880"/>
          </w:tcPr>
          <w:p>
            <w:r>
              <w:t>2026-05-04</w:t>
            </w:r>
          </w:p>
        </w:tc>
        <w:tc>
          <w:tcPr>
            <w:tcW w:type="dxa" w:w="2880"/>
          </w:tcPr>
          <w:p>
            <w:r>
              <w:t>mites</w:t>
            </w:r>
          </w:p>
        </w:tc>
        <w:tc>
          <w:tcPr>
            <w:tcW w:type="dxa" w:w="2880"/>
          </w:tcPr>
          <w:p>
            <w:r>
              <w:t>6</w:t>
            </w:r>
          </w:p>
        </w:tc>
      </w:tr>
      <w:tr>
        <w:tc>
          <w:tcPr>
            <w:tcW w:type="dxa" w:w="2880"/>
          </w:tcPr>
          <w:p>
            <w:r>
              <w:t>2026-05-11</w:t>
            </w:r>
          </w:p>
        </w:tc>
        <w:tc>
          <w:tcPr>
            <w:tcW w:type="dxa" w:w="2880"/>
          </w:tcPr>
          <w:p>
            <w:r>
              <w:t>aphid</w:t>
            </w:r>
          </w:p>
        </w:tc>
        <w:tc>
          <w:tcPr>
            <w:tcW w:type="dxa" w:w="2880"/>
          </w:tcPr>
          <w:p>
            <w:r>
              <w:t>4</w:t>
            </w:r>
          </w:p>
        </w:tc>
      </w:tr>
      <w:tr>
        <w:tc>
          <w:tcPr>
            <w:tcW w:type="dxa" w:w="2880"/>
          </w:tcPr>
          <w:p>
            <w:r>
              <w:t>2026-05-11</w:t>
            </w:r>
          </w:p>
        </w:tc>
        <w:tc>
          <w:tcPr>
            <w:tcW w:type="dxa" w:w="2880"/>
          </w:tcPr>
          <w:p>
            <w:r>
              <w:t>navel orangeworm</w:t>
            </w:r>
          </w:p>
        </w:tc>
        <w:tc>
          <w:tcPr>
            <w:tcW w:type="dxa" w:w="2880"/>
          </w:tcPr>
          <w:p>
            <w:r>
              <w:t>2</w:t>
            </w:r>
          </w:p>
        </w:tc>
      </w:tr>
      <w:tr>
        <w:tc>
          <w:tcPr>
            <w:tcW w:type="dxa" w:w="2880"/>
          </w:tcPr>
          <w:p>
            <w:r>
              <w:t>2026-05-11</w:t>
            </w:r>
          </w:p>
        </w:tc>
        <w:tc>
          <w:tcPr>
            <w:tcW w:type="dxa" w:w="2880"/>
          </w:tcPr>
          <w:p>
            <w:r>
              <w:t>lygus</w:t>
            </w:r>
          </w:p>
        </w:tc>
        <w:tc>
          <w:tcPr>
            <w:tcW w:type="dxa" w:w="2880"/>
          </w:tcPr>
          <w:p>
            <w:r>
              <w:t>6</w:t>
            </w:r>
          </w:p>
        </w:tc>
      </w:tr>
      <w:tr>
        <w:tc>
          <w:tcPr>
            <w:tcW w:type="dxa" w:w="2880"/>
          </w:tcPr>
          <w:p>
            <w:r>
              <w:t>2026-05-11</w:t>
            </w:r>
          </w:p>
        </w:tc>
        <w:tc>
          <w:tcPr>
            <w:tcW w:type="dxa" w:w="2880"/>
          </w:tcPr>
          <w:p>
            <w:r>
              <w:t>mites</w:t>
            </w:r>
          </w:p>
        </w:tc>
        <w:tc>
          <w:tcPr>
            <w:tcW w:type="dxa" w:w="2880"/>
          </w:tcPr>
          <w:p>
            <w:r>
              <w:t>2</w:t>
            </w:r>
          </w:p>
        </w:tc>
      </w:tr>
      <w:tr>
        <w:tc>
          <w:tcPr>
            <w:tcW w:type="dxa" w:w="2880"/>
          </w:tcPr>
          <w:p>
            <w:r>
              <w:t>2026-05-18</w:t>
            </w:r>
          </w:p>
        </w:tc>
        <w:tc>
          <w:tcPr>
            <w:tcW w:type="dxa" w:w="2880"/>
          </w:tcPr>
          <w:p>
            <w:r>
              <w:t>aphid</w:t>
            </w:r>
          </w:p>
        </w:tc>
        <w:tc>
          <w:tcPr>
            <w:tcW w:type="dxa" w:w="2880"/>
          </w:tcPr>
          <w:p>
            <w:r>
              <w:t>3</w:t>
            </w:r>
          </w:p>
        </w:tc>
      </w:tr>
      <w:tr>
        <w:tc>
          <w:tcPr>
            <w:tcW w:type="dxa" w:w="2880"/>
          </w:tcPr>
          <w:p>
            <w:r>
              <w:t>2026-05-18</w:t>
            </w:r>
          </w:p>
        </w:tc>
        <w:tc>
          <w:tcPr>
            <w:tcW w:type="dxa" w:w="2880"/>
          </w:tcPr>
          <w:p>
            <w:r>
              <w:t>navel orangeworm</w:t>
            </w:r>
          </w:p>
        </w:tc>
        <w:tc>
          <w:tcPr>
            <w:tcW w:type="dxa" w:w="2880"/>
          </w:tcPr>
          <w:p>
            <w:r>
              <w:t>5</w:t>
            </w:r>
          </w:p>
        </w:tc>
      </w:tr>
      <w:tr>
        <w:tc>
          <w:tcPr>
            <w:tcW w:type="dxa" w:w="2880"/>
          </w:tcPr>
          <w:p>
            <w:r>
              <w:t>2026-05-18</w:t>
            </w:r>
          </w:p>
        </w:tc>
        <w:tc>
          <w:tcPr>
            <w:tcW w:type="dxa" w:w="2880"/>
          </w:tcPr>
          <w:p>
            <w:r>
              <w:t>lygus</w:t>
            </w:r>
          </w:p>
        </w:tc>
        <w:tc>
          <w:tcPr>
            <w:tcW w:type="dxa" w:w="2880"/>
          </w:tcPr>
          <w:p>
            <w:r>
              <w:t>2</w:t>
            </w:r>
          </w:p>
        </w:tc>
      </w:tr>
      <w:tr>
        <w:tc>
          <w:tcPr>
            <w:tcW w:type="dxa" w:w="2880"/>
          </w:tcPr>
          <w:p>
            <w:r>
              <w:t>2026-05-18</w:t>
            </w:r>
          </w:p>
        </w:tc>
        <w:tc>
          <w:tcPr>
            <w:tcW w:type="dxa" w:w="2880"/>
          </w:tcPr>
          <w:p>
            <w:r>
              <w:t>mites</w:t>
            </w:r>
          </w:p>
        </w:tc>
        <w:tc>
          <w:tcPr>
            <w:tcW w:type="dxa" w:w="2880"/>
          </w:tcPr>
          <w:p>
            <w:r>
              <w:t>1</w:t>
            </w:r>
          </w:p>
        </w:tc>
      </w:tr>
      <w:tr>
        <w:tc>
          <w:tcPr>
            <w:tcW w:type="dxa" w:w="2880"/>
          </w:tcPr>
          <w:p>
            <w:r>
              <w:t>2026-05-25</w:t>
            </w:r>
          </w:p>
        </w:tc>
        <w:tc>
          <w:tcPr>
            <w:tcW w:type="dxa" w:w="2880"/>
          </w:tcPr>
          <w:p>
            <w:r>
              <w:t>aphid</w:t>
            </w:r>
          </w:p>
        </w:tc>
        <w:tc>
          <w:tcPr>
            <w:tcW w:type="dxa" w:w="2880"/>
          </w:tcPr>
          <w:p>
            <w:r>
              <w:t>2</w:t>
            </w:r>
          </w:p>
        </w:tc>
      </w:tr>
      <w:tr>
        <w:tc>
          <w:tcPr>
            <w:tcW w:type="dxa" w:w="2880"/>
          </w:tcPr>
          <w:p>
            <w:r>
              <w:t>2026-05-25</w:t>
            </w:r>
          </w:p>
        </w:tc>
        <w:tc>
          <w:tcPr>
            <w:tcW w:type="dxa" w:w="2880"/>
          </w:tcPr>
          <w:p>
            <w:r>
              <w:t>navel orangeworm</w:t>
            </w:r>
          </w:p>
        </w:tc>
        <w:tc>
          <w:tcPr>
            <w:tcW w:type="dxa" w:w="2880"/>
          </w:tcPr>
          <w:p>
            <w:r>
              <w:t>4</w:t>
            </w:r>
          </w:p>
        </w:tc>
      </w:tr>
      <w:tr>
        <w:tc>
          <w:tcPr>
            <w:tcW w:type="dxa" w:w="2880"/>
          </w:tcPr>
          <w:p>
            <w:r>
              <w:t>2026-05-25</w:t>
            </w:r>
          </w:p>
        </w:tc>
        <w:tc>
          <w:tcPr>
            <w:tcW w:type="dxa" w:w="2880"/>
          </w:tcPr>
          <w:p>
            <w:r>
              <w:t>lygus</w:t>
            </w:r>
          </w:p>
        </w:tc>
        <w:tc>
          <w:tcPr>
            <w:tcW w:type="dxa" w:w="2880"/>
          </w:tcPr>
          <w:p>
            <w:r>
              <w:t>8</w:t>
            </w:r>
          </w:p>
        </w:tc>
      </w:tr>
      <w:tr>
        <w:tc>
          <w:tcPr>
            <w:tcW w:type="dxa" w:w="2880"/>
          </w:tcPr>
          <w:p>
            <w:r>
              <w:t>2026-05-25</w:t>
            </w:r>
          </w:p>
        </w:tc>
        <w:tc>
          <w:tcPr>
            <w:tcW w:type="dxa" w:w="2880"/>
          </w:tcPr>
          <w:p>
            <w:r>
              <w:t>mites</w:t>
            </w:r>
          </w:p>
        </w:tc>
        <w:tc>
          <w:tcPr>
            <w:tcW w:type="dxa" w:w="2880"/>
          </w:tcPr>
          <w:p>
            <w:r>
              <w:t>5</w:t>
            </w:r>
          </w:p>
        </w:tc>
      </w:tr>
      <w:tr>
        <w:tc>
          <w:tcPr>
            <w:tcW w:type="dxa" w:w="2880"/>
          </w:tcPr>
          <w:p>
            <w:r>
              <w:t>2026-06-01</w:t>
            </w:r>
          </w:p>
        </w:tc>
        <w:tc>
          <w:tcPr>
            <w:tcW w:type="dxa" w:w="2880"/>
          </w:tcPr>
          <w:p>
            <w:r>
              <w:t>aphid</w:t>
            </w:r>
          </w:p>
        </w:tc>
        <w:tc>
          <w:tcPr>
            <w:tcW w:type="dxa" w:w="2880"/>
          </w:tcPr>
          <w:p>
            <w:r>
              <w:t>3</w:t>
            </w:r>
          </w:p>
        </w:tc>
      </w:tr>
      <w:tr>
        <w:tc>
          <w:tcPr>
            <w:tcW w:type="dxa" w:w="2880"/>
          </w:tcPr>
          <w:p>
            <w:r>
              <w:t>2026-06-01</w:t>
            </w:r>
          </w:p>
        </w:tc>
        <w:tc>
          <w:tcPr>
            <w:tcW w:type="dxa" w:w="2880"/>
          </w:tcPr>
          <w:p>
            <w:r>
              <w:t>navel orangeworm</w:t>
            </w:r>
          </w:p>
        </w:tc>
        <w:tc>
          <w:tcPr>
            <w:tcW w:type="dxa" w:w="2880"/>
          </w:tcPr>
          <w:p>
            <w:r>
              <w:t>3</w:t>
            </w:r>
          </w:p>
        </w:tc>
      </w:tr>
      <w:tr>
        <w:tc>
          <w:tcPr>
            <w:tcW w:type="dxa" w:w="2880"/>
          </w:tcPr>
          <w:p>
            <w:r>
              <w:t>2026-06-01</w:t>
            </w:r>
          </w:p>
        </w:tc>
        <w:tc>
          <w:tcPr>
            <w:tcW w:type="dxa" w:w="2880"/>
          </w:tcPr>
          <w:p>
            <w:r>
              <w:t>lygus</w:t>
            </w:r>
          </w:p>
        </w:tc>
        <w:tc>
          <w:tcPr>
            <w:tcW w:type="dxa" w:w="2880"/>
          </w:tcPr>
          <w:p>
            <w:r>
              <w:t>3</w:t>
            </w:r>
          </w:p>
        </w:tc>
      </w:tr>
      <w:tr>
        <w:tc>
          <w:tcPr>
            <w:tcW w:type="dxa" w:w="2880"/>
          </w:tcPr>
          <w:p>
            <w:r>
              <w:t>2026-06-01</w:t>
            </w:r>
          </w:p>
        </w:tc>
        <w:tc>
          <w:tcPr>
            <w:tcW w:type="dxa" w:w="2880"/>
          </w:tcPr>
          <w:p>
            <w:r>
              <w:t>mites</w:t>
            </w:r>
          </w:p>
        </w:tc>
        <w:tc>
          <w:tcPr>
            <w:tcW w:type="dxa" w:w="2880"/>
          </w:tcPr>
          <w:p>
            <w:r>
              <w:t>3</w:t>
            </w:r>
          </w:p>
        </w:tc>
      </w:tr>
      <w:tr>
        <w:tc>
          <w:tcPr>
            <w:tcW w:type="dxa" w:w="2880"/>
          </w:tcPr>
          <w:p>
            <w:r>
              <w:t>2026-06-08</w:t>
            </w:r>
          </w:p>
        </w:tc>
        <w:tc>
          <w:tcPr>
            <w:tcW w:type="dxa" w:w="2880"/>
          </w:tcPr>
          <w:p>
            <w:r>
              <w:t>aphid</w:t>
            </w:r>
          </w:p>
        </w:tc>
        <w:tc>
          <w:tcPr>
            <w:tcW w:type="dxa" w:w="2880"/>
          </w:tcPr>
          <w:p>
            <w:r>
              <w:t>11</w:t>
            </w:r>
          </w:p>
        </w:tc>
      </w:tr>
      <w:tr>
        <w:tc>
          <w:tcPr>
            <w:tcW w:type="dxa" w:w="2880"/>
          </w:tcPr>
          <w:p>
            <w:r>
              <w:t>2026-06-08</w:t>
            </w:r>
          </w:p>
        </w:tc>
        <w:tc>
          <w:tcPr>
            <w:tcW w:type="dxa" w:w="2880"/>
          </w:tcPr>
          <w:p>
            <w:r>
              <w:t>navel orangeworm</w:t>
            </w:r>
          </w:p>
        </w:tc>
        <w:tc>
          <w:tcPr>
            <w:tcW w:type="dxa" w:w="2880"/>
          </w:tcPr>
          <w:p>
            <w:r>
              <w:t>6</w:t>
            </w:r>
          </w:p>
        </w:tc>
      </w:tr>
      <w:tr>
        <w:tc>
          <w:tcPr>
            <w:tcW w:type="dxa" w:w="2880"/>
          </w:tcPr>
          <w:p>
            <w:r>
              <w:t>2026-06-08</w:t>
            </w:r>
          </w:p>
        </w:tc>
        <w:tc>
          <w:tcPr>
            <w:tcW w:type="dxa" w:w="2880"/>
          </w:tcPr>
          <w:p>
            <w:r>
              <w:t>lygus</w:t>
            </w:r>
          </w:p>
        </w:tc>
        <w:tc>
          <w:tcPr>
            <w:tcW w:type="dxa" w:w="2880"/>
          </w:tcPr>
          <w:p>
            <w:r>
              <w:t>2</w:t>
            </w:r>
          </w:p>
        </w:tc>
      </w:tr>
      <w:tr>
        <w:tc>
          <w:tcPr>
            <w:tcW w:type="dxa" w:w="2880"/>
          </w:tcPr>
          <w:p>
            <w:r>
              <w:t>2026-06-08</w:t>
            </w:r>
          </w:p>
        </w:tc>
        <w:tc>
          <w:tcPr>
            <w:tcW w:type="dxa" w:w="2880"/>
          </w:tcPr>
          <w:p>
            <w:r>
              <w:t>mites</w:t>
            </w:r>
          </w:p>
        </w:tc>
        <w:tc>
          <w:tcPr>
            <w:tcW w:type="dxa" w:w="2880"/>
          </w:tcPr>
          <w:p>
            <w:r>
              <w:t>4</w:t>
            </w:r>
          </w:p>
        </w:tc>
      </w:tr>
      <w:tr>
        <w:tc>
          <w:tcPr>
            <w:tcW w:type="dxa" w:w="2880"/>
          </w:tcPr>
          <w:p>
            <w:r>
              <w:t>2026-06-15</w:t>
            </w:r>
          </w:p>
        </w:tc>
        <w:tc>
          <w:tcPr>
            <w:tcW w:type="dxa" w:w="2880"/>
          </w:tcPr>
          <w:p>
            <w:r>
              <w:t>aphid</w:t>
            </w:r>
          </w:p>
        </w:tc>
        <w:tc>
          <w:tcPr>
            <w:tcW w:type="dxa" w:w="2880"/>
          </w:tcPr>
          <w:p>
            <w:r>
              <w:t>3</w:t>
            </w:r>
          </w:p>
        </w:tc>
      </w:tr>
      <w:tr>
        <w:tc>
          <w:tcPr>
            <w:tcW w:type="dxa" w:w="2880"/>
          </w:tcPr>
          <w:p>
            <w:r>
              <w:t>2026-06-15</w:t>
            </w:r>
          </w:p>
        </w:tc>
        <w:tc>
          <w:tcPr>
            <w:tcW w:type="dxa" w:w="2880"/>
          </w:tcPr>
          <w:p>
            <w:r>
              <w:t>navel orangeworm</w:t>
            </w:r>
          </w:p>
        </w:tc>
        <w:tc>
          <w:tcPr>
            <w:tcW w:type="dxa" w:w="2880"/>
          </w:tcPr>
          <w:p>
            <w:r>
              <w:t>3</w:t>
            </w:r>
          </w:p>
        </w:tc>
      </w:tr>
      <w:tr>
        <w:tc>
          <w:tcPr>
            <w:tcW w:type="dxa" w:w="2880"/>
          </w:tcPr>
          <w:p>
            <w:r>
              <w:t>2026-06-15</w:t>
            </w:r>
          </w:p>
        </w:tc>
        <w:tc>
          <w:tcPr>
            <w:tcW w:type="dxa" w:w="2880"/>
          </w:tcPr>
          <w:p>
            <w:r>
              <w:t>lygus</w:t>
            </w:r>
          </w:p>
        </w:tc>
        <w:tc>
          <w:tcPr>
            <w:tcW w:type="dxa" w:w="2880"/>
          </w:tcPr>
          <w:p>
            <w:r>
              <w:t>1</w:t>
            </w:r>
          </w:p>
        </w:tc>
      </w:tr>
      <w:tr>
        <w:tc>
          <w:tcPr>
            <w:tcW w:type="dxa" w:w="2880"/>
          </w:tcPr>
          <w:p>
            <w:r>
              <w:t>2026-06-15</w:t>
            </w:r>
          </w:p>
        </w:tc>
        <w:tc>
          <w:tcPr>
            <w:tcW w:type="dxa" w:w="2880"/>
          </w:tcPr>
          <w:p>
            <w:r>
              <w:t>mites</w:t>
            </w:r>
          </w:p>
        </w:tc>
        <w:tc>
          <w:tcPr>
            <w:tcW w:type="dxa" w:w="2880"/>
          </w:tcPr>
          <w:p>
            <w:r>
              <w:t>6</w:t>
            </w:r>
          </w:p>
        </w:tc>
      </w:tr>
      <w:tr>
        <w:tc>
          <w:tcPr>
            <w:tcW w:type="dxa" w:w="2880"/>
          </w:tcPr>
          <w:p>
            <w:r>
              <w:t>2026-06-22</w:t>
            </w:r>
          </w:p>
        </w:tc>
        <w:tc>
          <w:tcPr>
            <w:tcW w:type="dxa" w:w="2880"/>
          </w:tcPr>
          <w:p>
            <w:r>
              <w:t>aphid</w:t>
            </w:r>
          </w:p>
        </w:tc>
        <w:tc>
          <w:tcPr>
            <w:tcW w:type="dxa" w:w="2880"/>
          </w:tcPr>
          <w:p>
            <w:r>
              <w:t>3</w:t>
            </w:r>
          </w:p>
        </w:tc>
      </w:tr>
      <w:tr>
        <w:tc>
          <w:tcPr>
            <w:tcW w:type="dxa" w:w="2880"/>
          </w:tcPr>
          <w:p>
            <w:r>
              <w:t>2026-06-22</w:t>
            </w:r>
          </w:p>
        </w:tc>
        <w:tc>
          <w:tcPr>
            <w:tcW w:type="dxa" w:w="2880"/>
          </w:tcPr>
          <w:p>
            <w:r>
              <w:t>navel orangeworm</w:t>
            </w:r>
          </w:p>
        </w:tc>
        <w:tc>
          <w:tcPr>
            <w:tcW w:type="dxa" w:w="2880"/>
          </w:tcPr>
          <w:p>
            <w:r>
              <w:t>5</w:t>
            </w:r>
          </w:p>
        </w:tc>
      </w:tr>
      <w:tr>
        <w:tc>
          <w:tcPr>
            <w:tcW w:type="dxa" w:w="2880"/>
          </w:tcPr>
          <w:p>
            <w:r>
              <w:t>2026-06-22</w:t>
            </w:r>
          </w:p>
        </w:tc>
        <w:tc>
          <w:tcPr>
            <w:tcW w:type="dxa" w:w="2880"/>
          </w:tcPr>
          <w:p>
            <w:r>
              <w:t>lygus</w:t>
            </w:r>
          </w:p>
        </w:tc>
        <w:tc>
          <w:tcPr>
            <w:tcW w:type="dxa" w:w="2880"/>
          </w:tcPr>
          <w:p>
            <w:r>
              <w:t>1</w:t>
            </w:r>
          </w:p>
        </w:tc>
      </w:tr>
      <w:tr>
        <w:tc>
          <w:tcPr>
            <w:tcW w:type="dxa" w:w="2880"/>
          </w:tcPr>
          <w:p>
            <w:r>
              <w:t>2026-06-22</w:t>
            </w:r>
          </w:p>
        </w:tc>
        <w:tc>
          <w:tcPr>
            <w:tcW w:type="dxa" w:w="2880"/>
          </w:tcPr>
          <w:p>
            <w:r>
              <w:t>mites</w:t>
            </w:r>
          </w:p>
        </w:tc>
        <w:tc>
          <w:tcPr>
            <w:tcW w:type="dxa" w:w="2880"/>
          </w:tcPr>
          <w:p>
            <w:r>
              <w:t>4</w:t>
            </w:r>
          </w:p>
        </w:tc>
      </w:tr>
      <w:tr>
        <w:tc>
          <w:tcPr>
            <w:tcW w:type="dxa" w:w="2880"/>
          </w:tcPr>
          <w:p>
            <w:r>
              <w:t>2026-06-29</w:t>
            </w:r>
          </w:p>
        </w:tc>
        <w:tc>
          <w:tcPr>
            <w:tcW w:type="dxa" w:w="2880"/>
          </w:tcPr>
          <w:p>
            <w:r>
              <w:t>aphid</w:t>
            </w:r>
          </w:p>
        </w:tc>
        <w:tc>
          <w:tcPr>
            <w:tcW w:type="dxa" w:w="2880"/>
          </w:tcPr>
          <w:p>
            <w:r>
              <w:t>5</w:t>
            </w:r>
          </w:p>
        </w:tc>
      </w:tr>
      <w:tr>
        <w:tc>
          <w:tcPr>
            <w:tcW w:type="dxa" w:w="2880"/>
          </w:tcPr>
          <w:p>
            <w:r>
              <w:t>2026-06-29</w:t>
            </w:r>
          </w:p>
        </w:tc>
        <w:tc>
          <w:tcPr>
            <w:tcW w:type="dxa" w:w="2880"/>
          </w:tcPr>
          <w:p>
            <w:r>
              <w:t>navel orangeworm</w:t>
            </w:r>
          </w:p>
        </w:tc>
        <w:tc>
          <w:tcPr>
            <w:tcW w:type="dxa" w:w="2880"/>
          </w:tcPr>
          <w:p>
            <w:r>
              <w:t>4</w:t>
            </w:r>
          </w:p>
        </w:tc>
      </w:tr>
      <w:tr>
        <w:tc>
          <w:tcPr>
            <w:tcW w:type="dxa" w:w="2880"/>
          </w:tcPr>
          <w:p>
            <w:r>
              <w:t>2026-06-29</w:t>
            </w:r>
          </w:p>
        </w:tc>
        <w:tc>
          <w:tcPr>
            <w:tcW w:type="dxa" w:w="2880"/>
          </w:tcPr>
          <w:p>
            <w:r>
              <w:t>lygus</w:t>
            </w:r>
          </w:p>
        </w:tc>
        <w:tc>
          <w:tcPr>
            <w:tcW w:type="dxa" w:w="2880"/>
          </w:tcPr>
          <w:p>
            <w:r>
              <w:t>4</w:t>
            </w:r>
          </w:p>
        </w:tc>
      </w:tr>
      <w:tr>
        <w:tc>
          <w:tcPr>
            <w:tcW w:type="dxa" w:w="2880"/>
          </w:tcPr>
          <w:p>
            <w:r>
              <w:t>2026-06-29</w:t>
            </w:r>
          </w:p>
        </w:tc>
        <w:tc>
          <w:tcPr>
            <w:tcW w:type="dxa" w:w="2880"/>
          </w:tcPr>
          <w:p>
            <w:r>
              <w:t>mites</w:t>
            </w:r>
          </w:p>
        </w:tc>
        <w:tc>
          <w:tcPr>
            <w:tcW w:type="dxa" w:w="2880"/>
          </w:tcPr>
          <w:p>
            <w:r>
              <w:t>2</w:t>
            </w:r>
          </w:p>
        </w:tc>
      </w:tr>
      <w:tr>
        <w:tc>
          <w:tcPr>
            <w:tcW w:type="dxa" w:w="2880"/>
          </w:tcPr>
          <w:p>
            <w:r>
              <w:t>2026-07-06</w:t>
            </w:r>
          </w:p>
        </w:tc>
        <w:tc>
          <w:tcPr>
            <w:tcW w:type="dxa" w:w="2880"/>
          </w:tcPr>
          <w:p>
            <w:r>
              <w:t>aphid</w:t>
            </w:r>
          </w:p>
        </w:tc>
        <w:tc>
          <w:tcPr>
            <w:tcW w:type="dxa" w:w="2880"/>
          </w:tcPr>
          <w:p>
            <w:r>
              <w:t>86</w:t>
            </w:r>
          </w:p>
        </w:tc>
      </w:tr>
      <w:tr>
        <w:tc>
          <w:tcPr>
            <w:tcW w:type="dxa" w:w="2880"/>
          </w:tcPr>
          <w:p>
            <w:r>
              <w:t>2026-07-06</w:t>
            </w:r>
          </w:p>
        </w:tc>
        <w:tc>
          <w:tcPr>
            <w:tcW w:type="dxa" w:w="2880"/>
          </w:tcPr>
          <w:p>
            <w:r>
              <w:t>navel orangeworm</w:t>
            </w:r>
          </w:p>
        </w:tc>
        <w:tc>
          <w:tcPr>
            <w:tcW w:type="dxa" w:w="2880"/>
          </w:tcPr>
          <w:p>
            <w:r>
              <w:t>5</w:t>
            </w:r>
          </w:p>
        </w:tc>
      </w:tr>
      <w:tr>
        <w:tc>
          <w:tcPr>
            <w:tcW w:type="dxa" w:w="2880"/>
          </w:tcPr>
          <w:p>
            <w:r>
              <w:t>2026-07-06</w:t>
            </w:r>
          </w:p>
        </w:tc>
        <w:tc>
          <w:tcPr>
            <w:tcW w:type="dxa" w:w="2880"/>
          </w:tcPr>
          <w:p>
            <w:r>
              <w:t>lygus</w:t>
            </w:r>
          </w:p>
        </w:tc>
        <w:tc>
          <w:tcPr>
            <w:tcW w:type="dxa" w:w="2880"/>
          </w:tcPr>
          <w:p>
            <w:r>
              <w:t>5</w:t>
            </w:r>
          </w:p>
        </w:tc>
      </w:tr>
      <w:tr>
        <w:tc>
          <w:tcPr>
            <w:tcW w:type="dxa" w:w="2880"/>
          </w:tcPr>
          <w:p>
            <w:r>
              <w:t>2026-07-06</w:t>
            </w:r>
          </w:p>
        </w:tc>
        <w:tc>
          <w:tcPr>
            <w:tcW w:type="dxa" w:w="2880"/>
          </w:tcPr>
          <w:p>
            <w:r>
              <w:t>mites</w:t>
            </w:r>
          </w:p>
        </w:tc>
        <w:tc>
          <w:tcPr>
            <w:tcW w:type="dxa" w:w="2880"/>
          </w:tcPr>
          <w:p>
            <w:r>
              <w:t>7</w:t>
            </w:r>
          </w:p>
        </w:tc>
      </w:tr>
      <w:tr>
        <w:tc>
          <w:tcPr>
            <w:tcW w:type="dxa" w:w="2880"/>
          </w:tcPr>
          <w:p>
            <w:r>
              <w:t>2026-07-13</w:t>
            </w:r>
          </w:p>
        </w:tc>
        <w:tc>
          <w:tcPr>
            <w:tcW w:type="dxa" w:w="2880"/>
          </w:tcPr>
          <w:p>
            <w:r>
              <w:t>aphid</w:t>
            </w:r>
          </w:p>
        </w:tc>
        <w:tc>
          <w:tcPr>
            <w:tcW w:type="dxa" w:w="2880"/>
          </w:tcPr>
          <w:p>
            <w:r>
              <w:t>61</w:t>
            </w:r>
          </w:p>
        </w:tc>
      </w:tr>
      <w:tr>
        <w:tc>
          <w:tcPr>
            <w:tcW w:type="dxa" w:w="2880"/>
          </w:tcPr>
          <w:p>
            <w:r>
              <w:t>2026-07-13</w:t>
            </w:r>
          </w:p>
        </w:tc>
        <w:tc>
          <w:tcPr>
            <w:tcW w:type="dxa" w:w="2880"/>
          </w:tcPr>
          <w:p>
            <w:r>
              <w:t>navel orangeworm</w:t>
            </w:r>
          </w:p>
        </w:tc>
        <w:tc>
          <w:tcPr>
            <w:tcW w:type="dxa" w:w="2880"/>
          </w:tcPr>
          <w:p>
            <w:r>
              <w:t>9</w:t>
            </w:r>
          </w:p>
        </w:tc>
      </w:tr>
      <w:tr>
        <w:tc>
          <w:tcPr>
            <w:tcW w:type="dxa" w:w="2880"/>
          </w:tcPr>
          <w:p>
            <w:r>
              <w:t>2026-07-13</w:t>
            </w:r>
          </w:p>
        </w:tc>
        <w:tc>
          <w:tcPr>
            <w:tcW w:type="dxa" w:w="2880"/>
          </w:tcPr>
          <w:p>
            <w:r>
              <w:t>lygus</w:t>
            </w:r>
          </w:p>
        </w:tc>
        <w:tc>
          <w:tcPr>
            <w:tcW w:type="dxa" w:w="2880"/>
          </w:tcPr>
          <w:p>
            <w:r>
              <w:t>5</w:t>
            </w:r>
          </w:p>
        </w:tc>
      </w:tr>
      <w:tr>
        <w:tc>
          <w:tcPr>
            <w:tcW w:type="dxa" w:w="2880"/>
          </w:tcPr>
          <w:p>
            <w:r>
              <w:t>2026-07-13</w:t>
            </w:r>
          </w:p>
        </w:tc>
        <w:tc>
          <w:tcPr>
            <w:tcW w:type="dxa" w:w="2880"/>
          </w:tcPr>
          <w:p>
            <w:r>
              <w:t>mites</w:t>
            </w:r>
          </w:p>
        </w:tc>
        <w:tc>
          <w:tcPr>
            <w:tcW w:type="dxa" w:w="2880"/>
          </w:tcPr>
          <w:p>
            <w:r>
              <w:t>4</w:t>
            </w:r>
          </w:p>
        </w:tc>
      </w:tr>
      <w:tr>
        <w:tc>
          <w:tcPr>
            <w:tcW w:type="dxa" w:w="2880"/>
          </w:tcPr>
          <w:p>
            <w:r>
              <w:t>2026-07-20</w:t>
            </w:r>
          </w:p>
        </w:tc>
        <w:tc>
          <w:tcPr>
            <w:tcW w:type="dxa" w:w="2880"/>
          </w:tcPr>
          <w:p>
            <w:r>
              <w:t>aphid</w:t>
            </w:r>
          </w:p>
        </w:tc>
        <w:tc>
          <w:tcPr>
            <w:tcW w:type="dxa" w:w="2880"/>
          </w:tcPr>
          <w:p>
            <w:r>
              <w:t>3</w:t>
            </w:r>
          </w:p>
        </w:tc>
      </w:tr>
      <w:tr>
        <w:tc>
          <w:tcPr>
            <w:tcW w:type="dxa" w:w="2880"/>
          </w:tcPr>
          <w:p>
            <w:r>
              <w:t>2026-07-20</w:t>
            </w:r>
          </w:p>
        </w:tc>
        <w:tc>
          <w:tcPr>
            <w:tcW w:type="dxa" w:w="2880"/>
          </w:tcPr>
          <w:p>
            <w:r>
              <w:t>navel orangeworm</w:t>
            </w:r>
          </w:p>
        </w:tc>
        <w:tc>
          <w:tcPr>
            <w:tcW w:type="dxa" w:w="2880"/>
          </w:tcPr>
          <w:p>
            <w:r>
              <w:t>5</w:t>
            </w:r>
          </w:p>
        </w:tc>
      </w:tr>
      <w:tr>
        <w:tc>
          <w:tcPr>
            <w:tcW w:type="dxa" w:w="2880"/>
          </w:tcPr>
          <w:p>
            <w:r>
              <w:t>2026-07-20</w:t>
            </w:r>
          </w:p>
        </w:tc>
        <w:tc>
          <w:tcPr>
            <w:tcW w:type="dxa" w:w="2880"/>
          </w:tcPr>
          <w:p>
            <w:r>
              <w:t>lygus</w:t>
            </w:r>
          </w:p>
        </w:tc>
        <w:tc>
          <w:tcPr>
            <w:tcW w:type="dxa" w:w="2880"/>
          </w:tcPr>
          <w:p>
            <w:r>
              <w:t>5</w:t>
            </w:r>
          </w:p>
        </w:tc>
      </w:tr>
      <w:tr>
        <w:tc>
          <w:tcPr>
            <w:tcW w:type="dxa" w:w="2880"/>
          </w:tcPr>
          <w:p>
            <w:r>
              <w:t>2026-07-20</w:t>
            </w:r>
          </w:p>
        </w:tc>
        <w:tc>
          <w:tcPr>
            <w:tcW w:type="dxa" w:w="2880"/>
          </w:tcPr>
          <w:p>
            <w:r>
              <w:t>mites</w:t>
            </w:r>
          </w:p>
        </w:tc>
        <w:tc>
          <w:tcPr>
            <w:tcW w:type="dxa" w:w="2880"/>
          </w:tcPr>
          <w:p>
            <w:r>
              <w:t>1</w:t>
            </w:r>
          </w:p>
        </w:tc>
      </w:tr>
      <w:tr>
        <w:tc>
          <w:tcPr>
            <w:tcW w:type="dxa" w:w="2880"/>
          </w:tcPr>
          <w:p>
            <w:r>
              <w:t>2026-07-27</w:t>
            </w:r>
          </w:p>
        </w:tc>
        <w:tc>
          <w:tcPr>
            <w:tcW w:type="dxa" w:w="2880"/>
          </w:tcPr>
          <w:p>
            <w:r>
              <w:t>aphid</w:t>
            </w:r>
          </w:p>
        </w:tc>
        <w:tc>
          <w:tcPr>
            <w:tcW w:type="dxa" w:w="2880"/>
          </w:tcPr>
          <w:p>
            <w:r>
              <w:t>5</w:t>
            </w:r>
          </w:p>
        </w:tc>
      </w:tr>
      <w:tr>
        <w:tc>
          <w:tcPr>
            <w:tcW w:type="dxa" w:w="2880"/>
          </w:tcPr>
          <w:p>
            <w:r>
              <w:t>2026-07-27</w:t>
            </w:r>
          </w:p>
        </w:tc>
        <w:tc>
          <w:tcPr>
            <w:tcW w:type="dxa" w:w="2880"/>
          </w:tcPr>
          <w:p>
            <w:r>
              <w:t>navel orangeworm</w:t>
            </w:r>
          </w:p>
        </w:tc>
        <w:tc>
          <w:tcPr>
            <w:tcW w:type="dxa" w:w="2880"/>
          </w:tcPr>
          <w:p>
            <w:r>
              <w:t>2</w:t>
            </w:r>
          </w:p>
        </w:tc>
      </w:tr>
      <w:tr>
        <w:tc>
          <w:tcPr>
            <w:tcW w:type="dxa" w:w="2880"/>
          </w:tcPr>
          <w:p>
            <w:r>
              <w:t>2026-07-27</w:t>
            </w:r>
          </w:p>
        </w:tc>
        <w:tc>
          <w:tcPr>
            <w:tcW w:type="dxa" w:w="2880"/>
          </w:tcPr>
          <w:p>
            <w:r>
              <w:t>lygus</w:t>
            </w:r>
          </w:p>
        </w:tc>
        <w:tc>
          <w:tcPr>
            <w:tcW w:type="dxa" w:w="2880"/>
          </w:tcPr>
          <w:p>
            <w:r>
              <w:t>6</w:t>
            </w:r>
          </w:p>
        </w:tc>
      </w:tr>
      <w:tr>
        <w:tc>
          <w:tcPr>
            <w:tcW w:type="dxa" w:w="2880"/>
          </w:tcPr>
          <w:p>
            <w:r>
              <w:t>2026-07-27</w:t>
            </w:r>
          </w:p>
        </w:tc>
        <w:tc>
          <w:tcPr>
            <w:tcW w:type="dxa" w:w="2880"/>
          </w:tcPr>
          <w:p>
            <w:r>
              <w:t>mites</w:t>
            </w:r>
          </w:p>
        </w:tc>
        <w:tc>
          <w:tcPr>
            <w:tcW w:type="dxa" w:w="2880"/>
          </w:tcPr>
          <w:p>
            <w:r>
              <w:t>7</w:t>
            </w:r>
          </w:p>
        </w:tc>
      </w:tr>
      <w:tr>
        <w:tc>
          <w:tcPr>
            <w:tcW w:type="dxa" w:w="2880"/>
          </w:tcPr>
          <w:p>
            <w:r>
              <w:t>2026-08-03</w:t>
            </w:r>
          </w:p>
        </w:tc>
        <w:tc>
          <w:tcPr>
            <w:tcW w:type="dxa" w:w="2880"/>
          </w:tcPr>
          <w:p>
            <w:r>
              <w:t>aphid</w:t>
            </w:r>
          </w:p>
        </w:tc>
        <w:tc>
          <w:tcPr>
            <w:tcW w:type="dxa" w:w="2880"/>
          </w:tcPr>
          <w:p>
            <w:r>
              <w:t>5</w:t>
            </w:r>
          </w:p>
        </w:tc>
      </w:tr>
      <w:tr>
        <w:tc>
          <w:tcPr>
            <w:tcW w:type="dxa" w:w="2880"/>
          </w:tcPr>
          <w:p>
            <w:r>
              <w:t>2026-08-03</w:t>
            </w:r>
          </w:p>
        </w:tc>
        <w:tc>
          <w:tcPr>
            <w:tcW w:type="dxa" w:w="2880"/>
          </w:tcPr>
          <w:p>
            <w:r>
              <w:t>navel orangeworm</w:t>
            </w:r>
          </w:p>
        </w:tc>
        <w:tc>
          <w:tcPr>
            <w:tcW w:type="dxa" w:w="2880"/>
          </w:tcPr>
          <w:p>
            <w:r>
              <w:t>5</w:t>
            </w:r>
          </w:p>
        </w:tc>
      </w:tr>
      <w:tr>
        <w:tc>
          <w:tcPr>
            <w:tcW w:type="dxa" w:w="2880"/>
          </w:tcPr>
          <w:p>
            <w:r>
              <w:t>2026-08-03</w:t>
            </w:r>
          </w:p>
        </w:tc>
        <w:tc>
          <w:tcPr>
            <w:tcW w:type="dxa" w:w="2880"/>
          </w:tcPr>
          <w:p>
            <w:r>
              <w:t>lygus</w:t>
            </w:r>
          </w:p>
        </w:tc>
        <w:tc>
          <w:tcPr>
            <w:tcW w:type="dxa" w:w="2880"/>
          </w:tcPr>
          <w:p>
            <w:r>
              <w:t>5</w:t>
            </w:r>
          </w:p>
        </w:tc>
      </w:tr>
      <w:tr>
        <w:tc>
          <w:tcPr>
            <w:tcW w:type="dxa" w:w="2880"/>
          </w:tcPr>
          <w:p>
            <w:r>
              <w:t>2026-08-03</w:t>
            </w:r>
          </w:p>
        </w:tc>
        <w:tc>
          <w:tcPr>
            <w:tcW w:type="dxa" w:w="2880"/>
          </w:tcPr>
          <w:p>
            <w:r>
              <w:t>mites</w:t>
            </w:r>
          </w:p>
        </w:tc>
        <w:tc>
          <w:tcPr>
            <w:tcW w:type="dxa" w:w="2880"/>
          </w:tcPr>
          <w:p>
            <w:r>
              <w:t>3</w:t>
            </w:r>
          </w:p>
        </w:tc>
      </w:tr>
      <w:tr>
        <w:tc>
          <w:tcPr>
            <w:tcW w:type="dxa" w:w="2880"/>
          </w:tcPr>
          <w:p>
            <w:r>
              <w:t>2026-08-10</w:t>
            </w:r>
          </w:p>
        </w:tc>
        <w:tc>
          <w:tcPr>
            <w:tcW w:type="dxa" w:w="2880"/>
          </w:tcPr>
          <w:p>
            <w:r>
              <w:t>aphid</w:t>
            </w:r>
          </w:p>
        </w:tc>
        <w:tc>
          <w:tcPr>
            <w:tcW w:type="dxa" w:w="2880"/>
          </w:tcPr>
          <w:p>
            <w:r>
              <w:t>1</w:t>
            </w:r>
          </w:p>
        </w:tc>
      </w:tr>
      <w:tr>
        <w:tc>
          <w:tcPr>
            <w:tcW w:type="dxa" w:w="2880"/>
          </w:tcPr>
          <w:p>
            <w:r>
              <w:t>2026-08-10</w:t>
            </w:r>
          </w:p>
        </w:tc>
        <w:tc>
          <w:tcPr>
            <w:tcW w:type="dxa" w:w="2880"/>
          </w:tcPr>
          <w:p>
            <w:r>
              <w:t>navel orangeworm</w:t>
            </w:r>
          </w:p>
        </w:tc>
        <w:tc>
          <w:tcPr>
            <w:tcW w:type="dxa" w:w="2880"/>
          </w:tcPr>
          <w:p>
            <w:r>
              <w:t>8</w:t>
            </w:r>
          </w:p>
        </w:tc>
      </w:tr>
      <w:tr>
        <w:tc>
          <w:tcPr>
            <w:tcW w:type="dxa" w:w="2880"/>
          </w:tcPr>
          <w:p>
            <w:r>
              <w:t>2026-08-10</w:t>
            </w:r>
          </w:p>
        </w:tc>
        <w:tc>
          <w:tcPr>
            <w:tcW w:type="dxa" w:w="2880"/>
          </w:tcPr>
          <w:p>
            <w:r>
              <w:t>lygus</w:t>
            </w:r>
          </w:p>
        </w:tc>
        <w:tc>
          <w:tcPr>
            <w:tcW w:type="dxa" w:w="2880"/>
          </w:tcPr>
          <w:p>
            <w:r>
              <w:t>5</w:t>
            </w:r>
          </w:p>
        </w:tc>
      </w:tr>
      <w:tr>
        <w:tc>
          <w:tcPr>
            <w:tcW w:type="dxa" w:w="2880"/>
          </w:tcPr>
          <w:p>
            <w:r>
              <w:t>2026-08-10</w:t>
            </w:r>
          </w:p>
        </w:tc>
        <w:tc>
          <w:tcPr>
            <w:tcW w:type="dxa" w:w="2880"/>
          </w:tcPr>
          <w:p>
            <w:r>
              <w:t>mites</w:t>
            </w:r>
          </w:p>
        </w:tc>
        <w:tc>
          <w:tcPr>
            <w:tcW w:type="dxa" w:w="2880"/>
          </w:tcPr>
          <w:p>
            <w:r>
              <w:t>1</w:t>
            </w:r>
          </w:p>
        </w:tc>
      </w:tr>
      <w:tr>
        <w:tc>
          <w:tcPr>
            <w:tcW w:type="dxa" w:w="2880"/>
          </w:tcPr>
          <w:p>
            <w:r>
              <w:t>2026-08-17</w:t>
            </w:r>
          </w:p>
        </w:tc>
        <w:tc>
          <w:tcPr>
            <w:tcW w:type="dxa" w:w="2880"/>
          </w:tcPr>
          <w:p>
            <w:r>
              <w:t>aphid</w:t>
            </w:r>
          </w:p>
        </w:tc>
        <w:tc>
          <w:tcPr>
            <w:tcW w:type="dxa" w:w="2880"/>
          </w:tcPr>
          <w:p>
            <w:r>
              <w:t>6</w:t>
            </w:r>
          </w:p>
        </w:tc>
      </w:tr>
      <w:tr>
        <w:tc>
          <w:tcPr>
            <w:tcW w:type="dxa" w:w="2880"/>
          </w:tcPr>
          <w:p>
            <w:r>
              <w:t>2026-08-17</w:t>
            </w:r>
          </w:p>
        </w:tc>
        <w:tc>
          <w:tcPr>
            <w:tcW w:type="dxa" w:w="2880"/>
          </w:tcPr>
          <w:p>
            <w:r>
              <w:t>navel orangeworm</w:t>
            </w:r>
          </w:p>
        </w:tc>
        <w:tc>
          <w:tcPr>
            <w:tcW w:type="dxa" w:w="2880"/>
          </w:tcPr>
          <w:p>
            <w:r>
              <w:t>6</w:t>
            </w:r>
          </w:p>
        </w:tc>
      </w:tr>
      <w:tr>
        <w:tc>
          <w:tcPr>
            <w:tcW w:type="dxa" w:w="2880"/>
          </w:tcPr>
          <w:p>
            <w:r>
              <w:t>2026-08-17</w:t>
            </w:r>
          </w:p>
        </w:tc>
        <w:tc>
          <w:tcPr>
            <w:tcW w:type="dxa" w:w="2880"/>
          </w:tcPr>
          <w:p>
            <w:r>
              <w:t>lygus</w:t>
            </w:r>
          </w:p>
        </w:tc>
        <w:tc>
          <w:tcPr>
            <w:tcW w:type="dxa" w:w="2880"/>
          </w:tcPr>
          <w:p>
            <w:r>
              <w:t>4</w:t>
            </w:r>
          </w:p>
        </w:tc>
      </w:tr>
      <w:tr>
        <w:tc>
          <w:tcPr>
            <w:tcW w:type="dxa" w:w="2880"/>
          </w:tcPr>
          <w:p>
            <w:r>
              <w:t>2026-08-17</w:t>
            </w:r>
          </w:p>
        </w:tc>
        <w:tc>
          <w:tcPr>
            <w:tcW w:type="dxa" w:w="2880"/>
          </w:tcPr>
          <w:p>
            <w:r>
              <w:t>mites</w:t>
            </w:r>
          </w:p>
        </w:tc>
        <w:tc>
          <w:tcPr>
            <w:tcW w:type="dxa" w:w="2880"/>
          </w:tcPr>
          <w:p>
            <w:r>
              <w:t>1</w:t>
            </w:r>
          </w:p>
        </w:tc>
      </w:tr>
      <w:tr>
        <w:tc>
          <w:tcPr>
            <w:tcW w:type="dxa" w:w="2880"/>
          </w:tcPr>
          <w:p>
            <w:r>
              <w:t>2026-08-24</w:t>
            </w:r>
          </w:p>
        </w:tc>
        <w:tc>
          <w:tcPr>
            <w:tcW w:type="dxa" w:w="2880"/>
          </w:tcPr>
          <w:p>
            <w:r>
              <w:t>aphid</w:t>
            </w:r>
          </w:p>
        </w:tc>
        <w:tc>
          <w:tcPr>
            <w:tcW w:type="dxa" w:w="2880"/>
          </w:tcPr>
          <w:p>
            <w:r>
              <w:t>8</w:t>
            </w:r>
          </w:p>
        </w:tc>
      </w:tr>
      <w:tr>
        <w:tc>
          <w:tcPr>
            <w:tcW w:type="dxa" w:w="2880"/>
          </w:tcPr>
          <w:p>
            <w:r>
              <w:t>2026-08-24</w:t>
            </w:r>
          </w:p>
        </w:tc>
        <w:tc>
          <w:tcPr>
            <w:tcW w:type="dxa" w:w="2880"/>
          </w:tcPr>
          <w:p>
            <w:r>
              <w:t>navel orangeworm</w:t>
            </w:r>
          </w:p>
        </w:tc>
        <w:tc>
          <w:tcPr>
            <w:tcW w:type="dxa" w:w="2880"/>
          </w:tcPr>
          <w:p>
            <w:r>
              <w:t>4</w:t>
            </w:r>
          </w:p>
        </w:tc>
      </w:tr>
      <w:tr>
        <w:tc>
          <w:tcPr>
            <w:tcW w:type="dxa" w:w="2880"/>
          </w:tcPr>
          <w:p>
            <w:r>
              <w:t>2026-08-24</w:t>
            </w:r>
          </w:p>
        </w:tc>
        <w:tc>
          <w:tcPr>
            <w:tcW w:type="dxa" w:w="2880"/>
          </w:tcPr>
          <w:p>
            <w:r>
              <w:t>lygus</w:t>
            </w:r>
          </w:p>
        </w:tc>
        <w:tc>
          <w:tcPr>
            <w:tcW w:type="dxa" w:w="2880"/>
          </w:tcPr>
          <w:p>
            <w:r>
              <w:t>1</w:t>
            </w:r>
          </w:p>
        </w:tc>
      </w:tr>
      <w:tr>
        <w:tc>
          <w:tcPr>
            <w:tcW w:type="dxa" w:w="2880"/>
          </w:tcPr>
          <w:p>
            <w:r>
              <w:t>2026-08-24</w:t>
            </w:r>
          </w:p>
        </w:tc>
        <w:tc>
          <w:tcPr>
            <w:tcW w:type="dxa" w:w="2880"/>
          </w:tcPr>
          <w:p>
            <w:r>
              <w:t>mites</w:t>
            </w:r>
          </w:p>
        </w:tc>
        <w:tc>
          <w:tcPr>
            <w:tcW w:type="dxa" w:w="2880"/>
          </w:tcPr>
          <w:p>
            <w:r>
              <w:t>3</w:t>
            </w:r>
          </w:p>
        </w:tc>
      </w:tr>
      <w:tr>
        <w:tc>
          <w:tcPr>
            <w:tcW w:type="dxa" w:w="2880"/>
          </w:tcPr>
          <w:p>
            <w:r>
              <w:t>2026-08-31</w:t>
            </w:r>
          </w:p>
        </w:tc>
        <w:tc>
          <w:tcPr>
            <w:tcW w:type="dxa" w:w="2880"/>
          </w:tcPr>
          <w:p>
            <w:r>
              <w:t>aphid</w:t>
            </w:r>
          </w:p>
        </w:tc>
        <w:tc>
          <w:tcPr>
            <w:tcW w:type="dxa" w:w="2880"/>
          </w:tcPr>
          <w:p>
            <w:r>
              <w:t>5</w:t>
            </w:r>
          </w:p>
        </w:tc>
      </w:tr>
      <w:tr>
        <w:tc>
          <w:tcPr>
            <w:tcW w:type="dxa" w:w="2880"/>
          </w:tcPr>
          <w:p>
            <w:r>
              <w:t>2026-08-31</w:t>
            </w:r>
          </w:p>
        </w:tc>
        <w:tc>
          <w:tcPr>
            <w:tcW w:type="dxa" w:w="2880"/>
          </w:tcPr>
          <w:p>
            <w:r>
              <w:t>navel orangeworm</w:t>
            </w:r>
          </w:p>
        </w:tc>
        <w:tc>
          <w:tcPr>
            <w:tcW w:type="dxa" w:w="2880"/>
          </w:tcPr>
          <w:p>
            <w:r>
              <w:t>5</w:t>
            </w:r>
          </w:p>
        </w:tc>
      </w:tr>
      <w:tr>
        <w:tc>
          <w:tcPr>
            <w:tcW w:type="dxa" w:w="2880"/>
          </w:tcPr>
          <w:p>
            <w:r>
              <w:t>2026-08-31</w:t>
            </w:r>
          </w:p>
        </w:tc>
        <w:tc>
          <w:tcPr>
            <w:tcW w:type="dxa" w:w="2880"/>
          </w:tcPr>
          <w:p>
            <w:r>
              <w:t>lygus</w:t>
            </w:r>
          </w:p>
        </w:tc>
        <w:tc>
          <w:tcPr>
            <w:tcW w:type="dxa" w:w="2880"/>
          </w:tcPr>
          <w:p>
            <w:r>
              <w:t>5</w:t>
            </w:r>
          </w:p>
        </w:tc>
      </w:tr>
      <w:tr>
        <w:tc>
          <w:tcPr>
            <w:tcW w:type="dxa" w:w="2880"/>
          </w:tcPr>
          <w:p>
            <w:r>
              <w:t>2026-08-31</w:t>
            </w:r>
          </w:p>
        </w:tc>
        <w:tc>
          <w:tcPr>
            <w:tcW w:type="dxa" w:w="2880"/>
          </w:tcPr>
          <w:p>
            <w:r>
              <w:t>mites</w:t>
            </w:r>
          </w:p>
        </w:tc>
        <w:tc>
          <w:tcPr>
            <w:tcW w:type="dxa" w:w="2880"/>
          </w:tcPr>
          <w:p>
            <w:r>
              <w:t>2</w:t>
            </w:r>
          </w:p>
        </w:tc>
      </w:tr>
      <w:tr>
        <w:tc>
          <w:tcPr>
            <w:tcW w:type="dxa" w:w="2880"/>
          </w:tcPr>
          <w:p>
            <w:r>
              <w:t>2026-09-07</w:t>
            </w:r>
          </w:p>
        </w:tc>
        <w:tc>
          <w:tcPr>
            <w:tcW w:type="dxa" w:w="2880"/>
          </w:tcPr>
          <w:p>
            <w:r>
              <w:t>aphid</w:t>
            </w:r>
          </w:p>
        </w:tc>
        <w:tc>
          <w:tcPr>
            <w:tcW w:type="dxa" w:w="2880"/>
          </w:tcPr>
          <w:p>
            <w:r>
              <w:t>4</w:t>
            </w:r>
          </w:p>
        </w:tc>
      </w:tr>
      <w:tr>
        <w:tc>
          <w:tcPr>
            <w:tcW w:type="dxa" w:w="2880"/>
          </w:tcPr>
          <w:p>
            <w:r>
              <w:t>2026-09-07</w:t>
            </w:r>
          </w:p>
        </w:tc>
        <w:tc>
          <w:tcPr>
            <w:tcW w:type="dxa" w:w="2880"/>
          </w:tcPr>
          <w:p>
            <w:r>
              <w:t>navel orangeworm</w:t>
            </w:r>
          </w:p>
        </w:tc>
        <w:tc>
          <w:tcPr>
            <w:tcW w:type="dxa" w:w="2880"/>
          </w:tcPr>
          <w:p>
            <w:r>
              <w:t>3</w:t>
            </w:r>
          </w:p>
        </w:tc>
      </w:tr>
      <w:tr>
        <w:tc>
          <w:tcPr>
            <w:tcW w:type="dxa" w:w="2880"/>
          </w:tcPr>
          <w:p>
            <w:r>
              <w:t>2026-09-07</w:t>
            </w:r>
          </w:p>
        </w:tc>
        <w:tc>
          <w:tcPr>
            <w:tcW w:type="dxa" w:w="2880"/>
          </w:tcPr>
          <w:p>
            <w:r>
              <w:t>lygus</w:t>
            </w:r>
          </w:p>
        </w:tc>
        <w:tc>
          <w:tcPr>
            <w:tcW w:type="dxa" w:w="2880"/>
          </w:tcPr>
          <w:p>
            <w:r>
              <w:t>2</w:t>
            </w:r>
          </w:p>
        </w:tc>
      </w:tr>
      <w:tr>
        <w:tc>
          <w:tcPr>
            <w:tcW w:type="dxa" w:w="2880"/>
          </w:tcPr>
          <w:p>
            <w:r>
              <w:t>2026-09-07</w:t>
            </w:r>
          </w:p>
        </w:tc>
        <w:tc>
          <w:tcPr>
            <w:tcW w:type="dxa" w:w="2880"/>
          </w:tcPr>
          <w:p>
            <w:r>
              <w:t>mites</w:t>
            </w:r>
          </w:p>
        </w:tc>
        <w:tc>
          <w:tcPr>
            <w:tcW w:type="dxa" w:w="2880"/>
          </w:tcPr>
          <w:p>
            <w:r>
              <w:t>0</w:t>
            </w:r>
          </w:p>
        </w:tc>
      </w:tr>
      <w:tr>
        <w:tc>
          <w:tcPr>
            <w:tcW w:type="dxa" w:w="2880"/>
          </w:tcPr>
          <w:p>
            <w:r>
              <w:t>2026-09-14</w:t>
            </w:r>
          </w:p>
        </w:tc>
        <w:tc>
          <w:tcPr>
            <w:tcW w:type="dxa" w:w="2880"/>
          </w:tcPr>
          <w:p>
            <w:r>
              <w:t>aphid</w:t>
            </w:r>
          </w:p>
        </w:tc>
        <w:tc>
          <w:tcPr>
            <w:tcW w:type="dxa" w:w="2880"/>
          </w:tcPr>
          <w:p>
            <w:r>
              <w:t>1</w:t>
            </w:r>
          </w:p>
        </w:tc>
      </w:tr>
      <w:tr>
        <w:tc>
          <w:tcPr>
            <w:tcW w:type="dxa" w:w="2880"/>
          </w:tcPr>
          <w:p>
            <w:r>
              <w:t>2026-09-14</w:t>
            </w:r>
          </w:p>
        </w:tc>
        <w:tc>
          <w:tcPr>
            <w:tcW w:type="dxa" w:w="2880"/>
          </w:tcPr>
          <w:p>
            <w:r>
              <w:t>navel orangeworm</w:t>
            </w:r>
          </w:p>
        </w:tc>
        <w:tc>
          <w:tcPr>
            <w:tcW w:type="dxa" w:w="2880"/>
          </w:tcPr>
          <w:p>
            <w:r>
              <w:t>1</w:t>
            </w:r>
          </w:p>
        </w:tc>
      </w:tr>
      <w:tr>
        <w:tc>
          <w:tcPr>
            <w:tcW w:type="dxa" w:w="2880"/>
          </w:tcPr>
          <w:p>
            <w:r>
              <w:t>2026-09-14</w:t>
            </w:r>
          </w:p>
        </w:tc>
        <w:tc>
          <w:tcPr>
            <w:tcW w:type="dxa" w:w="2880"/>
          </w:tcPr>
          <w:p>
            <w:r>
              <w:t>lygus</w:t>
            </w:r>
          </w:p>
        </w:tc>
        <w:tc>
          <w:tcPr>
            <w:tcW w:type="dxa" w:w="2880"/>
          </w:tcPr>
          <w:p>
            <w:r>
              <w:t>1</w:t>
            </w:r>
          </w:p>
        </w:tc>
      </w:tr>
      <w:tr>
        <w:tc>
          <w:tcPr>
            <w:tcW w:type="dxa" w:w="2880"/>
          </w:tcPr>
          <w:p>
            <w:r>
              <w:t>2026-09-14</w:t>
            </w:r>
          </w:p>
        </w:tc>
        <w:tc>
          <w:tcPr>
            <w:tcW w:type="dxa" w:w="2880"/>
          </w:tcPr>
          <w:p>
            <w:r>
              <w:t>mites</w:t>
            </w:r>
          </w:p>
        </w:tc>
        <w:tc>
          <w:tcPr>
            <w:tcW w:type="dxa" w:w="2880"/>
          </w:tcPr>
          <w:p>
            <w:r>
              <w:t>2</w:t>
            </w:r>
          </w:p>
        </w:tc>
      </w:tr>
    </w:tbl>
    <w:p/>
    <w:p>
      <w:pPr>
        <w:pStyle w:val="Heading2"/>
      </w:pPr>
      <w:r>
        <w:t>Figure 46. Repeat and near repeat classification: Pest scouting over time [99]</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2026-03-30</w:t>
            </w:r>
          </w:p>
        </w:tc>
        <w:tc>
          <w:tcPr>
            <w:tcW w:type="dxa" w:w="2880"/>
          </w:tcPr>
          <w:p>
            <w:r>
              <w:t>aphid</w:t>
            </w:r>
          </w:p>
        </w:tc>
        <w:tc>
          <w:tcPr>
            <w:tcW w:type="dxa" w:w="2880"/>
          </w:tcPr>
          <w:p>
            <w:r>
              <w:t>1</w:t>
            </w:r>
          </w:p>
        </w:tc>
      </w:tr>
      <w:tr>
        <w:tc>
          <w:tcPr>
            <w:tcW w:type="dxa" w:w="2880"/>
          </w:tcPr>
          <w:p>
            <w:r>
              <w:t>2026-03-30</w:t>
            </w:r>
          </w:p>
        </w:tc>
        <w:tc>
          <w:tcPr>
            <w:tcW w:type="dxa" w:w="2880"/>
          </w:tcPr>
          <w:p>
            <w:r>
              <w:t>navel orangeworm</w:t>
            </w:r>
          </w:p>
        </w:tc>
        <w:tc>
          <w:tcPr>
            <w:tcW w:type="dxa" w:w="2880"/>
          </w:tcPr>
          <w:p>
            <w:r>
              <w:t>2</w:t>
            </w:r>
          </w:p>
        </w:tc>
      </w:tr>
      <w:tr>
        <w:tc>
          <w:tcPr>
            <w:tcW w:type="dxa" w:w="2880"/>
          </w:tcPr>
          <w:p>
            <w:r>
              <w:t>2026-03-30</w:t>
            </w:r>
          </w:p>
        </w:tc>
        <w:tc>
          <w:tcPr>
            <w:tcW w:type="dxa" w:w="2880"/>
          </w:tcPr>
          <w:p>
            <w:r>
              <w:t>lygus</w:t>
            </w:r>
          </w:p>
        </w:tc>
        <w:tc>
          <w:tcPr>
            <w:tcW w:type="dxa" w:w="2880"/>
          </w:tcPr>
          <w:p>
            <w:r>
              <w:t>3</w:t>
            </w:r>
          </w:p>
        </w:tc>
      </w:tr>
      <w:tr>
        <w:tc>
          <w:tcPr>
            <w:tcW w:type="dxa" w:w="2880"/>
          </w:tcPr>
          <w:p>
            <w:r>
              <w:t>2026-03-30</w:t>
            </w:r>
          </w:p>
        </w:tc>
        <w:tc>
          <w:tcPr>
            <w:tcW w:type="dxa" w:w="2880"/>
          </w:tcPr>
          <w:p>
            <w:r>
              <w:t>mites</w:t>
            </w:r>
          </w:p>
        </w:tc>
        <w:tc>
          <w:tcPr>
            <w:tcW w:type="dxa" w:w="2880"/>
          </w:tcPr>
          <w:p>
            <w:r>
              <w:t>0</w:t>
            </w:r>
          </w:p>
        </w:tc>
      </w:tr>
      <w:tr>
        <w:tc>
          <w:tcPr>
            <w:tcW w:type="dxa" w:w="2880"/>
          </w:tcPr>
          <w:p>
            <w:r>
              <w:t>2026-04-06</w:t>
            </w:r>
          </w:p>
        </w:tc>
        <w:tc>
          <w:tcPr>
            <w:tcW w:type="dxa" w:w="2880"/>
          </w:tcPr>
          <w:p>
            <w:r>
              <w:t>aphid</w:t>
            </w:r>
          </w:p>
        </w:tc>
        <w:tc>
          <w:tcPr>
            <w:tcW w:type="dxa" w:w="2880"/>
          </w:tcPr>
          <w:p>
            <w:r>
              <w:t>3</w:t>
            </w:r>
          </w:p>
        </w:tc>
      </w:tr>
      <w:tr>
        <w:tc>
          <w:tcPr>
            <w:tcW w:type="dxa" w:w="2880"/>
          </w:tcPr>
          <w:p>
            <w:r>
              <w:t>2026-04-06</w:t>
            </w:r>
          </w:p>
        </w:tc>
        <w:tc>
          <w:tcPr>
            <w:tcW w:type="dxa" w:w="2880"/>
          </w:tcPr>
          <w:p>
            <w:r>
              <w:t>navel orangeworm</w:t>
            </w:r>
          </w:p>
        </w:tc>
        <w:tc>
          <w:tcPr>
            <w:tcW w:type="dxa" w:w="2880"/>
          </w:tcPr>
          <w:p>
            <w:r>
              <w:t>2</w:t>
            </w:r>
          </w:p>
        </w:tc>
      </w:tr>
      <w:tr>
        <w:tc>
          <w:tcPr>
            <w:tcW w:type="dxa" w:w="2880"/>
          </w:tcPr>
          <w:p>
            <w:r>
              <w:t>2026-04-06</w:t>
            </w:r>
          </w:p>
        </w:tc>
        <w:tc>
          <w:tcPr>
            <w:tcW w:type="dxa" w:w="2880"/>
          </w:tcPr>
          <w:p>
            <w:r>
              <w:t>lygus</w:t>
            </w:r>
          </w:p>
        </w:tc>
        <w:tc>
          <w:tcPr>
            <w:tcW w:type="dxa" w:w="2880"/>
          </w:tcPr>
          <w:p>
            <w:r>
              <w:t>3</w:t>
            </w:r>
          </w:p>
        </w:tc>
      </w:tr>
      <w:tr>
        <w:tc>
          <w:tcPr>
            <w:tcW w:type="dxa" w:w="2880"/>
          </w:tcPr>
          <w:p>
            <w:r>
              <w:t>2026-04-06</w:t>
            </w:r>
          </w:p>
        </w:tc>
        <w:tc>
          <w:tcPr>
            <w:tcW w:type="dxa" w:w="2880"/>
          </w:tcPr>
          <w:p>
            <w:r>
              <w:t>mites</w:t>
            </w:r>
          </w:p>
        </w:tc>
        <w:tc>
          <w:tcPr>
            <w:tcW w:type="dxa" w:w="2880"/>
          </w:tcPr>
          <w:p>
            <w:r>
              <w:t>4</w:t>
            </w:r>
          </w:p>
        </w:tc>
      </w:tr>
      <w:tr>
        <w:tc>
          <w:tcPr>
            <w:tcW w:type="dxa" w:w="2880"/>
          </w:tcPr>
          <w:p>
            <w:r>
              <w:t>2026-04-13</w:t>
            </w:r>
          </w:p>
        </w:tc>
        <w:tc>
          <w:tcPr>
            <w:tcW w:type="dxa" w:w="2880"/>
          </w:tcPr>
          <w:p>
            <w:r>
              <w:t>aphid</w:t>
            </w:r>
          </w:p>
        </w:tc>
        <w:tc>
          <w:tcPr>
            <w:tcW w:type="dxa" w:w="2880"/>
          </w:tcPr>
          <w:p>
            <w:r>
              <w:t>3</w:t>
            </w:r>
          </w:p>
        </w:tc>
      </w:tr>
      <w:tr>
        <w:tc>
          <w:tcPr>
            <w:tcW w:type="dxa" w:w="2880"/>
          </w:tcPr>
          <w:p>
            <w:r>
              <w:t>2026-04-13</w:t>
            </w:r>
          </w:p>
        </w:tc>
        <w:tc>
          <w:tcPr>
            <w:tcW w:type="dxa" w:w="2880"/>
          </w:tcPr>
          <w:p>
            <w:r>
              <w:t>navel orangeworm</w:t>
            </w:r>
          </w:p>
        </w:tc>
        <w:tc>
          <w:tcPr>
            <w:tcW w:type="dxa" w:w="2880"/>
          </w:tcPr>
          <w:p>
            <w:r>
              <w:t>7</w:t>
            </w:r>
          </w:p>
        </w:tc>
      </w:tr>
      <w:tr>
        <w:tc>
          <w:tcPr>
            <w:tcW w:type="dxa" w:w="2880"/>
          </w:tcPr>
          <w:p>
            <w:r>
              <w:t>2026-04-13</w:t>
            </w:r>
          </w:p>
        </w:tc>
        <w:tc>
          <w:tcPr>
            <w:tcW w:type="dxa" w:w="2880"/>
          </w:tcPr>
          <w:p>
            <w:r>
              <w:t>lygus</w:t>
            </w:r>
          </w:p>
        </w:tc>
        <w:tc>
          <w:tcPr>
            <w:tcW w:type="dxa" w:w="2880"/>
          </w:tcPr>
          <w:p>
            <w:r>
              <w:t>4</w:t>
            </w:r>
          </w:p>
        </w:tc>
      </w:tr>
      <w:tr>
        <w:tc>
          <w:tcPr>
            <w:tcW w:type="dxa" w:w="2880"/>
          </w:tcPr>
          <w:p>
            <w:r>
              <w:t>2026-04-13</w:t>
            </w:r>
          </w:p>
        </w:tc>
        <w:tc>
          <w:tcPr>
            <w:tcW w:type="dxa" w:w="2880"/>
          </w:tcPr>
          <w:p>
            <w:r>
              <w:t>mites</w:t>
            </w:r>
          </w:p>
        </w:tc>
        <w:tc>
          <w:tcPr>
            <w:tcW w:type="dxa" w:w="2880"/>
          </w:tcPr>
          <w:p>
            <w:r>
              <w:t>8</w:t>
            </w:r>
          </w:p>
        </w:tc>
      </w:tr>
      <w:tr>
        <w:tc>
          <w:tcPr>
            <w:tcW w:type="dxa" w:w="2880"/>
          </w:tcPr>
          <w:p>
            <w:r>
              <w:t>2026-04-20</w:t>
            </w:r>
          </w:p>
        </w:tc>
        <w:tc>
          <w:tcPr>
            <w:tcW w:type="dxa" w:w="2880"/>
          </w:tcPr>
          <w:p>
            <w:r>
              <w:t>aphid</w:t>
            </w:r>
          </w:p>
        </w:tc>
        <w:tc>
          <w:tcPr>
            <w:tcW w:type="dxa" w:w="2880"/>
          </w:tcPr>
          <w:p>
            <w:r>
              <w:t>2</w:t>
            </w:r>
          </w:p>
        </w:tc>
      </w:tr>
      <w:tr>
        <w:tc>
          <w:tcPr>
            <w:tcW w:type="dxa" w:w="2880"/>
          </w:tcPr>
          <w:p>
            <w:r>
              <w:t>2026-04-20</w:t>
            </w:r>
          </w:p>
        </w:tc>
        <w:tc>
          <w:tcPr>
            <w:tcW w:type="dxa" w:w="2880"/>
          </w:tcPr>
          <w:p>
            <w:r>
              <w:t>navel orangeworm</w:t>
            </w:r>
          </w:p>
        </w:tc>
        <w:tc>
          <w:tcPr>
            <w:tcW w:type="dxa" w:w="2880"/>
          </w:tcPr>
          <w:p>
            <w:r>
              <w:t>2</w:t>
            </w:r>
          </w:p>
        </w:tc>
      </w:tr>
      <w:tr>
        <w:tc>
          <w:tcPr>
            <w:tcW w:type="dxa" w:w="2880"/>
          </w:tcPr>
          <w:p>
            <w:r>
              <w:t>2026-04-20</w:t>
            </w:r>
          </w:p>
        </w:tc>
        <w:tc>
          <w:tcPr>
            <w:tcW w:type="dxa" w:w="2880"/>
          </w:tcPr>
          <w:p>
            <w:r>
              <w:t>lygus</w:t>
            </w:r>
          </w:p>
        </w:tc>
        <w:tc>
          <w:tcPr>
            <w:tcW w:type="dxa" w:w="2880"/>
          </w:tcPr>
          <w:p>
            <w:r>
              <w:t>5</w:t>
            </w:r>
          </w:p>
        </w:tc>
      </w:tr>
      <w:tr>
        <w:tc>
          <w:tcPr>
            <w:tcW w:type="dxa" w:w="2880"/>
          </w:tcPr>
          <w:p>
            <w:r>
              <w:t>2026-04-20</w:t>
            </w:r>
          </w:p>
        </w:tc>
        <w:tc>
          <w:tcPr>
            <w:tcW w:type="dxa" w:w="2880"/>
          </w:tcPr>
          <w:p>
            <w:r>
              <w:t>mites</w:t>
            </w:r>
          </w:p>
        </w:tc>
        <w:tc>
          <w:tcPr>
            <w:tcW w:type="dxa" w:w="2880"/>
          </w:tcPr>
          <w:p>
            <w:r>
              <w:t>3</w:t>
            </w:r>
          </w:p>
        </w:tc>
      </w:tr>
      <w:tr>
        <w:tc>
          <w:tcPr>
            <w:tcW w:type="dxa" w:w="2880"/>
          </w:tcPr>
          <w:p>
            <w:r>
              <w:t>2026-04-27</w:t>
            </w:r>
          </w:p>
        </w:tc>
        <w:tc>
          <w:tcPr>
            <w:tcW w:type="dxa" w:w="2880"/>
          </w:tcPr>
          <w:p>
            <w:r>
              <w:t>aphid</w:t>
            </w:r>
          </w:p>
        </w:tc>
        <w:tc>
          <w:tcPr>
            <w:tcW w:type="dxa" w:w="2880"/>
          </w:tcPr>
          <w:p>
            <w:r>
              <w:t>2</w:t>
            </w:r>
          </w:p>
        </w:tc>
      </w:tr>
      <w:tr>
        <w:tc>
          <w:tcPr>
            <w:tcW w:type="dxa" w:w="2880"/>
          </w:tcPr>
          <w:p>
            <w:r>
              <w:t>2026-04-27</w:t>
            </w:r>
          </w:p>
        </w:tc>
        <w:tc>
          <w:tcPr>
            <w:tcW w:type="dxa" w:w="2880"/>
          </w:tcPr>
          <w:p>
            <w:r>
              <w:t>navel orangeworm</w:t>
            </w:r>
          </w:p>
        </w:tc>
        <w:tc>
          <w:tcPr>
            <w:tcW w:type="dxa" w:w="2880"/>
          </w:tcPr>
          <w:p>
            <w:r>
              <w:t>3</w:t>
            </w:r>
          </w:p>
        </w:tc>
      </w:tr>
      <w:tr>
        <w:tc>
          <w:tcPr>
            <w:tcW w:type="dxa" w:w="2880"/>
          </w:tcPr>
          <w:p>
            <w:r>
              <w:t>2026-04-27</w:t>
            </w:r>
          </w:p>
        </w:tc>
        <w:tc>
          <w:tcPr>
            <w:tcW w:type="dxa" w:w="2880"/>
          </w:tcPr>
          <w:p>
            <w:r>
              <w:t>lygus</w:t>
            </w:r>
          </w:p>
        </w:tc>
        <w:tc>
          <w:tcPr>
            <w:tcW w:type="dxa" w:w="2880"/>
          </w:tcPr>
          <w:p>
            <w:r>
              <w:t>2</w:t>
            </w:r>
          </w:p>
        </w:tc>
      </w:tr>
      <w:tr>
        <w:tc>
          <w:tcPr>
            <w:tcW w:type="dxa" w:w="2880"/>
          </w:tcPr>
          <w:p>
            <w:r>
              <w:t>2026-04-27</w:t>
            </w:r>
          </w:p>
        </w:tc>
        <w:tc>
          <w:tcPr>
            <w:tcW w:type="dxa" w:w="2880"/>
          </w:tcPr>
          <w:p>
            <w:r>
              <w:t>mites</w:t>
            </w:r>
          </w:p>
        </w:tc>
        <w:tc>
          <w:tcPr>
            <w:tcW w:type="dxa" w:w="2880"/>
          </w:tcPr>
          <w:p>
            <w:r>
              <w:t>4</w:t>
            </w:r>
          </w:p>
        </w:tc>
      </w:tr>
      <w:tr>
        <w:tc>
          <w:tcPr>
            <w:tcW w:type="dxa" w:w="2880"/>
          </w:tcPr>
          <w:p>
            <w:r>
              <w:t>2026-05-04</w:t>
            </w:r>
          </w:p>
        </w:tc>
        <w:tc>
          <w:tcPr>
            <w:tcW w:type="dxa" w:w="2880"/>
          </w:tcPr>
          <w:p>
            <w:r>
              <w:t>aphid</w:t>
            </w:r>
          </w:p>
        </w:tc>
        <w:tc>
          <w:tcPr>
            <w:tcW w:type="dxa" w:w="2880"/>
          </w:tcPr>
          <w:p>
            <w:r>
              <w:t>5</w:t>
            </w:r>
          </w:p>
        </w:tc>
      </w:tr>
      <w:tr>
        <w:tc>
          <w:tcPr>
            <w:tcW w:type="dxa" w:w="2880"/>
          </w:tcPr>
          <w:p>
            <w:r>
              <w:t>2026-05-04</w:t>
            </w:r>
          </w:p>
        </w:tc>
        <w:tc>
          <w:tcPr>
            <w:tcW w:type="dxa" w:w="2880"/>
          </w:tcPr>
          <w:p>
            <w:r>
              <w:t>navel orangeworm</w:t>
            </w:r>
          </w:p>
        </w:tc>
        <w:tc>
          <w:tcPr>
            <w:tcW w:type="dxa" w:w="2880"/>
          </w:tcPr>
          <w:p>
            <w:r>
              <w:t>9</w:t>
            </w:r>
          </w:p>
        </w:tc>
      </w:tr>
      <w:tr>
        <w:tc>
          <w:tcPr>
            <w:tcW w:type="dxa" w:w="2880"/>
          </w:tcPr>
          <w:p>
            <w:r>
              <w:t>2026-05-04</w:t>
            </w:r>
          </w:p>
        </w:tc>
        <w:tc>
          <w:tcPr>
            <w:tcW w:type="dxa" w:w="2880"/>
          </w:tcPr>
          <w:p>
            <w:r>
              <w:t>lygus</w:t>
            </w:r>
          </w:p>
        </w:tc>
        <w:tc>
          <w:tcPr>
            <w:tcW w:type="dxa" w:w="2880"/>
          </w:tcPr>
          <w:p>
            <w:r>
              <w:t>4</w:t>
            </w:r>
          </w:p>
        </w:tc>
      </w:tr>
      <w:tr>
        <w:tc>
          <w:tcPr>
            <w:tcW w:type="dxa" w:w="2880"/>
          </w:tcPr>
          <w:p>
            <w:r>
              <w:t>2026-05-04</w:t>
            </w:r>
          </w:p>
        </w:tc>
        <w:tc>
          <w:tcPr>
            <w:tcW w:type="dxa" w:w="2880"/>
          </w:tcPr>
          <w:p>
            <w:r>
              <w:t>mites</w:t>
            </w:r>
          </w:p>
        </w:tc>
        <w:tc>
          <w:tcPr>
            <w:tcW w:type="dxa" w:w="2880"/>
          </w:tcPr>
          <w:p>
            <w:r>
              <w:t>6</w:t>
            </w:r>
          </w:p>
        </w:tc>
      </w:tr>
      <w:tr>
        <w:tc>
          <w:tcPr>
            <w:tcW w:type="dxa" w:w="2880"/>
          </w:tcPr>
          <w:p>
            <w:r>
              <w:t>2026-05-11</w:t>
            </w:r>
          </w:p>
        </w:tc>
        <w:tc>
          <w:tcPr>
            <w:tcW w:type="dxa" w:w="2880"/>
          </w:tcPr>
          <w:p>
            <w:r>
              <w:t>aphid</w:t>
            </w:r>
          </w:p>
        </w:tc>
        <w:tc>
          <w:tcPr>
            <w:tcW w:type="dxa" w:w="2880"/>
          </w:tcPr>
          <w:p>
            <w:r>
              <w:t>4</w:t>
            </w:r>
          </w:p>
        </w:tc>
      </w:tr>
      <w:tr>
        <w:tc>
          <w:tcPr>
            <w:tcW w:type="dxa" w:w="2880"/>
          </w:tcPr>
          <w:p>
            <w:r>
              <w:t>2026-05-11</w:t>
            </w:r>
          </w:p>
        </w:tc>
        <w:tc>
          <w:tcPr>
            <w:tcW w:type="dxa" w:w="2880"/>
          </w:tcPr>
          <w:p>
            <w:r>
              <w:t>navel orangeworm</w:t>
            </w:r>
          </w:p>
        </w:tc>
        <w:tc>
          <w:tcPr>
            <w:tcW w:type="dxa" w:w="2880"/>
          </w:tcPr>
          <w:p>
            <w:r>
              <w:t>2</w:t>
            </w:r>
          </w:p>
        </w:tc>
      </w:tr>
      <w:tr>
        <w:tc>
          <w:tcPr>
            <w:tcW w:type="dxa" w:w="2880"/>
          </w:tcPr>
          <w:p>
            <w:r>
              <w:t>2026-05-11</w:t>
            </w:r>
          </w:p>
        </w:tc>
        <w:tc>
          <w:tcPr>
            <w:tcW w:type="dxa" w:w="2880"/>
          </w:tcPr>
          <w:p>
            <w:r>
              <w:t>lygus</w:t>
            </w:r>
          </w:p>
        </w:tc>
        <w:tc>
          <w:tcPr>
            <w:tcW w:type="dxa" w:w="2880"/>
          </w:tcPr>
          <w:p>
            <w:r>
              <w:t>6</w:t>
            </w:r>
          </w:p>
        </w:tc>
      </w:tr>
      <w:tr>
        <w:tc>
          <w:tcPr>
            <w:tcW w:type="dxa" w:w="2880"/>
          </w:tcPr>
          <w:p>
            <w:r>
              <w:t>2026-05-11</w:t>
            </w:r>
          </w:p>
        </w:tc>
        <w:tc>
          <w:tcPr>
            <w:tcW w:type="dxa" w:w="2880"/>
          </w:tcPr>
          <w:p>
            <w:r>
              <w:t>mites</w:t>
            </w:r>
          </w:p>
        </w:tc>
        <w:tc>
          <w:tcPr>
            <w:tcW w:type="dxa" w:w="2880"/>
          </w:tcPr>
          <w:p>
            <w:r>
              <w:t>2</w:t>
            </w:r>
          </w:p>
        </w:tc>
      </w:tr>
      <w:tr>
        <w:tc>
          <w:tcPr>
            <w:tcW w:type="dxa" w:w="2880"/>
          </w:tcPr>
          <w:p>
            <w:r>
              <w:t>2026-05-18</w:t>
            </w:r>
          </w:p>
        </w:tc>
        <w:tc>
          <w:tcPr>
            <w:tcW w:type="dxa" w:w="2880"/>
          </w:tcPr>
          <w:p>
            <w:r>
              <w:t>aphid</w:t>
            </w:r>
          </w:p>
        </w:tc>
        <w:tc>
          <w:tcPr>
            <w:tcW w:type="dxa" w:w="2880"/>
          </w:tcPr>
          <w:p>
            <w:r>
              <w:t>3</w:t>
            </w:r>
          </w:p>
        </w:tc>
      </w:tr>
      <w:tr>
        <w:tc>
          <w:tcPr>
            <w:tcW w:type="dxa" w:w="2880"/>
          </w:tcPr>
          <w:p>
            <w:r>
              <w:t>2026-05-18</w:t>
            </w:r>
          </w:p>
        </w:tc>
        <w:tc>
          <w:tcPr>
            <w:tcW w:type="dxa" w:w="2880"/>
          </w:tcPr>
          <w:p>
            <w:r>
              <w:t>navel orangeworm</w:t>
            </w:r>
          </w:p>
        </w:tc>
        <w:tc>
          <w:tcPr>
            <w:tcW w:type="dxa" w:w="2880"/>
          </w:tcPr>
          <w:p>
            <w:r>
              <w:t>5</w:t>
            </w:r>
          </w:p>
        </w:tc>
      </w:tr>
      <w:tr>
        <w:tc>
          <w:tcPr>
            <w:tcW w:type="dxa" w:w="2880"/>
          </w:tcPr>
          <w:p>
            <w:r>
              <w:t>2026-05-18</w:t>
            </w:r>
          </w:p>
        </w:tc>
        <w:tc>
          <w:tcPr>
            <w:tcW w:type="dxa" w:w="2880"/>
          </w:tcPr>
          <w:p>
            <w:r>
              <w:t>lygus</w:t>
            </w:r>
          </w:p>
        </w:tc>
        <w:tc>
          <w:tcPr>
            <w:tcW w:type="dxa" w:w="2880"/>
          </w:tcPr>
          <w:p>
            <w:r>
              <w:t>2</w:t>
            </w:r>
          </w:p>
        </w:tc>
      </w:tr>
      <w:tr>
        <w:tc>
          <w:tcPr>
            <w:tcW w:type="dxa" w:w="2880"/>
          </w:tcPr>
          <w:p>
            <w:r>
              <w:t>2026-05-18</w:t>
            </w:r>
          </w:p>
        </w:tc>
        <w:tc>
          <w:tcPr>
            <w:tcW w:type="dxa" w:w="2880"/>
          </w:tcPr>
          <w:p>
            <w:r>
              <w:t>mites</w:t>
            </w:r>
          </w:p>
        </w:tc>
        <w:tc>
          <w:tcPr>
            <w:tcW w:type="dxa" w:w="2880"/>
          </w:tcPr>
          <w:p>
            <w:r>
              <w:t>1</w:t>
            </w:r>
          </w:p>
        </w:tc>
      </w:tr>
      <w:tr>
        <w:tc>
          <w:tcPr>
            <w:tcW w:type="dxa" w:w="2880"/>
          </w:tcPr>
          <w:p>
            <w:r>
              <w:t>2026-05-25</w:t>
            </w:r>
          </w:p>
        </w:tc>
        <w:tc>
          <w:tcPr>
            <w:tcW w:type="dxa" w:w="2880"/>
          </w:tcPr>
          <w:p>
            <w:r>
              <w:t>aphid</w:t>
            </w:r>
          </w:p>
        </w:tc>
        <w:tc>
          <w:tcPr>
            <w:tcW w:type="dxa" w:w="2880"/>
          </w:tcPr>
          <w:p>
            <w:r>
              <w:t>2</w:t>
            </w:r>
          </w:p>
        </w:tc>
      </w:tr>
      <w:tr>
        <w:tc>
          <w:tcPr>
            <w:tcW w:type="dxa" w:w="2880"/>
          </w:tcPr>
          <w:p>
            <w:r>
              <w:t>2026-05-25</w:t>
            </w:r>
          </w:p>
        </w:tc>
        <w:tc>
          <w:tcPr>
            <w:tcW w:type="dxa" w:w="2880"/>
          </w:tcPr>
          <w:p>
            <w:r>
              <w:t>navel orangeworm</w:t>
            </w:r>
          </w:p>
        </w:tc>
        <w:tc>
          <w:tcPr>
            <w:tcW w:type="dxa" w:w="2880"/>
          </w:tcPr>
          <w:p>
            <w:r>
              <w:t>4</w:t>
            </w:r>
          </w:p>
        </w:tc>
      </w:tr>
      <w:tr>
        <w:tc>
          <w:tcPr>
            <w:tcW w:type="dxa" w:w="2880"/>
          </w:tcPr>
          <w:p>
            <w:r>
              <w:t>2026-05-25</w:t>
            </w:r>
          </w:p>
        </w:tc>
        <w:tc>
          <w:tcPr>
            <w:tcW w:type="dxa" w:w="2880"/>
          </w:tcPr>
          <w:p>
            <w:r>
              <w:t>lygus</w:t>
            </w:r>
          </w:p>
        </w:tc>
        <w:tc>
          <w:tcPr>
            <w:tcW w:type="dxa" w:w="2880"/>
          </w:tcPr>
          <w:p>
            <w:r>
              <w:t>8</w:t>
            </w:r>
          </w:p>
        </w:tc>
      </w:tr>
      <w:tr>
        <w:tc>
          <w:tcPr>
            <w:tcW w:type="dxa" w:w="2880"/>
          </w:tcPr>
          <w:p>
            <w:r>
              <w:t>2026-05-25</w:t>
            </w:r>
          </w:p>
        </w:tc>
        <w:tc>
          <w:tcPr>
            <w:tcW w:type="dxa" w:w="2880"/>
          </w:tcPr>
          <w:p>
            <w:r>
              <w:t>mites</w:t>
            </w:r>
          </w:p>
        </w:tc>
        <w:tc>
          <w:tcPr>
            <w:tcW w:type="dxa" w:w="2880"/>
          </w:tcPr>
          <w:p>
            <w:r>
              <w:t>5</w:t>
            </w:r>
          </w:p>
        </w:tc>
      </w:tr>
      <w:tr>
        <w:tc>
          <w:tcPr>
            <w:tcW w:type="dxa" w:w="2880"/>
          </w:tcPr>
          <w:p>
            <w:r>
              <w:t>2026-06-01</w:t>
            </w:r>
          </w:p>
        </w:tc>
        <w:tc>
          <w:tcPr>
            <w:tcW w:type="dxa" w:w="2880"/>
          </w:tcPr>
          <w:p>
            <w:r>
              <w:t>aphid</w:t>
            </w:r>
          </w:p>
        </w:tc>
        <w:tc>
          <w:tcPr>
            <w:tcW w:type="dxa" w:w="2880"/>
          </w:tcPr>
          <w:p>
            <w:r>
              <w:t>3</w:t>
            </w:r>
          </w:p>
        </w:tc>
      </w:tr>
      <w:tr>
        <w:tc>
          <w:tcPr>
            <w:tcW w:type="dxa" w:w="2880"/>
          </w:tcPr>
          <w:p>
            <w:r>
              <w:t>2026-06-01</w:t>
            </w:r>
          </w:p>
        </w:tc>
        <w:tc>
          <w:tcPr>
            <w:tcW w:type="dxa" w:w="2880"/>
          </w:tcPr>
          <w:p>
            <w:r>
              <w:t>navel orangeworm</w:t>
            </w:r>
          </w:p>
        </w:tc>
        <w:tc>
          <w:tcPr>
            <w:tcW w:type="dxa" w:w="2880"/>
          </w:tcPr>
          <w:p>
            <w:r>
              <w:t>3</w:t>
            </w:r>
          </w:p>
        </w:tc>
      </w:tr>
      <w:tr>
        <w:tc>
          <w:tcPr>
            <w:tcW w:type="dxa" w:w="2880"/>
          </w:tcPr>
          <w:p>
            <w:r>
              <w:t>2026-06-01</w:t>
            </w:r>
          </w:p>
        </w:tc>
        <w:tc>
          <w:tcPr>
            <w:tcW w:type="dxa" w:w="2880"/>
          </w:tcPr>
          <w:p>
            <w:r>
              <w:t>lygus</w:t>
            </w:r>
          </w:p>
        </w:tc>
        <w:tc>
          <w:tcPr>
            <w:tcW w:type="dxa" w:w="2880"/>
          </w:tcPr>
          <w:p>
            <w:r>
              <w:t>3</w:t>
            </w:r>
          </w:p>
        </w:tc>
      </w:tr>
      <w:tr>
        <w:tc>
          <w:tcPr>
            <w:tcW w:type="dxa" w:w="2880"/>
          </w:tcPr>
          <w:p>
            <w:r>
              <w:t>2026-06-01</w:t>
            </w:r>
          </w:p>
        </w:tc>
        <w:tc>
          <w:tcPr>
            <w:tcW w:type="dxa" w:w="2880"/>
          </w:tcPr>
          <w:p>
            <w:r>
              <w:t>mites</w:t>
            </w:r>
          </w:p>
        </w:tc>
        <w:tc>
          <w:tcPr>
            <w:tcW w:type="dxa" w:w="2880"/>
          </w:tcPr>
          <w:p>
            <w:r>
              <w:t>3</w:t>
            </w:r>
          </w:p>
        </w:tc>
      </w:tr>
      <w:tr>
        <w:tc>
          <w:tcPr>
            <w:tcW w:type="dxa" w:w="2880"/>
          </w:tcPr>
          <w:p>
            <w:r>
              <w:t>2026-06-08</w:t>
            </w:r>
          </w:p>
        </w:tc>
        <w:tc>
          <w:tcPr>
            <w:tcW w:type="dxa" w:w="2880"/>
          </w:tcPr>
          <w:p>
            <w:r>
              <w:t>aphid</w:t>
            </w:r>
          </w:p>
        </w:tc>
        <w:tc>
          <w:tcPr>
            <w:tcW w:type="dxa" w:w="2880"/>
          </w:tcPr>
          <w:p>
            <w:r>
              <w:t>11</w:t>
            </w:r>
          </w:p>
        </w:tc>
      </w:tr>
      <w:tr>
        <w:tc>
          <w:tcPr>
            <w:tcW w:type="dxa" w:w="2880"/>
          </w:tcPr>
          <w:p>
            <w:r>
              <w:t>2026-06-08</w:t>
            </w:r>
          </w:p>
        </w:tc>
        <w:tc>
          <w:tcPr>
            <w:tcW w:type="dxa" w:w="2880"/>
          </w:tcPr>
          <w:p>
            <w:r>
              <w:t>navel orangeworm</w:t>
            </w:r>
          </w:p>
        </w:tc>
        <w:tc>
          <w:tcPr>
            <w:tcW w:type="dxa" w:w="2880"/>
          </w:tcPr>
          <w:p>
            <w:r>
              <w:t>6</w:t>
            </w:r>
          </w:p>
        </w:tc>
      </w:tr>
      <w:tr>
        <w:tc>
          <w:tcPr>
            <w:tcW w:type="dxa" w:w="2880"/>
          </w:tcPr>
          <w:p>
            <w:r>
              <w:t>2026-06-08</w:t>
            </w:r>
          </w:p>
        </w:tc>
        <w:tc>
          <w:tcPr>
            <w:tcW w:type="dxa" w:w="2880"/>
          </w:tcPr>
          <w:p>
            <w:r>
              <w:t>lygus</w:t>
            </w:r>
          </w:p>
        </w:tc>
        <w:tc>
          <w:tcPr>
            <w:tcW w:type="dxa" w:w="2880"/>
          </w:tcPr>
          <w:p>
            <w:r>
              <w:t>2</w:t>
            </w:r>
          </w:p>
        </w:tc>
      </w:tr>
      <w:tr>
        <w:tc>
          <w:tcPr>
            <w:tcW w:type="dxa" w:w="2880"/>
          </w:tcPr>
          <w:p>
            <w:r>
              <w:t>2026-06-08</w:t>
            </w:r>
          </w:p>
        </w:tc>
        <w:tc>
          <w:tcPr>
            <w:tcW w:type="dxa" w:w="2880"/>
          </w:tcPr>
          <w:p>
            <w:r>
              <w:t>mites</w:t>
            </w:r>
          </w:p>
        </w:tc>
        <w:tc>
          <w:tcPr>
            <w:tcW w:type="dxa" w:w="2880"/>
          </w:tcPr>
          <w:p>
            <w:r>
              <w:t>4</w:t>
            </w:r>
          </w:p>
        </w:tc>
      </w:tr>
      <w:tr>
        <w:tc>
          <w:tcPr>
            <w:tcW w:type="dxa" w:w="2880"/>
          </w:tcPr>
          <w:p>
            <w:r>
              <w:t>2026-06-15</w:t>
            </w:r>
          </w:p>
        </w:tc>
        <w:tc>
          <w:tcPr>
            <w:tcW w:type="dxa" w:w="2880"/>
          </w:tcPr>
          <w:p>
            <w:r>
              <w:t>aphid</w:t>
            </w:r>
          </w:p>
        </w:tc>
        <w:tc>
          <w:tcPr>
            <w:tcW w:type="dxa" w:w="2880"/>
          </w:tcPr>
          <w:p>
            <w:r>
              <w:t>3</w:t>
            </w:r>
          </w:p>
        </w:tc>
      </w:tr>
      <w:tr>
        <w:tc>
          <w:tcPr>
            <w:tcW w:type="dxa" w:w="2880"/>
          </w:tcPr>
          <w:p>
            <w:r>
              <w:t>2026-06-15</w:t>
            </w:r>
          </w:p>
        </w:tc>
        <w:tc>
          <w:tcPr>
            <w:tcW w:type="dxa" w:w="2880"/>
          </w:tcPr>
          <w:p>
            <w:r>
              <w:t>navel orangeworm</w:t>
            </w:r>
          </w:p>
        </w:tc>
        <w:tc>
          <w:tcPr>
            <w:tcW w:type="dxa" w:w="2880"/>
          </w:tcPr>
          <w:p>
            <w:r>
              <w:t>3</w:t>
            </w:r>
          </w:p>
        </w:tc>
      </w:tr>
      <w:tr>
        <w:tc>
          <w:tcPr>
            <w:tcW w:type="dxa" w:w="2880"/>
          </w:tcPr>
          <w:p>
            <w:r>
              <w:t>2026-06-15</w:t>
            </w:r>
          </w:p>
        </w:tc>
        <w:tc>
          <w:tcPr>
            <w:tcW w:type="dxa" w:w="2880"/>
          </w:tcPr>
          <w:p>
            <w:r>
              <w:t>lygus</w:t>
            </w:r>
          </w:p>
        </w:tc>
        <w:tc>
          <w:tcPr>
            <w:tcW w:type="dxa" w:w="2880"/>
          </w:tcPr>
          <w:p>
            <w:r>
              <w:t>1</w:t>
            </w:r>
          </w:p>
        </w:tc>
      </w:tr>
      <w:tr>
        <w:tc>
          <w:tcPr>
            <w:tcW w:type="dxa" w:w="2880"/>
          </w:tcPr>
          <w:p>
            <w:r>
              <w:t>2026-06-15</w:t>
            </w:r>
          </w:p>
        </w:tc>
        <w:tc>
          <w:tcPr>
            <w:tcW w:type="dxa" w:w="2880"/>
          </w:tcPr>
          <w:p>
            <w:r>
              <w:t>mites</w:t>
            </w:r>
          </w:p>
        </w:tc>
        <w:tc>
          <w:tcPr>
            <w:tcW w:type="dxa" w:w="2880"/>
          </w:tcPr>
          <w:p>
            <w:r>
              <w:t>6</w:t>
            </w:r>
          </w:p>
        </w:tc>
      </w:tr>
      <w:tr>
        <w:tc>
          <w:tcPr>
            <w:tcW w:type="dxa" w:w="2880"/>
          </w:tcPr>
          <w:p>
            <w:r>
              <w:t>2026-06-22</w:t>
            </w:r>
          </w:p>
        </w:tc>
        <w:tc>
          <w:tcPr>
            <w:tcW w:type="dxa" w:w="2880"/>
          </w:tcPr>
          <w:p>
            <w:r>
              <w:t>aphid</w:t>
            </w:r>
          </w:p>
        </w:tc>
        <w:tc>
          <w:tcPr>
            <w:tcW w:type="dxa" w:w="2880"/>
          </w:tcPr>
          <w:p>
            <w:r>
              <w:t>3</w:t>
            </w:r>
          </w:p>
        </w:tc>
      </w:tr>
      <w:tr>
        <w:tc>
          <w:tcPr>
            <w:tcW w:type="dxa" w:w="2880"/>
          </w:tcPr>
          <w:p>
            <w:r>
              <w:t>2026-06-22</w:t>
            </w:r>
          </w:p>
        </w:tc>
        <w:tc>
          <w:tcPr>
            <w:tcW w:type="dxa" w:w="2880"/>
          </w:tcPr>
          <w:p>
            <w:r>
              <w:t>navel orangeworm</w:t>
            </w:r>
          </w:p>
        </w:tc>
        <w:tc>
          <w:tcPr>
            <w:tcW w:type="dxa" w:w="2880"/>
          </w:tcPr>
          <w:p>
            <w:r>
              <w:t>5</w:t>
            </w:r>
          </w:p>
        </w:tc>
      </w:tr>
      <w:tr>
        <w:tc>
          <w:tcPr>
            <w:tcW w:type="dxa" w:w="2880"/>
          </w:tcPr>
          <w:p>
            <w:r>
              <w:t>2026-06-22</w:t>
            </w:r>
          </w:p>
        </w:tc>
        <w:tc>
          <w:tcPr>
            <w:tcW w:type="dxa" w:w="2880"/>
          </w:tcPr>
          <w:p>
            <w:r>
              <w:t>lygus</w:t>
            </w:r>
          </w:p>
        </w:tc>
        <w:tc>
          <w:tcPr>
            <w:tcW w:type="dxa" w:w="2880"/>
          </w:tcPr>
          <w:p>
            <w:r>
              <w:t>1</w:t>
            </w:r>
          </w:p>
        </w:tc>
      </w:tr>
      <w:tr>
        <w:tc>
          <w:tcPr>
            <w:tcW w:type="dxa" w:w="2880"/>
          </w:tcPr>
          <w:p>
            <w:r>
              <w:t>2026-06-22</w:t>
            </w:r>
          </w:p>
        </w:tc>
        <w:tc>
          <w:tcPr>
            <w:tcW w:type="dxa" w:w="2880"/>
          </w:tcPr>
          <w:p>
            <w:r>
              <w:t>mites</w:t>
            </w:r>
          </w:p>
        </w:tc>
        <w:tc>
          <w:tcPr>
            <w:tcW w:type="dxa" w:w="2880"/>
          </w:tcPr>
          <w:p>
            <w:r>
              <w:t>4</w:t>
            </w:r>
          </w:p>
        </w:tc>
      </w:tr>
      <w:tr>
        <w:tc>
          <w:tcPr>
            <w:tcW w:type="dxa" w:w="2880"/>
          </w:tcPr>
          <w:p>
            <w:r>
              <w:t>2026-06-29</w:t>
            </w:r>
          </w:p>
        </w:tc>
        <w:tc>
          <w:tcPr>
            <w:tcW w:type="dxa" w:w="2880"/>
          </w:tcPr>
          <w:p>
            <w:r>
              <w:t>aphid</w:t>
            </w:r>
          </w:p>
        </w:tc>
        <w:tc>
          <w:tcPr>
            <w:tcW w:type="dxa" w:w="2880"/>
          </w:tcPr>
          <w:p>
            <w:r>
              <w:t>5</w:t>
            </w:r>
          </w:p>
        </w:tc>
      </w:tr>
      <w:tr>
        <w:tc>
          <w:tcPr>
            <w:tcW w:type="dxa" w:w="2880"/>
          </w:tcPr>
          <w:p>
            <w:r>
              <w:t>2026-06-29</w:t>
            </w:r>
          </w:p>
        </w:tc>
        <w:tc>
          <w:tcPr>
            <w:tcW w:type="dxa" w:w="2880"/>
          </w:tcPr>
          <w:p>
            <w:r>
              <w:t>navel orangeworm</w:t>
            </w:r>
          </w:p>
        </w:tc>
        <w:tc>
          <w:tcPr>
            <w:tcW w:type="dxa" w:w="2880"/>
          </w:tcPr>
          <w:p>
            <w:r>
              <w:t>4</w:t>
            </w:r>
          </w:p>
        </w:tc>
      </w:tr>
      <w:tr>
        <w:tc>
          <w:tcPr>
            <w:tcW w:type="dxa" w:w="2880"/>
          </w:tcPr>
          <w:p>
            <w:r>
              <w:t>2026-06-29</w:t>
            </w:r>
          </w:p>
        </w:tc>
        <w:tc>
          <w:tcPr>
            <w:tcW w:type="dxa" w:w="2880"/>
          </w:tcPr>
          <w:p>
            <w:r>
              <w:t>lygus</w:t>
            </w:r>
          </w:p>
        </w:tc>
        <w:tc>
          <w:tcPr>
            <w:tcW w:type="dxa" w:w="2880"/>
          </w:tcPr>
          <w:p>
            <w:r>
              <w:t>4</w:t>
            </w:r>
          </w:p>
        </w:tc>
      </w:tr>
      <w:tr>
        <w:tc>
          <w:tcPr>
            <w:tcW w:type="dxa" w:w="2880"/>
          </w:tcPr>
          <w:p>
            <w:r>
              <w:t>2026-06-29</w:t>
            </w:r>
          </w:p>
        </w:tc>
        <w:tc>
          <w:tcPr>
            <w:tcW w:type="dxa" w:w="2880"/>
          </w:tcPr>
          <w:p>
            <w:r>
              <w:t>mites</w:t>
            </w:r>
          </w:p>
        </w:tc>
        <w:tc>
          <w:tcPr>
            <w:tcW w:type="dxa" w:w="2880"/>
          </w:tcPr>
          <w:p>
            <w:r>
              <w:t>2</w:t>
            </w:r>
          </w:p>
        </w:tc>
      </w:tr>
      <w:tr>
        <w:tc>
          <w:tcPr>
            <w:tcW w:type="dxa" w:w="2880"/>
          </w:tcPr>
          <w:p>
            <w:r>
              <w:t>2026-07-06</w:t>
            </w:r>
          </w:p>
        </w:tc>
        <w:tc>
          <w:tcPr>
            <w:tcW w:type="dxa" w:w="2880"/>
          </w:tcPr>
          <w:p>
            <w:r>
              <w:t>aphid</w:t>
            </w:r>
          </w:p>
        </w:tc>
        <w:tc>
          <w:tcPr>
            <w:tcW w:type="dxa" w:w="2880"/>
          </w:tcPr>
          <w:p>
            <w:r>
              <w:t>86</w:t>
            </w:r>
          </w:p>
        </w:tc>
      </w:tr>
      <w:tr>
        <w:tc>
          <w:tcPr>
            <w:tcW w:type="dxa" w:w="2880"/>
          </w:tcPr>
          <w:p>
            <w:r>
              <w:t>2026-07-06</w:t>
            </w:r>
          </w:p>
        </w:tc>
        <w:tc>
          <w:tcPr>
            <w:tcW w:type="dxa" w:w="2880"/>
          </w:tcPr>
          <w:p>
            <w:r>
              <w:t>navel orangeworm</w:t>
            </w:r>
          </w:p>
        </w:tc>
        <w:tc>
          <w:tcPr>
            <w:tcW w:type="dxa" w:w="2880"/>
          </w:tcPr>
          <w:p>
            <w:r>
              <w:t>5</w:t>
            </w:r>
          </w:p>
        </w:tc>
      </w:tr>
      <w:tr>
        <w:tc>
          <w:tcPr>
            <w:tcW w:type="dxa" w:w="2880"/>
          </w:tcPr>
          <w:p>
            <w:r>
              <w:t>2026-07-06</w:t>
            </w:r>
          </w:p>
        </w:tc>
        <w:tc>
          <w:tcPr>
            <w:tcW w:type="dxa" w:w="2880"/>
          </w:tcPr>
          <w:p>
            <w:r>
              <w:t>lygus</w:t>
            </w:r>
          </w:p>
        </w:tc>
        <w:tc>
          <w:tcPr>
            <w:tcW w:type="dxa" w:w="2880"/>
          </w:tcPr>
          <w:p>
            <w:r>
              <w:t>5</w:t>
            </w:r>
          </w:p>
        </w:tc>
      </w:tr>
      <w:tr>
        <w:tc>
          <w:tcPr>
            <w:tcW w:type="dxa" w:w="2880"/>
          </w:tcPr>
          <w:p>
            <w:r>
              <w:t>2026-07-06</w:t>
            </w:r>
          </w:p>
        </w:tc>
        <w:tc>
          <w:tcPr>
            <w:tcW w:type="dxa" w:w="2880"/>
          </w:tcPr>
          <w:p>
            <w:r>
              <w:t>mites</w:t>
            </w:r>
          </w:p>
        </w:tc>
        <w:tc>
          <w:tcPr>
            <w:tcW w:type="dxa" w:w="2880"/>
          </w:tcPr>
          <w:p>
            <w:r>
              <w:t>7</w:t>
            </w:r>
          </w:p>
        </w:tc>
      </w:tr>
      <w:tr>
        <w:tc>
          <w:tcPr>
            <w:tcW w:type="dxa" w:w="2880"/>
          </w:tcPr>
          <w:p>
            <w:r>
              <w:t>2026-07-13</w:t>
            </w:r>
          </w:p>
        </w:tc>
        <w:tc>
          <w:tcPr>
            <w:tcW w:type="dxa" w:w="2880"/>
          </w:tcPr>
          <w:p>
            <w:r>
              <w:t>aphid</w:t>
            </w:r>
          </w:p>
        </w:tc>
        <w:tc>
          <w:tcPr>
            <w:tcW w:type="dxa" w:w="2880"/>
          </w:tcPr>
          <w:p>
            <w:r>
              <w:t>61</w:t>
            </w:r>
          </w:p>
        </w:tc>
      </w:tr>
      <w:tr>
        <w:tc>
          <w:tcPr>
            <w:tcW w:type="dxa" w:w="2880"/>
          </w:tcPr>
          <w:p>
            <w:r>
              <w:t>2026-07-13</w:t>
            </w:r>
          </w:p>
        </w:tc>
        <w:tc>
          <w:tcPr>
            <w:tcW w:type="dxa" w:w="2880"/>
          </w:tcPr>
          <w:p>
            <w:r>
              <w:t>navel orangeworm</w:t>
            </w:r>
          </w:p>
        </w:tc>
        <w:tc>
          <w:tcPr>
            <w:tcW w:type="dxa" w:w="2880"/>
          </w:tcPr>
          <w:p>
            <w:r>
              <w:t>9</w:t>
            </w:r>
          </w:p>
        </w:tc>
      </w:tr>
      <w:tr>
        <w:tc>
          <w:tcPr>
            <w:tcW w:type="dxa" w:w="2880"/>
          </w:tcPr>
          <w:p>
            <w:r>
              <w:t>2026-07-13</w:t>
            </w:r>
          </w:p>
        </w:tc>
        <w:tc>
          <w:tcPr>
            <w:tcW w:type="dxa" w:w="2880"/>
          </w:tcPr>
          <w:p>
            <w:r>
              <w:t>lygus</w:t>
            </w:r>
          </w:p>
        </w:tc>
        <w:tc>
          <w:tcPr>
            <w:tcW w:type="dxa" w:w="2880"/>
          </w:tcPr>
          <w:p>
            <w:r>
              <w:t>5</w:t>
            </w:r>
          </w:p>
        </w:tc>
      </w:tr>
      <w:tr>
        <w:tc>
          <w:tcPr>
            <w:tcW w:type="dxa" w:w="2880"/>
          </w:tcPr>
          <w:p>
            <w:r>
              <w:t>2026-07-13</w:t>
            </w:r>
          </w:p>
        </w:tc>
        <w:tc>
          <w:tcPr>
            <w:tcW w:type="dxa" w:w="2880"/>
          </w:tcPr>
          <w:p>
            <w:r>
              <w:t>mites</w:t>
            </w:r>
          </w:p>
        </w:tc>
        <w:tc>
          <w:tcPr>
            <w:tcW w:type="dxa" w:w="2880"/>
          </w:tcPr>
          <w:p>
            <w:r>
              <w:t>4</w:t>
            </w:r>
          </w:p>
        </w:tc>
      </w:tr>
      <w:tr>
        <w:tc>
          <w:tcPr>
            <w:tcW w:type="dxa" w:w="2880"/>
          </w:tcPr>
          <w:p>
            <w:r>
              <w:t>2026-07-20</w:t>
            </w:r>
          </w:p>
        </w:tc>
        <w:tc>
          <w:tcPr>
            <w:tcW w:type="dxa" w:w="2880"/>
          </w:tcPr>
          <w:p>
            <w:r>
              <w:t>aphid</w:t>
            </w:r>
          </w:p>
        </w:tc>
        <w:tc>
          <w:tcPr>
            <w:tcW w:type="dxa" w:w="2880"/>
          </w:tcPr>
          <w:p>
            <w:r>
              <w:t>3</w:t>
            </w:r>
          </w:p>
        </w:tc>
      </w:tr>
      <w:tr>
        <w:tc>
          <w:tcPr>
            <w:tcW w:type="dxa" w:w="2880"/>
          </w:tcPr>
          <w:p>
            <w:r>
              <w:t>2026-07-20</w:t>
            </w:r>
          </w:p>
        </w:tc>
        <w:tc>
          <w:tcPr>
            <w:tcW w:type="dxa" w:w="2880"/>
          </w:tcPr>
          <w:p>
            <w:r>
              <w:t>navel orangeworm</w:t>
            </w:r>
          </w:p>
        </w:tc>
        <w:tc>
          <w:tcPr>
            <w:tcW w:type="dxa" w:w="2880"/>
          </w:tcPr>
          <w:p>
            <w:r>
              <w:t>5</w:t>
            </w:r>
          </w:p>
        </w:tc>
      </w:tr>
      <w:tr>
        <w:tc>
          <w:tcPr>
            <w:tcW w:type="dxa" w:w="2880"/>
          </w:tcPr>
          <w:p>
            <w:r>
              <w:t>2026-07-20</w:t>
            </w:r>
          </w:p>
        </w:tc>
        <w:tc>
          <w:tcPr>
            <w:tcW w:type="dxa" w:w="2880"/>
          </w:tcPr>
          <w:p>
            <w:r>
              <w:t>lygus</w:t>
            </w:r>
          </w:p>
        </w:tc>
        <w:tc>
          <w:tcPr>
            <w:tcW w:type="dxa" w:w="2880"/>
          </w:tcPr>
          <w:p>
            <w:r>
              <w:t>5</w:t>
            </w:r>
          </w:p>
        </w:tc>
      </w:tr>
      <w:tr>
        <w:tc>
          <w:tcPr>
            <w:tcW w:type="dxa" w:w="2880"/>
          </w:tcPr>
          <w:p>
            <w:r>
              <w:t>2026-07-20</w:t>
            </w:r>
          </w:p>
        </w:tc>
        <w:tc>
          <w:tcPr>
            <w:tcW w:type="dxa" w:w="2880"/>
          </w:tcPr>
          <w:p>
            <w:r>
              <w:t>mites</w:t>
            </w:r>
          </w:p>
        </w:tc>
        <w:tc>
          <w:tcPr>
            <w:tcW w:type="dxa" w:w="2880"/>
          </w:tcPr>
          <w:p>
            <w:r>
              <w:t>1</w:t>
            </w:r>
          </w:p>
        </w:tc>
      </w:tr>
      <w:tr>
        <w:tc>
          <w:tcPr>
            <w:tcW w:type="dxa" w:w="2880"/>
          </w:tcPr>
          <w:p>
            <w:r>
              <w:t>2026-07-27</w:t>
            </w:r>
          </w:p>
        </w:tc>
        <w:tc>
          <w:tcPr>
            <w:tcW w:type="dxa" w:w="2880"/>
          </w:tcPr>
          <w:p>
            <w:r>
              <w:t>aphid</w:t>
            </w:r>
          </w:p>
        </w:tc>
        <w:tc>
          <w:tcPr>
            <w:tcW w:type="dxa" w:w="2880"/>
          </w:tcPr>
          <w:p>
            <w:r>
              <w:t>5</w:t>
            </w:r>
          </w:p>
        </w:tc>
      </w:tr>
      <w:tr>
        <w:tc>
          <w:tcPr>
            <w:tcW w:type="dxa" w:w="2880"/>
          </w:tcPr>
          <w:p>
            <w:r>
              <w:t>2026-07-27</w:t>
            </w:r>
          </w:p>
        </w:tc>
        <w:tc>
          <w:tcPr>
            <w:tcW w:type="dxa" w:w="2880"/>
          </w:tcPr>
          <w:p>
            <w:r>
              <w:t>navel orangeworm</w:t>
            </w:r>
          </w:p>
        </w:tc>
        <w:tc>
          <w:tcPr>
            <w:tcW w:type="dxa" w:w="2880"/>
          </w:tcPr>
          <w:p>
            <w:r>
              <w:t>2</w:t>
            </w:r>
          </w:p>
        </w:tc>
      </w:tr>
      <w:tr>
        <w:tc>
          <w:tcPr>
            <w:tcW w:type="dxa" w:w="2880"/>
          </w:tcPr>
          <w:p>
            <w:r>
              <w:t>2026-07-27</w:t>
            </w:r>
          </w:p>
        </w:tc>
        <w:tc>
          <w:tcPr>
            <w:tcW w:type="dxa" w:w="2880"/>
          </w:tcPr>
          <w:p>
            <w:r>
              <w:t>lygus</w:t>
            </w:r>
          </w:p>
        </w:tc>
        <w:tc>
          <w:tcPr>
            <w:tcW w:type="dxa" w:w="2880"/>
          </w:tcPr>
          <w:p>
            <w:r>
              <w:t>6</w:t>
            </w:r>
          </w:p>
        </w:tc>
      </w:tr>
      <w:tr>
        <w:tc>
          <w:tcPr>
            <w:tcW w:type="dxa" w:w="2880"/>
          </w:tcPr>
          <w:p>
            <w:r>
              <w:t>2026-07-27</w:t>
            </w:r>
          </w:p>
        </w:tc>
        <w:tc>
          <w:tcPr>
            <w:tcW w:type="dxa" w:w="2880"/>
          </w:tcPr>
          <w:p>
            <w:r>
              <w:t>mites</w:t>
            </w:r>
          </w:p>
        </w:tc>
        <w:tc>
          <w:tcPr>
            <w:tcW w:type="dxa" w:w="2880"/>
          </w:tcPr>
          <w:p>
            <w:r>
              <w:t>7</w:t>
            </w:r>
          </w:p>
        </w:tc>
      </w:tr>
      <w:tr>
        <w:tc>
          <w:tcPr>
            <w:tcW w:type="dxa" w:w="2880"/>
          </w:tcPr>
          <w:p>
            <w:r>
              <w:t>2026-08-03</w:t>
            </w:r>
          </w:p>
        </w:tc>
        <w:tc>
          <w:tcPr>
            <w:tcW w:type="dxa" w:w="2880"/>
          </w:tcPr>
          <w:p>
            <w:r>
              <w:t>aphid</w:t>
            </w:r>
          </w:p>
        </w:tc>
        <w:tc>
          <w:tcPr>
            <w:tcW w:type="dxa" w:w="2880"/>
          </w:tcPr>
          <w:p>
            <w:r>
              <w:t>5</w:t>
            </w:r>
          </w:p>
        </w:tc>
      </w:tr>
      <w:tr>
        <w:tc>
          <w:tcPr>
            <w:tcW w:type="dxa" w:w="2880"/>
          </w:tcPr>
          <w:p>
            <w:r>
              <w:t>2026-08-03</w:t>
            </w:r>
          </w:p>
        </w:tc>
        <w:tc>
          <w:tcPr>
            <w:tcW w:type="dxa" w:w="2880"/>
          </w:tcPr>
          <w:p>
            <w:r>
              <w:t>navel orangeworm</w:t>
            </w:r>
          </w:p>
        </w:tc>
        <w:tc>
          <w:tcPr>
            <w:tcW w:type="dxa" w:w="2880"/>
          </w:tcPr>
          <w:p>
            <w:r>
              <w:t>5</w:t>
            </w:r>
          </w:p>
        </w:tc>
      </w:tr>
      <w:tr>
        <w:tc>
          <w:tcPr>
            <w:tcW w:type="dxa" w:w="2880"/>
          </w:tcPr>
          <w:p>
            <w:r>
              <w:t>2026-08-03</w:t>
            </w:r>
          </w:p>
        </w:tc>
        <w:tc>
          <w:tcPr>
            <w:tcW w:type="dxa" w:w="2880"/>
          </w:tcPr>
          <w:p>
            <w:r>
              <w:t>lygus</w:t>
            </w:r>
          </w:p>
        </w:tc>
        <w:tc>
          <w:tcPr>
            <w:tcW w:type="dxa" w:w="2880"/>
          </w:tcPr>
          <w:p>
            <w:r>
              <w:t>5</w:t>
            </w:r>
          </w:p>
        </w:tc>
      </w:tr>
      <w:tr>
        <w:tc>
          <w:tcPr>
            <w:tcW w:type="dxa" w:w="2880"/>
          </w:tcPr>
          <w:p>
            <w:r>
              <w:t>2026-08-03</w:t>
            </w:r>
          </w:p>
        </w:tc>
        <w:tc>
          <w:tcPr>
            <w:tcW w:type="dxa" w:w="2880"/>
          </w:tcPr>
          <w:p>
            <w:r>
              <w:t>mites</w:t>
            </w:r>
          </w:p>
        </w:tc>
        <w:tc>
          <w:tcPr>
            <w:tcW w:type="dxa" w:w="2880"/>
          </w:tcPr>
          <w:p>
            <w:r>
              <w:t>3</w:t>
            </w:r>
          </w:p>
        </w:tc>
      </w:tr>
      <w:tr>
        <w:tc>
          <w:tcPr>
            <w:tcW w:type="dxa" w:w="2880"/>
          </w:tcPr>
          <w:p>
            <w:r>
              <w:t>2026-08-10</w:t>
            </w:r>
          </w:p>
        </w:tc>
        <w:tc>
          <w:tcPr>
            <w:tcW w:type="dxa" w:w="2880"/>
          </w:tcPr>
          <w:p>
            <w:r>
              <w:t>aphid</w:t>
            </w:r>
          </w:p>
        </w:tc>
        <w:tc>
          <w:tcPr>
            <w:tcW w:type="dxa" w:w="2880"/>
          </w:tcPr>
          <w:p>
            <w:r>
              <w:t>1</w:t>
            </w:r>
          </w:p>
        </w:tc>
      </w:tr>
      <w:tr>
        <w:tc>
          <w:tcPr>
            <w:tcW w:type="dxa" w:w="2880"/>
          </w:tcPr>
          <w:p>
            <w:r>
              <w:t>2026-08-10</w:t>
            </w:r>
          </w:p>
        </w:tc>
        <w:tc>
          <w:tcPr>
            <w:tcW w:type="dxa" w:w="2880"/>
          </w:tcPr>
          <w:p>
            <w:r>
              <w:t>navel orangeworm</w:t>
            </w:r>
          </w:p>
        </w:tc>
        <w:tc>
          <w:tcPr>
            <w:tcW w:type="dxa" w:w="2880"/>
          </w:tcPr>
          <w:p>
            <w:r>
              <w:t>8</w:t>
            </w:r>
          </w:p>
        </w:tc>
      </w:tr>
      <w:tr>
        <w:tc>
          <w:tcPr>
            <w:tcW w:type="dxa" w:w="2880"/>
          </w:tcPr>
          <w:p>
            <w:r>
              <w:t>2026-08-10</w:t>
            </w:r>
          </w:p>
        </w:tc>
        <w:tc>
          <w:tcPr>
            <w:tcW w:type="dxa" w:w="2880"/>
          </w:tcPr>
          <w:p>
            <w:r>
              <w:t>lygus</w:t>
            </w:r>
          </w:p>
        </w:tc>
        <w:tc>
          <w:tcPr>
            <w:tcW w:type="dxa" w:w="2880"/>
          </w:tcPr>
          <w:p>
            <w:r>
              <w:t>5</w:t>
            </w:r>
          </w:p>
        </w:tc>
      </w:tr>
      <w:tr>
        <w:tc>
          <w:tcPr>
            <w:tcW w:type="dxa" w:w="2880"/>
          </w:tcPr>
          <w:p>
            <w:r>
              <w:t>2026-08-10</w:t>
            </w:r>
          </w:p>
        </w:tc>
        <w:tc>
          <w:tcPr>
            <w:tcW w:type="dxa" w:w="2880"/>
          </w:tcPr>
          <w:p>
            <w:r>
              <w:t>mites</w:t>
            </w:r>
          </w:p>
        </w:tc>
        <w:tc>
          <w:tcPr>
            <w:tcW w:type="dxa" w:w="2880"/>
          </w:tcPr>
          <w:p>
            <w:r>
              <w:t>1</w:t>
            </w:r>
          </w:p>
        </w:tc>
      </w:tr>
      <w:tr>
        <w:tc>
          <w:tcPr>
            <w:tcW w:type="dxa" w:w="2880"/>
          </w:tcPr>
          <w:p>
            <w:r>
              <w:t>2026-08-17</w:t>
            </w:r>
          </w:p>
        </w:tc>
        <w:tc>
          <w:tcPr>
            <w:tcW w:type="dxa" w:w="2880"/>
          </w:tcPr>
          <w:p>
            <w:r>
              <w:t>aphid</w:t>
            </w:r>
          </w:p>
        </w:tc>
        <w:tc>
          <w:tcPr>
            <w:tcW w:type="dxa" w:w="2880"/>
          </w:tcPr>
          <w:p>
            <w:r>
              <w:t>6</w:t>
            </w:r>
          </w:p>
        </w:tc>
      </w:tr>
      <w:tr>
        <w:tc>
          <w:tcPr>
            <w:tcW w:type="dxa" w:w="2880"/>
          </w:tcPr>
          <w:p>
            <w:r>
              <w:t>2026-08-17</w:t>
            </w:r>
          </w:p>
        </w:tc>
        <w:tc>
          <w:tcPr>
            <w:tcW w:type="dxa" w:w="2880"/>
          </w:tcPr>
          <w:p>
            <w:r>
              <w:t>navel orangeworm</w:t>
            </w:r>
          </w:p>
        </w:tc>
        <w:tc>
          <w:tcPr>
            <w:tcW w:type="dxa" w:w="2880"/>
          </w:tcPr>
          <w:p>
            <w:r>
              <w:t>6</w:t>
            </w:r>
          </w:p>
        </w:tc>
      </w:tr>
      <w:tr>
        <w:tc>
          <w:tcPr>
            <w:tcW w:type="dxa" w:w="2880"/>
          </w:tcPr>
          <w:p>
            <w:r>
              <w:t>2026-08-17</w:t>
            </w:r>
          </w:p>
        </w:tc>
        <w:tc>
          <w:tcPr>
            <w:tcW w:type="dxa" w:w="2880"/>
          </w:tcPr>
          <w:p>
            <w:r>
              <w:t>lygus</w:t>
            </w:r>
          </w:p>
        </w:tc>
        <w:tc>
          <w:tcPr>
            <w:tcW w:type="dxa" w:w="2880"/>
          </w:tcPr>
          <w:p>
            <w:r>
              <w:t>4</w:t>
            </w:r>
          </w:p>
        </w:tc>
      </w:tr>
      <w:tr>
        <w:tc>
          <w:tcPr>
            <w:tcW w:type="dxa" w:w="2880"/>
          </w:tcPr>
          <w:p>
            <w:r>
              <w:t>2026-08-17</w:t>
            </w:r>
          </w:p>
        </w:tc>
        <w:tc>
          <w:tcPr>
            <w:tcW w:type="dxa" w:w="2880"/>
          </w:tcPr>
          <w:p>
            <w:r>
              <w:t>mites</w:t>
            </w:r>
          </w:p>
        </w:tc>
        <w:tc>
          <w:tcPr>
            <w:tcW w:type="dxa" w:w="2880"/>
          </w:tcPr>
          <w:p>
            <w:r>
              <w:t>1</w:t>
            </w:r>
          </w:p>
        </w:tc>
      </w:tr>
      <w:tr>
        <w:tc>
          <w:tcPr>
            <w:tcW w:type="dxa" w:w="2880"/>
          </w:tcPr>
          <w:p>
            <w:r>
              <w:t>2026-08-24</w:t>
            </w:r>
          </w:p>
        </w:tc>
        <w:tc>
          <w:tcPr>
            <w:tcW w:type="dxa" w:w="2880"/>
          </w:tcPr>
          <w:p>
            <w:r>
              <w:t>aphid</w:t>
            </w:r>
          </w:p>
        </w:tc>
        <w:tc>
          <w:tcPr>
            <w:tcW w:type="dxa" w:w="2880"/>
          </w:tcPr>
          <w:p>
            <w:r>
              <w:t>8</w:t>
            </w:r>
          </w:p>
        </w:tc>
      </w:tr>
      <w:tr>
        <w:tc>
          <w:tcPr>
            <w:tcW w:type="dxa" w:w="2880"/>
          </w:tcPr>
          <w:p>
            <w:r>
              <w:t>2026-08-24</w:t>
            </w:r>
          </w:p>
        </w:tc>
        <w:tc>
          <w:tcPr>
            <w:tcW w:type="dxa" w:w="2880"/>
          </w:tcPr>
          <w:p>
            <w:r>
              <w:t>navel orangeworm</w:t>
            </w:r>
          </w:p>
        </w:tc>
        <w:tc>
          <w:tcPr>
            <w:tcW w:type="dxa" w:w="2880"/>
          </w:tcPr>
          <w:p>
            <w:r>
              <w:t>4</w:t>
            </w:r>
          </w:p>
        </w:tc>
      </w:tr>
      <w:tr>
        <w:tc>
          <w:tcPr>
            <w:tcW w:type="dxa" w:w="2880"/>
          </w:tcPr>
          <w:p>
            <w:r>
              <w:t>2026-08-24</w:t>
            </w:r>
          </w:p>
        </w:tc>
        <w:tc>
          <w:tcPr>
            <w:tcW w:type="dxa" w:w="2880"/>
          </w:tcPr>
          <w:p>
            <w:r>
              <w:t>lygus</w:t>
            </w:r>
          </w:p>
        </w:tc>
        <w:tc>
          <w:tcPr>
            <w:tcW w:type="dxa" w:w="2880"/>
          </w:tcPr>
          <w:p>
            <w:r>
              <w:t>1</w:t>
            </w:r>
          </w:p>
        </w:tc>
      </w:tr>
      <w:tr>
        <w:tc>
          <w:tcPr>
            <w:tcW w:type="dxa" w:w="2880"/>
          </w:tcPr>
          <w:p>
            <w:r>
              <w:t>2026-08-24</w:t>
            </w:r>
          </w:p>
        </w:tc>
        <w:tc>
          <w:tcPr>
            <w:tcW w:type="dxa" w:w="2880"/>
          </w:tcPr>
          <w:p>
            <w:r>
              <w:t>mites</w:t>
            </w:r>
          </w:p>
        </w:tc>
        <w:tc>
          <w:tcPr>
            <w:tcW w:type="dxa" w:w="2880"/>
          </w:tcPr>
          <w:p>
            <w:r>
              <w:t>3</w:t>
            </w:r>
          </w:p>
        </w:tc>
      </w:tr>
      <w:tr>
        <w:tc>
          <w:tcPr>
            <w:tcW w:type="dxa" w:w="2880"/>
          </w:tcPr>
          <w:p>
            <w:r>
              <w:t>2026-08-31</w:t>
            </w:r>
          </w:p>
        </w:tc>
        <w:tc>
          <w:tcPr>
            <w:tcW w:type="dxa" w:w="2880"/>
          </w:tcPr>
          <w:p>
            <w:r>
              <w:t>aphid</w:t>
            </w:r>
          </w:p>
        </w:tc>
        <w:tc>
          <w:tcPr>
            <w:tcW w:type="dxa" w:w="2880"/>
          </w:tcPr>
          <w:p>
            <w:r>
              <w:t>5</w:t>
            </w:r>
          </w:p>
        </w:tc>
      </w:tr>
      <w:tr>
        <w:tc>
          <w:tcPr>
            <w:tcW w:type="dxa" w:w="2880"/>
          </w:tcPr>
          <w:p>
            <w:r>
              <w:t>2026-08-31</w:t>
            </w:r>
          </w:p>
        </w:tc>
        <w:tc>
          <w:tcPr>
            <w:tcW w:type="dxa" w:w="2880"/>
          </w:tcPr>
          <w:p>
            <w:r>
              <w:t>navel orangeworm</w:t>
            </w:r>
          </w:p>
        </w:tc>
        <w:tc>
          <w:tcPr>
            <w:tcW w:type="dxa" w:w="2880"/>
          </w:tcPr>
          <w:p>
            <w:r>
              <w:t>5</w:t>
            </w:r>
          </w:p>
        </w:tc>
      </w:tr>
      <w:tr>
        <w:tc>
          <w:tcPr>
            <w:tcW w:type="dxa" w:w="2880"/>
          </w:tcPr>
          <w:p>
            <w:r>
              <w:t>2026-08-31</w:t>
            </w:r>
          </w:p>
        </w:tc>
        <w:tc>
          <w:tcPr>
            <w:tcW w:type="dxa" w:w="2880"/>
          </w:tcPr>
          <w:p>
            <w:r>
              <w:t>lygus</w:t>
            </w:r>
          </w:p>
        </w:tc>
        <w:tc>
          <w:tcPr>
            <w:tcW w:type="dxa" w:w="2880"/>
          </w:tcPr>
          <w:p>
            <w:r>
              <w:t>5</w:t>
            </w:r>
          </w:p>
        </w:tc>
      </w:tr>
      <w:tr>
        <w:tc>
          <w:tcPr>
            <w:tcW w:type="dxa" w:w="2880"/>
          </w:tcPr>
          <w:p>
            <w:r>
              <w:t>2026-08-31</w:t>
            </w:r>
          </w:p>
        </w:tc>
        <w:tc>
          <w:tcPr>
            <w:tcW w:type="dxa" w:w="2880"/>
          </w:tcPr>
          <w:p>
            <w:r>
              <w:t>mites</w:t>
            </w:r>
          </w:p>
        </w:tc>
        <w:tc>
          <w:tcPr>
            <w:tcW w:type="dxa" w:w="2880"/>
          </w:tcPr>
          <w:p>
            <w:r>
              <w:t>2</w:t>
            </w:r>
          </w:p>
        </w:tc>
      </w:tr>
      <w:tr>
        <w:tc>
          <w:tcPr>
            <w:tcW w:type="dxa" w:w="2880"/>
          </w:tcPr>
          <w:p>
            <w:r>
              <w:t>2026-09-07</w:t>
            </w:r>
          </w:p>
        </w:tc>
        <w:tc>
          <w:tcPr>
            <w:tcW w:type="dxa" w:w="2880"/>
          </w:tcPr>
          <w:p>
            <w:r>
              <w:t>aphid</w:t>
            </w:r>
          </w:p>
        </w:tc>
        <w:tc>
          <w:tcPr>
            <w:tcW w:type="dxa" w:w="2880"/>
          </w:tcPr>
          <w:p>
            <w:r>
              <w:t>4</w:t>
            </w:r>
          </w:p>
        </w:tc>
      </w:tr>
      <w:tr>
        <w:tc>
          <w:tcPr>
            <w:tcW w:type="dxa" w:w="2880"/>
          </w:tcPr>
          <w:p>
            <w:r>
              <w:t>2026-09-07</w:t>
            </w:r>
          </w:p>
        </w:tc>
        <w:tc>
          <w:tcPr>
            <w:tcW w:type="dxa" w:w="2880"/>
          </w:tcPr>
          <w:p>
            <w:r>
              <w:t>navel orangeworm</w:t>
            </w:r>
          </w:p>
        </w:tc>
        <w:tc>
          <w:tcPr>
            <w:tcW w:type="dxa" w:w="2880"/>
          </w:tcPr>
          <w:p>
            <w:r>
              <w:t>3</w:t>
            </w:r>
          </w:p>
        </w:tc>
      </w:tr>
      <w:tr>
        <w:tc>
          <w:tcPr>
            <w:tcW w:type="dxa" w:w="2880"/>
          </w:tcPr>
          <w:p>
            <w:r>
              <w:t>2026-09-07</w:t>
            </w:r>
          </w:p>
        </w:tc>
        <w:tc>
          <w:tcPr>
            <w:tcW w:type="dxa" w:w="2880"/>
          </w:tcPr>
          <w:p>
            <w:r>
              <w:t>lygus</w:t>
            </w:r>
          </w:p>
        </w:tc>
        <w:tc>
          <w:tcPr>
            <w:tcW w:type="dxa" w:w="2880"/>
          </w:tcPr>
          <w:p>
            <w:r>
              <w:t>2</w:t>
            </w:r>
          </w:p>
        </w:tc>
      </w:tr>
      <w:tr>
        <w:tc>
          <w:tcPr>
            <w:tcW w:type="dxa" w:w="2880"/>
          </w:tcPr>
          <w:p>
            <w:r>
              <w:t>2026-09-07</w:t>
            </w:r>
          </w:p>
        </w:tc>
        <w:tc>
          <w:tcPr>
            <w:tcW w:type="dxa" w:w="2880"/>
          </w:tcPr>
          <w:p>
            <w:r>
              <w:t>mites</w:t>
            </w:r>
          </w:p>
        </w:tc>
        <w:tc>
          <w:tcPr>
            <w:tcW w:type="dxa" w:w="2880"/>
          </w:tcPr>
          <w:p>
            <w:r>
              <w:t>0</w:t>
            </w:r>
          </w:p>
        </w:tc>
      </w:tr>
      <w:tr>
        <w:tc>
          <w:tcPr>
            <w:tcW w:type="dxa" w:w="2880"/>
          </w:tcPr>
          <w:p>
            <w:r>
              <w:t>2026-09-14</w:t>
            </w:r>
          </w:p>
        </w:tc>
        <w:tc>
          <w:tcPr>
            <w:tcW w:type="dxa" w:w="2880"/>
          </w:tcPr>
          <w:p>
            <w:r>
              <w:t>aphid</w:t>
            </w:r>
          </w:p>
        </w:tc>
        <w:tc>
          <w:tcPr>
            <w:tcW w:type="dxa" w:w="2880"/>
          </w:tcPr>
          <w:p>
            <w:r>
              <w:t>1</w:t>
            </w:r>
          </w:p>
        </w:tc>
      </w:tr>
      <w:tr>
        <w:tc>
          <w:tcPr>
            <w:tcW w:type="dxa" w:w="2880"/>
          </w:tcPr>
          <w:p>
            <w:r>
              <w:t>2026-09-14</w:t>
            </w:r>
          </w:p>
        </w:tc>
        <w:tc>
          <w:tcPr>
            <w:tcW w:type="dxa" w:w="2880"/>
          </w:tcPr>
          <w:p>
            <w:r>
              <w:t>navel orangeworm</w:t>
            </w:r>
          </w:p>
        </w:tc>
        <w:tc>
          <w:tcPr>
            <w:tcW w:type="dxa" w:w="2880"/>
          </w:tcPr>
          <w:p>
            <w:r>
              <w:t>1</w:t>
            </w:r>
          </w:p>
        </w:tc>
      </w:tr>
      <w:tr>
        <w:tc>
          <w:tcPr>
            <w:tcW w:type="dxa" w:w="2880"/>
          </w:tcPr>
          <w:p>
            <w:r>
              <w:t>2026-09-14</w:t>
            </w:r>
          </w:p>
        </w:tc>
        <w:tc>
          <w:tcPr>
            <w:tcW w:type="dxa" w:w="2880"/>
          </w:tcPr>
          <w:p>
            <w:r>
              <w:t>lygus</w:t>
            </w:r>
          </w:p>
        </w:tc>
        <w:tc>
          <w:tcPr>
            <w:tcW w:type="dxa" w:w="2880"/>
          </w:tcPr>
          <w:p>
            <w:r>
              <w:t>1</w:t>
            </w:r>
          </w:p>
        </w:tc>
      </w:tr>
      <w:tr>
        <w:tc>
          <w:tcPr>
            <w:tcW w:type="dxa" w:w="2880"/>
          </w:tcPr>
          <w:p>
            <w:r>
              <w:t>2026-09-14</w:t>
            </w:r>
          </w:p>
        </w:tc>
        <w:tc>
          <w:tcPr>
            <w:tcW w:type="dxa" w:w="2880"/>
          </w:tcPr>
          <w:p>
            <w:r>
              <w:t>mites</w:t>
            </w:r>
          </w:p>
        </w:tc>
        <w:tc>
          <w:tcPr>
            <w:tcW w:type="dxa" w:w="2880"/>
          </w:tcPr>
          <w:p>
            <w:r>
              <w:t>2</w:t>
            </w:r>
          </w:p>
        </w:tc>
      </w:tr>
    </w:tbl>
    <w:p/>
    <w:sectPr w:rsidR="00FC693F" w:rsidRPr="0006063C" w:rsidSect="00034616">
      <w:footerReference w:type="default" r:id="rId5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GeoBit Large Spatial Model | Sample: Agriculture, Fresno County | report version 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Agriculture, Fresno County: report</dc:title>
  <dc:subject>Describe the project Sample: Agriculture, Fresno County: run the analyses that tell the most about its data, draw every result, and write a cited report.</dc:subject>
  <dc:creator>GeoBit Large Spatial Model</dc:creator>
  <cp:keywords/>
  <dc:description>generated by python-docx</dc:description>
  <cp:lastModifiedBy/>
  <cp:revision>1</cp:revision>
  <dcterms:created xsi:type="dcterms:W3CDTF">2013-12-23T23:15:00Z</dcterms:created>
  <dcterms:modified xsi:type="dcterms:W3CDTF">2013-12-23T23:15:00Z</dcterms:modified>
  <cp:category/>
</cp:coreProperties>
</file>