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07F1F"/>
          <w:sz w:val="16"/>
        </w:rPr>
        <w:t>GEOBIT LARGE SPATIAL MODEL</w:t>
      </w:r>
    </w:p>
    <w:p>
      <w:pPr>
        <w:pStyle w:val="Title"/>
      </w:pPr>
      <w:r>
        <w:t>Sample: Banking, Mumbai: report</w:t>
      </w:r>
    </w:p>
    <w:p>
      <w:r>
        <w:rPr>
          <w:color w:val="525252"/>
          <w:sz w:val="18"/>
        </w:rPr>
        <w:t>Project: Sample: Banking, Mumbai</w:t>
      </w:r>
      <w:r>
        <w:rPr>
          <w:color w:val="525252"/>
          <w:sz w:val="18"/>
        </w:rPr>
        <w:br/>
        <w:t>Goal: Describe the project Sample: Banking, Mumbai: run the analyses that tell the most about its data, draw every result, and write a cited report.</w:t>
      </w:r>
      <w:r>
        <w:rPr>
          <w:color w:val="525252"/>
          <w:sz w:val="18"/>
        </w:rPr>
        <w:br/>
        <w:t>Run: cd8e89bb-fb40-4fa7-a600-6d9a7cc0c9e5 (running, 11 agent run(s))</w:t>
      </w:r>
      <w:r>
        <w:rPr>
          <w:color w:val="525252"/>
          <w:sz w:val="18"/>
        </w:rPr>
        <w:br/>
        <w:t>Generated: 2026-10-18T06:25:52Z, version 1</w:t>
      </w:r>
      <w:r>
        <w:rPr>
          <w:color w:val="525252"/>
          <w:sz w:val="18"/>
        </w:rPr>
        <w:br/>
        <w:t>Model cost: USD 0.0000 over 0 model call(s)</w:t>
      </w:r>
    </w:p>
    <w:p>
      <w:pPr>
        <w:pStyle w:val="Heading1"/>
      </w:pPr>
      <w:r>
        <w:t>Data used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Data</w:t>
            </w:r>
          </w:p>
        </w:tc>
        <w:tc>
          <w:tcPr>
            <w:tcW w:type="dxa" w:w="1440"/>
          </w:tcPr>
          <w:p>
            <w:r>
              <w:t>Kind</w:t>
            </w:r>
          </w:p>
        </w:tc>
        <w:tc>
          <w:tcPr>
            <w:tcW w:type="dxa" w:w="1440"/>
          </w:tcPr>
          <w:p>
            <w:r>
              <w:t>Rows</w:t>
            </w:r>
          </w:p>
        </w:tc>
        <w:tc>
          <w:tcPr>
            <w:tcW w:type="dxa" w:w="1440"/>
          </w:tcPr>
          <w:p>
            <w:r>
              <w:t>Time span</w:t>
            </w:r>
          </w:p>
        </w:tc>
        <w:tc>
          <w:tcPr>
            <w:tcW w:type="dxa" w:w="1440"/>
          </w:tcPr>
          <w:p>
            <w:r>
              <w:t>Summary</w:t>
            </w:r>
          </w:p>
        </w:tc>
        <w:tc>
          <w:tcPr>
            <w:tcW w:type="dxa" w:w="1440"/>
          </w:tcPr>
          <w:p>
            <w:r>
              <w:t>Source</w:t>
            </w:r>
          </w:p>
        </w:tc>
      </w:tr>
      <w:tr>
        <w:tc>
          <w:tcPr>
            <w:tcW w:type="dxa" w:w="1440"/>
          </w:tcPr>
          <w:p>
            <w:r>
              <w:t>Branches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30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 point features; 'type' has 3 values (top: full service 16, digital 8, business 6); 'staff' 6 to 38 (mean 20.37); 'deposits_inr_cr' 171 to 1,143 (mean 517.5); named by 'name' (e.g. Canal Side branch, Station Quarter branch, Market Hill branch); extent 72.8294,19.0285 to 72.9005,19.0885. Point locations of Branches by type.</w:t>
            </w:r>
          </w:p>
        </w:tc>
        <w:tc>
          <w:tcPr>
            <w:tcW w:type="dxa" w:w="1440"/>
          </w:tcPr>
          <w:p>
            <w:r>
              <w:t>[90]</w:t>
            </w:r>
          </w:p>
        </w:tc>
      </w:tr>
      <w:tr>
        <w:tc>
          <w:tcPr>
            <w:tcW w:type="dxa" w:w="1440"/>
          </w:tcPr>
          <w:p>
            <w:r>
              <w:t>ATMs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140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140 point features; 'location_type' has 4 values (top: station 37, branch 36, mall 34); 'uptime_pct' 88.1 to 99.8 (mean 93.51); extent 72.8284,19.0257 to 72.9010,19.0951. Point locations of ATMs by location_type.</w:t>
            </w:r>
          </w:p>
        </w:tc>
        <w:tc>
          <w:tcPr>
            <w:tcW w:type="dxa" w:w="1440"/>
          </w:tcPr>
          <w:p>
            <w:r>
              <w:t>[91]</w:t>
            </w:r>
          </w:p>
        </w:tc>
      </w:tr>
      <w:tr>
        <w:tc>
          <w:tcPr>
            <w:tcW w:type="dxa" w:w="1440"/>
          </w:tcPr>
          <w:p>
            <w:r>
              <w:t>Service areas</w:t>
            </w:r>
          </w:p>
        </w:tc>
        <w:tc>
          <w:tcPr>
            <w:tcW w:type="dxa" w:w="1440"/>
          </w:tcPr>
          <w:p>
            <w:r>
              <w:t>vector, Polygon</w:t>
            </w:r>
          </w:p>
        </w:tc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 polygon (area) features; 'population' 16,226 to 160,336 (mean 8.265e+04); 'median_income_inr' 23,680 to 83,761 (mean 5.115e+04); named by 'name' (e.g. Kingsmead, Larchfield, Maple Cross); total area 60.53 km2; extent 72.8270,19.0236 to 72.9032,19.0966. Areas (Service areas) with population to compare and map.</w:t>
            </w:r>
          </w:p>
        </w:tc>
        <w:tc>
          <w:tcPr>
            <w:tcW w:type="dxa" w:w="1440"/>
          </w:tcPr>
          <w:p>
            <w:r>
              <w:t>[92]</w:t>
            </w:r>
          </w:p>
        </w:tc>
      </w:tr>
      <w:tr>
        <w:tc>
          <w:tcPr>
            <w:tcW w:type="dxa" w:w="1440"/>
          </w:tcPr>
          <w:p>
            <w:r>
              <w:t>New customer accounts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1,971</w:t>
            </w:r>
          </w:p>
        </w:tc>
        <w:tc>
          <w:tcPr>
            <w:tcW w:type="dxa" w:w="1440"/>
          </w:tcPr>
          <w:p>
            <w:r>
              <w:t>2025-04-01 to 2026-09-30</w:t>
            </w:r>
          </w:p>
        </w:tc>
        <w:tc>
          <w:tcPr>
            <w:tcW w:type="dxa" w:w="1440"/>
          </w:tcPr>
          <w:p>
            <w:r>
              <w:t>1,971 point features; dated by 'opened_on' from 2025-04-01 to 2026-09-30; 'product' has 4 values (top: current 529, loan 521, salary 463); 'channel' has 3 values (top: app 951, branch 818, agent 202); named by 'account_ref' (e.g. AC000001, AC000002, AC000003); extent 72.8271,19.0243 to 72.9024,19.0957. Dated point events by product: where and when New customer accounts happen.</w:t>
            </w:r>
          </w:p>
        </w:tc>
        <w:tc>
          <w:tcPr>
            <w:tcW w:type="dxa" w:w="1440"/>
          </w:tcPr>
          <w:p>
            <w:r>
              <w:t>[2]</w:t>
            </w:r>
          </w:p>
        </w:tc>
      </w:tr>
      <w:tr>
        <w:tc>
          <w:tcPr>
            <w:tcW w:type="dxa" w:w="1440"/>
          </w:tcPr>
          <w:p>
            <w:r>
              <w:t>ATM faults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650</w:t>
            </w:r>
          </w:p>
        </w:tc>
        <w:tc>
          <w:tcPr>
            <w:tcW w:type="dxa" w:w="1440"/>
          </w:tcPr>
          <w:p>
            <w:r>
              <w:t>2026-04-01 to 2026-09-30</w:t>
            </w:r>
          </w:p>
        </w:tc>
        <w:tc>
          <w:tcPr>
            <w:tcW w:type="dxa" w:w="1440"/>
          </w:tcPr>
          <w:p>
            <w:r>
              <w:t>650 point features; dated by 'reported_at' from 2026-04-01 to 2026-09-30; 'fault' has 4 values (top: cash out 173, network 172, card reader 160); 'downtime_h' 0.3 to 28.9 (mean 4.26); extent 72.8284,19.0257 to 72.9010,19.0951. Dated point events by fault: where and when ATM faults happen.</w:t>
            </w:r>
          </w:p>
        </w:tc>
        <w:tc>
          <w:tcPr>
            <w:tcW w:type="dxa" w:w="1440"/>
          </w:tcPr>
          <w:p>
            <w:r>
              <w:t>[3]</w:t>
            </w:r>
          </w:p>
        </w:tc>
      </w:tr>
      <w:tr>
        <w:tc>
          <w:tcPr>
            <w:tcW w:type="dxa" w:w="1440"/>
          </w:tcPr>
          <w:p>
            <w:r>
              <w:t>Business clients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259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259 point features; 'sector' has 5 values (top: retail 62, food 53, logistics 52); 'turnover_inr_cr' 1 to 167.7 (mean 17.91); extent 72.8272,19.0249 to 72.9018,19.0952. Point locations of Business clients by sector.</w:t>
            </w:r>
          </w:p>
        </w:tc>
        <w:tc>
          <w:tcPr>
            <w:tcW w:type="dxa" w:w="1440"/>
          </w:tcPr>
          <w:p>
            <w:r>
              <w:t>[93]</w:t>
            </w:r>
          </w:p>
        </w:tc>
      </w:tr>
      <w:tr>
        <w:tc>
          <w:tcPr>
            <w:tcW w:type="dxa" w:w="1440"/>
          </w:tcPr>
          <w:p>
            <w:r>
              <w:t>Competitor branches</w:t>
            </w:r>
          </w:p>
        </w:tc>
        <w:tc>
          <w:tcPr>
            <w:tcW w:type="dxa" w:w="1440"/>
          </w:tcPr>
          <w:p>
            <w:r>
              <w:t>vector, Point</w:t>
            </w:r>
          </w:p>
        </w:tc>
        <w:tc>
          <w:tcPr>
            <w:tcW w:type="dxa" w:w="1440"/>
          </w:tcPr>
          <w:p>
            <w:r>
              <w:t>80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80 point features; 'bank' has 4 values (top: Bank P 26, Bank Q 25, Bank R 15); extent 72.8187,19.0271 to 72.9006,19.0949. Point locations of Competitor branches by bank.</w:t>
            </w:r>
          </w:p>
        </w:tc>
        <w:tc>
          <w:tcPr>
            <w:tcW w:type="dxa" w:w="1440"/>
          </w:tcPr>
          <w:p>
            <w:r>
              <w:t>[94]</w:t>
            </w:r>
          </w:p>
        </w:tc>
      </w:tr>
      <w:tr>
        <w:tc>
          <w:tcPr>
            <w:tcW w:type="dxa" w:w="1440"/>
          </w:tcPr>
          <w:p>
            <w:r>
              <w:t>Transactions by area and month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432</w:t>
            </w:r>
          </w:p>
        </w:tc>
        <w:tc>
          <w:tcPr>
            <w:tcW w:type="dxa" w:w="1440"/>
          </w:tcPr>
          <w:p>
            <w:r>
              <w:t>2025-04-01 to 2026-09-01</w:t>
            </w:r>
          </w:p>
        </w:tc>
        <w:tc>
          <w:tcPr>
            <w:tcW w:type="dxa" w:w="1440"/>
          </w:tcPr>
          <w:p>
            <w:r>
              <w:t>Table of 432 rows and 6 columns without geometry; dated by 'month' from 2025-04-01 to 2026-09-01; 'card_txn' 6,490 to 124,927 (mean 3.929e+04); 'upi_txn' 29,206 to 753,312 (mean 2.088e+05); 'cash_withdrawals_lakh' 10.9 to 128.3 (mean 60.79). A table of Transactions by area and month without locations.</w:t>
            </w:r>
          </w:p>
        </w:tc>
        <w:tc>
          <w:tcPr>
            <w:tcW w:type="dxa" w:w="1440"/>
          </w:tcPr>
          <w:p>
            <w:r>
              <w:t>[4]</w:t>
            </w:r>
          </w:p>
        </w:tc>
      </w:tr>
      <w:tr>
        <w:tc>
          <w:tcPr>
            <w:tcW w:type="dxa" w:w="1440"/>
          </w:tcPr>
          <w:p>
            <w:r>
              <w:t>Branch targets</w:t>
            </w:r>
          </w:p>
        </w:tc>
        <w:tc>
          <w:tcPr>
            <w:tcW w:type="dxa" w:w="1440"/>
          </w:tcPr>
          <w:p>
            <w:r>
              <w:t>table</w:t>
            </w:r>
          </w:p>
        </w:tc>
        <w:tc>
          <w:tcPr>
            <w:tcW w:type="dxa" w:w="1440"/>
          </w:tcPr>
          <w:p>
            <w:r>
              <w:t>90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Table of 90 rows and 5 columns without geometry; 'quarter' has 3 values (top: 2026-Q1 30, 2026-Q2 30, 2026-Q3 30); 'deposits_target_cr' 31 to 109 (mean 60.63); 'loans_target_cr' 17 to 78 (mean 37.02); 'achieved_pct' 75.2 to 124.8 (mean 102.8). A table of Branch targets without locations.</w:t>
            </w:r>
          </w:p>
        </w:tc>
        <w:tc>
          <w:tcPr>
            <w:tcW w:type="dxa" w:w="1440"/>
          </w:tcPr>
          <w:p>
            <w:r>
              <w:t>[95]</w:t>
            </w:r>
          </w:p>
        </w:tc>
      </w:tr>
      <w:tr>
        <w:tc>
          <w:tcPr>
            <w:tcW w:type="dxa" w:w="1440"/>
          </w:tcPr>
          <w:p>
            <w:r>
              <w:t>Suburban rail lines</w:t>
            </w:r>
          </w:p>
        </w:tc>
        <w:tc>
          <w:tcPr>
            <w:tcW w:type="dxa" w:w="1440"/>
          </w:tcPr>
          <w:p>
            <w:r>
              <w:t>vector, LineString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 line features; 'daily_riders' 759,730 to 1,011,722 (mean 8.475e+05); named by 'name' (e.g. Western line, Central line, Harbor link); total length 22.43 km; extent 72.8434,19.0237 to 72.9029,19.0963. Lines (Suburban rail lines) such as routes or networks.</w:t>
            </w:r>
          </w:p>
        </w:tc>
        <w:tc>
          <w:tcPr>
            <w:tcW w:type="dxa" w:w="1440"/>
          </w:tcPr>
          <w:p>
            <w:r>
              <w:t>[96]</w:t>
            </w:r>
          </w:p>
        </w:tc>
      </w:tr>
      <w:tr>
        <w:tc>
          <w:tcPr>
            <w:tcW w:type="dxa" w:w="1440"/>
          </w:tcPr>
          <w:p>
            <w:r>
              <w:t>Branch network strategy memo</w:t>
            </w:r>
          </w:p>
        </w:tc>
        <w:tc>
          <w:tcPr>
            <w:tcW w:type="dxa" w:w="1440"/>
          </w:tcPr>
          <w:p>
            <w:r>
              <w:t>document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1-page md document 'Branch network strategy memo'; language en; mentions 3 place(s): 19.08544, 72.87250 (1), Canal Side branch (1), Station Quarter branch (1). A document about 19.08544, 72.87250, Canal Side branch, Station Quarter branch.</w:t>
            </w:r>
          </w:p>
        </w:tc>
        <w:tc>
          <w:tcPr>
            <w:tcW w:type="dxa" w:w="1440"/>
          </w:tcPr>
          <w:p>
            <w:r>
              <w:t>[97]</w:t>
            </w:r>
          </w:p>
        </w:tc>
      </w:tr>
      <w:tr>
        <w:tc>
          <w:tcPr>
            <w:tcW w:type="dxa" w:w="1440"/>
          </w:tcPr>
          <w:p>
            <w:r>
              <w:t>Sample: Banking, Mumbai</w:t>
            </w:r>
          </w:p>
        </w:tc>
        <w:tc>
          <w:tcPr>
            <w:tcW w:type="dxa" w:w="1440"/>
          </w:tcPr>
          <w:p>
            <w:r>
              <w:t>record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[98]</w:t>
            </w:r>
          </w:p>
        </w:tc>
      </w:tr>
      <w:tr>
        <w:tc>
          <w:tcPr>
            <w:tcW w:type="dxa" w:w="1440"/>
          </w:tcPr>
          <w:p>
            <w:r>
              <w:t>Emerging hot spots: ATM faults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84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[99]</w:t>
            </w:r>
          </w:p>
        </w:tc>
      </w:tr>
      <w:tr>
        <w:tc>
          <w:tcPr>
            <w:tcW w:type="dxa" w:w="1440"/>
          </w:tcPr>
          <w:p>
            <w:r>
              <w:t>Emerging hot spots: New customer accounts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106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[100]</w:t>
            </w:r>
          </w:p>
        </w:tc>
      </w:tr>
      <w:tr>
        <w:tc>
          <w:tcPr>
            <w:tcW w:type="dxa" w:w="1440"/>
          </w:tcPr>
          <w:p>
            <w:r>
              <w:t>Summarize within: Service areas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[101]</w:t>
            </w:r>
          </w:p>
        </w:tc>
      </w:tr>
      <w:tr>
        <w:tc>
          <w:tcPr>
            <w:tcW w:type="dxa" w:w="1440"/>
          </w:tcPr>
          <w:p>
            <w:r>
              <w:t>Summarize within: Service areas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[102]</w:t>
            </w:r>
          </w:p>
        </w:tc>
      </w:tr>
      <w:tr>
        <w:tc>
          <w:tcPr>
            <w:tcW w:type="dxa" w:w="1440"/>
          </w:tcPr>
          <w:p>
            <w:r>
              <w:t>Summarize within: Service areas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[103]</w:t>
            </w:r>
          </w:p>
        </w:tc>
      </w:tr>
      <w:tr>
        <w:tc>
          <w:tcPr>
            <w:tcW w:type="dxa" w:w="1440"/>
          </w:tcPr>
          <w:p>
            <w:r>
              <w:t>Hot spot analysis: ATM faults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240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[104]</w:t>
            </w:r>
          </w:p>
        </w:tc>
      </w:tr>
      <w:tr>
        <w:tc>
          <w:tcPr>
            <w:tcW w:type="dxa" w:w="1440"/>
          </w:tcPr>
          <w:p>
            <w:r>
              <w:t>Hot spot analysis: ATMs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68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[105]</w:t>
            </w:r>
          </w:p>
        </w:tc>
      </w:tr>
      <w:tr>
        <w:tc>
          <w:tcPr>
            <w:tcW w:type="dxa" w:w="1440"/>
          </w:tcPr>
          <w:p>
            <w:r>
              <w:t>Hot spot analysis: Branches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16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[106]</w:t>
            </w:r>
          </w:p>
        </w:tc>
      </w:tr>
      <w:tr>
        <w:tc>
          <w:tcPr>
            <w:tcW w:type="dxa" w:w="1440"/>
          </w:tcPr>
          <w:p>
            <w:r>
              <w:t>Calculate density: ATM faults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1,893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[107]</w:t>
            </w:r>
          </w:p>
        </w:tc>
      </w:tr>
      <w:tr>
        <w:tc>
          <w:tcPr>
            <w:tcW w:type="dxa" w:w="1440"/>
          </w:tcPr>
          <w:p>
            <w:r>
              <w:t>Calculate density: ATMs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459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[108]</w:t>
            </w:r>
          </w:p>
        </w:tc>
      </w:tr>
      <w:tr>
        <w:tc>
          <w:tcPr>
            <w:tcW w:type="dxa" w:w="1440"/>
          </w:tcPr>
          <w:p>
            <w:r>
              <w:t>Calculate density: Branches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88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[109]</w:t>
            </w:r>
          </w:p>
        </w:tc>
      </w:tr>
      <w:tr>
        <w:tc>
          <w:tcPr>
            <w:tcW w:type="dxa" w:w="1440"/>
          </w:tcPr>
          <w:p>
            <w:r>
              <w:t>Find point clusters: ATM faults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650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[110]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[111]</w:t>
            </w:r>
          </w:p>
        </w:tc>
      </w:tr>
      <w:tr>
        <w:tc>
          <w:tcPr>
            <w:tcW w:type="dxa" w:w="1440"/>
          </w:tcPr>
          <w:p>
            <w:r>
              <w:t>Find point clusters: ATMs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140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[112]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[113]</w:t>
            </w:r>
          </w:p>
        </w:tc>
      </w:tr>
      <w:tr>
        <w:tc>
          <w:tcPr>
            <w:tcW w:type="dxa" w:w="1440"/>
          </w:tcPr>
          <w:p>
            <w:r>
              <w:t>Find point clusters: Branches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30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[114]</w:t>
            </w:r>
          </w:p>
        </w:tc>
      </w:tr>
      <w:tr>
        <w:tc>
          <w:tcPr>
            <w:tcW w:type="dxa" w:w="1440"/>
          </w:tcPr>
          <w:p>
            <w:r>
              <w:t>Find point clusters: cluster hulls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[115]</w:t>
            </w:r>
          </w:p>
        </w:tc>
      </w:tr>
      <w:tr>
        <w:tc>
          <w:tcPr>
            <w:tcW w:type="dxa" w:w="1440"/>
          </w:tcPr>
          <w:p>
            <w:r>
              <w:t>Find outliers: Service areas</w:t>
            </w:r>
          </w:p>
        </w:tc>
        <w:tc>
          <w:tcPr>
            <w:tcW w:type="dxa" w:w="1440"/>
          </w:tcPr>
          <w:p>
            <w:r>
              <w:t>layer, Polygon</w:t>
            </w:r>
          </w:p>
        </w:tc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[116]</w:t>
            </w:r>
          </w:p>
        </w:tc>
      </w:tr>
      <w:tr>
        <w:tc>
          <w:tcPr>
            <w:tcW w:type="dxa" w:w="1440"/>
          </w:tcPr>
          <w:p>
            <w:r>
              <w:t>Repeat and near repeat classification: ATM faults</w:t>
            </w:r>
          </w:p>
        </w:tc>
        <w:tc>
          <w:tcPr>
            <w:tcW w:type="dxa" w:w="1440"/>
          </w:tcPr>
          <w:p>
            <w:r>
              <w:t>layer, Point</w:t>
            </w:r>
          </w:p>
        </w:tc>
        <w:tc>
          <w:tcPr>
            <w:tcW w:type="dxa" w:w="1440"/>
          </w:tcPr>
          <w:p>
            <w:r>
              <w:t>650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[117]</w:t>
            </w:r>
          </w:p>
        </w:tc>
      </w:tr>
    </w:tbl>
    <w:p/>
    <w:p>
      <w:pPr>
        <w:pStyle w:val="Heading1"/>
      </w:pPr>
      <w:r>
        <w:t>Timeline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684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3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84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1. Timeline: events per month by dataset [1]. Per month, 2025-04-01 to 2026-09-01. Source: New customer accounts, ATM faults, Transactions by area and month (3,053 features). The data is in the appendix.</w:t>
      </w:r>
    </w:p>
    <w:p>
      <w:r>
        <w:rPr>
          <w:i w:val="0"/>
        </w:rPr>
        <w:t>The timeline counts 3,053 dated events in New customer accounts, ATM faults, Transactions by area and month per month, from April 2025 to September 2026 [1][2][3][4]. By dataset: New customer accounts 1,971; ATM faults 650; Transactions by area and month 432 [1]. The trend is +10.8 events per month; the second half of the months has 1,951 against 1,102 in the first (+77.0%) [1].</w:t>
      </w:r>
    </w:p>
    <w:p>
      <w:r>
        <w:rPr>
          <w:b/>
        </w:rPr>
        <w:t>Busiest months</w:t>
      </w:r>
    </w:p>
    <w:p>
      <w:pPr>
        <w:pStyle w:val="ListBullet"/>
      </w:pPr>
      <w:r>
        <w:t>August 2026: 293 events [1]</w:t>
      </w:r>
    </w:p>
    <w:p>
      <w:pPr>
        <w:pStyle w:val="ListBullet"/>
      </w:pPr>
      <w:r>
        <w:t>July 2026: 270 events [1]</w:t>
      </w:r>
    </w:p>
    <w:p>
      <w:pPr>
        <w:pStyle w:val="ListBullet"/>
      </w:pPr>
      <w:r>
        <w:t>April 2026: 258 events [1]</w:t>
      </w:r>
    </w:p>
    <w:p>
      <w:r>
        <w:rPr>
          <w:b/>
        </w:rPr>
        <w:t>Quietest months</w:t>
      </w:r>
    </w:p>
    <w:p>
      <w:pPr>
        <w:pStyle w:val="ListBullet"/>
      </w:pPr>
      <w:r>
        <w:t>August 2025: 102 events [1]</w:t>
      </w:r>
    </w:p>
    <w:p>
      <w:pPr>
        <w:pStyle w:val="ListBullet"/>
      </w:pPr>
      <w:r>
        <w:t>February 2026: 112 events [1]</w:t>
      </w:r>
    </w:p>
    <w:p>
      <w:pPr>
        <w:pStyle w:val="ListBullet"/>
      </w:pPr>
      <w:r>
        <w:t>May 2025: 113 events [1]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[5]. In ArcGIS it is Emerging Hot Spot Analysis or Create Space Time Cube [5].</w:t>
      </w:r>
    </w:p>
    <w:p>
      <w:r>
        <w:rPr>
          <w:b/>
        </w:rPr>
        <w:t xml:space="preserve">Why it was run on this data. </w:t>
      </w:r>
      <w:r>
        <w:rPr>
          <w:i w:val="0"/>
        </w:rPr>
        <w:t>ATM faults carry dates in 'reported_at': emerging hot spot analysis finds new, intensifying and fading hot spots per week [6].</w:t>
      </w:r>
    </w:p>
    <w:p>
      <w:r>
        <w:rPr>
          <w:b/>
        </w:rPr>
        <w:t xml:space="preserve">What it found. </w:t>
      </w:r>
      <w:r>
        <w:rPr>
          <w:i w:val="0"/>
        </w:rPr>
        <w:t>The process saved a layer named Emerging hot spots: ATM faults, which contained 84 features [7]. Using ATM faults as input [8], the operation completed with an elapsed time of 24 milliseconds [7]. The analysis utilized 650 features and generated a count of 84 results [7].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84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24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650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0.1325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0.1325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ATM faults: Emerging hot spots: 1 layer saved: Emerging hot spots: ATM faults (84 features) [7][8].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84; result, elapsed ms 24; result, resolution 8; result, features used 650; result, time neighbors 0; billing, cost 0.1325 [7].</w:t>
      </w:r>
    </w:p>
    <w:p>
      <w:r>
        <w:rPr>
          <w:i/>
          <w:color w:val="525252"/>
          <w:sz w:val="17"/>
        </w:rPr>
        <w:t>Tool gp_space_time_hot_spots; parameters {"project": "36cc8b7b-aabc-4b71-981b-a2c53e8f31ad", "features": {"layer": "ATM faults (2bdf3635)"}, "interval": "week", "bin_shape": "h3", "resolution": 8, "time_field": "reported_at"}</w:t>
      </w:r>
    </w:p>
    <w:p>
      <w:pPr>
        <w:pStyle w:val="Heading1"/>
      </w:pPr>
      <w:r>
        <w:t>Space time hot spots</w:t>
      </w:r>
    </w:p>
    <w:p>
      <w:r>
        <w:rPr>
          <w:b/>
        </w:rPr>
        <w:t xml:space="preserve">What this analysis is. </w:t>
      </w:r>
      <w:r>
        <w:rPr>
          <w:i w:val="0"/>
        </w:rPr>
        <w:t>Emerging hot spots: Where hot spots are new, consecutive, intensifying, persistent, diminishing, sporadic, oscillating or historical over time [5]. In ArcGIS it is Emerging Hot Spot Analysis or Create Space Time Cube [5].</w:t>
      </w:r>
    </w:p>
    <w:p>
      <w:r>
        <w:rPr>
          <w:b/>
        </w:rPr>
        <w:t xml:space="preserve">Why it was run on this data. </w:t>
      </w:r>
      <w:r>
        <w:rPr>
          <w:i w:val="0"/>
        </w:rPr>
        <w:t>New customer accounts carry dates in 'opened_on': emerging hot spot analysis finds new, intensifying and fading hot spots per month [9].</w:t>
      </w:r>
    </w:p>
    <w:p>
      <w:r>
        <w:rPr>
          <w:b/>
        </w:rPr>
        <w:t xml:space="preserve">What it found. </w:t>
      </w:r>
      <w:r>
        <w:rPr>
          <w:i w:val="0"/>
        </w:rPr>
        <w:t>Space time hot spots on New customer accounts: Emerging hot spots: 1 layer saved: Emerging hot spots: New customer accounts (106 features) [10][11]. It reported result, count 106; result, elapsed ms 21; result, resolution 8; result, features used 1,971; result, time neighbors 0; billing, cost 0.1986 [10].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106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21</w:t>
            </w:r>
          </w:p>
        </w:tc>
      </w:tr>
      <w:tr>
        <w:tc>
          <w:tcPr>
            <w:tcW w:type="dxa" w:w="4320"/>
          </w:tcPr>
          <w:p>
            <w:r>
              <w:t>result, resolution</w:t>
            </w:r>
          </w:p>
        </w:tc>
        <w:tc>
          <w:tcPr>
            <w:tcW w:type="dxa" w:w="4320"/>
          </w:tcPr>
          <w:p>
            <w:r>
              <w:t>8</w:t>
            </w:r>
          </w:p>
        </w:tc>
      </w:tr>
      <w:tr>
        <w:tc>
          <w:tcPr>
            <w:tcW w:type="dxa" w:w="4320"/>
          </w:tcPr>
          <w:p>
            <w:r>
              <w:t>result, features used</w:t>
            </w:r>
          </w:p>
        </w:tc>
        <w:tc>
          <w:tcPr>
            <w:tcW w:type="dxa" w:w="4320"/>
          </w:tcPr>
          <w:p>
            <w:r>
              <w:t>1,971</w:t>
            </w:r>
          </w:p>
        </w:tc>
      </w:tr>
      <w:tr>
        <w:tc>
          <w:tcPr>
            <w:tcW w:type="dxa" w:w="4320"/>
          </w:tcPr>
          <w:p>
            <w:r>
              <w:t>result, time neighbors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0.1986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0.1986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Space time hot spots on New customer accounts: Emerging hot spots: 1 layer saved: Emerging hot spots: New customer accounts (106 features) [10][11].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106; result, elapsed ms 21; result, resolution 8; result, features used 1,971; result, time neighbors 0; billing, cost 0.1986 [10].</w:t>
      </w:r>
    </w:p>
    <w:p>
      <w:r>
        <w:rPr>
          <w:i/>
          <w:color w:val="525252"/>
          <w:sz w:val="17"/>
        </w:rPr>
        <w:t>Tool gp_space_time_hot_spots; parameters {"project": "36cc8b7b-aabc-4b71-981b-a2c53e8f31ad", "features": {"layer": "New customer accounts (e03b0fae)"}, "interval": "month", "bin_shape": "h3", "resolution": 8, "time_field": "opened_on"}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[12]. In ArcGIS it is Summarize Within or Aggregate Points; in QGIS, native:countpointsinpolygon or native:sumlinelengths [12].</w:t>
      </w:r>
    </w:p>
    <w:p>
      <w:r>
        <w:rPr>
          <w:b/>
        </w:rPr>
        <w:t xml:space="preserve">Why it was run on this data. </w:t>
      </w:r>
      <w:r>
        <w:rPr>
          <w:i w:val="0"/>
        </w:rPr>
        <w:t>Count ATM faults inside each feature of Service areas by fault; the counts map as a choropleth (natural breaks, sequential colors) [13].</w:t>
      </w:r>
    </w:p>
    <w:p>
      <w:r>
        <w:rPr>
          <w:b/>
        </w:rPr>
        <w:t xml:space="preserve">What it found. </w:t>
      </w:r>
      <w:r>
        <w:rPr>
          <w:i w:val="0"/>
        </w:rPr>
        <w:t>The process of summarizing ATM faults using the Service areas feature set retrieved 24 features [14]. This execution involved analyzing the Service areas [15] and clocked an elapsed time of 4 ms [14]. The analysis reported a billing cost and list price of 0.0235, noting an upstream cost of 0 [14].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0.0235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0.0235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ATM faults, Service areas: Summarize within: 1 layer saved: Summarize within: Service areas (24 features) [8][14][15].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24; result, elapsed ms 4; billing, cost 0.0235; billing, list price 0.0235; billing, upstream cost 0 [14].</w:t>
      </w:r>
    </w:p>
    <w:p>
      <w:r>
        <w:rPr>
          <w:i/>
          <w:color w:val="525252"/>
          <w:sz w:val="17"/>
        </w:rPr>
        <w:t>Tool gp_summarize_within; parameters {"stats": [{"stat": "sum", "field": "downtime_h"}], "project": "36cc8b7b-aabc-4b71-981b-a2c53e8f31ad", "features": {"layer": "ATM faults (2bdf3635)"}, "group_by": "fault", "polygons": {"layer": "Service areas (6344158f)"}}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[12]. In ArcGIS it is Summarize Within or Aggregate Points; in QGIS, native:countpointsinpolygon or native:sumlinelengths [12].</w:t>
      </w:r>
    </w:p>
    <w:p>
      <w:r>
        <w:rPr>
          <w:b/>
        </w:rPr>
        <w:t xml:space="preserve">Why it was run on this data. </w:t>
      </w:r>
      <w:r>
        <w:rPr>
          <w:i w:val="0"/>
        </w:rPr>
        <w:t>Count ATM faults inside each feature of Service areas by fault; the counts map as a choropleth (natural breaks, sequential colors) [13].</w:t>
      </w:r>
    </w:p>
    <w:p>
      <w:r>
        <w:rPr>
          <w:b/>
        </w:rPr>
        <w:t xml:space="preserve">What it found. </w:t>
      </w:r>
      <w:r>
        <w:rPr>
          <w:i w:val="0"/>
        </w:rPr>
        <w:t>The `gp_summarize_within` tool was executed to process Service areas [15] using ATMs [17] as input [16]. This process resulted in a count of 24 for the service areas [16]. Costs associated with this operation included a billing cost and list price of 0.0133 [16]. The upstream cost for the billing was zero [16].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0.0133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0.0133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ATMs, Service areas: Summarize within: 1 layer saved: Summarize within: Service areas (24 features) [15][16][17].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24; result, elapsed ms 1; billing, cost 0.0133; billing, list price 0.0133; billing, upstream cost 0 [16].</w:t>
      </w:r>
    </w:p>
    <w:p>
      <w:r>
        <w:rPr>
          <w:i/>
          <w:color w:val="525252"/>
          <w:sz w:val="17"/>
        </w:rPr>
        <w:t>Tool gp_summarize_within; parameters {"stats": [{"stat": "sum", "field": "uptime_pct"}], "project": "36cc8b7b-aabc-4b71-981b-a2c53e8f31ad", "features": {"layer": "ATMs (f9f05311)"}, "group_by": "location_type", "polygons": {"layer": "Service areas (6344158f)"}}</w:t>
      </w:r>
    </w:p>
    <w:p>
      <w:pPr>
        <w:pStyle w:val="Heading1"/>
      </w:pPr>
      <w:r>
        <w:t>Summarize within</w:t>
      </w:r>
    </w:p>
    <w:p>
      <w:r>
        <w:rPr>
          <w:b/>
        </w:rPr>
        <w:t xml:space="preserve">What this analysis is. </w:t>
      </w:r>
      <w:r>
        <w:rPr>
          <w:i w:val="0"/>
        </w:rPr>
        <w:t>Summarize within: Count and aggregate the features inside each polygon (or bin), proportionally for lines and polygons [12]. In ArcGIS it is Summarize Within or Aggregate Points; in QGIS, native:countpointsinpolygon or native:sumlinelengths [12].</w:t>
      </w:r>
    </w:p>
    <w:p>
      <w:r>
        <w:rPr>
          <w:b/>
        </w:rPr>
        <w:t xml:space="preserve">Why it was run on this data. </w:t>
      </w:r>
      <w:r>
        <w:rPr>
          <w:i w:val="0"/>
        </w:rPr>
        <w:t>Count ATM faults inside each feature of Service areas by fault; the counts map as a choropleth (natural breaks, sequential colors) [13].</w:t>
      </w:r>
    </w:p>
    <w:p>
      <w:r>
        <w:rPr>
          <w:b/>
        </w:rPr>
        <w:t xml:space="preserve">What it found. </w:t>
      </w:r>
      <w:r>
        <w:rPr>
          <w:i w:val="0"/>
        </w:rPr>
        <w:t>Summarize within on Branches, Service areas: Summarize within: 1 layer saved: Summarize within: Service areas (24 features) [15][18][19]. It reported result, count 24; result, elapsed ms 1; billing, cost 0.0111; billing, list price 0.0111; billing, upstream cost 0 [18].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0.0111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0.0111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Summarize within on Branches, Service areas: Summarize within: 1 layer saved: Summarize within: Service areas (24 features) [15][18][19].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24; result, elapsed ms 1; billing, cost 0.0111; billing, list price 0.0111; billing, upstream cost 0 [18].</w:t>
      </w:r>
    </w:p>
    <w:p>
      <w:r>
        <w:rPr>
          <w:i/>
          <w:color w:val="525252"/>
          <w:sz w:val="17"/>
        </w:rPr>
        <w:t>Tool gp_summarize_within; parameters {"stats": [{"stat": "sum", "field": "staff"}], "project": "36cc8b7b-aabc-4b71-981b-a2c53e8f31ad", "features": {"layer": "Branches (8f400be9)"}, "group_by": "type", "polygons": {"layer": "Service areas (6344158f)"}}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[20]. In ArcGIS it is Find Hot Spots or Hot Spot Analysis (Getis-Ord Gi*); in QGIS, qgis:hotspot (plugin) [20].</w:t>
      </w:r>
    </w:p>
    <w:p>
      <w:r>
        <w:rPr>
          <w:b/>
        </w:rPr>
        <w:t xml:space="preserve">Why it was run on this data. </w:t>
      </w:r>
      <w:r>
        <w:rPr>
          <w:i w:val="0"/>
        </w:rPr>
        <w:t>650 points: Getis-Ord Gi* tests whether the concentrations in ATM faults are statistically significant [21].</w:t>
      </w:r>
    </w:p>
    <w:p>
      <w:r>
        <w:rPr>
          <w:b/>
        </w:rPr>
        <w:t xml:space="preserve">What it found. </w:t>
      </w:r>
      <w:r>
        <w:rPr>
          <w:i w:val="0"/>
        </w:rPr>
        <w:t>Hot spots on ATM faults: Hot spot analysis: 1 layer saved: Hot spot analysis: ATM faults (240 features) [8][22]. It reported result, bins 240; result, count 240; result, elapsed ms 19; result, cell size m 500; result, incidents used 650; result, distance band m 1,000 [22].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240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240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19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650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ATM faults: Hot spot analysis: 1 layer saved: Hot spot analysis: ATM faults (240 features) [8][22].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240; result, count 240; result, elapsed ms 19; result, cell size m 500; result, incidents used 650; result, distance band m 1,000 [22].</w:t>
      </w:r>
    </w:p>
    <w:p>
      <w:r>
        <w:rPr>
          <w:i/>
          <w:color w:val="525252"/>
          <w:sz w:val="17"/>
        </w:rPr>
        <w:t>Tool gp_hot_spots; parameters {"project": "36cc8b7b-aabc-4b71-981b-a2c53e8f31ad", "features": {"layer": "ATM faults (2bdf3635)"}, "aggregation": "hexagon", "cell_size_m": 500.0, "distance_band_m": 1000.0}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[20]. In ArcGIS it is Find Hot Spots or Hot Spot Analysis (Getis-Ord Gi*); in QGIS, qgis:hotspot (plugin) [20].</w:t>
      </w:r>
    </w:p>
    <w:p>
      <w:r>
        <w:rPr>
          <w:b/>
        </w:rPr>
        <w:t xml:space="preserve">Why it was run on this data. </w:t>
      </w:r>
      <w:r>
        <w:rPr>
          <w:i w:val="0"/>
        </w:rPr>
        <w:t>140 points: Getis-Ord Gi* tests whether the concentrations in ATMs are statistically significant [23].</w:t>
      </w:r>
    </w:p>
    <w:p>
      <w:r>
        <w:rPr>
          <w:b/>
        </w:rPr>
        <w:t xml:space="preserve">What it found. </w:t>
      </w:r>
      <w:r>
        <w:rPr>
          <w:i w:val="0"/>
        </w:rPr>
        <w:t>The hot spot analysis tool processed the ATMs layer to generate one layer containing 68 features [24].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68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68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140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0.0528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0.0528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ATMs: Hot spot analysis: 1 layer saved: Hot spot analysis: ATMs (68 features) [17][24].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68; result, count 68; result, elapsed ms 5; result, cell size m 1,000; result, incidents used 140; result, distance band m 2,000 [24].</w:t>
      </w:r>
    </w:p>
    <w:p>
      <w:r>
        <w:rPr>
          <w:i/>
          <w:color w:val="525252"/>
          <w:sz w:val="17"/>
        </w:rPr>
        <w:t>Tool gp_hot_spots; parameters {"project": "36cc8b7b-aabc-4b71-981b-a2c53e8f31ad", "features": {"layer": "ATMs (f9f05311)"}, "aggregation": "hexagon", "cell_size_m": 1000.0, "distance_band_m": 2000.0}</w:t>
      </w:r>
    </w:p>
    <w:p>
      <w:pPr>
        <w:pStyle w:val="Heading1"/>
      </w:pPr>
      <w:r>
        <w:t>Hot spots</w:t>
      </w:r>
    </w:p>
    <w:p>
      <w:r>
        <w:rPr>
          <w:b/>
        </w:rPr>
        <w:t xml:space="preserve">What this analysis is. </w:t>
      </w:r>
      <w:r>
        <w:rPr>
          <w:i w:val="0"/>
        </w:rPr>
        <w:t>Hot spot analysis: Getis-Ord Gi* hot and cold spots with z-scores, p-values and confidence bins [20]. In ArcGIS it is Find Hot Spots or Hot Spot Analysis (Getis-Ord Gi*); in QGIS, qgis:hotspot (plugin) [20].</w:t>
      </w:r>
    </w:p>
    <w:p>
      <w:r>
        <w:rPr>
          <w:b/>
        </w:rPr>
        <w:t xml:space="preserve">Why it was run on this data. </w:t>
      </w:r>
      <w:r>
        <w:rPr>
          <w:i w:val="0"/>
        </w:rPr>
        <w:t>30 points: Getis-Ord Gi* tests whether the concentrations in Branches are statistically significant [25].</w:t>
      </w:r>
    </w:p>
    <w:p>
      <w:r>
        <w:rPr>
          <w:b/>
        </w:rPr>
        <w:t xml:space="preserve">What it found. </w:t>
      </w:r>
      <w:r>
        <w:rPr>
          <w:i w:val="0"/>
        </w:rPr>
        <w:t>The hot spot analysis processed the Branches layer [19], saving one layer containing 16 features [26]. The analysis utilized 30 incidents and generated 16 bins [26].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bins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incidents used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Hot spots on Branches: Hot spot analysis: 1 layer saved: Hot spot analysis: Branches (16 features) [19][26].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bins 16; result, count 16; result, elapsed ms 2; result, cell size m 2,000; result, incidents used 30; result, distance band m 2,000 [26].</w:t>
      </w:r>
    </w:p>
    <w:p>
      <w:r>
        <w:rPr>
          <w:i/>
          <w:color w:val="525252"/>
          <w:sz w:val="17"/>
        </w:rPr>
        <w:t>Tool gp_hot_spots; parameters {"project": "36cc8b7b-aabc-4b71-981b-a2c53e8f31ad", "features": {"layer": "Branches (8f400be9)"}, "aggregation": "hexagon", "cell_size_m": 2000.0, "distance_band_m": 2000.0}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[27]. In ArcGIS it is Calculate Density or Kernel Density; in QGIS, native:heatmapkerneldensityestimation [27].</w:t>
      </w:r>
    </w:p>
    <w:p>
      <w:r>
        <w:rPr>
          <w:b/>
        </w:rPr>
        <w:t xml:space="preserve">Why it was run on this data. </w:t>
      </w:r>
      <w:r>
        <w:rPr>
          <w:i w:val="0"/>
        </w:rPr>
        <w:t>650 points in ATM faults: a density surface shows where they concentrate [28].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ATM faults: Calculate density: 1 layer saved: Calculate density: ATM faults (1893 features) [8][29]. It reported result, count 1,893; result, elapsed ms 61; result, bandwidth m 1,000; result, cell size m 200; result, excluded null 0; result, max density per km2 45.95 [29].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1,893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61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45.95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ATM faults: Calculate density: 1 layer saved: Calculate density: ATM faults (1893 features) [8][29].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1,893; result, elapsed ms 61; result, bandwidth m 1,000; result, cell size m 200; result, excluded null 0; result, max density per km2 45.95 [29].</w:t>
      </w:r>
    </w:p>
    <w:p>
      <w:r>
        <w:rPr>
          <w:i/>
          <w:color w:val="525252"/>
          <w:sz w:val="17"/>
        </w:rPr>
        <w:t>Tool gp_calculate_density; parameters {"kernel": "quartic", "project": "36cc8b7b-aabc-4b71-981b-a2c53e8f31ad", "features": {"layer": "ATM faults (2bdf3635)"}, "bandwidth_m": 1000.0, "cell_size_m": 200.0}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[27]. In ArcGIS it is Calculate Density or Kernel Density; in QGIS, native:heatmapkerneldensityestimation [27].</w:t>
      </w:r>
    </w:p>
    <w:p>
      <w:r>
        <w:rPr>
          <w:b/>
        </w:rPr>
        <w:t xml:space="preserve">Why it was run on this data. </w:t>
      </w:r>
      <w:r>
        <w:rPr>
          <w:i w:val="0"/>
        </w:rPr>
        <w:t>140 points in ATMs: a density surface shows where they concentrate [30].</w:t>
      </w:r>
    </w:p>
    <w:p>
      <w:r>
        <w:rPr>
          <w:b/>
        </w:rPr>
        <w:t xml:space="preserve">What it found. </w:t>
      </w:r>
      <w:r>
        <w:rPr>
          <w:i w:val="0"/>
        </w:rPr>
        <w:t>Calculate density on ATMs: Calculate density: 1 layer saved: Calculate density: ATMs (459 features) [17][31]. It reported result, count 459; result, elapsed ms 15; result, bandwidth m 2,000; result, cell size m 500; result, excluded null 0; result, max density per km2 3.678 [31].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459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15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3.678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0.0528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0.0528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ATMs: Calculate density: 1 layer saved: Calculate density: ATMs (459 features) [17][31].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459; result, elapsed ms 15; result, bandwidth m 2,000; result, cell size m 500; result, excluded null 0; result, max density per km2 3.678 [31].</w:t>
      </w:r>
    </w:p>
    <w:p>
      <w:r>
        <w:rPr>
          <w:i/>
          <w:color w:val="525252"/>
          <w:sz w:val="17"/>
        </w:rPr>
        <w:t>Tool gp_calculate_density; parameters {"kernel": "quartic", "project": "36cc8b7b-aabc-4b71-981b-a2c53e8f31ad", "features": {"layer": "ATMs (f9f05311)"}, "bandwidth_m": 2000.0, "cell_size_m": 500.0}</w:t>
      </w:r>
    </w:p>
    <w:p>
      <w:pPr>
        <w:pStyle w:val="Heading1"/>
      </w:pPr>
      <w:r>
        <w:t>Calculate density</w:t>
      </w:r>
    </w:p>
    <w:p>
      <w:r>
        <w:rPr>
          <w:b/>
        </w:rPr>
        <w:t xml:space="preserve">What this analysis is. </w:t>
      </w:r>
      <w:r>
        <w:rPr>
          <w:i w:val="0"/>
        </w:rPr>
        <w:t>Calculate density: Kernel density per square kilometer on a grid [27]. In ArcGIS it is Calculate Density or Kernel Density; in QGIS, native:heatmapkerneldensityestimation [27].</w:t>
      </w:r>
    </w:p>
    <w:p>
      <w:r>
        <w:rPr>
          <w:b/>
        </w:rPr>
        <w:t xml:space="preserve">Why it was run on this data. </w:t>
      </w:r>
      <w:r>
        <w:rPr>
          <w:i w:val="0"/>
        </w:rPr>
        <w:t>30 points in Branches: a density surface shows where they concentrate [32].</w:t>
      </w:r>
    </w:p>
    <w:p>
      <w:r>
        <w:rPr>
          <w:b/>
        </w:rPr>
        <w:t xml:space="preserve">What it found. </w:t>
      </w:r>
      <w:r>
        <w:rPr>
          <w:i w:val="0"/>
        </w:rPr>
        <w:t>The density calculation successfully processed 88 branches [33]. Parameters used in the calculation included a bandwidth of 2,000 m and a cell size of 1,000 m [33]. The analysis generated a maximum density of 0.9778 per km² [33]. The total billing cost associated with this calculation was 0.0506 [33].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88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result, bandwidth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cell size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max density per km2</w:t>
            </w:r>
          </w:p>
        </w:tc>
        <w:tc>
          <w:tcPr>
            <w:tcW w:type="dxa" w:w="4320"/>
          </w:tcPr>
          <w:p>
            <w:r>
              <w:t>0.9778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Calculate density on Branches: Calculate density: 1 layer saved: Calculate density: Branches (88 features) [19][33].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88; result, elapsed ms 3; result, bandwidth m 2,000; result, cell size m 1,000; result, excluded null 0; result, max density per km2 0.9778 [33].</w:t>
      </w:r>
    </w:p>
    <w:p>
      <w:r>
        <w:rPr>
          <w:i/>
          <w:color w:val="525252"/>
          <w:sz w:val="17"/>
        </w:rPr>
        <w:t>Tool gp_calculate_density; parameters {"kernel": "quartic", "project": "36cc8b7b-aabc-4b71-981b-a2c53e8f31ad", "features": {"layer": "Branches (8f400be9)"}, "bandwidth_m": 2000.0, "cell_size_m": 1000.0}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[34]. In ArcGIS it is Find Point Clusters or Density-based Clustering; in QGIS, native:dbscanclustering or native:stdbscanclustering [34].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ATM faults and separates noise [35].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ATM faults: Find point clusters: 2 layers saved: Find point clusters: ATM faults (650 features); Find point clusters: cluster hulls (14 features) [8][36]. It reported result, count 650; result, noise 232; result, distance m 500; result, elapsed ms 14; result, min points 16; billing, cost 0.063 [36].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650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232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500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14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16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0.063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0.063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ATM faults: Find point clusters: 2 layers saved: Find point clusters: ATM faults (650 features); Find point clusters: cluster hulls (14 features) [8][36].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650; result, noise 232; result, distance m 500; result, elapsed ms 14; result, min points 16; billing, cost 0.063 [36].</w:t>
      </w:r>
    </w:p>
    <w:p>
      <w:r>
        <w:rPr>
          <w:i/>
          <w:color w:val="525252"/>
          <w:sz w:val="17"/>
        </w:rPr>
        <w:t>Tool gp_find_point_clusters; parameters {"method": "dbscan", "project": "36cc8b7b-aabc-4b71-981b-a2c53e8f31ad", "features": {"layer": "ATM faults (2bdf3635)"}, "distance_m": 500.0, "min_points": 16}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[34]. In ArcGIS it is Find Point Clusters or Density-based Clustering; in QGIS, native:dbscanclustering or native:stdbscanclustering [34].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ATMs and separates noise [37].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ATMs: Find point clusters: 2 layers saved: Find point clusters: ATMs (140 features); Find point clusters: cluster hulls (1 feature) [17][38]. It reported result, count 140; result, noise 0; result, distance m 1,000; result, elapsed ms 3; result, min points 4; billing, cost 0.0528 [38].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140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1,000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0.0528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0.0528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ATMs: Find point clusters: 2 layers saved: Find point clusters: ATMs (140 features); Find point clusters: cluster hulls (1 feature) [17][38].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140; result, noise 0; result, distance m 1,000; result, elapsed ms 3; result, min points 4; billing, cost 0.0528 [38].</w:t>
      </w:r>
    </w:p>
    <w:p>
      <w:r>
        <w:rPr>
          <w:i/>
          <w:color w:val="525252"/>
          <w:sz w:val="17"/>
        </w:rPr>
        <w:t>Tool gp_find_point_clusters; parameters {"method": "dbscan", "project": "36cc8b7b-aabc-4b71-981b-a2c53e8f31ad", "features": {"layer": "ATMs (f9f05311)"}, "distance_m": 1000.0, "min_points": 4}</w:t>
      </w:r>
    </w:p>
    <w:p>
      <w:pPr>
        <w:pStyle w:val="Heading1"/>
      </w:pPr>
      <w:r>
        <w:t>Find point clusters</w:t>
      </w:r>
    </w:p>
    <w:p>
      <w:r>
        <w:rPr>
          <w:b/>
        </w:rPr>
        <w:t xml:space="preserve">What this analysis is. </w:t>
      </w:r>
      <w:r>
        <w:rPr>
          <w:i w:val="0"/>
        </w:rPr>
        <w:t>Find point clusters: Density-based clusters (DBSCAN, HDBSCAN or OPTICS, optionally space-time) with hulls and noise [34]. In ArcGIS it is Find Point Clusters or Density-based Clustering; in QGIS, native:dbscanclustering or native:stdbscanclustering [34].</w:t>
      </w:r>
    </w:p>
    <w:p>
      <w:r>
        <w:rPr>
          <w:b/>
        </w:rPr>
        <w:t xml:space="preserve">Why it was run on this data. </w:t>
      </w:r>
      <w:r>
        <w:rPr>
          <w:i w:val="0"/>
        </w:rPr>
        <w:t>DBSCAN finds dense groups of Branches and separates noise [39].</w:t>
      </w:r>
    </w:p>
    <w:p>
      <w:r>
        <w:rPr>
          <w:b/>
        </w:rPr>
        <w:t xml:space="preserve">What it found. </w:t>
      </w:r>
      <w:r>
        <w:rPr>
          <w:i w:val="0"/>
        </w:rPr>
        <w:t>Find point clusters on Branches: Find point clusters: 2 layers saved: Find point clusters: Branches (30 features); Find point clusters: cluster hulls (1 feature) [19][40]. It reported result, count 30; result, noise 0; result, distance m 2,000; result, elapsed ms 2; result, min points 3; billing, cost 0.0506 [40].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30</w:t>
            </w:r>
          </w:p>
        </w:tc>
      </w:tr>
      <w:tr>
        <w:tc>
          <w:tcPr>
            <w:tcW w:type="dxa" w:w="4320"/>
          </w:tcPr>
          <w:p>
            <w:r>
              <w:t>result, noise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2,000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result, min points</w:t>
            </w:r>
          </w:p>
        </w:tc>
        <w:tc>
          <w:tcPr>
            <w:tcW w:type="dxa" w:w="4320"/>
          </w:tcPr>
          <w:p>
            <w:r>
              <w:t>3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0.0506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0.0506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Find point clusters on Branches: Find point clusters: 2 layers saved: Find point clusters: Branches (30 features); Find point clusters: cluster hulls (1 feature) [19][40].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30; result, noise 0; result, distance m 2,000; result, elapsed ms 2; result, min points 3; billing, cost 0.0506 [40].</w:t>
      </w:r>
    </w:p>
    <w:p>
      <w:r>
        <w:rPr>
          <w:i/>
          <w:color w:val="525252"/>
          <w:sz w:val="17"/>
        </w:rPr>
        <w:t>Tool gp_find_point_clusters; parameters {"method": "dbscan", "project": "36cc8b7b-aabc-4b71-981b-a2c53e8f31ad", "features": {"layer": "Branches (8f400be9)"}, "distance_m": 2000.0, "min_points": 3}</w:t>
      </w:r>
    </w:p>
    <w:p>
      <w:pPr>
        <w:pStyle w:val="Heading1"/>
      </w:pPr>
      <w:r>
        <w:t>Outliers</w:t>
      </w:r>
    </w:p>
    <w:p>
      <w:r>
        <w:rPr>
          <w:b/>
        </w:rPr>
        <w:t xml:space="preserve">What this analysis is. </w:t>
      </w:r>
      <w:r>
        <w:rPr>
          <w:i w:val="0"/>
        </w:rPr>
        <w:t>Find outliers: Anselin local Moran’s I: HH, LL clusters and HL, LH outliers [41]. In ArcGIS it is Find Outliers or Cluster and Outlier Analysis (Anselin Local Moran’s I) [41].</w:t>
      </w:r>
    </w:p>
    <w:p>
      <w:r>
        <w:rPr>
          <w:b/>
        </w:rPr>
        <w:t xml:space="preserve">Why it was run on this data. </w:t>
      </w:r>
      <w:r>
        <w:rPr>
          <w:i w:val="0"/>
        </w:rPr>
        <w:t>Local Moran's I maps clusters and outliers of 'population' [42].</w:t>
      </w:r>
    </w:p>
    <w:p>
      <w:r>
        <w:rPr>
          <w:b/>
        </w:rPr>
        <w:t xml:space="preserve">What it found. </w:t>
      </w:r>
      <w:r>
        <w:rPr>
          <w:i w:val="0"/>
        </w:rPr>
        <w:t>Outliers on Service areas: Find outliers: 1 layer saved: Find outliers: Service areas (24 features) [15][43]. It reported result, count 24; result, elapsed ms 6; result, permutations 199; result, excluded null 0; result, distance band m 1,844; billing, cost 0.05072 [43].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24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6</w:t>
            </w:r>
          </w:p>
        </w:tc>
      </w:tr>
      <w:tr>
        <w:tc>
          <w:tcPr>
            <w:tcW w:type="dxa" w:w="4320"/>
          </w:tcPr>
          <w:p>
            <w:r>
              <w:t>result, permutations</w:t>
            </w:r>
          </w:p>
        </w:tc>
        <w:tc>
          <w:tcPr>
            <w:tcW w:type="dxa" w:w="4320"/>
          </w:tcPr>
          <w:p>
            <w:r>
              <w:t>199</w:t>
            </w:r>
          </w:p>
        </w:tc>
      </w:tr>
      <w:tr>
        <w:tc>
          <w:tcPr>
            <w:tcW w:type="dxa" w:w="4320"/>
          </w:tcPr>
          <w:p>
            <w:r>
              <w:t>result, excluded null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  <w:tr>
        <w:tc>
          <w:tcPr>
            <w:tcW w:type="dxa" w:w="4320"/>
          </w:tcPr>
          <w:p>
            <w:r>
              <w:t>result, distance band m</w:t>
            </w:r>
          </w:p>
        </w:tc>
        <w:tc>
          <w:tcPr>
            <w:tcW w:type="dxa" w:w="4320"/>
          </w:tcPr>
          <w:p>
            <w:r>
              <w:t>1,844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0.05072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0.05072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Outliers on Service areas: Find outliers: 1 layer saved: Find outliers: Service areas (24 features) [15][43].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count 24; result, elapsed ms 6; result, permutations 199; result, excluded null 0; result, distance band m 1,844; billing, cost 0.05072 [43].</w:t>
      </w:r>
    </w:p>
    <w:p>
      <w:r>
        <w:rPr>
          <w:i/>
          <w:color w:val="525252"/>
          <w:sz w:val="17"/>
        </w:rPr>
        <w:t>Tool gp_outliers; parameters {"field": "population", "project": "36cc8b7b-aabc-4b71-981b-a2c53e8f31ad", "features": {"layer": "Service areas (6344158f)"}, "aggregation": "hexagon"}</w:t>
      </w:r>
    </w:p>
    <w:p>
      <w:pPr>
        <w:pStyle w:val="Heading1"/>
      </w:pPr>
      <w:r>
        <w:t>Near repeat</w:t>
      </w:r>
    </w:p>
    <w:p>
      <w:r>
        <w:rPr>
          <w:b/>
        </w:rPr>
        <w:t xml:space="preserve">What this analysis is. </w:t>
      </w:r>
      <w:r>
        <w:rPr>
          <w:i w:val="0"/>
        </w:rPr>
        <w:t>Repeat and near repeat classification: Classify incidents as originators, repeats (same place) or near repeats within a distance and time window, with a Knox test table [44]. In ArcGIS it is Repeat and Near Repeat Classification or Near Repeat Calculator [44].</w:t>
      </w:r>
    </w:p>
    <w:p>
      <w:r>
        <w:rPr>
          <w:b/>
        </w:rPr>
        <w:t xml:space="preserve">Why it was run on this data. </w:t>
      </w:r>
      <w:r>
        <w:rPr>
          <w:i w:val="0"/>
        </w:rPr>
        <w:t>Near repeat analysis tests whether ATM faults close in space also follow each other within 18 days [45].</w:t>
      </w:r>
    </w:p>
    <w:p>
      <w:r>
        <w:rPr>
          <w:b/>
        </w:rPr>
        <w:t xml:space="preserve">What it found. </w:t>
      </w:r>
      <w:r>
        <w:rPr>
          <w:i w:val="0"/>
        </w:rPr>
        <w:t>Near repeat on ATM faults: Repeat and near repeat classification: 1 layer saved: Repeat and near repeat classification: ATM faults (650 features) [8][46]. It reported result, days 18; result, count 650; result, chains 119; result, distance m 200; result, elapsed ms 23; result, pairs linked 690 [46].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Result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result, days</w:t>
            </w:r>
          </w:p>
        </w:tc>
        <w:tc>
          <w:tcPr>
            <w:tcW w:type="dxa" w:w="4320"/>
          </w:tcPr>
          <w:p>
            <w:r>
              <w:t>18</w:t>
            </w:r>
          </w:p>
        </w:tc>
      </w:tr>
      <w:tr>
        <w:tc>
          <w:tcPr>
            <w:tcW w:type="dxa" w:w="4320"/>
          </w:tcPr>
          <w:p>
            <w:r>
              <w:t>result, count</w:t>
            </w:r>
          </w:p>
        </w:tc>
        <w:tc>
          <w:tcPr>
            <w:tcW w:type="dxa" w:w="4320"/>
          </w:tcPr>
          <w:p>
            <w:r>
              <w:t>650</w:t>
            </w:r>
          </w:p>
        </w:tc>
      </w:tr>
      <w:tr>
        <w:tc>
          <w:tcPr>
            <w:tcW w:type="dxa" w:w="4320"/>
          </w:tcPr>
          <w:p>
            <w:r>
              <w:t>result, chains</w:t>
            </w:r>
          </w:p>
        </w:tc>
        <w:tc>
          <w:tcPr>
            <w:tcW w:type="dxa" w:w="4320"/>
          </w:tcPr>
          <w:p>
            <w:r>
              <w:t>119</w:t>
            </w:r>
          </w:p>
        </w:tc>
      </w:tr>
      <w:tr>
        <w:tc>
          <w:tcPr>
            <w:tcW w:type="dxa" w:w="4320"/>
          </w:tcPr>
          <w:p>
            <w:r>
              <w:t>result, distance m</w:t>
            </w:r>
          </w:p>
        </w:tc>
        <w:tc>
          <w:tcPr>
            <w:tcW w:type="dxa" w:w="4320"/>
          </w:tcPr>
          <w:p>
            <w:r>
              <w:t>200</w:t>
            </w:r>
          </w:p>
        </w:tc>
      </w:tr>
      <w:tr>
        <w:tc>
          <w:tcPr>
            <w:tcW w:type="dxa" w:w="4320"/>
          </w:tcPr>
          <w:p>
            <w:r>
              <w:t>result, elapsed ms</w:t>
            </w:r>
          </w:p>
        </w:tc>
        <w:tc>
          <w:tcPr>
            <w:tcW w:type="dxa" w:w="4320"/>
          </w:tcPr>
          <w:p>
            <w:r>
              <w:t>23</w:t>
            </w:r>
          </w:p>
        </w:tc>
      </w:tr>
      <w:tr>
        <w:tc>
          <w:tcPr>
            <w:tcW w:type="dxa" w:w="4320"/>
          </w:tcPr>
          <w:p>
            <w:r>
              <w:t>result, pairs linked</w:t>
            </w:r>
          </w:p>
        </w:tc>
        <w:tc>
          <w:tcPr>
            <w:tcW w:type="dxa" w:w="4320"/>
          </w:tcPr>
          <w:p>
            <w:r>
              <w:t>690</w:t>
            </w:r>
          </w:p>
        </w:tc>
      </w:tr>
      <w:tr>
        <w:tc>
          <w:tcPr>
            <w:tcW w:type="dxa" w:w="4320"/>
          </w:tcPr>
          <w:p>
            <w:r>
              <w:t>billing, cost</w:t>
            </w:r>
          </w:p>
        </w:tc>
        <w:tc>
          <w:tcPr>
            <w:tcW w:type="dxa" w:w="4320"/>
          </w:tcPr>
          <w:p>
            <w:r>
              <w:t>0.0695</w:t>
            </w:r>
          </w:p>
        </w:tc>
      </w:tr>
      <w:tr>
        <w:tc>
          <w:tcPr>
            <w:tcW w:type="dxa" w:w="4320"/>
          </w:tcPr>
          <w:p>
            <w:r>
              <w:t>billing, list price</w:t>
            </w:r>
          </w:p>
        </w:tc>
        <w:tc>
          <w:tcPr>
            <w:tcW w:type="dxa" w:w="4320"/>
          </w:tcPr>
          <w:p>
            <w:r>
              <w:t>0.0695</w:t>
            </w:r>
          </w:p>
        </w:tc>
      </w:tr>
      <w:tr>
        <w:tc>
          <w:tcPr>
            <w:tcW w:type="dxa" w:w="4320"/>
          </w:tcPr>
          <w:p>
            <w:r>
              <w:t>billing, upstream cost</w:t>
            </w:r>
          </w:p>
        </w:tc>
        <w:tc>
          <w:tcPr>
            <w:tcW w:type="dxa" w:w="4320"/>
          </w:tcPr>
          <w:p>
            <w:r>
              <w:t>0</w:t>
            </w:r>
          </w:p>
        </w:tc>
      </w:tr>
    </w:tbl>
    <w:p/>
    <w:p>
      <w:r>
        <w:rPr>
          <w:b/>
        </w:rPr>
        <w:t>Findings</w:t>
      </w:r>
    </w:p>
    <w:p>
      <w:pPr>
        <w:pStyle w:val="ListBullet"/>
      </w:pPr>
      <w:r>
        <w:rPr>
          <w:b/>
        </w:rPr>
        <w:t xml:space="preserve">Evidenced: </w:t>
      </w:r>
      <w:r>
        <w:t>Near repeat on ATM faults: Repeat and near repeat classification: 1 layer saved: Repeat and near repeat classification: ATM faults (650 features) [8][46].</w:t>
      </w:r>
    </w:p>
    <w:p>
      <w:pPr>
        <w:pStyle w:val="ListBullet"/>
      </w:pPr>
      <w:r>
        <w:rPr>
          <w:b/>
        </w:rPr>
        <w:t xml:space="preserve">Evidenced: </w:t>
      </w:r>
      <w:r>
        <w:t>It reported result, days 18; result, count 650; result, chains 119; result, distance m 200; result, elapsed ms 23; result, pairs linked 690 [46].</w:t>
      </w:r>
    </w:p>
    <w:p>
      <w:r>
        <w:rPr>
          <w:i/>
          <w:color w:val="525252"/>
          <w:sz w:val="17"/>
        </w:rPr>
        <w:t>Tool gp_near_repeat; parameters {"days": 18, "project": "36cc8b7b-aabc-4b71-981b-a2c53e8f31ad", "features": {"layer": "ATM faults (2bdf3635)"}, "distance_m": 200.0, "time_field": "reported_at"}</w:t>
      </w:r>
    </w:p>
    <w:p>
      <w:pPr>
        <w:pStyle w:val="Heading1"/>
      </w:pPr>
      <w:r>
        <w:t>Maps and charts</w:t>
      </w:r>
    </w:p>
    <w:p>
      <w:r>
        <w:rPr>
          <w:i w:val="0"/>
        </w:rPr>
        <w:t>The run also made 20 map image(s) [47][48][49][50][51][52][53][54][55][56][57][58][59][60][61][62][63][64][65][66] and 23 chart(s) [67][68][69][70][71][72][73][74][75][76][77][78][79][80][81][82][83][84][85][86][87][88][89].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2. Emerging hot spots: ATM faults [47]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3. Emerging hot spots: New customer accounts [48]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5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4. Summarize within: Service areas [49]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6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5. Summarize within: Service areas [50]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08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6. Summarize within: Service areas [51]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1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7. Service areas by population [52]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3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8. Hot spot analysis: ATM faults [53]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4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9. Hot spot analysis: ATMs [54]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7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10. Hot spot analysis: Branches [55]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9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11. Calculate density: ATM faults [56]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0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12. Calculate density: ATMs [57]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3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13. Calculate density: Branches [58]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5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14. Find point clusters: ATM faults [59]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6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15. Find point clusters: cluster hulls [60]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8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16. Find point clusters: ATMs [61]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0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17. Find point clusters: cluster hulls [62]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2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18. Find point clusters: Branches [63]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5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19. Find point clusters: cluster hulls [64]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6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20. Find outliers: Service areas [65]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8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21. Repeat and near repeat classification: ATM faults [66]</w:t>
      </w:r>
    </w:p>
    <w:p>
      <w:r>
        <w:rPr>
          <w:b/>
        </w:rPr>
        <w:t xml:space="preserve">What the map shows. </w:t>
      </w:r>
      <w:r>
        <w:rPr>
          <w:i/>
        </w:rPr>
        <w:t>A highly defined cluster of emerging hot spots is visible in the upper-center portion of the map, indicating concentrated areas for new customer accounts. Within this core area, the color coding reveals a [48]</w:t>
      </w:r>
    </w:p>
    <w:p>
      <w:r>
        <w:rPr>
          <w:i/>
          <w:color w:val="525252"/>
          <w:sz w:val="17"/>
        </w:rPr>
        <w:t>Inferred: read from the image by gemma4:e4b, not evidence.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0688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0.jp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0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22. ATM faults over time (reported_at) [67]. Per week, 2026-03-30 to 2026-09-28. Source: ATM faults (650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547872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1.jp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78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23. Transactions by area and month over time (month) [68]. Per month, 2025-04-01 to 2026-09-01. Source: Transactions by area and month (432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94176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2.jp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4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24. Emerging hot spots: ATM faults [69]. Source: Emerging hot spots: ATM faults (84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94176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3.jp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4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25. Emerging hot spots: New customer accounts [70]. Source: Emerging hot spots: New customer accounts (106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12464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4.jp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24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26. Summarize within: Service areas [71]. Source: Summarize within: Service areas (24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36848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5.jp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68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27. Summarize within: Service areas [72]. Source: Summarize within: Service areas (24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712464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6.jp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24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28. Summarize within: Service areas [73]. Source: Summarize within: Service areas (24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346704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7.jp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67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29. Hot spot analysis: ATM faults [74]. Source: Hot spot analysis: ATM faults (240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83152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8.jp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31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30. Hot spot analysis: ATMs [75]. Source: Hot spot analysis: ATMs (68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852672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9.jp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26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31. Hot spot analysis: Branches [76]. Source: Hot spot analysis: Branches (16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08832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0.jp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88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32. Calculate density: ATM faults [77]. Source: Calculate density: ATM faults (1,893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45408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1.jp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54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33. Calculate density: ATMs [78]. Source: Calculate density: ATMs (459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602736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2.jp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27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34. Calculate density: Branches [79]. Source: Calculate density: Branches (88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218176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3.jp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81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35. Find point clusters: ATM faults [80]. Period: 2026-04-01 to 2026-09-30 (reported_at). Source: Find point clusters: ATM faults (650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496824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4.jp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8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36. Find point clusters: cluster hulls [81]. Source: Find point clusters: cluster hulls (14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5.jp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37. Find point clusters: ATMs [82]. Source: Find point clusters: ATMs (140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38. Find point clusters: cluster hulls [83]. Source: Find point clusters: cluster hulls (1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7.jp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39. Find point clusters: Branches [84]. Source: Find point clusters: Branches (30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1658112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6.jp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581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40. Find point clusters: cluster hulls [85]. Source: Find point clusters: cluster hulls (1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5291328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9.jp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13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41. Find outliers: Service areas [86]. Source: Find outliers: Service areas (24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0688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0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0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42. Repeat and near repeat classification: ATM faults [87]. Per week, 2026-03-30 to 2026-09-28. Source: Repeat and near repeat classification: ATM faults (650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0688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0.jp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0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43. Repeat and near repeat classification: ATM faults over time [88]. Per week, 2026-03-30 to 2026-09-28. Source: Repeat and near repeat classification: ATM faults (650 features). The data is in the appendix.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86400" cy="3980688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2.jp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06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  <w:color w:val="525252"/>
          <w:sz w:val="17"/>
        </w:rPr>
        <w:t>Figure 44. Find point clusters: ATM faults over time [89]. Per week, 2026-03-30 to 2026-09-28. Source: Find point clusters: ATM faults (650 features). The data is in the appendix.</w:t>
      </w:r>
    </w:p>
    <w:p>
      <w:pPr>
        <w:pStyle w:val="Heading1"/>
      </w:pPr>
      <w:r>
        <w:t>Changes since the last run</w:t>
      </w:r>
    </w:p>
    <w:p>
      <w:r>
        <w:t>This is the first report of this project.</w:t>
      </w:r>
    </w:p>
    <w:p>
      <w:pPr>
        <w:pStyle w:val="Heading1"/>
      </w:pPr>
      <w:r>
        <w:t>Sources</w:t>
      </w:r>
    </w:p>
    <w:p>
      <w:pPr>
        <w:spacing w:after="40"/>
      </w:pPr>
      <w:r>
        <w:t>[1] Rendering: Chart: Timeline: events per month by dataset. 54 rows (id 5350075e-73c1-474d-950e-d360606711fc)</w:t>
      </w:r>
    </w:p>
    <w:p>
      <w:pPr>
        <w:spacing w:after="40"/>
      </w:pPr>
      <w:r>
        <w:t>[2] Dataset: New customer accounts. vector, 1971 rows (id ca1a5fee-d2f1-4e7a-96ff-a2ae025365b9)</w:t>
      </w:r>
    </w:p>
    <w:p>
      <w:pPr>
        <w:spacing w:after="40"/>
      </w:pPr>
      <w:r>
        <w:t>[3] Dataset: ATM faults. vector, 650 rows (id 1a89d4d2-5bd2-4af8-8992-58556152d450)</w:t>
      </w:r>
    </w:p>
    <w:p>
      <w:pPr>
        <w:spacing w:after="40"/>
      </w:pPr>
      <w:r>
        <w:t>[4] Dataset: Transactions by area and month. table, 432 rows (id d861cdce-91fa-4661-9b4c-084d3fdfa2af)</w:t>
      </w:r>
    </w:p>
    <w:p>
      <w:pPr>
        <w:spacing w:after="40"/>
      </w:pPr>
      <w:r>
        <w:t>[5] Catalog: Emerging hot spots (operation catalog, gp_space_time_hot_spots). Where hot spots are new, consecutive, intensifying, persistent, diminishing, sporadic, oscillating or historical over time. ArcGIS: Emerging Hot Spot Analysis, Create Space Time Cube. (id gp_space_time_hot_spots)</w:t>
      </w:r>
    </w:p>
    <w:p>
      <w:pPr>
        <w:spacing w:after="40"/>
      </w:pPr>
      <w:r>
        <w:t>[6] Plan: Space time hot spots of ATM faults (the Start plan's candidate c_11dd443868e3). ATM faults carry dates in 'reported_at': emerging hot spot analysis finds new, intensifying and fading hot spots per week. (id 8966c973-8846-4a37-90ad-665c80260ba6:c_11dd443868e3)</w:t>
      </w:r>
    </w:p>
    <w:p>
      <w:pPr>
        <w:spacing w:after="40"/>
      </w:pPr>
      <w:r>
        <w:t>[7] Tool result: gp_space_time_hot_spots, step 0. Emerging hot spots: 1 layer saved: Emerging hot spots: ATM faults (84 features). (id b6f5a2bb-6262-4265-bcee-f2cfddd03ddb:0)</w:t>
      </w:r>
    </w:p>
    <w:p>
      <w:pPr>
        <w:spacing w:after="40"/>
      </w:pPr>
      <w:r>
        <w:t>[8] Layer: ATM faults. 650 features (id 2bdf3635-4c99-4580-a937-de55490e43f5)</w:t>
      </w:r>
    </w:p>
    <w:p>
      <w:pPr>
        <w:spacing w:after="40"/>
      </w:pPr>
      <w:r>
        <w:t>[9] Plan: Space time hot spots of New customer accounts (the Start plan's candidate c_bb1839f07414). New customer accounts carry dates in 'opened_on': emerging hot spot analysis finds new, intensifying and fading hot spots per month. (id 8966c973-8846-4a37-90ad-665c80260ba6:c_bb1839f07414)</w:t>
      </w:r>
    </w:p>
    <w:p>
      <w:pPr>
        <w:spacing w:after="40"/>
      </w:pPr>
      <w:r>
        <w:t>[10] Tool result: gp_space_time_hot_spots, step 1. Emerging hot spots: 1 layer saved: Emerging hot spots: New customer accounts (106 features). (id b6f5a2bb-6262-4265-bcee-f2cfddd03ddb:1)</w:t>
      </w:r>
    </w:p>
    <w:p>
      <w:pPr>
        <w:spacing w:after="40"/>
      </w:pPr>
      <w:r>
        <w:t>[11] Layer: New customer accounts. 1,971 features (id e03b0fae-60ec-4079-913e-15d82b331701)</w:t>
      </w:r>
    </w:p>
    <w:p>
      <w:pPr>
        <w:spacing w:after="40"/>
      </w:pPr>
      <w:r>
        <w:t>[12] Catalog: Summarize within (operation catalog, gp_summarize_within). Count and aggregate the features inside each polygon (or bin), proportionally for lines and polygons. ArcGIS: Summarize Within, Aggregate Points. QGIS: native:countpointsinpolygon, native:sumlinelengths. (id gp_summarize_within)</w:t>
      </w:r>
    </w:p>
    <w:p>
      <w:pPr>
        <w:spacing w:after="40"/>
      </w:pPr>
      <w:r>
        <w:t>[13] Plan: ATM faults per feature of Service areas (the Start plan's candidate c_b3b30286944f). Count ATM faults inside each feature of Service areas by fault; the counts map as a choropleth (natural breaks, sequential colors). (id 8966c973-8846-4a37-90ad-665c80260ba6:c_b3b30286944f)</w:t>
      </w:r>
    </w:p>
    <w:p>
      <w:pPr>
        <w:spacing w:after="40"/>
      </w:pPr>
      <w:r>
        <w:t>[14] Tool result: gp_summarize_within, step 0. Summarize within: 1 layer saved: Summarize within: Service areas (24 features). (id 55a6123f-a37d-4fea-bc56-f3134e981a4d:0)</w:t>
      </w:r>
    </w:p>
    <w:p>
      <w:pPr>
        <w:spacing w:after="40"/>
      </w:pPr>
      <w:r>
        <w:t>[15] Layer: Service areas. 24 features (id 6344158f-5202-4018-adf5-fef914f7efc7)</w:t>
      </w:r>
    </w:p>
    <w:p>
      <w:pPr>
        <w:spacing w:after="40"/>
      </w:pPr>
      <w:r>
        <w:t>[16] Tool result: gp_summarize_within, step 1. Summarize within: 1 layer saved: Summarize within: Service areas (24 features). (id 55a6123f-a37d-4fea-bc56-f3134e981a4d:1)</w:t>
      </w:r>
    </w:p>
    <w:p>
      <w:pPr>
        <w:spacing w:after="40"/>
      </w:pPr>
      <w:r>
        <w:t>[17] Layer: ATMs. 140 features (id f9f05311-d0d9-491b-b60e-76d6074147ae)</w:t>
      </w:r>
    </w:p>
    <w:p>
      <w:pPr>
        <w:spacing w:after="40"/>
      </w:pPr>
      <w:r>
        <w:t>[18] Tool result: gp_summarize_within, step 2. Summarize within: 1 layer saved: Summarize within: Service areas (24 features). (id 55a6123f-a37d-4fea-bc56-f3134e981a4d:2)</w:t>
      </w:r>
    </w:p>
    <w:p>
      <w:pPr>
        <w:spacing w:after="40"/>
      </w:pPr>
      <w:r>
        <w:t>[19] Layer: Branches. 30 features (id 8f400be9-7e82-4433-96cb-438a2b6ed3d3)</w:t>
      </w:r>
    </w:p>
    <w:p>
      <w:pPr>
        <w:spacing w:after="40"/>
      </w:pPr>
      <w:r>
        <w:t>[20] Catalog: Hot spot analysis (operation catalog, gp_hot_spots). Getis-Ord Gi* hot and cold spots with z-scores, p-values and confidence bins. ArcGIS: Find Hot Spots, Hot Spot Analysis (Getis-Ord Gi*). QGIS: qgis:hotspot (plugin). (id gp_hot_spots)</w:t>
      </w:r>
    </w:p>
    <w:p>
      <w:pPr>
        <w:spacing w:after="40"/>
      </w:pPr>
      <w:r>
        <w:t>[21] Plan: Hot spots of ATM faults (the Start plan's candidate c_33af6577a5c2). 650 points: Getis-Ord Gi* tests whether the concentrations in ATM faults are statistically significant. (id 8966c973-8846-4a37-90ad-665c80260ba6:c_33af6577a5c2)</w:t>
      </w:r>
    </w:p>
    <w:p>
      <w:pPr>
        <w:spacing w:after="40"/>
      </w:pPr>
      <w:r>
        <w:t>[22] Tool result: gp_hot_spots, step 0. Hot spot analysis: 1 layer saved: Hot spot analysis: ATM faults (240 features). (id 2f94438c-e0a6-41b8-a152-e3151a6def70:0)</w:t>
      </w:r>
    </w:p>
    <w:p>
      <w:pPr>
        <w:spacing w:after="40"/>
      </w:pPr>
      <w:r>
        <w:t>[23] Plan: Hot spots of ATMs (the Start plan's candidate c_eacb2979e4db). 140 points: Getis-Ord Gi* tests whether the concentrations in ATMs are statistically significant. (id 8966c973-8846-4a37-90ad-665c80260ba6:c_eacb2979e4db)</w:t>
      </w:r>
    </w:p>
    <w:p>
      <w:pPr>
        <w:spacing w:after="40"/>
      </w:pPr>
      <w:r>
        <w:t>[24] Tool result: gp_hot_spots, step 1. Hot spot analysis: 1 layer saved: Hot spot analysis: ATMs (68 features). (id 2f94438c-e0a6-41b8-a152-e3151a6def70:1)</w:t>
      </w:r>
    </w:p>
    <w:p>
      <w:pPr>
        <w:spacing w:after="40"/>
      </w:pPr>
      <w:r>
        <w:t>[25] Plan: Hot spots of Branches (the Start plan's candidate c_b3e06b1ef787). 30 points: Getis-Ord Gi* tests whether the concentrations in Branches are statistically significant. (id 8966c973-8846-4a37-90ad-665c80260ba6:c_b3e06b1ef787)</w:t>
      </w:r>
    </w:p>
    <w:p>
      <w:pPr>
        <w:spacing w:after="40"/>
      </w:pPr>
      <w:r>
        <w:t>[26] Tool result: gp_hot_spots, step 2. Hot spot analysis: 1 layer saved: Hot spot analysis: Branches (16 features). (id 2f94438c-e0a6-41b8-a152-e3151a6def70:2)</w:t>
      </w:r>
    </w:p>
    <w:p>
      <w:pPr>
        <w:spacing w:after="40"/>
      </w:pPr>
      <w:r>
        <w:t>[27] Catalog: Calculate density (operation catalog, gp_calculate_density). Kernel density per square kilometer on a grid. ArcGIS: Calculate Density, Kernel Density. QGIS: native:heatmapkerneldensityestimation. (id gp_calculate_density)</w:t>
      </w:r>
    </w:p>
    <w:p>
      <w:pPr>
        <w:spacing w:after="40"/>
      </w:pPr>
      <w:r>
        <w:t>[28] Plan: Kernel density of ATM faults (the Start plan's candidate c_984c04544f87). 650 points in ATM faults: a density surface shows where they concentrate. (id 8966c973-8846-4a37-90ad-665c80260ba6:c_984c04544f87)</w:t>
      </w:r>
    </w:p>
    <w:p>
      <w:pPr>
        <w:spacing w:after="40"/>
      </w:pPr>
      <w:r>
        <w:t>[29] Tool result: gp_calculate_density, step 0. Calculate density: 1 layer saved: Calculate density: ATM faults (1893 features). (id 8c87dbcb-4a64-4e28-b285-e529fd8b7cc4:0)</w:t>
      </w:r>
    </w:p>
    <w:p>
      <w:pPr>
        <w:spacing w:after="40"/>
      </w:pPr>
      <w:r>
        <w:t>[30] Plan: Kernel density of ATMs (the Start plan's candidate c_0c2ac7adbfb7). 140 points in ATMs: a density surface shows where they concentrate. (id 8966c973-8846-4a37-90ad-665c80260ba6:c_0c2ac7adbfb7)</w:t>
      </w:r>
    </w:p>
    <w:p>
      <w:pPr>
        <w:spacing w:after="40"/>
      </w:pPr>
      <w:r>
        <w:t>[31] Tool result: gp_calculate_density, step 1. Calculate density: 1 layer saved: Calculate density: ATMs (459 features). (id 8c87dbcb-4a64-4e28-b285-e529fd8b7cc4:1)</w:t>
      </w:r>
    </w:p>
    <w:p>
      <w:pPr>
        <w:spacing w:after="40"/>
      </w:pPr>
      <w:r>
        <w:t>[32] Plan: Kernel density of Branches (the Start plan's candidate c_fbae95ca186a). 30 points in Branches: a density surface shows where they concentrate. (id 8966c973-8846-4a37-90ad-665c80260ba6:c_fbae95ca186a)</w:t>
      </w:r>
    </w:p>
    <w:p>
      <w:pPr>
        <w:spacing w:after="40"/>
      </w:pPr>
      <w:r>
        <w:t>[33] Tool result: gp_calculate_density, step 2. Calculate density: 1 layer saved: Calculate density: Branches (88 features). (id 8c87dbcb-4a64-4e28-b285-e529fd8b7cc4:2)</w:t>
      </w:r>
    </w:p>
    <w:p>
      <w:pPr>
        <w:spacing w:after="40"/>
      </w:pPr>
      <w:r>
        <w:t>[34] Catalog: Find point clusters (operation catalog, gp_find_point_clusters). Density-based clusters (DBSCAN, HDBSCAN or OPTICS, optionally space-time) with hulls and noise. ArcGIS: Find Point Clusters, Density-based Clustering. QGIS: native:dbscanclustering, native:stdbscanclustering. (id gp_find_point_clusters)</w:t>
      </w:r>
    </w:p>
    <w:p>
      <w:pPr>
        <w:spacing w:after="40"/>
      </w:pPr>
      <w:r>
        <w:t>[35] Plan: Cluster points of ATM faults (the Start plan's candidate c_7a7e6112a7c4). DBSCAN finds dense groups of ATM faults and separates noise. (id 8966c973-8846-4a37-90ad-665c80260ba6:c_7a7e6112a7c4)</w:t>
      </w:r>
    </w:p>
    <w:p>
      <w:pPr>
        <w:spacing w:after="40"/>
      </w:pPr>
      <w:r>
        <w:t>[36] Tool result: gp_find_point_clusters, step 0. Find point clusters: 2 layers saved: Find point clusters: ATM faults (650 features); Find point clusters: cluster hulls (14 features). (id ddb39481-1f8b-4e18-afe9-2b1c4db1b0ef:0)</w:t>
      </w:r>
    </w:p>
    <w:p>
      <w:pPr>
        <w:spacing w:after="40"/>
      </w:pPr>
      <w:r>
        <w:t>[37] Plan: Cluster points of ATMs (the Start plan's candidate c_0807abb77372). DBSCAN finds dense groups of ATMs and separates noise. (id 8966c973-8846-4a37-90ad-665c80260ba6:c_0807abb77372)</w:t>
      </w:r>
    </w:p>
    <w:p>
      <w:pPr>
        <w:spacing w:after="40"/>
      </w:pPr>
      <w:r>
        <w:t>[38] Tool result: gp_find_point_clusters, step 1. Find point clusters: 2 layers saved: Find point clusters: ATMs (140 features); Find point clusters: cluster hulls (1 feature). (id ddb39481-1f8b-4e18-afe9-2b1c4db1b0ef:1)</w:t>
      </w:r>
    </w:p>
    <w:p>
      <w:pPr>
        <w:spacing w:after="40"/>
      </w:pPr>
      <w:r>
        <w:t>[39] Plan: Cluster points of Branches (the Start plan's candidate c_5c9c54534fb2). DBSCAN finds dense groups of Branches and separates noise. (id 8966c973-8846-4a37-90ad-665c80260ba6:c_5c9c54534fb2)</w:t>
      </w:r>
    </w:p>
    <w:p>
      <w:pPr>
        <w:spacing w:after="40"/>
      </w:pPr>
      <w:r>
        <w:t>[40] Tool result: gp_find_point_clusters, step 2. Find point clusters: 2 layers saved: Find point clusters: Branches (30 features); Find point clusters: cluster hulls (1 feature). (id ddb39481-1f8b-4e18-afe9-2b1c4db1b0ef:2)</w:t>
      </w:r>
    </w:p>
    <w:p>
      <w:pPr>
        <w:spacing w:after="40"/>
      </w:pPr>
      <w:r>
        <w:t>[41] Catalog: Find outliers (operation catalog, gp_outliers). Anselin local Moran’s I: HH, LL clusters and HL, LH outliers. ArcGIS: Find Outliers, Cluster and Outlier Analysis (Anselin Local Moran’s I). (id gp_outliers)</w:t>
      </w:r>
    </w:p>
    <w:p>
      <w:pPr>
        <w:spacing w:after="40"/>
      </w:pPr>
      <w:r>
        <w:t>[42] Plan: Local morans i of Service areas (the Start plan's candidate c_82c4828c335b). Local Moran's I maps clusters and outliers of 'population'. (id 8966c973-8846-4a37-90ad-665c80260ba6:c_82c4828c335b)</w:t>
      </w:r>
    </w:p>
    <w:p>
      <w:pPr>
        <w:spacing w:after="40"/>
      </w:pPr>
      <w:r>
        <w:t>[43] Tool result: gp_outliers, step 0. Find outliers: 1 layer saved: Find outliers: Service areas (24 features). (id ebdb002d-2e5b-42ca-870b-a29352cb798d:0)</w:t>
      </w:r>
    </w:p>
    <w:p>
      <w:pPr>
        <w:spacing w:after="40"/>
      </w:pPr>
      <w:r>
        <w:t>[44] Catalog: Repeat and near repeat classification (operation catalog, gp_near_repeat). Classify incidents as originators, repeats (same place) or near repeats within a distance and time window, with a Knox test table. ArcGIS: Repeat and Near Repeat Classification, Near Repeat Calculator. (id gp_near_repeat)</w:t>
      </w:r>
    </w:p>
    <w:p>
      <w:pPr>
        <w:spacing w:after="40"/>
      </w:pPr>
      <w:r>
        <w:t>[45] Plan: Near repeat of ATM faults (the Start plan's candidate c_0525e54ffa77). Near repeat analysis tests whether ATM faults close in space also follow each other within 18 days. (id 8966c973-8846-4a37-90ad-665c80260ba6:c_0525e54ffa77)</w:t>
      </w:r>
    </w:p>
    <w:p>
      <w:pPr>
        <w:spacing w:after="40"/>
      </w:pPr>
      <w:r>
        <w:t>[46] Tool result: gp_near_repeat, step 0. Repeat and near repeat classification: 1 layer saved: Repeat and near repeat classification: ATM faults (650 features). (id decafdf2-8712-4857-a4f0-3ed34c0aec6c:0)</w:t>
      </w:r>
    </w:p>
    <w:p>
      <w:pPr>
        <w:spacing w:after="40"/>
      </w:pPr>
      <w:r>
        <w:t>[47] Rendering: Map: Emerging hot spots: ATM faults (id 76ee6f37-74c8-4c56-85ba-bc6f47108994)</w:t>
      </w:r>
    </w:p>
    <w:p>
      <w:pPr>
        <w:spacing w:after="40"/>
      </w:pPr>
      <w:r>
        <w:t>[48] Rendering: Map: Emerging hot spots: New customer accounts (id 09264e18-ba78-46fb-a2ce-7ab906f160d8)</w:t>
      </w:r>
    </w:p>
    <w:p>
      <w:pPr>
        <w:spacing w:after="40"/>
      </w:pPr>
      <w:r>
        <w:t>[49] Rendering: Map: Summarize within: Service areas (id ef256995-4467-474b-80ab-8a608ad3fd72)</w:t>
      </w:r>
    </w:p>
    <w:p>
      <w:pPr>
        <w:spacing w:after="40"/>
      </w:pPr>
      <w:r>
        <w:t>[50] Rendering: Map: Summarize within: Service areas (id 35df054b-4186-4e03-a63c-67a7f2baaa23)</w:t>
      </w:r>
    </w:p>
    <w:p>
      <w:pPr>
        <w:spacing w:after="40"/>
      </w:pPr>
      <w:r>
        <w:t>[51] Rendering: Map: Summarize within: Service areas (id 6fbc5d26-341e-436b-b24d-678ad5b8ef4b)</w:t>
      </w:r>
    </w:p>
    <w:p>
      <w:pPr>
        <w:spacing w:after="40"/>
      </w:pPr>
      <w:r>
        <w:t>[52] Rendering: Map: Service areas by population (id b341088d-2db3-4a29-8635-157f59123b60)</w:t>
      </w:r>
    </w:p>
    <w:p>
      <w:pPr>
        <w:spacing w:after="40"/>
      </w:pPr>
      <w:r>
        <w:t>[53] Rendering: Map: Hot spot analysis: ATM faults (id b6494a6c-b71f-443e-b39b-2d54712e5f62)</w:t>
      </w:r>
    </w:p>
    <w:p>
      <w:pPr>
        <w:spacing w:after="40"/>
      </w:pPr>
      <w:r>
        <w:t>[54] Rendering: Map: Hot spot analysis: ATMs (id ca6b7c1c-7a7b-4dc0-96b2-9562dc7d9dda)</w:t>
      </w:r>
    </w:p>
    <w:p>
      <w:pPr>
        <w:spacing w:after="40"/>
      </w:pPr>
      <w:r>
        <w:t>[55] Rendering: Map: Hot spot analysis: Branches (id 71bb9dc5-68ce-41c3-b0e3-97c35130725d)</w:t>
      </w:r>
    </w:p>
    <w:p>
      <w:pPr>
        <w:spacing w:after="40"/>
      </w:pPr>
      <w:r>
        <w:t>[56] Rendering: Map: Calculate density: ATM faults (id 61e8469a-ca23-498c-a844-56c1eb1808e4)</w:t>
      </w:r>
    </w:p>
    <w:p>
      <w:pPr>
        <w:spacing w:after="40"/>
      </w:pPr>
      <w:r>
        <w:t>[57] Rendering: Map: Calculate density: ATMs (id 050ba628-bb1f-487e-a378-542769c03674)</w:t>
      </w:r>
    </w:p>
    <w:p>
      <w:pPr>
        <w:spacing w:after="40"/>
      </w:pPr>
      <w:r>
        <w:t>[58] Rendering: Map: Calculate density: Branches (id 2bb0e1f9-4b39-400e-8731-95ab5d3eb007)</w:t>
      </w:r>
    </w:p>
    <w:p>
      <w:pPr>
        <w:spacing w:after="40"/>
      </w:pPr>
      <w:r>
        <w:t>[59] Rendering: Map: Find point clusters: ATM faults (id 4a3ddce9-b286-4982-b29f-e520074e1420)</w:t>
      </w:r>
    </w:p>
    <w:p>
      <w:pPr>
        <w:spacing w:after="40"/>
      </w:pPr>
      <w:r>
        <w:t>[60] Rendering: Map: Find point clusters: cluster hulls (id 60fbd3c3-41cf-4188-af84-ac3eb9ec45f4)</w:t>
      </w:r>
    </w:p>
    <w:p>
      <w:pPr>
        <w:spacing w:after="40"/>
      </w:pPr>
      <w:r>
        <w:t>[61] Rendering: Map: Find point clusters: ATMs (id f933545e-ee47-43ac-8a7c-7f5ab4f3a26a)</w:t>
      </w:r>
    </w:p>
    <w:p>
      <w:pPr>
        <w:spacing w:after="40"/>
      </w:pPr>
      <w:r>
        <w:t>[62] Rendering: Map: Find point clusters: cluster hulls (id 712b47f2-0a18-4783-bd5f-42b3ab911373)</w:t>
      </w:r>
    </w:p>
    <w:p>
      <w:pPr>
        <w:spacing w:after="40"/>
      </w:pPr>
      <w:r>
        <w:t>[63] Rendering: Map: Find point clusters: Branches (id baa9825c-0a0a-41a0-8deb-28d4fe342b5d)</w:t>
      </w:r>
    </w:p>
    <w:p>
      <w:pPr>
        <w:spacing w:after="40"/>
      </w:pPr>
      <w:r>
        <w:t>[64] Rendering: Map: Find point clusters: cluster hulls (id b7e4a16c-e3ce-489f-8e8e-7709e70f30c5)</w:t>
      </w:r>
    </w:p>
    <w:p>
      <w:pPr>
        <w:spacing w:after="40"/>
      </w:pPr>
      <w:r>
        <w:t>[65] Rendering: Map: Find outliers: Service areas (id 097cd92c-bdca-494e-8c39-c6c9f8f013ff)</w:t>
      </w:r>
    </w:p>
    <w:p>
      <w:pPr>
        <w:spacing w:after="40"/>
      </w:pPr>
      <w:r>
        <w:t>[66] Rendering: Map: Repeat and near repeat classification: ATM faults (id c50405e6-0141-4a62-a6fa-302fdbda1f8e)</w:t>
      </w:r>
    </w:p>
    <w:p>
      <w:pPr>
        <w:spacing w:after="40"/>
      </w:pPr>
      <w:r>
        <w:t>[67] Rendering: Chart: ATM faults over time (reported_at). 108 rows (id 7e58d05f-f91f-4b43-b9a7-53ede05aab3c)</w:t>
      </w:r>
    </w:p>
    <w:p>
      <w:pPr>
        <w:spacing w:after="40"/>
      </w:pPr>
      <w:r>
        <w:t>[68] Rendering: Chart: Transactions by area and month over time (month). 18 rows (id 43d54876-a680-44f0-8807-97d30add6c7b)</w:t>
      </w:r>
    </w:p>
    <w:p>
      <w:pPr>
        <w:spacing w:after="40"/>
      </w:pPr>
      <w:r>
        <w:t>[69] Rendering: Chart: Emerging hot spots: ATM faults. 8 rows (id 05240352-4094-459b-93b9-b0b39ff66388)</w:t>
      </w:r>
    </w:p>
    <w:p>
      <w:pPr>
        <w:spacing w:after="40"/>
      </w:pPr>
      <w:r>
        <w:t>[70] Rendering: Chart: Emerging hot spots: New customer accounts. 8 rows (id d171a240-e329-4555-b7f7-dd2e1a4eb630)</w:t>
      </w:r>
    </w:p>
    <w:p>
      <w:pPr>
        <w:spacing w:after="40"/>
      </w:pPr>
      <w:r>
        <w:t>[71] Rendering: Chart: Summarize within: Service areas. 6 rows (id 34d3fffd-c931-4253-8f1c-b9a3d02f33a2)</w:t>
      </w:r>
    </w:p>
    <w:p>
      <w:pPr>
        <w:spacing w:after="40"/>
      </w:pPr>
      <w:r>
        <w:t>[72] Rendering: Chart: Summarize within: Service areas. 6 rows (id cfdf43ab-0f4b-483a-b49f-f59ae44a4cb6)</w:t>
      </w:r>
    </w:p>
    <w:p>
      <w:pPr>
        <w:spacing w:after="40"/>
      </w:pPr>
      <w:r>
        <w:t>[73] Rendering: Chart: Summarize within: Service areas. 6 rows (id 102d8194-390f-4002-a602-f35d93571a68)</w:t>
      </w:r>
    </w:p>
    <w:p>
      <w:pPr>
        <w:spacing w:after="40"/>
      </w:pPr>
      <w:r>
        <w:t>[74] Rendering: Chart: Hot spot analysis: ATM faults. 16 rows (id afea17ba-ef2f-4c29-a788-e9eb93790b0a)</w:t>
      </w:r>
    </w:p>
    <w:p>
      <w:pPr>
        <w:spacing w:after="40"/>
      </w:pPr>
      <w:r>
        <w:t>[75] Rendering: Chart: Hot spot analysis: ATMs. 9 rows (id 06f70b45-9da8-41dd-b783-99cdc39a5ed1)</w:t>
      </w:r>
    </w:p>
    <w:p>
      <w:pPr>
        <w:spacing w:after="40"/>
      </w:pPr>
      <w:r>
        <w:t>[76] Rendering: Chart: Hot spot analysis: Branches. 5 rows (id 8dac2f16-e156-4c0c-a3bc-1abdd53acf19)</w:t>
      </w:r>
    </w:p>
    <w:p>
      <w:pPr>
        <w:spacing w:after="40"/>
      </w:pPr>
      <w:r>
        <w:t>[77] Rendering: Chart: Calculate density: ATM faults. 12 rows (id 5300cc79-ddc9-4789-ba0e-8117219edc08)</w:t>
      </w:r>
    </w:p>
    <w:p>
      <w:pPr>
        <w:spacing w:after="40"/>
      </w:pPr>
      <w:r>
        <w:t>[78] Rendering: Chart: Calculate density: ATMs. 10 rows (id 85a5ca6f-877a-4152-ad20-9962042d8773)</w:t>
      </w:r>
    </w:p>
    <w:p>
      <w:pPr>
        <w:spacing w:after="40"/>
      </w:pPr>
      <w:r>
        <w:t>[79] Rendering: Chart: Calculate density: Branches. 8 rows (id a4e1be4d-2170-4fa2-8eaf-e621a6e88889)</w:t>
      </w:r>
    </w:p>
    <w:p>
      <w:pPr>
        <w:spacing w:after="40"/>
      </w:pPr>
      <w:r>
        <w:t>[80] Rendering: Chart: Find point clusters: ATM faults. 15 rows (id 7475dab8-8ac2-451a-896a-2cba2b21ceb0)</w:t>
      </w:r>
    </w:p>
    <w:p>
      <w:pPr>
        <w:spacing w:after="40"/>
      </w:pPr>
      <w:r>
        <w:t>[81] Rendering: Chart: Find point clusters: cluster hulls. 14 rows (id 050ea633-9bb7-4f6f-b729-e48e19e2f29f)</w:t>
      </w:r>
    </w:p>
    <w:p>
      <w:pPr>
        <w:spacing w:after="40"/>
      </w:pPr>
      <w:r>
        <w:t>[82] Rendering: Chart: Find point clusters: ATMs. 1 rows (id 0a6689e7-beeb-407c-a93a-968bb7b5fd18)</w:t>
      </w:r>
    </w:p>
    <w:p>
      <w:pPr>
        <w:spacing w:after="40"/>
      </w:pPr>
      <w:r>
        <w:t>[83] Rendering: Chart: Find point clusters: cluster hulls. 1 rows (id b2c962a7-8efd-4811-b98b-b95c07a42f91)</w:t>
      </w:r>
    </w:p>
    <w:p>
      <w:pPr>
        <w:spacing w:after="40"/>
      </w:pPr>
      <w:r>
        <w:t>[84] Rendering: Chart: Find point clusters: Branches. 1 rows (id 51e26a99-7c7f-4f46-b42b-db4446790e9b)</w:t>
      </w:r>
    </w:p>
    <w:p>
      <w:pPr>
        <w:spacing w:after="40"/>
      </w:pPr>
      <w:r>
        <w:t>[85] Rendering: Chart: Find point clusters: cluster hulls. 1 rows (id 74c8188c-0eb1-4132-b48c-c6f932d42986)</w:t>
      </w:r>
    </w:p>
    <w:p>
      <w:pPr>
        <w:spacing w:after="40"/>
      </w:pPr>
      <w:r>
        <w:t>[86] Rendering: Chart: Find outliers: Service areas. 24 rows (id 685cf60b-64b0-4c10-abc0-8d35b5d3fe39)</w:t>
      </w:r>
    </w:p>
    <w:p>
      <w:pPr>
        <w:spacing w:after="40"/>
      </w:pPr>
      <w:r>
        <w:t>[87] Rendering: Chart: Repeat and near repeat classification: ATM faults. 108 rows (id 5fedd8da-8a3c-43d9-b089-3ef291f6037b)</w:t>
      </w:r>
    </w:p>
    <w:p>
      <w:pPr>
        <w:spacing w:after="40"/>
      </w:pPr>
      <w:r>
        <w:t>[88] Rendering: Chart: Repeat and near repeat classification: ATM faults over time. 108 rows (id 39e30229-db4d-4477-9cf4-6a0e357a9214)</w:t>
      </w:r>
    </w:p>
    <w:p>
      <w:pPr>
        <w:spacing w:after="40"/>
      </w:pPr>
      <w:r>
        <w:t>[89] Rendering: Chart: Find point clusters: ATM faults over time. 108 rows (id 15d42b9c-5969-49e7-92a7-e2d8d7ee3bed)</w:t>
      </w:r>
    </w:p>
    <w:p>
      <w:pPr>
        <w:spacing w:after="40"/>
      </w:pPr>
      <w:r>
        <w:t>[90] Dataset: Branches. vector, 30 rows (id 723808dc-deb7-4f84-8a71-4d9971c7481d)</w:t>
      </w:r>
    </w:p>
    <w:p>
      <w:pPr>
        <w:spacing w:after="40"/>
      </w:pPr>
      <w:r>
        <w:t>[91] Dataset: ATMs. vector, 140 rows (id 67e0988a-c269-4f42-9feb-d3f8cc8e6cce)</w:t>
      </w:r>
    </w:p>
    <w:p>
      <w:pPr>
        <w:spacing w:after="40"/>
      </w:pPr>
      <w:r>
        <w:t>[92] Dataset: Service areas. vector, 24 rows (id edb72b32-4d2f-4324-82c3-07d95a35855a)</w:t>
      </w:r>
    </w:p>
    <w:p>
      <w:pPr>
        <w:spacing w:after="40"/>
      </w:pPr>
      <w:r>
        <w:t>[93] Dataset: Business clients. vector, 259 rows (id fc7b0810-e2b6-4b63-b451-6145da616183)</w:t>
      </w:r>
    </w:p>
    <w:p>
      <w:pPr>
        <w:spacing w:after="40"/>
      </w:pPr>
      <w:r>
        <w:t>[94] Dataset: Competitor branches. vector, 80 rows (id dc85622c-0f83-43c4-b78a-de81f9514dc0)</w:t>
      </w:r>
    </w:p>
    <w:p>
      <w:pPr>
        <w:spacing w:after="40"/>
      </w:pPr>
      <w:r>
        <w:t>[95] Dataset: Branch targets. table, 90 rows (id 1805a967-c33f-4bec-bae7-33ddb672f5c2)</w:t>
      </w:r>
    </w:p>
    <w:p>
      <w:pPr>
        <w:spacing w:after="40"/>
      </w:pPr>
      <w:r>
        <w:t>[96] Dataset: Suburban rail lines. vector, 3 rows (id be0b9524-ec6b-46e9-8d03-12477e584565)</w:t>
      </w:r>
    </w:p>
    <w:p>
      <w:pPr>
        <w:spacing w:after="40"/>
      </w:pPr>
      <w:r>
        <w:t>[97] Dataset: Branch network strategy memo. document, ? rows (id a09d49c1-003f-46cd-89de-81aa969e1f47)</w:t>
      </w:r>
    </w:p>
    <w:p>
      <w:pPr>
        <w:spacing w:after="40"/>
      </w:pPr>
      <w:r>
        <w:t>[98] Record: Sample: Banking, Mumbai (id 36cc8b7b-aabc-4b71-981b-a2c53e8f31ad)</w:t>
      </w:r>
    </w:p>
    <w:p>
      <w:pPr>
        <w:spacing w:after="40"/>
      </w:pPr>
      <w:r>
        <w:t>[99] Layer: Emerging hot spots: ATM faults. 84 features (id 7a9e76b7-6a9c-4142-9b1b-2ba16950826e)</w:t>
      </w:r>
    </w:p>
    <w:p>
      <w:pPr>
        <w:spacing w:after="40"/>
      </w:pPr>
      <w:r>
        <w:t>[100] Layer: Emerging hot spots: New customer accounts. 106 features (id d2737b97-6e34-4724-9cc1-4fc26dc27ef0)</w:t>
      </w:r>
    </w:p>
    <w:p>
      <w:pPr>
        <w:spacing w:after="40"/>
      </w:pPr>
      <w:r>
        <w:t>[101] Layer: Summarize within: Service areas. 24 features (id 82ed72b3-93b8-44f3-aed9-b04c683016ac)</w:t>
      </w:r>
    </w:p>
    <w:p>
      <w:pPr>
        <w:spacing w:after="40"/>
      </w:pPr>
      <w:r>
        <w:t>[102] Layer: Summarize within: Service areas. 24 features (id 65d1f682-3dbc-430d-9611-73e246f61c59)</w:t>
      </w:r>
    </w:p>
    <w:p>
      <w:pPr>
        <w:spacing w:after="40"/>
      </w:pPr>
      <w:r>
        <w:t>[103] Layer: Summarize within: Service areas. 24 features (id b0085626-4a10-4142-a439-fee139d0d654)</w:t>
      </w:r>
    </w:p>
    <w:p>
      <w:pPr>
        <w:spacing w:after="40"/>
      </w:pPr>
      <w:r>
        <w:t>[104] Layer: Hot spot analysis: ATM faults. 240 features (id 2f93886f-42ab-46e3-9a7f-1af360604373)</w:t>
      </w:r>
    </w:p>
    <w:p>
      <w:pPr>
        <w:spacing w:after="40"/>
      </w:pPr>
      <w:r>
        <w:t>[105] Layer: Hot spot analysis: ATMs. 68 features (id a1c55487-2858-4142-ad20-bd6b5d7310eb)</w:t>
      </w:r>
    </w:p>
    <w:p>
      <w:pPr>
        <w:spacing w:after="40"/>
      </w:pPr>
      <w:r>
        <w:t>[106] Layer: Hot spot analysis: Branches. 16 features (id 35e39240-1bef-45a6-a63c-a0d865426146)</w:t>
      </w:r>
    </w:p>
    <w:p>
      <w:pPr>
        <w:spacing w:after="40"/>
      </w:pPr>
      <w:r>
        <w:t>[107] Layer: Calculate density: ATM faults. 1,893 features (id 8c0ee5b1-c9d1-478d-b5b1-c98fa86bd9f8)</w:t>
      </w:r>
    </w:p>
    <w:p>
      <w:pPr>
        <w:spacing w:after="40"/>
      </w:pPr>
      <w:r>
        <w:t>[108] Layer: Calculate density: ATMs. 459 features (id f79c3fc8-1034-4abe-a828-0eb4004201cd)</w:t>
      </w:r>
    </w:p>
    <w:p>
      <w:pPr>
        <w:spacing w:after="40"/>
      </w:pPr>
      <w:r>
        <w:t>[109] Layer: Calculate density: Branches. 88 features (id 1902ddf0-4227-4a92-ac7c-939bc604a5b3)</w:t>
      </w:r>
    </w:p>
    <w:p>
      <w:pPr>
        <w:spacing w:after="40"/>
      </w:pPr>
      <w:r>
        <w:t>[110] Layer: Find point clusters: ATM faults. 650 features (id 05658f04-f9ea-4c40-a4c5-30b7e4e77625)</w:t>
      </w:r>
    </w:p>
    <w:p>
      <w:pPr>
        <w:spacing w:after="40"/>
      </w:pPr>
      <w:r>
        <w:t>[111] Layer: Find point clusters: cluster hulls. 14 features (id de772841-b4f1-4f69-8eba-cfe862a45c01)</w:t>
      </w:r>
    </w:p>
    <w:p>
      <w:pPr>
        <w:spacing w:after="40"/>
      </w:pPr>
      <w:r>
        <w:t>[112] Layer: Find point clusters: ATMs. 140 features (id 4db94fe3-4761-4f5a-9ec9-577c48d7d13a)</w:t>
      </w:r>
    </w:p>
    <w:p>
      <w:pPr>
        <w:spacing w:after="40"/>
      </w:pPr>
      <w:r>
        <w:t>[113] Layer: Find point clusters: cluster hulls. 1 features (id a0af9a60-4b16-4861-a4d6-0aac7ae08c50)</w:t>
      </w:r>
    </w:p>
    <w:p>
      <w:pPr>
        <w:spacing w:after="40"/>
      </w:pPr>
      <w:r>
        <w:t>[114] Layer: Find point clusters: Branches. 30 features (id 139f426e-3703-4fb2-818e-11512ded6292)</w:t>
      </w:r>
    </w:p>
    <w:p>
      <w:pPr>
        <w:spacing w:after="40"/>
      </w:pPr>
      <w:r>
        <w:t>[115] Layer: Find point clusters: cluster hulls. 1 features (id 8dc3f93c-e454-4aa6-a12a-36f3ccd4a02a)</w:t>
      </w:r>
    </w:p>
    <w:p>
      <w:pPr>
        <w:spacing w:after="40"/>
      </w:pPr>
      <w:r>
        <w:t>[116] Layer: Find outliers: Service areas. 24 features (id 02024e38-4d51-481d-a141-856333b7c347)</w:t>
      </w:r>
    </w:p>
    <w:p>
      <w:pPr>
        <w:spacing w:after="40"/>
      </w:pPr>
      <w:r>
        <w:t>[117] Layer: Repeat and near repeat classification: ATM faults. 650 features (id c209894e-f1ec-4882-a054-494986b09a69)</w:t>
      </w:r>
    </w:p>
    <w:p>
      <w:pPr>
        <w:pStyle w:val="Heading1"/>
      </w:pPr>
      <w:r>
        <w:t>Appendix: the data behind the charts</w:t>
      </w:r>
    </w:p>
    <w:p>
      <w:pPr>
        <w:pStyle w:val="Heading2"/>
      </w:pPr>
      <w:r>
        <w:t>Figure 1. Timeline: events per month by dataset [1]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New customer accounts</w:t>
            </w:r>
          </w:p>
        </w:tc>
        <w:tc>
          <w:tcPr>
            <w:tcW w:type="dxa" w:w="2880"/>
          </w:tcPr>
          <w:p>
            <w:r>
              <w:t>93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ATM faults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2025-04-01</w:t>
            </w:r>
          </w:p>
        </w:tc>
        <w:tc>
          <w:tcPr>
            <w:tcW w:type="dxa" w:w="2880"/>
          </w:tcPr>
          <w:p>
            <w:r>
              <w:t>Transactions by area and month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New customer accounts</w:t>
            </w:r>
          </w:p>
        </w:tc>
        <w:tc>
          <w:tcPr>
            <w:tcW w:type="dxa" w:w="2880"/>
          </w:tcPr>
          <w:p>
            <w:r>
              <w:t>89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ATM faults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2025-05-01</w:t>
            </w:r>
          </w:p>
        </w:tc>
        <w:tc>
          <w:tcPr>
            <w:tcW w:type="dxa" w:w="2880"/>
          </w:tcPr>
          <w:p>
            <w:r>
              <w:t>Transactions by area and month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New customer accounts</w:t>
            </w:r>
          </w:p>
        </w:tc>
        <w:tc>
          <w:tcPr>
            <w:tcW w:type="dxa" w:w="2880"/>
          </w:tcPr>
          <w:p>
            <w:r>
              <w:t>98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ATM faults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2025-06-01</w:t>
            </w:r>
          </w:p>
        </w:tc>
        <w:tc>
          <w:tcPr>
            <w:tcW w:type="dxa" w:w="2880"/>
          </w:tcPr>
          <w:p>
            <w:r>
              <w:t>Transactions by area and month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New customer accounts</w:t>
            </w:r>
          </w:p>
        </w:tc>
        <w:tc>
          <w:tcPr>
            <w:tcW w:type="dxa" w:w="2880"/>
          </w:tcPr>
          <w:p>
            <w:r>
              <w:t>97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ATM faults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2025-07-01</w:t>
            </w:r>
          </w:p>
        </w:tc>
        <w:tc>
          <w:tcPr>
            <w:tcW w:type="dxa" w:w="2880"/>
          </w:tcPr>
          <w:p>
            <w:r>
              <w:t>Transactions by area and month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New customer accounts</w:t>
            </w:r>
          </w:p>
        </w:tc>
        <w:tc>
          <w:tcPr>
            <w:tcW w:type="dxa" w:w="2880"/>
          </w:tcPr>
          <w:p>
            <w:r>
              <w:t>78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ATM faults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2025-08-01</w:t>
            </w:r>
          </w:p>
        </w:tc>
        <w:tc>
          <w:tcPr>
            <w:tcW w:type="dxa" w:w="2880"/>
          </w:tcPr>
          <w:p>
            <w:r>
              <w:t>Transactions by area and month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New customer accounts</w:t>
            </w:r>
          </w:p>
        </w:tc>
        <w:tc>
          <w:tcPr>
            <w:tcW w:type="dxa" w:w="2880"/>
          </w:tcPr>
          <w:p>
            <w:r>
              <w:t>106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ATM faults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2025-09-01</w:t>
            </w:r>
          </w:p>
        </w:tc>
        <w:tc>
          <w:tcPr>
            <w:tcW w:type="dxa" w:w="2880"/>
          </w:tcPr>
          <w:p>
            <w:r>
              <w:t>Transactions by area and month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New customer accounts</w:t>
            </w:r>
          </w:p>
        </w:tc>
        <w:tc>
          <w:tcPr>
            <w:tcW w:type="dxa" w:w="2880"/>
          </w:tcPr>
          <w:p>
            <w:r>
              <w:t>109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ATM faults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2025-10-01</w:t>
            </w:r>
          </w:p>
        </w:tc>
        <w:tc>
          <w:tcPr>
            <w:tcW w:type="dxa" w:w="2880"/>
          </w:tcPr>
          <w:p>
            <w:r>
              <w:t>Transactions by area and month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New customer accounts</w:t>
            </w:r>
          </w:p>
        </w:tc>
        <w:tc>
          <w:tcPr>
            <w:tcW w:type="dxa" w:w="2880"/>
          </w:tcPr>
          <w:p>
            <w:r>
              <w:t>105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ATM faults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2025-11-01</w:t>
            </w:r>
          </w:p>
        </w:tc>
        <w:tc>
          <w:tcPr>
            <w:tcW w:type="dxa" w:w="2880"/>
          </w:tcPr>
          <w:p>
            <w:r>
              <w:t>Transactions by area and month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New customer accounts</w:t>
            </w:r>
          </w:p>
        </w:tc>
        <w:tc>
          <w:tcPr>
            <w:tcW w:type="dxa" w:w="2880"/>
          </w:tcPr>
          <w:p>
            <w:r>
              <w:t>111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ATM faults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2025-12-01</w:t>
            </w:r>
          </w:p>
        </w:tc>
        <w:tc>
          <w:tcPr>
            <w:tcW w:type="dxa" w:w="2880"/>
          </w:tcPr>
          <w:p>
            <w:r>
              <w:t>Transactions by area and month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New customer accounts</w:t>
            </w:r>
          </w:p>
        </w:tc>
        <w:tc>
          <w:tcPr>
            <w:tcW w:type="dxa" w:w="2880"/>
          </w:tcPr>
          <w:p>
            <w:r>
              <w:t>114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ATM faults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2026-01-01</w:t>
            </w:r>
          </w:p>
        </w:tc>
        <w:tc>
          <w:tcPr>
            <w:tcW w:type="dxa" w:w="2880"/>
          </w:tcPr>
          <w:p>
            <w:r>
              <w:t>Transactions by area and month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New customer accounts</w:t>
            </w:r>
          </w:p>
        </w:tc>
        <w:tc>
          <w:tcPr>
            <w:tcW w:type="dxa" w:w="2880"/>
          </w:tcPr>
          <w:p>
            <w:r>
              <w:t>88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ATM faults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2026-02-01</w:t>
            </w:r>
          </w:p>
        </w:tc>
        <w:tc>
          <w:tcPr>
            <w:tcW w:type="dxa" w:w="2880"/>
          </w:tcPr>
          <w:p>
            <w:r>
              <w:t>Transactions by area and month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New customer accounts</w:t>
            </w:r>
          </w:p>
        </w:tc>
        <w:tc>
          <w:tcPr>
            <w:tcW w:type="dxa" w:w="2880"/>
          </w:tcPr>
          <w:p>
            <w:r>
              <w:t>106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ATM faults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2026-03-01</w:t>
            </w:r>
          </w:p>
        </w:tc>
        <w:tc>
          <w:tcPr>
            <w:tcW w:type="dxa" w:w="2880"/>
          </w:tcPr>
          <w:p>
            <w:r>
              <w:t>Transactions by area and month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New customer accounts</w:t>
            </w:r>
          </w:p>
        </w:tc>
        <w:tc>
          <w:tcPr>
            <w:tcW w:type="dxa" w:w="2880"/>
          </w:tcPr>
          <w:p>
            <w:r>
              <w:t>133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ATM faults</w:t>
            </w:r>
          </w:p>
        </w:tc>
        <w:tc>
          <w:tcPr>
            <w:tcW w:type="dxa" w:w="2880"/>
          </w:tcPr>
          <w:p>
            <w:r>
              <w:t>101</w:t>
            </w:r>
          </w:p>
        </w:tc>
      </w:tr>
      <w:tr>
        <w:tc>
          <w:tcPr>
            <w:tcW w:type="dxa" w:w="2880"/>
          </w:tcPr>
          <w:p>
            <w:r>
              <w:t>2026-04-01</w:t>
            </w:r>
          </w:p>
        </w:tc>
        <w:tc>
          <w:tcPr>
            <w:tcW w:type="dxa" w:w="2880"/>
          </w:tcPr>
          <w:p>
            <w:r>
              <w:t>Transactions by area and month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New customer accounts</w:t>
            </w:r>
          </w:p>
        </w:tc>
        <w:tc>
          <w:tcPr>
            <w:tcW w:type="dxa" w:w="2880"/>
          </w:tcPr>
          <w:p>
            <w:r>
              <w:t>118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ATM faults</w:t>
            </w:r>
          </w:p>
        </w:tc>
        <w:tc>
          <w:tcPr>
            <w:tcW w:type="dxa" w:w="2880"/>
          </w:tcPr>
          <w:p>
            <w:r>
              <w:t>115</w:t>
            </w:r>
          </w:p>
        </w:tc>
      </w:tr>
      <w:tr>
        <w:tc>
          <w:tcPr>
            <w:tcW w:type="dxa" w:w="2880"/>
          </w:tcPr>
          <w:p>
            <w:r>
              <w:t>2026-05-01</w:t>
            </w:r>
          </w:p>
        </w:tc>
        <w:tc>
          <w:tcPr>
            <w:tcW w:type="dxa" w:w="2880"/>
          </w:tcPr>
          <w:p>
            <w:r>
              <w:t>Transactions by area and month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New customer accounts</w:t>
            </w:r>
          </w:p>
        </w:tc>
        <w:tc>
          <w:tcPr>
            <w:tcW w:type="dxa" w:w="2880"/>
          </w:tcPr>
          <w:p>
            <w:r>
              <w:t>121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ATM faults</w:t>
            </w:r>
          </w:p>
        </w:tc>
        <w:tc>
          <w:tcPr>
            <w:tcW w:type="dxa" w:w="2880"/>
          </w:tcPr>
          <w:p>
            <w:r>
              <w:t>100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Transactions by area and month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New customer accounts</w:t>
            </w:r>
          </w:p>
        </w:tc>
        <w:tc>
          <w:tcPr>
            <w:tcW w:type="dxa" w:w="2880"/>
          </w:tcPr>
          <w:p>
            <w:r>
              <w:t>130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ATM faults</w:t>
            </w:r>
          </w:p>
        </w:tc>
        <w:tc>
          <w:tcPr>
            <w:tcW w:type="dxa" w:w="2880"/>
          </w:tcPr>
          <w:p>
            <w:r>
              <w:t>116</w:t>
            </w:r>
          </w:p>
        </w:tc>
      </w:tr>
      <w:tr>
        <w:tc>
          <w:tcPr>
            <w:tcW w:type="dxa" w:w="2880"/>
          </w:tcPr>
          <w:p>
            <w:r>
              <w:t>2026-07-01</w:t>
            </w:r>
          </w:p>
        </w:tc>
        <w:tc>
          <w:tcPr>
            <w:tcW w:type="dxa" w:w="2880"/>
          </w:tcPr>
          <w:p>
            <w:r>
              <w:t>Transactions by area and month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New customer accounts</w:t>
            </w:r>
          </w:p>
        </w:tc>
        <w:tc>
          <w:tcPr>
            <w:tcW w:type="dxa" w:w="2880"/>
          </w:tcPr>
          <w:p>
            <w:r>
              <w:t>150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ATM faults</w:t>
            </w:r>
          </w:p>
        </w:tc>
        <w:tc>
          <w:tcPr>
            <w:tcW w:type="dxa" w:w="2880"/>
          </w:tcPr>
          <w:p>
            <w:r>
              <w:t>119</w:t>
            </w:r>
          </w:p>
        </w:tc>
      </w:tr>
      <w:tr>
        <w:tc>
          <w:tcPr>
            <w:tcW w:type="dxa" w:w="2880"/>
          </w:tcPr>
          <w:p>
            <w:r>
              <w:t>2026-08-01</w:t>
            </w:r>
          </w:p>
        </w:tc>
        <w:tc>
          <w:tcPr>
            <w:tcW w:type="dxa" w:w="2880"/>
          </w:tcPr>
          <w:p>
            <w:r>
              <w:t>Transactions by area and month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New customer accounts</w:t>
            </w:r>
          </w:p>
        </w:tc>
        <w:tc>
          <w:tcPr>
            <w:tcW w:type="dxa" w:w="2880"/>
          </w:tcPr>
          <w:p>
            <w:r>
              <w:t>125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ATM faults</w:t>
            </w:r>
          </w:p>
        </w:tc>
        <w:tc>
          <w:tcPr>
            <w:tcW w:type="dxa" w:w="2880"/>
          </w:tcPr>
          <w:p>
            <w:r>
              <w:t>99</w:t>
            </w:r>
          </w:p>
        </w:tc>
      </w:tr>
      <w:tr>
        <w:tc>
          <w:tcPr>
            <w:tcW w:type="dxa" w:w="2880"/>
          </w:tcPr>
          <w:p>
            <w:r>
              <w:t>2026-09-01</w:t>
            </w:r>
          </w:p>
        </w:tc>
        <w:tc>
          <w:tcPr>
            <w:tcW w:type="dxa" w:w="2880"/>
          </w:tcPr>
          <w:p>
            <w:r>
              <w:t>Transactions by area and month</w:t>
            </w:r>
          </w:p>
        </w:tc>
        <w:tc>
          <w:tcPr>
            <w:tcW w:type="dxa" w:w="2880"/>
          </w:tcPr>
          <w:p>
            <w:r>
              <w:t>24</w:t>
            </w:r>
          </w:p>
        </w:tc>
      </w:tr>
    </w:tbl>
    <w:p/>
    <w:p>
      <w:pPr>
        <w:pStyle w:val="Heading2"/>
      </w:pPr>
      <w:r>
        <w:t>Figure 22. ATM faults over time (reported_at) [67]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23. Transactions by area and month over time (month) [68]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period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2025-04-01</w:t>
            </w:r>
          </w:p>
        </w:tc>
        <w:tc>
          <w:tcPr>
            <w:tcW w:type="dxa" w:w="4320"/>
          </w:tcPr>
          <w:p>
            <w:r>
              <w:t>3,954</w:t>
            </w:r>
          </w:p>
        </w:tc>
      </w:tr>
      <w:tr>
        <w:tc>
          <w:tcPr>
            <w:tcW w:type="dxa" w:w="4320"/>
          </w:tcPr>
          <w:p>
            <w:r>
              <w:t>2025-05-01</w:t>
            </w:r>
          </w:p>
        </w:tc>
        <w:tc>
          <w:tcPr>
            <w:tcW w:type="dxa" w:w="4320"/>
          </w:tcPr>
          <w:p>
            <w:r>
              <w:t>4,028</w:t>
            </w:r>
          </w:p>
        </w:tc>
      </w:tr>
      <w:tr>
        <w:tc>
          <w:tcPr>
            <w:tcW w:type="dxa" w:w="4320"/>
          </w:tcPr>
          <w:p>
            <w:r>
              <w:t>2025-06-01</w:t>
            </w:r>
          </w:p>
        </w:tc>
        <w:tc>
          <w:tcPr>
            <w:tcW w:type="dxa" w:w="4320"/>
          </w:tcPr>
          <w:p>
            <w:r>
              <w:t>4,107</w:t>
            </w:r>
          </w:p>
        </w:tc>
      </w:tr>
      <w:tr>
        <w:tc>
          <w:tcPr>
            <w:tcW w:type="dxa" w:w="4320"/>
          </w:tcPr>
          <w:p>
            <w:r>
              <w:t>2025-07-01</w:t>
            </w:r>
          </w:p>
        </w:tc>
        <w:tc>
          <w:tcPr>
            <w:tcW w:type="dxa" w:w="4320"/>
          </w:tcPr>
          <w:p>
            <w:r>
              <w:t>4,189</w:t>
            </w:r>
          </w:p>
        </w:tc>
      </w:tr>
      <w:tr>
        <w:tc>
          <w:tcPr>
            <w:tcW w:type="dxa" w:w="4320"/>
          </w:tcPr>
          <w:p>
            <w:r>
              <w:t>2025-08-01</w:t>
            </w:r>
          </w:p>
        </w:tc>
        <w:tc>
          <w:tcPr>
            <w:tcW w:type="dxa" w:w="4320"/>
          </w:tcPr>
          <w:p>
            <w:r>
              <w:t>4,267</w:t>
            </w:r>
          </w:p>
        </w:tc>
      </w:tr>
      <w:tr>
        <w:tc>
          <w:tcPr>
            <w:tcW w:type="dxa" w:w="4320"/>
          </w:tcPr>
          <w:p>
            <w:r>
              <w:t>2025-09-01</w:t>
            </w:r>
          </w:p>
        </w:tc>
        <w:tc>
          <w:tcPr>
            <w:tcW w:type="dxa" w:w="4320"/>
          </w:tcPr>
          <w:p>
            <w:r>
              <w:t>4,351</w:t>
            </w:r>
          </w:p>
        </w:tc>
      </w:tr>
      <w:tr>
        <w:tc>
          <w:tcPr>
            <w:tcW w:type="dxa" w:w="4320"/>
          </w:tcPr>
          <w:p>
            <w:r>
              <w:t>2025-10-01</w:t>
            </w:r>
          </w:p>
        </w:tc>
        <w:tc>
          <w:tcPr>
            <w:tcW w:type="dxa" w:w="4320"/>
          </w:tcPr>
          <w:p>
            <w:r>
              <w:t>4,438</w:t>
            </w:r>
          </w:p>
        </w:tc>
      </w:tr>
      <w:tr>
        <w:tc>
          <w:tcPr>
            <w:tcW w:type="dxa" w:w="4320"/>
          </w:tcPr>
          <w:p>
            <w:r>
              <w:t>2025-11-01</w:t>
            </w:r>
          </w:p>
        </w:tc>
        <w:tc>
          <w:tcPr>
            <w:tcW w:type="dxa" w:w="4320"/>
          </w:tcPr>
          <w:p>
            <w:r>
              <w:t>4,525</w:t>
            </w:r>
          </w:p>
        </w:tc>
      </w:tr>
      <w:tr>
        <w:tc>
          <w:tcPr>
            <w:tcW w:type="dxa" w:w="4320"/>
          </w:tcPr>
          <w:p>
            <w:r>
              <w:t>2025-12-01</w:t>
            </w:r>
          </w:p>
        </w:tc>
        <w:tc>
          <w:tcPr>
            <w:tcW w:type="dxa" w:w="4320"/>
          </w:tcPr>
          <w:p>
            <w:r>
              <w:t>4,618</w:t>
            </w:r>
          </w:p>
        </w:tc>
      </w:tr>
      <w:tr>
        <w:tc>
          <w:tcPr>
            <w:tcW w:type="dxa" w:w="4320"/>
          </w:tcPr>
          <w:p>
            <w:r>
              <w:t>2026-01-01</w:t>
            </w:r>
          </w:p>
        </w:tc>
        <w:tc>
          <w:tcPr>
            <w:tcW w:type="dxa" w:w="4320"/>
          </w:tcPr>
          <w:p>
            <w:r>
              <w:t>4,713</w:t>
            </w:r>
          </w:p>
        </w:tc>
      </w:tr>
      <w:tr>
        <w:tc>
          <w:tcPr>
            <w:tcW w:type="dxa" w:w="4320"/>
          </w:tcPr>
          <w:p>
            <w:r>
              <w:t>2026-02-01</w:t>
            </w:r>
          </w:p>
        </w:tc>
        <w:tc>
          <w:tcPr>
            <w:tcW w:type="dxa" w:w="4320"/>
          </w:tcPr>
          <w:p>
            <w:r>
              <w:t>4,809</w:t>
            </w:r>
          </w:p>
        </w:tc>
      </w:tr>
      <w:tr>
        <w:tc>
          <w:tcPr>
            <w:tcW w:type="dxa" w:w="4320"/>
          </w:tcPr>
          <w:p>
            <w:r>
              <w:t>2026-03-01</w:t>
            </w:r>
          </w:p>
        </w:tc>
        <w:tc>
          <w:tcPr>
            <w:tcW w:type="dxa" w:w="4320"/>
          </w:tcPr>
          <w:p>
            <w:r>
              <w:t>4,909</w:t>
            </w:r>
          </w:p>
        </w:tc>
      </w:tr>
      <w:tr>
        <w:tc>
          <w:tcPr>
            <w:tcW w:type="dxa" w:w="4320"/>
          </w:tcPr>
          <w:p>
            <w:r>
              <w:t>2026-04-01</w:t>
            </w:r>
          </w:p>
        </w:tc>
        <w:tc>
          <w:tcPr>
            <w:tcW w:type="dxa" w:w="4320"/>
          </w:tcPr>
          <w:p>
            <w:r>
              <w:t>5,012</w:t>
            </w:r>
          </w:p>
        </w:tc>
      </w:tr>
      <w:tr>
        <w:tc>
          <w:tcPr>
            <w:tcW w:type="dxa" w:w="4320"/>
          </w:tcPr>
          <w:p>
            <w:r>
              <w:t>2026-05-01</w:t>
            </w:r>
          </w:p>
        </w:tc>
        <w:tc>
          <w:tcPr>
            <w:tcW w:type="dxa" w:w="4320"/>
          </w:tcPr>
          <w:p>
            <w:r>
              <w:t>5,119</w:t>
            </w:r>
          </w:p>
        </w:tc>
      </w:tr>
      <w:tr>
        <w:tc>
          <w:tcPr>
            <w:tcW w:type="dxa" w:w="4320"/>
          </w:tcPr>
          <w:p>
            <w:r>
              <w:t>2026-06-01</w:t>
            </w:r>
          </w:p>
        </w:tc>
        <w:tc>
          <w:tcPr>
            <w:tcW w:type="dxa" w:w="4320"/>
          </w:tcPr>
          <w:p>
            <w:r>
              <w:t>5,230</w:t>
            </w:r>
          </w:p>
        </w:tc>
      </w:tr>
      <w:tr>
        <w:tc>
          <w:tcPr>
            <w:tcW w:type="dxa" w:w="4320"/>
          </w:tcPr>
          <w:p>
            <w:r>
              <w:t>2026-07-01</w:t>
            </w:r>
          </w:p>
        </w:tc>
        <w:tc>
          <w:tcPr>
            <w:tcW w:type="dxa" w:w="4320"/>
          </w:tcPr>
          <w:p>
            <w:r>
              <w:t>5,341</w:t>
            </w:r>
          </w:p>
        </w:tc>
      </w:tr>
      <w:tr>
        <w:tc>
          <w:tcPr>
            <w:tcW w:type="dxa" w:w="4320"/>
          </w:tcPr>
          <w:p>
            <w:r>
              <w:t>2026-08-01</w:t>
            </w:r>
          </w:p>
        </w:tc>
        <w:tc>
          <w:tcPr>
            <w:tcW w:type="dxa" w:w="4320"/>
          </w:tcPr>
          <w:p>
            <w:r>
              <w:t>5,458</w:t>
            </w:r>
          </w:p>
        </w:tc>
      </w:tr>
      <w:tr>
        <w:tc>
          <w:tcPr>
            <w:tcW w:type="dxa" w:w="4320"/>
          </w:tcPr>
          <w:p>
            <w:r>
              <w:t>2026-09-01</w:t>
            </w:r>
          </w:p>
        </w:tc>
        <w:tc>
          <w:tcPr>
            <w:tcW w:type="dxa" w:w="4320"/>
          </w:tcPr>
          <w:p>
            <w:r>
              <w:t>5,578</w:t>
            </w:r>
          </w:p>
        </w:tc>
      </w:tr>
    </w:tbl>
    <w:p/>
    <w:p>
      <w:pPr>
        <w:pStyle w:val="Heading2"/>
      </w:pPr>
      <w:r>
        <w:t>Figure 24. Emerging hot spots: ATM faults [69]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-0.984</w:t>
            </w:r>
          </w:p>
        </w:tc>
        <w:tc>
          <w:tcPr>
            <w:tcW w:type="dxa" w:w="2880"/>
          </w:tcPr>
          <w:p>
            <w:r>
              <w:t>-0.6045</w:t>
            </w:r>
          </w:p>
        </w:tc>
        <w:tc>
          <w:tcPr>
            <w:tcW w:type="dxa" w:w="2880"/>
          </w:tcPr>
          <w:p>
            <w:r>
              <w:t>45</w:t>
            </w:r>
          </w:p>
        </w:tc>
      </w:tr>
      <w:tr>
        <w:tc>
          <w:tcPr>
            <w:tcW w:type="dxa" w:w="2880"/>
          </w:tcPr>
          <w:p>
            <w:r>
              <w:t>-0.6045</w:t>
            </w:r>
          </w:p>
        </w:tc>
        <w:tc>
          <w:tcPr>
            <w:tcW w:type="dxa" w:w="2880"/>
          </w:tcPr>
          <w:p>
            <w:r>
              <w:t>-0.225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-0.225</w:t>
            </w:r>
          </w:p>
        </w:tc>
        <w:tc>
          <w:tcPr>
            <w:tcW w:type="dxa" w:w="2880"/>
          </w:tcPr>
          <w:p>
            <w:r>
              <w:t>0.1545</w:t>
            </w:r>
          </w:p>
        </w:tc>
        <w:tc>
          <w:tcPr>
            <w:tcW w:type="dxa" w:w="2880"/>
          </w:tcPr>
          <w:p>
            <w:r>
              <w:t>16</w:t>
            </w:r>
          </w:p>
        </w:tc>
      </w:tr>
      <w:tr>
        <w:tc>
          <w:tcPr>
            <w:tcW w:type="dxa" w:w="2880"/>
          </w:tcPr>
          <w:p>
            <w:r>
              <w:t>0.1545</w:t>
            </w:r>
          </w:p>
        </w:tc>
        <w:tc>
          <w:tcPr>
            <w:tcW w:type="dxa" w:w="2880"/>
          </w:tcPr>
          <w:p>
            <w:r>
              <w:t>0.534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0.534</w:t>
            </w:r>
          </w:p>
        </w:tc>
        <w:tc>
          <w:tcPr>
            <w:tcW w:type="dxa" w:w="2880"/>
          </w:tcPr>
          <w:p>
            <w:r>
              <w:t>0.9135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0.9135</w:t>
            </w:r>
          </w:p>
        </w:tc>
        <w:tc>
          <w:tcPr>
            <w:tcW w:type="dxa" w:w="2880"/>
          </w:tcPr>
          <w:p>
            <w:r>
              <w:t>1.293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1.293</w:t>
            </w:r>
          </w:p>
        </w:tc>
        <w:tc>
          <w:tcPr>
            <w:tcW w:type="dxa" w:w="2880"/>
          </w:tcPr>
          <w:p>
            <w:r>
              <w:t>1.673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1.673</w:t>
            </w:r>
          </w:p>
        </w:tc>
        <w:tc>
          <w:tcPr>
            <w:tcW w:type="dxa" w:w="2880"/>
          </w:tcPr>
          <w:p>
            <w:r>
              <w:t>2.052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</w:tbl>
    <w:p/>
    <w:p>
      <w:pPr>
        <w:pStyle w:val="Heading2"/>
      </w:pPr>
      <w:r>
        <w:t>Figure 25. Emerging hot spots: New customer accounts [70]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-1.425</w:t>
            </w:r>
          </w:p>
        </w:tc>
        <w:tc>
          <w:tcPr>
            <w:tcW w:type="dxa" w:w="2880"/>
          </w:tcPr>
          <w:p>
            <w:r>
              <w:t>0.1437</w:t>
            </w:r>
          </w:p>
        </w:tc>
        <w:tc>
          <w:tcPr>
            <w:tcW w:type="dxa" w:w="2880"/>
          </w:tcPr>
          <w:p>
            <w:r>
              <w:t>55</w:t>
            </w:r>
          </w:p>
        </w:tc>
      </w:tr>
      <w:tr>
        <w:tc>
          <w:tcPr>
            <w:tcW w:type="dxa" w:w="2880"/>
          </w:tcPr>
          <w:p>
            <w:r>
              <w:t>0.1437</w:t>
            </w:r>
          </w:p>
        </w:tc>
        <w:tc>
          <w:tcPr>
            <w:tcW w:type="dxa" w:w="2880"/>
          </w:tcPr>
          <w:p>
            <w:r>
              <w:t>1.712</w:t>
            </w:r>
          </w:p>
        </w:tc>
        <w:tc>
          <w:tcPr>
            <w:tcW w:type="dxa" w:w="2880"/>
          </w:tcPr>
          <w:p>
            <w:r>
              <w:t>34</w:t>
            </w:r>
          </w:p>
        </w:tc>
      </w:tr>
      <w:tr>
        <w:tc>
          <w:tcPr>
            <w:tcW w:type="dxa" w:w="2880"/>
          </w:tcPr>
          <w:p>
            <w:r>
              <w:t>1.712</w:t>
            </w:r>
          </w:p>
        </w:tc>
        <w:tc>
          <w:tcPr>
            <w:tcW w:type="dxa" w:w="2880"/>
          </w:tcPr>
          <w:p>
            <w:r>
              <w:t>3.281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3.281</w:t>
            </w:r>
          </w:p>
        </w:tc>
        <w:tc>
          <w:tcPr>
            <w:tcW w:type="dxa" w:w="2880"/>
          </w:tcPr>
          <w:p>
            <w:r>
              <w:t>4.85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4.85</w:t>
            </w:r>
          </w:p>
        </w:tc>
        <w:tc>
          <w:tcPr>
            <w:tcW w:type="dxa" w:w="2880"/>
          </w:tcPr>
          <w:p>
            <w:r>
              <w:t>6.419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6.419</w:t>
            </w:r>
          </w:p>
        </w:tc>
        <w:tc>
          <w:tcPr>
            <w:tcW w:type="dxa" w:w="2880"/>
          </w:tcPr>
          <w:p>
            <w:r>
              <w:t>7.987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7.987</w:t>
            </w:r>
          </w:p>
        </w:tc>
        <w:tc>
          <w:tcPr>
            <w:tcW w:type="dxa" w:w="2880"/>
          </w:tcPr>
          <w:p>
            <w:r>
              <w:t>9.556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9.556</w:t>
            </w:r>
          </w:p>
        </w:tc>
        <w:tc>
          <w:tcPr>
            <w:tcW w:type="dxa" w:w="2880"/>
          </w:tcPr>
          <w:p>
            <w:r>
              <w:t>11.12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26. Summarize within: Service areas [71]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13.83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13.83</w:t>
            </w:r>
          </w:p>
        </w:tc>
        <w:tc>
          <w:tcPr>
            <w:tcW w:type="dxa" w:w="2880"/>
          </w:tcPr>
          <w:p>
            <w:r>
              <w:t>27.67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27.67</w:t>
            </w:r>
          </w:p>
        </w:tc>
        <w:tc>
          <w:tcPr>
            <w:tcW w:type="dxa" w:w="2880"/>
          </w:tcPr>
          <w:p>
            <w:r>
              <w:t>41.5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41.5</w:t>
            </w:r>
          </w:p>
        </w:tc>
        <w:tc>
          <w:tcPr>
            <w:tcW w:type="dxa" w:w="2880"/>
          </w:tcPr>
          <w:p>
            <w:r>
              <w:t>55.33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  <w:tr>
        <w:tc>
          <w:tcPr>
            <w:tcW w:type="dxa" w:w="2880"/>
          </w:tcPr>
          <w:p>
            <w:r>
              <w:t>55.33</w:t>
            </w:r>
          </w:p>
        </w:tc>
        <w:tc>
          <w:tcPr>
            <w:tcW w:type="dxa" w:w="2880"/>
          </w:tcPr>
          <w:p>
            <w:r>
              <w:t>69.17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69.17</w:t>
            </w:r>
          </w:p>
        </w:tc>
        <w:tc>
          <w:tcPr>
            <w:tcW w:type="dxa" w:w="2880"/>
          </w:tcPr>
          <w:p>
            <w:r>
              <w:t>83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27. Summarize within: Service areas [72]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1.833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1.833</w:t>
            </w:r>
          </w:p>
        </w:tc>
        <w:tc>
          <w:tcPr>
            <w:tcW w:type="dxa" w:w="2880"/>
          </w:tcPr>
          <w:p>
            <w:r>
              <w:t>3.667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3.667</w:t>
            </w:r>
          </w:p>
        </w:tc>
        <w:tc>
          <w:tcPr>
            <w:tcW w:type="dxa" w:w="2880"/>
          </w:tcPr>
          <w:p>
            <w:r>
              <w:t>5.5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5.5</w:t>
            </w:r>
          </w:p>
        </w:tc>
        <w:tc>
          <w:tcPr>
            <w:tcW w:type="dxa" w:w="2880"/>
          </w:tcPr>
          <w:p>
            <w:r>
              <w:t>7.333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7.333</w:t>
            </w:r>
          </w:p>
        </w:tc>
        <w:tc>
          <w:tcPr>
            <w:tcW w:type="dxa" w:w="2880"/>
          </w:tcPr>
          <w:p>
            <w:r>
              <w:t>9.167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9.167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</w:tbl>
    <w:p/>
    <w:p>
      <w:pPr>
        <w:pStyle w:val="Heading2"/>
      </w:pPr>
      <w:r>
        <w:t>Figure 28. Summarize within: Service areas [73]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0.6667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0.6667</w:t>
            </w:r>
          </w:p>
        </w:tc>
        <w:tc>
          <w:tcPr>
            <w:tcW w:type="dxa" w:w="2880"/>
          </w:tcPr>
          <w:p>
            <w:r>
              <w:t>1.333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1.333</w:t>
            </w:r>
          </w:p>
        </w:tc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0</w:t>
            </w:r>
          </w:p>
        </w:tc>
      </w:tr>
      <w:tr>
        <w:tc>
          <w:tcPr>
            <w:tcW w:type="dxa" w:w="2880"/>
          </w:tcPr>
          <w:p>
            <w:r>
              <w:t>2</w:t>
            </w:r>
          </w:p>
        </w:tc>
        <w:tc>
          <w:tcPr>
            <w:tcW w:type="dxa" w:w="2880"/>
          </w:tcPr>
          <w:p>
            <w:r>
              <w:t>2.667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2.667</w:t>
            </w:r>
          </w:p>
        </w:tc>
        <w:tc>
          <w:tcPr>
            <w:tcW w:type="dxa" w:w="2880"/>
          </w:tcPr>
          <w:p>
            <w:r>
              <w:t>3.333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3.333</w:t>
            </w:r>
          </w:p>
        </w:tc>
        <w:tc>
          <w:tcPr>
            <w:tcW w:type="dxa" w:w="2880"/>
          </w:tcPr>
          <w:p>
            <w:r>
              <w:t>4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29. Hot spot analysis: ATM faults [74]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cold_90</w:t>
            </w:r>
          </w:p>
        </w:tc>
        <w:tc>
          <w:tcPr>
            <w:tcW w:type="dxa" w:w="1728"/>
          </w:tcPr>
          <w:p>
            <w:r>
              <w:t>Cold spot, 90% confidence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59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56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19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12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18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18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13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8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2</w:t>
            </w:r>
          </w:p>
        </w:tc>
      </w:tr>
      <w:tr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3</w:t>
            </w:r>
          </w:p>
        </w:tc>
        <w:tc>
          <w:tcPr>
            <w:tcW w:type="dxa" w:w="1728"/>
          </w:tcPr>
          <w:p>
            <w:r>
              <w:t>3.5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5</w:t>
            </w:r>
          </w:p>
        </w:tc>
      </w:tr>
      <w:tr>
        <w:tc>
          <w:tcPr>
            <w:tcW w:type="dxa" w:w="1728"/>
          </w:tcPr>
          <w:p>
            <w:r>
              <w:t>4</w:t>
            </w:r>
          </w:p>
        </w:tc>
        <w:tc>
          <w:tcPr>
            <w:tcW w:type="dxa" w:w="1728"/>
          </w:tcPr>
          <w:p>
            <w:r>
              <w:t>4.5</w:t>
            </w:r>
          </w:p>
        </w:tc>
        <w:tc>
          <w:tcPr>
            <w:tcW w:type="dxa" w:w="1728"/>
          </w:tcPr>
          <w:p>
            <w:r>
              <w:t>hot_99</w:t>
            </w:r>
          </w:p>
        </w:tc>
        <w:tc>
          <w:tcPr>
            <w:tcW w:type="dxa" w:w="1728"/>
          </w:tcPr>
          <w:p>
            <w:r>
              <w:t>Hot spot, 99%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30. Hot spot analysis: ATMs [75]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-2</w:t>
            </w:r>
          </w:p>
        </w:tc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10</w:t>
            </w:r>
          </w:p>
        </w:tc>
      </w:tr>
      <w:tr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10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18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16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8</w:t>
            </w:r>
          </w:p>
        </w:tc>
      </w:tr>
      <w:tr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hot_90</w:t>
            </w:r>
          </w:p>
        </w:tc>
        <w:tc>
          <w:tcPr>
            <w:tcW w:type="dxa" w:w="1728"/>
          </w:tcPr>
          <w:p>
            <w:r>
              <w:t>Hot spot, 90%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2.5</w:t>
            </w:r>
          </w:p>
        </w:tc>
        <w:tc>
          <w:tcPr>
            <w:tcW w:type="dxa" w:w="1728"/>
          </w:tcPr>
          <w:p>
            <w:r>
              <w:t>hot_95</w:t>
            </w:r>
          </w:p>
        </w:tc>
        <w:tc>
          <w:tcPr>
            <w:tcW w:type="dxa" w:w="1728"/>
          </w:tcPr>
          <w:p>
            <w:r>
              <w:t>Hot spot, 95% confidence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31. Hot spot analysis: Branches [76]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bin_start</w:t>
            </w:r>
          </w:p>
        </w:tc>
        <w:tc>
          <w:tcPr>
            <w:tcW w:type="dxa" w:w="1728"/>
          </w:tcPr>
          <w:p>
            <w:r>
              <w:t>bin_end</w:t>
            </w:r>
          </w:p>
        </w:tc>
        <w:tc>
          <w:tcPr>
            <w:tcW w:type="dxa" w:w="1728"/>
          </w:tcPr>
          <w:p>
            <w:r>
              <w:t>band</w:t>
            </w:r>
          </w:p>
        </w:tc>
        <w:tc>
          <w:tcPr>
            <w:tcW w:type="dxa" w:w="1728"/>
          </w:tcPr>
          <w:p>
            <w:r>
              <w:t>band_label</w:t>
            </w:r>
          </w:p>
        </w:tc>
        <w:tc>
          <w:tcPr>
            <w:tcW w:type="dxa" w:w="1728"/>
          </w:tcPr>
          <w:p>
            <w:r>
              <w:t>count</w:t>
            </w:r>
          </w:p>
        </w:tc>
      </w:tr>
      <w:tr>
        <w:tc>
          <w:tcPr>
            <w:tcW w:type="dxa" w:w="1728"/>
          </w:tcPr>
          <w:p>
            <w:r>
              <w:t>-1.5</w:t>
            </w:r>
          </w:p>
        </w:tc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-1</w:t>
            </w:r>
          </w:p>
        </w:tc>
        <w:tc>
          <w:tcPr>
            <w:tcW w:type="dxa" w:w="1728"/>
          </w:tcPr>
          <w:p>
            <w:r>
              <w:t>-0.5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3</w:t>
            </w:r>
          </w:p>
        </w:tc>
      </w:tr>
      <w:tr>
        <w:tc>
          <w:tcPr>
            <w:tcW w:type="dxa" w:w="1728"/>
          </w:tcPr>
          <w:p>
            <w:r>
              <w:t>0</w:t>
            </w:r>
          </w:p>
        </w:tc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  <w:tr>
        <w:tc>
          <w:tcPr>
            <w:tcW w:type="dxa" w:w="1728"/>
          </w:tcPr>
          <w:p>
            <w:r>
              <w:t>0.5</w:t>
            </w:r>
          </w:p>
        </w:tc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1</w:t>
            </w:r>
          </w:p>
        </w:tc>
      </w:tr>
      <w:tr>
        <w:tc>
          <w:tcPr>
            <w:tcW w:type="dxa" w:w="1728"/>
          </w:tcPr>
          <w:p>
            <w:r>
              <w:t>1</w:t>
            </w:r>
          </w:p>
        </w:tc>
        <w:tc>
          <w:tcPr>
            <w:tcW w:type="dxa" w:w="1728"/>
          </w:tcPr>
          <w:p>
            <w:r>
              <w:t>1.5</w:t>
            </w:r>
          </w:p>
        </w:tc>
        <w:tc>
          <w:tcPr>
            <w:tcW w:type="dxa" w:w="1728"/>
          </w:tcPr>
          <w:p>
            <w:r>
              <w:t>not_significant</w:t>
            </w:r>
          </w:p>
        </w:tc>
        <w:tc>
          <w:tcPr>
            <w:tcW w:type="dxa" w:w="1728"/>
          </w:tcPr>
          <w:p>
            <w:r>
              <w:t>Not significant</w:t>
            </w:r>
          </w:p>
        </w:tc>
        <w:tc>
          <w:tcPr>
            <w:tcW w:type="dxa" w:w="1728"/>
          </w:tcPr>
          <w:p>
            <w:r>
              <w:t>4</w:t>
            </w:r>
          </w:p>
        </w:tc>
      </w:tr>
    </w:tbl>
    <w:p/>
    <w:p>
      <w:pPr>
        <w:pStyle w:val="Heading2"/>
      </w:pPr>
      <w:r>
        <w:t>Figure 32. Calculate density: ATM faults [77]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3.917</w:t>
            </w:r>
          </w:p>
        </w:tc>
        <w:tc>
          <w:tcPr>
            <w:tcW w:type="dxa" w:w="2880"/>
          </w:tcPr>
          <w:p>
            <w:r>
              <w:t>91</w:t>
            </w:r>
          </w:p>
        </w:tc>
      </w:tr>
      <w:tr>
        <w:tc>
          <w:tcPr>
            <w:tcW w:type="dxa" w:w="2880"/>
          </w:tcPr>
          <w:p>
            <w:r>
              <w:t>3.917</w:t>
            </w:r>
          </w:p>
        </w:tc>
        <w:tc>
          <w:tcPr>
            <w:tcW w:type="dxa" w:w="2880"/>
          </w:tcPr>
          <w:p>
            <w:r>
              <w:t>7.833</w:t>
            </w:r>
          </w:p>
        </w:tc>
        <w:tc>
          <w:tcPr>
            <w:tcW w:type="dxa" w:w="2880"/>
          </w:tcPr>
          <w:p>
            <w:r>
              <w:t>151</w:t>
            </w:r>
          </w:p>
        </w:tc>
      </w:tr>
      <w:tr>
        <w:tc>
          <w:tcPr>
            <w:tcW w:type="dxa" w:w="2880"/>
          </w:tcPr>
          <w:p>
            <w:r>
              <w:t>7.833</w:t>
            </w:r>
          </w:p>
        </w:tc>
        <w:tc>
          <w:tcPr>
            <w:tcW w:type="dxa" w:w="2880"/>
          </w:tcPr>
          <w:p>
            <w:r>
              <w:t>11.75</w:t>
            </w:r>
          </w:p>
        </w:tc>
        <w:tc>
          <w:tcPr>
            <w:tcW w:type="dxa" w:w="2880"/>
          </w:tcPr>
          <w:p>
            <w:r>
              <w:t>167</w:t>
            </w:r>
          </w:p>
        </w:tc>
      </w:tr>
      <w:tr>
        <w:tc>
          <w:tcPr>
            <w:tcW w:type="dxa" w:w="2880"/>
          </w:tcPr>
          <w:p>
            <w:r>
              <w:t>11.75</w:t>
            </w:r>
          </w:p>
        </w:tc>
        <w:tc>
          <w:tcPr>
            <w:tcW w:type="dxa" w:w="2880"/>
          </w:tcPr>
          <w:p>
            <w:r>
              <w:t>15.67</w:t>
            </w:r>
          </w:p>
        </w:tc>
        <w:tc>
          <w:tcPr>
            <w:tcW w:type="dxa" w:w="2880"/>
          </w:tcPr>
          <w:p>
            <w:r>
              <w:t>177</w:t>
            </w:r>
          </w:p>
        </w:tc>
      </w:tr>
      <w:tr>
        <w:tc>
          <w:tcPr>
            <w:tcW w:type="dxa" w:w="2880"/>
          </w:tcPr>
          <w:p>
            <w:r>
              <w:t>15.67</w:t>
            </w:r>
          </w:p>
        </w:tc>
        <w:tc>
          <w:tcPr>
            <w:tcW w:type="dxa" w:w="2880"/>
          </w:tcPr>
          <w:p>
            <w:r>
              <w:t>19.58</w:t>
            </w:r>
          </w:p>
        </w:tc>
        <w:tc>
          <w:tcPr>
            <w:tcW w:type="dxa" w:w="2880"/>
          </w:tcPr>
          <w:p>
            <w:r>
              <w:t>167</w:t>
            </w:r>
          </w:p>
        </w:tc>
      </w:tr>
      <w:tr>
        <w:tc>
          <w:tcPr>
            <w:tcW w:type="dxa" w:w="2880"/>
          </w:tcPr>
          <w:p>
            <w:r>
              <w:t>19.58</w:t>
            </w:r>
          </w:p>
        </w:tc>
        <w:tc>
          <w:tcPr>
            <w:tcW w:type="dxa" w:w="2880"/>
          </w:tcPr>
          <w:p>
            <w:r>
              <w:t>23.5</w:t>
            </w:r>
          </w:p>
        </w:tc>
        <w:tc>
          <w:tcPr>
            <w:tcW w:type="dxa" w:w="2880"/>
          </w:tcPr>
          <w:p>
            <w:r>
              <w:t>177</w:t>
            </w:r>
          </w:p>
        </w:tc>
      </w:tr>
      <w:tr>
        <w:tc>
          <w:tcPr>
            <w:tcW w:type="dxa" w:w="2880"/>
          </w:tcPr>
          <w:p>
            <w:r>
              <w:t>23.5</w:t>
            </w:r>
          </w:p>
        </w:tc>
        <w:tc>
          <w:tcPr>
            <w:tcW w:type="dxa" w:w="2880"/>
          </w:tcPr>
          <w:p>
            <w:r>
              <w:t>27.42</w:t>
            </w:r>
          </w:p>
        </w:tc>
        <w:tc>
          <w:tcPr>
            <w:tcW w:type="dxa" w:w="2880"/>
          </w:tcPr>
          <w:p>
            <w:r>
              <w:t>165</w:t>
            </w:r>
          </w:p>
        </w:tc>
      </w:tr>
      <w:tr>
        <w:tc>
          <w:tcPr>
            <w:tcW w:type="dxa" w:w="2880"/>
          </w:tcPr>
          <w:p>
            <w:r>
              <w:t>27.42</w:t>
            </w:r>
          </w:p>
        </w:tc>
        <w:tc>
          <w:tcPr>
            <w:tcW w:type="dxa" w:w="2880"/>
          </w:tcPr>
          <w:p>
            <w:r>
              <w:t>31.33</w:t>
            </w:r>
          </w:p>
        </w:tc>
        <w:tc>
          <w:tcPr>
            <w:tcW w:type="dxa" w:w="2880"/>
          </w:tcPr>
          <w:p>
            <w:r>
              <w:t>178</w:t>
            </w:r>
          </w:p>
        </w:tc>
      </w:tr>
      <w:tr>
        <w:tc>
          <w:tcPr>
            <w:tcW w:type="dxa" w:w="2880"/>
          </w:tcPr>
          <w:p>
            <w:r>
              <w:t>31.33</w:t>
            </w:r>
          </w:p>
        </w:tc>
        <w:tc>
          <w:tcPr>
            <w:tcW w:type="dxa" w:w="2880"/>
          </w:tcPr>
          <w:p>
            <w:r>
              <w:t>35.25</w:t>
            </w:r>
          </w:p>
        </w:tc>
        <w:tc>
          <w:tcPr>
            <w:tcW w:type="dxa" w:w="2880"/>
          </w:tcPr>
          <w:p>
            <w:r>
              <w:t>189</w:t>
            </w:r>
          </w:p>
        </w:tc>
      </w:tr>
      <w:tr>
        <w:tc>
          <w:tcPr>
            <w:tcW w:type="dxa" w:w="2880"/>
          </w:tcPr>
          <w:p>
            <w:r>
              <w:t>35.25</w:t>
            </w:r>
          </w:p>
        </w:tc>
        <w:tc>
          <w:tcPr>
            <w:tcW w:type="dxa" w:w="2880"/>
          </w:tcPr>
          <w:p>
            <w:r>
              <w:t>39.17</w:t>
            </w:r>
          </w:p>
        </w:tc>
        <w:tc>
          <w:tcPr>
            <w:tcW w:type="dxa" w:w="2880"/>
          </w:tcPr>
          <w:p>
            <w:r>
              <w:t>184</w:t>
            </w:r>
          </w:p>
        </w:tc>
      </w:tr>
      <w:tr>
        <w:tc>
          <w:tcPr>
            <w:tcW w:type="dxa" w:w="2880"/>
          </w:tcPr>
          <w:p>
            <w:r>
              <w:t>39.17</w:t>
            </w:r>
          </w:p>
        </w:tc>
        <w:tc>
          <w:tcPr>
            <w:tcW w:type="dxa" w:w="2880"/>
          </w:tcPr>
          <w:p>
            <w:r>
              <w:t>43.08</w:t>
            </w:r>
          </w:p>
        </w:tc>
        <w:tc>
          <w:tcPr>
            <w:tcW w:type="dxa" w:w="2880"/>
          </w:tcPr>
          <w:p>
            <w:r>
              <w:t>167</w:t>
            </w:r>
          </w:p>
        </w:tc>
      </w:tr>
      <w:tr>
        <w:tc>
          <w:tcPr>
            <w:tcW w:type="dxa" w:w="2880"/>
          </w:tcPr>
          <w:p>
            <w:r>
              <w:t>43.08</w:t>
            </w:r>
          </w:p>
        </w:tc>
        <w:tc>
          <w:tcPr>
            <w:tcW w:type="dxa" w:w="2880"/>
          </w:tcPr>
          <w:p>
            <w:r>
              <w:t>47</w:t>
            </w:r>
          </w:p>
        </w:tc>
        <w:tc>
          <w:tcPr>
            <w:tcW w:type="dxa" w:w="2880"/>
          </w:tcPr>
          <w:p>
            <w:r>
              <w:t>80</w:t>
            </w:r>
          </w:p>
        </w:tc>
      </w:tr>
    </w:tbl>
    <w:p/>
    <w:p>
      <w:pPr>
        <w:pStyle w:val="Heading2"/>
      </w:pPr>
      <w:r>
        <w:t>Figure 33. Calculate density: ATMs [78]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0</w:t>
            </w:r>
          </w:p>
        </w:tc>
        <w:tc>
          <w:tcPr>
            <w:tcW w:type="dxa" w:w="2880"/>
          </w:tcPr>
          <w:p>
            <w:r>
              <w:t>2.2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2.2</w:t>
            </w:r>
          </w:p>
        </w:tc>
        <w:tc>
          <w:tcPr>
            <w:tcW w:type="dxa" w:w="2880"/>
          </w:tcPr>
          <w:p>
            <w:r>
              <w:t>4.4</w:t>
            </w:r>
          </w:p>
        </w:tc>
        <w:tc>
          <w:tcPr>
            <w:tcW w:type="dxa" w:w="2880"/>
          </w:tcPr>
          <w:p>
            <w:r>
              <w:t>40</w:t>
            </w:r>
          </w:p>
        </w:tc>
      </w:tr>
      <w:tr>
        <w:tc>
          <w:tcPr>
            <w:tcW w:type="dxa" w:w="2880"/>
          </w:tcPr>
          <w:p>
            <w:r>
              <w:t>4.4</w:t>
            </w:r>
          </w:p>
        </w:tc>
        <w:tc>
          <w:tcPr>
            <w:tcW w:type="dxa" w:w="2880"/>
          </w:tcPr>
          <w:p>
            <w:r>
              <w:t>6.6</w:t>
            </w:r>
          </w:p>
        </w:tc>
        <w:tc>
          <w:tcPr>
            <w:tcW w:type="dxa" w:w="2880"/>
          </w:tcPr>
          <w:p>
            <w:r>
              <w:t>44</w:t>
            </w:r>
          </w:p>
        </w:tc>
      </w:tr>
      <w:tr>
        <w:tc>
          <w:tcPr>
            <w:tcW w:type="dxa" w:w="2880"/>
          </w:tcPr>
          <w:p>
            <w:r>
              <w:t>6.6</w:t>
            </w:r>
          </w:p>
        </w:tc>
        <w:tc>
          <w:tcPr>
            <w:tcW w:type="dxa" w:w="2880"/>
          </w:tcPr>
          <w:p>
            <w:r>
              <w:t>8.8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8.8</w:t>
            </w:r>
          </w:p>
        </w:tc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43</w:t>
            </w:r>
          </w:p>
        </w:tc>
      </w:tr>
      <w:tr>
        <w:tc>
          <w:tcPr>
            <w:tcW w:type="dxa" w:w="2880"/>
          </w:tcPr>
          <w:p>
            <w:r>
              <w:t>11</w:t>
            </w:r>
          </w:p>
        </w:tc>
        <w:tc>
          <w:tcPr>
            <w:tcW w:type="dxa" w:w="2880"/>
          </w:tcPr>
          <w:p>
            <w:r>
              <w:t>13.2</w:t>
            </w:r>
          </w:p>
        </w:tc>
        <w:tc>
          <w:tcPr>
            <w:tcW w:type="dxa" w:w="2880"/>
          </w:tcPr>
          <w:p>
            <w:r>
              <w:t>66</w:t>
            </w:r>
          </w:p>
        </w:tc>
      </w:tr>
      <w:tr>
        <w:tc>
          <w:tcPr>
            <w:tcW w:type="dxa" w:w="2880"/>
          </w:tcPr>
          <w:p>
            <w:r>
              <w:t>13.2</w:t>
            </w:r>
          </w:p>
        </w:tc>
        <w:tc>
          <w:tcPr>
            <w:tcW w:type="dxa" w:w="2880"/>
          </w:tcPr>
          <w:p>
            <w:r>
              <w:t>15.4</w:t>
            </w:r>
          </w:p>
        </w:tc>
        <w:tc>
          <w:tcPr>
            <w:tcW w:type="dxa" w:w="2880"/>
          </w:tcPr>
          <w:p>
            <w:r>
              <w:t>45</w:t>
            </w:r>
          </w:p>
        </w:tc>
      </w:tr>
      <w:tr>
        <w:tc>
          <w:tcPr>
            <w:tcW w:type="dxa" w:w="2880"/>
          </w:tcPr>
          <w:p>
            <w:r>
              <w:t>15.4</w:t>
            </w:r>
          </w:p>
        </w:tc>
        <w:tc>
          <w:tcPr>
            <w:tcW w:type="dxa" w:w="2880"/>
          </w:tcPr>
          <w:p>
            <w:r>
              <w:t>17.6</w:t>
            </w:r>
          </w:p>
        </w:tc>
        <w:tc>
          <w:tcPr>
            <w:tcW w:type="dxa" w:w="2880"/>
          </w:tcPr>
          <w:p>
            <w:r>
              <w:t>46</w:t>
            </w:r>
          </w:p>
        </w:tc>
      </w:tr>
      <w:tr>
        <w:tc>
          <w:tcPr>
            <w:tcW w:type="dxa" w:w="2880"/>
          </w:tcPr>
          <w:p>
            <w:r>
              <w:t>17.6</w:t>
            </w:r>
          </w:p>
        </w:tc>
        <w:tc>
          <w:tcPr>
            <w:tcW w:type="dxa" w:w="2880"/>
          </w:tcPr>
          <w:p>
            <w:r>
              <w:t>19.8</w:t>
            </w:r>
          </w:p>
        </w:tc>
        <w:tc>
          <w:tcPr>
            <w:tcW w:type="dxa" w:w="2880"/>
          </w:tcPr>
          <w:p>
            <w:r>
              <w:t>42</w:t>
            </w:r>
          </w:p>
        </w:tc>
      </w:tr>
      <w:tr>
        <w:tc>
          <w:tcPr>
            <w:tcW w:type="dxa" w:w="2880"/>
          </w:tcPr>
          <w:p>
            <w:r>
              <w:t>19.8</w:t>
            </w:r>
          </w:p>
        </w:tc>
        <w:tc>
          <w:tcPr>
            <w:tcW w:type="dxa" w:w="2880"/>
          </w:tcPr>
          <w:p>
            <w:r>
              <w:t>22</w:t>
            </w:r>
          </w:p>
        </w:tc>
        <w:tc>
          <w:tcPr>
            <w:tcW w:type="dxa" w:w="2880"/>
          </w:tcPr>
          <w:p>
            <w:r>
              <w:t>47</w:t>
            </w:r>
          </w:p>
        </w:tc>
      </w:tr>
    </w:tbl>
    <w:p/>
    <w:p>
      <w:pPr>
        <w:pStyle w:val="Heading2"/>
      </w:pPr>
      <w:r>
        <w:t>Figure 34. Calculate density: Branches [79]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bin_start</w:t>
            </w:r>
          </w:p>
        </w:tc>
        <w:tc>
          <w:tcPr>
            <w:tcW w:type="dxa" w:w="2880"/>
          </w:tcPr>
          <w:p>
            <w:r>
              <w:t>bin_end</w:t>
            </w:r>
          </w:p>
        </w:tc>
        <w:tc>
          <w:tcPr>
            <w:tcW w:type="dxa" w:w="2880"/>
          </w:tcPr>
          <w:p>
            <w:r>
              <w:t>count</w:t>
            </w:r>
          </w:p>
        </w:tc>
      </w:tr>
      <w:tr>
        <w:tc>
          <w:tcPr>
            <w:tcW w:type="dxa" w:w="2880"/>
          </w:tcPr>
          <w:p>
            <w:r>
              <w:t>1.546e-06</w:t>
            </w:r>
          </w:p>
        </w:tc>
        <w:tc>
          <w:tcPr>
            <w:tcW w:type="dxa" w:w="2880"/>
          </w:tcPr>
          <w:p>
            <w:r>
              <w:t>0.1222</w:t>
            </w:r>
          </w:p>
        </w:tc>
        <w:tc>
          <w:tcPr>
            <w:tcW w:type="dxa" w:w="2880"/>
          </w:tcPr>
          <w:p>
            <w:r>
              <w:t>27</w:t>
            </w:r>
          </w:p>
        </w:tc>
      </w:tr>
      <w:tr>
        <w:tc>
          <w:tcPr>
            <w:tcW w:type="dxa" w:w="2880"/>
          </w:tcPr>
          <w:p>
            <w:r>
              <w:t>0.1222</w:t>
            </w:r>
          </w:p>
        </w:tc>
        <w:tc>
          <w:tcPr>
            <w:tcW w:type="dxa" w:w="2880"/>
          </w:tcPr>
          <w:p>
            <w:r>
              <w:t>0.2445</w:t>
            </w:r>
          </w:p>
        </w:tc>
        <w:tc>
          <w:tcPr>
            <w:tcW w:type="dxa" w:w="2880"/>
          </w:tcPr>
          <w:p>
            <w:r>
              <w:t>15</w:t>
            </w:r>
          </w:p>
        </w:tc>
      </w:tr>
      <w:tr>
        <w:tc>
          <w:tcPr>
            <w:tcW w:type="dxa" w:w="2880"/>
          </w:tcPr>
          <w:p>
            <w:r>
              <w:t>0.2445</w:t>
            </w:r>
          </w:p>
        </w:tc>
        <w:tc>
          <w:tcPr>
            <w:tcW w:type="dxa" w:w="2880"/>
          </w:tcPr>
          <w:p>
            <w:r>
              <w:t>0.3667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0.3667</w:t>
            </w:r>
          </w:p>
        </w:tc>
        <w:tc>
          <w:tcPr>
            <w:tcW w:type="dxa" w:w="2880"/>
          </w:tcPr>
          <w:p>
            <w:r>
              <w:t>0.4889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0.4889</w:t>
            </w:r>
          </w:p>
        </w:tc>
        <w:tc>
          <w:tcPr>
            <w:tcW w:type="dxa" w:w="2880"/>
          </w:tcPr>
          <w:p>
            <w:r>
              <w:t>0.6111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0.6111</w:t>
            </w:r>
          </w:p>
        </w:tc>
        <w:tc>
          <w:tcPr>
            <w:tcW w:type="dxa" w:w="2880"/>
          </w:tcPr>
          <w:p>
            <w:r>
              <w:t>0.7334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0.7334</w:t>
            </w:r>
          </w:p>
        </w:tc>
        <w:tc>
          <w:tcPr>
            <w:tcW w:type="dxa" w:w="2880"/>
          </w:tcPr>
          <w:p>
            <w:r>
              <w:t>0.8556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0.8556</w:t>
            </w:r>
          </w:p>
        </w:tc>
        <w:tc>
          <w:tcPr>
            <w:tcW w:type="dxa" w:w="2880"/>
          </w:tcPr>
          <w:p>
            <w:r>
              <w:t>0.9778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</w:tbl>
    <w:p/>
    <w:p>
      <w:pPr>
        <w:pStyle w:val="Heading2"/>
      </w:pPr>
      <w:r>
        <w:t>Figure 35. Find point clusters: ATM faults [80]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Noise</w:t>
            </w:r>
          </w:p>
        </w:tc>
        <w:tc>
          <w:tcPr>
            <w:tcW w:type="dxa" w:w="2160"/>
          </w:tcPr>
          <w:p>
            <w:r>
              <w:t>232</w:t>
            </w:r>
          </w:p>
        </w:tc>
        <w:tc>
          <w:tcPr>
            <w:tcW w:type="dxa" w:w="2160"/>
          </w:tcPr>
          <w:p>
            <w:r>
              <w:t>0.3569</w:t>
            </w:r>
          </w:p>
        </w:tc>
        <w:tc>
          <w:tcPr>
            <w:tcW w:type="dxa" w:w="2160"/>
          </w:tcPr>
          <w:p>
            <w:r>
              <w:t>35.7%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52</w:t>
            </w:r>
          </w:p>
        </w:tc>
        <w:tc>
          <w:tcPr>
            <w:tcW w:type="dxa" w:w="2160"/>
          </w:tcPr>
          <w:p>
            <w:r>
              <w:t>0.08</w:t>
            </w:r>
          </w:p>
        </w:tc>
        <w:tc>
          <w:tcPr>
            <w:tcW w:type="dxa" w:w="2160"/>
          </w:tcPr>
          <w:p>
            <w:r>
              <w:t>8.0%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42</w:t>
            </w:r>
          </w:p>
        </w:tc>
        <w:tc>
          <w:tcPr>
            <w:tcW w:type="dxa" w:w="2160"/>
          </w:tcPr>
          <w:p>
            <w:r>
              <w:t>0.06462</w:t>
            </w:r>
          </w:p>
        </w:tc>
        <w:tc>
          <w:tcPr>
            <w:tcW w:type="dxa" w:w="2160"/>
          </w:tcPr>
          <w:p>
            <w:r>
              <w:t>6.5%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39</w:t>
            </w:r>
          </w:p>
        </w:tc>
        <w:tc>
          <w:tcPr>
            <w:tcW w:type="dxa" w:w="2160"/>
          </w:tcPr>
          <w:p>
            <w:r>
              <w:t>0.06</w:t>
            </w:r>
          </w:p>
        </w:tc>
        <w:tc>
          <w:tcPr>
            <w:tcW w:type="dxa" w:w="2160"/>
          </w:tcPr>
          <w:p>
            <w:r>
              <w:t>6.0%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36</w:t>
            </w:r>
          </w:p>
        </w:tc>
        <w:tc>
          <w:tcPr>
            <w:tcW w:type="dxa" w:w="2160"/>
          </w:tcPr>
          <w:p>
            <w:r>
              <w:t>0.05538</w:t>
            </w:r>
          </w:p>
        </w:tc>
        <w:tc>
          <w:tcPr>
            <w:tcW w:type="dxa" w:w="2160"/>
          </w:tcPr>
          <w:p>
            <w:r>
              <w:t>5.5%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36</w:t>
            </w:r>
          </w:p>
        </w:tc>
        <w:tc>
          <w:tcPr>
            <w:tcW w:type="dxa" w:w="2160"/>
          </w:tcPr>
          <w:p>
            <w:r>
              <w:t>0.05538</w:t>
            </w:r>
          </w:p>
        </w:tc>
        <w:tc>
          <w:tcPr>
            <w:tcW w:type="dxa" w:w="2160"/>
          </w:tcPr>
          <w:p>
            <w:r>
              <w:t>5.5%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34</w:t>
            </w:r>
          </w:p>
        </w:tc>
        <w:tc>
          <w:tcPr>
            <w:tcW w:type="dxa" w:w="2160"/>
          </w:tcPr>
          <w:p>
            <w:r>
              <w:t>0.05231</w:t>
            </w:r>
          </w:p>
        </w:tc>
        <w:tc>
          <w:tcPr>
            <w:tcW w:type="dxa" w:w="2160"/>
          </w:tcPr>
          <w:p>
            <w:r>
              <w:t>5.2%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28</w:t>
            </w:r>
          </w:p>
        </w:tc>
        <w:tc>
          <w:tcPr>
            <w:tcW w:type="dxa" w:w="2160"/>
          </w:tcPr>
          <w:p>
            <w:r>
              <w:t>0.04308</w:t>
            </w:r>
          </w:p>
        </w:tc>
        <w:tc>
          <w:tcPr>
            <w:tcW w:type="dxa" w:w="2160"/>
          </w:tcPr>
          <w:p>
            <w:r>
              <w:t>4.3%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28</w:t>
            </w:r>
          </w:p>
        </w:tc>
        <w:tc>
          <w:tcPr>
            <w:tcW w:type="dxa" w:w="2160"/>
          </w:tcPr>
          <w:p>
            <w:r>
              <w:t>0.04308</w:t>
            </w:r>
          </w:p>
        </w:tc>
        <w:tc>
          <w:tcPr>
            <w:tcW w:type="dxa" w:w="2160"/>
          </w:tcPr>
          <w:p>
            <w:r>
              <w:t>4.3%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28</w:t>
            </w:r>
          </w:p>
        </w:tc>
        <w:tc>
          <w:tcPr>
            <w:tcW w:type="dxa" w:w="2160"/>
          </w:tcPr>
          <w:p>
            <w:r>
              <w:t>0.04308</w:t>
            </w:r>
          </w:p>
        </w:tc>
        <w:tc>
          <w:tcPr>
            <w:tcW w:type="dxa" w:w="2160"/>
          </w:tcPr>
          <w:p>
            <w:r>
              <w:t>4.3%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23</w:t>
            </w:r>
          </w:p>
        </w:tc>
        <w:tc>
          <w:tcPr>
            <w:tcW w:type="dxa" w:w="2160"/>
          </w:tcPr>
          <w:p>
            <w:r>
              <w:t>0.03538</w:t>
            </w:r>
          </w:p>
        </w:tc>
        <w:tc>
          <w:tcPr>
            <w:tcW w:type="dxa" w:w="2160"/>
          </w:tcPr>
          <w:p>
            <w:r>
              <w:t>3.5%</w:t>
            </w:r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20</w:t>
            </w:r>
          </w:p>
        </w:tc>
        <w:tc>
          <w:tcPr>
            <w:tcW w:type="dxa" w:w="2160"/>
          </w:tcPr>
          <w:p>
            <w:r>
              <w:t>0.03077</w:t>
            </w:r>
          </w:p>
        </w:tc>
        <w:tc>
          <w:tcPr>
            <w:tcW w:type="dxa" w:w="2160"/>
          </w:tcPr>
          <w:p>
            <w:r>
              <w:t>3.1%</w:t>
            </w:r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18</w:t>
            </w:r>
          </w:p>
        </w:tc>
        <w:tc>
          <w:tcPr>
            <w:tcW w:type="dxa" w:w="2160"/>
          </w:tcPr>
          <w:p>
            <w:r>
              <w:t>0.02769</w:t>
            </w:r>
          </w:p>
        </w:tc>
        <w:tc>
          <w:tcPr>
            <w:tcW w:type="dxa" w:w="2160"/>
          </w:tcPr>
          <w:p>
            <w:r>
              <w:t>2.8%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0.02615</w:t>
            </w:r>
          </w:p>
        </w:tc>
        <w:tc>
          <w:tcPr>
            <w:tcW w:type="dxa" w:w="2160"/>
          </w:tcPr>
          <w:p>
            <w:r>
              <w:t>2.6%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17</w:t>
            </w:r>
          </w:p>
        </w:tc>
        <w:tc>
          <w:tcPr>
            <w:tcW w:type="dxa" w:w="2160"/>
          </w:tcPr>
          <w:p>
            <w:r>
              <w:t>0.02615</w:t>
            </w:r>
          </w:p>
        </w:tc>
        <w:tc>
          <w:tcPr>
            <w:tcW w:type="dxa" w:w="2160"/>
          </w:tcPr>
          <w:p>
            <w:r>
              <w:t>2.6%</w:t>
            </w:r>
          </w:p>
        </w:tc>
      </w:tr>
    </w:tbl>
    <w:p/>
    <w:p>
      <w:pPr>
        <w:pStyle w:val="Heading2"/>
      </w:pPr>
      <w:r>
        <w:t>Figure 36. Find point clusters: cluster hulls [81]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10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11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12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13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2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3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4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5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6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7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8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  <w:tr>
        <w:tc>
          <w:tcPr>
            <w:tcW w:type="dxa" w:w="2160"/>
          </w:tcPr>
          <w:p>
            <w:r>
              <w:t>9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0.07143</w:t>
            </w:r>
          </w:p>
        </w:tc>
        <w:tc>
          <w:tcPr>
            <w:tcW w:type="dxa" w:w="2160"/>
          </w:tcPr>
          <w:p>
            <w:r>
              <w:t>7.1%</w:t>
            </w:r>
          </w:p>
        </w:tc>
      </w:tr>
    </w:tbl>
    <w:p/>
    <w:p>
      <w:pPr>
        <w:pStyle w:val="Heading2"/>
      </w:pPr>
      <w:r>
        <w:t>Figure 37. Find point clusters: ATMs [82]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140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38. Find point clusters: cluster hulls [83]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39. Find point clusters: Branches [84]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30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40. Find point clusters: cluster hulls [85]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cluster</w:t>
            </w:r>
          </w:p>
        </w:tc>
        <w:tc>
          <w:tcPr>
            <w:tcW w:type="dxa" w:w="2160"/>
          </w:tcPr>
          <w:p>
            <w:r>
              <w:t>features</w:t>
            </w:r>
          </w:p>
        </w:tc>
        <w:tc>
          <w:tcPr>
            <w:tcW w:type="dxa" w:w="2160"/>
          </w:tcPr>
          <w:p>
            <w:r>
              <w:t>fraction</w:t>
            </w:r>
          </w:p>
        </w:tc>
        <w:tc>
          <w:tcPr>
            <w:tcW w:type="dxa" w:w="2160"/>
          </w:tcPr>
          <w:p>
            <w:r>
              <w:t>share</w:t>
            </w:r>
          </w:p>
        </w:tc>
      </w:tr>
      <w:tr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</w:t>
            </w:r>
          </w:p>
        </w:tc>
        <w:tc>
          <w:tcPr>
            <w:tcW w:type="dxa" w:w="2160"/>
          </w:tcPr>
          <w:p>
            <w:r>
              <w:t>100.0%</w:t>
            </w:r>
          </w:p>
        </w:tc>
      </w:tr>
    </w:tbl>
    <w:p/>
    <w:p>
      <w:pPr>
        <w:pStyle w:val="Heading2"/>
      </w:pPr>
      <w:r>
        <w:t>Figure 41. Find outliers: Service areas [86]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value</w:t>
            </w:r>
          </w:p>
        </w:tc>
        <w:tc>
          <w:tcPr>
            <w:tcW w:type="dxa" w:w="2880"/>
          </w:tcPr>
          <w:p>
            <w:r>
              <w:t>lag</w:t>
            </w:r>
          </w:p>
        </w:tc>
        <w:tc>
          <w:tcPr>
            <w:tcW w:type="dxa" w:w="2880"/>
          </w:tcPr>
          <w:p>
            <w:r>
              <w:t>type</w:t>
            </w:r>
          </w:p>
        </w:tc>
      </w:tr>
      <w:tr>
        <w:tc>
          <w:tcPr>
            <w:tcW w:type="dxa" w:w="2880"/>
          </w:tcPr>
          <w:p>
            <w:r>
              <w:t>0.7175</w:t>
            </w:r>
          </w:p>
        </w:tc>
        <w:tc>
          <w:tcPr>
            <w:tcW w:type="dxa" w:w="2880"/>
          </w:tcPr>
          <w:p>
            <w:r>
              <w:t>0.2147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-0.7605</w:t>
            </w:r>
          </w:p>
        </w:tc>
        <w:tc>
          <w:tcPr>
            <w:tcW w:type="dxa" w:w="2880"/>
          </w:tcPr>
          <w:p>
            <w:r>
              <w:t>0.6028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0.3397</w:t>
            </w:r>
          </w:p>
        </w:tc>
        <w:tc>
          <w:tcPr>
            <w:tcW w:type="dxa" w:w="2880"/>
          </w:tcPr>
          <w:p>
            <w:r>
              <w:t>1.256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-0.0948</w:t>
            </w:r>
          </w:p>
        </w:tc>
        <w:tc>
          <w:tcPr>
            <w:tcW w:type="dxa" w:w="2880"/>
          </w:tcPr>
          <w:p>
            <w:r>
              <w:t>0.1267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0.3969</w:t>
            </w:r>
          </w:p>
        </w:tc>
        <w:tc>
          <w:tcPr>
            <w:tcW w:type="dxa" w:w="2880"/>
          </w:tcPr>
          <w:p>
            <w:r>
              <w:t>0.5444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1.671</w:t>
            </w:r>
          </w:p>
        </w:tc>
        <w:tc>
          <w:tcPr>
            <w:tcW w:type="dxa" w:w="2880"/>
          </w:tcPr>
          <w:p>
            <w:r>
              <w:t>-0.0215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-0.1173</w:t>
            </w:r>
          </w:p>
        </w:tc>
        <w:tc>
          <w:tcPr>
            <w:tcW w:type="dxa" w:w="2880"/>
          </w:tcPr>
          <w:p>
            <w:r>
              <w:t>0.2867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-0.3478</w:t>
            </w:r>
          </w:p>
        </w:tc>
        <w:tc>
          <w:tcPr>
            <w:tcW w:type="dxa" w:w="2880"/>
          </w:tcPr>
          <w:p>
            <w:r>
              <w:t>-0.0641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-0.7889</w:t>
            </w:r>
          </w:p>
        </w:tc>
        <w:tc>
          <w:tcPr>
            <w:tcW w:type="dxa" w:w="2880"/>
          </w:tcPr>
          <w:p>
            <w:r>
              <w:t>-0.9745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-1.23</w:t>
            </w:r>
          </w:p>
        </w:tc>
        <w:tc>
          <w:tcPr>
            <w:tcW w:type="dxa" w:w="2880"/>
          </w:tcPr>
          <w:p>
            <w:r>
              <w:t>-0.3683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-0.6027</w:t>
            </w:r>
          </w:p>
        </w:tc>
        <w:tc>
          <w:tcPr>
            <w:tcW w:type="dxa" w:w="2880"/>
          </w:tcPr>
          <w:p>
            <w:r>
              <w:t>-0.6988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0.6917</w:t>
            </w:r>
          </w:p>
        </w:tc>
        <w:tc>
          <w:tcPr>
            <w:tcW w:type="dxa" w:w="2880"/>
          </w:tcPr>
          <w:p>
            <w:r>
              <w:t>0.8524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0.3711</w:t>
            </w:r>
          </w:p>
        </w:tc>
        <w:tc>
          <w:tcPr>
            <w:tcW w:type="dxa" w:w="2880"/>
          </w:tcPr>
          <w:p>
            <w:r>
              <w:t>-0.7605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0.6284</w:t>
            </w:r>
          </w:p>
        </w:tc>
        <w:tc>
          <w:tcPr>
            <w:tcW w:type="dxa" w:w="2880"/>
          </w:tcPr>
          <w:p>
            <w:r>
              <w:t>-0.2384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1.821</w:t>
            </w:r>
          </w:p>
        </w:tc>
        <w:tc>
          <w:tcPr>
            <w:tcW w:type="dxa" w:w="2880"/>
          </w:tcPr>
          <w:p>
            <w:r>
              <w:t>0.5157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-1.793</w:t>
            </w:r>
          </w:p>
        </w:tc>
        <w:tc>
          <w:tcPr>
            <w:tcW w:type="dxa" w:w="2880"/>
          </w:tcPr>
          <w:p>
            <w:r>
              <w:t>-0.7222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-1.091</w:t>
            </w:r>
          </w:p>
        </w:tc>
        <w:tc>
          <w:tcPr>
            <w:tcW w:type="dxa" w:w="2880"/>
          </w:tcPr>
          <w:p>
            <w:r>
              <w:t>-0.9646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2.097</w:t>
            </w:r>
          </w:p>
        </w:tc>
        <w:tc>
          <w:tcPr>
            <w:tcW w:type="dxa" w:w="2880"/>
          </w:tcPr>
          <w:p>
            <w:r>
              <w:t>-0.0948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-0.6233</w:t>
            </w:r>
          </w:p>
        </w:tc>
        <w:tc>
          <w:tcPr>
            <w:tcW w:type="dxa" w:w="2880"/>
          </w:tcPr>
          <w:p>
            <w:r>
              <w:t>-0.5452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-0.8751</w:t>
            </w:r>
          </w:p>
        </w:tc>
        <w:tc>
          <w:tcPr>
            <w:tcW w:type="dxa" w:w="2880"/>
          </w:tcPr>
          <w:p>
            <w:r>
              <w:t>-0.8528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-0.8417</w:t>
            </w:r>
          </w:p>
        </w:tc>
        <w:tc>
          <w:tcPr>
            <w:tcW w:type="dxa" w:w="2880"/>
          </w:tcPr>
          <w:p>
            <w:r>
              <w:t>-0.5287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1.031</w:t>
            </w:r>
          </w:p>
        </w:tc>
        <w:tc>
          <w:tcPr>
            <w:tcW w:type="dxa" w:w="2880"/>
          </w:tcPr>
          <w:p>
            <w:r>
              <w:t>-0.4806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0.3971</w:t>
            </w:r>
          </w:p>
        </w:tc>
        <w:tc>
          <w:tcPr>
            <w:tcW w:type="dxa" w:w="2880"/>
          </w:tcPr>
          <w:p>
            <w:r>
              <w:t>0.3969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  <w:tr>
        <w:tc>
          <w:tcPr>
            <w:tcW w:type="dxa" w:w="2880"/>
          </w:tcPr>
          <w:p>
            <w:r>
              <w:t>-0.9956</w:t>
            </w:r>
          </w:p>
        </w:tc>
        <w:tc>
          <w:tcPr>
            <w:tcW w:type="dxa" w:w="2880"/>
          </w:tcPr>
          <w:p>
            <w:r>
              <w:t>-0.5311</w:t>
            </w:r>
          </w:p>
        </w:tc>
        <w:tc>
          <w:tcPr>
            <w:tcW w:type="dxa" w:w="2880"/>
          </w:tcPr>
          <w:p>
            <w:r>
              <w:t>NS</w:t>
            </w:r>
          </w:p>
        </w:tc>
      </w:tr>
    </w:tbl>
    <w:p/>
    <w:p>
      <w:pPr>
        <w:pStyle w:val="Heading2"/>
      </w:pPr>
      <w:r>
        <w:t>Figure 42. Repeat and near repeat classification: ATM faults [87]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43. Repeat and near repeat classification: ATM faults over time [88]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p>
      <w:pPr>
        <w:pStyle w:val="Heading2"/>
      </w:pPr>
      <w:r>
        <w:t>Figure 44. Find point clusters: ATM faults over time [89]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period</w:t>
            </w:r>
          </w:p>
        </w:tc>
        <w:tc>
          <w:tcPr>
            <w:tcW w:type="dxa" w:w="2880"/>
          </w:tcPr>
          <w:p>
            <w:r>
              <w:t>series</w:t>
            </w:r>
          </w:p>
        </w:tc>
        <w:tc>
          <w:tcPr>
            <w:tcW w:type="dxa" w:w="2880"/>
          </w:tcPr>
          <w:p>
            <w:r>
              <w:t>value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2026-03-30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2026-04-06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12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2026-04-13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2026-04-20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2026-04-27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2026-05-04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2026-05-11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2026-05-18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2026-05-25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2026-06-01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2026-06-08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2026-06-15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2026-06-22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2026-06-29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10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2026-07-06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2026-07-13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2026-07-20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2026-07-27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2026-08-03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2026-08-10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2026-08-17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8</w:t>
            </w:r>
          </w:p>
        </w:tc>
      </w:tr>
      <w:tr>
        <w:tc>
          <w:tcPr>
            <w:tcW w:type="dxa" w:w="2880"/>
          </w:tcPr>
          <w:p>
            <w:r>
              <w:t>2026-08-24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2026-08-31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6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7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2</w:t>
            </w:r>
          </w:p>
        </w:tc>
      </w:tr>
      <w:tr>
        <w:tc>
          <w:tcPr>
            <w:tcW w:type="dxa" w:w="2880"/>
          </w:tcPr>
          <w:p>
            <w:r>
              <w:t>2026-09-07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11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13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2026-09-14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9</w:t>
            </w:r>
          </w:p>
        </w:tc>
      </w:tr>
      <w:tr>
        <w:tc>
          <w:tcPr>
            <w:tcW w:type="dxa" w:w="2880"/>
          </w:tcPr>
          <w:p>
            <w:r>
              <w:t>2026-09-21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5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cash out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network</w:t>
            </w:r>
          </w:p>
        </w:tc>
        <w:tc>
          <w:tcPr>
            <w:tcW w:type="dxa" w:w="2880"/>
          </w:tcPr>
          <w:p>
            <w:r>
              <w:t>3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card reader</w:t>
            </w:r>
          </w:p>
        </w:tc>
        <w:tc>
          <w:tcPr>
            <w:tcW w:type="dxa" w:w="2880"/>
          </w:tcPr>
          <w:p>
            <w:r>
              <w:t>4</w:t>
            </w:r>
          </w:p>
        </w:tc>
      </w:tr>
      <w:tr>
        <w:tc>
          <w:tcPr>
            <w:tcW w:type="dxa" w:w="2880"/>
          </w:tcPr>
          <w:p>
            <w:r>
              <w:t>2026-09-28</w:t>
            </w:r>
          </w:p>
        </w:tc>
        <w:tc>
          <w:tcPr>
            <w:tcW w:type="dxa" w:w="2880"/>
          </w:tcPr>
          <w:p>
            <w:r>
              <w:t>dispenser jam</w:t>
            </w:r>
          </w:p>
        </w:tc>
        <w:tc>
          <w:tcPr>
            <w:tcW w:type="dxa" w:w="2880"/>
          </w:tcPr>
          <w:p>
            <w:r>
              <w:t>1</w:t>
            </w:r>
          </w:p>
        </w:tc>
      </w:tr>
    </w:tbl>
    <w:p/>
    <w:sectPr w:rsidR="00FC693F" w:rsidRPr="0006063C" w:rsidSect="00034616">
      <w:footerReference w:type="default" r:id="rId5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GeoBit Large Spatial Model | Sample: Banking, Mumbai | report version 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image" Target="media/image30.jpg"/><Relationship Id="rId39" Type="http://schemas.openxmlformats.org/officeDocument/2006/relationships/image" Target="media/image31.jpg"/><Relationship Id="rId40" Type="http://schemas.openxmlformats.org/officeDocument/2006/relationships/image" Target="media/image32.jpg"/><Relationship Id="rId41" Type="http://schemas.openxmlformats.org/officeDocument/2006/relationships/image" Target="media/image33.jpg"/><Relationship Id="rId42" Type="http://schemas.openxmlformats.org/officeDocument/2006/relationships/image" Target="media/image34.jpg"/><Relationship Id="rId43" Type="http://schemas.openxmlformats.org/officeDocument/2006/relationships/image" Target="media/image35.jpg"/><Relationship Id="rId44" Type="http://schemas.openxmlformats.org/officeDocument/2006/relationships/image" Target="media/image36.jpg"/><Relationship Id="rId45" Type="http://schemas.openxmlformats.org/officeDocument/2006/relationships/image" Target="media/image37.jpg"/><Relationship Id="rId46" Type="http://schemas.openxmlformats.org/officeDocument/2006/relationships/image" Target="media/image38.jpg"/><Relationship Id="rId47" Type="http://schemas.openxmlformats.org/officeDocument/2006/relationships/image" Target="media/image39.jpg"/><Relationship Id="rId48" Type="http://schemas.openxmlformats.org/officeDocument/2006/relationships/image" Target="media/image40.jpg"/><Relationship Id="rId49" Type="http://schemas.openxmlformats.org/officeDocument/2006/relationships/image" Target="media/image41.jpg"/><Relationship Id="rId50" Type="http://schemas.openxmlformats.org/officeDocument/2006/relationships/image" Target="media/image42.jpg"/><Relationship Id="rId5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Sample: Banking, Mumbai: report</dc:title>
  <dc:subject>Describe the project Sample: Banking, Mumbai: run the analyses that tell the most about its data, draw every result, and write a cited report.</dc:subject>
  <dc:creator>GeoBit Large Spatial Model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