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Conservation, Okavango Delta near Maun: report</w:t>
      </w:r>
    </w:p>
    <w:p>
      <w:r>
        <w:rPr>
          <w:color w:val="525252"/>
          <w:sz w:val="18"/>
        </w:rPr>
        <w:t>Project: Sample: Conservation, Okavango Delta near Maun</w:t>
      </w:r>
      <w:r>
        <w:rPr>
          <w:color w:val="525252"/>
          <w:sz w:val="18"/>
        </w:rPr>
        <w:br/>
        <w:t>Goal: Describe the project Sample: Conservation, Okavango Delta near Maun: run the analyses that tell the most about its data, draw every result, and write a cited report.</w:t>
      </w:r>
      <w:r>
        <w:rPr>
          <w:color w:val="525252"/>
          <w:sz w:val="18"/>
        </w:rPr>
        <w:br/>
        <w:t>Run: 02856b25-6165-4e7c-bf67-eecb1dfb06b6 (running, 12 agent run(s))</w:t>
      </w:r>
      <w:r>
        <w:rPr>
          <w:color w:val="525252"/>
          <w:sz w:val="18"/>
        </w:rPr>
        <w:br/>
        <w:t>Generated: 2026-10-18T05:10:01Z, version 1</w:t>
      </w:r>
      <w:r>
        <w:rPr>
          <w:color w:val="525252"/>
          <w:sz w:val="18"/>
        </w:rPr>
        <w:br/>
        <w:t>Model cost: USD 0.0000 over 4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Protected areas</w:t>
            </w:r>
          </w:p>
        </w:tc>
        <w:tc>
          <w:tcPr>
            <w:tcW w:type="dxa" w:w="1440"/>
          </w:tcPr>
          <w:p>
            <w:r>
              <w:t>vector, Polygon</w:t>
            </w:r>
          </w:p>
        </w:tc>
        <w:tc>
          <w:tcPr>
            <w:tcW w:type="dxa" w:w="1440"/>
          </w:tcPr>
          <w:p>
            <w:r>
              <w:t>5</w:t>
            </w:r>
          </w:p>
        </w:tc>
        <w:tc>
          <w:tcPr>
            <w:tcW w:type="dxa" w:w="1440"/>
          </w:tcPr>
          <w:p>
            <w:r/>
          </w:p>
        </w:tc>
        <w:tc>
          <w:tcPr>
            <w:tcW w:type="dxa" w:w="1440"/>
          </w:tcPr>
          <w:p>
            <w:r>
              <w:t>5 polygon (area) features; 'area_km2' 2.5 to 42 (mean 24.5); 'established' 1,963 to 2,019 (mean 2003); named by 'name' (e.g. Northern wildlife concession, Delta game reserve, Community trust area); total area 122.5 km2; extent 23.2921,-19.8459 to 23.4079,-19.7541. Areas (Protected areas) with area_km2 to compare and map.</w:t>
            </w:r>
          </w:p>
        </w:tc>
        <w:tc>
          <w:tcPr>
            <w:tcW w:type="dxa" w:w="1440"/>
          </w:tcPr>
          <w:p>
            <w:r>
              <w:t>[105]</w:t>
            </w:r>
          </w:p>
        </w:tc>
      </w:tr>
      <w:tr>
        <w:tc>
          <w:tcPr>
            <w:tcW w:type="dxa" w:w="1440"/>
          </w:tcPr>
          <w:p>
            <w:r>
              <w:t>Wildlife sightings</w:t>
            </w:r>
          </w:p>
        </w:tc>
        <w:tc>
          <w:tcPr>
            <w:tcW w:type="dxa" w:w="1440"/>
          </w:tcPr>
          <w:p>
            <w:r>
              <w:t>vector, Point</w:t>
            </w:r>
          </w:p>
        </w:tc>
        <w:tc>
          <w:tcPr>
            <w:tcW w:type="dxa" w:w="1440"/>
          </w:tcPr>
          <w:p>
            <w:r>
              <w:t>2,000</w:t>
            </w:r>
          </w:p>
        </w:tc>
        <w:tc>
          <w:tcPr>
            <w:tcW w:type="dxa" w:w="1440"/>
          </w:tcPr>
          <w:p>
            <w:r>
              <w:t>2020-01-03 to 2025-12-30</w:t>
            </w:r>
          </w:p>
        </w:tc>
        <w:tc>
          <w:tcPr>
            <w:tcW w:type="dxa" w:w="1440"/>
          </w:tcPr>
          <w:p>
            <w:r>
              <w:t>2,000 point features; dated by 'observed_at' from 2020-01-03 to 2025-12-30; 'species' has 9 values (top: elephant 570, buffalo 310, giraffe 232); 'observer' has 4 values (top: researcher 525, ranger 512, guide 498); 'count' 1 to 47 (mean 10.29); extent 23.2929,-19.8447 to 23.4072,-19.7547. Dated point events by species: where and when Wildlife sightings happen.</w:t>
            </w:r>
          </w:p>
        </w:tc>
        <w:tc>
          <w:tcPr>
            <w:tcW w:type="dxa" w:w="1440"/>
          </w:tcPr>
          <w:p>
            <w:r>
              <w:t>[2]</w:t>
            </w:r>
          </w:p>
        </w:tc>
      </w:tr>
      <w:tr>
        <w:tc>
          <w:tcPr>
            <w:tcW w:type="dxa" w:w="1440"/>
          </w:tcPr>
          <w:p>
            <w:r>
              <w:t>River channels</w:t>
            </w:r>
          </w:p>
        </w:tc>
        <w:tc>
          <w:tcPr>
            <w:tcW w:type="dxa" w:w="1440"/>
          </w:tcPr>
          <w:p>
            <w:r>
              <w:t>vector, LineString</w:t>
            </w:r>
          </w:p>
        </w:tc>
        <w:tc>
          <w:tcPr>
            <w:tcW w:type="dxa" w:w="1440"/>
          </w:tcPr>
          <w:p>
            <w:r>
              <w:t>2</w:t>
            </w:r>
          </w:p>
        </w:tc>
        <w:tc>
          <w:tcPr>
            <w:tcW w:type="dxa" w:w="1440"/>
          </w:tcPr>
          <w:p>
            <w:r/>
          </w:p>
        </w:tc>
        <w:tc>
          <w:tcPr>
            <w:tcW w:type="dxa" w:w="1440"/>
          </w:tcPr>
          <w:p>
            <w:r>
              <w:t>2 line features; named by 'name' (e.g. Main channel, Southern channel); total length 31.87 km; extent 23.2927,-19.8258 to 23.4074,-19.7811. Lines (River channels) such as routes or networks.</w:t>
            </w:r>
          </w:p>
        </w:tc>
        <w:tc>
          <w:tcPr>
            <w:tcW w:type="dxa" w:w="1440"/>
          </w:tcPr>
          <w:p>
            <w:r>
              <w:t>[106]</w:t>
            </w:r>
          </w:p>
        </w:tc>
      </w:tr>
      <w:tr>
        <w:tc>
          <w:tcPr>
            <w:tcW w:type="dxa" w:w="1440"/>
          </w:tcPr>
          <w:p>
            <w:r>
              <w:t>Camera traps</w:t>
            </w:r>
          </w:p>
        </w:tc>
        <w:tc>
          <w:tcPr>
            <w:tcW w:type="dxa" w:w="1440"/>
          </w:tcPr>
          <w:p>
            <w:r>
              <w:t>vector, Point</w:t>
            </w:r>
          </w:p>
        </w:tc>
        <w:tc>
          <w:tcPr>
            <w:tcW w:type="dxa" w:w="1440"/>
          </w:tcPr>
          <w:p>
            <w:r>
              <w:t>40</w:t>
            </w:r>
          </w:p>
        </w:tc>
        <w:tc>
          <w:tcPr>
            <w:tcW w:type="dxa" w:w="1440"/>
          </w:tcPr>
          <w:p>
            <w:r/>
          </w:p>
        </w:tc>
        <w:tc>
          <w:tcPr>
            <w:tcW w:type="dxa" w:w="1440"/>
          </w:tcPr>
          <w:p>
            <w:r>
              <w:t>40 point features; 'working' has 2 values (top: True 34, False 6); 'installed_year' 2,020 to 2,020 (mean 2020); named by 'name' (e.g. Camera trap 01, Camera trap 02, Camera trap 03); extent 23.2940,-19.8426 to 23.4047,-19.7566. Point locations of Camera traps by working.</w:t>
            </w:r>
          </w:p>
        </w:tc>
        <w:tc>
          <w:tcPr>
            <w:tcW w:type="dxa" w:w="1440"/>
          </w:tcPr>
          <w:p>
            <w:r>
              <w:t>[107]</w:t>
            </w:r>
          </w:p>
        </w:tc>
      </w:tr>
      <w:tr>
        <w:tc>
          <w:tcPr>
            <w:tcW w:type="dxa" w:w="1440"/>
          </w:tcPr>
          <w:p>
            <w:r>
              <w:t>Patrol tracks</w:t>
            </w:r>
          </w:p>
        </w:tc>
        <w:tc>
          <w:tcPr>
            <w:tcW w:type="dxa" w:w="1440"/>
          </w:tcPr>
          <w:p>
            <w:r>
              <w:t>vector, LineString</w:t>
            </w:r>
          </w:p>
        </w:tc>
        <w:tc>
          <w:tcPr>
            <w:tcW w:type="dxa" w:w="1440"/>
          </w:tcPr>
          <w:p>
            <w:r>
              <w:t>150</w:t>
            </w:r>
          </w:p>
        </w:tc>
        <w:tc>
          <w:tcPr>
            <w:tcW w:type="dxa" w:w="1440"/>
          </w:tcPr>
          <w:p>
            <w:r>
              <w:t>2024-01-12 to 2025-12-28</w:t>
            </w:r>
          </w:p>
        </w:tc>
        <w:tc>
          <w:tcPr>
            <w:tcW w:type="dxa" w:w="1440"/>
          </w:tcPr>
          <w:p>
            <w:r>
              <w:t>150 line features; dated by 'date' from 2024-01-12 to 2025-12-28; 'team' has 3 values (top: Alpha 63, Charlie 46, Bravo 41); 'snares_found' 0 to 4 (mean 0.9067); total length 985.6 km; extent 23.2921,-19.8472 to 23.4085,-19.7533. Lines (Patrol tracks) such as routes or networks.</w:t>
            </w:r>
          </w:p>
        </w:tc>
        <w:tc>
          <w:tcPr>
            <w:tcW w:type="dxa" w:w="1440"/>
          </w:tcPr>
          <w:p>
            <w:r>
              <w:t>[3]</w:t>
            </w:r>
          </w:p>
        </w:tc>
      </w:tr>
      <w:tr>
        <w:tc>
          <w:tcPr>
            <w:tcW w:type="dxa" w:w="1440"/>
          </w:tcPr>
          <w:p>
            <w:r>
              <w:t>Water points</w:t>
            </w:r>
          </w:p>
        </w:tc>
        <w:tc>
          <w:tcPr>
            <w:tcW w:type="dxa" w:w="1440"/>
          </w:tcPr>
          <w:p>
            <w:r>
              <w:t>vector, Point</w:t>
            </w:r>
          </w:p>
        </w:tc>
        <w:tc>
          <w:tcPr>
            <w:tcW w:type="dxa" w:w="1440"/>
          </w:tcPr>
          <w:p>
            <w:r>
              <w:t>25</w:t>
            </w:r>
          </w:p>
        </w:tc>
        <w:tc>
          <w:tcPr>
            <w:tcW w:type="dxa" w:w="1440"/>
          </w:tcPr>
          <w:p>
            <w:r/>
          </w:p>
        </w:tc>
        <w:tc>
          <w:tcPr>
            <w:tcW w:type="dxa" w:w="1440"/>
          </w:tcPr>
          <w:p>
            <w:r>
              <w:t>25 point features; 'type' has 3 values (top: borehole 10, pan 8, lagoon 7); 'permanent' has 2 values (top: True 14, False 11); extent 23.2942,-19.8258 to 23.3495,-19.7772. Point locations of Water points by type.</w:t>
            </w:r>
          </w:p>
        </w:tc>
        <w:tc>
          <w:tcPr>
            <w:tcW w:type="dxa" w:w="1440"/>
          </w:tcPr>
          <w:p>
            <w:r>
              <w:t>[108]</w:t>
            </w:r>
          </w:p>
        </w:tc>
      </w:tr>
      <w:tr>
        <w:tc>
          <w:tcPr>
            <w:tcW w:type="dxa" w:w="1440"/>
          </w:tcPr>
          <w:p>
            <w:r>
              <w:t>Habitat scene 2020-09-15</w:t>
            </w:r>
          </w:p>
        </w:tc>
        <w:tc>
          <w:tcPr>
            <w:tcW w:type="dxa" w:w="1440"/>
          </w:tcPr>
          <w:p>
            <w:r>
              <w:t>raster</w:t>
            </w:r>
          </w:p>
        </w:tc>
        <w:tc>
          <w:tcPr>
            <w:tcW w:type="dxa" w:w="1440"/>
          </w:tcPr>
          <w:p>
            <w:r/>
          </w:p>
        </w:tc>
        <w:tc>
          <w:tcPr>
            <w:tcW w:type="dxa" w:w="1440"/>
          </w:tcPr>
          <w:p>
            <w:r>
              <w:t>2020-09-15</w:t>
            </w:r>
          </w:p>
        </w:tc>
        <w:tc>
          <w:tcPr>
            <w:tcW w:type="dxa" w:w="1440"/>
          </w:tcPr>
          <w:p>
            <w:r>
              <w:t>4-band float32 raster (imagery), 300 x 250 cells; resolution 40; band 1 0.009 to 0.079; acquired 2020-09-15; extent 23.2921,-19.8459 to 23.4079,-19.7541. Imagery for visual and change analysis.</w:t>
            </w:r>
          </w:p>
        </w:tc>
        <w:tc>
          <w:tcPr>
            <w:tcW w:type="dxa" w:w="1440"/>
          </w:tcPr>
          <w:p>
            <w:r>
              <w:t>[109]</w:t>
            </w:r>
          </w:p>
        </w:tc>
      </w:tr>
      <w:tr>
        <w:tc>
          <w:tcPr>
            <w:tcW w:type="dxa" w:w="1440"/>
          </w:tcPr>
          <w:p>
            <w:r>
              <w:t>Habitat scene 2025-09-15</w:t>
            </w:r>
          </w:p>
        </w:tc>
        <w:tc>
          <w:tcPr>
            <w:tcW w:type="dxa" w:w="1440"/>
          </w:tcPr>
          <w:p>
            <w:r>
              <w:t>raster</w:t>
            </w:r>
          </w:p>
        </w:tc>
        <w:tc>
          <w:tcPr>
            <w:tcW w:type="dxa" w:w="1440"/>
          </w:tcPr>
          <w:p>
            <w:r/>
          </w:p>
        </w:tc>
        <w:tc>
          <w:tcPr>
            <w:tcW w:type="dxa" w:w="1440"/>
          </w:tcPr>
          <w:p>
            <w:r>
              <w:t>2025-09-15</w:t>
            </w:r>
          </w:p>
        </w:tc>
        <w:tc>
          <w:tcPr>
            <w:tcW w:type="dxa" w:w="1440"/>
          </w:tcPr>
          <w:p>
            <w:r>
              <w:t>4-band float32 raster (imagery), 300 x 250 cells; resolution 40; band 1 0.007 to 0.182; acquired 2025-09-15; extent 23.2921,-19.8459 to 23.4079,-19.7541. Imagery for visual and change analysis.</w:t>
            </w:r>
          </w:p>
        </w:tc>
        <w:tc>
          <w:tcPr>
            <w:tcW w:type="dxa" w:w="1440"/>
          </w:tcPr>
          <w:p>
            <w:r>
              <w:t>[110]</w:t>
            </w:r>
          </w:p>
        </w:tc>
      </w:tr>
      <w:tr>
        <w:tc>
          <w:tcPr>
            <w:tcW w:type="dxa" w:w="1440"/>
          </w:tcPr>
          <w:p>
            <w:r>
              <w:t>Patrol effort by month</w:t>
            </w:r>
          </w:p>
        </w:tc>
        <w:tc>
          <w:tcPr>
            <w:tcW w:type="dxa" w:w="1440"/>
          </w:tcPr>
          <w:p>
            <w:r>
              <w:t>table</w:t>
            </w:r>
          </w:p>
        </w:tc>
        <w:tc>
          <w:tcPr>
            <w:tcW w:type="dxa" w:w="1440"/>
          </w:tcPr>
          <w:p>
            <w:r>
              <w:t>120</w:t>
            </w:r>
          </w:p>
        </w:tc>
        <w:tc>
          <w:tcPr>
            <w:tcW w:type="dxa" w:w="1440"/>
          </w:tcPr>
          <w:p>
            <w:r>
              <w:t>2024-01-01 to 2025-12-01</w:t>
            </w:r>
          </w:p>
        </w:tc>
        <w:tc>
          <w:tcPr>
            <w:tcW w:type="dxa" w:w="1440"/>
          </w:tcPr>
          <w:p>
            <w:r>
              <w:t>Table of 120 rows and 5 columns without geometry; dated by 'month' from 2024-01-01 to 2025-12-01; 'area_code' has 5 values (top: PA1 24, PA2 24, PA3 24); 'patrol_km' 130 to 707 (mean 338.4); 'snares_removed' 0 to 7 (mean 1.275); 'carcasses_found' 0 to 3 (mean 0.425). A table of Patrol effort by month without locations.</w:t>
            </w:r>
          </w:p>
        </w:tc>
        <w:tc>
          <w:tcPr>
            <w:tcW w:type="dxa" w:w="1440"/>
          </w:tcPr>
          <w:p>
            <w:r>
              <w:t>[4]</w:t>
            </w:r>
          </w:p>
        </w:tc>
      </w:tr>
      <w:tr>
        <w:tc>
          <w:tcPr>
            <w:tcW w:type="dxa" w:w="1440"/>
          </w:tcPr>
          <w:p>
            <w:r>
              <w:t>Transect counts by year</w:t>
            </w:r>
          </w:p>
        </w:tc>
        <w:tc>
          <w:tcPr>
            <w:tcW w:type="dxa" w:w="1440"/>
          </w:tcPr>
          <w:p>
            <w:r>
              <w:t>table</w:t>
            </w:r>
          </w:p>
        </w:tc>
        <w:tc>
          <w:tcPr>
            <w:tcW w:type="dxa" w:w="1440"/>
          </w:tcPr>
          <w:p>
            <w:r>
              <w:t>256</w:t>
            </w:r>
          </w:p>
        </w:tc>
        <w:tc>
          <w:tcPr>
            <w:tcW w:type="dxa" w:w="1440"/>
          </w:tcPr>
          <w:p>
            <w:r>
              <w:t>2018-01-01 to 2025-01-01</w:t>
            </w:r>
          </w:p>
        </w:tc>
        <w:tc>
          <w:tcPr>
            <w:tcW w:type="dxa" w:w="1440"/>
          </w:tcPr>
          <w:p>
            <w:r>
              <w:t>Table of 256 rows and 4 columns without geometry; dated by 'year' from 2018-01-01 to 2025-01-01; 'species' has 4 values (top: elephant 64, buffalo 64, red lechwe 64); 'count' 6 to 287 (mean 61.94). A table of Transect counts by year without locations.</w:t>
            </w:r>
          </w:p>
        </w:tc>
        <w:tc>
          <w:tcPr>
            <w:tcW w:type="dxa" w:w="1440"/>
          </w:tcPr>
          <w:p>
            <w:r>
              <w:t>[5]</w:t>
            </w:r>
          </w:p>
        </w:tc>
      </w:tr>
      <w:tr>
        <w:tc>
          <w:tcPr>
            <w:tcW w:type="dxa" w:w="1440"/>
          </w:tcPr>
          <w:p>
            <w:r>
              <w:t>Annual wildlife monitoring report</w:t>
            </w:r>
          </w:p>
        </w:tc>
        <w:tc>
          <w:tcPr>
            <w:tcW w:type="dxa" w:w="1440"/>
          </w:tcPr>
          <w:p>
            <w:r>
              <w:t>document</w:t>
            </w:r>
          </w:p>
        </w:tc>
        <w:tc>
          <w:tcPr>
            <w:tcW w:type="dxa" w:w="1440"/>
          </w:tcPr>
          <w:p>
            <w:r/>
          </w:p>
        </w:tc>
        <w:tc>
          <w:tcPr>
            <w:tcW w:type="dxa" w:w="1440"/>
          </w:tcPr>
          <w:p>
            <w:r/>
          </w:p>
        </w:tc>
        <w:tc>
          <w:tcPr>
            <w:tcW w:type="dxa" w:w="1440"/>
          </w:tcPr>
          <w:p>
            <w:r>
              <w:t>1-page md document 'Annual wildlife monitoring report 2025'; language en; mentions 4 place(s): Community trust area (2), Northern wildlife concession (1), -19.77328, 23.32099 (1), Main channel (1). A document about Community trust area, Northern wildlife concession, -19.77328, 23.32099.</w:t>
            </w:r>
          </w:p>
        </w:tc>
        <w:tc>
          <w:tcPr>
            <w:tcW w:type="dxa" w:w="1440"/>
          </w:tcPr>
          <w:p>
            <w:r>
              <w:t>[111]</w:t>
            </w:r>
          </w:p>
        </w:tc>
      </w:tr>
      <w:tr>
        <w:tc>
          <w:tcPr>
            <w:tcW w:type="dxa" w:w="1440"/>
          </w:tcPr>
          <w:p>
            <w:r>
              <w:t>Sample: Conservation, Okavango Delta near Maun</w:t>
            </w:r>
          </w:p>
        </w:tc>
        <w:tc>
          <w:tcPr>
            <w:tcW w:type="dxa" w:w="1440"/>
          </w:tcPr>
          <w:p>
            <w:r>
              <w:t>record</w:t>
            </w:r>
          </w:p>
        </w:tc>
        <w:tc>
          <w:tcPr>
            <w:tcW w:type="dxa" w:w="1440"/>
          </w:tcPr>
          <w:p>
            <w:r/>
          </w:p>
        </w:tc>
        <w:tc>
          <w:tcPr>
            <w:tcW w:type="dxa" w:w="1440"/>
          </w:tcPr>
          <w:p>
            <w:r/>
          </w:p>
        </w:tc>
        <w:tc>
          <w:tcPr>
            <w:tcW w:type="dxa" w:w="1440"/>
          </w:tcPr>
          <w:p>
            <w:r/>
          </w:p>
        </w:tc>
        <w:tc>
          <w:tcPr>
            <w:tcW w:type="dxa" w:w="1440"/>
          </w:tcPr>
          <w:p>
            <w:r>
              <w:t>[112]</w:t>
            </w:r>
          </w:p>
        </w:tc>
      </w:tr>
      <w:tr>
        <w:tc>
          <w:tcPr>
            <w:tcW w:type="dxa" w:w="1440"/>
          </w:tcPr>
          <w:p>
            <w:r>
              <w:t>Emerging hot spots: Wildlife sightings</w:t>
            </w:r>
          </w:p>
        </w:tc>
        <w:tc>
          <w:tcPr>
            <w:tcW w:type="dxa" w:w="1440"/>
          </w:tcPr>
          <w:p>
            <w:r>
              <w:t>layer, Polygon</w:t>
            </w:r>
          </w:p>
        </w:tc>
        <w:tc>
          <w:tcPr>
            <w:tcW w:type="dxa" w:w="1440"/>
          </w:tcPr>
          <w:p>
            <w:r>
              <w:t>187</w:t>
            </w:r>
          </w:p>
        </w:tc>
        <w:tc>
          <w:tcPr>
            <w:tcW w:type="dxa" w:w="1440"/>
          </w:tcPr>
          <w:p>
            <w:r/>
          </w:p>
        </w:tc>
        <w:tc>
          <w:tcPr>
            <w:tcW w:type="dxa" w:w="1440"/>
          </w:tcPr>
          <w:p>
            <w:r/>
          </w:p>
        </w:tc>
        <w:tc>
          <w:tcPr>
            <w:tcW w:type="dxa" w:w="1440"/>
          </w:tcPr>
          <w:p>
            <w:r>
              <w:t>[113]</w:t>
            </w:r>
          </w:p>
        </w:tc>
      </w:tr>
      <w:tr>
        <w:tc>
          <w:tcPr>
            <w:tcW w:type="dxa" w:w="1440"/>
          </w:tcPr>
          <w:p>
            <w:r>
              <w:t>Repeat and near repeat classification: Wildlife sightings</w:t>
            </w:r>
          </w:p>
        </w:tc>
        <w:tc>
          <w:tcPr>
            <w:tcW w:type="dxa" w:w="1440"/>
          </w:tcPr>
          <w:p>
            <w:r>
              <w:t>layer, Point</w:t>
            </w:r>
          </w:p>
        </w:tc>
        <w:tc>
          <w:tcPr>
            <w:tcW w:type="dxa" w:w="1440"/>
          </w:tcPr>
          <w:p>
            <w:r>
              <w:t>2,000</w:t>
            </w:r>
          </w:p>
        </w:tc>
        <w:tc>
          <w:tcPr>
            <w:tcW w:type="dxa" w:w="1440"/>
          </w:tcPr>
          <w:p>
            <w:r/>
          </w:p>
        </w:tc>
        <w:tc>
          <w:tcPr>
            <w:tcW w:type="dxa" w:w="1440"/>
          </w:tcPr>
          <w:p>
            <w:r/>
          </w:p>
        </w:tc>
        <w:tc>
          <w:tcPr>
            <w:tcW w:type="dxa" w:w="1440"/>
          </w:tcPr>
          <w:p>
            <w:r>
              <w:t>[114]</w:t>
            </w:r>
          </w:p>
        </w:tc>
      </w:tr>
      <w:tr>
        <w:tc>
          <w:tcPr>
            <w:tcW w:type="dxa" w:w="1440"/>
          </w:tcPr>
          <w:p>
            <w:r>
              <w:t>Hot spot analysis: Camera traps</w:t>
            </w:r>
          </w:p>
        </w:tc>
        <w:tc>
          <w:tcPr>
            <w:tcW w:type="dxa" w:w="1440"/>
          </w:tcPr>
          <w:p>
            <w:r>
              <w:t>layer, Polygon</w:t>
            </w:r>
          </w:p>
        </w:tc>
        <w:tc>
          <w:tcPr>
            <w:tcW w:type="dxa" w:w="1440"/>
          </w:tcPr>
          <w:p>
            <w:r>
              <w:t>11</w:t>
            </w:r>
          </w:p>
        </w:tc>
        <w:tc>
          <w:tcPr>
            <w:tcW w:type="dxa" w:w="1440"/>
          </w:tcPr>
          <w:p>
            <w:r/>
          </w:p>
        </w:tc>
        <w:tc>
          <w:tcPr>
            <w:tcW w:type="dxa" w:w="1440"/>
          </w:tcPr>
          <w:p>
            <w:r/>
          </w:p>
        </w:tc>
        <w:tc>
          <w:tcPr>
            <w:tcW w:type="dxa" w:w="1440"/>
          </w:tcPr>
          <w:p>
            <w:r>
              <w:t>[115]</w:t>
            </w:r>
          </w:p>
        </w:tc>
      </w:tr>
      <w:tr>
        <w:tc>
          <w:tcPr>
            <w:tcW w:type="dxa" w:w="1440"/>
          </w:tcPr>
          <w:p>
            <w:r>
              <w:t>Hot spot analysis: Wildlife sightings</w:t>
            </w:r>
          </w:p>
        </w:tc>
        <w:tc>
          <w:tcPr>
            <w:tcW w:type="dxa" w:w="1440"/>
          </w:tcPr>
          <w:p>
            <w:r>
              <w:t>layer, Point</w:t>
            </w:r>
          </w:p>
        </w:tc>
        <w:tc>
          <w:tcPr>
            <w:tcW w:type="dxa" w:w="1440"/>
          </w:tcPr>
          <w:p>
            <w:r>
              <w:t>2,000</w:t>
            </w:r>
          </w:p>
        </w:tc>
        <w:tc>
          <w:tcPr>
            <w:tcW w:type="dxa" w:w="1440"/>
          </w:tcPr>
          <w:p>
            <w:r/>
          </w:p>
        </w:tc>
        <w:tc>
          <w:tcPr>
            <w:tcW w:type="dxa" w:w="1440"/>
          </w:tcPr>
          <w:p>
            <w:r/>
          </w:p>
        </w:tc>
        <w:tc>
          <w:tcPr>
            <w:tcW w:type="dxa" w:w="1440"/>
          </w:tcPr>
          <w:p>
            <w:r>
              <w:t>[116]</w:t>
            </w:r>
          </w:p>
        </w:tc>
      </w:tr>
      <w:tr>
        <w:tc>
          <w:tcPr>
            <w:tcW w:type="dxa" w:w="1440"/>
          </w:tcPr>
          <w:p>
            <w:r>
              <w:t>NDVI change Habitat scene 2020-09-15 to Habitat scene 2025-09-15</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[117]</w:t>
            </w:r>
          </w:p>
        </w:tc>
      </w:tr>
      <w:tr>
        <w:tc>
          <w:tcPr>
            <w:tcW w:type="dxa" w:w="1440"/>
          </w:tcPr>
          <w:p>
            <w:r>
              <w:t>NDVI decrease / increase</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[118]</w:t>
            </w:r>
          </w:p>
        </w:tc>
      </w:tr>
      <w:tr>
        <w:tc>
          <w:tcPr>
            <w:tcW w:type="dxa" w:w="1440"/>
          </w:tcPr>
          <w:p>
            <w:r>
              <w:t>NDVI change polygons</w:t>
            </w:r>
          </w:p>
        </w:tc>
        <w:tc>
          <w:tcPr>
            <w:tcW w:type="dxa" w:w="1440"/>
          </w:tcPr>
          <w:p>
            <w:r>
              <w:t>layer, Polygon</w:t>
            </w:r>
          </w:p>
        </w:tc>
        <w:tc>
          <w:tcPr>
            <w:tcW w:type="dxa" w:w="1440"/>
          </w:tcPr>
          <w:p>
            <w:r>
              <w:t>984</w:t>
            </w:r>
          </w:p>
        </w:tc>
        <w:tc>
          <w:tcPr>
            <w:tcW w:type="dxa" w:w="1440"/>
          </w:tcPr>
          <w:p>
            <w:r/>
          </w:p>
        </w:tc>
        <w:tc>
          <w:tcPr>
            <w:tcW w:type="dxa" w:w="1440"/>
          </w:tcPr>
          <w:p>
            <w:r/>
          </w:p>
        </w:tc>
        <w:tc>
          <w:tcPr>
            <w:tcW w:type="dxa" w:w="1440"/>
          </w:tcPr>
          <w:p>
            <w:r>
              <w:t>[119]</w:t>
            </w:r>
          </w:p>
        </w:tc>
      </w:tr>
      <w:tr>
        <w:tc>
          <w:tcPr>
            <w:tcW w:type="dxa" w:w="1440"/>
          </w:tcPr>
          <w:p>
            <w:r>
              <w:t>Difference Habitat scene 2020-09-15 to Habitat scene 2025-09-15</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[120]</w:t>
            </w:r>
          </w:p>
        </w:tc>
      </w:tr>
      <w:tr>
        <w:tc>
          <w:tcPr>
            <w:tcW w:type="dxa" w:w="1440"/>
          </w:tcPr>
          <w:p>
            <w:r>
              <w:t>Calculate density: Water points</w:t>
            </w:r>
          </w:p>
        </w:tc>
        <w:tc>
          <w:tcPr>
            <w:tcW w:type="dxa" w:w="1440"/>
          </w:tcPr>
          <w:p>
            <w:r>
              <w:t>layer, Polygon</w:t>
            </w:r>
          </w:p>
        </w:tc>
        <w:tc>
          <w:tcPr>
            <w:tcW w:type="dxa" w:w="1440"/>
          </w:tcPr>
          <w:p>
            <w:r>
              <w:t>67</w:t>
            </w:r>
          </w:p>
        </w:tc>
        <w:tc>
          <w:tcPr>
            <w:tcW w:type="dxa" w:w="1440"/>
          </w:tcPr>
          <w:p>
            <w:r/>
          </w:p>
        </w:tc>
        <w:tc>
          <w:tcPr>
            <w:tcW w:type="dxa" w:w="1440"/>
          </w:tcPr>
          <w:p>
            <w:r/>
          </w:p>
        </w:tc>
        <w:tc>
          <w:tcPr>
            <w:tcW w:type="dxa" w:w="1440"/>
          </w:tcPr>
          <w:p>
            <w:r>
              <w:t>[121]</w:t>
            </w:r>
          </w:p>
        </w:tc>
      </w:tr>
      <w:tr>
        <w:tc>
          <w:tcPr>
            <w:tcW w:type="dxa" w:w="1440"/>
          </w:tcPr>
          <w:p>
            <w:r>
              <w:t>Calculate density: Camera traps</w:t>
            </w:r>
          </w:p>
        </w:tc>
        <w:tc>
          <w:tcPr>
            <w:tcW w:type="dxa" w:w="1440"/>
          </w:tcPr>
          <w:p>
            <w:r>
              <w:t>layer, Polygon</w:t>
            </w:r>
          </w:p>
        </w:tc>
        <w:tc>
          <w:tcPr>
            <w:tcW w:type="dxa" w:w="1440"/>
          </w:tcPr>
          <w:p>
            <w:r>
              <w:t>95</w:t>
            </w:r>
          </w:p>
        </w:tc>
        <w:tc>
          <w:tcPr>
            <w:tcW w:type="dxa" w:w="1440"/>
          </w:tcPr>
          <w:p>
            <w:r/>
          </w:p>
        </w:tc>
        <w:tc>
          <w:tcPr>
            <w:tcW w:type="dxa" w:w="1440"/>
          </w:tcPr>
          <w:p>
            <w:r/>
          </w:p>
        </w:tc>
        <w:tc>
          <w:tcPr>
            <w:tcW w:type="dxa" w:w="1440"/>
          </w:tcPr>
          <w:p>
            <w:r>
              <w:t>[122]</w:t>
            </w:r>
          </w:p>
        </w:tc>
      </w:tr>
      <w:tr>
        <w:tc>
          <w:tcPr>
            <w:tcW w:type="dxa" w:w="1440"/>
          </w:tcPr>
          <w:p>
            <w:r>
              <w:t>Calculate density: Wildlife sightings</w:t>
            </w:r>
          </w:p>
        </w:tc>
        <w:tc>
          <w:tcPr>
            <w:tcW w:type="dxa" w:w="1440"/>
          </w:tcPr>
          <w:p>
            <w:r>
              <w:t>layer, Polygon</w:t>
            </w:r>
          </w:p>
        </w:tc>
        <w:tc>
          <w:tcPr>
            <w:tcW w:type="dxa" w:w="1440"/>
          </w:tcPr>
          <w:p>
            <w:r>
              <w:t>3,384</w:t>
            </w:r>
          </w:p>
        </w:tc>
        <w:tc>
          <w:tcPr>
            <w:tcW w:type="dxa" w:w="1440"/>
          </w:tcPr>
          <w:p>
            <w:r/>
          </w:p>
        </w:tc>
        <w:tc>
          <w:tcPr>
            <w:tcW w:type="dxa" w:w="1440"/>
          </w:tcPr>
          <w:p>
            <w:r/>
          </w:p>
        </w:tc>
        <w:tc>
          <w:tcPr>
            <w:tcW w:type="dxa" w:w="1440"/>
          </w:tcPr>
          <w:p>
            <w:r>
              <w:t>[123]</w:t>
            </w:r>
          </w:p>
        </w:tc>
      </w:tr>
      <w:tr>
        <w:tc>
          <w:tcPr>
            <w:tcW w:type="dxa" w:w="1440"/>
          </w:tcPr>
          <w:p>
            <w:r>
              <w:t>Summarize within: Protected areas</w:t>
            </w:r>
          </w:p>
        </w:tc>
        <w:tc>
          <w:tcPr>
            <w:tcW w:type="dxa" w:w="1440"/>
          </w:tcPr>
          <w:p>
            <w:r>
              <w:t>layer, Polygon</w:t>
            </w:r>
          </w:p>
        </w:tc>
        <w:tc>
          <w:tcPr>
            <w:tcW w:type="dxa" w:w="1440"/>
          </w:tcPr>
          <w:p>
            <w:r>
              <w:t>5</w:t>
            </w:r>
          </w:p>
        </w:tc>
        <w:tc>
          <w:tcPr>
            <w:tcW w:type="dxa" w:w="1440"/>
          </w:tcPr>
          <w:p>
            <w:r/>
          </w:p>
        </w:tc>
        <w:tc>
          <w:tcPr>
            <w:tcW w:type="dxa" w:w="1440"/>
          </w:tcPr>
          <w:p>
            <w:r/>
          </w:p>
        </w:tc>
        <w:tc>
          <w:tcPr>
            <w:tcW w:type="dxa" w:w="1440"/>
          </w:tcPr>
          <w:p>
            <w:r>
              <w:t>[124]</w:t>
            </w:r>
          </w:p>
        </w:tc>
      </w:tr>
      <w:tr>
        <w:tc>
          <w:tcPr>
            <w:tcW w:type="dxa" w:w="1440"/>
          </w:tcPr>
          <w:p>
            <w:r>
              <w:t>Summarize within: Protected areas</w:t>
            </w:r>
          </w:p>
        </w:tc>
        <w:tc>
          <w:tcPr>
            <w:tcW w:type="dxa" w:w="1440"/>
          </w:tcPr>
          <w:p>
            <w:r>
              <w:t>layer, Polygon</w:t>
            </w:r>
          </w:p>
        </w:tc>
        <w:tc>
          <w:tcPr>
            <w:tcW w:type="dxa" w:w="1440"/>
          </w:tcPr>
          <w:p>
            <w:r>
              <w:t>5</w:t>
            </w:r>
          </w:p>
        </w:tc>
        <w:tc>
          <w:tcPr>
            <w:tcW w:type="dxa" w:w="1440"/>
          </w:tcPr>
          <w:p>
            <w:r/>
          </w:p>
        </w:tc>
        <w:tc>
          <w:tcPr>
            <w:tcW w:type="dxa" w:w="1440"/>
          </w:tcPr>
          <w:p>
            <w:r/>
          </w:p>
        </w:tc>
        <w:tc>
          <w:tcPr>
            <w:tcW w:type="dxa" w:w="1440"/>
          </w:tcPr>
          <w:p>
            <w:r>
              <w:t>[125]</w:t>
            </w:r>
          </w:p>
        </w:tc>
      </w:tr>
      <w:tr>
        <w:tc>
          <w:tcPr>
            <w:tcW w:type="dxa" w:w="1440"/>
          </w:tcPr>
          <w:p>
            <w:r>
              <w:t>Summarize within: Protected areas</w:t>
            </w:r>
          </w:p>
        </w:tc>
        <w:tc>
          <w:tcPr>
            <w:tcW w:type="dxa" w:w="1440"/>
          </w:tcPr>
          <w:p>
            <w:r>
              <w:t>layer, Polygon</w:t>
            </w:r>
          </w:p>
        </w:tc>
        <w:tc>
          <w:tcPr>
            <w:tcW w:type="dxa" w:w="1440"/>
          </w:tcPr>
          <w:p>
            <w:r>
              <w:t>5</w:t>
            </w:r>
          </w:p>
        </w:tc>
        <w:tc>
          <w:tcPr>
            <w:tcW w:type="dxa" w:w="1440"/>
          </w:tcPr>
          <w:p>
            <w:r/>
          </w:p>
        </w:tc>
        <w:tc>
          <w:tcPr>
            <w:tcW w:type="dxa" w:w="1440"/>
          </w:tcPr>
          <w:p>
            <w:r/>
          </w:p>
        </w:tc>
        <w:tc>
          <w:tcPr>
            <w:tcW w:type="dxa" w:w="1440"/>
          </w:tcPr>
          <w:p>
            <w:r>
              <w:t>[126]</w:t>
            </w:r>
          </w:p>
        </w:tc>
      </w:tr>
      <w:tr>
        <w:tc>
          <w:tcPr>
            <w:tcW w:type="dxa" w:w="1440"/>
          </w:tcPr>
          <w:p>
            <w:r>
              <w:t>Find point clusters: Water points</w:t>
            </w:r>
          </w:p>
        </w:tc>
        <w:tc>
          <w:tcPr>
            <w:tcW w:type="dxa" w:w="1440"/>
          </w:tcPr>
          <w:p>
            <w:r>
              <w:t>layer, Point</w:t>
            </w:r>
          </w:p>
        </w:tc>
        <w:tc>
          <w:tcPr>
            <w:tcW w:type="dxa" w:w="1440"/>
          </w:tcPr>
          <w:p>
            <w:r>
              <w:t>25</w:t>
            </w:r>
          </w:p>
        </w:tc>
        <w:tc>
          <w:tcPr>
            <w:tcW w:type="dxa" w:w="1440"/>
          </w:tcPr>
          <w:p>
            <w:r/>
          </w:p>
        </w:tc>
        <w:tc>
          <w:tcPr>
            <w:tcW w:type="dxa" w:w="1440"/>
          </w:tcPr>
          <w:p>
            <w:r/>
          </w:p>
        </w:tc>
        <w:tc>
          <w:tcPr>
            <w:tcW w:type="dxa" w:w="1440"/>
          </w:tcPr>
          <w:p>
            <w:r>
              <w:t>[127]</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[128]</w:t>
            </w:r>
          </w:p>
        </w:tc>
      </w:tr>
      <w:tr>
        <w:tc>
          <w:tcPr>
            <w:tcW w:type="dxa" w:w="1440"/>
          </w:tcPr>
          <w:p>
            <w:r>
              <w:t>Find point clusters: Camera traps</w:t>
            </w:r>
          </w:p>
        </w:tc>
        <w:tc>
          <w:tcPr>
            <w:tcW w:type="dxa" w:w="1440"/>
          </w:tcPr>
          <w:p>
            <w:r>
              <w:t>layer, Point</w:t>
            </w:r>
          </w:p>
        </w:tc>
        <w:tc>
          <w:tcPr>
            <w:tcW w:type="dxa" w:w="1440"/>
          </w:tcPr>
          <w:p>
            <w:r>
              <w:t>40</w:t>
            </w:r>
          </w:p>
        </w:tc>
        <w:tc>
          <w:tcPr>
            <w:tcW w:type="dxa" w:w="1440"/>
          </w:tcPr>
          <w:p>
            <w:r/>
          </w:p>
        </w:tc>
        <w:tc>
          <w:tcPr>
            <w:tcW w:type="dxa" w:w="1440"/>
          </w:tcPr>
          <w:p>
            <w:r/>
          </w:p>
        </w:tc>
        <w:tc>
          <w:tcPr>
            <w:tcW w:type="dxa" w:w="1440"/>
          </w:tcPr>
          <w:p>
            <w:r>
              <w:t>[129]</w:t>
            </w:r>
          </w:p>
        </w:tc>
      </w:tr>
      <w:tr>
        <w:tc>
          <w:tcPr>
            <w:tcW w:type="dxa" w:w="1440"/>
          </w:tcPr>
          <w:p>
            <w:r>
              <w:t>Find point clusters: cluster hulls</w:t>
            </w:r>
          </w:p>
        </w:tc>
        <w:tc>
          <w:tcPr>
            <w:tcW w:type="dxa" w:w="1440"/>
          </w:tcPr>
          <w:p>
            <w:r>
              <w:t>layer, Polygon</w:t>
            </w:r>
          </w:p>
        </w:tc>
        <w:tc>
          <w:tcPr>
            <w:tcW w:type="dxa" w:w="1440"/>
          </w:tcPr>
          <w:p>
            <w:r>
              <w:t>2</w:t>
            </w:r>
          </w:p>
        </w:tc>
        <w:tc>
          <w:tcPr>
            <w:tcW w:type="dxa" w:w="1440"/>
          </w:tcPr>
          <w:p>
            <w:r/>
          </w:p>
        </w:tc>
        <w:tc>
          <w:tcPr>
            <w:tcW w:type="dxa" w:w="1440"/>
          </w:tcPr>
          <w:p>
            <w:r/>
          </w:p>
        </w:tc>
        <w:tc>
          <w:tcPr>
            <w:tcW w:type="dxa" w:w="1440"/>
          </w:tcPr>
          <w:p>
            <w:r>
              <w:t>[130]</w:t>
            </w:r>
          </w:p>
        </w:tc>
      </w:tr>
      <w:tr>
        <w:tc>
          <w:tcPr>
            <w:tcW w:type="dxa" w:w="1440"/>
          </w:tcPr>
          <w:p>
            <w:r>
              <w:t>Find point clusters: Wildlife sightings</w:t>
            </w:r>
          </w:p>
        </w:tc>
        <w:tc>
          <w:tcPr>
            <w:tcW w:type="dxa" w:w="1440"/>
          </w:tcPr>
          <w:p>
            <w:r>
              <w:t>layer, Point</w:t>
            </w:r>
          </w:p>
        </w:tc>
        <w:tc>
          <w:tcPr>
            <w:tcW w:type="dxa" w:w="1440"/>
          </w:tcPr>
          <w:p>
            <w:r>
              <w:t>2,000</w:t>
            </w:r>
          </w:p>
        </w:tc>
        <w:tc>
          <w:tcPr>
            <w:tcW w:type="dxa" w:w="1440"/>
          </w:tcPr>
          <w:p>
            <w:r/>
          </w:p>
        </w:tc>
        <w:tc>
          <w:tcPr>
            <w:tcW w:type="dxa" w:w="1440"/>
          </w:tcPr>
          <w:p>
            <w:r/>
          </w:p>
        </w:tc>
        <w:tc>
          <w:tcPr>
            <w:tcW w:type="dxa" w:w="1440"/>
          </w:tcPr>
          <w:p>
            <w:r>
              <w:t>[131]</w:t>
            </w:r>
          </w:p>
        </w:tc>
      </w:tr>
      <w:tr>
        <w:tc>
          <w:tcPr>
            <w:tcW w:type="dxa" w:w="1440"/>
          </w:tcPr>
          <w:p>
            <w:r>
              <w:t>Find point clusters: cluster hulls</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[132]</w:t>
            </w:r>
          </w:p>
        </w:tc>
      </w:tr>
      <w:tr>
        <w:tc>
          <w:tcPr>
            <w:tcW w:type="dxa" w:w="1440"/>
          </w:tcPr>
          <w:p>
            <w:r>
              <w:t>NDVI change polygons</w:t>
            </w:r>
          </w:p>
        </w:tc>
        <w:tc>
          <w:tcPr>
            <w:tcW w:type="dxa" w:w="1440"/>
          </w:tcPr>
          <w:p>
            <w:r>
              <w:t>layer, Polygon</w:t>
            </w:r>
          </w:p>
        </w:tc>
        <w:tc>
          <w:tcPr>
            <w:tcW w:type="dxa" w:w="1440"/>
          </w:tcPr>
          <w:p>
            <w:r>
              <w:t>984</w:t>
            </w:r>
          </w:p>
        </w:tc>
        <w:tc>
          <w:tcPr>
            <w:tcW w:type="dxa" w:w="1440"/>
          </w:tcPr>
          <w:p>
            <w:r/>
          </w:p>
        </w:tc>
        <w:tc>
          <w:tcPr>
            <w:tcW w:type="dxa" w:w="1440"/>
          </w:tcPr>
          <w:p>
            <w:r/>
          </w:p>
        </w:tc>
        <w:tc>
          <w:tcPr>
            <w:tcW w:type="dxa" w:w="1440"/>
          </w:tcPr>
          <w:p>
            <w:r>
              <w:t>[133]</w:t>
            </w:r>
          </w:p>
        </w:tc>
      </w:tr>
    </w:tbl>
    <w:p/>
    <w:p>
      <w:pPr>
        <w:pStyle w:val="Heading1"/>
      </w:pPr>
      <w:r>
        <w:t>Timeline</w:t>
      </w:r>
    </w:p>
    <w:p>
      <w:pPr>
        <w:jc w:val="center"/>
      </w:pPr>
      <w:r>
        <w:drawing>
          <wp:inline xmlns:a="http://schemas.openxmlformats.org/drawingml/2006/main" xmlns:pic="http://schemas.openxmlformats.org/drawingml/2006/picture">
            <wp:extent cx="5486400" cy="3980688"/>
            <wp:docPr id="1" name="Picture 1"/>
            <wp:cNvGraphicFramePr>
              <a:graphicFrameLocks noChangeAspect="1"/>
            </wp:cNvGraphicFramePr>
            <a:graphic>
              <a:graphicData uri="http://schemas.openxmlformats.org/drawingml/2006/picture">
                <pic:pic>
                  <pic:nvPicPr>
                    <pic:cNvPr id="0" name="075.jpg"/>
                    <pic:cNvPicPr/>
                  </pic:nvPicPr>
                  <pic:blipFill>
                    <a:blip r:embed="rId9"/>
                    <a:stretch>
                      <a:fillRect/>
                    </a:stretch>
                  </pic:blipFill>
                  <pic:spPr>
                    <a:xfrm>
                      <a:off x="0" y="0"/>
                      <a:ext cx="5486400" cy="3980688"/>
                    </a:xfrm>
                    <a:prstGeom prst="rect"/>
                  </pic:spPr>
                </pic:pic>
              </a:graphicData>
            </a:graphic>
          </wp:inline>
        </w:drawing>
      </w:r>
    </w:p>
    <w:p>
      <w:r>
        <w:rPr>
          <w:i/>
          <w:color w:val="525252"/>
          <w:sz w:val="17"/>
        </w:rPr>
        <w:t>Figure 1. Timeline: events per quarter by dataset [1]. Per quarter, 2018-01-01 to 2025-10-01. Source: Wildlife sightings, Patrol tracks, Patrol effort by month, Transect counts by year (2,526 features). The data is in the appendix.</w:t>
      </w:r>
    </w:p>
    <w:p>
      <w:r>
        <w:rPr>
          <w:i w:val="0"/>
        </w:rPr>
        <w:t>The timeline counts 2,526 dated events in Wildlife sightings, Patrol tracks, Patrol effort by month and 1 more per quarter, from Q1 2018 to Q4 2025 [1][2][3][4][5]. By dataset: Wildlife sightings 2,000; Transect counts by year 256; Patrol tracks 150; Patrol effort by month 120 [1]. The trend is +4.21 events per quarter; the second half of the quarters has 1,755 against 771 in the first (+127.6%) [1]. 6 of the 32 quarters had no events [1]. Change point detection found no shift in the counts [6].</w:t>
      </w:r>
    </w:p>
    <w:p>
      <w:r>
        <w:rPr>
          <w:b/>
        </w:rPr>
        <w:t>Busiest quarters</w:t>
      </w:r>
    </w:p>
    <w:p>
      <w:pPr>
        <w:pStyle w:val="ListBullet"/>
      </w:pPr>
      <w:r>
        <w:t>Q3 2025: 146 events [1]</w:t>
      </w:r>
    </w:p>
    <w:p>
      <w:pPr>
        <w:pStyle w:val="ListBullet"/>
      </w:pPr>
      <w:r>
        <w:t>Q1 2025: 137 events [1]</w:t>
      </w:r>
    </w:p>
    <w:p>
      <w:pPr>
        <w:pStyle w:val="ListBullet"/>
      </w:pPr>
      <w:r>
        <w:t>Q3 2024: 124 events [1]</w:t>
      </w:r>
    </w:p>
    <w:p>
      <w:r>
        <w:rPr>
          <w:b/>
        </w:rPr>
        <w:t>Quietest quarters with events</w:t>
      </w:r>
    </w:p>
    <w:p>
      <w:pPr>
        <w:pStyle w:val="ListBullet"/>
      </w:pPr>
      <w:r>
        <w:t>Q1 2018: 32 events [1]</w:t>
      </w:r>
    </w:p>
    <w:p>
      <w:pPr>
        <w:pStyle w:val="ListBullet"/>
      </w:pPr>
      <w:r>
        <w:t>Q1 2019: 32 events [1]</w:t>
      </w:r>
    </w:p>
    <w:p>
      <w:pPr>
        <w:pStyle w:val="ListBullet"/>
      </w:pPr>
      <w:r>
        <w:t>Q2 2020: 56 events [1]</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[7]. In ArcGIS it is Emerging Hot Spot Analysis or Create Space Time Cube [7].</w:t>
      </w:r>
    </w:p>
    <w:p>
      <w:r>
        <w:rPr>
          <w:b/>
        </w:rPr>
        <w:t xml:space="preserve">Why it was run on this data. </w:t>
      </w:r>
      <w:r>
        <w:rPr>
          <w:i w:val="0"/>
        </w:rPr>
        <w:t>Wildlife sightings carry dates in 'observed_at': emerging hot spot analysis finds new, intensifying and fading hot spots per month [8].</w:t>
      </w:r>
    </w:p>
    <w:p>
      <w:r>
        <w:rPr>
          <w:b/>
        </w:rPr>
        <w:t xml:space="preserve">What it found. </w:t>
      </w:r>
      <w:r>
        <w:rPr>
          <w:i w:val="0"/>
        </w:rPr>
        <w:t>The process generated 187 features for emerging hot spots: Wildlife sightings [9]. The analysis utilized the Wildlife sightings input layer [10], processing 2,000 features and reaching a resolution of 8 [9].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187</w:t>
            </w:r>
          </w:p>
        </w:tc>
      </w:tr>
      <w:tr>
        <w:tc>
          <w:tcPr>
            <w:tcW w:type="dxa" w:w="4320"/>
          </w:tcPr>
          <w:p>
            <w:r>
              <w:t>result, elapsed ms</w:t>
            </w:r>
          </w:p>
        </w:tc>
        <w:tc>
          <w:tcPr>
            <w:tcW w:type="dxa" w:w="4320"/>
          </w:tcPr>
          <w:p>
            <w:r>
              <w:t>74</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2,000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0.2</w:t>
            </w:r>
          </w:p>
        </w:tc>
      </w:tr>
      <w:tr>
        <w:tc>
          <w:tcPr>
            <w:tcW w:type="dxa" w:w="4320"/>
          </w:tcPr>
          <w:p>
            <w:r>
              <w:t>billing, list price</w:t>
            </w:r>
          </w:p>
        </w:tc>
        <w:tc>
          <w:tcPr>
            <w:tcW w:type="dxa" w:w="4320"/>
          </w:tcPr>
          <w:p>
            <w:r>
              <w:t>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Wildlife sightings: Emerging hot spots: 1 layer saved: Emerging hot spots: Wildlife sightings (187 features) [9][10].</w:t>
      </w:r>
    </w:p>
    <w:p>
      <w:pPr>
        <w:pStyle w:val="ListBullet"/>
      </w:pPr>
      <w:r>
        <w:rPr>
          <w:b/>
        </w:rPr>
        <w:t xml:space="preserve">Evidenced: </w:t>
      </w:r>
      <w:r>
        <w:t>It reported result, count 187; result, elapsed ms 74; result, resolution 8; result, features used 2,000; result, time neighbors 0; billing, cost 0.2 [9].</w:t>
      </w:r>
    </w:p>
    <w:p>
      <w:r>
        <w:rPr>
          <w:i/>
          <w:color w:val="525252"/>
          <w:sz w:val="17"/>
        </w:rPr>
        <w:t>Tool gp_space_time_hot_spots; parameters {"agg": "sum", "project": "750b4ce3-8424-4738-b383-c6a58973ae02", "features": {"layer": "Wildlife sightings (49c8e07e)"}, "interval": "month", "bin_shape": "h3", "resolution": 8, "time_field": "observed_at", "value_field": "count"}</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[11]. In ArcGIS it is Repeat and Near Repeat Classification or Near Repeat Calculator [11].</w:t>
      </w:r>
    </w:p>
    <w:p>
      <w:r>
        <w:rPr>
          <w:b/>
        </w:rPr>
        <w:t xml:space="preserve">Why it was run on this data. </w:t>
      </w:r>
      <w:r>
        <w:rPr>
          <w:i w:val="0"/>
        </w:rPr>
        <w:t>Near repeat analysis tests whether Wildlife sightings close in space also follow each other within 30 days [12].</w:t>
      </w:r>
    </w:p>
    <w:p>
      <w:r>
        <w:rPr>
          <w:b/>
        </w:rPr>
        <w:t xml:space="preserve">What it found. </w:t>
      </w:r>
      <w:r>
        <w:rPr>
          <w:i w:val="0"/>
        </w:rPr>
        <w:t>Near repeat on Wildlife sightings: Repeat and near repeat classification: 1 layer saved: Repeat and near repeat classification: Wildlife sightings (2000 features) [10][13]. It reported result, days 30; result, count 2,000; result, chains 72; result, distance m 200; result, elapsed ms 29; result, pairs linked 87 [13].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30</w:t>
            </w:r>
          </w:p>
        </w:tc>
      </w:tr>
      <w:tr>
        <w:tc>
          <w:tcPr>
            <w:tcW w:type="dxa" w:w="4320"/>
          </w:tcPr>
          <w:p>
            <w:r>
              <w:t>result, count</w:t>
            </w:r>
          </w:p>
        </w:tc>
        <w:tc>
          <w:tcPr>
            <w:tcW w:type="dxa" w:w="4320"/>
          </w:tcPr>
          <w:p>
            <w:r>
              <w:t>2,000</w:t>
            </w:r>
          </w:p>
        </w:tc>
      </w:tr>
      <w:tr>
        <w:tc>
          <w:tcPr>
            <w:tcW w:type="dxa" w:w="4320"/>
          </w:tcPr>
          <w:p>
            <w:r>
              <w:t>result, chains</w:t>
            </w:r>
          </w:p>
        </w:tc>
        <w:tc>
          <w:tcPr>
            <w:tcW w:type="dxa" w:w="4320"/>
          </w:tcPr>
          <w:p>
            <w:r>
              <w:t>72</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29</w:t>
            </w:r>
          </w:p>
        </w:tc>
      </w:tr>
      <w:tr>
        <w:tc>
          <w:tcPr>
            <w:tcW w:type="dxa" w:w="4320"/>
          </w:tcPr>
          <w:p>
            <w:r>
              <w:t>result, pairs linked</w:t>
            </w:r>
          </w:p>
        </w:tc>
        <w:tc>
          <w:tcPr>
            <w:tcW w:type="dxa" w:w="4320"/>
          </w:tcPr>
          <w:p>
            <w:r>
              <w:t>87</w:t>
            </w:r>
          </w:p>
        </w:tc>
      </w:tr>
      <w:tr>
        <w:tc>
          <w:tcPr>
            <w:tcW w:type="dxa" w:w="4320"/>
          </w:tcPr>
          <w:p>
            <w:r>
              <w:t>billing, cost</w:t>
            </w:r>
          </w:p>
        </w:tc>
        <w:tc>
          <w:tcPr>
            <w:tcW w:type="dxa" w:w="4320"/>
          </w:tcPr>
          <w:p>
            <w:r>
              <w:t>0.11</w:t>
            </w:r>
          </w:p>
        </w:tc>
      </w:tr>
      <w:tr>
        <w:tc>
          <w:tcPr>
            <w:tcW w:type="dxa" w:w="4320"/>
          </w:tcPr>
          <w:p>
            <w:r>
              <w:t>billing, list price</w:t>
            </w:r>
          </w:p>
        </w:tc>
        <w:tc>
          <w:tcPr>
            <w:tcW w:type="dxa" w:w="4320"/>
          </w:tcPr>
          <w:p>
            <w:r>
              <w:t>0.11</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Wildlife sightings: Repeat and near repeat classification: 1 layer saved: Repeat and near repeat classification: Wildlife sightings (2000 features) [10][13].</w:t>
      </w:r>
    </w:p>
    <w:p>
      <w:pPr>
        <w:pStyle w:val="ListBullet"/>
      </w:pPr>
      <w:r>
        <w:rPr>
          <w:b/>
        </w:rPr>
        <w:t xml:space="preserve">Evidenced: </w:t>
      </w:r>
      <w:r>
        <w:t>It reported result, days 30; result, count 2,000; result, chains 72; result, distance m 200; result, elapsed ms 29; result, pairs linked 87 [13].</w:t>
      </w:r>
    </w:p>
    <w:p>
      <w:r>
        <w:rPr>
          <w:i/>
          <w:color w:val="525252"/>
          <w:sz w:val="17"/>
        </w:rPr>
        <w:t>Tool gp_near_repeat; parameters {"days": 30, "project": "750b4ce3-8424-4738-b383-c6a58973ae02", "features": {"layer": "Wildlife sightings (49c8e07e)"}, "distance_m": 200.0, "time_field": "observed_at"}</w:t>
      </w:r>
    </w:p>
    <w:p>
      <w:pPr>
        <w:pStyle w:val="Heading1"/>
      </w:pPr>
      <w:r>
        <w:t>Change point detection</w:t>
      </w:r>
    </w:p>
    <w:p>
      <w:r>
        <w:rPr>
          <w:b/>
        </w:rPr>
        <w:t xml:space="preserve">What this analysis is. </w:t>
      </w:r>
      <w:r>
        <w:rPr>
          <w:i w:val="0"/>
        </w:rPr>
        <w:t>Change point detection: When did the level, count, trend or variability change [14]? For the whole study area or for every bin [14]. In ArcGIS it is Change Point Detection [14].</w:t>
      </w:r>
    </w:p>
    <w:p>
      <w:r>
        <w:rPr>
          <w:b/>
        </w:rPr>
        <w:t xml:space="preserve">Why it was run on this data. </w:t>
      </w:r>
      <w:r>
        <w:rPr>
          <w:i w:val="0"/>
        </w:rPr>
        <w:t>Change point detection finds when the monthly count of Wildlife sightings shifted [15].</w:t>
      </w:r>
    </w:p>
    <w:p>
      <w:r>
        <w:rPr>
          <w:b/>
        </w:rPr>
        <w:t xml:space="preserve">What it found. </w:t>
      </w:r>
      <w:r>
        <w:rPr>
          <w:i w:val="0"/>
        </w:rPr>
        <w:t>The change point detection tool, `gp_change_point_detection` [6], was run using the Wildlife sightings data [10]. The analysis confirmed that change point detection was done [6]. The output indicated that there was no map output [6].</w:t>
      </w:r>
    </w:p>
    <w:p>
      <w:r>
        <w:rPr>
          <w:b/>
        </w:rPr>
        <w:t>Findings</w:t>
      </w:r>
    </w:p>
    <w:p>
      <w:pPr>
        <w:pStyle w:val="ListBullet"/>
      </w:pPr>
      <w:r>
        <w:rPr>
          <w:b/>
        </w:rPr>
        <w:t xml:space="preserve">Evidenced: </w:t>
      </w:r>
      <w:r>
        <w:t>Change point detection on Wildlife sightings: Change point detection: done; no map output [6][10].</w:t>
      </w:r>
    </w:p>
    <w:p>
      <w:r>
        <w:rPr>
          <w:i/>
          <w:color w:val="525252"/>
          <w:sz w:val="17"/>
        </w:rPr>
        <w:t>Tool gp_change_point_detection; parameters {"method": "count", "project": "750b4ce3-8424-4738-b383-c6a58973ae02", "features": {"layer": "Wildlife sightings (49c8e07e)"}, "interval": "month", "time_field": "observed_at"}</w:t>
      </w:r>
    </w:p>
    <w:p>
      <w:pPr>
        <w:pStyle w:val="Heading1"/>
      </w:pPr>
      <w:r>
        <w:t>Hot spots</w:t>
      </w:r>
    </w:p>
    <w:p>
      <w:r>
        <w:rPr>
          <w:b/>
        </w:rPr>
        <w:t xml:space="preserve">What this analysis is. </w:t>
      </w:r>
      <w:r>
        <w:rPr>
          <w:i w:val="0"/>
        </w:rPr>
        <w:t>Hot spot analysis: Getis-Ord Gi* hot and cold spots with z-scores, p-values and confidence bins [16]. In ArcGIS it is Find Hot Spots or Hot Spot Analysis (Getis-Ord Gi*); in QGIS, qgis:hotspot (plugin) [16].</w:t>
      </w:r>
    </w:p>
    <w:p>
      <w:r>
        <w:rPr>
          <w:b/>
        </w:rPr>
        <w:t xml:space="preserve">Why it was run on this data. </w:t>
      </w:r>
      <w:r>
        <w:rPr>
          <w:i w:val="0"/>
        </w:rPr>
        <w:t>40 points: Getis-Ord Gi* tests whether the concentrations in Camera traps are statistically significant [17].</w:t>
      </w:r>
    </w:p>
    <w:p>
      <w:r>
        <w:rPr>
          <w:b/>
        </w:rPr>
        <w:t xml:space="preserve">What it found. </w:t>
      </w:r>
      <w:r>
        <w:rPr>
          <w:i w:val="0"/>
        </w:rPr>
        <w:t>Hot spots on Camera traps: Hot spot analysis: 1 layer saved: Hot spot analysis: Camera traps (11 features) [18][19]. It reported result, bins 11; result, count 11; result, elapsed ms 3; result, cell size m 5,000; result, incidents used 40; result, distance band m 5,000 [18].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11</w:t>
            </w:r>
          </w:p>
        </w:tc>
      </w:tr>
      <w:tr>
        <w:tc>
          <w:tcPr>
            <w:tcW w:type="dxa" w:w="4320"/>
          </w:tcPr>
          <w:p>
            <w:r>
              <w:t>result, count</w:t>
            </w:r>
          </w:p>
        </w:tc>
        <w:tc>
          <w:tcPr>
            <w:tcW w:type="dxa" w:w="4320"/>
          </w:tcPr>
          <w:p>
            <w:r>
              <w:t>11</w:t>
            </w:r>
          </w:p>
        </w:tc>
      </w:tr>
      <w:tr>
        <w:tc>
          <w:tcPr>
            <w:tcW w:type="dxa" w:w="4320"/>
          </w:tcPr>
          <w:p>
            <w:r>
              <w:t>result, elapsed ms</w:t>
            </w:r>
          </w:p>
        </w:tc>
        <w:tc>
          <w:tcPr>
            <w:tcW w:type="dxa" w:w="4320"/>
          </w:tcPr>
          <w:p>
            <w:r>
              <w:t>3</w:t>
            </w:r>
          </w:p>
        </w:tc>
      </w:tr>
      <w:tr>
        <w:tc>
          <w:tcPr>
            <w:tcW w:type="dxa" w:w="4320"/>
          </w:tcPr>
          <w:p>
            <w:r>
              <w:t>result, cell size m</w:t>
            </w:r>
          </w:p>
        </w:tc>
        <w:tc>
          <w:tcPr>
            <w:tcW w:type="dxa" w:w="4320"/>
          </w:tcPr>
          <w:p>
            <w:r>
              <w:t>5,000</w:t>
            </w:r>
          </w:p>
        </w:tc>
      </w:tr>
      <w:tr>
        <w:tc>
          <w:tcPr>
            <w:tcW w:type="dxa" w:w="4320"/>
          </w:tcPr>
          <w:p>
            <w:r>
              <w:t>result, incidents used</w:t>
            </w:r>
          </w:p>
        </w:tc>
        <w:tc>
          <w:tcPr>
            <w:tcW w:type="dxa" w:w="4320"/>
          </w:tcPr>
          <w:p>
            <w:r>
              <w:t>40</w:t>
            </w:r>
          </w:p>
        </w:tc>
      </w:tr>
      <w:tr>
        <w:tc>
          <w:tcPr>
            <w:tcW w:type="dxa" w:w="4320"/>
          </w:tcPr>
          <w:p>
            <w:r>
              <w:t>result, distance band m</w:t>
            </w:r>
          </w:p>
        </w:tc>
        <w:tc>
          <w:tcPr>
            <w:tcW w:type="dxa" w:w="4320"/>
          </w:tcPr>
          <w:p>
            <w:r>
              <w:t>5,000</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Camera traps: Hot spot analysis: 1 layer saved: Hot spot analysis: Camera traps (11 features) [18][19].</w:t>
      </w:r>
    </w:p>
    <w:p>
      <w:pPr>
        <w:pStyle w:val="ListBullet"/>
      </w:pPr>
      <w:r>
        <w:rPr>
          <w:b/>
        </w:rPr>
        <w:t xml:space="preserve">Evidenced: </w:t>
      </w:r>
      <w:r>
        <w:t>It reported result, bins 11; result, count 11; result, elapsed ms 3; result, cell size m 5,000; result, incidents used 40; result, distance band m 5,000 [18].</w:t>
      </w:r>
    </w:p>
    <w:p>
      <w:r>
        <w:rPr>
          <w:i/>
          <w:color w:val="525252"/>
          <w:sz w:val="17"/>
        </w:rPr>
        <w:t>Tool gp_hot_spots; parameters {"project": "750b4ce3-8424-4738-b383-c6a58973ae02", "features": {"layer": "Camera traps (2952931c)"}, "aggregation": "hexagon", "cell_size_m": 5000.0, "distance_band_m": 5000.0}</w:t>
      </w:r>
    </w:p>
    <w:p>
      <w:pPr>
        <w:pStyle w:val="Heading1"/>
      </w:pPr>
      <w:r>
        <w:t>Hot spots</w:t>
      </w:r>
    </w:p>
    <w:p>
      <w:r>
        <w:rPr>
          <w:b/>
        </w:rPr>
        <w:t xml:space="preserve">What this analysis is. </w:t>
      </w:r>
      <w:r>
        <w:rPr>
          <w:i w:val="0"/>
        </w:rPr>
        <w:t>Hot spot analysis: Getis-Ord Gi* hot and cold spots with z-scores, p-values and confidence bins [16]. In ArcGIS it is Find Hot Spots or Hot Spot Analysis (Getis-Ord Gi*); in QGIS, qgis:hotspot (plugin) [16].</w:t>
      </w:r>
    </w:p>
    <w:p>
      <w:r>
        <w:rPr>
          <w:b/>
        </w:rPr>
        <w:t xml:space="preserve">Why it was run on this data. </w:t>
      </w:r>
      <w:r>
        <w:rPr>
          <w:i w:val="0"/>
        </w:rPr>
        <w:t>2000 points: Getis-Ord Gi* tests whether the concentrations in Wildlife sightings are statistically significant [20].</w:t>
      </w:r>
    </w:p>
    <w:p>
      <w:r>
        <w:rPr>
          <w:b/>
        </w:rPr>
        <w:t xml:space="preserve">What it found. </w:t>
      </w:r>
      <w:r>
        <w:rPr>
          <w:i w:val="0"/>
        </w:rPr>
        <w:t>Hot spots on Wildlife sightings: Hot spot analysis: 1 layer saved: Hot spot analysis: Wildlife sightings (2000 features) [10][21]. It reported result, count 2,000; result, elapsed ms 27; result, excluded null 0; result, distance band m 500; billing, cost 0.09; billing, list price 0.09 [21].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2,000</w:t>
            </w:r>
          </w:p>
        </w:tc>
      </w:tr>
      <w:tr>
        <w:tc>
          <w:tcPr>
            <w:tcW w:type="dxa" w:w="4320"/>
          </w:tcPr>
          <w:p>
            <w:r>
              <w:t>result, elapsed ms</w:t>
            </w:r>
          </w:p>
        </w:tc>
        <w:tc>
          <w:tcPr>
            <w:tcW w:type="dxa" w:w="4320"/>
          </w:tcPr>
          <w:p>
            <w:r>
              <w:t>27</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0.09</w:t>
            </w:r>
          </w:p>
        </w:tc>
      </w:tr>
      <w:tr>
        <w:tc>
          <w:tcPr>
            <w:tcW w:type="dxa" w:w="4320"/>
          </w:tcPr>
          <w:p>
            <w:r>
              <w:t>billing, list price</w:t>
            </w:r>
          </w:p>
        </w:tc>
        <w:tc>
          <w:tcPr>
            <w:tcW w:type="dxa" w:w="4320"/>
          </w:tcPr>
          <w:p>
            <w:r>
              <w:t>0.09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Wildlife sightings: Hot spot analysis: 1 layer saved: Hot spot analysis: Wildlife sightings (2000 features) [10][21].</w:t>
      </w:r>
    </w:p>
    <w:p>
      <w:pPr>
        <w:pStyle w:val="ListBullet"/>
      </w:pPr>
      <w:r>
        <w:rPr>
          <w:b/>
        </w:rPr>
        <w:t xml:space="preserve">Evidenced: </w:t>
      </w:r>
      <w:r>
        <w:t>It reported result, count 2,000; result, elapsed ms 27; result, excluded null 0; result, distance band m 500; billing, cost 0.09; billing, list price 0.09 [21].</w:t>
      </w:r>
    </w:p>
    <w:p>
      <w:r>
        <w:rPr>
          <w:i/>
          <w:color w:val="525252"/>
          <w:sz w:val="17"/>
        </w:rPr>
        <w:t>Tool gp_hot_spots; parameters {"field": "count", "project": "750b4ce3-8424-4738-b383-c6a58973ae02", "features": {"layer": "Wildlife sightings (49c8e07e)"}, "aggregation": "hexagon", "cell_size_m": 500.0, "distance_band_m": 500.0}</w:t>
      </w:r>
    </w:p>
    <w:p>
      <w:pPr>
        <w:pStyle w:val="Heading1"/>
      </w:pPr>
      <w:r>
        <w:t>Index change</w:t>
      </w:r>
    </w:p>
    <w:p>
      <w:r>
        <w:rPr>
          <w:b/>
        </w:rPr>
        <w:t xml:space="preserve">What this analysis is. </w:t>
      </w:r>
      <w:r>
        <w:rPr>
          <w:i w:val="0"/>
        </w:rPr>
        <w:t>Spectral index change: Change of a spectral index (NDVI, NDWI, NDBI, NBR …) or a band expression between two images: before, after and difference rasters, decrease / increase classes beyond the threshold with polygons and areas; NBR also gives dNBR with burn severity classes [22].</w:t>
      </w:r>
    </w:p>
    <w:p>
      <w:r>
        <w:rPr>
          <w:b/>
        </w:rPr>
        <w:t xml:space="preserve">Why it was run on this data. </w:t>
      </w:r>
      <w:r>
        <w:rPr>
          <w:i w:val="0"/>
        </w:rPr>
        <w:t>Index change between Habitat scene 2020-09-15 (2020-09-15) and Habitat scene 2025-09-15 (2025-09-15): the changed area, with the changed places as polygons [23].</w:t>
      </w:r>
    </w:p>
    <w:p>
      <w:r>
        <w:rPr>
          <w:b/>
        </w:rPr>
        <w:t xml:space="preserve">What it found. </w:t>
      </w:r>
      <w:r>
        <w:rPr>
          <w:i w:val="0"/>
        </w:rPr>
        <w:t>Index change: Spectral index change: created NDVI change Habitat scene 2020-09-15 to Habitat scene 2025-09-15 (300 x 250 cells, 40.00 m) [24]. plus 1 more raster layer(s) [24]. and layer NDVI change polygons with 984 feature(s) [24]. mean before 0.5613; mean after 0.4592; mean difference -0.1022; decrease ha 2,822; increase ha 185.28 [24]. It reported stats, polygons 984; stats, mean after 0.4592; stats, decrease ha 2,822; stats, increase ha 185.3; stats, mean before 0.5613; stats, masked pixels 0 [24].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polygons</w:t>
            </w:r>
          </w:p>
        </w:tc>
        <w:tc>
          <w:tcPr>
            <w:tcW w:type="dxa" w:w="4320"/>
          </w:tcPr>
          <w:p>
            <w:r>
              <w:t>984</w:t>
            </w:r>
          </w:p>
        </w:tc>
      </w:tr>
      <w:tr>
        <w:tc>
          <w:tcPr>
            <w:tcW w:type="dxa" w:w="4320"/>
          </w:tcPr>
          <w:p>
            <w:r>
              <w:t>stats, mean after</w:t>
            </w:r>
          </w:p>
        </w:tc>
        <w:tc>
          <w:tcPr>
            <w:tcW w:type="dxa" w:w="4320"/>
          </w:tcPr>
          <w:p>
            <w:r>
              <w:t>0.4592</w:t>
            </w:r>
          </w:p>
        </w:tc>
      </w:tr>
      <w:tr>
        <w:tc>
          <w:tcPr>
            <w:tcW w:type="dxa" w:w="4320"/>
          </w:tcPr>
          <w:p>
            <w:r>
              <w:t>stats, decrease ha</w:t>
            </w:r>
          </w:p>
        </w:tc>
        <w:tc>
          <w:tcPr>
            <w:tcW w:type="dxa" w:w="4320"/>
          </w:tcPr>
          <w:p>
            <w:r>
              <w:t>2,822</w:t>
            </w:r>
          </w:p>
        </w:tc>
      </w:tr>
      <w:tr>
        <w:tc>
          <w:tcPr>
            <w:tcW w:type="dxa" w:w="4320"/>
          </w:tcPr>
          <w:p>
            <w:r>
              <w:t>stats, increase ha</w:t>
            </w:r>
          </w:p>
        </w:tc>
        <w:tc>
          <w:tcPr>
            <w:tcW w:type="dxa" w:w="4320"/>
          </w:tcPr>
          <w:p>
            <w:r>
              <w:t>185.3</w:t>
            </w:r>
          </w:p>
        </w:tc>
      </w:tr>
      <w:tr>
        <w:tc>
          <w:tcPr>
            <w:tcW w:type="dxa" w:w="4320"/>
          </w:tcPr>
          <w:p>
            <w:r>
              <w:t>stats, mean before</w:t>
            </w:r>
          </w:p>
        </w:tc>
        <w:tc>
          <w:tcPr>
            <w:tcW w:type="dxa" w:w="4320"/>
          </w:tcPr>
          <w:p>
            <w:r>
              <w:t>0.5613</w:t>
            </w:r>
          </w:p>
        </w:tc>
      </w:tr>
      <w:tr>
        <w:tc>
          <w:tcPr>
            <w:tcW w:type="dxa" w:w="4320"/>
          </w:tcPr>
          <w:p>
            <w:r>
              <w:t>stats, masked pixels</w:t>
            </w:r>
          </w:p>
        </w:tc>
        <w:tc>
          <w:tcPr>
            <w:tcW w:type="dxa" w:w="4320"/>
          </w:tcPr>
          <w:p>
            <w:r>
              <w:t>0</w:t>
            </w:r>
          </w:p>
        </w:tc>
      </w:tr>
      <w:tr>
        <w:tc>
          <w:tcPr>
            <w:tcW w:type="dxa" w:w="4320"/>
          </w:tcPr>
          <w:p>
            <w:r>
              <w:t>stats, mean difference</w:t>
            </w:r>
          </w:p>
        </w:tc>
        <w:tc>
          <w:tcPr>
            <w:tcW w:type="dxa" w:w="4320"/>
          </w:tcPr>
          <w:p>
            <w:r>
              <w:t>-0.1022</w:t>
            </w:r>
          </w:p>
        </w:tc>
      </w:tr>
      <w:tr>
        <w:tc>
          <w:tcPr>
            <w:tcW w:type="dxa" w:w="4320"/>
          </w:tcPr>
          <w:p>
            <w:r>
              <w:t>elapsed ms</w:t>
            </w:r>
          </w:p>
        </w:tc>
        <w:tc>
          <w:tcPr>
            <w:tcW w:type="dxa" w:w="4320"/>
          </w:tcPr>
          <w:p>
            <w:r>
              <w:t>383</w:t>
            </w:r>
          </w:p>
        </w:tc>
      </w:tr>
    </w:tbl>
    <w:p/>
    <w:p>
      <w:r>
        <w:rPr>
          <w:b/>
        </w:rPr>
        <w:t>Findings</w:t>
      </w:r>
    </w:p>
    <w:p>
      <w:pPr>
        <w:pStyle w:val="ListBullet"/>
      </w:pPr>
      <w:r>
        <w:rPr>
          <w:b/>
        </w:rPr>
        <w:t xml:space="preserve">Evidenced: </w:t>
      </w:r>
      <w:r>
        <w:t>Index change: Spectral index change: created NDVI change Habitat scene 2020-09-15 to Habitat scene 2025-09-15 (300 x 250 cells, 40.00 m) [24].</w:t>
      </w:r>
    </w:p>
    <w:p>
      <w:pPr>
        <w:pStyle w:val="ListBullet"/>
      </w:pPr>
      <w:r>
        <w:rPr>
          <w:b/>
        </w:rPr>
        <w:t xml:space="preserve">Evidenced: </w:t>
      </w:r>
      <w:r>
        <w:t>plus 1 more raster layer(s) [24].</w:t>
      </w:r>
    </w:p>
    <w:p>
      <w:pPr>
        <w:pStyle w:val="ListBullet"/>
      </w:pPr>
      <w:r>
        <w:rPr>
          <w:b/>
        </w:rPr>
        <w:t xml:space="preserve">Evidenced: </w:t>
      </w:r>
      <w:r>
        <w:t>and layer NDVI change polygons with 984 feature(s) [24].</w:t>
      </w:r>
    </w:p>
    <w:p>
      <w:pPr>
        <w:pStyle w:val="ListBullet"/>
      </w:pPr>
      <w:r>
        <w:rPr>
          <w:b/>
        </w:rPr>
        <w:t xml:space="preserve">Evidenced: </w:t>
      </w:r>
      <w:r>
        <w:t>mean before 0.5613; mean after 0.4592; mean difference -0.1022; decrease ha 2,822; increase ha 185.28 [24].</w:t>
      </w:r>
    </w:p>
    <w:p>
      <w:pPr>
        <w:pStyle w:val="ListBullet"/>
      </w:pPr>
      <w:r>
        <w:rPr>
          <w:b/>
        </w:rPr>
        <w:t xml:space="preserve">Evidenced: </w:t>
      </w:r>
      <w:r>
        <w:t>It reported stats, polygons 984; stats, mean after 0.4592; stats, decrease ha 2,822; stats, increase ha 185.3; stats, mean before 0.5613; stats, masked pixels 0 [24].</w:t>
      </w:r>
    </w:p>
    <w:p>
      <w:r>
        <w:rPr>
          <w:i/>
          <w:color w:val="525252"/>
          <w:sz w:val="17"/>
        </w:rPr>
        <w:t>A model draft was discarded because a sentence did not cite a source of this section.</w:t>
      </w:r>
    </w:p>
    <w:p>
      <w:r>
        <w:rPr>
          <w:i/>
          <w:color w:val="525252"/>
          <w:sz w:val="17"/>
        </w:rPr>
        <w:t>Tool im_index_change; parameters {"after_id": "Habitat scene 2025-09-15 (f6387687)", "polygons": true, "before_id": "Habitat scene 2020-09-15 (de16b11c)"}</w:t>
      </w:r>
    </w:p>
    <w:p>
      <w:pPr>
        <w:pStyle w:val="Heading1"/>
      </w:pPr>
      <w:r>
        <w:t>Compute change raster</w:t>
      </w:r>
    </w:p>
    <w:p>
      <w:r>
        <w:rPr>
          <w:b/>
        </w:rPr>
        <w:t xml:space="preserve">What this analysis is. </w:t>
      </w:r>
      <w:r>
        <w:rPr>
          <w:i w:val="0"/>
        </w:rPr>
        <w:t>Compute change raster: Pixel value or spectral change between two co-registered images: difference, relative difference, absolute difference, log ratio (radar, dB), Euclidean spectral distance, spectral angle (radians) or the band with most change [25].</w:t>
      </w:r>
    </w:p>
    <w:p>
      <w:r>
        <w:rPr>
          <w:b/>
        </w:rPr>
        <w:t xml:space="preserve">Why it was run on this data. </w:t>
      </w:r>
      <w:r>
        <w:rPr>
          <w:i w:val="0"/>
        </w:rPr>
        <w:t>A change raster between Habitat scene 2020-09-15 (2020-09-15) and Habitat scene 2025-09-15 (2025-09-15): where and how much the pixels changed [26].</w:t>
      </w:r>
    </w:p>
    <w:p>
      <w:r>
        <w:rPr>
          <w:b/>
        </w:rPr>
        <w:t xml:space="preserve">What it found. </w:t>
      </w:r>
      <w:r>
        <w:rPr>
          <w:i w:val="0"/>
        </w:rPr>
        <w:t>Compute change raster: Compute change raster: created Difference Habitat scene 2020-09-15 to Habitat scene 2025-09-15 (300 x 250 cells, 40.00 m) [27]. mean 0.01608; std 0.03381; min -0.04; max 0.15; masked pixels 0 [27]. It reported stats, max 0.15; stats, min -0.04; stats, std 0.03381; stats, mean 0.01608; stats, masked pixels 0; elapsed ms 88 [27].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max</w:t>
            </w:r>
          </w:p>
        </w:tc>
        <w:tc>
          <w:tcPr>
            <w:tcW w:type="dxa" w:w="4320"/>
          </w:tcPr>
          <w:p>
            <w:r>
              <w:t>0.15</w:t>
            </w:r>
          </w:p>
        </w:tc>
      </w:tr>
      <w:tr>
        <w:tc>
          <w:tcPr>
            <w:tcW w:type="dxa" w:w="4320"/>
          </w:tcPr>
          <w:p>
            <w:r>
              <w:t>stats, min</w:t>
            </w:r>
          </w:p>
        </w:tc>
        <w:tc>
          <w:tcPr>
            <w:tcW w:type="dxa" w:w="4320"/>
          </w:tcPr>
          <w:p>
            <w:r>
              <w:t>-0.04</w:t>
            </w:r>
          </w:p>
        </w:tc>
      </w:tr>
      <w:tr>
        <w:tc>
          <w:tcPr>
            <w:tcW w:type="dxa" w:w="4320"/>
          </w:tcPr>
          <w:p>
            <w:r>
              <w:t>stats, std</w:t>
            </w:r>
          </w:p>
        </w:tc>
        <w:tc>
          <w:tcPr>
            <w:tcW w:type="dxa" w:w="4320"/>
          </w:tcPr>
          <w:p>
            <w:r>
              <w:t>0.03381</w:t>
            </w:r>
          </w:p>
        </w:tc>
      </w:tr>
      <w:tr>
        <w:tc>
          <w:tcPr>
            <w:tcW w:type="dxa" w:w="4320"/>
          </w:tcPr>
          <w:p>
            <w:r>
              <w:t>stats, mean</w:t>
            </w:r>
          </w:p>
        </w:tc>
        <w:tc>
          <w:tcPr>
            <w:tcW w:type="dxa" w:w="4320"/>
          </w:tcPr>
          <w:p>
            <w:r>
              <w:t>0.01608</w:t>
            </w:r>
          </w:p>
        </w:tc>
      </w:tr>
      <w:tr>
        <w:tc>
          <w:tcPr>
            <w:tcW w:type="dxa" w:w="4320"/>
          </w:tcPr>
          <w:p>
            <w:r>
              <w:t>stats, masked pixels</w:t>
            </w:r>
          </w:p>
        </w:tc>
        <w:tc>
          <w:tcPr>
            <w:tcW w:type="dxa" w:w="4320"/>
          </w:tcPr>
          <w:p>
            <w:r>
              <w:t>0</w:t>
            </w:r>
          </w:p>
        </w:tc>
      </w:tr>
      <w:tr>
        <w:tc>
          <w:tcPr>
            <w:tcW w:type="dxa" w:w="4320"/>
          </w:tcPr>
          <w:p>
            <w:r>
              <w:t>elapsed ms</w:t>
            </w:r>
          </w:p>
        </w:tc>
        <w:tc>
          <w:tcPr>
            <w:tcW w:type="dxa" w:w="4320"/>
          </w:tcPr>
          <w:p>
            <w:r>
              <w:t>88</w:t>
            </w:r>
          </w:p>
        </w:tc>
      </w:tr>
    </w:tbl>
    <w:p/>
    <w:p>
      <w:r>
        <w:rPr>
          <w:b/>
        </w:rPr>
        <w:t>Findings</w:t>
      </w:r>
    </w:p>
    <w:p>
      <w:pPr>
        <w:pStyle w:val="ListBullet"/>
      </w:pPr>
      <w:r>
        <w:rPr>
          <w:b/>
        </w:rPr>
        <w:t xml:space="preserve">Evidenced: </w:t>
      </w:r>
      <w:r>
        <w:t>Compute change raster: Compute change raster: created Difference Habitat scene 2020-09-15 to Habitat scene 2025-09-15 (300 x 250 cells, 40.00 m) [27].</w:t>
      </w:r>
    </w:p>
    <w:p>
      <w:pPr>
        <w:pStyle w:val="ListBullet"/>
      </w:pPr>
      <w:r>
        <w:rPr>
          <w:b/>
        </w:rPr>
        <w:t xml:space="preserve">Evidenced: </w:t>
      </w:r>
      <w:r>
        <w:t>mean 0.01608; std 0.03381; min -0.04; max 0.15; masked pixels 0 [27].</w:t>
      </w:r>
    </w:p>
    <w:p>
      <w:pPr>
        <w:pStyle w:val="ListBullet"/>
      </w:pPr>
      <w:r>
        <w:rPr>
          <w:b/>
        </w:rPr>
        <w:t xml:space="preserve">Evidenced: </w:t>
      </w:r>
      <w:r>
        <w:t>It reported stats, max 0.15; stats, min -0.04; stats, std 0.03381; stats, mean 0.01608; stats, masked pixels 0; elapsed ms 88 [27].</w:t>
      </w:r>
    </w:p>
    <w:p>
      <w:r>
        <w:rPr>
          <w:i/>
          <w:color w:val="525252"/>
          <w:sz w:val="17"/>
        </w:rPr>
        <w:t>Tool im_compute_change_raster; parameters {"after_id": "Habitat scene 2025-09-15 (f6387687)", "before_id": "Habitat scene 2020-09-15 (de16b11c)"}</w:t>
      </w:r>
    </w:p>
    <w:p>
      <w:pPr>
        <w:pStyle w:val="Heading1"/>
      </w:pPr>
      <w:r>
        <w:t>Calculate density</w:t>
      </w:r>
    </w:p>
    <w:p>
      <w:r>
        <w:rPr>
          <w:b/>
        </w:rPr>
        <w:t xml:space="preserve">What this analysis is. </w:t>
      </w:r>
      <w:r>
        <w:rPr>
          <w:i w:val="0"/>
        </w:rPr>
        <w:t>Calculate density: Kernel density per square kilometer on a grid [28]. In ArcGIS it is Calculate Density or Kernel Density; in QGIS, native:heatmapkerneldensityestimation [28].</w:t>
      </w:r>
    </w:p>
    <w:p>
      <w:r>
        <w:rPr>
          <w:b/>
        </w:rPr>
        <w:t xml:space="preserve">Why it was run on this data. </w:t>
      </w:r>
      <w:r>
        <w:rPr>
          <w:i w:val="0"/>
        </w:rPr>
        <w:t>25 points in Water points: a density surface shows where they concentrate [29].</w:t>
      </w:r>
    </w:p>
    <w:p>
      <w:r>
        <w:rPr>
          <w:b/>
        </w:rPr>
        <w:t xml:space="preserve">What it found. </w:t>
      </w:r>
      <w:r>
        <w:rPr>
          <w:i w:val="0"/>
        </w:rPr>
        <w:t>The density calculation was performed on the Water points data [31]. The process successfully created 1 layer and analyzed a total of 67 water points [30]. Key metrics reported include a bandwidth of 2,000 meters, a cell size of 1,000 meters, and a maximum density of 1.208 per km² [30].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67</w:t>
            </w:r>
          </w:p>
        </w:tc>
      </w:tr>
      <w:tr>
        <w:tc>
          <w:tcPr>
            <w:tcW w:type="dxa" w:w="4320"/>
          </w:tcPr>
          <w:p>
            <w:r>
              <w:t>result, elapsed ms</w:t>
            </w:r>
          </w:p>
        </w:tc>
        <w:tc>
          <w:tcPr>
            <w:tcW w:type="dxa" w:w="4320"/>
          </w:tcPr>
          <w:p>
            <w:r>
              <w:t>3</w:t>
            </w:r>
          </w:p>
        </w:tc>
      </w:tr>
      <w:tr>
        <w:tc>
          <w:tcPr>
            <w:tcW w:type="dxa" w:w="4320"/>
          </w:tcPr>
          <w:p>
            <w:r>
              <w:t>result, bandwidth m</w:t>
            </w:r>
          </w:p>
        </w:tc>
        <w:tc>
          <w:tcPr>
            <w:tcW w:type="dxa" w:w="4320"/>
          </w:tcPr>
          <w:p>
            <w:r>
              <w:t>2,000</w:t>
            </w:r>
          </w:p>
        </w:tc>
      </w:tr>
      <w:tr>
        <w:tc>
          <w:tcPr>
            <w:tcW w:type="dxa" w:w="4320"/>
          </w:tcPr>
          <w:p>
            <w:r>
              <w:t>result, cell size m</w:t>
            </w:r>
          </w:p>
        </w:tc>
        <w:tc>
          <w:tcPr>
            <w:tcW w:type="dxa" w:w="4320"/>
          </w:tcPr>
          <w:p>
            <w:r>
              <w:t>1,000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1.208</w:t>
            </w:r>
          </w:p>
        </w:tc>
      </w:tr>
      <w:tr>
        <w:tc>
          <w:tcPr>
            <w:tcW w:type="dxa" w:w="4320"/>
          </w:tcPr>
          <w:p>
            <w:r>
              <w:t>billing, cost</w:t>
            </w:r>
          </w:p>
        </w:tc>
        <w:tc>
          <w:tcPr>
            <w:tcW w:type="dxa" w:w="4320"/>
          </w:tcPr>
          <w:p>
            <w:r>
              <w:t>0.0505</w:t>
            </w:r>
          </w:p>
        </w:tc>
      </w:tr>
      <w:tr>
        <w:tc>
          <w:tcPr>
            <w:tcW w:type="dxa" w:w="4320"/>
          </w:tcPr>
          <w:p>
            <w:r>
              <w:t>billing, list price</w:t>
            </w:r>
          </w:p>
        </w:tc>
        <w:tc>
          <w:tcPr>
            <w:tcW w:type="dxa" w:w="4320"/>
          </w:tcPr>
          <w:p>
            <w:r>
              <w:t>0.0505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Water points: Calculate density: 1 layer saved: Calculate density: Water points (67 features) [30][31].</w:t>
      </w:r>
    </w:p>
    <w:p>
      <w:pPr>
        <w:pStyle w:val="ListBullet"/>
      </w:pPr>
      <w:r>
        <w:rPr>
          <w:b/>
        </w:rPr>
        <w:t xml:space="preserve">Evidenced: </w:t>
      </w:r>
      <w:r>
        <w:t>It reported result, count 67; result, elapsed ms 3; result, bandwidth m 2,000; result, cell size m 1,000; result, excluded null 0; result, max density per km2 1.208 [30].</w:t>
      </w:r>
    </w:p>
    <w:p>
      <w:r>
        <w:rPr>
          <w:i/>
          <w:color w:val="525252"/>
          <w:sz w:val="17"/>
        </w:rPr>
        <w:t>Tool gp_calculate_density; parameters {"kernel": "quartic", "project": "750b4ce3-8424-4738-b383-c6a58973ae02", "features": {"layer": "Water points (2b4e30e1)"}, "bandwidth_m": 2000.0, "cell_size_m": 1000.0}</w:t>
      </w:r>
    </w:p>
    <w:p>
      <w:pPr>
        <w:pStyle w:val="Heading1"/>
      </w:pPr>
      <w:r>
        <w:t>Calculate density</w:t>
      </w:r>
    </w:p>
    <w:p>
      <w:r>
        <w:rPr>
          <w:b/>
        </w:rPr>
        <w:t xml:space="preserve">What this analysis is. </w:t>
      </w:r>
      <w:r>
        <w:rPr>
          <w:i w:val="0"/>
        </w:rPr>
        <w:t>Calculate density: Kernel density per square kilometer on a grid [28]. In ArcGIS it is Calculate Density or Kernel Density; in QGIS, native:heatmapkerneldensityestimation [28].</w:t>
      </w:r>
    </w:p>
    <w:p>
      <w:r>
        <w:rPr>
          <w:b/>
        </w:rPr>
        <w:t xml:space="preserve">Why it was run on this data. </w:t>
      </w:r>
      <w:r>
        <w:rPr>
          <w:i w:val="0"/>
        </w:rPr>
        <w:t>40 points in Camera traps: a density surface shows where they concentrate [32].</w:t>
      </w:r>
    </w:p>
    <w:p>
      <w:r>
        <w:rPr>
          <w:b/>
        </w:rPr>
        <w:t xml:space="preserve">What it found. </w:t>
      </w:r>
      <w:r>
        <w:rPr>
          <w:i w:val="0"/>
        </w:rPr>
        <w:t>The density calculation, which utilized the Camera traps layer [19], reported a maximum density per km2 of 0.3737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95</w:t>
            </w:r>
          </w:p>
        </w:tc>
      </w:tr>
      <w:tr>
        <w:tc>
          <w:tcPr>
            <w:tcW w:type="dxa" w:w="4320"/>
          </w:tcPr>
          <w:p>
            <w:r>
              <w:t>result, elapsed ms</w:t>
            </w:r>
          </w:p>
        </w:tc>
        <w:tc>
          <w:tcPr>
            <w:tcW w:type="dxa" w:w="4320"/>
          </w:tcPr>
          <w:p>
            <w:r>
              <w:t>3</w:t>
            </w:r>
          </w:p>
        </w:tc>
      </w:tr>
      <w:tr>
        <w:tc>
          <w:tcPr>
            <w:tcW w:type="dxa" w:w="4320"/>
          </w:tcPr>
          <w:p>
            <w:r>
              <w:t>result, bandwidth m</w:t>
            </w:r>
          </w:p>
        </w:tc>
        <w:tc>
          <w:tcPr>
            <w:tcW w:type="dxa" w:w="4320"/>
          </w:tcPr>
          <w:p>
            <w:r>
              <w:t>5,000</w:t>
            </w:r>
          </w:p>
        </w:tc>
      </w:tr>
      <w:tr>
        <w:tc>
          <w:tcPr>
            <w:tcW w:type="dxa" w:w="4320"/>
          </w:tcPr>
          <w:p>
            <w:r>
              <w:t>result, cell size m</w:t>
            </w:r>
          </w:p>
        </w:tc>
        <w:tc>
          <w:tcPr>
            <w:tcW w:type="dxa" w:w="4320"/>
          </w:tcPr>
          <w:p>
            <w:r>
              <w:t>2,000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0.3737</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Camera traps: Calculate density: 1 layer saved: Calculate density: Camera traps (95 features) [19][33].</w:t>
      </w:r>
    </w:p>
    <w:p>
      <w:pPr>
        <w:pStyle w:val="ListBullet"/>
      </w:pPr>
      <w:r>
        <w:rPr>
          <w:b/>
        </w:rPr>
        <w:t xml:space="preserve">Evidenced: </w:t>
      </w:r>
      <w:r>
        <w:t>It reported result, count 95; result, elapsed ms 3; result, bandwidth m 5,000; result, cell size m 2,000; result, excluded null 0; result, max density per km2 0.3737 [33].</w:t>
      </w:r>
    </w:p>
    <w:p>
      <w:r>
        <w:rPr>
          <w:i/>
          <w:color w:val="525252"/>
          <w:sz w:val="17"/>
        </w:rPr>
        <w:t>Tool gp_calculate_density; parameters {"kernel": "quartic", "project": "750b4ce3-8424-4738-b383-c6a58973ae02", "features": {"layer": "Camera traps (2952931c)"}, "bandwidth_m": 5000.0, "cell_size_m": 2000.0}</w:t>
      </w:r>
    </w:p>
    <w:p>
      <w:pPr>
        <w:pStyle w:val="Heading1"/>
      </w:pPr>
      <w:r>
        <w:t>Calculate density</w:t>
      </w:r>
    </w:p>
    <w:p>
      <w:r>
        <w:rPr>
          <w:b/>
        </w:rPr>
        <w:t xml:space="preserve">What this analysis is. </w:t>
      </w:r>
      <w:r>
        <w:rPr>
          <w:i w:val="0"/>
        </w:rPr>
        <w:t>Calculate density: Kernel density per square kilometer on a grid [28]. In ArcGIS it is Calculate Density or Kernel Density; in QGIS, native:heatmapkerneldensityestimation [28].</w:t>
      </w:r>
    </w:p>
    <w:p>
      <w:r>
        <w:rPr>
          <w:b/>
        </w:rPr>
        <w:t xml:space="preserve">Why it was run on this data. </w:t>
      </w:r>
      <w:r>
        <w:rPr>
          <w:i w:val="0"/>
        </w:rPr>
        <w:t>2000 points in Wildlife sightings: a density surface shows where they concentrate [34].</w:t>
      </w:r>
    </w:p>
    <w:p>
      <w:r>
        <w:rPr>
          <w:b/>
        </w:rPr>
        <w:t xml:space="preserve">What it found. </w:t>
      </w:r>
      <w:r>
        <w:rPr>
          <w:i w:val="0"/>
        </w:rPr>
        <w:t>The density calculation was performed on the Wildlife sightings layer [10], yielding a result count of 3,384 [35]. The process successfully ran with an elapsed time of 92 milliseconds [35]. The resulting surface covered a bandwidth of 500 meters and utilized a 200-meter cell size [35].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3,384</w:t>
            </w:r>
          </w:p>
        </w:tc>
      </w:tr>
      <w:tr>
        <w:tc>
          <w:tcPr>
            <w:tcW w:type="dxa" w:w="4320"/>
          </w:tcPr>
          <w:p>
            <w:r>
              <w:t>result, elapsed ms</w:t>
            </w:r>
          </w:p>
        </w:tc>
        <w:tc>
          <w:tcPr>
            <w:tcW w:type="dxa" w:w="4320"/>
          </w:tcPr>
          <w:p>
            <w:r>
              <w:t>92</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771.7</w:t>
            </w:r>
          </w:p>
        </w:tc>
      </w:tr>
      <w:tr>
        <w:tc>
          <w:tcPr>
            <w:tcW w:type="dxa" w:w="4320"/>
          </w:tcPr>
          <w:p>
            <w:r>
              <w:t>billing, cost</w:t>
            </w:r>
          </w:p>
        </w:tc>
        <w:tc>
          <w:tcPr>
            <w:tcW w:type="dxa" w:w="4320"/>
          </w:tcPr>
          <w:p>
            <w:r>
              <w:t>0.09</w:t>
            </w:r>
          </w:p>
        </w:tc>
      </w:tr>
      <w:tr>
        <w:tc>
          <w:tcPr>
            <w:tcW w:type="dxa" w:w="4320"/>
          </w:tcPr>
          <w:p>
            <w:r>
              <w:t>billing, list price</w:t>
            </w:r>
          </w:p>
        </w:tc>
        <w:tc>
          <w:tcPr>
            <w:tcW w:type="dxa" w:w="4320"/>
          </w:tcPr>
          <w:p>
            <w:r>
              <w:t>0.09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Wildlife sightings: Calculate density: 1 layer saved: Calculate density: Wildlife sightings (3384 features) [10][35].</w:t>
      </w:r>
    </w:p>
    <w:p>
      <w:pPr>
        <w:pStyle w:val="ListBullet"/>
      </w:pPr>
      <w:r>
        <w:rPr>
          <w:b/>
        </w:rPr>
        <w:t xml:space="preserve">Evidenced: </w:t>
      </w:r>
      <w:r>
        <w:t>It reported result, count 3,384; result, elapsed ms 92; result, bandwidth m 500; result, cell size m 200; result, excluded null 0; result, max density per km2 771.7 [35].</w:t>
      </w:r>
    </w:p>
    <w:p>
      <w:r>
        <w:rPr>
          <w:i/>
          <w:color w:val="525252"/>
          <w:sz w:val="17"/>
        </w:rPr>
        <w:t>Tool gp_calculate_density; parameters {"kernel": "quartic", "project": "750b4ce3-8424-4738-b383-c6a58973ae02", "features": {"layer": "Wildlife sightings (49c8e07e)"}, "bandwidth_m": 500.0, "cell_size_m": 200.0, "weight_field": "count"}</w:t>
      </w:r>
    </w:p>
    <w:p>
      <w:pPr>
        <w:pStyle w:val="Heading1"/>
      </w:pPr>
      <w:r>
        <w:t>Summarize within</w:t>
      </w:r>
    </w:p>
    <w:p>
      <w:r>
        <w:rPr>
          <w:b/>
        </w:rPr>
        <w:t xml:space="preserve">What this analysis is. </w:t>
      </w:r>
      <w:r>
        <w:rPr>
          <w:i w:val="0"/>
        </w:rPr>
        <w:t>Summarize within: Count and aggregate the features inside each polygon (or bin), proportionally for lines and polygons [36]. In ArcGIS it is Summarize Within or Aggregate Points; in QGIS, native:countpointsinpolygon or native:sumlinelengths [36].</w:t>
      </w:r>
    </w:p>
    <w:p>
      <w:r>
        <w:rPr>
          <w:b/>
        </w:rPr>
        <w:t xml:space="preserve">Why it was run on this data. </w:t>
      </w:r>
      <w:r>
        <w:rPr>
          <w:i w:val="0"/>
        </w:rPr>
        <w:t>Count Water points inside each feature of Protected areas by type; the counts map as a choropleth (natural breaks, sequential colors) [37].</w:t>
      </w:r>
    </w:p>
    <w:p>
      <w:r>
        <w:rPr>
          <w:b/>
        </w:rPr>
        <w:t xml:space="preserve">What it found. </w:t>
      </w:r>
      <w:r>
        <w:rPr>
          <w:i w:val="0"/>
        </w:rPr>
        <w:t>The `gp_summarize_within` tool was run using Water points [31] and</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0.0106</w:t>
            </w:r>
          </w:p>
        </w:tc>
      </w:tr>
      <w:tr>
        <w:tc>
          <w:tcPr>
            <w:tcW w:type="dxa" w:w="4320"/>
          </w:tcPr>
          <w:p>
            <w:r>
              <w:t>billing, list price</w:t>
            </w:r>
          </w:p>
        </w:tc>
        <w:tc>
          <w:tcPr>
            <w:tcW w:type="dxa" w:w="4320"/>
          </w:tcPr>
          <w:p>
            <w:r>
              <w:t>0.0106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Water points, Protected areas: Summarize within: 1 layer saved: Summarize within: Protected areas (5 features) [31][38][39].</w:t>
      </w:r>
    </w:p>
    <w:p>
      <w:pPr>
        <w:pStyle w:val="ListBullet"/>
      </w:pPr>
      <w:r>
        <w:rPr>
          <w:b/>
        </w:rPr>
        <w:t xml:space="preserve">Evidenced: </w:t>
      </w:r>
      <w:r>
        <w:t>It reported result, count 5; result, elapsed ms 0; billing, cost 0.0106; billing, list price 0.0106; billing, upstream cost 0 [38].</w:t>
      </w:r>
    </w:p>
    <w:p>
      <w:r>
        <w:rPr>
          <w:i/>
          <w:color w:val="525252"/>
          <w:sz w:val="17"/>
        </w:rPr>
        <w:t>Tool gp_summarize_within; parameters {"stats": [], "project": "750b4ce3-8424-4738-b383-c6a58973ae02", "features": {"layer": "Water points (2b4e30e1)"}, "group_by": "type", "polygons": {"layer": "Protected areas (446c314f)"}}</w:t>
      </w:r>
    </w:p>
    <w:p>
      <w:pPr>
        <w:pStyle w:val="Heading1"/>
      </w:pPr>
      <w:r>
        <w:t>Summarize within</w:t>
      </w:r>
    </w:p>
    <w:p>
      <w:r>
        <w:rPr>
          <w:b/>
        </w:rPr>
        <w:t xml:space="preserve">What this analysis is. </w:t>
      </w:r>
      <w:r>
        <w:rPr>
          <w:i w:val="0"/>
        </w:rPr>
        <w:t>Summarize within: Count and aggregate the features inside each polygon (or bin), proportionally for lines and polygons [36]. In ArcGIS it is Summarize Within or Aggregate Points; in QGIS, native:countpointsinpolygon or native:sumlinelengths [36].</w:t>
      </w:r>
    </w:p>
    <w:p>
      <w:r>
        <w:rPr>
          <w:b/>
        </w:rPr>
        <w:t xml:space="preserve">Why it was run on this data. </w:t>
      </w:r>
      <w:r>
        <w:rPr>
          <w:i w:val="0"/>
        </w:rPr>
        <w:t>Count Water points inside each feature of Protected areas by type; the counts map as a choropleth (natural breaks, sequential colors) [37].</w:t>
      </w:r>
    </w:p>
    <w:p>
      <w:r>
        <w:rPr>
          <w:b/>
        </w:rPr>
        <w:t xml:space="preserve">What it found. </w:t>
      </w:r>
      <w:r>
        <w:rPr>
          <w:i w:val="0"/>
        </w:rPr>
        <w:t>Summarize within on Camera traps, Protected areas: Summarize within: 1 layer saved: Summarize within: Protected areas (5 features) [19][39][40]. It reported result, count 5; result, elapsed ms 0; billing, cost 0.0109; billing, list price 0.0109; billing, upstream cost 0 [40].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0.0109</w:t>
            </w:r>
          </w:p>
        </w:tc>
      </w:tr>
      <w:tr>
        <w:tc>
          <w:tcPr>
            <w:tcW w:type="dxa" w:w="4320"/>
          </w:tcPr>
          <w:p>
            <w:r>
              <w:t>billing, list price</w:t>
            </w:r>
          </w:p>
        </w:tc>
        <w:tc>
          <w:tcPr>
            <w:tcW w:type="dxa" w:w="4320"/>
          </w:tcPr>
          <w:p>
            <w:r>
              <w:t>0.0109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Camera traps, Protected areas: Summarize within: 1 layer saved: Summarize within: Protected areas (5 features) [19][39][40].</w:t>
      </w:r>
    </w:p>
    <w:p>
      <w:pPr>
        <w:pStyle w:val="ListBullet"/>
      </w:pPr>
      <w:r>
        <w:rPr>
          <w:b/>
        </w:rPr>
        <w:t xml:space="preserve">Evidenced: </w:t>
      </w:r>
      <w:r>
        <w:t>It reported result, count 5; result, elapsed ms 0; billing, cost 0.0109; billing, list price 0.0109; billing, upstream cost 0 [40].</w:t>
      </w:r>
    </w:p>
    <w:p>
      <w:r>
        <w:rPr>
          <w:i/>
          <w:color w:val="525252"/>
          <w:sz w:val="17"/>
        </w:rPr>
        <w:t>Tool gp_summarize_within; parameters {"stats": [], "project": "750b4ce3-8424-4738-b383-c6a58973ae02", "features": {"layer": "Camera traps (2952931c)"}, "group_by": "working", "polygons": {"layer": "Protected areas (446c314f)"}}</w:t>
      </w:r>
    </w:p>
    <w:p>
      <w:pPr>
        <w:pStyle w:val="Heading1"/>
      </w:pPr>
      <w:r>
        <w:t>Summarize within</w:t>
      </w:r>
    </w:p>
    <w:p>
      <w:r>
        <w:rPr>
          <w:b/>
        </w:rPr>
        <w:t xml:space="preserve">What this analysis is. </w:t>
      </w:r>
      <w:r>
        <w:rPr>
          <w:i w:val="0"/>
        </w:rPr>
        <w:t>Summarize within: Count and aggregate the features inside each polygon (or bin), proportionally for lines and polygons [36]. In ArcGIS it is Summarize Within or Aggregate Points; in QGIS, native:countpointsinpolygon or native:sumlinelengths [36].</w:t>
      </w:r>
    </w:p>
    <w:p>
      <w:r>
        <w:rPr>
          <w:b/>
        </w:rPr>
        <w:t xml:space="preserve">Why it was run on this data. </w:t>
      </w:r>
      <w:r>
        <w:rPr>
          <w:i w:val="0"/>
        </w:rPr>
        <w:t>Count Water points inside each feature of Protected areas by type; the counts map as a choropleth (natural breaks, sequential colors) [37].</w:t>
      </w:r>
    </w:p>
    <w:p>
      <w:r>
        <w:rPr>
          <w:b/>
        </w:rPr>
        <w:t xml:space="preserve">What it found. </w:t>
      </w:r>
      <w:r>
        <w:rPr>
          <w:i w:val="0"/>
        </w:rPr>
        <w:t>The `gp_summarize_within` function was executed using Wildlife sightings [10] and Protected areas [39] as</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w:t>
            </w:r>
          </w:p>
        </w:tc>
      </w:tr>
      <w:tr>
        <w:tc>
          <w:tcPr>
            <w:tcW w:type="dxa" w:w="4320"/>
          </w:tcPr>
          <w:p>
            <w:r>
              <w:t>result, elapsed ms</w:t>
            </w:r>
          </w:p>
        </w:tc>
        <w:tc>
          <w:tcPr>
            <w:tcW w:type="dxa" w:w="4320"/>
          </w:tcPr>
          <w:p>
            <w:r>
              <w:t>3</w:t>
            </w:r>
          </w:p>
        </w:tc>
      </w:tr>
      <w:tr>
        <w:tc>
          <w:tcPr>
            <w:tcW w:type="dxa" w:w="4320"/>
          </w:tcPr>
          <w:p>
            <w:r>
              <w:t>billing, cost</w:t>
            </w:r>
          </w:p>
        </w:tc>
        <w:tc>
          <w:tcPr>
            <w:tcW w:type="dxa" w:w="4320"/>
          </w:tcPr>
          <w:p>
            <w:r>
              <w:t>0.05012</w:t>
            </w:r>
          </w:p>
        </w:tc>
      </w:tr>
      <w:tr>
        <w:tc>
          <w:tcPr>
            <w:tcW w:type="dxa" w:w="4320"/>
          </w:tcPr>
          <w:p>
            <w:r>
              <w:t>billing, list price</w:t>
            </w:r>
          </w:p>
        </w:tc>
        <w:tc>
          <w:tcPr>
            <w:tcW w:type="dxa" w:w="4320"/>
          </w:tcPr>
          <w:p>
            <w:r>
              <w:t>0.05012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Wildlife sightings, Protected areas: Summarize within: 1 layer saved: Summarize within: Protected areas (5 features) [10][39][41].</w:t>
      </w:r>
    </w:p>
    <w:p>
      <w:pPr>
        <w:pStyle w:val="ListBullet"/>
      </w:pPr>
      <w:r>
        <w:rPr>
          <w:b/>
        </w:rPr>
        <w:t xml:space="preserve">Evidenced: </w:t>
      </w:r>
      <w:r>
        <w:t>It reported result, count 5; result, elapsed ms 3; billing, cost 0.05012; billing, list price 0.05012; billing, upstream cost 0 [41].</w:t>
      </w:r>
    </w:p>
    <w:p>
      <w:r>
        <w:rPr>
          <w:i/>
          <w:color w:val="525252"/>
          <w:sz w:val="17"/>
        </w:rPr>
        <w:t>Tool gp_summarize_within; parameters {"stats": [{"stat": "sum", "field": "count"}], "project": "750b4ce3-8424-4738-b383-c6a58973ae02", "features": {"layer": "Wildlife sightings (49c8e07e)"}, "group_by": "species", "polygons": {"layer": "Protected areas (446c314f)"}}</w:t>
      </w:r>
    </w:p>
    <w:p>
      <w:pPr>
        <w:pStyle w:val="Heading1"/>
      </w:pPr>
      <w:r>
        <w:t>Find point clusters</w:t>
      </w:r>
    </w:p>
    <w:p>
      <w:r>
        <w:rPr>
          <w:b/>
        </w:rPr>
        <w:t xml:space="preserve">What this analysis is. </w:t>
      </w:r>
      <w:r>
        <w:rPr>
          <w:i w:val="0"/>
        </w:rPr>
        <w:t>Find point clusters: Density-based clusters (DBSCAN, HDBSCAN or OPTICS, optionally space-time) with hulls and noise [42]. In ArcGIS it is Find Point Clusters or Density-based Clustering; in QGIS, native:dbscanclustering or native:stdbscanclustering [42].</w:t>
      </w:r>
    </w:p>
    <w:p>
      <w:r>
        <w:rPr>
          <w:b/>
        </w:rPr>
        <w:t xml:space="preserve">Why it was run on this data. </w:t>
      </w:r>
      <w:r>
        <w:rPr>
          <w:i w:val="0"/>
        </w:rPr>
        <w:t>DBSCAN finds dense groups of Water points and separates noise [43].</w:t>
      </w:r>
    </w:p>
    <w:p>
      <w:r>
        <w:rPr>
          <w:b/>
        </w:rPr>
        <w:t xml:space="preserve">What it found. </w:t>
      </w:r>
      <w:r>
        <w:rPr>
          <w:i w:val="0"/>
        </w:rPr>
        <w:t>Find point clusters on Water points: Find point clusters: 2 layers saved: Find point clusters: Water points (25 features); Find point clusters: cluster hulls (1 feature) [31][44]. It reported result, count 25; result, noise 0; result, distance m 2,000; result, elapsed ms 5; result, min points 3; billing, cost 0.0505 [44].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25</w:t>
            </w:r>
          </w:p>
        </w:tc>
      </w:tr>
      <w:tr>
        <w:tc>
          <w:tcPr>
            <w:tcW w:type="dxa" w:w="4320"/>
          </w:tcPr>
          <w:p>
            <w:r>
              <w:t>result, noise</w:t>
            </w:r>
          </w:p>
        </w:tc>
        <w:tc>
          <w:tcPr>
            <w:tcW w:type="dxa" w:w="4320"/>
          </w:tcPr>
          <w:p>
            <w:r>
              <w:t>0</w:t>
            </w:r>
          </w:p>
        </w:tc>
      </w:tr>
      <w:tr>
        <w:tc>
          <w:tcPr>
            <w:tcW w:type="dxa" w:w="4320"/>
          </w:tcPr>
          <w:p>
            <w:r>
              <w:t>result, distance m</w:t>
            </w:r>
          </w:p>
        </w:tc>
        <w:tc>
          <w:tcPr>
            <w:tcW w:type="dxa" w:w="4320"/>
          </w:tcPr>
          <w:p>
            <w:r>
              <w:t>2,000</w:t>
            </w:r>
          </w:p>
        </w:tc>
      </w:tr>
      <w:tr>
        <w:tc>
          <w:tcPr>
            <w:tcW w:type="dxa" w:w="4320"/>
          </w:tcPr>
          <w:p>
            <w:r>
              <w:t>result, elapsed ms</w:t>
            </w:r>
          </w:p>
        </w:tc>
        <w:tc>
          <w:tcPr>
            <w:tcW w:type="dxa" w:w="4320"/>
          </w:tcPr>
          <w:p>
            <w:r>
              <w:t>5</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0.0505</w:t>
            </w:r>
          </w:p>
        </w:tc>
      </w:tr>
      <w:tr>
        <w:tc>
          <w:tcPr>
            <w:tcW w:type="dxa" w:w="4320"/>
          </w:tcPr>
          <w:p>
            <w:r>
              <w:t>billing, list price</w:t>
            </w:r>
          </w:p>
        </w:tc>
        <w:tc>
          <w:tcPr>
            <w:tcW w:type="dxa" w:w="4320"/>
          </w:tcPr>
          <w:p>
            <w:r>
              <w:t>0.0505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Water points: Find point clusters: 2 layers saved: Find point clusters: Water points (25 features); Find point clusters: cluster hulls (1 feature) [31][44].</w:t>
      </w:r>
    </w:p>
    <w:p>
      <w:pPr>
        <w:pStyle w:val="ListBullet"/>
      </w:pPr>
      <w:r>
        <w:rPr>
          <w:b/>
        </w:rPr>
        <w:t xml:space="preserve">Evidenced: </w:t>
      </w:r>
      <w:r>
        <w:t>It reported result, count 25; result, noise 0; result, distance m 2,000; result, elapsed ms 5; result, min points 3; billing, cost 0.0505 [44].</w:t>
      </w:r>
    </w:p>
    <w:p>
      <w:r>
        <w:rPr>
          <w:i/>
          <w:color w:val="525252"/>
          <w:sz w:val="17"/>
        </w:rPr>
        <w:t>Tool gp_find_point_clusters; parameters {"method": "dbscan", "project": "750b4ce3-8424-4738-b383-c6a58973ae02", "features": {"layer": "Water points (2b4e30e1)"}, "distance_m": 2000.0, "min_points": 3}</w:t>
      </w:r>
    </w:p>
    <w:p>
      <w:pPr>
        <w:pStyle w:val="Heading1"/>
      </w:pPr>
      <w:r>
        <w:t>Find point clusters</w:t>
      </w:r>
    </w:p>
    <w:p>
      <w:r>
        <w:rPr>
          <w:b/>
        </w:rPr>
        <w:t xml:space="preserve">What this analysis is. </w:t>
      </w:r>
      <w:r>
        <w:rPr>
          <w:i w:val="0"/>
        </w:rPr>
        <w:t>Find point clusters: Density-based clusters (DBSCAN, HDBSCAN or OPTICS, optionally space-time) with hulls and noise [42]. In ArcGIS it is Find Point Clusters or Density-based Clustering; in QGIS, native:dbscanclustering or native:stdbscanclustering [42].</w:t>
      </w:r>
    </w:p>
    <w:p>
      <w:r>
        <w:rPr>
          <w:b/>
        </w:rPr>
        <w:t xml:space="preserve">Why it was run on this data. </w:t>
      </w:r>
      <w:r>
        <w:rPr>
          <w:i w:val="0"/>
        </w:rPr>
        <w:t>DBSCAN finds dense groups of Camera traps and separates noise [45].</w:t>
      </w:r>
    </w:p>
    <w:p>
      <w:r>
        <w:rPr>
          <w:b/>
        </w:rPr>
        <w:t xml:space="preserve">What it found. </w:t>
      </w:r>
      <w:r>
        <w:rPr>
          <w:i w:val="0"/>
        </w:rPr>
        <w:t>Find point clusters on Camera traps: Find point clusters: 2 layers saved: Find point clusters: Camera traps (40 features); Find point clusters: cluster hulls (2 features) [19][46]. It reported result, count 40; result, noise 3; result, distance m 2,000; result, elapsed ms 2; result, min points 3; billing, cost 0.0508 [46].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40</w:t>
            </w:r>
          </w:p>
        </w:tc>
      </w:tr>
      <w:tr>
        <w:tc>
          <w:tcPr>
            <w:tcW w:type="dxa" w:w="4320"/>
          </w:tcPr>
          <w:p>
            <w:r>
              <w:t>result, noise</w:t>
            </w:r>
          </w:p>
        </w:tc>
        <w:tc>
          <w:tcPr>
            <w:tcW w:type="dxa" w:w="4320"/>
          </w:tcPr>
          <w:p>
            <w:r>
              <w:t>3</w:t>
            </w:r>
          </w:p>
        </w:tc>
      </w:tr>
      <w:tr>
        <w:tc>
          <w:tcPr>
            <w:tcW w:type="dxa" w:w="4320"/>
          </w:tcPr>
          <w:p>
            <w:r>
              <w:t>result, distance m</w:t>
            </w:r>
          </w:p>
        </w:tc>
        <w:tc>
          <w:tcPr>
            <w:tcW w:type="dxa" w:w="4320"/>
          </w:tcPr>
          <w:p>
            <w:r>
              <w:t>2,000</w:t>
            </w:r>
          </w:p>
        </w:tc>
      </w:tr>
      <w:tr>
        <w:tc>
          <w:tcPr>
            <w:tcW w:type="dxa" w:w="4320"/>
          </w:tcPr>
          <w:p>
            <w:r>
              <w:t>result, elapsed ms</w:t>
            </w:r>
          </w:p>
        </w:tc>
        <w:tc>
          <w:tcPr>
            <w:tcW w:type="dxa" w:w="4320"/>
          </w:tcPr>
          <w:p>
            <w:r>
              <w:t>2</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Camera traps: Find point clusters: 2 layers saved: Find point clusters: Camera traps (40 features); Find point clusters: cluster hulls (2 features) [19][46].</w:t>
      </w:r>
    </w:p>
    <w:p>
      <w:pPr>
        <w:pStyle w:val="ListBullet"/>
      </w:pPr>
      <w:r>
        <w:rPr>
          <w:b/>
        </w:rPr>
        <w:t xml:space="preserve">Evidenced: </w:t>
      </w:r>
      <w:r>
        <w:t>It reported result, count 40; result, noise 3; result, distance m 2,000; result, elapsed ms 2; result, min points 3; billing, cost 0.0508 [46].</w:t>
      </w:r>
    </w:p>
    <w:p>
      <w:r>
        <w:rPr>
          <w:i/>
          <w:color w:val="525252"/>
          <w:sz w:val="17"/>
        </w:rPr>
        <w:t>Tool gp_find_point_clusters; parameters {"method": "dbscan", "project": "750b4ce3-8424-4738-b383-c6a58973ae02", "features": {"layer": "Camera traps (2952931c)"}, "distance_m": 2000.0, "min_points": 3}</w:t>
      </w:r>
    </w:p>
    <w:p>
      <w:pPr>
        <w:pStyle w:val="Heading1"/>
      </w:pPr>
      <w:r>
        <w:t>Find point clusters</w:t>
      </w:r>
    </w:p>
    <w:p>
      <w:r>
        <w:rPr>
          <w:b/>
        </w:rPr>
        <w:t xml:space="preserve">What this analysis is. </w:t>
      </w:r>
      <w:r>
        <w:rPr>
          <w:i w:val="0"/>
        </w:rPr>
        <w:t>Find point clusters: Density-based clusters (DBSCAN, HDBSCAN or OPTICS, optionally space-time) with hulls and noise [42]. In ArcGIS it is Find Point Clusters or Density-based Clustering; in QGIS, native:dbscanclustering or native:stdbscanclustering [42].</w:t>
      </w:r>
    </w:p>
    <w:p>
      <w:r>
        <w:rPr>
          <w:b/>
        </w:rPr>
        <w:t xml:space="preserve">Why it was run on this data. </w:t>
      </w:r>
      <w:r>
        <w:rPr>
          <w:i w:val="0"/>
        </w:rPr>
        <w:t>DBSCAN finds dense groups of Wildlife sightings and separates noise [47].</w:t>
      </w:r>
    </w:p>
    <w:p>
      <w:r>
        <w:rPr>
          <w:b/>
        </w:rPr>
        <w:t xml:space="preserve">What it found. </w:t>
      </w:r>
      <w:r>
        <w:rPr>
          <w:i w:val="0"/>
        </w:rPr>
        <w:t>Find point clusters on Wildlife sightings: Find point clusters: 2 layers saved: Find point clusters: Wildlife sightings (2000 features); Find point clusters: cluster hulls (10 features) [10][48]. It reported result, count 2,000; result, noise 812; result, distance m 500; result, elapsed ms 208; result, min points 20; billing, cost 0.09 [48].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2,000</w:t>
            </w:r>
          </w:p>
        </w:tc>
      </w:tr>
      <w:tr>
        <w:tc>
          <w:tcPr>
            <w:tcW w:type="dxa" w:w="4320"/>
          </w:tcPr>
          <w:p>
            <w:r>
              <w:t>result, noise</w:t>
            </w:r>
          </w:p>
        </w:tc>
        <w:tc>
          <w:tcPr>
            <w:tcW w:type="dxa" w:w="4320"/>
          </w:tcPr>
          <w:p>
            <w:r>
              <w:t>812</w:t>
            </w:r>
          </w:p>
        </w:tc>
      </w:tr>
      <w:tr>
        <w:tc>
          <w:tcPr>
            <w:tcW w:type="dxa" w:w="4320"/>
          </w:tcPr>
          <w:p>
            <w:r>
              <w:t>result, distance m</w:t>
            </w:r>
          </w:p>
        </w:tc>
        <w:tc>
          <w:tcPr>
            <w:tcW w:type="dxa" w:w="4320"/>
          </w:tcPr>
          <w:p>
            <w:r>
              <w:t>500</w:t>
            </w:r>
          </w:p>
        </w:tc>
      </w:tr>
      <w:tr>
        <w:tc>
          <w:tcPr>
            <w:tcW w:type="dxa" w:w="4320"/>
          </w:tcPr>
          <w:p>
            <w:r>
              <w:t>result, elapsed ms</w:t>
            </w:r>
          </w:p>
        </w:tc>
        <w:tc>
          <w:tcPr>
            <w:tcW w:type="dxa" w:w="4320"/>
          </w:tcPr>
          <w:p>
            <w:r>
              <w:t>208</w:t>
            </w:r>
          </w:p>
        </w:tc>
      </w:tr>
      <w:tr>
        <w:tc>
          <w:tcPr>
            <w:tcW w:type="dxa" w:w="4320"/>
          </w:tcPr>
          <w:p>
            <w:r>
              <w:t>result, min points</w:t>
            </w:r>
          </w:p>
        </w:tc>
        <w:tc>
          <w:tcPr>
            <w:tcW w:type="dxa" w:w="4320"/>
          </w:tcPr>
          <w:p>
            <w:r>
              <w:t>20</w:t>
            </w:r>
          </w:p>
        </w:tc>
      </w:tr>
      <w:tr>
        <w:tc>
          <w:tcPr>
            <w:tcW w:type="dxa" w:w="4320"/>
          </w:tcPr>
          <w:p>
            <w:r>
              <w:t>billing, cost</w:t>
            </w:r>
          </w:p>
        </w:tc>
        <w:tc>
          <w:tcPr>
            <w:tcW w:type="dxa" w:w="4320"/>
          </w:tcPr>
          <w:p>
            <w:r>
              <w:t>0.09</w:t>
            </w:r>
          </w:p>
        </w:tc>
      </w:tr>
      <w:tr>
        <w:tc>
          <w:tcPr>
            <w:tcW w:type="dxa" w:w="4320"/>
          </w:tcPr>
          <w:p>
            <w:r>
              <w:t>billing, list price</w:t>
            </w:r>
          </w:p>
        </w:tc>
        <w:tc>
          <w:tcPr>
            <w:tcW w:type="dxa" w:w="4320"/>
          </w:tcPr>
          <w:p>
            <w:r>
              <w:t>0.09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Wildlife sightings: Find point clusters: 2 layers saved: Find point clusters: Wildlife sightings (2000 features); Find point clusters: cluster hulls (10 features) [10][48].</w:t>
      </w:r>
    </w:p>
    <w:p>
      <w:pPr>
        <w:pStyle w:val="ListBullet"/>
      </w:pPr>
      <w:r>
        <w:rPr>
          <w:b/>
        </w:rPr>
        <w:t xml:space="preserve">Evidenced: </w:t>
      </w:r>
      <w:r>
        <w:t>It reported result, count 2,000; result, noise 812; result, distance m 500; result, elapsed ms 208; result, min points 20; billing, cost 0.09 [48].</w:t>
      </w:r>
    </w:p>
    <w:p>
      <w:r>
        <w:rPr>
          <w:i/>
          <w:color w:val="525252"/>
          <w:sz w:val="17"/>
        </w:rPr>
        <w:t>Tool gp_find_point_clusters; parameters {"method": "dbscan", "project": "750b4ce3-8424-4738-b383-c6a58973ae02", "features": {"layer": "Wildlife sightings (49c8e07e)"}, "distance_m": 500.0, "min_points": 20}</w:t>
      </w:r>
    </w:p>
    <w:p>
      <w:pPr>
        <w:pStyle w:val="Heading1"/>
      </w:pPr>
      <w:r>
        <w:t>Zonal statistics</w:t>
      </w:r>
    </w:p>
    <w:p>
      <w:r>
        <w:rPr>
          <w:b/>
        </w:rPr>
        <w:t xml:space="preserve">What this analysis is. </w:t>
      </w:r>
      <w:r>
        <w:rPr>
          <w:i w:val="0"/>
        </w:rPr>
        <w:t>Zonal statistics: count/min/max/mean/std/sum/median/majority per polygon as a table and as GeoJSON [49]. In ArcGIS it is Zonal Statistics as Table (polygons) [49].</w:t>
      </w:r>
    </w:p>
    <w:p>
      <w:r>
        <w:rPr>
          <w:b/>
        </w:rPr>
        <w:t xml:space="preserve">Why it was run on this data. </w:t>
      </w:r>
      <w:r>
        <w:rPr>
          <w:i w:val="0"/>
        </w:rPr>
        <w:t>Statistics of Habitat scene 2020-09-15 inside each feature of Protected areas [50].</w:t>
      </w:r>
    </w:p>
    <w:p>
      <w:r>
        <w:rPr>
          <w:b/>
        </w:rPr>
        <w:t xml:space="preserve">What it found. </w:t>
      </w:r>
      <w:r>
        <w:rPr>
          <w:i w:val="0"/>
        </w:rPr>
        <w:t>The analysis utilized the Zonal statistics tool, identified as rs_zonal_statistics [51]. The resulting zonal statistics summary documented 5 row(s) [51]. This process analyzed the data across 5 zones [51].</w:t>
      </w:r>
    </w:p>
    <w:p>
      <w:r>
        <w:rPr>
          <w:b/>
        </w:rPr>
        <w:t>Findings</w:t>
      </w:r>
    </w:p>
    <w:p>
      <w:pPr>
        <w:pStyle w:val="ListBullet"/>
      </w:pPr>
      <w:r>
        <w:rPr>
          <w:b/>
        </w:rPr>
        <w:t xml:space="preserve">Evidenced: </w:t>
      </w:r>
      <w:r>
        <w:t>Zonal statistics: Zonal statistics: 5 row(s) [51].</w:t>
      </w:r>
    </w:p>
    <w:p>
      <w:pPr>
        <w:pStyle w:val="ListBullet"/>
      </w:pPr>
      <w:r>
        <w:rPr>
          <w:b/>
        </w:rPr>
        <w:t xml:space="preserve">Evidenced: </w:t>
      </w:r>
      <w:r>
        <w:t>zones 5 [51].</w:t>
      </w:r>
    </w:p>
    <w:p>
      <w:r>
        <w:rPr>
          <w:i/>
          <w:color w:val="525252"/>
          <w:sz w:val="17"/>
        </w:rPr>
        <w:t>Tool rs_zonal_statistics; parameters {"stats": ["mean", "min", "max", "std"], "zones": "Protected areas (446c314f)", "raster_id": "Habitat scene 2020-09-15 (de16b11c)"}</w:t>
      </w:r>
    </w:p>
    <w:p>
      <w:pPr>
        <w:pStyle w:val="Heading1"/>
      </w:pPr>
      <w:r>
        <w:t>Zonal statistics</w:t>
      </w:r>
    </w:p>
    <w:p>
      <w:r>
        <w:rPr>
          <w:b/>
        </w:rPr>
        <w:t xml:space="preserve">What this analysis is. </w:t>
      </w:r>
      <w:r>
        <w:rPr>
          <w:i w:val="0"/>
        </w:rPr>
        <w:t>Zonal statistics: count/min/max/mean/std/sum/median/majority per polygon as a table and as GeoJSON [49]. In ArcGIS it is Zonal Statistics as Table (polygons) [49].</w:t>
      </w:r>
    </w:p>
    <w:p>
      <w:r>
        <w:rPr>
          <w:b/>
        </w:rPr>
        <w:t xml:space="preserve">Why it was run on this data. </w:t>
      </w:r>
      <w:r>
        <w:rPr>
          <w:i w:val="0"/>
        </w:rPr>
        <w:t>Statistics of Habitat scene 2020-09-15 inside each feature of Protected areas [50].</w:t>
      </w:r>
    </w:p>
    <w:p>
      <w:r>
        <w:rPr>
          <w:b/>
        </w:rPr>
        <w:t xml:space="preserve">What it found. </w:t>
      </w:r>
      <w:r>
        <w:rPr>
          <w:i w:val="0"/>
        </w:rPr>
        <w:t>Zonal statistics were applied utilizing the rs_zonal_statistics tool [52]. The tool summary indicates that the analysis resulted in 5 row(s) [52]. Additionally, the analysis covered 5 zones [52].</w:t>
      </w:r>
    </w:p>
    <w:p>
      <w:r>
        <w:rPr>
          <w:b/>
        </w:rPr>
        <w:t>Findings</w:t>
      </w:r>
    </w:p>
    <w:p>
      <w:pPr>
        <w:pStyle w:val="ListBullet"/>
      </w:pPr>
      <w:r>
        <w:rPr>
          <w:b/>
        </w:rPr>
        <w:t xml:space="preserve">Evidenced: </w:t>
      </w:r>
      <w:r>
        <w:t>Zonal statistics: Zonal statistics: 5 row(s) [52].</w:t>
      </w:r>
    </w:p>
    <w:p>
      <w:pPr>
        <w:pStyle w:val="ListBullet"/>
      </w:pPr>
      <w:r>
        <w:rPr>
          <w:b/>
        </w:rPr>
        <w:t xml:space="preserve">Evidenced: </w:t>
      </w:r>
      <w:r>
        <w:t>zones 5 [52].</w:t>
      </w:r>
    </w:p>
    <w:p>
      <w:r>
        <w:rPr>
          <w:i/>
          <w:color w:val="525252"/>
          <w:sz w:val="17"/>
        </w:rPr>
        <w:t>Tool rs_zonal_statistics; parameters {"stats": ["mean", "min", "max", "std"], "zones": "Protected areas (446c314f)", "raster_id": "Habitat scene 2025-09-15 (f6387687)"}</w:t>
      </w:r>
    </w:p>
    <w:p>
      <w:pPr>
        <w:pStyle w:val="Heading1"/>
      </w:pPr>
      <w:r>
        <w:t>Index change</w:t>
      </w:r>
    </w:p>
    <w:p>
      <w:r>
        <w:rPr>
          <w:b/>
        </w:rPr>
        <w:t xml:space="preserve">What this analysis is. </w:t>
      </w:r>
      <w:r>
        <w:rPr>
          <w:i w:val="0"/>
        </w:rPr>
        <w:t>Spectral index change: Change of a spectral index (NDVI, NDWI, NDBI, NBR …) or a band expression between two images: before, after and difference rasters, decrease / increase classes beyond the threshold with polygons and areas; NBR also gives dNBR with burn severity classes [22].</w:t>
      </w:r>
    </w:p>
    <w:p>
      <w:r>
        <w:rPr>
          <w:b/>
        </w:rPr>
        <w:t xml:space="preserve">Why it was run on this data. </w:t>
      </w:r>
      <w:r>
        <w:rPr>
          <w:i w:val="0"/>
        </w:rPr>
        <w:t>Index change between Habitat scene 2020-09-15 (2020-09-15) and Habitat scene 2025-09-15 (2025-09-15): the changed area, with the changed places as polygons [23].</w:t>
      </w:r>
    </w:p>
    <w:p>
      <w:r>
        <w:rPr>
          <w:b/>
        </w:rPr>
        <w:t xml:space="preserve">What it found. </w:t>
      </w:r>
      <w:r>
        <w:rPr>
          <w:i w:val="0"/>
        </w:rPr>
        <w:t>Index change: Spectral index change: created NDVI change Habitat scene 2020-09-15 to Habitat scene 2025-09-15 (300 x 250 cells, 40.00 m) [53]. plus 1 more raster layer(s) [53]. and layer NDVI change polygons with 984 feature(s) [53]. mean before 0.5613; mean after 0.4592; mean difference -0.1022; decrease ha 2,822; increase ha 185.28 [53]. It reported stats, polygons 984; stats, mean after 0.4592; stats, decrease ha 2,822; stats, increase ha 185.3; stats, mean before 0.5613; stats, masked pixels 0 [53].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polygons</w:t>
            </w:r>
          </w:p>
        </w:tc>
        <w:tc>
          <w:tcPr>
            <w:tcW w:type="dxa" w:w="4320"/>
          </w:tcPr>
          <w:p>
            <w:r>
              <w:t>984</w:t>
            </w:r>
          </w:p>
        </w:tc>
      </w:tr>
      <w:tr>
        <w:tc>
          <w:tcPr>
            <w:tcW w:type="dxa" w:w="4320"/>
          </w:tcPr>
          <w:p>
            <w:r>
              <w:t>stats, mean after</w:t>
            </w:r>
          </w:p>
        </w:tc>
        <w:tc>
          <w:tcPr>
            <w:tcW w:type="dxa" w:w="4320"/>
          </w:tcPr>
          <w:p>
            <w:r>
              <w:t>0.4592</w:t>
            </w:r>
          </w:p>
        </w:tc>
      </w:tr>
      <w:tr>
        <w:tc>
          <w:tcPr>
            <w:tcW w:type="dxa" w:w="4320"/>
          </w:tcPr>
          <w:p>
            <w:r>
              <w:t>stats, decrease ha</w:t>
            </w:r>
          </w:p>
        </w:tc>
        <w:tc>
          <w:tcPr>
            <w:tcW w:type="dxa" w:w="4320"/>
          </w:tcPr>
          <w:p>
            <w:r>
              <w:t>2,822</w:t>
            </w:r>
          </w:p>
        </w:tc>
      </w:tr>
      <w:tr>
        <w:tc>
          <w:tcPr>
            <w:tcW w:type="dxa" w:w="4320"/>
          </w:tcPr>
          <w:p>
            <w:r>
              <w:t>stats, increase ha</w:t>
            </w:r>
          </w:p>
        </w:tc>
        <w:tc>
          <w:tcPr>
            <w:tcW w:type="dxa" w:w="4320"/>
          </w:tcPr>
          <w:p>
            <w:r>
              <w:t>185.3</w:t>
            </w:r>
          </w:p>
        </w:tc>
      </w:tr>
      <w:tr>
        <w:tc>
          <w:tcPr>
            <w:tcW w:type="dxa" w:w="4320"/>
          </w:tcPr>
          <w:p>
            <w:r>
              <w:t>stats, mean before</w:t>
            </w:r>
          </w:p>
        </w:tc>
        <w:tc>
          <w:tcPr>
            <w:tcW w:type="dxa" w:w="4320"/>
          </w:tcPr>
          <w:p>
            <w:r>
              <w:t>0.5613</w:t>
            </w:r>
          </w:p>
        </w:tc>
      </w:tr>
      <w:tr>
        <w:tc>
          <w:tcPr>
            <w:tcW w:type="dxa" w:w="4320"/>
          </w:tcPr>
          <w:p>
            <w:r>
              <w:t>stats, masked pixels</w:t>
            </w:r>
          </w:p>
        </w:tc>
        <w:tc>
          <w:tcPr>
            <w:tcW w:type="dxa" w:w="4320"/>
          </w:tcPr>
          <w:p>
            <w:r>
              <w:t>0</w:t>
            </w:r>
          </w:p>
        </w:tc>
      </w:tr>
      <w:tr>
        <w:tc>
          <w:tcPr>
            <w:tcW w:type="dxa" w:w="4320"/>
          </w:tcPr>
          <w:p>
            <w:r>
              <w:t>stats, mean difference</w:t>
            </w:r>
          </w:p>
        </w:tc>
        <w:tc>
          <w:tcPr>
            <w:tcW w:type="dxa" w:w="4320"/>
          </w:tcPr>
          <w:p>
            <w:r>
              <w:t>-0.1022</w:t>
            </w:r>
          </w:p>
        </w:tc>
      </w:tr>
      <w:tr>
        <w:tc>
          <w:tcPr>
            <w:tcW w:type="dxa" w:w="4320"/>
          </w:tcPr>
          <w:p>
            <w:r>
              <w:t>elapsed ms</w:t>
            </w:r>
          </w:p>
        </w:tc>
        <w:tc>
          <w:tcPr>
            <w:tcW w:type="dxa" w:w="4320"/>
          </w:tcPr>
          <w:p>
            <w:r>
              <w:t>500</w:t>
            </w:r>
          </w:p>
        </w:tc>
      </w:tr>
    </w:tbl>
    <w:p/>
    <w:p>
      <w:r>
        <w:rPr>
          <w:b/>
        </w:rPr>
        <w:t>Findings</w:t>
      </w:r>
    </w:p>
    <w:p>
      <w:pPr>
        <w:pStyle w:val="ListBullet"/>
      </w:pPr>
      <w:r>
        <w:rPr>
          <w:b/>
        </w:rPr>
        <w:t xml:space="preserve">Evidenced: </w:t>
      </w:r>
      <w:r>
        <w:t>Index change: Spectral index change: created NDVI change Habitat scene 2020-09-15 to Habitat scene 2025-09-15 (300 x 250 cells, 40.00 m) [53].</w:t>
      </w:r>
    </w:p>
    <w:p>
      <w:pPr>
        <w:pStyle w:val="ListBullet"/>
      </w:pPr>
      <w:r>
        <w:rPr>
          <w:b/>
        </w:rPr>
        <w:t xml:space="preserve">Evidenced: </w:t>
      </w:r>
      <w:r>
        <w:t>plus 1 more raster layer(s) [53].</w:t>
      </w:r>
    </w:p>
    <w:p>
      <w:pPr>
        <w:pStyle w:val="ListBullet"/>
      </w:pPr>
      <w:r>
        <w:rPr>
          <w:b/>
        </w:rPr>
        <w:t xml:space="preserve">Evidenced: </w:t>
      </w:r>
      <w:r>
        <w:t>and layer NDVI change polygons with 984 feature(s) [53].</w:t>
      </w:r>
    </w:p>
    <w:p>
      <w:pPr>
        <w:pStyle w:val="ListBullet"/>
      </w:pPr>
      <w:r>
        <w:rPr>
          <w:b/>
        </w:rPr>
        <w:t xml:space="preserve">Evidenced: </w:t>
      </w:r>
      <w:r>
        <w:t>mean before 0.5613; mean after 0.4592; mean difference -0.1022; decrease ha 2,822; increase ha 185.28 [53].</w:t>
      </w:r>
    </w:p>
    <w:p>
      <w:pPr>
        <w:pStyle w:val="ListBullet"/>
      </w:pPr>
      <w:r>
        <w:rPr>
          <w:b/>
        </w:rPr>
        <w:t xml:space="preserve">Evidenced: </w:t>
      </w:r>
      <w:r>
        <w:t>It reported stats, polygons 984; stats, mean after 0.4592; stats, decrease ha 2,822; stats, increase ha 185.3; stats, mean before 0.5613; stats, masked pixels 0 [53].</w:t>
      </w:r>
    </w:p>
    <w:p>
      <w:r>
        <w:rPr>
          <w:i/>
          <w:color w:val="525252"/>
          <w:sz w:val="17"/>
        </w:rPr>
        <w:t>Tool im_index_change; parameters {"after_id": "Habitat scene 2025-09-15 (f6387687)", "polygons": true, "before_id": "Habitat scene 2020-09-15 (de16b11c)"}</w:t>
      </w:r>
    </w:p>
    <w:p>
      <w:pPr>
        <w:pStyle w:val="Heading1"/>
      </w:pPr>
      <w:r>
        <w:t>Compute change raster</w:t>
      </w:r>
    </w:p>
    <w:p>
      <w:r>
        <w:rPr>
          <w:b/>
        </w:rPr>
        <w:t xml:space="preserve">What this analysis is. </w:t>
      </w:r>
      <w:r>
        <w:rPr>
          <w:i w:val="0"/>
        </w:rPr>
        <w:t>Compute change raster: Pixel value or spectral change between two co-registered images: difference, relative difference, absolute difference, log ratio (radar, dB), Euclidean spectral distance, spectral angle (radians) or the band with most change [25].</w:t>
      </w:r>
    </w:p>
    <w:p>
      <w:r>
        <w:rPr>
          <w:b/>
        </w:rPr>
        <w:t xml:space="preserve">Why it was run on this data. </w:t>
      </w:r>
      <w:r>
        <w:rPr>
          <w:i w:val="0"/>
        </w:rPr>
        <w:t>A change raster between Habitat scene 2020-09-15 (2020-09-15) and Habitat scene 2025-09-15 (2025-09-15): where and how much the pixels changed [26].</w:t>
      </w:r>
    </w:p>
    <w:p>
      <w:r>
        <w:rPr>
          <w:b/>
        </w:rPr>
        <w:t xml:space="preserve">What it found. </w:t>
      </w:r>
      <w:r>
        <w:rPr>
          <w:i w:val="0"/>
        </w:rPr>
        <w:t>Compute change raster: Compute change raster: created Difference Habitat scene 2020-09-15 to Habitat scene 2025-09-15 (300 x 250 cells, 40.00 m) [54]. mean 0.01608; std 0.03381; min -0.04; max 0.15; masked pixels 0 [54]. It reported stats, max 0.15; stats, min -0.04; stats, std 0.03381; stats, mean 0.01608; stats, masked pixels 0; elapsed ms 124 [54].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max</w:t>
            </w:r>
          </w:p>
        </w:tc>
        <w:tc>
          <w:tcPr>
            <w:tcW w:type="dxa" w:w="4320"/>
          </w:tcPr>
          <w:p>
            <w:r>
              <w:t>0.15</w:t>
            </w:r>
          </w:p>
        </w:tc>
      </w:tr>
      <w:tr>
        <w:tc>
          <w:tcPr>
            <w:tcW w:type="dxa" w:w="4320"/>
          </w:tcPr>
          <w:p>
            <w:r>
              <w:t>stats, min</w:t>
            </w:r>
          </w:p>
        </w:tc>
        <w:tc>
          <w:tcPr>
            <w:tcW w:type="dxa" w:w="4320"/>
          </w:tcPr>
          <w:p>
            <w:r>
              <w:t>-0.04</w:t>
            </w:r>
          </w:p>
        </w:tc>
      </w:tr>
      <w:tr>
        <w:tc>
          <w:tcPr>
            <w:tcW w:type="dxa" w:w="4320"/>
          </w:tcPr>
          <w:p>
            <w:r>
              <w:t>stats, std</w:t>
            </w:r>
          </w:p>
        </w:tc>
        <w:tc>
          <w:tcPr>
            <w:tcW w:type="dxa" w:w="4320"/>
          </w:tcPr>
          <w:p>
            <w:r>
              <w:t>0.03381</w:t>
            </w:r>
          </w:p>
        </w:tc>
      </w:tr>
      <w:tr>
        <w:tc>
          <w:tcPr>
            <w:tcW w:type="dxa" w:w="4320"/>
          </w:tcPr>
          <w:p>
            <w:r>
              <w:t>stats, mean</w:t>
            </w:r>
          </w:p>
        </w:tc>
        <w:tc>
          <w:tcPr>
            <w:tcW w:type="dxa" w:w="4320"/>
          </w:tcPr>
          <w:p>
            <w:r>
              <w:t>0.01608</w:t>
            </w:r>
          </w:p>
        </w:tc>
      </w:tr>
      <w:tr>
        <w:tc>
          <w:tcPr>
            <w:tcW w:type="dxa" w:w="4320"/>
          </w:tcPr>
          <w:p>
            <w:r>
              <w:t>stats, masked pixels</w:t>
            </w:r>
          </w:p>
        </w:tc>
        <w:tc>
          <w:tcPr>
            <w:tcW w:type="dxa" w:w="4320"/>
          </w:tcPr>
          <w:p>
            <w:r>
              <w:t>0</w:t>
            </w:r>
          </w:p>
        </w:tc>
      </w:tr>
      <w:tr>
        <w:tc>
          <w:tcPr>
            <w:tcW w:type="dxa" w:w="4320"/>
          </w:tcPr>
          <w:p>
            <w:r>
              <w:t>elapsed ms</w:t>
            </w:r>
          </w:p>
        </w:tc>
        <w:tc>
          <w:tcPr>
            <w:tcW w:type="dxa" w:w="4320"/>
          </w:tcPr>
          <w:p>
            <w:r>
              <w:t>124</w:t>
            </w:r>
          </w:p>
        </w:tc>
      </w:tr>
    </w:tbl>
    <w:p/>
    <w:p>
      <w:r>
        <w:rPr>
          <w:b/>
        </w:rPr>
        <w:t>Findings</w:t>
      </w:r>
    </w:p>
    <w:p>
      <w:pPr>
        <w:pStyle w:val="ListBullet"/>
      </w:pPr>
      <w:r>
        <w:rPr>
          <w:b/>
        </w:rPr>
        <w:t xml:space="preserve">Evidenced: </w:t>
      </w:r>
      <w:r>
        <w:t>Compute change raster: Compute change raster: created Difference Habitat scene 2020-09-15 to Habitat scene 2025-09-15 (300 x 250 cells, 40.00 m) [54].</w:t>
      </w:r>
    </w:p>
    <w:p>
      <w:pPr>
        <w:pStyle w:val="ListBullet"/>
      </w:pPr>
      <w:r>
        <w:rPr>
          <w:b/>
        </w:rPr>
        <w:t xml:space="preserve">Evidenced: </w:t>
      </w:r>
      <w:r>
        <w:t>mean 0.01608; std 0.03381; min -0.04; max 0.15; masked pixels 0 [54].</w:t>
      </w:r>
    </w:p>
    <w:p>
      <w:pPr>
        <w:pStyle w:val="ListBullet"/>
      </w:pPr>
      <w:r>
        <w:rPr>
          <w:b/>
        </w:rPr>
        <w:t xml:space="preserve">Evidenced: </w:t>
      </w:r>
      <w:r>
        <w:t>It reported stats, max 0.15; stats, min -0.04; stats, std 0.03381; stats, mean 0.01608; stats, masked pixels 0; elapsed ms 124 [54].</w:t>
      </w:r>
    </w:p>
    <w:p>
      <w:r>
        <w:rPr>
          <w:i/>
          <w:color w:val="525252"/>
          <w:sz w:val="17"/>
        </w:rPr>
        <w:t>Tool im_compute_change_raster; parameters {"after_id": "Habitat scene 2025-09-15 (f6387687)", "before_id": "Habitat scene 2020-09-15 (de16b11c)"}</w:t>
      </w:r>
    </w:p>
    <w:p>
      <w:pPr>
        <w:pStyle w:val="Heading1"/>
      </w:pPr>
      <w:r>
        <w:t>Maps and charts</w:t>
      </w:r>
    </w:p>
    <w:p>
      <w:r>
        <w:rPr>
          <w:i w:val="0"/>
        </w:rPr>
        <w:t>The run also made 25 map image(s) [55][56][57][58][59][60][61][62][63][64][65][66][67][68][69][70][71][72][73][74][75][76][77][78][79] and 25 chart(s) [80][81][82][83][84][85][86][87][88][89][90][91][92][93][94][95][96][97][98][99][100][101][102][103][104].</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1.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Emerging hot spots: Wildlife sightings [55]</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2.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Repeat and near repeat classification: Wildlife sightings [56]</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5.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Hot spot analysis: Camera traps [57]</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6.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Hot spot analysis: Wildlife sightings [58]</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9.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NDVI change Habitat scene 2020-09-15 to Habitat scene 2025-09-15 [59]</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1.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NDVI decrease / increase [60]</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2.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NDVI change polygons [61]</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4.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Difference Habitat scene 2020-09-15 to Habitat scene 2025-09-15 [62]</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7.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Calculate density: Water points [63]</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9.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Calculate density: Camera traps [64]</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1.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Calculate density: Wildlife sightings [65]</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2.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Summarize within: Protected areas [66]</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4.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Summarize within: Protected areas [67]</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7.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Summarize within: Protected areas [68]</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8.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Find point clusters: Water points [69]</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1.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Find point clusters: cluster hulls [70]</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32.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Find point clusters: Camera traps [71]</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4.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Find point clusters: cluster hulls [72]</w:t>
      </w:r>
    </w:p>
    <w:p>
      <w:pPr>
        <w:jc w:val="center"/>
      </w:pPr>
      <w:r>
        <w:drawing>
          <wp:inline xmlns:a="http://schemas.openxmlformats.org/drawingml/2006/main" xmlns:pic="http://schemas.openxmlformats.org/drawingml/2006/picture">
            <wp:extent cx="5760720" cy="3840480"/>
            <wp:docPr id="20" name="Picture 20"/>
            <wp:cNvGraphicFramePr>
              <a:graphicFrameLocks noChangeAspect="1"/>
            </wp:cNvGraphicFramePr>
            <a:graphic>
              <a:graphicData uri="http://schemas.openxmlformats.org/drawingml/2006/picture">
                <pic:pic>
                  <pic:nvPicPr>
                    <pic:cNvPr id="0" name="036.jpg"/>
                    <pic:cNvPicPr/>
                  </pic:nvPicPr>
                  <pic:blipFill>
                    <a:blip r:embed="rId28"/>
                    <a:stretch>
                      <a:fillRect/>
                    </a:stretch>
                  </pic:blipFill>
                  <pic:spPr>
                    <a:xfrm>
                      <a:off x="0" y="0"/>
                      <a:ext cx="5760720" cy="3840480"/>
                    </a:xfrm>
                    <a:prstGeom prst="rect"/>
                  </pic:spPr>
                </pic:pic>
              </a:graphicData>
            </a:graphic>
          </wp:inline>
        </w:drawing>
      </w:r>
    </w:p>
    <w:p>
      <w:r>
        <w:rPr>
          <w:i/>
          <w:color w:val="525252"/>
          <w:sz w:val="17"/>
        </w:rPr>
        <w:t>Figure 20. Find point clusters: Wildlife sightings [73]</w:t>
      </w:r>
    </w:p>
    <w:p>
      <w:pPr>
        <w:jc w:val="center"/>
      </w:pPr>
      <w:r>
        <w:drawing>
          <wp:inline xmlns:a="http://schemas.openxmlformats.org/drawingml/2006/main" xmlns:pic="http://schemas.openxmlformats.org/drawingml/2006/picture">
            <wp:extent cx="5760720" cy="3840480"/>
            <wp:docPr id="21" name="Picture 21"/>
            <wp:cNvGraphicFramePr>
              <a:graphicFrameLocks noChangeAspect="1"/>
            </wp:cNvGraphicFramePr>
            <a:graphic>
              <a:graphicData uri="http://schemas.openxmlformats.org/drawingml/2006/picture">
                <pic:pic>
                  <pic:nvPicPr>
                    <pic:cNvPr id="0" name="039.jpg"/>
                    <pic:cNvPicPr/>
                  </pic:nvPicPr>
                  <pic:blipFill>
                    <a:blip r:embed="rId29"/>
                    <a:stretch>
                      <a:fillRect/>
                    </a:stretch>
                  </pic:blipFill>
                  <pic:spPr>
                    <a:xfrm>
                      <a:off x="0" y="0"/>
                      <a:ext cx="5760720" cy="3840480"/>
                    </a:xfrm>
                    <a:prstGeom prst="rect"/>
                  </pic:spPr>
                </pic:pic>
              </a:graphicData>
            </a:graphic>
          </wp:inline>
        </w:drawing>
      </w:r>
    </w:p>
    <w:p>
      <w:r>
        <w:rPr>
          <w:i/>
          <w:color w:val="525252"/>
          <w:sz w:val="17"/>
        </w:rPr>
        <w:t>Figure 21. Find point clusters: cluster hulls [74]</w:t>
      </w:r>
    </w:p>
    <w:p>
      <w:pPr>
        <w:jc w:val="center"/>
      </w:pPr>
      <w:r>
        <w:drawing>
          <wp:inline xmlns:a="http://schemas.openxmlformats.org/drawingml/2006/main" xmlns:pic="http://schemas.openxmlformats.org/drawingml/2006/picture">
            <wp:extent cx="5760720" cy="3840480"/>
            <wp:docPr id="22" name="Picture 22"/>
            <wp:cNvGraphicFramePr>
              <a:graphicFrameLocks noChangeAspect="1"/>
            </wp:cNvGraphicFramePr>
            <a:graphic>
              <a:graphicData uri="http://schemas.openxmlformats.org/drawingml/2006/picture">
                <pic:pic>
                  <pic:nvPicPr>
                    <pic:cNvPr id="0" name="040.jpg"/>
                    <pic:cNvPicPr/>
                  </pic:nvPicPr>
                  <pic:blipFill>
                    <a:blip r:embed="rId30"/>
                    <a:stretch>
                      <a:fillRect/>
                    </a:stretch>
                  </pic:blipFill>
                  <pic:spPr>
                    <a:xfrm>
                      <a:off x="0" y="0"/>
                      <a:ext cx="5760720" cy="3840480"/>
                    </a:xfrm>
                    <a:prstGeom prst="rect"/>
                  </pic:spPr>
                </pic:pic>
              </a:graphicData>
            </a:graphic>
          </wp:inline>
        </w:drawing>
      </w:r>
    </w:p>
    <w:p>
      <w:r>
        <w:rPr>
          <w:i/>
          <w:color w:val="525252"/>
          <w:sz w:val="17"/>
        </w:rPr>
        <w:t>Figure 22. Protected areas by area_km2 [75]</w:t>
      </w:r>
    </w:p>
    <w:p>
      <w:pPr>
        <w:jc w:val="center"/>
      </w:pPr>
      <w:r>
        <w:drawing>
          <wp:inline xmlns:a="http://schemas.openxmlformats.org/drawingml/2006/main" xmlns:pic="http://schemas.openxmlformats.org/drawingml/2006/picture">
            <wp:extent cx="5760720" cy="3840480"/>
            <wp:docPr id="23" name="Picture 23"/>
            <wp:cNvGraphicFramePr>
              <a:graphicFrameLocks noChangeAspect="1"/>
            </wp:cNvGraphicFramePr>
            <a:graphic>
              <a:graphicData uri="http://schemas.openxmlformats.org/drawingml/2006/picture">
                <pic:pic>
                  <pic:nvPicPr>
                    <pic:cNvPr id="0" name="042.jpg"/>
                    <pic:cNvPicPr/>
                  </pic:nvPicPr>
                  <pic:blipFill>
                    <a:blip r:embed="rId31"/>
                    <a:stretch>
                      <a:fillRect/>
                    </a:stretch>
                  </pic:blipFill>
                  <pic:spPr>
                    <a:xfrm>
                      <a:off x="0" y="0"/>
                      <a:ext cx="5760720" cy="3840480"/>
                    </a:xfrm>
                    <a:prstGeom prst="rect"/>
                  </pic:spPr>
                </pic:pic>
              </a:graphicData>
            </a:graphic>
          </wp:inline>
        </w:drawing>
      </w:r>
    </w:p>
    <w:p>
      <w:r>
        <w:rPr>
          <w:i/>
          <w:color w:val="525252"/>
          <w:sz w:val="17"/>
        </w:rPr>
        <w:t>Figure 23. Change Analysis: NDVI change Habitat scene 2020-09-15 to Habitat scene 2025-09-15 [76]</w:t>
      </w:r>
    </w:p>
    <w:p>
      <w:pPr>
        <w:jc w:val="center"/>
      </w:pPr>
      <w:r>
        <w:drawing>
          <wp:inline xmlns:a="http://schemas.openxmlformats.org/drawingml/2006/main" xmlns:pic="http://schemas.openxmlformats.org/drawingml/2006/picture">
            <wp:extent cx="5760720" cy="3840480"/>
            <wp:docPr id="24" name="Picture 24"/>
            <wp:cNvGraphicFramePr>
              <a:graphicFrameLocks noChangeAspect="1"/>
            </wp:cNvGraphicFramePr>
            <a:graphic>
              <a:graphicData uri="http://schemas.openxmlformats.org/drawingml/2006/picture">
                <pic:pic>
                  <pic:nvPicPr>
                    <pic:cNvPr id="0" name="045.jpg"/>
                    <pic:cNvPicPr/>
                  </pic:nvPicPr>
                  <pic:blipFill>
                    <a:blip r:embed="rId32"/>
                    <a:stretch>
                      <a:fillRect/>
                    </a:stretch>
                  </pic:blipFill>
                  <pic:spPr>
                    <a:xfrm>
                      <a:off x="0" y="0"/>
                      <a:ext cx="5760720" cy="3840480"/>
                    </a:xfrm>
                    <a:prstGeom prst="rect"/>
                  </pic:spPr>
                </pic:pic>
              </a:graphicData>
            </a:graphic>
          </wp:inline>
        </w:drawing>
      </w:r>
    </w:p>
    <w:p>
      <w:r>
        <w:rPr>
          <w:i/>
          <w:color w:val="525252"/>
          <w:sz w:val="17"/>
        </w:rPr>
        <w:t>Figure 24. Change Analysis: NDVI decrease / increase [77]</w:t>
      </w:r>
    </w:p>
    <w:p>
      <w:pPr>
        <w:jc w:val="center"/>
      </w:pPr>
      <w:r>
        <w:drawing>
          <wp:inline xmlns:a="http://schemas.openxmlformats.org/drawingml/2006/main" xmlns:pic="http://schemas.openxmlformats.org/drawingml/2006/picture">
            <wp:extent cx="5760720" cy="3840480"/>
            <wp:docPr id="25" name="Picture 25"/>
            <wp:cNvGraphicFramePr>
              <a:graphicFrameLocks noChangeAspect="1"/>
            </wp:cNvGraphicFramePr>
            <a:graphic>
              <a:graphicData uri="http://schemas.openxmlformats.org/drawingml/2006/picture">
                <pic:pic>
                  <pic:nvPicPr>
                    <pic:cNvPr id="0" name="046.jpg"/>
                    <pic:cNvPicPr/>
                  </pic:nvPicPr>
                  <pic:blipFill>
                    <a:blip r:embed="rId33"/>
                    <a:stretch>
                      <a:fillRect/>
                    </a:stretch>
                  </pic:blipFill>
                  <pic:spPr>
                    <a:xfrm>
                      <a:off x="0" y="0"/>
                      <a:ext cx="5760720" cy="3840480"/>
                    </a:xfrm>
                    <a:prstGeom prst="rect"/>
                  </pic:spPr>
                </pic:pic>
              </a:graphicData>
            </a:graphic>
          </wp:inline>
        </w:drawing>
      </w:r>
    </w:p>
    <w:p>
      <w:r>
        <w:rPr>
          <w:i/>
          <w:color w:val="525252"/>
          <w:sz w:val="17"/>
        </w:rPr>
        <w:t>Figure 25. Change Analysis: NDVI change polygons [78]</w:t>
      </w:r>
    </w:p>
    <w:p>
      <w:pPr>
        <w:jc w:val="center"/>
      </w:pPr>
      <w:r>
        <w:drawing>
          <wp:inline xmlns:a="http://schemas.openxmlformats.org/drawingml/2006/main" xmlns:pic="http://schemas.openxmlformats.org/drawingml/2006/picture">
            <wp:extent cx="5760720" cy="3840480"/>
            <wp:docPr id="26" name="Picture 26"/>
            <wp:cNvGraphicFramePr>
              <a:graphicFrameLocks noChangeAspect="1"/>
            </wp:cNvGraphicFramePr>
            <a:graphic>
              <a:graphicData uri="http://schemas.openxmlformats.org/drawingml/2006/picture">
                <pic:pic>
                  <pic:nvPicPr>
                    <pic:cNvPr id="0" name="048.jpg"/>
                    <pic:cNvPicPr/>
                  </pic:nvPicPr>
                  <pic:blipFill>
                    <a:blip r:embed="rId34"/>
                    <a:stretch>
                      <a:fillRect/>
                    </a:stretch>
                  </pic:blipFill>
                  <pic:spPr>
                    <a:xfrm>
                      <a:off x="0" y="0"/>
                      <a:ext cx="5760720" cy="3840480"/>
                    </a:xfrm>
                    <a:prstGeom prst="rect"/>
                  </pic:spPr>
                </pic:pic>
              </a:graphicData>
            </a:graphic>
          </wp:inline>
        </w:drawing>
      </w:r>
    </w:p>
    <w:p>
      <w:r>
        <w:rPr>
          <w:i/>
          <w:color w:val="525252"/>
          <w:sz w:val="17"/>
        </w:rPr>
        <w:t>Figure 26. Change Analysis: Difference Habitat scene 2020-09-15 to Habitat scene 2025-09-15 [79]</w:t>
      </w:r>
    </w:p>
    <w:p>
      <w:r>
        <w:rPr>
          <w:b/>
        </w:rPr>
        <w:t xml:space="preserve">What the map shows. </w:t>
      </w:r>
      <w:r>
        <w:rPr>
          <w:i/>
        </w:rPr>
        <w:t>The map illustrates the presence of potential wildlife hot spots based on the [55]</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700272"/>
            <wp:docPr id="27" name="Picture 27"/>
            <wp:cNvGraphicFramePr>
              <a:graphicFrameLocks noChangeAspect="1"/>
            </wp:cNvGraphicFramePr>
            <a:graphic>
              <a:graphicData uri="http://schemas.openxmlformats.org/drawingml/2006/picture">
                <pic:pic>
                  <pic:nvPicPr>
                    <pic:cNvPr id="0" name="050.jpg"/>
                    <pic:cNvPicPr/>
                  </pic:nvPicPr>
                  <pic:blipFill>
                    <a:blip r:embed="rId35"/>
                    <a:stretch>
                      <a:fillRect/>
                    </a:stretch>
                  </pic:blipFill>
                  <pic:spPr>
                    <a:xfrm>
                      <a:off x="0" y="0"/>
                      <a:ext cx="5486400" cy="3700272"/>
                    </a:xfrm>
                    <a:prstGeom prst="rect"/>
                  </pic:spPr>
                </pic:pic>
              </a:graphicData>
            </a:graphic>
          </wp:inline>
        </w:drawing>
      </w:r>
    </w:p>
    <w:p>
      <w:r>
        <w:rPr>
          <w:i/>
          <w:color w:val="525252"/>
          <w:sz w:val="17"/>
        </w:rPr>
        <w:t>Figure 27. Camera traps over time (installed_year) [80]. Source: Camera traps (40 features). The data is in the appendix.</w:t>
      </w:r>
    </w:p>
    <w:p>
      <w:pPr>
        <w:jc w:val="center"/>
      </w:pPr>
      <w:r>
        <w:drawing>
          <wp:inline xmlns:a="http://schemas.openxmlformats.org/drawingml/2006/main" xmlns:pic="http://schemas.openxmlformats.org/drawingml/2006/picture">
            <wp:extent cx="5486400" cy="4035552"/>
            <wp:docPr id="28" name="Picture 28"/>
            <wp:cNvGraphicFramePr>
              <a:graphicFrameLocks noChangeAspect="1"/>
            </wp:cNvGraphicFramePr>
            <a:graphic>
              <a:graphicData uri="http://schemas.openxmlformats.org/drawingml/2006/picture">
                <pic:pic>
                  <pic:nvPicPr>
                    <pic:cNvPr id="0" name="051.jpg"/>
                    <pic:cNvPicPr/>
                  </pic:nvPicPr>
                  <pic:blipFill>
                    <a:blip r:embed="rId36"/>
                    <a:stretch>
                      <a:fillRect/>
                    </a:stretch>
                  </pic:blipFill>
                  <pic:spPr>
                    <a:xfrm>
                      <a:off x="0" y="0"/>
                      <a:ext cx="5486400" cy="4035552"/>
                    </a:xfrm>
                    <a:prstGeom prst="rect"/>
                  </pic:spPr>
                </pic:pic>
              </a:graphicData>
            </a:graphic>
          </wp:inline>
        </w:drawing>
      </w:r>
    </w:p>
    <w:p>
      <w:r>
        <w:rPr>
          <w:i/>
          <w:color w:val="525252"/>
          <w:sz w:val="17"/>
        </w:rPr>
        <w:t>Figure 28. Patrol tracks over time (date) [81]. Per month, 2024-01-01 to 2025-12-01. Source: Patrol tracks (150 features). The data is in the appendix.</w:t>
      </w:r>
    </w:p>
    <w:p>
      <w:pPr>
        <w:jc w:val="center"/>
      </w:pPr>
      <w:r>
        <w:drawing>
          <wp:inline xmlns:a="http://schemas.openxmlformats.org/drawingml/2006/main" xmlns:pic="http://schemas.openxmlformats.org/drawingml/2006/picture">
            <wp:extent cx="5486400" cy="4041648"/>
            <wp:docPr id="29" name="Picture 29"/>
            <wp:cNvGraphicFramePr>
              <a:graphicFrameLocks noChangeAspect="1"/>
            </wp:cNvGraphicFramePr>
            <a:graphic>
              <a:graphicData uri="http://schemas.openxmlformats.org/drawingml/2006/picture">
                <pic:pic>
                  <pic:nvPicPr>
                    <pic:cNvPr id="0" name="052.jpg"/>
                    <pic:cNvPicPr/>
                  </pic:nvPicPr>
                  <pic:blipFill>
                    <a:blip r:embed="rId37"/>
                    <a:stretch>
                      <a:fillRect/>
                    </a:stretch>
                  </pic:blipFill>
                  <pic:spPr>
                    <a:xfrm>
                      <a:off x="0" y="0"/>
                      <a:ext cx="5486400" cy="4041648"/>
                    </a:xfrm>
                    <a:prstGeom prst="rect"/>
                  </pic:spPr>
                </pic:pic>
              </a:graphicData>
            </a:graphic>
          </wp:inline>
        </w:drawing>
      </w:r>
    </w:p>
    <w:p>
      <w:r>
        <w:rPr>
          <w:i/>
          <w:color w:val="525252"/>
          <w:sz w:val="17"/>
        </w:rPr>
        <w:t>Figure 29. Patrol effort by month over time (month) [82]. Per month, 2024-01-01 to 2025-12-01. Source: Patrol effort by month (120 features). The data is in the appendix.</w:t>
      </w:r>
    </w:p>
    <w:p>
      <w:pPr>
        <w:jc w:val="center"/>
      </w:pPr>
      <w:r>
        <w:drawing>
          <wp:inline xmlns:a="http://schemas.openxmlformats.org/drawingml/2006/main" xmlns:pic="http://schemas.openxmlformats.org/drawingml/2006/picture">
            <wp:extent cx="5486400" cy="3864864"/>
            <wp:docPr id="30" name="Picture 30"/>
            <wp:cNvGraphicFramePr>
              <a:graphicFrameLocks noChangeAspect="1"/>
            </wp:cNvGraphicFramePr>
            <a:graphic>
              <a:graphicData uri="http://schemas.openxmlformats.org/drawingml/2006/picture">
                <pic:pic>
                  <pic:nvPicPr>
                    <pic:cNvPr id="0" name="053.jpg"/>
                    <pic:cNvPicPr/>
                  </pic:nvPicPr>
                  <pic:blipFill>
                    <a:blip r:embed="rId38"/>
                    <a:stretch>
                      <a:fillRect/>
                    </a:stretch>
                  </pic:blipFill>
                  <pic:spPr>
                    <a:xfrm>
                      <a:off x="0" y="0"/>
                      <a:ext cx="5486400" cy="3864864"/>
                    </a:xfrm>
                    <a:prstGeom prst="rect"/>
                  </pic:spPr>
                </pic:pic>
              </a:graphicData>
            </a:graphic>
          </wp:inline>
        </w:drawing>
      </w:r>
    </w:p>
    <w:p>
      <w:r>
        <w:rPr>
          <w:i/>
          <w:color w:val="525252"/>
          <w:sz w:val="17"/>
        </w:rPr>
        <w:t>Figure 30. Transect counts by year over time (year) [83]. Per quarter, 2018-01-01 to 2025-01-01. Source: Transect counts by year (256 features). The data is in the appendix.</w:t>
      </w:r>
    </w:p>
    <w:p>
      <w:pPr>
        <w:jc w:val="center"/>
      </w:pPr>
      <w:r>
        <w:drawing>
          <wp:inline xmlns:a="http://schemas.openxmlformats.org/drawingml/2006/main" xmlns:pic="http://schemas.openxmlformats.org/drawingml/2006/picture">
            <wp:extent cx="5486400" cy="3657600"/>
            <wp:docPr id="31" name="Picture 31"/>
            <wp:cNvGraphicFramePr>
              <a:graphicFrameLocks noChangeAspect="1"/>
            </wp:cNvGraphicFramePr>
            <a:graphic>
              <a:graphicData uri="http://schemas.openxmlformats.org/drawingml/2006/picture">
                <pic:pic>
                  <pic:nvPicPr>
                    <pic:cNvPr id="0" name="054.jpg"/>
                    <pic:cNvPicPr/>
                  </pic:nvPicPr>
                  <pic:blipFill>
                    <a:blip r:embed="rId39"/>
                    <a:stretch>
                      <a:fillRect/>
                    </a:stretch>
                  </pic:blipFill>
                  <pic:spPr>
                    <a:xfrm>
                      <a:off x="0" y="0"/>
                      <a:ext cx="5486400" cy="3657600"/>
                    </a:xfrm>
                    <a:prstGeom prst="rect"/>
                  </pic:spPr>
                </pic:pic>
              </a:graphicData>
            </a:graphic>
          </wp:inline>
        </w:drawing>
      </w:r>
    </w:p>
    <w:p>
      <w:r>
        <w:rPr>
          <w:i/>
          <w:color w:val="525252"/>
          <w:sz w:val="17"/>
        </w:rPr>
        <w:t>Figure 31. Emerging hot spots: Wildlife sightings [84]. Source: Emerging hot spots: Wildlife sightings (187 features). The data is in the appendix.</w:t>
      </w:r>
    </w:p>
    <w:p>
      <w:pPr>
        <w:jc w:val="center"/>
      </w:pPr>
      <w:r>
        <w:drawing>
          <wp:inline xmlns:a="http://schemas.openxmlformats.org/drawingml/2006/main" xmlns:pic="http://schemas.openxmlformats.org/drawingml/2006/picture">
            <wp:extent cx="5486400" cy="3980688"/>
            <wp:docPr id="32" name="Picture 32"/>
            <wp:cNvGraphicFramePr>
              <a:graphicFrameLocks noChangeAspect="1"/>
            </wp:cNvGraphicFramePr>
            <a:graphic>
              <a:graphicData uri="http://schemas.openxmlformats.org/drawingml/2006/picture">
                <pic:pic>
                  <pic:nvPicPr>
                    <pic:cNvPr id="0" name="055.jpg"/>
                    <pic:cNvPicPr/>
                  </pic:nvPicPr>
                  <pic:blipFill>
                    <a:blip r:embed="rId40"/>
                    <a:stretch>
                      <a:fillRect/>
                    </a:stretch>
                  </pic:blipFill>
                  <pic:spPr>
                    <a:xfrm>
                      <a:off x="0" y="0"/>
                      <a:ext cx="5486400" cy="3980688"/>
                    </a:xfrm>
                    <a:prstGeom prst="rect"/>
                  </pic:spPr>
                </pic:pic>
              </a:graphicData>
            </a:graphic>
          </wp:inline>
        </w:drawing>
      </w:r>
    </w:p>
    <w:p>
      <w:r>
        <w:rPr>
          <w:i/>
          <w:color w:val="525252"/>
          <w:sz w:val="17"/>
        </w:rPr>
        <w:t>Figure 32. Repeat and near repeat classification: Wildlife sightings [85]. Per quarter, 2020-01-01 to 2025-10-01. Source: Repeat and near repeat classification: Wildlife sightings (2,000 features). The data is in the appendix.</w:t>
      </w:r>
    </w:p>
    <w:p>
      <w:pPr>
        <w:jc w:val="center"/>
      </w:pPr>
      <w:r>
        <w:drawing>
          <wp:inline xmlns:a="http://schemas.openxmlformats.org/drawingml/2006/main" xmlns:pic="http://schemas.openxmlformats.org/drawingml/2006/picture">
            <wp:extent cx="5486400" cy="3852672"/>
            <wp:docPr id="33" name="Picture 33"/>
            <wp:cNvGraphicFramePr>
              <a:graphicFrameLocks noChangeAspect="1"/>
            </wp:cNvGraphicFramePr>
            <a:graphic>
              <a:graphicData uri="http://schemas.openxmlformats.org/drawingml/2006/picture">
                <pic:pic>
                  <pic:nvPicPr>
                    <pic:cNvPr id="0" name="056.jpg"/>
                    <pic:cNvPicPr/>
                  </pic:nvPicPr>
                  <pic:blipFill>
                    <a:blip r:embed="rId41"/>
                    <a:stretch>
                      <a:fillRect/>
                    </a:stretch>
                  </pic:blipFill>
                  <pic:spPr>
                    <a:xfrm>
                      <a:off x="0" y="0"/>
                      <a:ext cx="5486400" cy="3852672"/>
                    </a:xfrm>
                    <a:prstGeom prst="rect"/>
                  </pic:spPr>
                </pic:pic>
              </a:graphicData>
            </a:graphic>
          </wp:inline>
        </w:drawing>
      </w:r>
    </w:p>
    <w:p>
      <w:r>
        <w:rPr>
          <w:i/>
          <w:color w:val="525252"/>
          <w:sz w:val="17"/>
        </w:rPr>
        <w:t>Figure 33. Hot spot analysis: Camera traps [86]. Source: Hot spot analysis: Camera traps (11 features). The data is in the appendix.</w:t>
      </w:r>
    </w:p>
    <w:p>
      <w:pPr>
        <w:jc w:val="center"/>
      </w:pPr>
      <w:r>
        <w:drawing>
          <wp:inline xmlns:a="http://schemas.openxmlformats.org/drawingml/2006/main" xmlns:pic="http://schemas.openxmlformats.org/drawingml/2006/picture">
            <wp:extent cx="5486400" cy="2755392"/>
            <wp:docPr id="34" name="Picture 34"/>
            <wp:cNvGraphicFramePr>
              <a:graphicFrameLocks noChangeAspect="1"/>
            </wp:cNvGraphicFramePr>
            <a:graphic>
              <a:graphicData uri="http://schemas.openxmlformats.org/drawingml/2006/picture">
                <pic:pic>
                  <pic:nvPicPr>
                    <pic:cNvPr id="0" name="057.jpg"/>
                    <pic:cNvPicPr/>
                  </pic:nvPicPr>
                  <pic:blipFill>
                    <a:blip r:embed="rId42"/>
                    <a:stretch>
                      <a:fillRect/>
                    </a:stretch>
                  </pic:blipFill>
                  <pic:spPr>
                    <a:xfrm>
                      <a:off x="0" y="0"/>
                      <a:ext cx="5486400" cy="2755392"/>
                    </a:xfrm>
                    <a:prstGeom prst="rect"/>
                  </pic:spPr>
                </pic:pic>
              </a:graphicData>
            </a:graphic>
          </wp:inline>
        </w:drawing>
      </w:r>
    </w:p>
    <w:p>
      <w:r>
        <w:rPr>
          <w:i/>
          <w:color w:val="525252"/>
          <w:sz w:val="17"/>
        </w:rPr>
        <w:t>Figure 34. Hot spot analysis: Wildlife sightings [87]. Period: 2020-01-03 to 2025-12-30 (observed_at). Source: Hot spot analysis: Wildlife sightings (2,000 features). The data is in the appendix.</w:t>
      </w:r>
    </w:p>
    <w:p>
      <w:pPr>
        <w:jc w:val="center"/>
      </w:pPr>
      <w:r>
        <w:drawing>
          <wp:inline xmlns:a="http://schemas.openxmlformats.org/drawingml/2006/main" xmlns:pic="http://schemas.openxmlformats.org/drawingml/2006/picture">
            <wp:extent cx="5486400" cy="3578352"/>
            <wp:docPr id="35" name="Picture 35"/>
            <wp:cNvGraphicFramePr>
              <a:graphicFrameLocks noChangeAspect="1"/>
            </wp:cNvGraphicFramePr>
            <a:graphic>
              <a:graphicData uri="http://schemas.openxmlformats.org/drawingml/2006/picture">
                <pic:pic>
                  <pic:nvPicPr>
                    <pic:cNvPr id="0" name="058.jpg"/>
                    <pic:cNvPicPr/>
                  </pic:nvPicPr>
                  <pic:blipFill>
                    <a:blip r:embed="rId43"/>
                    <a:stretch>
                      <a:fillRect/>
                    </a:stretch>
                  </pic:blipFill>
                  <pic:spPr>
                    <a:xfrm>
                      <a:off x="0" y="0"/>
                      <a:ext cx="5486400" cy="3578352"/>
                    </a:xfrm>
                    <a:prstGeom prst="rect"/>
                  </pic:spPr>
                </pic:pic>
              </a:graphicData>
            </a:graphic>
          </wp:inline>
        </w:drawing>
      </w:r>
    </w:p>
    <w:p>
      <w:r>
        <w:rPr>
          <w:i/>
          <w:color w:val="525252"/>
          <w:sz w:val="17"/>
        </w:rPr>
        <w:t>Figure 35. NDVI change polygons [88]. Source: NDVI change polygons (984 features). The data is in the appendix.</w:t>
      </w:r>
    </w:p>
    <w:p>
      <w:pPr>
        <w:jc w:val="center"/>
      </w:pPr>
      <w:r>
        <w:drawing>
          <wp:inline xmlns:a="http://schemas.openxmlformats.org/drawingml/2006/main" xmlns:pic="http://schemas.openxmlformats.org/drawingml/2006/picture">
            <wp:extent cx="5486400" cy="3602736"/>
            <wp:docPr id="36" name="Picture 36"/>
            <wp:cNvGraphicFramePr>
              <a:graphicFrameLocks noChangeAspect="1"/>
            </wp:cNvGraphicFramePr>
            <a:graphic>
              <a:graphicData uri="http://schemas.openxmlformats.org/drawingml/2006/picture">
                <pic:pic>
                  <pic:nvPicPr>
                    <pic:cNvPr id="0" name="059.jpg"/>
                    <pic:cNvPicPr/>
                  </pic:nvPicPr>
                  <pic:blipFill>
                    <a:blip r:embed="rId44"/>
                    <a:stretch>
                      <a:fillRect/>
                    </a:stretch>
                  </pic:blipFill>
                  <pic:spPr>
                    <a:xfrm>
                      <a:off x="0" y="0"/>
                      <a:ext cx="5486400" cy="3602736"/>
                    </a:xfrm>
                    <a:prstGeom prst="rect"/>
                  </pic:spPr>
                </pic:pic>
              </a:graphicData>
            </a:graphic>
          </wp:inline>
        </w:drawing>
      </w:r>
    </w:p>
    <w:p>
      <w:r>
        <w:rPr>
          <w:i/>
          <w:color w:val="525252"/>
          <w:sz w:val="17"/>
        </w:rPr>
        <w:t>Figure 36. Calculate density: Water points [89]. Source: Calculate density: Water points (67 features). The data is in the appendix.</w:t>
      </w:r>
    </w:p>
    <w:p>
      <w:pPr>
        <w:jc w:val="center"/>
      </w:pPr>
      <w:r>
        <w:drawing>
          <wp:inline xmlns:a="http://schemas.openxmlformats.org/drawingml/2006/main" xmlns:pic="http://schemas.openxmlformats.org/drawingml/2006/picture">
            <wp:extent cx="5486400" cy="3590544"/>
            <wp:docPr id="37" name="Picture 37"/>
            <wp:cNvGraphicFramePr>
              <a:graphicFrameLocks noChangeAspect="1"/>
            </wp:cNvGraphicFramePr>
            <a:graphic>
              <a:graphicData uri="http://schemas.openxmlformats.org/drawingml/2006/picture">
                <pic:pic>
                  <pic:nvPicPr>
                    <pic:cNvPr id="0" name="060.jpg"/>
                    <pic:cNvPicPr/>
                  </pic:nvPicPr>
                  <pic:blipFill>
                    <a:blip r:embed="rId45"/>
                    <a:stretch>
                      <a:fillRect/>
                    </a:stretch>
                  </pic:blipFill>
                  <pic:spPr>
                    <a:xfrm>
                      <a:off x="0" y="0"/>
                      <a:ext cx="5486400" cy="3590544"/>
                    </a:xfrm>
                    <a:prstGeom prst="rect"/>
                  </pic:spPr>
                </pic:pic>
              </a:graphicData>
            </a:graphic>
          </wp:inline>
        </w:drawing>
      </w:r>
    </w:p>
    <w:p>
      <w:r>
        <w:rPr>
          <w:i/>
          <w:color w:val="525252"/>
          <w:sz w:val="17"/>
        </w:rPr>
        <w:t>Figure 37. Calculate density: Camera traps [90]. Source: Calculate density: Camera traps (95 features). The data is in the appendix.</w:t>
      </w:r>
    </w:p>
    <w:p>
      <w:pPr>
        <w:jc w:val="center"/>
      </w:pPr>
      <w:r>
        <w:drawing>
          <wp:inline xmlns:a="http://schemas.openxmlformats.org/drawingml/2006/main" xmlns:pic="http://schemas.openxmlformats.org/drawingml/2006/picture">
            <wp:extent cx="5486400" cy="3590544"/>
            <wp:docPr id="38" name="Picture 38"/>
            <wp:cNvGraphicFramePr>
              <a:graphicFrameLocks noChangeAspect="1"/>
            </wp:cNvGraphicFramePr>
            <a:graphic>
              <a:graphicData uri="http://schemas.openxmlformats.org/drawingml/2006/picture">
                <pic:pic>
                  <pic:nvPicPr>
                    <pic:cNvPr id="0" name="061.jpg"/>
                    <pic:cNvPicPr/>
                  </pic:nvPicPr>
                  <pic:blipFill>
                    <a:blip r:embed="rId46"/>
                    <a:stretch>
                      <a:fillRect/>
                    </a:stretch>
                  </pic:blipFill>
                  <pic:spPr>
                    <a:xfrm>
                      <a:off x="0" y="0"/>
                      <a:ext cx="5486400" cy="3590544"/>
                    </a:xfrm>
                    <a:prstGeom prst="rect"/>
                  </pic:spPr>
                </pic:pic>
              </a:graphicData>
            </a:graphic>
          </wp:inline>
        </w:drawing>
      </w:r>
    </w:p>
    <w:p>
      <w:r>
        <w:rPr>
          <w:i/>
          <w:color w:val="525252"/>
          <w:sz w:val="17"/>
        </w:rPr>
        <w:t>Figure 38. Calculate density: Wildlife sightings [91]. Source: Calculate density: Wildlife sightings (3,384 features). The data is in the appendix.</w:t>
      </w:r>
    </w:p>
    <w:p>
      <w:pPr>
        <w:jc w:val="center"/>
      </w:pPr>
      <w:r>
        <w:drawing>
          <wp:inline xmlns:a="http://schemas.openxmlformats.org/drawingml/2006/main" xmlns:pic="http://schemas.openxmlformats.org/drawingml/2006/picture">
            <wp:extent cx="5486400" cy="3688080"/>
            <wp:docPr id="39" name="Picture 39"/>
            <wp:cNvGraphicFramePr>
              <a:graphicFrameLocks noChangeAspect="1"/>
            </wp:cNvGraphicFramePr>
            <a:graphic>
              <a:graphicData uri="http://schemas.openxmlformats.org/drawingml/2006/picture">
                <pic:pic>
                  <pic:nvPicPr>
                    <pic:cNvPr id="0" name="062.jpg"/>
                    <pic:cNvPicPr/>
                  </pic:nvPicPr>
                  <pic:blipFill>
                    <a:blip r:embed="rId47"/>
                    <a:stretch>
                      <a:fillRect/>
                    </a:stretch>
                  </pic:blipFill>
                  <pic:spPr>
                    <a:xfrm>
                      <a:off x="0" y="0"/>
                      <a:ext cx="5486400" cy="3688080"/>
                    </a:xfrm>
                    <a:prstGeom prst="rect"/>
                  </pic:spPr>
                </pic:pic>
              </a:graphicData>
            </a:graphic>
          </wp:inline>
        </w:drawing>
      </w:r>
    </w:p>
    <w:p>
      <w:r>
        <w:rPr>
          <w:i/>
          <w:color w:val="525252"/>
          <w:sz w:val="17"/>
        </w:rPr>
        <w:t>Figure 39. Summarize within: Protected areas [92]. Source: Summarize within: Protected areas (5 features). The data is in the appendix.</w:t>
      </w:r>
    </w:p>
    <w:p>
      <w:pPr>
        <w:jc w:val="center"/>
      </w:pPr>
      <w:r>
        <w:drawing>
          <wp:inline xmlns:a="http://schemas.openxmlformats.org/drawingml/2006/main" xmlns:pic="http://schemas.openxmlformats.org/drawingml/2006/picture">
            <wp:extent cx="5486400" cy="3688080"/>
            <wp:docPr id="40" name="Picture 40"/>
            <wp:cNvGraphicFramePr>
              <a:graphicFrameLocks noChangeAspect="1"/>
            </wp:cNvGraphicFramePr>
            <a:graphic>
              <a:graphicData uri="http://schemas.openxmlformats.org/drawingml/2006/picture">
                <pic:pic>
                  <pic:nvPicPr>
                    <pic:cNvPr id="0" name="063.jpg"/>
                    <pic:cNvPicPr/>
                  </pic:nvPicPr>
                  <pic:blipFill>
                    <a:blip r:embed="rId48"/>
                    <a:stretch>
                      <a:fillRect/>
                    </a:stretch>
                  </pic:blipFill>
                  <pic:spPr>
                    <a:xfrm>
                      <a:off x="0" y="0"/>
                      <a:ext cx="5486400" cy="3688080"/>
                    </a:xfrm>
                    <a:prstGeom prst="rect"/>
                  </pic:spPr>
                </pic:pic>
              </a:graphicData>
            </a:graphic>
          </wp:inline>
        </w:drawing>
      </w:r>
    </w:p>
    <w:p>
      <w:r>
        <w:rPr>
          <w:i/>
          <w:color w:val="525252"/>
          <w:sz w:val="17"/>
        </w:rPr>
        <w:t>Figure 40. Summarize within: Protected areas [93]. Source: Summarize within: Protected areas (5 features). The data is in the appendix.</w:t>
      </w:r>
    </w:p>
    <w:p>
      <w:pPr>
        <w:jc w:val="center"/>
      </w:pPr>
      <w:r>
        <w:drawing>
          <wp:inline xmlns:a="http://schemas.openxmlformats.org/drawingml/2006/main" xmlns:pic="http://schemas.openxmlformats.org/drawingml/2006/picture">
            <wp:extent cx="5486400" cy="3688080"/>
            <wp:docPr id="41" name="Picture 41"/>
            <wp:cNvGraphicFramePr>
              <a:graphicFrameLocks noChangeAspect="1"/>
            </wp:cNvGraphicFramePr>
            <a:graphic>
              <a:graphicData uri="http://schemas.openxmlformats.org/drawingml/2006/picture">
                <pic:pic>
                  <pic:nvPicPr>
                    <pic:cNvPr id="0" name="064.jpg"/>
                    <pic:cNvPicPr/>
                  </pic:nvPicPr>
                  <pic:blipFill>
                    <a:blip r:embed="rId49"/>
                    <a:stretch>
                      <a:fillRect/>
                    </a:stretch>
                  </pic:blipFill>
                  <pic:spPr>
                    <a:xfrm>
                      <a:off x="0" y="0"/>
                      <a:ext cx="5486400" cy="3688080"/>
                    </a:xfrm>
                    <a:prstGeom prst="rect"/>
                  </pic:spPr>
                </pic:pic>
              </a:graphicData>
            </a:graphic>
          </wp:inline>
        </w:drawing>
      </w:r>
    </w:p>
    <w:p>
      <w:r>
        <w:rPr>
          <w:i/>
          <w:color w:val="525252"/>
          <w:sz w:val="17"/>
        </w:rPr>
        <w:t>Figure 41. Summarize within: Protected areas [94]. Source: Summarize within: Protected areas (5 features). The data is in the appendix.</w:t>
      </w:r>
    </w:p>
    <w:p>
      <w:pPr>
        <w:jc w:val="center"/>
      </w:pPr>
      <w:r>
        <w:drawing>
          <wp:inline xmlns:a="http://schemas.openxmlformats.org/drawingml/2006/main" xmlns:pic="http://schemas.openxmlformats.org/drawingml/2006/picture">
            <wp:extent cx="5486400" cy="1658112"/>
            <wp:docPr id="42" name="Picture 42"/>
            <wp:cNvGraphicFramePr>
              <a:graphicFrameLocks noChangeAspect="1"/>
            </wp:cNvGraphicFramePr>
            <a:graphic>
              <a:graphicData uri="http://schemas.openxmlformats.org/drawingml/2006/picture">
                <pic:pic>
                  <pic:nvPicPr>
                    <pic:cNvPr id="0" name="065.jpg"/>
                    <pic:cNvPicPr/>
                  </pic:nvPicPr>
                  <pic:blipFill>
                    <a:blip r:embed="rId50"/>
                    <a:stretch>
                      <a:fillRect/>
                    </a:stretch>
                  </pic:blipFill>
                  <pic:spPr>
                    <a:xfrm>
                      <a:off x="0" y="0"/>
                      <a:ext cx="5486400" cy="1658112"/>
                    </a:xfrm>
                    <a:prstGeom prst="rect"/>
                  </pic:spPr>
                </pic:pic>
              </a:graphicData>
            </a:graphic>
          </wp:inline>
        </w:drawing>
      </w:r>
    </w:p>
    <w:p>
      <w:r>
        <w:rPr>
          <w:i/>
          <w:color w:val="525252"/>
          <w:sz w:val="17"/>
        </w:rPr>
        <w:t>Figure 42. Find point clusters: Water points [95]. Source: Find point clusters: Water points (25 features). The data is in the appendix.</w:t>
      </w:r>
    </w:p>
    <w:p>
      <w:pPr>
        <w:jc w:val="center"/>
      </w:pPr>
      <w:r>
        <w:drawing>
          <wp:inline xmlns:a="http://schemas.openxmlformats.org/drawingml/2006/main" xmlns:pic="http://schemas.openxmlformats.org/drawingml/2006/picture">
            <wp:extent cx="5486400" cy="1658112"/>
            <wp:docPr id="43" name="Picture 43"/>
            <wp:cNvGraphicFramePr>
              <a:graphicFrameLocks noChangeAspect="1"/>
            </wp:cNvGraphicFramePr>
            <a:graphic>
              <a:graphicData uri="http://schemas.openxmlformats.org/drawingml/2006/picture">
                <pic:pic>
                  <pic:nvPicPr>
                    <pic:cNvPr id="0" name="066.jpg"/>
                    <pic:cNvPicPr/>
                  </pic:nvPicPr>
                  <pic:blipFill>
                    <a:blip r:embed="rId51"/>
                    <a:stretch>
                      <a:fillRect/>
                    </a:stretch>
                  </pic:blipFill>
                  <pic:spPr>
                    <a:xfrm>
                      <a:off x="0" y="0"/>
                      <a:ext cx="5486400" cy="1658112"/>
                    </a:xfrm>
                    <a:prstGeom prst="rect"/>
                  </pic:spPr>
                </pic:pic>
              </a:graphicData>
            </a:graphic>
          </wp:inline>
        </w:drawing>
      </w:r>
    </w:p>
    <w:p>
      <w:r>
        <w:rPr>
          <w:i/>
          <w:color w:val="525252"/>
          <w:sz w:val="17"/>
        </w:rPr>
        <w:t>Figure 43. Find point clusters: cluster hulls [96]. Source: Find point clusters: cluster hulls (1 features). The data is in the appendix.</w:t>
      </w:r>
    </w:p>
    <w:p>
      <w:pPr>
        <w:jc w:val="center"/>
      </w:pPr>
      <w:r>
        <w:drawing>
          <wp:inline xmlns:a="http://schemas.openxmlformats.org/drawingml/2006/main" xmlns:pic="http://schemas.openxmlformats.org/drawingml/2006/picture">
            <wp:extent cx="5486400" cy="2164080"/>
            <wp:docPr id="44" name="Picture 44"/>
            <wp:cNvGraphicFramePr>
              <a:graphicFrameLocks noChangeAspect="1"/>
            </wp:cNvGraphicFramePr>
            <a:graphic>
              <a:graphicData uri="http://schemas.openxmlformats.org/drawingml/2006/picture">
                <pic:pic>
                  <pic:nvPicPr>
                    <pic:cNvPr id="0" name="067.jpg"/>
                    <pic:cNvPicPr/>
                  </pic:nvPicPr>
                  <pic:blipFill>
                    <a:blip r:embed="rId52"/>
                    <a:stretch>
                      <a:fillRect/>
                    </a:stretch>
                  </pic:blipFill>
                  <pic:spPr>
                    <a:xfrm>
                      <a:off x="0" y="0"/>
                      <a:ext cx="5486400" cy="2164080"/>
                    </a:xfrm>
                    <a:prstGeom prst="rect"/>
                  </pic:spPr>
                </pic:pic>
              </a:graphicData>
            </a:graphic>
          </wp:inline>
        </w:drawing>
      </w:r>
    </w:p>
    <w:p>
      <w:r>
        <w:rPr>
          <w:i/>
          <w:color w:val="525252"/>
          <w:sz w:val="17"/>
        </w:rPr>
        <w:t>Figure 44. Find point clusters: Camera traps [97]. Source: Find point clusters: Camera traps (40 features). The data is in the appendix.</w:t>
      </w:r>
    </w:p>
    <w:p>
      <w:pPr>
        <w:jc w:val="center"/>
      </w:pPr>
      <w:r>
        <w:drawing>
          <wp:inline xmlns:a="http://schemas.openxmlformats.org/drawingml/2006/main" xmlns:pic="http://schemas.openxmlformats.org/drawingml/2006/picture">
            <wp:extent cx="5486400" cy="1908048"/>
            <wp:docPr id="45" name="Picture 45"/>
            <wp:cNvGraphicFramePr>
              <a:graphicFrameLocks noChangeAspect="1"/>
            </wp:cNvGraphicFramePr>
            <a:graphic>
              <a:graphicData uri="http://schemas.openxmlformats.org/drawingml/2006/picture">
                <pic:pic>
                  <pic:nvPicPr>
                    <pic:cNvPr id="0" name="068.jpg"/>
                    <pic:cNvPicPr/>
                  </pic:nvPicPr>
                  <pic:blipFill>
                    <a:blip r:embed="rId53"/>
                    <a:stretch>
                      <a:fillRect/>
                    </a:stretch>
                  </pic:blipFill>
                  <pic:spPr>
                    <a:xfrm>
                      <a:off x="0" y="0"/>
                      <a:ext cx="5486400" cy="1908048"/>
                    </a:xfrm>
                    <a:prstGeom prst="rect"/>
                  </pic:spPr>
                </pic:pic>
              </a:graphicData>
            </a:graphic>
          </wp:inline>
        </w:drawing>
      </w:r>
    </w:p>
    <w:p>
      <w:r>
        <w:rPr>
          <w:i/>
          <w:color w:val="525252"/>
          <w:sz w:val="17"/>
        </w:rPr>
        <w:t>Figure 45. Find point clusters: cluster hulls [98]. Source: Find point clusters: cluster hulls (2 features). The data is in the appendix.</w:t>
      </w:r>
    </w:p>
    <w:p>
      <w:pPr>
        <w:jc w:val="center"/>
      </w:pPr>
      <w:r>
        <w:drawing>
          <wp:inline xmlns:a="http://schemas.openxmlformats.org/drawingml/2006/main" xmlns:pic="http://schemas.openxmlformats.org/drawingml/2006/picture">
            <wp:extent cx="5486400" cy="4200144"/>
            <wp:docPr id="46" name="Picture 46"/>
            <wp:cNvGraphicFramePr>
              <a:graphicFrameLocks noChangeAspect="1"/>
            </wp:cNvGraphicFramePr>
            <a:graphic>
              <a:graphicData uri="http://schemas.openxmlformats.org/drawingml/2006/picture">
                <pic:pic>
                  <pic:nvPicPr>
                    <pic:cNvPr id="0" name="069.jpg"/>
                    <pic:cNvPicPr/>
                  </pic:nvPicPr>
                  <pic:blipFill>
                    <a:blip r:embed="rId54"/>
                    <a:stretch>
                      <a:fillRect/>
                    </a:stretch>
                  </pic:blipFill>
                  <pic:spPr>
                    <a:xfrm>
                      <a:off x="0" y="0"/>
                      <a:ext cx="5486400" cy="4200144"/>
                    </a:xfrm>
                    <a:prstGeom prst="rect"/>
                  </pic:spPr>
                </pic:pic>
              </a:graphicData>
            </a:graphic>
          </wp:inline>
        </w:drawing>
      </w:r>
    </w:p>
    <w:p>
      <w:r>
        <w:rPr>
          <w:i/>
          <w:color w:val="525252"/>
          <w:sz w:val="17"/>
        </w:rPr>
        <w:t>Figure 46. Find point clusters: Wildlife sightings [99]. Period: 2020-01-03 to 2025-12-30 (observed_at). Source: Find point clusters: Wildlife sightings (2,000 features). The data is in the appendix.</w:t>
      </w:r>
    </w:p>
    <w:p>
      <w:pPr>
        <w:jc w:val="center"/>
      </w:pPr>
      <w:r>
        <w:drawing>
          <wp:inline xmlns:a="http://schemas.openxmlformats.org/drawingml/2006/main" xmlns:pic="http://schemas.openxmlformats.org/drawingml/2006/picture">
            <wp:extent cx="5486400" cy="3944112"/>
            <wp:docPr id="47" name="Picture 47"/>
            <wp:cNvGraphicFramePr>
              <a:graphicFrameLocks noChangeAspect="1"/>
            </wp:cNvGraphicFramePr>
            <a:graphic>
              <a:graphicData uri="http://schemas.openxmlformats.org/drawingml/2006/picture">
                <pic:pic>
                  <pic:nvPicPr>
                    <pic:cNvPr id="0" name="070.jpg"/>
                    <pic:cNvPicPr/>
                  </pic:nvPicPr>
                  <pic:blipFill>
                    <a:blip r:embed="rId55"/>
                    <a:stretch>
                      <a:fillRect/>
                    </a:stretch>
                  </pic:blipFill>
                  <pic:spPr>
                    <a:xfrm>
                      <a:off x="0" y="0"/>
                      <a:ext cx="5486400" cy="3944112"/>
                    </a:xfrm>
                    <a:prstGeom prst="rect"/>
                  </pic:spPr>
                </pic:pic>
              </a:graphicData>
            </a:graphic>
          </wp:inline>
        </w:drawing>
      </w:r>
    </w:p>
    <w:p>
      <w:r>
        <w:rPr>
          <w:i/>
          <w:color w:val="525252"/>
          <w:sz w:val="17"/>
        </w:rPr>
        <w:t>Figure 47. Find point clusters: cluster hulls [100]. Source: Find point clusters: cluster hulls (10 features). The data is in the appendix.</w:t>
      </w:r>
    </w:p>
    <w:p>
      <w:pPr>
        <w:jc w:val="center"/>
      </w:pPr>
      <w:r>
        <w:drawing>
          <wp:inline xmlns:a="http://schemas.openxmlformats.org/drawingml/2006/main" xmlns:pic="http://schemas.openxmlformats.org/drawingml/2006/picture">
            <wp:extent cx="5486400" cy="3578352"/>
            <wp:docPr id="48" name="Picture 48"/>
            <wp:cNvGraphicFramePr>
              <a:graphicFrameLocks noChangeAspect="1"/>
            </wp:cNvGraphicFramePr>
            <a:graphic>
              <a:graphicData uri="http://schemas.openxmlformats.org/drawingml/2006/picture">
                <pic:pic>
                  <pic:nvPicPr>
                    <pic:cNvPr id="0" name="058.jpg"/>
                    <pic:cNvPicPr/>
                  </pic:nvPicPr>
                  <pic:blipFill>
                    <a:blip r:embed="rId43"/>
                    <a:stretch>
                      <a:fillRect/>
                    </a:stretch>
                  </pic:blipFill>
                  <pic:spPr>
                    <a:xfrm>
                      <a:off x="0" y="0"/>
                      <a:ext cx="5486400" cy="3578352"/>
                    </a:xfrm>
                    <a:prstGeom prst="rect"/>
                  </pic:spPr>
                </pic:pic>
              </a:graphicData>
            </a:graphic>
          </wp:inline>
        </w:drawing>
      </w:r>
    </w:p>
    <w:p>
      <w:r>
        <w:rPr>
          <w:i/>
          <w:color w:val="525252"/>
          <w:sz w:val="17"/>
        </w:rPr>
        <w:t>Figure 48. NDVI change polygons [101]. Source: NDVI change polygons (984 features). The data is in the appendix.</w:t>
      </w:r>
    </w:p>
    <w:p>
      <w:pPr>
        <w:jc w:val="center"/>
      </w:pPr>
      <w:r>
        <w:drawing>
          <wp:inline xmlns:a="http://schemas.openxmlformats.org/drawingml/2006/main" xmlns:pic="http://schemas.openxmlformats.org/drawingml/2006/picture">
            <wp:extent cx="5486400" cy="3980688"/>
            <wp:docPr id="49" name="Picture 49"/>
            <wp:cNvGraphicFramePr>
              <a:graphicFrameLocks noChangeAspect="1"/>
            </wp:cNvGraphicFramePr>
            <a:graphic>
              <a:graphicData uri="http://schemas.openxmlformats.org/drawingml/2006/picture">
                <pic:pic>
                  <pic:nvPicPr>
                    <pic:cNvPr id="0" name="072.jpg"/>
                    <pic:cNvPicPr/>
                  </pic:nvPicPr>
                  <pic:blipFill>
                    <a:blip r:embed="rId56"/>
                    <a:stretch>
                      <a:fillRect/>
                    </a:stretch>
                  </pic:blipFill>
                  <pic:spPr>
                    <a:xfrm>
                      <a:off x="0" y="0"/>
                      <a:ext cx="5486400" cy="3980688"/>
                    </a:xfrm>
                    <a:prstGeom prst="rect"/>
                  </pic:spPr>
                </pic:pic>
              </a:graphicData>
            </a:graphic>
          </wp:inline>
        </w:drawing>
      </w:r>
    </w:p>
    <w:p>
      <w:r>
        <w:rPr>
          <w:i/>
          <w:color w:val="525252"/>
          <w:sz w:val="17"/>
        </w:rPr>
        <w:t>Figure 49. Find point clusters: Wildlife sightings over time [102]. Per quarter, 2020-01-01 to 2025-10-01. Source: Find point clusters: Wildlife sightings (2,000 features). The data is in the appendix.</w:t>
      </w:r>
    </w:p>
    <w:p>
      <w:pPr>
        <w:jc w:val="center"/>
      </w:pPr>
      <w:r>
        <w:drawing>
          <wp:inline xmlns:a="http://schemas.openxmlformats.org/drawingml/2006/main" xmlns:pic="http://schemas.openxmlformats.org/drawingml/2006/picture">
            <wp:extent cx="5486400" cy="3980688"/>
            <wp:docPr id="50" name="Picture 50"/>
            <wp:cNvGraphicFramePr>
              <a:graphicFrameLocks noChangeAspect="1"/>
            </wp:cNvGraphicFramePr>
            <a:graphic>
              <a:graphicData uri="http://schemas.openxmlformats.org/drawingml/2006/picture">
                <pic:pic>
                  <pic:nvPicPr>
                    <pic:cNvPr id="0" name="073.jpg"/>
                    <pic:cNvPicPr/>
                  </pic:nvPicPr>
                  <pic:blipFill>
                    <a:blip r:embed="rId57"/>
                    <a:stretch>
                      <a:fillRect/>
                    </a:stretch>
                  </pic:blipFill>
                  <pic:spPr>
                    <a:xfrm>
                      <a:off x="0" y="0"/>
                      <a:ext cx="5486400" cy="3980688"/>
                    </a:xfrm>
                    <a:prstGeom prst="rect"/>
                  </pic:spPr>
                </pic:pic>
              </a:graphicData>
            </a:graphic>
          </wp:inline>
        </w:drawing>
      </w:r>
    </w:p>
    <w:p>
      <w:r>
        <w:rPr>
          <w:i/>
          <w:color w:val="525252"/>
          <w:sz w:val="17"/>
        </w:rPr>
        <w:t>Figure 50. Hot spot analysis: Wildlife sightings over time [103]. Per quarter, 2020-01-01 to 2025-10-01. Source: Hot spot analysis: Wildlife sightings (2,000 features). The data is in the appendix.</w:t>
      </w:r>
    </w:p>
    <w:p>
      <w:pPr>
        <w:jc w:val="center"/>
      </w:pPr>
      <w:r>
        <w:drawing>
          <wp:inline xmlns:a="http://schemas.openxmlformats.org/drawingml/2006/main" xmlns:pic="http://schemas.openxmlformats.org/drawingml/2006/picture">
            <wp:extent cx="5486400" cy="3980688"/>
            <wp:docPr id="51" name="Picture 51"/>
            <wp:cNvGraphicFramePr>
              <a:graphicFrameLocks noChangeAspect="1"/>
            </wp:cNvGraphicFramePr>
            <a:graphic>
              <a:graphicData uri="http://schemas.openxmlformats.org/drawingml/2006/picture">
                <pic:pic>
                  <pic:nvPicPr>
                    <pic:cNvPr id="0" name="055.jpg"/>
                    <pic:cNvPicPr/>
                  </pic:nvPicPr>
                  <pic:blipFill>
                    <a:blip r:embed="rId40"/>
                    <a:stretch>
                      <a:fillRect/>
                    </a:stretch>
                  </pic:blipFill>
                  <pic:spPr>
                    <a:xfrm>
                      <a:off x="0" y="0"/>
                      <a:ext cx="5486400" cy="3980688"/>
                    </a:xfrm>
                    <a:prstGeom prst="rect"/>
                  </pic:spPr>
                </pic:pic>
              </a:graphicData>
            </a:graphic>
          </wp:inline>
        </w:drawing>
      </w:r>
    </w:p>
    <w:p>
      <w:r>
        <w:rPr>
          <w:i/>
          <w:color w:val="525252"/>
          <w:sz w:val="17"/>
        </w:rPr>
        <w:t>Figure 51. Repeat and near repeat classification: Wildlife sightings over time [104]. Per quarter, 2020-01-01 to 2025-10-01. Source: Repeat and near repeat classification: Wildlife sightings (2,000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quarter by dataset. 128 rows (id 0724d535-2e2e-4bb7-b82c-698b724a5b84)</w:t>
      </w:r>
    </w:p>
    <w:p>
      <w:pPr>
        <w:spacing w:after="40"/>
      </w:pPr>
      <w:r>
        <w:t>[2] Dataset: Wildlife sightings. vector, 2000 rows (id 9a6b5c20-62ec-407e-8ddc-4a0caffd3d78)</w:t>
      </w:r>
    </w:p>
    <w:p>
      <w:pPr>
        <w:spacing w:after="40"/>
      </w:pPr>
      <w:r>
        <w:t>[3] Dataset: Patrol tracks. vector, 150 rows (id 814d9a40-6257-4402-aefd-0471b089fe13)</w:t>
      </w:r>
    </w:p>
    <w:p>
      <w:pPr>
        <w:spacing w:after="40"/>
      </w:pPr>
      <w:r>
        <w:t>[4] Dataset: Patrol effort by month. table, 120 rows (id 7ff2c071-222a-49b6-9c45-0ab36a6fa275)</w:t>
      </w:r>
    </w:p>
    <w:p>
      <w:pPr>
        <w:spacing w:after="40"/>
      </w:pPr>
      <w:r>
        <w:t>[5] Dataset: Transect counts by year. table, 256 rows (id 19804e2c-33c7-475b-976e-0a261338d7ca)</w:t>
      </w:r>
    </w:p>
    <w:p>
      <w:pPr>
        <w:spacing w:after="40"/>
      </w:pPr>
      <w:r>
        <w:t>[6] Tool result: gp_change_point_detection, step 2. Change point detection: done; no map output. (id ae9291dd-465c-483c-82b1-be209e5ed950:2)</w:t>
      </w:r>
    </w:p>
    <w:p>
      <w:pPr>
        <w:spacing w:after="40"/>
      </w:pPr>
      <w:r>
        <w:t>[7]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[8] Plan: Space time hot spots of Wildlife sightings (the Start plan's candidate c_410f48d3d771). Wildlife sightings carry dates in 'observed_at': emerging hot spot analysis finds new, intensifying and fading hot spots per month. (id 41c286e6-f1de-4fb3-ab1e-55065e9e3167:c_410f48d3d771)</w:t>
      </w:r>
    </w:p>
    <w:p>
      <w:pPr>
        <w:spacing w:after="40"/>
      </w:pPr>
      <w:r>
        <w:t>[9] Tool result: gp_space_time_hot_spots, step 0. Emerging hot spots: 1 layer saved: Emerging hot spots: Wildlife sightings (187 features). (id ae9291dd-465c-483c-82b1-be209e5ed950:0)</w:t>
      </w:r>
    </w:p>
    <w:p>
      <w:pPr>
        <w:spacing w:after="40"/>
      </w:pPr>
      <w:r>
        <w:t>[10] Layer: Wildlife sightings. 2,000 features (id 49c8e07e-b766-4e5c-87e7-a09af4f67da6)</w:t>
      </w:r>
    </w:p>
    <w:p>
      <w:pPr>
        <w:spacing w:after="40"/>
      </w:pPr>
      <w:r>
        <w:t>[11]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[12] Plan: Near repeat of Wildlife sightings (the Start plan's candidate c_90899865dc1b). Near repeat analysis tests whether Wildlife sightings close in space also follow each other within 30 days. (id 41c286e6-f1de-4fb3-ab1e-55065e9e3167:c_90899865dc1b)</w:t>
      </w:r>
    </w:p>
    <w:p>
      <w:pPr>
        <w:spacing w:after="40"/>
      </w:pPr>
      <w:r>
        <w:t>[13] Tool result: gp_near_repeat, step 1. Repeat and near repeat classification: 1 layer saved: Repeat and near repeat classification: Wildlife sightings (2000 features). (id ae9291dd-465c-483c-82b1-be209e5ed950:1)</w:t>
      </w:r>
    </w:p>
    <w:p>
      <w:pPr>
        <w:spacing w:after="40"/>
      </w:pPr>
      <w:r>
        <w:t>[14] Catalog: Change point detection (operation catalog, gp_change_point_detection). When did the level, count, trend or variability change? For the whole study area or for every bin. ArcGIS: Change Point Detection. (id gp_change_point_detection)</w:t>
      </w:r>
    </w:p>
    <w:p>
      <w:pPr>
        <w:spacing w:after="40"/>
      </w:pPr>
      <w:r>
        <w:t>[15] Plan: Change points of Wildlife sightings (the Start plan's candidate c_732496fb9369). Change point detection finds when the monthly count of Wildlife sightings shifted. (id 41c286e6-f1de-4fb3-ab1e-55065e9e3167:c_732496fb9369)</w:t>
      </w:r>
    </w:p>
    <w:p>
      <w:pPr>
        <w:spacing w:after="40"/>
      </w:pPr>
      <w:r>
        <w:t>[16] Catalog: Hot spot analysis (operation catalog, gp_hot_spots). Getis-Ord Gi* hot and cold spots with z-scores, p-values and confidence bins. ArcGIS: Find Hot Spots, Hot Spot Analysis (Getis-Ord Gi*). QGIS: qgis:hotspot (plugin). (id gp_hot_spots)</w:t>
      </w:r>
    </w:p>
    <w:p>
      <w:pPr>
        <w:spacing w:after="40"/>
      </w:pPr>
      <w:r>
        <w:t>[17] Plan: Hot spots of Camera traps (the Start plan's candidate c_7aa48c367385). 40 points: Getis-Ord Gi* tests whether the concentrations in Camera traps are statistically significant. (id 41c286e6-f1de-4fb3-ab1e-55065e9e3167:c_7aa48c367385)</w:t>
      </w:r>
    </w:p>
    <w:p>
      <w:pPr>
        <w:spacing w:after="40"/>
      </w:pPr>
      <w:r>
        <w:t>[18] Tool result: gp_hot_spots, step 0. Hot spot analysis: 1 layer saved: Hot spot analysis: Camera traps (11 features). (id c80e3725-e679-4389-b91c-8fcf60553593:0)</w:t>
      </w:r>
    </w:p>
    <w:p>
      <w:pPr>
        <w:spacing w:after="40"/>
      </w:pPr>
      <w:r>
        <w:t>[19] Layer: Camera traps. 40 features (id 2952931c-dfd9-4179-ac00-717ec101503d)</w:t>
      </w:r>
    </w:p>
    <w:p>
      <w:pPr>
        <w:spacing w:after="40"/>
      </w:pPr>
      <w:r>
        <w:t>[20] Plan: Hot spots of Wildlife sightings (the Start plan's candidate c_1dd1e67c3631). 2000 points: Getis-Ord Gi* tests whether the concentrations in Wildlife sightings are statistically significant. (id 41c286e6-f1de-4fb3-ab1e-55065e9e3167:c_1dd1e67c3631)</w:t>
      </w:r>
    </w:p>
    <w:p>
      <w:pPr>
        <w:spacing w:after="40"/>
      </w:pPr>
      <w:r>
        <w:t>[21] Tool result: gp_hot_spots, step 1. Hot spot analysis: 1 layer saved: Hot spot analysis: Wildlife sightings (2000 features). (id c80e3725-e679-4389-b91c-8fcf60553593:1)</w:t>
      </w:r>
    </w:p>
    <w:p>
      <w:pPr>
        <w:spacing w:after="40"/>
      </w:pPr>
      <w:r>
        <w:t>[22] Catalog: Spectral index change (analysis catalog, im_index_change). Change of a spectral index (NDVI, NDWI, NDBI, NBR ...) or a band expression between two images: before, after and difference rasters, decrease / increase classes beyond the threshold with polygons and areas; NBR also gives dNBR with burn severity classes. (id im_index_change)</w:t>
      </w:r>
    </w:p>
    <w:p>
      <w:pPr>
        <w:spacing w:after="40"/>
      </w:pPr>
      <w:r>
        <w:t>[23] Plan: Index change of Habitat scene 2020-09-15 and Habitat scene 2025-09-15 (the Start plan's candidate c_f9c63f3ce298). Index change between Habitat scene 2020-09-15 (2020-09-15) and Habitat scene 2025-09-15 (2025-09-15): the changed area, with the changed places as polygons. (id 41c286e6-f1de-4fb3-ab1e-55065e9e3167:c_f9c63f3ce298)</w:t>
      </w:r>
    </w:p>
    <w:p>
      <w:pPr>
        <w:spacing w:after="40"/>
      </w:pPr>
      <w:r>
        <w:t>[24] Tool result: im_index_change, step 0. Spectral index change: created NDVI change Habitat scene 2020-09-15 to Habitat scene 2025-09-15 (300 x 250 cells, 40.00 m). plus 1 more raster layer(s). and layer NDVI change polygons with 984 feature(s). mean before 0.5613; mean after 0.4592; mean difference -0.1022; decrease ha 2,822; increase ha  (id 25b17de9-ec4a-4fc2-a10c-3cc5543c313b:0)</w:t>
      </w:r>
    </w:p>
    <w:p>
      <w:pPr>
        <w:spacing w:after="40"/>
      </w:pPr>
      <w:r>
        <w:t>[25] Catalog: Compute change raster (analysis catalog, im_compute_change_raster). Pixel value or spectral change between two co-registered images: difference, relative difference, absolute difference, log ratio (radar, dB), Euclidean spectral distance, spectral angle (radians) or the band with most change. Clouds and shadows are masked when the images have (id im_compute_change_raster)</w:t>
      </w:r>
    </w:p>
    <w:p>
      <w:pPr>
        <w:spacing w:after="40"/>
      </w:pPr>
      <w:r>
        <w:t>[26] Plan: Compute change raster of Habitat scene 2020-09-15 and Habitat scene 2025-09-15 (the Start plan's candidate c_64fec8a79a74). A change raster between Habitat scene 2020-09-15 (2020-09-15) and Habitat scene 2025-09-15 (2025-09-15): where and how much the pixels changed. (id 41c286e6-f1de-4fb3-ab1e-55065e9e3167:c_64fec8a79a74)</w:t>
      </w:r>
    </w:p>
    <w:p>
      <w:pPr>
        <w:spacing w:after="40"/>
      </w:pPr>
      <w:r>
        <w:t>[27] Tool result: im_compute_change_raster, step 1. Compute change raster: created Difference Habitat scene 2020-09-15 to Habitat scene 2025-09-15 (300 x 250 cells, 40.00 m). mean 0.01608; std 0.03381; min -0.04; max 0.15; masked pixels 0. (id 25b17de9-ec4a-4fc2-a10c-3cc5543c313b:1)</w:t>
      </w:r>
    </w:p>
    <w:p>
      <w:pPr>
        <w:spacing w:after="40"/>
      </w:pPr>
      <w:r>
        <w:t>[28] Catalog: Calculate density (operation catalog, gp_calculate_density). Kernel density per square kilometer on a grid. ArcGIS: Calculate Density, Kernel Density. QGIS: native:heatmapkerneldensityestimation. (id gp_calculate_density)</w:t>
      </w:r>
    </w:p>
    <w:p>
      <w:pPr>
        <w:spacing w:after="40"/>
      </w:pPr>
      <w:r>
        <w:t>[29] Plan: Kernel density of Water points (the Start plan's candidate c_8769ce6eb6cd). 25 points in Water points: a density surface shows where they concentrate. (id 41c286e6-f1de-4fb3-ab1e-55065e9e3167:c_8769ce6eb6cd)</w:t>
      </w:r>
    </w:p>
    <w:p>
      <w:pPr>
        <w:spacing w:after="40"/>
      </w:pPr>
      <w:r>
        <w:t>[30] Tool result: gp_calculate_density, step 0. Calculate density: 1 layer saved: Calculate density: Water points (67 features). (id 01964fe7-6064-4d8e-821d-2f1fc44a40a7:0)</w:t>
      </w:r>
    </w:p>
    <w:p>
      <w:pPr>
        <w:spacing w:after="40"/>
      </w:pPr>
      <w:r>
        <w:t>[31] Layer: Water points. 25 features (id 2b4e30e1-0347-4c58-b093-eb060c234f8b)</w:t>
      </w:r>
    </w:p>
    <w:p>
      <w:pPr>
        <w:spacing w:after="40"/>
      </w:pPr>
      <w:r>
        <w:t>[32] Plan: Kernel density of Camera traps (the Start plan's candidate c_04d8c646d639). 40 points in Camera traps: a density surface shows where they concentrate. (id 41c286e6-f1de-4fb3-ab1e-55065e9e3167:c_04d8c646d639)</w:t>
      </w:r>
    </w:p>
    <w:p>
      <w:pPr>
        <w:spacing w:after="40"/>
      </w:pPr>
      <w:r>
        <w:t>[33] Tool result: gp_calculate_density, step 1. Calculate density: 1 layer saved: Calculate density: Camera traps (95 features). (id 01964fe7-6064-4d8e-821d-2f1fc44a40a7:1)</w:t>
      </w:r>
    </w:p>
    <w:p>
      <w:pPr>
        <w:spacing w:after="40"/>
      </w:pPr>
      <w:r>
        <w:t>[34] Plan: Kernel density of Wildlife sightings (the Start plan's candidate c_e2212fdd849b). 2000 points in Wildlife sightings: a density surface shows where they concentrate. (id 41c286e6-f1de-4fb3-ab1e-55065e9e3167:c_e2212fdd849b)</w:t>
      </w:r>
    </w:p>
    <w:p>
      <w:pPr>
        <w:spacing w:after="40"/>
      </w:pPr>
      <w:r>
        <w:t>[35] Tool result: gp_calculate_density, step 2. Calculate density: 1 layer saved: Calculate density: Wildlife sightings (3384 features). (id 01964fe7-6064-4d8e-821d-2f1fc44a40a7:2)</w:t>
      </w:r>
    </w:p>
    <w:p>
      <w:pPr>
        <w:spacing w:after="40"/>
      </w:pPr>
      <w:r>
        <w:t>[36]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[37] Plan: Water points per feature of Protected areas (the Start plan's candidate c_04513400fd64). Count Water points inside each feature of Protected areas by type; the counts map as a choropleth (natural breaks, sequential colors). (id 41c286e6-f1de-4fb3-ab1e-55065e9e3167:c_04513400fd64)</w:t>
      </w:r>
    </w:p>
    <w:p>
      <w:pPr>
        <w:spacing w:after="40"/>
      </w:pPr>
      <w:r>
        <w:t>[38] Tool result: gp_summarize_within, step 0. Summarize within: 1 layer saved: Summarize within: Protected areas (5 features). (id 6776e53d-c51a-4c30-9da5-d711d9628f48:0)</w:t>
      </w:r>
    </w:p>
    <w:p>
      <w:pPr>
        <w:spacing w:after="40"/>
      </w:pPr>
      <w:r>
        <w:t>[39] Layer: Protected areas. 5 features (id 446c314f-bc35-4126-af57-469e6d5aa55b)</w:t>
      </w:r>
    </w:p>
    <w:p>
      <w:pPr>
        <w:spacing w:after="40"/>
      </w:pPr>
      <w:r>
        <w:t>[40] Tool result: gp_summarize_within, step 1. Summarize within: 1 layer saved: Summarize within: Protected areas (5 features). (id 6776e53d-c51a-4c30-9da5-d711d9628f48:1)</w:t>
      </w:r>
    </w:p>
    <w:p>
      <w:pPr>
        <w:spacing w:after="40"/>
      </w:pPr>
      <w:r>
        <w:t>[41] Tool result: gp_summarize_within, step 2. Summarize within: 1 layer saved: Summarize within: Protected areas (5 features). (id 6776e53d-c51a-4c30-9da5-d711d9628f48:2)</w:t>
      </w:r>
    </w:p>
    <w:p>
      <w:pPr>
        <w:spacing w:after="40"/>
      </w:pPr>
      <w:r>
        <w:t>[42]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[43] Plan: Cluster points of Water points (the Start plan's candidate c_e10b266f027d). DBSCAN finds dense groups of Water points and separates noise. (id 41c286e6-f1de-4fb3-ab1e-55065e9e3167:c_e10b266f027d)</w:t>
      </w:r>
    </w:p>
    <w:p>
      <w:pPr>
        <w:spacing w:after="40"/>
      </w:pPr>
      <w:r>
        <w:t>[44] Tool result: gp_find_point_clusters, step 0. Find point clusters: 2 layers saved: Find point clusters: Water points (25 features); Find point clusters: cluster hulls (1 feature). (id 0c30535f-d016-409b-b4ab-3f26aba08abc:0)</w:t>
      </w:r>
    </w:p>
    <w:p>
      <w:pPr>
        <w:spacing w:after="40"/>
      </w:pPr>
      <w:r>
        <w:t>[45] Plan: Cluster points of Camera traps (the Start plan's candidate c_008a367bf2dc). DBSCAN finds dense groups of Camera traps and separates noise. (id 41c286e6-f1de-4fb3-ab1e-55065e9e3167:c_008a367bf2dc)</w:t>
      </w:r>
    </w:p>
    <w:p>
      <w:pPr>
        <w:spacing w:after="40"/>
      </w:pPr>
      <w:r>
        <w:t>[46] Tool result: gp_find_point_clusters, step 1. Find point clusters: 2 layers saved: Find point clusters: Camera traps (40 features); Find point clusters: cluster hulls (2 features). (id 0c30535f-d016-409b-b4ab-3f26aba08abc:1)</w:t>
      </w:r>
    </w:p>
    <w:p>
      <w:pPr>
        <w:spacing w:after="40"/>
      </w:pPr>
      <w:r>
        <w:t>[47] Plan: Cluster points of Wildlife sightings (the Start plan's candidate c_5e77fd8554c0). DBSCAN finds dense groups of Wildlife sightings and separates noise. (id 41c286e6-f1de-4fb3-ab1e-55065e9e3167:c_5e77fd8554c0)</w:t>
      </w:r>
    </w:p>
    <w:p>
      <w:pPr>
        <w:spacing w:after="40"/>
      </w:pPr>
      <w:r>
        <w:t>[48] Tool result: gp_find_point_clusters, step 2. Find point clusters: 2 layers saved: Find point clusters: Wildlife sightings (2000 features); Find point clusters: cluster hulls (10 features). (id 0c30535f-d016-409b-b4ab-3f26aba08abc:2)</w:t>
      </w:r>
    </w:p>
    <w:p>
      <w:pPr>
        <w:spacing w:after="40"/>
      </w:pPr>
      <w:r>
        <w:t>[49] Catalog: Zonal statistics (analysis catalog, rs_zonal_statistics). count/min/max/mean/std/sum/median/majority per polygon as a table and as GeoJSON. ArcGIS: Zonal Statistics as Table (polygons). (id rs_zonal_statistics)</w:t>
      </w:r>
    </w:p>
    <w:p>
      <w:pPr>
        <w:spacing w:after="40"/>
      </w:pPr>
      <w:r>
        <w:t>[50] Plan: Zonal statistics of Habitat scene 2020-09-15 and Protected areas (the Start plan's candidate c_70c74078ffd8). Statistics of Habitat scene 2020-09-15 inside each feature of Protected areas. (id 41c286e6-f1de-4fb3-ab1e-55065e9e3167:c_70c74078ffd8)</w:t>
      </w:r>
    </w:p>
    <w:p>
      <w:pPr>
        <w:spacing w:after="40"/>
      </w:pPr>
      <w:r>
        <w:t>[51] Tool result: rs_zonal_statistics, step 0. Zonal statistics: 5 row(s). zones 5. (id 0285f5a2-ee85-41f6-8973-17e457b19d16:0)</w:t>
      </w:r>
    </w:p>
    <w:p>
      <w:pPr>
        <w:spacing w:after="40"/>
      </w:pPr>
      <w:r>
        <w:t>[52] Tool result: rs_zonal_statistics, step 1. Zonal statistics: 5 row(s). zones 5. (id 0285f5a2-ee85-41f6-8973-17e457b19d16:1)</w:t>
      </w:r>
    </w:p>
    <w:p>
      <w:pPr>
        <w:spacing w:after="40"/>
      </w:pPr>
      <w:r>
        <w:t>[53] Tool result: im_index_change, step 0. Spectral index change: created NDVI change Habitat scene 2020-09-15 to Habitat scene 2025-09-15 (300 x 250 cells, 40.00 m). plus 1 more raster layer(s). and layer NDVI change polygons with 984 feature(s). mean before 0.5613; mean after 0.4592; mean difference -0.1022; decrease ha 2,822; increase ha  (id d6cae56b-660a-4f0f-8c67-4f9de89853d8:0)</w:t>
      </w:r>
    </w:p>
    <w:p>
      <w:pPr>
        <w:spacing w:after="40"/>
      </w:pPr>
      <w:r>
        <w:t>[54] Tool result: im_compute_change_raster, step 1. Compute change raster: created Difference Habitat scene 2020-09-15 to Habitat scene 2025-09-15 (300 x 250 cells, 40.00 m). mean 0.01608; std 0.03381; min -0.04; max 0.15; masked pixels 0. (id d6cae56b-660a-4f0f-8c67-4f9de89853d8:1)</w:t>
      </w:r>
    </w:p>
    <w:p>
      <w:pPr>
        <w:spacing w:after="40"/>
      </w:pPr>
      <w:r>
        <w:t>[55] Rendering: Map: Emerging hot spots: Wildlife sightings (id 9c331cfd-4983-4a73-9cb8-323c32e4aa1a)</w:t>
      </w:r>
    </w:p>
    <w:p>
      <w:pPr>
        <w:spacing w:after="40"/>
      </w:pPr>
      <w:r>
        <w:t>[56] Rendering: Map: Repeat and near repeat classification: Wildlife sightings (id 54dedce7-b568-41ed-8a3e-2f16e78eef00)</w:t>
      </w:r>
    </w:p>
    <w:p>
      <w:pPr>
        <w:spacing w:after="40"/>
      </w:pPr>
      <w:r>
        <w:t>[57] Rendering: Map: Hot spot analysis: Camera traps (id cccc83e3-4db7-4fb9-8950-5bb38a673af5)</w:t>
      </w:r>
    </w:p>
    <w:p>
      <w:pPr>
        <w:spacing w:after="40"/>
      </w:pPr>
      <w:r>
        <w:t>[58] Rendering: Map: Hot spot analysis: Wildlife sightings (id 10d58a93-f8d6-4c71-9a15-b562b40f6767)</w:t>
      </w:r>
    </w:p>
    <w:p>
      <w:pPr>
        <w:spacing w:after="40"/>
      </w:pPr>
      <w:r>
        <w:t>[59] Rendering: Map: NDVI change Habitat scene 2020-09-15 to Habitat scene 2025-09-15 (id 8d6f1690-5b0d-4f4b-a7cd-cd5c4e8cf6ad)</w:t>
      </w:r>
    </w:p>
    <w:p>
      <w:pPr>
        <w:spacing w:after="40"/>
      </w:pPr>
      <w:r>
        <w:t>[60] Rendering: Map: NDVI decrease / increase (id 15ba8d9d-bf64-4548-aaea-5c255f214c41)</w:t>
      </w:r>
    </w:p>
    <w:p>
      <w:pPr>
        <w:spacing w:after="40"/>
      </w:pPr>
      <w:r>
        <w:t>[61] Rendering: Map: NDVI change polygons (id 940f75e7-4b4a-480a-8452-4e0055c12596)</w:t>
      </w:r>
    </w:p>
    <w:p>
      <w:pPr>
        <w:spacing w:after="40"/>
      </w:pPr>
      <w:r>
        <w:t>[62] Rendering: Map: Difference Habitat scene 2020-09-15 to Habitat scene 2025-09-15 (id d642c322-d610-40f6-a2a4-680edf061662)</w:t>
      </w:r>
    </w:p>
    <w:p>
      <w:pPr>
        <w:spacing w:after="40"/>
      </w:pPr>
      <w:r>
        <w:t>[63] Rendering: Map: Calculate density: Water points (id 5d0cbf7a-68de-42e2-ac67-cc0feb01919f)</w:t>
      </w:r>
    </w:p>
    <w:p>
      <w:pPr>
        <w:spacing w:after="40"/>
      </w:pPr>
      <w:r>
        <w:t>[64] Rendering: Map: Calculate density: Camera traps (id 0131588b-7e0d-44b3-857c-6b7e3c992904)</w:t>
      </w:r>
    </w:p>
    <w:p>
      <w:pPr>
        <w:spacing w:after="40"/>
      </w:pPr>
      <w:r>
        <w:t>[65] Rendering: Map: Calculate density: Wildlife sightings (id 4a1dfe19-c4df-4468-8985-e90b8be9a66a)</w:t>
      </w:r>
    </w:p>
    <w:p>
      <w:pPr>
        <w:spacing w:after="40"/>
      </w:pPr>
      <w:r>
        <w:t>[66] Rendering: Map: Summarize within: Protected areas (id 8d6cfb31-1e7a-46c0-8b3b-14fcca86feb3)</w:t>
      </w:r>
    </w:p>
    <w:p>
      <w:pPr>
        <w:spacing w:after="40"/>
      </w:pPr>
      <w:r>
        <w:t>[67] Rendering: Map: Summarize within: Protected areas (id ab4707fc-4ac2-4e7f-aace-3c12d9aefc49)</w:t>
      </w:r>
    </w:p>
    <w:p>
      <w:pPr>
        <w:spacing w:after="40"/>
      </w:pPr>
      <w:r>
        <w:t>[68] Rendering: Map: Summarize within: Protected areas (id e92c8c09-d62d-4c61-a41e-9eab93106689)</w:t>
      </w:r>
    </w:p>
    <w:p>
      <w:pPr>
        <w:spacing w:after="40"/>
      </w:pPr>
      <w:r>
        <w:t>[69] Rendering: Map: Find point clusters: Water points (id 2ef976fe-c86c-4852-8d50-e2334804cffb)</w:t>
      </w:r>
    </w:p>
    <w:p>
      <w:pPr>
        <w:spacing w:after="40"/>
      </w:pPr>
      <w:r>
        <w:t>[70] Rendering: Map: Find point clusters: cluster hulls (id f0f01aa8-ceb0-4578-8cee-1fc54b125c7f)</w:t>
      </w:r>
    </w:p>
    <w:p>
      <w:pPr>
        <w:spacing w:after="40"/>
      </w:pPr>
      <w:r>
        <w:t>[71] Rendering: Map: Find point clusters: Camera traps (id 68fe64f6-4d5e-4456-b415-8b0c5e137963)</w:t>
      </w:r>
    </w:p>
    <w:p>
      <w:pPr>
        <w:spacing w:after="40"/>
      </w:pPr>
      <w:r>
        <w:t>[72] Rendering: Map: Find point clusters: cluster hulls (id 6fd1e101-3103-4507-8297-e61eceb58e4c)</w:t>
      </w:r>
    </w:p>
    <w:p>
      <w:pPr>
        <w:spacing w:after="40"/>
      </w:pPr>
      <w:r>
        <w:t>[73] Rendering: Map: Find point clusters: Wildlife sightings (id e4f56f90-c90d-4bb8-8df9-27afdf318b33)</w:t>
      </w:r>
    </w:p>
    <w:p>
      <w:pPr>
        <w:spacing w:after="40"/>
      </w:pPr>
      <w:r>
        <w:t>[74] Rendering: Map: Find point clusters: cluster hulls (id d1316f24-5049-469b-85c8-67c1984de3ec)</w:t>
      </w:r>
    </w:p>
    <w:p>
      <w:pPr>
        <w:spacing w:after="40"/>
      </w:pPr>
      <w:r>
        <w:t>[75] Rendering: Map: Protected areas by area_km2 (id ac009abe-f117-45f7-bd9a-48427ea82fb6)</w:t>
      </w:r>
    </w:p>
    <w:p>
      <w:pPr>
        <w:spacing w:after="40"/>
      </w:pPr>
      <w:r>
        <w:t>[76] Rendering: Map: Change Analysis: NDVI change Habitat scene 2020-09-15 to Habitat scene 2025-09-15 (id 8e0b0fa2-feed-49ea-ad2a-f565d878327d)</w:t>
      </w:r>
    </w:p>
    <w:p>
      <w:pPr>
        <w:spacing w:after="40"/>
      </w:pPr>
      <w:r>
        <w:t>[77] Rendering: Map: Change Analysis: NDVI decrease / increase (id 91e47706-6cbf-4b9c-8ad1-484d35b3c7c6)</w:t>
      </w:r>
    </w:p>
    <w:p>
      <w:pPr>
        <w:spacing w:after="40"/>
      </w:pPr>
      <w:r>
        <w:t>[78] Rendering: Map: Change Analysis: NDVI change polygons (id c91b140f-5f07-4863-a6c6-4e2c84bba5c8)</w:t>
      </w:r>
    </w:p>
    <w:p>
      <w:pPr>
        <w:spacing w:after="40"/>
      </w:pPr>
      <w:r>
        <w:t>[79] Rendering: Map: Change Analysis: Difference Habitat scene 2020-09-15 to Habitat scene 2025-09-15 (id 005f6107-414f-4f41-87b6-5198fc10e839)</w:t>
      </w:r>
    </w:p>
    <w:p>
      <w:pPr>
        <w:spacing w:after="40"/>
      </w:pPr>
      <w:r>
        <w:t>[80] Rendering: Chart: Camera traps over time (installed_year). 1 rows (id 11efc874-2e1c-49fb-8011-bc470de56923)</w:t>
      </w:r>
    </w:p>
    <w:p>
      <w:pPr>
        <w:spacing w:after="40"/>
      </w:pPr>
      <w:r>
        <w:t>[81] Rendering: Chart: Patrol tracks over time (date). 72 rows (id 566504c3-02f8-45bc-a5af-5d3cfd7b26b1)</w:t>
      </w:r>
    </w:p>
    <w:p>
      <w:pPr>
        <w:spacing w:after="40"/>
      </w:pPr>
      <w:r>
        <w:t>[82] Rendering: Chart: Patrol effort by month over time (month). 120 rows (id d26c312f-f3e6-410e-a665-caa60c2be84e)</w:t>
      </w:r>
    </w:p>
    <w:p>
      <w:pPr>
        <w:spacing w:after="40"/>
      </w:pPr>
      <w:r>
        <w:t>[83] Rendering: Chart: Transect counts by year over time (year). 116 rows (id f30bd747-c4d1-4069-8332-200a119caf4a)</w:t>
      </w:r>
    </w:p>
    <w:p>
      <w:pPr>
        <w:spacing w:after="40"/>
      </w:pPr>
      <w:r>
        <w:t>[84] Rendering: Chart: Emerging hot spots: Wildlife sightings. 9 rows (id 336187f6-9aa6-4fdb-a2b2-bcbd01a6d11f)</w:t>
      </w:r>
    </w:p>
    <w:p>
      <w:pPr>
        <w:spacing w:after="40"/>
      </w:pPr>
      <w:r>
        <w:t>[85] Rendering: Chart: Repeat and near repeat classification: Wildlife sightings. 144 rows (id dfae20b3-c296-4b80-83de-7c8cfc621e38)</w:t>
      </w:r>
    </w:p>
    <w:p>
      <w:pPr>
        <w:spacing w:after="40"/>
      </w:pPr>
      <w:r>
        <w:t>[86] Rendering: Chart: Hot spot analysis: Camera traps. 6 rows (id 632e8a2c-1eff-4f6a-985c-67a89d6a4947)</w:t>
      </w:r>
    </w:p>
    <w:p>
      <w:pPr>
        <w:spacing w:after="40"/>
      </w:pPr>
      <w:r>
        <w:t>[87] Rendering: Chart: Hot spot analysis: Wildlife sightings. 18 rows (id 05576c19-da08-403f-8daa-289e88599168)</w:t>
      </w:r>
    </w:p>
    <w:p>
      <w:pPr>
        <w:spacing w:after="40"/>
      </w:pPr>
      <w:r>
        <w:t>[88] Rendering: Chart: NDVI change polygons. 11 rows (id af589c3a-4e8f-4939-be0e-214f2b289c2e)</w:t>
      </w:r>
    </w:p>
    <w:p>
      <w:pPr>
        <w:spacing w:after="40"/>
      </w:pPr>
      <w:r>
        <w:t>[89] Rendering: Chart: Calculate density: Water points. 8 rows (id 789e658b-0a46-4ccb-bb9f-0605baba7590)</w:t>
      </w:r>
    </w:p>
    <w:p>
      <w:pPr>
        <w:spacing w:after="40"/>
      </w:pPr>
      <w:r>
        <w:t>[90] Rendering: Chart: Calculate density: Camera traps. 8 rows (id 194574a5-7da8-4372-9aab-0ed2c503366c)</w:t>
      </w:r>
    </w:p>
    <w:p>
      <w:pPr>
        <w:spacing w:after="40"/>
      </w:pPr>
      <w:r>
        <w:t>[91] Rendering: Chart: Calculate density: Wildlife sightings. 13 rows (id 79663709-0cd5-4172-bc17-e223c6dbe444)</w:t>
      </w:r>
    </w:p>
    <w:p>
      <w:pPr>
        <w:spacing w:after="40"/>
      </w:pPr>
      <w:r>
        <w:t>[92] Rendering: Chart: Summarize within: Protected areas. 5 rows (id 8141e260-100f-4d40-bc34-7e64674372da)</w:t>
      </w:r>
    </w:p>
    <w:p>
      <w:pPr>
        <w:spacing w:after="40"/>
      </w:pPr>
      <w:r>
        <w:t>[93] Rendering: Chart: Summarize within: Protected areas. 5 rows (id 5b5cde74-67ec-4fb8-99ab-8c31a9c6e86e)</w:t>
      </w:r>
    </w:p>
    <w:p>
      <w:pPr>
        <w:spacing w:after="40"/>
      </w:pPr>
      <w:r>
        <w:t>[94] Rendering: Chart: Summarize within: Protected areas. 5 rows (id c0ce8baf-5831-4348-9566-b519e6175395)</w:t>
      </w:r>
    </w:p>
    <w:p>
      <w:pPr>
        <w:spacing w:after="40"/>
      </w:pPr>
      <w:r>
        <w:t>[95] Rendering: Chart: Find point clusters: Water points. 1 rows (id 9cf9975c-ea09-45a0-bdad-c7265f897ff2)</w:t>
      </w:r>
    </w:p>
    <w:p>
      <w:pPr>
        <w:spacing w:after="40"/>
      </w:pPr>
      <w:r>
        <w:t>[96] Rendering: Chart: Find point clusters: cluster hulls. 1 rows (id 8da356a8-27a4-4bb9-84c2-9620eac3b532)</w:t>
      </w:r>
    </w:p>
    <w:p>
      <w:pPr>
        <w:spacing w:after="40"/>
      </w:pPr>
      <w:r>
        <w:t>[97] Rendering: Chart: Find point clusters: Camera traps. 3 rows (id 89f781cf-b6ae-46e1-81a8-a915a2588c57)</w:t>
      </w:r>
    </w:p>
    <w:p>
      <w:pPr>
        <w:spacing w:after="40"/>
      </w:pPr>
      <w:r>
        <w:t>[98] Rendering: Chart: Find point clusters: cluster hulls. 2 rows (id 64aebe57-1b31-48ca-9fc9-5f83f833cc53)</w:t>
      </w:r>
    </w:p>
    <w:p>
      <w:pPr>
        <w:spacing w:after="40"/>
      </w:pPr>
      <w:r>
        <w:t>[99] Rendering: Chart: Find point clusters: Wildlife sightings. 11 rows (id 6b044701-7146-43e9-9a25-9a912c844922)</w:t>
      </w:r>
    </w:p>
    <w:p>
      <w:pPr>
        <w:spacing w:after="40"/>
      </w:pPr>
      <w:r>
        <w:t>[100] Rendering: Chart: Find point clusters: cluster hulls. 10 rows (id da54ed0a-3d83-4640-bf04-d09c9c2ab1f2)</w:t>
      </w:r>
    </w:p>
    <w:p>
      <w:pPr>
        <w:spacing w:after="40"/>
      </w:pPr>
      <w:r>
        <w:t>[101] Rendering: Chart: NDVI change polygons. 11 rows (id 6ae7db91-618b-4063-9d4a-e4c147eb49cc)</w:t>
      </w:r>
    </w:p>
    <w:p>
      <w:pPr>
        <w:spacing w:after="40"/>
      </w:pPr>
      <w:r>
        <w:t>[102] Rendering: Chart: Find point clusters: Wildlife sightings over time. 144 rows (id c0d9a68a-73b7-4840-9446-0e8a318f3bdd)</w:t>
      </w:r>
    </w:p>
    <w:p>
      <w:pPr>
        <w:spacing w:after="40"/>
      </w:pPr>
      <w:r>
        <w:t>[103] Rendering: Chart: Hot spot analysis: Wildlife sightings over time. 144 rows (id 78f16216-e0fa-4a2f-9c0a-c0f2476bc9a0)</w:t>
      </w:r>
    </w:p>
    <w:p>
      <w:pPr>
        <w:spacing w:after="40"/>
      </w:pPr>
      <w:r>
        <w:t>[104] Rendering: Chart: Repeat and near repeat classification: Wildlife sightings over time. 144 rows (id 3241845c-4265-44df-bc31-31e0200b158c)</w:t>
      </w:r>
    </w:p>
    <w:p>
      <w:pPr>
        <w:spacing w:after="40"/>
      </w:pPr>
      <w:r>
        <w:t>[105] Dataset: Protected areas. vector, 5 rows (id 1e486b97-508d-4337-ae50-e69a1b8ffb02)</w:t>
      </w:r>
    </w:p>
    <w:p>
      <w:pPr>
        <w:spacing w:after="40"/>
      </w:pPr>
      <w:r>
        <w:t>[106] Dataset: River channels. vector, 2 rows (id 7315f4d9-c391-406c-bed2-14d9ab7690f0)</w:t>
      </w:r>
    </w:p>
    <w:p>
      <w:pPr>
        <w:spacing w:after="40"/>
      </w:pPr>
      <w:r>
        <w:t>[107] Dataset: Camera traps. vector, 40 rows (id 6baeccec-3617-4b56-be6a-c455cd0fbafb)</w:t>
      </w:r>
    </w:p>
    <w:p>
      <w:pPr>
        <w:spacing w:after="40"/>
      </w:pPr>
      <w:r>
        <w:t>[108] Dataset: Water points. vector, 25 rows (id 03d16489-5533-4abf-ac13-90fb1db77364)</w:t>
      </w:r>
    </w:p>
    <w:p>
      <w:pPr>
        <w:spacing w:after="40"/>
      </w:pPr>
      <w:r>
        <w:t>[109] Dataset: Habitat scene 2020-09-15. raster, ? rows (id 5d31a198-7af1-43ff-b987-95e63692238f)</w:t>
      </w:r>
    </w:p>
    <w:p>
      <w:pPr>
        <w:spacing w:after="40"/>
      </w:pPr>
      <w:r>
        <w:t>[110] Dataset: Habitat scene 2025-09-15. raster, ? rows (id c4cf3368-47bc-4215-9a15-2e33536e69ae)</w:t>
      </w:r>
    </w:p>
    <w:p>
      <w:pPr>
        <w:spacing w:after="40"/>
      </w:pPr>
      <w:r>
        <w:t>[111] Dataset: Annual wildlife monitoring report. document, ? rows (id bc1ed059-741b-47ee-9e3d-4ea6e56612e1)</w:t>
      </w:r>
    </w:p>
    <w:p>
      <w:pPr>
        <w:spacing w:after="40"/>
      </w:pPr>
      <w:r>
        <w:t>[112] Record: Sample: Conservation, Okavango Delta near Maun (id 750b4ce3-8424-4738-b383-c6a58973ae02)</w:t>
      </w:r>
    </w:p>
    <w:p>
      <w:pPr>
        <w:spacing w:after="40"/>
      </w:pPr>
      <w:r>
        <w:t>[113] Layer: Emerging hot spots: Wildlife sightings. 187 features (id 25f740dd-9467-44c8-ac92-0b3093bb596c)</w:t>
      </w:r>
    </w:p>
    <w:p>
      <w:pPr>
        <w:spacing w:after="40"/>
      </w:pPr>
      <w:r>
        <w:t>[114] Layer: Repeat and near repeat classification: Wildlife sightings. 2,000 features (id b3ca8ebf-0745-4ec4-8a45-bbe2a690f0db)</w:t>
      </w:r>
    </w:p>
    <w:p>
      <w:pPr>
        <w:spacing w:after="40"/>
      </w:pPr>
      <w:r>
        <w:t>[115] Layer: Hot spot analysis: Camera traps. 11 features (id e7a89409-c9ed-463d-823f-677e22ab631c)</w:t>
      </w:r>
    </w:p>
    <w:p>
      <w:pPr>
        <w:spacing w:after="40"/>
      </w:pPr>
      <w:r>
        <w:t>[116] Layer: Hot spot analysis: Wildlife sightings. 2,000 features (id f319351b-b79e-40cc-af73-16512c8cd363)</w:t>
      </w:r>
    </w:p>
    <w:p>
      <w:pPr>
        <w:spacing w:after="40"/>
      </w:pPr>
      <w:r>
        <w:t>[117] Layer: NDVI change Habitat scene 2020-09-15 to Habitat scene 2025-09-15. 0 features (id 1e7295c4-437f-4592-ae40-ba4bbdb0717b)</w:t>
      </w:r>
    </w:p>
    <w:p>
      <w:pPr>
        <w:spacing w:after="40"/>
      </w:pPr>
      <w:r>
        <w:t>[118] Layer: NDVI decrease / increase. 0 features (id 92900ecf-ab3e-4b43-b4cf-6b08b036e3fe)</w:t>
      </w:r>
    </w:p>
    <w:p>
      <w:pPr>
        <w:spacing w:after="40"/>
      </w:pPr>
      <w:r>
        <w:t>[119] Layer: NDVI change polygons. 984 features (id bf42f4f1-8b33-44ec-966f-18e38ceabf89)</w:t>
      </w:r>
    </w:p>
    <w:p>
      <w:pPr>
        <w:spacing w:after="40"/>
      </w:pPr>
      <w:r>
        <w:t>[120] Layer: Difference Habitat scene 2020-09-15 to Habitat scene 2025-09-15. 0 features (id 33686ef4-9edd-4167-a443-df679ae27b18)</w:t>
      </w:r>
    </w:p>
    <w:p>
      <w:pPr>
        <w:spacing w:after="40"/>
      </w:pPr>
      <w:r>
        <w:t>[121] Layer: Calculate density: Water points. 67 features (id 7b558d2e-7e39-420e-9603-d53f4706d94e)</w:t>
      </w:r>
    </w:p>
    <w:p>
      <w:pPr>
        <w:spacing w:after="40"/>
      </w:pPr>
      <w:r>
        <w:t>[122] Layer: Calculate density: Camera traps. 95 features (id 087d5d69-2b6f-47bb-9d24-4ebfe7828e43)</w:t>
      </w:r>
    </w:p>
    <w:p>
      <w:pPr>
        <w:spacing w:after="40"/>
      </w:pPr>
      <w:r>
        <w:t>[123] Layer: Calculate density: Wildlife sightings. 3,384 features (id 5109f215-01e5-45df-bd1a-8d7fd591dbd4)</w:t>
      </w:r>
    </w:p>
    <w:p>
      <w:pPr>
        <w:spacing w:after="40"/>
      </w:pPr>
      <w:r>
        <w:t>[124] Layer: Summarize within: Protected areas. 5 features (id 31880463-9414-41cb-b944-378bf5fd3fbd)</w:t>
      </w:r>
    </w:p>
    <w:p>
      <w:pPr>
        <w:spacing w:after="40"/>
      </w:pPr>
      <w:r>
        <w:t>[125] Layer: Summarize within: Protected areas. 5 features (id cd5df3dd-2597-4703-9f13-db82b5b55d6f)</w:t>
      </w:r>
    </w:p>
    <w:p>
      <w:pPr>
        <w:spacing w:after="40"/>
      </w:pPr>
      <w:r>
        <w:t>[126] Layer: Summarize within: Protected areas. 5 features (id 83d77110-e66e-43fa-a592-e7204275b8e2)</w:t>
      </w:r>
    </w:p>
    <w:p>
      <w:pPr>
        <w:spacing w:after="40"/>
      </w:pPr>
      <w:r>
        <w:t>[127] Layer: Find point clusters: Water points. 25 features (id c0112b91-150f-4a55-a360-f76b0bd99a95)</w:t>
      </w:r>
    </w:p>
    <w:p>
      <w:pPr>
        <w:spacing w:after="40"/>
      </w:pPr>
      <w:r>
        <w:t>[128] Layer: Find point clusters: cluster hulls. 1 features (id 24c2763d-d1eb-4805-91d1-cbfd5661bad4)</w:t>
      </w:r>
    </w:p>
    <w:p>
      <w:pPr>
        <w:spacing w:after="40"/>
      </w:pPr>
      <w:r>
        <w:t>[129] Layer: Find point clusters: Camera traps. 40 features (id 4649022a-052c-47f0-b5f3-ea841d10a2ce)</w:t>
      </w:r>
    </w:p>
    <w:p>
      <w:pPr>
        <w:spacing w:after="40"/>
      </w:pPr>
      <w:r>
        <w:t>[130] Layer: Find point clusters: cluster hulls. 2 features (id 69fa523b-63c9-49ac-b08f-33713597df34)</w:t>
      </w:r>
    </w:p>
    <w:p>
      <w:pPr>
        <w:spacing w:after="40"/>
      </w:pPr>
      <w:r>
        <w:t>[131] Layer: Find point clusters: Wildlife sightings. 2,000 features (id 6c25135b-35a1-4dc6-9bad-5e2bb9a95460)</w:t>
      </w:r>
    </w:p>
    <w:p>
      <w:pPr>
        <w:spacing w:after="40"/>
      </w:pPr>
      <w:r>
        <w:t>[132] Layer: Find point clusters: cluster hulls. 10 features (id 7326560f-58fb-4bab-867c-48455d3e5469)</w:t>
      </w:r>
    </w:p>
    <w:p>
      <w:pPr>
        <w:spacing w:after="40"/>
      </w:pPr>
      <w:r>
        <w:t>[133] Layer: NDVI change polygons. 984 features (id d12c4629-9f52-437d-be16-1038367b3ca0)</w:t>
      </w:r>
    </w:p>
    <w:p>
      <w:pPr>
        <w:pStyle w:val="Heading1"/>
      </w:pPr>
      <w:r>
        <w:t>Appendix: the data behind the charts</w:t>
      </w:r>
    </w:p>
    <w:p>
      <w:pPr>
        <w:pStyle w:val="Heading2"/>
      </w:pPr>
      <w:r>
        <w:t>Figure 1. Timeline: events per quarter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2018-01-01</w:t>
            </w:r>
          </w:p>
        </w:tc>
        <w:tc>
          <w:tcPr>
            <w:tcW w:type="dxa" w:w="2880"/>
          </w:tcPr>
          <w:p>
            <w:r>
              <w:t>Wildlife sightings</w:t>
            </w:r>
          </w:p>
        </w:tc>
        <w:tc>
          <w:tcPr>
            <w:tcW w:type="dxa" w:w="2880"/>
          </w:tcPr>
          <w:p>
            <w:r>
              <w:t>0</w:t>
            </w:r>
          </w:p>
        </w:tc>
      </w:tr>
      <w:tr>
        <w:tc>
          <w:tcPr>
            <w:tcW w:type="dxa" w:w="2880"/>
          </w:tcPr>
          <w:p>
            <w:r>
              <w:t>2018-01-01</w:t>
            </w:r>
          </w:p>
        </w:tc>
        <w:tc>
          <w:tcPr>
            <w:tcW w:type="dxa" w:w="2880"/>
          </w:tcPr>
          <w:p>
            <w:r>
              <w:t>Transect counts by year</w:t>
            </w:r>
          </w:p>
        </w:tc>
        <w:tc>
          <w:tcPr>
            <w:tcW w:type="dxa" w:w="2880"/>
          </w:tcPr>
          <w:p>
            <w:r>
              <w:t>32</w:t>
            </w:r>
          </w:p>
        </w:tc>
      </w:tr>
      <w:tr>
        <w:tc>
          <w:tcPr>
            <w:tcW w:type="dxa" w:w="2880"/>
          </w:tcPr>
          <w:p>
            <w:r>
              <w:t>2018-01-01</w:t>
            </w:r>
          </w:p>
        </w:tc>
        <w:tc>
          <w:tcPr>
            <w:tcW w:type="dxa" w:w="2880"/>
          </w:tcPr>
          <w:p>
            <w:r>
              <w:t>Patrol tracks</w:t>
            </w:r>
          </w:p>
        </w:tc>
        <w:tc>
          <w:tcPr>
            <w:tcW w:type="dxa" w:w="2880"/>
          </w:tcPr>
          <w:p>
            <w:r>
              <w:t>0</w:t>
            </w:r>
          </w:p>
        </w:tc>
      </w:tr>
      <w:tr>
        <w:tc>
          <w:tcPr>
            <w:tcW w:type="dxa" w:w="2880"/>
          </w:tcPr>
          <w:p>
            <w:r>
              <w:t>2018-01-01</w:t>
            </w:r>
          </w:p>
        </w:tc>
        <w:tc>
          <w:tcPr>
            <w:tcW w:type="dxa" w:w="2880"/>
          </w:tcPr>
          <w:p>
            <w:r>
              <w:t>Patrol effort by month</w:t>
            </w:r>
          </w:p>
        </w:tc>
        <w:tc>
          <w:tcPr>
            <w:tcW w:type="dxa" w:w="2880"/>
          </w:tcPr>
          <w:p>
            <w:r>
              <w:t>0</w:t>
            </w:r>
          </w:p>
        </w:tc>
      </w:tr>
      <w:tr>
        <w:tc>
          <w:tcPr>
            <w:tcW w:type="dxa" w:w="2880"/>
          </w:tcPr>
          <w:p>
            <w:r>
              <w:t>2018-04-01</w:t>
            </w:r>
          </w:p>
        </w:tc>
        <w:tc>
          <w:tcPr>
            <w:tcW w:type="dxa" w:w="2880"/>
          </w:tcPr>
          <w:p>
            <w:r>
              <w:t>Wildlife sightings</w:t>
            </w:r>
          </w:p>
        </w:tc>
        <w:tc>
          <w:tcPr>
            <w:tcW w:type="dxa" w:w="2880"/>
          </w:tcPr>
          <w:p>
            <w:r>
              <w:t>0</w:t>
            </w:r>
          </w:p>
        </w:tc>
      </w:tr>
      <w:tr>
        <w:tc>
          <w:tcPr>
            <w:tcW w:type="dxa" w:w="2880"/>
          </w:tcPr>
          <w:p>
            <w:r>
              <w:t>2018-04-01</w:t>
            </w:r>
          </w:p>
        </w:tc>
        <w:tc>
          <w:tcPr>
            <w:tcW w:type="dxa" w:w="2880"/>
          </w:tcPr>
          <w:p>
            <w:r>
              <w:t>Transect counts by year</w:t>
            </w:r>
          </w:p>
        </w:tc>
        <w:tc>
          <w:tcPr>
            <w:tcW w:type="dxa" w:w="2880"/>
          </w:tcPr>
          <w:p>
            <w:r>
              <w:t>0</w:t>
            </w:r>
          </w:p>
        </w:tc>
      </w:tr>
      <w:tr>
        <w:tc>
          <w:tcPr>
            <w:tcW w:type="dxa" w:w="2880"/>
          </w:tcPr>
          <w:p>
            <w:r>
              <w:t>2018-04-01</w:t>
            </w:r>
          </w:p>
        </w:tc>
        <w:tc>
          <w:tcPr>
            <w:tcW w:type="dxa" w:w="2880"/>
          </w:tcPr>
          <w:p>
            <w:r>
              <w:t>Patrol tracks</w:t>
            </w:r>
          </w:p>
        </w:tc>
        <w:tc>
          <w:tcPr>
            <w:tcW w:type="dxa" w:w="2880"/>
          </w:tcPr>
          <w:p>
            <w:r>
              <w:t>0</w:t>
            </w:r>
          </w:p>
        </w:tc>
      </w:tr>
      <w:tr>
        <w:tc>
          <w:tcPr>
            <w:tcW w:type="dxa" w:w="2880"/>
          </w:tcPr>
          <w:p>
            <w:r>
              <w:t>2018-04-01</w:t>
            </w:r>
          </w:p>
        </w:tc>
        <w:tc>
          <w:tcPr>
            <w:tcW w:type="dxa" w:w="2880"/>
          </w:tcPr>
          <w:p>
            <w:r>
              <w:t>Patrol effort by month</w:t>
            </w:r>
          </w:p>
        </w:tc>
        <w:tc>
          <w:tcPr>
            <w:tcW w:type="dxa" w:w="2880"/>
          </w:tcPr>
          <w:p>
            <w:r>
              <w:t>0</w:t>
            </w:r>
          </w:p>
        </w:tc>
      </w:tr>
      <w:tr>
        <w:tc>
          <w:tcPr>
            <w:tcW w:type="dxa" w:w="2880"/>
          </w:tcPr>
          <w:p>
            <w:r>
              <w:t>2018-07-01</w:t>
            </w:r>
          </w:p>
        </w:tc>
        <w:tc>
          <w:tcPr>
            <w:tcW w:type="dxa" w:w="2880"/>
          </w:tcPr>
          <w:p>
            <w:r>
              <w:t>Wildlife sightings</w:t>
            </w:r>
          </w:p>
        </w:tc>
        <w:tc>
          <w:tcPr>
            <w:tcW w:type="dxa" w:w="2880"/>
          </w:tcPr>
          <w:p>
            <w:r>
              <w:t>0</w:t>
            </w:r>
          </w:p>
        </w:tc>
      </w:tr>
      <w:tr>
        <w:tc>
          <w:tcPr>
            <w:tcW w:type="dxa" w:w="2880"/>
          </w:tcPr>
          <w:p>
            <w:r>
              <w:t>2018-07-01</w:t>
            </w:r>
          </w:p>
        </w:tc>
        <w:tc>
          <w:tcPr>
            <w:tcW w:type="dxa" w:w="2880"/>
          </w:tcPr>
          <w:p>
            <w:r>
              <w:t>Transect counts by year</w:t>
            </w:r>
          </w:p>
        </w:tc>
        <w:tc>
          <w:tcPr>
            <w:tcW w:type="dxa" w:w="2880"/>
          </w:tcPr>
          <w:p>
            <w:r>
              <w:t>0</w:t>
            </w:r>
          </w:p>
        </w:tc>
      </w:tr>
      <w:tr>
        <w:tc>
          <w:tcPr>
            <w:tcW w:type="dxa" w:w="2880"/>
          </w:tcPr>
          <w:p>
            <w:r>
              <w:t>2018-07-01</w:t>
            </w:r>
          </w:p>
        </w:tc>
        <w:tc>
          <w:tcPr>
            <w:tcW w:type="dxa" w:w="2880"/>
          </w:tcPr>
          <w:p>
            <w:r>
              <w:t>Patrol tracks</w:t>
            </w:r>
          </w:p>
        </w:tc>
        <w:tc>
          <w:tcPr>
            <w:tcW w:type="dxa" w:w="2880"/>
          </w:tcPr>
          <w:p>
            <w:r>
              <w:t>0</w:t>
            </w:r>
          </w:p>
        </w:tc>
      </w:tr>
      <w:tr>
        <w:tc>
          <w:tcPr>
            <w:tcW w:type="dxa" w:w="2880"/>
          </w:tcPr>
          <w:p>
            <w:r>
              <w:t>2018-07-01</w:t>
            </w:r>
          </w:p>
        </w:tc>
        <w:tc>
          <w:tcPr>
            <w:tcW w:type="dxa" w:w="2880"/>
          </w:tcPr>
          <w:p>
            <w:r>
              <w:t>Patrol effort by month</w:t>
            </w:r>
          </w:p>
        </w:tc>
        <w:tc>
          <w:tcPr>
            <w:tcW w:type="dxa" w:w="2880"/>
          </w:tcPr>
          <w:p>
            <w:r>
              <w:t>0</w:t>
            </w:r>
          </w:p>
        </w:tc>
      </w:tr>
      <w:tr>
        <w:tc>
          <w:tcPr>
            <w:tcW w:type="dxa" w:w="2880"/>
          </w:tcPr>
          <w:p>
            <w:r>
              <w:t>2018-10-01</w:t>
            </w:r>
          </w:p>
        </w:tc>
        <w:tc>
          <w:tcPr>
            <w:tcW w:type="dxa" w:w="2880"/>
          </w:tcPr>
          <w:p>
            <w:r>
              <w:t>Wildlife sightings</w:t>
            </w:r>
          </w:p>
        </w:tc>
        <w:tc>
          <w:tcPr>
            <w:tcW w:type="dxa" w:w="2880"/>
          </w:tcPr>
          <w:p>
            <w:r>
              <w:t>0</w:t>
            </w:r>
          </w:p>
        </w:tc>
      </w:tr>
      <w:tr>
        <w:tc>
          <w:tcPr>
            <w:tcW w:type="dxa" w:w="2880"/>
          </w:tcPr>
          <w:p>
            <w:r>
              <w:t>2018-10-01</w:t>
            </w:r>
          </w:p>
        </w:tc>
        <w:tc>
          <w:tcPr>
            <w:tcW w:type="dxa" w:w="2880"/>
          </w:tcPr>
          <w:p>
            <w:r>
              <w:t>Transect counts by year</w:t>
            </w:r>
          </w:p>
        </w:tc>
        <w:tc>
          <w:tcPr>
            <w:tcW w:type="dxa" w:w="2880"/>
          </w:tcPr>
          <w:p>
            <w:r>
              <w:t>0</w:t>
            </w:r>
          </w:p>
        </w:tc>
      </w:tr>
      <w:tr>
        <w:tc>
          <w:tcPr>
            <w:tcW w:type="dxa" w:w="2880"/>
          </w:tcPr>
          <w:p>
            <w:r>
              <w:t>2018-10-01</w:t>
            </w:r>
          </w:p>
        </w:tc>
        <w:tc>
          <w:tcPr>
            <w:tcW w:type="dxa" w:w="2880"/>
          </w:tcPr>
          <w:p>
            <w:r>
              <w:t>Patrol tracks</w:t>
            </w:r>
          </w:p>
        </w:tc>
        <w:tc>
          <w:tcPr>
            <w:tcW w:type="dxa" w:w="2880"/>
          </w:tcPr>
          <w:p>
            <w:r>
              <w:t>0</w:t>
            </w:r>
          </w:p>
        </w:tc>
      </w:tr>
      <w:tr>
        <w:tc>
          <w:tcPr>
            <w:tcW w:type="dxa" w:w="2880"/>
          </w:tcPr>
          <w:p>
            <w:r>
              <w:t>2018-10-01</w:t>
            </w:r>
          </w:p>
        </w:tc>
        <w:tc>
          <w:tcPr>
            <w:tcW w:type="dxa" w:w="2880"/>
          </w:tcPr>
          <w:p>
            <w:r>
              <w:t>Patrol effort by month</w:t>
            </w:r>
          </w:p>
        </w:tc>
        <w:tc>
          <w:tcPr>
            <w:tcW w:type="dxa" w:w="2880"/>
          </w:tcPr>
          <w:p>
            <w:r>
              <w:t>0</w:t>
            </w:r>
          </w:p>
        </w:tc>
      </w:tr>
      <w:tr>
        <w:tc>
          <w:tcPr>
            <w:tcW w:type="dxa" w:w="2880"/>
          </w:tcPr>
          <w:p>
            <w:r>
              <w:t>2019-01-01</w:t>
            </w:r>
          </w:p>
        </w:tc>
        <w:tc>
          <w:tcPr>
            <w:tcW w:type="dxa" w:w="2880"/>
          </w:tcPr>
          <w:p>
            <w:r>
              <w:t>Wildlife sightings</w:t>
            </w:r>
          </w:p>
        </w:tc>
        <w:tc>
          <w:tcPr>
            <w:tcW w:type="dxa" w:w="2880"/>
          </w:tcPr>
          <w:p>
            <w:r>
              <w:t>0</w:t>
            </w:r>
          </w:p>
        </w:tc>
      </w:tr>
      <w:tr>
        <w:tc>
          <w:tcPr>
            <w:tcW w:type="dxa" w:w="2880"/>
          </w:tcPr>
          <w:p>
            <w:r>
              <w:t>2019-01-01</w:t>
            </w:r>
          </w:p>
        </w:tc>
        <w:tc>
          <w:tcPr>
            <w:tcW w:type="dxa" w:w="2880"/>
          </w:tcPr>
          <w:p>
            <w:r>
              <w:t>Transect counts by year</w:t>
            </w:r>
          </w:p>
        </w:tc>
        <w:tc>
          <w:tcPr>
            <w:tcW w:type="dxa" w:w="2880"/>
          </w:tcPr>
          <w:p>
            <w:r>
              <w:t>32</w:t>
            </w:r>
          </w:p>
        </w:tc>
      </w:tr>
      <w:tr>
        <w:tc>
          <w:tcPr>
            <w:tcW w:type="dxa" w:w="2880"/>
          </w:tcPr>
          <w:p>
            <w:r>
              <w:t>2019-01-01</w:t>
            </w:r>
          </w:p>
        </w:tc>
        <w:tc>
          <w:tcPr>
            <w:tcW w:type="dxa" w:w="2880"/>
          </w:tcPr>
          <w:p>
            <w:r>
              <w:t>Patrol tracks</w:t>
            </w:r>
          </w:p>
        </w:tc>
        <w:tc>
          <w:tcPr>
            <w:tcW w:type="dxa" w:w="2880"/>
          </w:tcPr>
          <w:p>
            <w:r>
              <w:t>0</w:t>
            </w:r>
          </w:p>
        </w:tc>
      </w:tr>
      <w:tr>
        <w:tc>
          <w:tcPr>
            <w:tcW w:type="dxa" w:w="2880"/>
          </w:tcPr>
          <w:p>
            <w:r>
              <w:t>2019-01-01</w:t>
            </w:r>
          </w:p>
        </w:tc>
        <w:tc>
          <w:tcPr>
            <w:tcW w:type="dxa" w:w="2880"/>
          </w:tcPr>
          <w:p>
            <w:r>
              <w:t>Patrol effort by month</w:t>
            </w:r>
          </w:p>
        </w:tc>
        <w:tc>
          <w:tcPr>
            <w:tcW w:type="dxa" w:w="2880"/>
          </w:tcPr>
          <w:p>
            <w:r>
              <w:t>0</w:t>
            </w:r>
          </w:p>
        </w:tc>
      </w:tr>
      <w:tr>
        <w:tc>
          <w:tcPr>
            <w:tcW w:type="dxa" w:w="2880"/>
          </w:tcPr>
          <w:p>
            <w:r>
              <w:t>2019-04-01</w:t>
            </w:r>
          </w:p>
        </w:tc>
        <w:tc>
          <w:tcPr>
            <w:tcW w:type="dxa" w:w="2880"/>
          </w:tcPr>
          <w:p>
            <w:r>
              <w:t>Wildlife sightings</w:t>
            </w:r>
          </w:p>
        </w:tc>
        <w:tc>
          <w:tcPr>
            <w:tcW w:type="dxa" w:w="2880"/>
          </w:tcPr>
          <w:p>
            <w:r>
              <w:t>0</w:t>
            </w:r>
          </w:p>
        </w:tc>
      </w:tr>
      <w:tr>
        <w:tc>
          <w:tcPr>
            <w:tcW w:type="dxa" w:w="2880"/>
          </w:tcPr>
          <w:p>
            <w:r>
              <w:t>2019-04-01</w:t>
            </w:r>
          </w:p>
        </w:tc>
        <w:tc>
          <w:tcPr>
            <w:tcW w:type="dxa" w:w="2880"/>
          </w:tcPr>
          <w:p>
            <w:r>
              <w:t>Transect counts by year</w:t>
            </w:r>
          </w:p>
        </w:tc>
        <w:tc>
          <w:tcPr>
            <w:tcW w:type="dxa" w:w="2880"/>
          </w:tcPr>
          <w:p>
            <w:r>
              <w:t>0</w:t>
            </w:r>
          </w:p>
        </w:tc>
      </w:tr>
      <w:tr>
        <w:tc>
          <w:tcPr>
            <w:tcW w:type="dxa" w:w="2880"/>
          </w:tcPr>
          <w:p>
            <w:r>
              <w:t>2019-04-01</w:t>
            </w:r>
          </w:p>
        </w:tc>
        <w:tc>
          <w:tcPr>
            <w:tcW w:type="dxa" w:w="2880"/>
          </w:tcPr>
          <w:p>
            <w:r>
              <w:t>Patrol tracks</w:t>
            </w:r>
          </w:p>
        </w:tc>
        <w:tc>
          <w:tcPr>
            <w:tcW w:type="dxa" w:w="2880"/>
          </w:tcPr>
          <w:p>
            <w:r>
              <w:t>0</w:t>
            </w:r>
          </w:p>
        </w:tc>
      </w:tr>
      <w:tr>
        <w:tc>
          <w:tcPr>
            <w:tcW w:type="dxa" w:w="2880"/>
          </w:tcPr>
          <w:p>
            <w:r>
              <w:t>2019-04-01</w:t>
            </w:r>
          </w:p>
        </w:tc>
        <w:tc>
          <w:tcPr>
            <w:tcW w:type="dxa" w:w="2880"/>
          </w:tcPr>
          <w:p>
            <w:r>
              <w:t>Patrol effort by month</w:t>
            </w:r>
          </w:p>
        </w:tc>
        <w:tc>
          <w:tcPr>
            <w:tcW w:type="dxa" w:w="2880"/>
          </w:tcPr>
          <w:p>
            <w:r>
              <w:t>0</w:t>
            </w:r>
          </w:p>
        </w:tc>
      </w:tr>
      <w:tr>
        <w:tc>
          <w:tcPr>
            <w:tcW w:type="dxa" w:w="2880"/>
          </w:tcPr>
          <w:p>
            <w:r>
              <w:t>2019-07-01</w:t>
            </w:r>
          </w:p>
        </w:tc>
        <w:tc>
          <w:tcPr>
            <w:tcW w:type="dxa" w:w="2880"/>
          </w:tcPr>
          <w:p>
            <w:r>
              <w:t>Wildlife sightings</w:t>
            </w:r>
          </w:p>
        </w:tc>
        <w:tc>
          <w:tcPr>
            <w:tcW w:type="dxa" w:w="2880"/>
          </w:tcPr>
          <w:p>
            <w:r>
              <w:t>0</w:t>
            </w:r>
          </w:p>
        </w:tc>
      </w:tr>
      <w:tr>
        <w:tc>
          <w:tcPr>
            <w:tcW w:type="dxa" w:w="2880"/>
          </w:tcPr>
          <w:p>
            <w:r>
              <w:t>2019-07-01</w:t>
            </w:r>
          </w:p>
        </w:tc>
        <w:tc>
          <w:tcPr>
            <w:tcW w:type="dxa" w:w="2880"/>
          </w:tcPr>
          <w:p>
            <w:r>
              <w:t>Transect counts by year</w:t>
            </w:r>
          </w:p>
        </w:tc>
        <w:tc>
          <w:tcPr>
            <w:tcW w:type="dxa" w:w="2880"/>
          </w:tcPr>
          <w:p>
            <w:r>
              <w:t>0</w:t>
            </w:r>
          </w:p>
        </w:tc>
      </w:tr>
      <w:tr>
        <w:tc>
          <w:tcPr>
            <w:tcW w:type="dxa" w:w="2880"/>
          </w:tcPr>
          <w:p>
            <w:r>
              <w:t>2019-07-01</w:t>
            </w:r>
          </w:p>
        </w:tc>
        <w:tc>
          <w:tcPr>
            <w:tcW w:type="dxa" w:w="2880"/>
          </w:tcPr>
          <w:p>
            <w:r>
              <w:t>Patrol tracks</w:t>
            </w:r>
          </w:p>
        </w:tc>
        <w:tc>
          <w:tcPr>
            <w:tcW w:type="dxa" w:w="2880"/>
          </w:tcPr>
          <w:p>
            <w:r>
              <w:t>0</w:t>
            </w:r>
          </w:p>
        </w:tc>
      </w:tr>
      <w:tr>
        <w:tc>
          <w:tcPr>
            <w:tcW w:type="dxa" w:w="2880"/>
          </w:tcPr>
          <w:p>
            <w:r>
              <w:t>2019-07-01</w:t>
            </w:r>
          </w:p>
        </w:tc>
        <w:tc>
          <w:tcPr>
            <w:tcW w:type="dxa" w:w="2880"/>
          </w:tcPr>
          <w:p>
            <w:r>
              <w:t>Patrol effort by month</w:t>
            </w:r>
          </w:p>
        </w:tc>
        <w:tc>
          <w:tcPr>
            <w:tcW w:type="dxa" w:w="2880"/>
          </w:tcPr>
          <w:p>
            <w:r>
              <w:t>0</w:t>
            </w:r>
          </w:p>
        </w:tc>
      </w:tr>
      <w:tr>
        <w:tc>
          <w:tcPr>
            <w:tcW w:type="dxa" w:w="2880"/>
          </w:tcPr>
          <w:p>
            <w:r>
              <w:t>2019-10-01</w:t>
            </w:r>
          </w:p>
        </w:tc>
        <w:tc>
          <w:tcPr>
            <w:tcW w:type="dxa" w:w="2880"/>
          </w:tcPr>
          <w:p>
            <w:r>
              <w:t>Wildlife sightings</w:t>
            </w:r>
          </w:p>
        </w:tc>
        <w:tc>
          <w:tcPr>
            <w:tcW w:type="dxa" w:w="2880"/>
          </w:tcPr>
          <w:p>
            <w:r>
              <w:t>0</w:t>
            </w:r>
          </w:p>
        </w:tc>
      </w:tr>
      <w:tr>
        <w:tc>
          <w:tcPr>
            <w:tcW w:type="dxa" w:w="2880"/>
          </w:tcPr>
          <w:p>
            <w:r>
              <w:t>2019-10-01</w:t>
            </w:r>
          </w:p>
        </w:tc>
        <w:tc>
          <w:tcPr>
            <w:tcW w:type="dxa" w:w="2880"/>
          </w:tcPr>
          <w:p>
            <w:r>
              <w:t>Transect counts by year</w:t>
            </w:r>
          </w:p>
        </w:tc>
        <w:tc>
          <w:tcPr>
            <w:tcW w:type="dxa" w:w="2880"/>
          </w:tcPr>
          <w:p>
            <w:r>
              <w:t>0</w:t>
            </w:r>
          </w:p>
        </w:tc>
      </w:tr>
      <w:tr>
        <w:tc>
          <w:tcPr>
            <w:tcW w:type="dxa" w:w="2880"/>
          </w:tcPr>
          <w:p>
            <w:r>
              <w:t>2019-10-01</w:t>
            </w:r>
          </w:p>
        </w:tc>
        <w:tc>
          <w:tcPr>
            <w:tcW w:type="dxa" w:w="2880"/>
          </w:tcPr>
          <w:p>
            <w:r>
              <w:t>Patrol tracks</w:t>
            </w:r>
          </w:p>
        </w:tc>
        <w:tc>
          <w:tcPr>
            <w:tcW w:type="dxa" w:w="2880"/>
          </w:tcPr>
          <w:p>
            <w:r>
              <w:t>0</w:t>
            </w:r>
          </w:p>
        </w:tc>
      </w:tr>
      <w:tr>
        <w:tc>
          <w:tcPr>
            <w:tcW w:type="dxa" w:w="2880"/>
          </w:tcPr>
          <w:p>
            <w:r>
              <w:t>2019-10-01</w:t>
            </w:r>
          </w:p>
        </w:tc>
        <w:tc>
          <w:tcPr>
            <w:tcW w:type="dxa" w:w="2880"/>
          </w:tcPr>
          <w:p>
            <w:r>
              <w:t>Patrol effort by month</w:t>
            </w:r>
          </w:p>
        </w:tc>
        <w:tc>
          <w:tcPr>
            <w:tcW w:type="dxa" w:w="2880"/>
          </w:tcPr>
          <w:p>
            <w:r>
              <w:t>0</w:t>
            </w:r>
          </w:p>
        </w:tc>
      </w:tr>
      <w:tr>
        <w:tc>
          <w:tcPr>
            <w:tcW w:type="dxa" w:w="2880"/>
          </w:tcPr>
          <w:p>
            <w:r>
              <w:t>2020-01-01</w:t>
            </w:r>
          </w:p>
        </w:tc>
        <w:tc>
          <w:tcPr>
            <w:tcW w:type="dxa" w:w="2880"/>
          </w:tcPr>
          <w:p>
            <w:r>
              <w:t>Wildlife sightings</w:t>
            </w:r>
          </w:p>
        </w:tc>
        <w:tc>
          <w:tcPr>
            <w:tcW w:type="dxa" w:w="2880"/>
          </w:tcPr>
          <w:p>
            <w:r>
              <w:t>50</w:t>
            </w:r>
          </w:p>
        </w:tc>
      </w:tr>
      <w:tr>
        <w:tc>
          <w:tcPr>
            <w:tcW w:type="dxa" w:w="2880"/>
          </w:tcPr>
          <w:p>
            <w:r>
              <w:t>2020-01-01</w:t>
            </w:r>
          </w:p>
        </w:tc>
        <w:tc>
          <w:tcPr>
            <w:tcW w:type="dxa" w:w="2880"/>
          </w:tcPr>
          <w:p>
            <w:r>
              <w:t>Transect counts by year</w:t>
            </w:r>
          </w:p>
        </w:tc>
        <w:tc>
          <w:tcPr>
            <w:tcW w:type="dxa" w:w="2880"/>
          </w:tcPr>
          <w:p>
            <w:r>
              <w:t>32</w:t>
            </w:r>
          </w:p>
        </w:tc>
      </w:tr>
      <w:tr>
        <w:tc>
          <w:tcPr>
            <w:tcW w:type="dxa" w:w="2880"/>
          </w:tcPr>
          <w:p>
            <w:r>
              <w:t>2020-01-01</w:t>
            </w:r>
          </w:p>
        </w:tc>
        <w:tc>
          <w:tcPr>
            <w:tcW w:type="dxa" w:w="2880"/>
          </w:tcPr>
          <w:p>
            <w:r>
              <w:t>Patrol tracks</w:t>
            </w:r>
          </w:p>
        </w:tc>
        <w:tc>
          <w:tcPr>
            <w:tcW w:type="dxa" w:w="2880"/>
          </w:tcPr>
          <w:p>
            <w:r>
              <w:t>0</w:t>
            </w:r>
          </w:p>
        </w:tc>
      </w:tr>
      <w:tr>
        <w:tc>
          <w:tcPr>
            <w:tcW w:type="dxa" w:w="2880"/>
          </w:tcPr>
          <w:p>
            <w:r>
              <w:t>2020-01-01</w:t>
            </w:r>
          </w:p>
        </w:tc>
        <w:tc>
          <w:tcPr>
            <w:tcW w:type="dxa" w:w="2880"/>
          </w:tcPr>
          <w:p>
            <w:r>
              <w:t>Patrol effort by month</w:t>
            </w:r>
          </w:p>
        </w:tc>
        <w:tc>
          <w:tcPr>
            <w:tcW w:type="dxa" w:w="2880"/>
          </w:tcPr>
          <w:p>
            <w:r>
              <w:t>0</w:t>
            </w:r>
          </w:p>
        </w:tc>
      </w:tr>
      <w:tr>
        <w:tc>
          <w:tcPr>
            <w:tcW w:type="dxa" w:w="2880"/>
          </w:tcPr>
          <w:p>
            <w:r>
              <w:t>2020-04-01</w:t>
            </w:r>
          </w:p>
        </w:tc>
        <w:tc>
          <w:tcPr>
            <w:tcW w:type="dxa" w:w="2880"/>
          </w:tcPr>
          <w:p>
            <w:r>
              <w:t>Wildlife sightings</w:t>
            </w:r>
          </w:p>
        </w:tc>
        <w:tc>
          <w:tcPr>
            <w:tcW w:type="dxa" w:w="2880"/>
          </w:tcPr>
          <w:p>
            <w:r>
              <w:t>56</w:t>
            </w:r>
          </w:p>
        </w:tc>
      </w:tr>
      <w:tr>
        <w:tc>
          <w:tcPr>
            <w:tcW w:type="dxa" w:w="2880"/>
          </w:tcPr>
          <w:p>
            <w:r>
              <w:t>2020-04-01</w:t>
            </w:r>
          </w:p>
        </w:tc>
        <w:tc>
          <w:tcPr>
            <w:tcW w:type="dxa" w:w="2880"/>
          </w:tcPr>
          <w:p>
            <w:r>
              <w:t>Transect counts by year</w:t>
            </w:r>
          </w:p>
        </w:tc>
        <w:tc>
          <w:tcPr>
            <w:tcW w:type="dxa" w:w="2880"/>
          </w:tcPr>
          <w:p>
            <w:r>
              <w:t>0</w:t>
            </w:r>
          </w:p>
        </w:tc>
      </w:tr>
      <w:tr>
        <w:tc>
          <w:tcPr>
            <w:tcW w:type="dxa" w:w="2880"/>
          </w:tcPr>
          <w:p>
            <w:r>
              <w:t>2020-04-01</w:t>
            </w:r>
          </w:p>
        </w:tc>
        <w:tc>
          <w:tcPr>
            <w:tcW w:type="dxa" w:w="2880"/>
          </w:tcPr>
          <w:p>
            <w:r>
              <w:t>Patrol tracks</w:t>
            </w:r>
          </w:p>
        </w:tc>
        <w:tc>
          <w:tcPr>
            <w:tcW w:type="dxa" w:w="2880"/>
          </w:tcPr>
          <w:p>
            <w:r>
              <w:t>0</w:t>
            </w:r>
          </w:p>
        </w:tc>
      </w:tr>
      <w:tr>
        <w:tc>
          <w:tcPr>
            <w:tcW w:type="dxa" w:w="2880"/>
          </w:tcPr>
          <w:p>
            <w:r>
              <w:t>2020-04-01</w:t>
            </w:r>
          </w:p>
        </w:tc>
        <w:tc>
          <w:tcPr>
            <w:tcW w:type="dxa" w:w="2880"/>
          </w:tcPr>
          <w:p>
            <w:r>
              <w:t>Patrol effort by month</w:t>
            </w:r>
          </w:p>
        </w:tc>
        <w:tc>
          <w:tcPr>
            <w:tcW w:type="dxa" w:w="2880"/>
          </w:tcPr>
          <w:p>
            <w:r>
              <w:t>0</w:t>
            </w:r>
          </w:p>
        </w:tc>
      </w:tr>
      <w:tr>
        <w:tc>
          <w:tcPr>
            <w:tcW w:type="dxa" w:w="2880"/>
          </w:tcPr>
          <w:p>
            <w:r>
              <w:t>2020-07-01</w:t>
            </w:r>
          </w:p>
        </w:tc>
        <w:tc>
          <w:tcPr>
            <w:tcW w:type="dxa" w:w="2880"/>
          </w:tcPr>
          <w:p>
            <w:r>
              <w:t>Wildlife sightings</w:t>
            </w:r>
          </w:p>
        </w:tc>
        <w:tc>
          <w:tcPr>
            <w:tcW w:type="dxa" w:w="2880"/>
          </w:tcPr>
          <w:p>
            <w:r>
              <w:t>101</w:t>
            </w:r>
          </w:p>
        </w:tc>
      </w:tr>
      <w:tr>
        <w:tc>
          <w:tcPr>
            <w:tcW w:type="dxa" w:w="2880"/>
          </w:tcPr>
          <w:p>
            <w:r>
              <w:t>2020-07-01</w:t>
            </w:r>
          </w:p>
        </w:tc>
        <w:tc>
          <w:tcPr>
            <w:tcW w:type="dxa" w:w="2880"/>
          </w:tcPr>
          <w:p>
            <w:r>
              <w:t>Transect counts by year</w:t>
            </w:r>
          </w:p>
        </w:tc>
        <w:tc>
          <w:tcPr>
            <w:tcW w:type="dxa" w:w="2880"/>
          </w:tcPr>
          <w:p>
            <w:r>
              <w:t>0</w:t>
            </w:r>
          </w:p>
        </w:tc>
      </w:tr>
      <w:tr>
        <w:tc>
          <w:tcPr>
            <w:tcW w:type="dxa" w:w="2880"/>
          </w:tcPr>
          <w:p>
            <w:r>
              <w:t>2020-07-01</w:t>
            </w:r>
          </w:p>
        </w:tc>
        <w:tc>
          <w:tcPr>
            <w:tcW w:type="dxa" w:w="2880"/>
          </w:tcPr>
          <w:p>
            <w:r>
              <w:t>Patrol tracks</w:t>
            </w:r>
          </w:p>
        </w:tc>
        <w:tc>
          <w:tcPr>
            <w:tcW w:type="dxa" w:w="2880"/>
          </w:tcPr>
          <w:p>
            <w:r>
              <w:t>0</w:t>
            </w:r>
          </w:p>
        </w:tc>
      </w:tr>
      <w:tr>
        <w:tc>
          <w:tcPr>
            <w:tcW w:type="dxa" w:w="2880"/>
          </w:tcPr>
          <w:p>
            <w:r>
              <w:t>2020-07-01</w:t>
            </w:r>
          </w:p>
        </w:tc>
        <w:tc>
          <w:tcPr>
            <w:tcW w:type="dxa" w:w="2880"/>
          </w:tcPr>
          <w:p>
            <w:r>
              <w:t>Patrol effort by month</w:t>
            </w:r>
          </w:p>
        </w:tc>
        <w:tc>
          <w:tcPr>
            <w:tcW w:type="dxa" w:w="2880"/>
          </w:tcPr>
          <w:p>
            <w:r>
              <w:t>0</w:t>
            </w:r>
          </w:p>
        </w:tc>
      </w:tr>
      <w:tr>
        <w:tc>
          <w:tcPr>
            <w:tcW w:type="dxa" w:w="2880"/>
          </w:tcPr>
          <w:p>
            <w:r>
              <w:t>2020-10-01</w:t>
            </w:r>
          </w:p>
        </w:tc>
        <w:tc>
          <w:tcPr>
            <w:tcW w:type="dxa" w:w="2880"/>
          </w:tcPr>
          <w:p>
            <w:r>
              <w:t>Wildlife sightings</w:t>
            </w:r>
          </w:p>
        </w:tc>
        <w:tc>
          <w:tcPr>
            <w:tcW w:type="dxa" w:w="2880"/>
          </w:tcPr>
          <w:p>
            <w:r>
              <w:t>82</w:t>
            </w:r>
          </w:p>
        </w:tc>
      </w:tr>
      <w:tr>
        <w:tc>
          <w:tcPr>
            <w:tcW w:type="dxa" w:w="2880"/>
          </w:tcPr>
          <w:p>
            <w:r>
              <w:t>2020-10-01</w:t>
            </w:r>
          </w:p>
        </w:tc>
        <w:tc>
          <w:tcPr>
            <w:tcW w:type="dxa" w:w="2880"/>
          </w:tcPr>
          <w:p>
            <w:r>
              <w:t>Transect counts by year</w:t>
            </w:r>
          </w:p>
        </w:tc>
        <w:tc>
          <w:tcPr>
            <w:tcW w:type="dxa" w:w="2880"/>
          </w:tcPr>
          <w:p>
            <w:r>
              <w:t>0</w:t>
            </w:r>
          </w:p>
        </w:tc>
      </w:tr>
      <w:tr>
        <w:tc>
          <w:tcPr>
            <w:tcW w:type="dxa" w:w="2880"/>
          </w:tcPr>
          <w:p>
            <w:r>
              <w:t>2020-10-01</w:t>
            </w:r>
          </w:p>
        </w:tc>
        <w:tc>
          <w:tcPr>
            <w:tcW w:type="dxa" w:w="2880"/>
          </w:tcPr>
          <w:p>
            <w:r>
              <w:t>Patrol tracks</w:t>
            </w:r>
          </w:p>
        </w:tc>
        <w:tc>
          <w:tcPr>
            <w:tcW w:type="dxa" w:w="2880"/>
          </w:tcPr>
          <w:p>
            <w:r>
              <w:t>0</w:t>
            </w:r>
          </w:p>
        </w:tc>
      </w:tr>
      <w:tr>
        <w:tc>
          <w:tcPr>
            <w:tcW w:type="dxa" w:w="2880"/>
          </w:tcPr>
          <w:p>
            <w:r>
              <w:t>2020-10-01</w:t>
            </w:r>
          </w:p>
        </w:tc>
        <w:tc>
          <w:tcPr>
            <w:tcW w:type="dxa" w:w="2880"/>
          </w:tcPr>
          <w:p>
            <w:r>
              <w:t>Patrol effort by month</w:t>
            </w:r>
          </w:p>
        </w:tc>
        <w:tc>
          <w:tcPr>
            <w:tcW w:type="dxa" w:w="2880"/>
          </w:tcPr>
          <w:p>
            <w:r>
              <w:t>0</w:t>
            </w:r>
          </w:p>
        </w:tc>
      </w:tr>
      <w:tr>
        <w:tc>
          <w:tcPr>
            <w:tcW w:type="dxa" w:w="2880"/>
          </w:tcPr>
          <w:p>
            <w:r>
              <w:t>2021-01-01</w:t>
            </w:r>
          </w:p>
        </w:tc>
        <w:tc>
          <w:tcPr>
            <w:tcW w:type="dxa" w:w="2880"/>
          </w:tcPr>
          <w:p>
            <w:r>
              <w:t>Wildlife sightings</w:t>
            </w:r>
          </w:p>
        </w:tc>
        <w:tc>
          <w:tcPr>
            <w:tcW w:type="dxa" w:w="2880"/>
          </w:tcPr>
          <w:p>
            <w:r>
              <w:t>61</w:t>
            </w:r>
          </w:p>
        </w:tc>
      </w:tr>
      <w:tr>
        <w:tc>
          <w:tcPr>
            <w:tcW w:type="dxa" w:w="2880"/>
          </w:tcPr>
          <w:p>
            <w:r>
              <w:t>2021-01-01</w:t>
            </w:r>
          </w:p>
        </w:tc>
        <w:tc>
          <w:tcPr>
            <w:tcW w:type="dxa" w:w="2880"/>
          </w:tcPr>
          <w:p>
            <w:r>
              <w:t>Transect counts by year</w:t>
            </w:r>
          </w:p>
        </w:tc>
        <w:tc>
          <w:tcPr>
            <w:tcW w:type="dxa" w:w="2880"/>
          </w:tcPr>
          <w:p>
            <w:r>
              <w:t>32</w:t>
            </w:r>
          </w:p>
        </w:tc>
      </w:tr>
      <w:tr>
        <w:tc>
          <w:tcPr>
            <w:tcW w:type="dxa" w:w="2880"/>
          </w:tcPr>
          <w:p>
            <w:r>
              <w:t>2021-01-01</w:t>
            </w:r>
          </w:p>
        </w:tc>
        <w:tc>
          <w:tcPr>
            <w:tcW w:type="dxa" w:w="2880"/>
          </w:tcPr>
          <w:p>
            <w:r>
              <w:t>Patrol tracks</w:t>
            </w:r>
          </w:p>
        </w:tc>
        <w:tc>
          <w:tcPr>
            <w:tcW w:type="dxa" w:w="2880"/>
          </w:tcPr>
          <w:p>
            <w:r>
              <w:t>0</w:t>
            </w:r>
          </w:p>
        </w:tc>
      </w:tr>
      <w:tr>
        <w:tc>
          <w:tcPr>
            <w:tcW w:type="dxa" w:w="2880"/>
          </w:tcPr>
          <w:p>
            <w:r>
              <w:t>2021-01-01</w:t>
            </w:r>
          </w:p>
        </w:tc>
        <w:tc>
          <w:tcPr>
            <w:tcW w:type="dxa" w:w="2880"/>
          </w:tcPr>
          <w:p>
            <w:r>
              <w:t>Patrol effort by month</w:t>
            </w:r>
          </w:p>
        </w:tc>
        <w:tc>
          <w:tcPr>
            <w:tcW w:type="dxa" w:w="2880"/>
          </w:tcPr>
          <w:p>
            <w:r>
              <w:t>0</w:t>
            </w:r>
          </w:p>
        </w:tc>
      </w:tr>
      <w:tr>
        <w:tc>
          <w:tcPr>
            <w:tcW w:type="dxa" w:w="2880"/>
          </w:tcPr>
          <w:p>
            <w:r>
              <w:t>2021-04-01</w:t>
            </w:r>
          </w:p>
        </w:tc>
        <w:tc>
          <w:tcPr>
            <w:tcW w:type="dxa" w:w="2880"/>
          </w:tcPr>
          <w:p>
            <w:r>
              <w:t>Wildlife sightings</w:t>
            </w:r>
          </w:p>
        </w:tc>
        <w:tc>
          <w:tcPr>
            <w:tcW w:type="dxa" w:w="2880"/>
          </w:tcPr>
          <w:p>
            <w:r>
              <w:t>91</w:t>
            </w:r>
          </w:p>
        </w:tc>
      </w:tr>
      <w:tr>
        <w:tc>
          <w:tcPr>
            <w:tcW w:type="dxa" w:w="2880"/>
          </w:tcPr>
          <w:p>
            <w:r>
              <w:t>2021-04-01</w:t>
            </w:r>
          </w:p>
        </w:tc>
        <w:tc>
          <w:tcPr>
            <w:tcW w:type="dxa" w:w="2880"/>
          </w:tcPr>
          <w:p>
            <w:r>
              <w:t>Transect counts by year</w:t>
            </w:r>
          </w:p>
        </w:tc>
        <w:tc>
          <w:tcPr>
            <w:tcW w:type="dxa" w:w="2880"/>
          </w:tcPr>
          <w:p>
            <w:r>
              <w:t>0</w:t>
            </w:r>
          </w:p>
        </w:tc>
      </w:tr>
      <w:tr>
        <w:tc>
          <w:tcPr>
            <w:tcW w:type="dxa" w:w="2880"/>
          </w:tcPr>
          <w:p>
            <w:r>
              <w:t>2021-04-01</w:t>
            </w:r>
          </w:p>
        </w:tc>
        <w:tc>
          <w:tcPr>
            <w:tcW w:type="dxa" w:w="2880"/>
          </w:tcPr>
          <w:p>
            <w:r>
              <w:t>Patrol tracks</w:t>
            </w:r>
          </w:p>
        </w:tc>
        <w:tc>
          <w:tcPr>
            <w:tcW w:type="dxa" w:w="2880"/>
          </w:tcPr>
          <w:p>
            <w:r>
              <w:t>0</w:t>
            </w:r>
          </w:p>
        </w:tc>
      </w:tr>
      <w:tr>
        <w:tc>
          <w:tcPr>
            <w:tcW w:type="dxa" w:w="2880"/>
          </w:tcPr>
          <w:p>
            <w:r>
              <w:t>2021-04-01</w:t>
            </w:r>
          </w:p>
        </w:tc>
        <w:tc>
          <w:tcPr>
            <w:tcW w:type="dxa" w:w="2880"/>
          </w:tcPr>
          <w:p>
            <w:r>
              <w:t>Patrol effort by month</w:t>
            </w:r>
          </w:p>
        </w:tc>
        <w:tc>
          <w:tcPr>
            <w:tcW w:type="dxa" w:w="2880"/>
          </w:tcPr>
          <w:p>
            <w:r>
              <w:t>0</w:t>
            </w:r>
          </w:p>
        </w:tc>
      </w:tr>
      <w:tr>
        <w:tc>
          <w:tcPr>
            <w:tcW w:type="dxa" w:w="2880"/>
          </w:tcPr>
          <w:p>
            <w:r>
              <w:t>2021-07-01</w:t>
            </w:r>
          </w:p>
        </w:tc>
        <w:tc>
          <w:tcPr>
            <w:tcW w:type="dxa" w:w="2880"/>
          </w:tcPr>
          <w:p>
            <w:r>
              <w:t>Wildlife sightings</w:t>
            </w:r>
          </w:p>
        </w:tc>
        <w:tc>
          <w:tcPr>
            <w:tcW w:type="dxa" w:w="2880"/>
          </w:tcPr>
          <w:p>
            <w:r>
              <w:t>108</w:t>
            </w:r>
          </w:p>
        </w:tc>
      </w:tr>
      <w:tr>
        <w:tc>
          <w:tcPr>
            <w:tcW w:type="dxa" w:w="2880"/>
          </w:tcPr>
          <w:p>
            <w:r>
              <w:t>2021-07-01</w:t>
            </w:r>
          </w:p>
        </w:tc>
        <w:tc>
          <w:tcPr>
            <w:tcW w:type="dxa" w:w="2880"/>
          </w:tcPr>
          <w:p>
            <w:r>
              <w:t>Transect counts by year</w:t>
            </w:r>
          </w:p>
        </w:tc>
        <w:tc>
          <w:tcPr>
            <w:tcW w:type="dxa" w:w="2880"/>
          </w:tcPr>
          <w:p>
            <w:r>
              <w:t>0</w:t>
            </w:r>
          </w:p>
        </w:tc>
      </w:tr>
      <w:tr>
        <w:tc>
          <w:tcPr>
            <w:tcW w:type="dxa" w:w="2880"/>
          </w:tcPr>
          <w:p>
            <w:r>
              <w:t>2021-07-01</w:t>
            </w:r>
          </w:p>
        </w:tc>
        <w:tc>
          <w:tcPr>
            <w:tcW w:type="dxa" w:w="2880"/>
          </w:tcPr>
          <w:p>
            <w:r>
              <w:t>Patrol tracks</w:t>
            </w:r>
          </w:p>
        </w:tc>
        <w:tc>
          <w:tcPr>
            <w:tcW w:type="dxa" w:w="2880"/>
          </w:tcPr>
          <w:p>
            <w:r>
              <w:t>0</w:t>
            </w:r>
          </w:p>
        </w:tc>
      </w:tr>
      <w:tr>
        <w:tc>
          <w:tcPr>
            <w:tcW w:type="dxa" w:w="2880"/>
          </w:tcPr>
          <w:p>
            <w:r>
              <w:t>2021-07-01</w:t>
            </w:r>
          </w:p>
        </w:tc>
        <w:tc>
          <w:tcPr>
            <w:tcW w:type="dxa" w:w="2880"/>
          </w:tcPr>
          <w:p>
            <w:r>
              <w:t>Patrol effort by month</w:t>
            </w:r>
          </w:p>
        </w:tc>
        <w:tc>
          <w:tcPr>
            <w:tcW w:type="dxa" w:w="2880"/>
          </w:tcPr>
          <w:p>
            <w:r>
              <w:t>0</w:t>
            </w:r>
          </w:p>
        </w:tc>
      </w:tr>
      <w:tr>
        <w:tc>
          <w:tcPr>
            <w:tcW w:type="dxa" w:w="2880"/>
          </w:tcPr>
          <w:p>
            <w:r>
              <w:t>2021-10-01</w:t>
            </w:r>
          </w:p>
        </w:tc>
        <w:tc>
          <w:tcPr>
            <w:tcW w:type="dxa" w:w="2880"/>
          </w:tcPr>
          <w:p>
            <w:r>
              <w:t>Wildlife sightings</w:t>
            </w:r>
          </w:p>
        </w:tc>
        <w:tc>
          <w:tcPr>
            <w:tcW w:type="dxa" w:w="2880"/>
          </w:tcPr>
          <w:p>
            <w:r>
              <w:t>94</w:t>
            </w:r>
          </w:p>
        </w:tc>
      </w:tr>
      <w:tr>
        <w:tc>
          <w:tcPr>
            <w:tcW w:type="dxa" w:w="2880"/>
          </w:tcPr>
          <w:p>
            <w:r>
              <w:t>2021-10-01</w:t>
            </w:r>
          </w:p>
        </w:tc>
        <w:tc>
          <w:tcPr>
            <w:tcW w:type="dxa" w:w="2880"/>
          </w:tcPr>
          <w:p>
            <w:r>
              <w:t>Transect counts by year</w:t>
            </w:r>
          </w:p>
        </w:tc>
        <w:tc>
          <w:tcPr>
            <w:tcW w:type="dxa" w:w="2880"/>
          </w:tcPr>
          <w:p>
            <w:r>
              <w:t>0</w:t>
            </w:r>
          </w:p>
        </w:tc>
      </w:tr>
      <w:tr>
        <w:tc>
          <w:tcPr>
            <w:tcW w:type="dxa" w:w="2880"/>
          </w:tcPr>
          <w:p>
            <w:r>
              <w:t>2021-10-01</w:t>
            </w:r>
          </w:p>
        </w:tc>
        <w:tc>
          <w:tcPr>
            <w:tcW w:type="dxa" w:w="2880"/>
          </w:tcPr>
          <w:p>
            <w:r>
              <w:t>Patrol tracks</w:t>
            </w:r>
          </w:p>
        </w:tc>
        <w:tc>
          <w:tcPr>
            <w:tcW w:type="dxa" w:w="2880"/>
          </w:tcPr>
          <w:p>
            <w:r>
              <w:t>0</w:t>
            </w:r>
          </w:p>
        </w:tc>
      </w:tr>
      <w:tr>
        <w:tc>
          <w:tcPr>
            <w:tcW w:type="dxa" w:w="2880"/>
          </w:tcPr>
          <w:p>
            <w:r>
              <w:t>2021-10-01</w:t>
            </w:r>
          </w:p>
        </w:tc>
        <w:tc>
          <w:tcPr>
            <w:tcW w:type="dxa" w:w="2880"/>
          </w:tcPr>
          <w:p>
            <w:r>
              <w:t>Patrol effort by month</w:t>
            </w:r>
          </w:p>
        </w:tc>
        <w:tc>
          <w:tcPr>
            <w:tcW w:type="dxa" w:w="2880"/>
          </w:tcPr>
          <w:p>
            <w:r>
              <w:t>0</w:t>
            </w:r>
          </w:p>
        </w:tc>
      </w:tr>
      <w:tr>
        <w:tc>
          <w:tcPr>
            <w:tcW w:type="dxa" w:w="2880"/>
          </w:tcPr>
          <w:p>
            <w:r>
              <w:t>2022-01-01</w:t>
            </w:r>
          </w:p>
        </w:tc>
        <w:tc>
          <w:tcPr>
            <w:tcW w:type="dxa" w:w="2880"/>
          </w:tcPr>
          <w:p>
            <w:r>
              <w:t>Wildlife sightings</w:t>
            </w:r>
          </w:p>
        </w:tc>
        <w:tc>
          <w:tcPr>
            <w:tcW w:type="dxa" w:w="2880"/>
          </w:tcPr>
          <w:p>
            <w:r>
              <w:t>56</w:t>
            </w:r>
          </w:p>
        </w:tc>
      </w:tr>
      <w:tr>
        <w:tc>
          <w:tcPr>
            <w:tcW w:type="dxa" w:w="2880"/>
          </w:tcPr>
          <w:p>
            <w:r>
              <w:t>2022-01-01</w:t>
            </w:r>
          </w:p>
        </w:tc>
        <w:tc>
          <w:tcPr>
            <w:tcW w:type="dxa" w:w="2880"/>
          </w:tcPr>
          <w:p>
            <w:r>
              <w:t>Transect counts by year</w:t>
            </w:r>
          </w:p>
        </w:tc>
        <w:tc>
          <w:tcPr>
            <w:tcW w:type="dxa" w:w="2880"/>
          </w:tcPr>
          <w:p>
            <w:r>
              <w:t>32</w:t>
            </w:r>
          </w:p>
        </w:tc>
      </w:tr>
      <w:tr>
        <w:tc>
          <w:tcPr>
            <w:tcW w:type="dxa" w:w="2880"/>
          </w:tcPr>
          <w:p>
            <w:r>
              <w:t>2022-01-01</w:t>
            </w:r>
          </w:p>
        </w:tc>
        <w:tc>
          <w:tcPr>
            <w:tcW w:type="dxa" w:w="2880"/>
          </w:tcPr>
          <w:p>
            <w:r>
              <w:t>Patrol tracks</w:t>
            </w:r>
          </w:p>
        </w:tc>
        <w:tc>
          <w:tcPr>
            <w:tcW w:type="dxa" w:w="2880"/>
          </w:tcPr>
          <w:p>
            <w:r>
              <w:t>0</w:t>
            </w:r>
          </w:p>
        </w:tc>
      </w:tr>
      <w:tr>
        <w:tc>
          <w:tcPr>
            <w:tcW w:type="dxa" w:w="2880"/>
          </w:tcPr>
          <w:p>
            <w:r>
              <w:t>2022-01-01</w:t>
            </w:r>
          </w:p>
        </w:tc>
        <w:tc>
          <w:tcPr>
            <w:tcW w:type="dxa" w:w="2880"/>
          </w:tcPr>
          <w:p>
            <w:r>
              <w:t>Patrol effort by month</w:t>
            </w:r>
          </w:p>
        </w:tc>
        <w:tc>
          <w:tcPr>
            <w:tcW w:type="dxa" w:w="2880"/>
          </w:tcPr>
          <w:p>
            <w:r>
              <w:t>0</w:t>
            </w:r>
          </w:p>
        </w:tc>
      </w:tr>
      <w:tr>
        <w:tc>
          <w:tcPr>
            <w:tcW w:type="dxa" w:w="2880"/>
          </w:tcPr>
          <w:p>
            <w:r>
              <w:t>2022-04-01</w:t>
            </w:r>
          </w:p>
        </w:tc>
        <w:tc>
          <w:tcPr>
            <w:tcW w:type="dxa" w:w="2880"/>
          </w:tcPr>
          <w:p>
            <w:r>
              <w:t>Wildlife sightings</w:t>
            </w:r>
          </w:p>
        </w:tc>
        <w:tc>
          <w:tcPr>
            <w:tcW w:type="dxa" w:w="2880"/>
          </w:tcPr>
          <w:p>
            <w:r>
              <w:t>85</w:t>
            </w:r>
          </w:p>
        </w:tc>
      </w:tr>
      <w:tr>
        <w:tc>
          <w:tcPr>
            <w:tcW w:type="dxa" w:w="2880"/>
          </w:tcPr>
          <w:p>
            <w:r>
              <w:t>2022-04-01</w:t>
            </w:r>
          </w:p>
        </w:tc>
        <w:tc>
          <w:tcPr>
            <w:tcW w:type="dxa" w:w="2880"/>
          </w:tcPr>
          <w:p>
            <w:r>
              <w:t>Transect counts by year</w:t>
            </w:r>
          </w:p>
        </w:tc>
        <w:tc>
          <w:tcPr>
            <w:tcW w:type="dxa" w:w="2880"/>
          </w:tcPr>
          <w:p>
            <w:r>
              <w:t>0</w:t>
            </w:r>
          </w:p>
        </w:tc>
      </w:tr>
      <w:tr>
        <w:tc>
          <w:tcPr>
            <w:tcW w:type="dxa" w:w="2880"/>
          </w:tcPr>
          <w:p>
            <w:r>
              <w:t>2022-04-01</w:t>
            </w:r>
          </w:p>
        </w:tc>
        <w:tc>
          <w:tcPr>
            <w:tcW w:type="dxa" w:w="2880"/>
          </w:tcPr>
          <w:p>
            <w:r>
              <w:t>Patrol tracks</w:t>
            </w:r>
          </w:p>
        </w:tc>
        <w:tc>
          <w:tcPr>
            <w:tcW w:type="dxa" w:w="2880"/>
          </w:tcPr>
          <w:p>
            <w:r>
              <w:t>0</w:t>
            </w:r>
          </w:p>
        </w:tc>
      </w:tr>
      <w:tr>
        <w:tc>
          <w:tcPr>
            <w:tcW w:type="dxa" w:w="2880"/>
          </w:tcPr>
          <w:p>
            <w:r>
              <w:t>2022-04-01</w:t>
            </w:r>
          </w:p>
        </w:tc>
        <w:tc>
          <w:tcPr>
            <w:tcW w:type="dxa" w:w="2880"/>
          </w:tcPr>
          <w:p>
            <w:r>
              <w:t>Patrol effort by month</w:t>
            </w:r>
          </w:p>
        </w:tc>
        <w:tc>
          <w:tcPr>
            <w:tcW w:type="dxa" w:w="2880"/>
          </w:tcPr>
          <w:p>
            <w:r>
              <w:t>0</w:t>
            </w:r>
          </w:p>
        </w:tc>
      </w:tr>
      <w:tr>
        <w:tc>
          <w:tcPr>
            <w:tcW w:type="dxa" w:w="2880"/>
          </w:tcPr>
          <w:p>
            <w:r>
              <w:t>2022-07-01</w:t>
            </w:r>
          </w:p>
        </w:tc>
        <w:tc>
          <w:tcPr>
            <w:tcW w:type="dxa" w:w="2880"/>
          </w:tcPr>
          <w:p>
            <w:r>
              <w:t>Wildlife sightings</w:t>
            </w:r>
          </w:p>
        </w:tc>
        <w:tc>
          <w:tcPr>
            <w:tcW w:type="dxa" w:w="2880"/>
          </w:tcPr>
          <w:p>
            <w:r>
              <w:t>117</w:t>
            </w:r>
          </w:p>
        </w:tc>
      </w:tr>
      <w:tr>
        <w:tc>
          <w:tcPr>
            <w:tcW w:type="dxa" w:w="2880"/>
          </w:tcPr>
          <w:p>
            <w:r>
              <w:t>2022-07-01</w:t>
            </w:r>
          </w:p>
        </w:tc>
        <w:tc>
          <w:tcPr>
            <w:tcW w:type="dxa" w:w="2880"/>
          </w:tcPr>
          <w:p>
            <w:r>
              <w:t>Transect counts by year</w:t>
            </w:r>
          </w:p>
        </w:tc>
        <w:tc>
          <w:tcPr>
            <w:tcW w:type="dxa" w:w="2880"/>
          </w:tcPr>
          <w:p>
            <w:r>
              <w:t>0</w:t>
            </w:r>
          </w:p>
        </w:tc>
      </w:tr>
      <w:tr>
        <w:tc>
          <w:tcPr>
            <w:tcW w:type="dxa" w:w="2880"/>
          </w:tcPr>
          <w:p>
            <w:r>
              <w:t>2022-07-01</w:t>
            </w:r>
          </w:p>
        </w:tc>
        <w:tc>
          <w:tcPr>
            <w:tcW w:type="dxa" w:w="2880"/>
          </w:tcPr>
          <w:p>
            <w:r>
              <w:t>Patrol tracks</w:t>
            </w:r>
          </w:p>
        </w:tc>
        <w:tc>
          <w:tcPr>
            <w:tcW w:type="dxa" w:w="2880"/>
          </w:tcPr>
          <w:p>
            <w:r>
              <w:t>0</w:t>
            </w:r>
          </w:p>
        </w:tc>
      </w:tr>
      <w:tr>
        <w:tc>
          <w:tcPr>
            <w:tcW w:type="dxa" w:w="2880"/>
          </w:tcPr>
          <w:p>
            <w:r>
              <w:t>2022-07-01</w:t>
            </w:r>
          </w:p>
        </w:tc>
        <w:tc>
          <w:tcPr>
            <w:tcW w:type="dxa" w:w="2880"/>
          </w:tcPr>
          <w:p>
            <w:r>
              <w:t>Patrol effort by month</w:t>
            </w:r>
          </w:p>
        </w:tc>
        <w:tc>
          <w:tcPr>
            <w:tcW w:type="dxa" w:w="2880"/>
          </w:tcPr>
          <w:p>
            <w:r>
              <w:t>0</w:t>
            </w:r>
          </w:p>
        </w:tc>
      </w:tr>
      <w:tr>
        <w:tc>
          <w:tcPr>
            <w:tcW w:type="dxa" w:w="2880"/>
          </w:tcPr>
          <w:p>
            <w:r>
              <w:t>2022-10-01</w:t>
            </w:r>
          </w:p>
        </w:tc>
        <w:tc>
          <w:tcPr>
            <w:tcW w:type="dxa" w:w="2880"/>
          </w:tcPr>
          <w:p>
            <w:r>
              <w:t>Wildlife sightings</w:t>
            </w:r>
          </w:p>
        </w:tc>
        <w:tc>
          <w:tcPr>
            <w:tcW w:type="dxa" w:w="2880"/>
          </w:tcPr>
          <w:p>
            <w:r>
              <w:t>113</w:t>
            </w:r>
          </w:p>
        </w:tc>
      </w:tr>
      <w:tr>
        <w:tc>
          <w:tcPr>
            <w:tcW w:type="dxa" w:w="2880"/>
          </w:tcPr>
          <w:p>
            <w:r>
              <w:t>2022-10-01</w:t>
            </w:r>
          </w:p>
        </w:tc>
        <w:tc>
          <w:tcPr>
            <w:tcW w:type="dxa" w:w="2880"/>
          </w:tcPr>
          <w:p>
            <w:r>
              <w:t>Transect counts by year</w:t>
            </w:r>
          </w:p>
        </w:tc>
        <w:tc>
          <w:tcPr>
            <w:tcW w:type="dxa" w:w="2880"/>
          </w:tcPr>
          <w:p>
            <w:r>
              <w:t>0</w:t>
            </w:r>
          </w:p>
        </w:tc>
      </w:tr>
      <w:tr>
        <w:tc>
          <w:tcPr>
            <w:tcW w:type="dxa" w:w="2880"/>
          </w:tcPr>
          <w:p>
            <w:r>
              <w:t>2022-10-01</w:t>
            </w:r>
          </w:p>
        </w:tc>
        <w:tc>
          <w:tcPr>
            <w:tcW w:type="dxa" w:w="2880"/>
          </w:tcPr>
          <w:p>
            <w:r>
              <w:t>Patrol tracks</w:t>
            </w:r>
          </w:p>
        </w:tc>
        <w:tc>
          <w:tcPr>
            <w:tcW w:type="dxa" w:w="2880"/>
          </w:tcPr>
          <w:p>
            <w:r>
              <w:t>0</w:t>
            </w:r>
          </w:p>
        </w:tc>
      </w:tr>
      <w:tr>
        <w:tc>
          <w:tcPr>
            <w:tcW w:type="dxa" w:w="2880"/>
          </w:tcPr>
          <w:p>
            <w:r>
              <w:t>2022-10-01</w:t>
            </w:r>
          </w:p>
        </w:tc>
        <w:tc>
          <w:tcPr>
            <w:tcW w:type="dxa" w:w="2880"/>
          </w:tcPr>
          <w:p>
            <w:r>
              <w:t>Patrol effort by month</w:t>
            </w:r>
          </w:p>
        </w:tc>
        <w:tc>
          <w:tcPr>
            <w:tcW w:type="dxa" w:w="2880"/>
          </w:tcPr>
          <w:p>
            <w:r>
              <w:t>0</w:t>
            </w:r>
          </w:p>
        </w:tc>
      </w:tr>
      <w:tr>
        <w:tc>
          <w:tcPr>
            <w:tcW w:type="dxa" w:w="2880"/>
          </w:tcPr>
          <w:p>
            <w:r>
              <w:t>2023-01-01</w:t>
            </w:r>
          </w:p>
        </w:tc>
        <w:tc>
          <w:tcPr>
            <w:tcW w:type="dxa" w:w="2880"/>
          </w:tcPr>
          <w:p>
            <w:r>
              <w:t>Wildlife sightings</w:t>
            </w:r>
          </w:p>
        </w:tc>
        <w:tc>
          <w:tcPr>
            <w:tcW w:type="dxa" w:w="2880"/>
          </w:tcPr>
          <w:p>
            <w:r>
              <w:t>67</w:t>
            </w:r>
          </w:p>
        </w:tc>
      </w:tr>
      <w:tr>
        <w:tc>
          <w:tcPr>
            <w:tcW w:type="dxa" w:w="2880"/>
          </w:tcPr>
          <w:p>
            <w:r>
              <w:t>2023-01-01</w:t>
            </w:r>
          </w:p>
        </w:tc>
        <w:tc>
          <w:tcPr>
            <w:tcW w:type="dxa" w:w="2880"/>
          </w:tcPr>
          <w:p>
            <w:r>
              <w:t>Transect counts by year</w:t>
            </w:r>
          </w:p>
        </w:tc>
        <w:tc>
          <w:tcPr>
            <w:tcW w:type="dxa" w:w="2880"/>
          </w:tcPr>
          <w:p>
            <w:r>
              <w:t>32</w:t>
            </w:r>
          </w:p>
        </w:tc>
      </w:tr>
      <w:tr>
        <w:tc>
          <w:tcPr>
            <w:tcW w:type="dxa" w:w="2880"/>
          </w:tcPr>
          <w:p>
            <w:r>
              <w:t>2023-01-01</w:t>
            </w:r>
          </w:p>
        </w:tc>
        <w:tc>
          <w:tcPr>
            <w:tcW w:type="dxa" w:w="2880"/>
          </w:tcPr>
          <w:p>
            <w:r>
              <w:t>Patrol tracks</w:t>
            </w:r>
          </w:p>
        </w:tc>
        <w:tc>
          <w:tcPr>
            <w:tcW w:type="dxa" w:w="2880"/>
          </w:tcPr>
          <w:p>
            <w:r>
              <w:t>0</w:t>
            </w:r>
          </w:p>
        </w:tc>
      </w:tr>
      <w:tr>
        <w:tc>
          <w:tcPr>
            <w:tcW w:type="dxa" w:w="2880"/>
          </w:tcPr>
          <w:p>
            <w:r>
              <w:t>2023-01-01</w:t>
            </w:r>
          </w:p>
        </w:tc>
        <w:tc>
          <w:tcPr>
            <w:tcW w:type="dxa" w:w="2880"/>
          </w:tcPr>
          <w:p>
            <w:r>
              <w:t>Patrol effort by month</w:t>
            </w:r>
          </w:p>
        </w:tc>
        <w:tc>
          <w:tcPr>
            <w:tcW w:type="dxa" w:w="2880"/>
          </w:tcPr>
          <w:p>
            <w:r>
              <w:t>0</w:t>
            </w:r>
          </w:p>
        </w:tc>
      </w:tr>
      <w:tr>
        <w:tc>
          <w:tcPr>
            <w:tcW w:type="dxa" w:w="2880"/>
          </w:tcPr>
          <w:p>
            <w:r>
              <w:t>2023-04-01</w:t>
            </w:r>
          </w:p>
        </w:tc>
        <w:tc>
          <w:tcPr>
            <w:tcW w:type="dxa" w:w="2880"/>
          </w:tcPr>
          <w:p>
            <w:r>
              <w:t>Wildlife sightings</w:t>
            </w:r>
          </w:p>
        </w:tc>
        <w:tc>
          <w:tcPr>
            <w:tcW w:type="dxa" w:w="2880"/>
          </w:tcPr>
          <w:p>
            <w:r>
              <w:t>64</w:t>
            </w:r>
          </w:p>
        </w:tc>
      </w:tr>
      <w:tr>
        <w:tc>
          <w:tcPr>
            <w:tcW w:type="dxa" w:w="2880"/>
          </w:tcPr>
          <w:p>
            <w:r>
              <w:t>2023-04-01</w:t>
            </w:r>
          </w:p>
        </w:tc>
        <w:tc>
          <w:tcPr>
            <w:tcW w:type="dxa" w:w="2880"/>
          </w:tcPr>
          <w:p>
            <w:r>
              <w:t>Transect counts by year</w:t>
            </w:r>
          </w:p>
        </w:tc>
        <w:tc>
          <w:tcPr>
            <w:tcW w:type="dxa" w:w="2880"/>
          </w:tcPr>
          <w:p>
            <w:r>
              <w:t>0</w:t>
            </w:r>
          </w:p>
        </w:tc>
      </w:tr>
      <w:tr>
        <w:tc>
          <w:tcPr>
            <w:tcW w:type="dxa" w:w="2880"/>
          </w:tcPr>
          <w:p>
            <w:r>
              <w:t>2023-04-01</w:t>
            </w:r>
          </w:p>
        </w:tc>
        <w:tc>
          <w:tcPr>
            <w:tcW w:type="dxa" w:w="2880"/>
          </w:tcPr>
          <w:p>
            <w:r>
              <w:t>Patrol tracks</w:t>
            </w:r>
          </w:p>
        </w:tc>
        <w:tc>
          <w:tcPr>
            <w:tcW w:type="dxa" w:w="2880"/>
          </w:tcPr>
          <w:p>
            <w:r>
              <w:t>0</w:t>
            </w:r>
          </w:p>
        </w:tc>
      </w:tr>
      <w:tr>
        <w:tc>
          <w:tcPr>
            <w:tcW w:type="dxa" w:w="2880"/>
          </w:tcPr>
          <w:p>
            <w:r>
              <w:t>2023-04-01</w:t>
            </w:r>
          </w:p>
        </w:tc>
        <w:tc>
          <w:tcPr>
            <w:tcW w:type="dxa" w:w="2880"/>
          </w:tcPr>
          <w:p>
            <w:r>
              <w:t>Patrol effort by month</w:t>
            </w:r>
          </w:p>
        </w:tc>
        <w:tc>
          <w:tcPr>
            <w:tcW w:type="dxa" w:w="2880"/>
          </w:tcPr>
          <w:p>
            <w:r>
              <w:t>0</w:t>
            </w:r>
          </w:p>
        </w:tc>
      </w:tr>
      <w:tr>
        <w:tc>
          <w:tcPr>
            <w:tcW w:type="dxa" w:w="2880"/>
          </w:tcPr>
          <w:p>
            <w:r>
              <w:t>2023-07-01</w:t>
            </w:r>
          </w:p>
        </w:tc>
        <w:tc>
          <w:tcPr>
            <w:tcW w:type="dxa" w:w="2880"/>
          </w:tcPr>
          <w:p>
            <w:r>
              <w:t>Wildlife sightings</w:t>
            </w:r>
          </w:p>
        </w:tc>
        <w:tc>
          <w:tcPr>
            <w:tcW w:type="dxa" w:w="2880"/>
          </w:tcPr>
          <w:p>
            <w:r>
              <w:t>96</w:t>
            </w:r>
          </w:p>
        </w:tc>
      </w:tr>
      <w:tr>
        <w:tc>
          <w:tcPr>
            <w:tcW w:type="dxa" w:w="2880"/>
          </w:tcPr>
          <w:p>
            <w:r>
              <w:t>2023-07-01</w:t>
            </w:r>
          </w:p>
        </w:tc>
        <w:tc>
          <w:tcPr>
            <w:tcW w:type="dxa" w:w="2880"/>
          </w:tcPr>
          <w:p>
            <w:r>
              <w:t>Transect counts by year</w:t>
            </w:r>
          </w:p>
        </w:tc>
        <w:tc>
          <w:tcPr>
            <w:tcW w:type="dxa" w:w="2880"/>
          </w:tcPr>
          <w:p>
            <w:r>
              <w:t>0</w:t>
            </w:r>
          </w:p>
        </w:tc>
      </w:tr>
      <w:tr>
        <w:tc>
          <w:tcPr>
            <w:tcW w:type="dxa" w:w="2880"/>
          </w:tcPr>
          <w:p>
            <w:r>
              <w:t>2023-07-01</w:t>
            </w:r>
          </w:p>
        </w:tc>
        <w:tc>
          <w:tcPr>
            <w:tcW w:type="dxa" w:w="2880"/>
          </w:tcPr>
          <w:p>
            <w:r>
              <w:t>Patrol tracks</w:t>
            </w:r>
          </w:p>
        </w:tc>
        <w:tc>
          <w:tcPr>
            <w:tcW w:type="dxa" w:w="2880"/>
          </w:tcPr>
          <w:p>
            <w:r>
              <w:t>0</w:t>
            </w:r>
          </w:p>
        </w:tc>
      </w:tr>
      <w:tr>
        <w:tc>
          <w:tcPr>
            <w:tcW w:type="dxa" w:w="2880"/>
          </w:tcPr>
          <w:p>
            <w:r>
              <w:t>2023-07-01</w:t>
            </w:r>
          </w:p>
        </w:tc>
        <w:tc>
          <w:tcPr>
            <w:tcW w:type="dxa" w:w="2880"/>
          </w:tcPr>
          <w:p>
            <w:r>
              <w:t>Patrol effort by month</w:t>
            </w:r>
          </w:p>
        </w:tc>
        <w:tc>
          <w:tcPr>
            <w:tcW w:type="dxa" w:w="2880"/>
          </w:tcPr>
          <w:p>
            <w:r>
              <w:t>0</w:t>
            </w:r>
          </w:p>
        </w:tc>
      </w:tr>
      <w:tr>
        <w:tc>
          <w:tcPr>
            <w:tcW w:type="dxa" w:w="2880"/>
          </w:tcPr>
          <w:p>
            <w:r>
              <w:t>2023-10-01</w:t>
            </w:r>
          </w:p>
        </w:tc>
        <w:tc>
          <w:tcPr>
            <w:tcW w:type="dxa" w:w="2880"/>
          </w:tcPr>
          <w:p>
            <w:r>
              <w:t>Wildlife sightings</w:t>
            </w:r>
          </w:p>
        </w:tc>
        <w:tc>
          <w:tcPr>
            <w:tcW w:type="dxa" w:w="2880"/>
          </w:tcPr>
          <w:p>
            <w:r>
              <w:t>104</w:t>
            </w:r>
          </w:p>
        </w:tc>
      </w:tr>
      <w:tr>
        <w:tc>
          <w:tcPr>
            <w:tcW w:type="dxa" w:w="2880"/>
          </w:tcPr>
          <w:p>
            <w:r>
              <w:t>2023-10-01</w:t>
            </w:r>
          </w:p>
        </w:tc>
        <w:tc>
          <w:tcPr>
            <w:tcW w:type="dxa" w:w="2880"/>
          </w:tcPr>
          <w:p>
            <w:r>
              <w:t>Transect counts by year</w:t>
            </w:r>
          </w:p>
        </w:tc>
        <w:tc>
          <w:tcPr>
            <w:tcW w:type="dxa" w:w="2880"/>
          </w:tcPr>
          <w:p>
            <w:r>
              <w:t>0</w:t>
            </w:r>
          </w:p>
        </w:tc>
      </w:tr>
      <w:tr>
        <w:tc>
          <w:tcPr>
            <w:tcW w:type="dxa" w:w="2880"/>
          </w:tcPr>
          <w:p>
            <w:r>
              <w:t>2023-10-01</w:t>
            </w:r>
          </w:p>
        </w:tc>
        <w:tc>
          <w:tcPr>
            <w:tcW w:type="dxa" w:w="2880"/>
          </w:tcPr>
          <w:p>
            <w:r>
              <w:t>Patrol tracks</w:t>
            </w:r>
          </w:p>
        </w:tc>
        <w:tc>
          <w:tcPr>
            <w:tcW w:type="dxa" w:w="2880"/>
          </w:tcPr>
          <w:p>
            <w:r>
              <w:t>0</w:t>
            </w:r>
          </w:p>
        </w:tc>
      </w:tr>
      <w:tr>
        <w:tc>
          <w:tcPr>
            <w:tcW w:type="dxa" w:w="2880"/>
          </w:tcPr>
          <w:p>
            <w:r>
              <w:t>2023-10-01</w:t>
            </w:r>
          </w:p>
        </w:tc>
        <w:tc>
          <w:tcPr>
            <w:tcW w:type="dxa" w:w="2880"/>
          </w:tcPr>
          <w:p>
            <w:r>
              <w:t>Patrol effort by month</w:t>
            </w:r>
          </w:p>
        </w:tc>
        <w:tc>
          <w:tcPr>
            <w:tcW w:type="dxa" w:w="2880"/>
          </w:tcPr>
          <w:p>
            <w:r>
              <w:t>0</w:t>
            </w:r>
          </w:p>
        </w:tc>
      </w:tr>
      <w:tr>
        <w:tc>
          <w:tcPr>
            <w:tcW w:type="dxa" w:w="2880"/>
          </w:tcPr>
          <w:p>
            <w:r>
              <w:t>2024-01-01</w:t>
            </w:r>
          </w:p>
        </w:tc>
        <w:tc>
          <w:tcPr>
            <w:tcW w:type="dxa" w:w="2880"/>
          </w:tcPr>
          <w:p>
            <w:r>
              <w:t>Wildlife sightings</w:t>
            </w:r>
          </w:p>
        </w:tc>
        <w:tc>
          <w:tcPr>
            <w:tcW w:type="dxa" w:w="2880"/>
          </w:tcPr>
          <w:p>
            <w:r>
              <w:t>50</w:t>
            </w:r>
          </w:p>
        </w:tc>
      </w:tr>
      <w:tr>
        <w:tc>
          <w:tcPr>
            <w:tcW w:type="dxa" w:w="2880"/>
          </w:tcPr>
          <w:p>
            <w:r>
              <w:t>2024-01-01</w:t>
            </w:r>
          </w:p>
        </w:tc>
        <w:tc>
          <w:tcPr>
            <w:tcW w:type="dxa" w:w="2880"/>
          </w:tcPr>
          <w:p>
            <w:r>
              <w:t>Transect counts by year</w:t>
            </w:r>
          </w:p>
        </w:tc>
        <w:tc>
          <w:tcPr>
            <w:tcW w:type="dxa" w:w="2880"/>
          </w:tcPr>
          <w:p>
            <w:r>
              <w:t>32</w:t>
            </w:r>
          </w:p>
        </w:tc>
      </w:tr>
      <w:tr>
        <w:tc>
          <w:tcPr>
            <w:tcW w:type="dxa" w:w="2880"/>
          </w:tcPr>
          <w:p>
            <w:r>
              <w:t>2024-01-01</w:t>
            </w:r>
          </w:p>
        </w:tc>
        <w:tc>
          <w:tcPr>
            <w:tcW w:type="dxa" w:w="2880"/>
          </w:tcPr>
          <w:p>
            <w:r>
              <w:t>Patrol tracks</w:t>
            </w:r>
          </w:p>
        </w:tc>
        <w:tc>
          <w:tcPr>
            <w:tcW w:type="dxa" w:w="2880"/>
          </w:tcPr>
          <w:p>
            <w:r>
              <w:t>24</w:t>
            </w:r>
          </w:p>
        </w:tc>
      </w:tr>
      <w:tr>
        <w:tc>
          <w:tcPr>
            <w:tcW w:type="dxa" w:w="2880"/>
          </w:tcPr>
          <w:p>
            <w:r>
              <w:t>2024-01-01</w:t>
            </w:r>
          </w:p>
        </w:tc>
        <w:tc>
          <w:tcPr>
            <w:tcW w:type="dxa" w:w="2880"/>
          </w:tcPr>
          <w:p>
            <w:r>
              <w:t>Patrol effort by month</w:t>
            </w:r>
          </w:p>
        </w:tc>
        <w:tc>
          <w:tcPr>
            <w:tcW w:type="dxa" w:w="2880"/>
          </w:tcPr>
          <w:p>
            <w:r>
              <w:t>15</w:t>
            </w:r>
          </w:p>
        </w:tc>
      </w:tr>
      <w:tr>
        <w:tc>
          <w:tcPr>
            <w:tcW w:type="dxa" w:w="2880"/>
          </w:tcPr>
          <w:p>
            <w:r>
              <w:t>2024-04-01</w:t>
            </w:r>
          </w:p>
        </w:tc>
        <w:tc>
          <w:tcPr>
            <w:tcW w:type="dxa" w:w="2880"/>
          </w:tcPr>
          <w:p>
            <w:r>
              <w:t>Wildlife sightings</w:t>
            </w:r>
          </w:p>
        </w:tc>
        <w:tc>
          <w:tcPr>
            <w:tcW w:type="dxa" w:w="2880"/>
          </w:tcPr>
          <w:p>
            <w:r>
              <w:t>73</w:t>
            </w:r>
          </w:p>
        </w:tc>
      </w:tr>
      <w:tr>
        <w:tc>
          <w:tcPr>
            <w:tcW w:type="dxa" w:w="2880"/>
          </w:tcPr>
          <w:p>
            <w:r>
              <w:t>2024-04-01</w:t>
            </w:r>
          </w:p>
        </w:tc>
        <w:tc>
          <w:tcPr>
            <w:tcW w:type="dxa" w:w="2880"/>
          </w:tcPr>
          <w:p>
            <w:r>
              <w:t>Transect counts by year</w:t>
            </w:r>
          </w:p>
        </w:tc>
        <w:tc>
          <w:tcPr>
            <w:tcW w:type="dxa" w:w="2880"/>
          </w:tcPr>
          <w:p>
            <w:r>
              <w:t>0</w:t>
            </w:r>
          </w:p>
        </w:tc>
      </w:tr>
      <w:tr>
        <w:tc>
          <w:tcPr>
            <w:tcW w:type="dxa" w:w="2880"/>
          </w:tcPr>
          <w:p>
            <w:r>
              <w:t>2024-04-01</w:t>
            </w:r>
          </w:p>
        </w:tc>
        <w:tc>
          <w:tcPr>
            <w:tcW w:type="dxa" w:w="2880"/>
          </w:tcPr>
          <w:p>
            <w:r>
              <w:t>Patrol tracks</w:t>
            </w:r>
          </w:p>
        </w:tc>
        <w:tc>
          <w:tcPr>
            <w:tcW w:type="dxa" w:w="2880"/>
          </w:tcPr>
          <w:p>
            <w:r>
              <w:t>20</w:t>
            </w:r>
          </w:p>
        </w:tc>
      </w:tr>
      <w:tr>
        <w:tc>
          <w:tcPr>
            <w:tcW w:type="dxa" w:w="2880"/>
          </w:tcPr>
          <w:p>
            <w:r>
              <w:t>2024-04-01</w:t>
            </w:r>
          </w:p>
        </w:tc>
        <w:tc>
          <w:tcPr>
            <w:tcW w:type="dxa" w:w="2880"/>
          </w:tcPr>
          <w:p>
            <w:r>
              <w:t>Patrol effort by month</w:t>
            </w:r>
          </w:p>
        </w:tc>
        <w:tc>
          <w:tcPr>
            <w:tcW w:type="dxa" w:w="2880"/>
          </w:tcPr>
          <w:p>
            <w:r>
              <w:t>15</w:t>
            </w:r>
          </w:p>
        </w:tc>
      </w:tr>
      <w:tr>
        <w:tc>
          <w:tcPr>
            <w:tcW w:type="dxa" w:w="2880"/>
          </w:tcPr>
          <w:p>
            <w:r>
              <w:t>2024-07-01</w:t>
            </w:r>
          </w:p>
        </w:tc>
        <w:tc>
          <w:tcPr>
            <w:tcW w:type="dxa" w:w="2880"/>
          </w:tcPr>
          <w:p>
            <w:r>
              <w:t>Wildlife sightings</w:t>
            </w:r>
          </w:p>
        </w:tc>
        <w:tc>
          <w:tcPr>
            <w:tcW w:type="dxa" w:w="2880"/>
          </w:tcPr>
          <w:p>
            <w:r>
              <w:t>94</w:t>
            </w:r>
          </w:p>
        </w:tc>
      </w:tr>
      <w:tr>
        <w:tc>
          <w:tcPr>
            <w:tcW w:type="dxa" w:w="2880"/>
          </w:tcPr>
          <w:p>
            <w:r>
              <w:t>2024-07-01</w:t>
            </w:r>
          </w:p>
        </w:tc>
        <w:tc>
          <w:tcPr>
            <w:tcW w:type="dxa" w:w="2880"/>
          </w:tcPr>
          <w:p>
            <w:r>
              <w:t>Transect counts by year</w:t>
            </w:r>
          </w:p>
        </w:tc>
        <w:tc>
          <w:tcPr>
            <w:tcW w:type="dxa" w:w="2880"/>
          </w:tcPr>
          <w:p>
            <w:r>
              <w:t>0</w:t>
            </w:r>
          </w:p>
        </w:tc>
      </w:tr>
      <w:tr>
        <w:tc>
          <w:tcPr>
            <w:tcW w:type="dxa" w:w="2880"/>
          </w:tcPr>
          <w:p>
            <w:r>
              <w:t>2024-07-01</w:t>
            </w:r>
          </w:p>
        </w:tc>
        <w:tc>
          <w:tcPr>
            <w:tcW w:type="dxa" w:w="2880"/>
          </w:tcPr>
          <w:p>
            <w:r>
              <w:t>Patrol tracks</w:t>
            </w:r>
          </w:p>
        </w:tc>
        <w:tc>
          <w:tcPr>
            <w:tcW w:type="dxa" w:w="2880"/>
          </w:tcPr>
          <w:p>
            <w:r>
              <w:t>15</w:t>
            </w:r>
          </w:p>
        </w:tc>
      </w:tr>
      <w:tr>
        <w:tc>
          <w:tcPr>
            <w:tcW w:type="dxa" w:w="2880"/>
          </w:tcPr>
          <w:p>
            <w:r>
              <w:t>2024-07-01</w:t>
            </w:r>
          </w:p>
        </w:tc>
        <w:tc>
          <w:tcPr>
            <w:tcW w:type="dxa" w:w="2880"/>
          </w:tcPr>
          <w:p>
            <w:r>
              <w:t>Patrol effort by month</w:t>
            </w:r>
          </w:p>
        </w:tc>
        <w:tc>
          <w:tcPr>
            <w:tcW w:type="dxa" w:w="2880"/>
          </w:tcPr>
          <w:p>
            <w:r>
              <w:t>15</w:t>
            </w:r>
          </w:p>
        </w:tc>
      </w:tr>
      <w:tr>
        <w:tc>
          <w:tcPr>
            <w:tcW w:type="dxa" w:w="2880"/>
          </w:tcPr>
          <w:p>
            <w:r>
              <w:t>2024-10-01</w:t>
            </w:r>
          </w:p>
        </w:tc>
        <w:tc>
          <w:tcPr>
            <w:tcW w:type="dxa" w:w="2880"/>
          </w:tcPr>
          <w:p>
            <w:r>
              <w:t>Wildlife sightings</w:t>
            </w:r>
          </w:p>
        </w:tc>
        <w:tc>
          <w:tcPr>
            <w:tcW w:type="dxa" w:w="2880"/>
          </w:tcPr>
          <w:p>
            <w:r>
              <w:t>85</w:t>
            </w:r>
          </w:p>
        </w:tc>
      </w:tr>
      <w:tr>
        <w:tc>
          <w:tcPr>
            <w:tcW w:type="dxa" w:w="2880"/>
          </w:tcPr>
          <w:p>
            <w:r>
              <w:t>2024-10-01</w:t>
            </w:r>
          </w:p>
        </w:tc>
        <w:tc>
          <w:tcPr>
            <w:tcW w:type="dxa" w:w="2880"/>
          </w:tcPr>
          <w:p>
            <w:r>
              <w:t>Transect counts by year</w:t>
            </w:r>
          </w:p>
        </w:tc>
        <w:tc>
          <w:tcPr>
            <w:tcW w:type="dxa" w:w="2880"/>
          </w:tcPr>
          <w:p>
            <w:r>
              <w:t>0</w:t>
            </w:r>
          </w:p>
        </w:tc>
      </w:tr>
      <w:tr>
        <w:tc>
          <w:tcPr>
            <w:tcW w:type="dxa" w:w="2880"/>
          </w:tcPr>
          <w:p>
            <w:r>
              <w:t>2024-10-01</w:t>
            </w:r>
          </w:p>
        </w:tc>
        <w:tc>
          <w:tcPr>
            <w:tcW w:type="dxa" w:w="2880"/>
          </w:tcPr>
          <w:p>
            <w:r>
              <w:t>Patrol tracks</w:t>
            </w:r>
          </w:p>
        </w:tc>
        <w:tc>
          <w:tcPr>
            <w:tcW w:type="dxa" w:w="2880"/>
          </w:tcPr>
          <w:p>
            <w:r>
              <w:t>22</w:t>
            </w:r>
          </w:p>
        </w:tc>
      </w:tr>
      <w:tr>
        <w:tc>
          <w:tcPr>
            <w:tcW w:type="dxa" w:w="2880"/>
          </w:tcPr>
          <w:p>
            <w:r>
              <w:t>2024-10-01</w:t>
            </w:r>
          </w:p>
        </w:tc>
        <w:tc>
          <w:tcPr>
            <w:tcW w:type="dxa" w:w="2880"/>
          </w:tcPr>
          <w:p>
            <w:r>
              <w:t>Patrol effort by month</w:t>
            </w:r>
          </w:p>
        </w:tc>
        <w:tc>
          <w:tcPr>
            <w:tcW w:type="dxa" w:w="2880"/>
          </w:tcPr>
          <w:p>
            <w:r>
              <w:t>15</w:t>
            </w:r>
          </w:p>
        </w:tc>
      </w:tr>
      <w:tr>
        <w:tc>
          <w:tcPr>
            <w:tcW w:type="dxa" w:w="2880"/>
          </w:tcPr>
          <w:p>
            <w:r>
              <w:t>2025-01-01</w:t>
            </w:r>
          </w:p>
        </w:tc>
        <w:tc>
          <w:tcPr>
            <w:tcW w:type="dxa" w:w="2880"/>
          </w:tcPr>
          <w:p>
            <w:r>
              <w:t>Wildlife sightings</w:t>
            </w:r>
          </w:p>
        </w:tc>
        <w:tc>
          <w:tcPr>
            <w:tcW w:type="dxa" w:w="2880"/>
          </w:tcPr>
          <w:p>
            <w:r>
              <w:t>67</w:t>
            </w:r>
          </w:p>
        </w:tc>
      </w:tr>
      <w:tr>
        <w:tc>
          <w:tcPr>
            <w:tcW w:type="dxa" w:w="2880"/>
          </w:tcPr>
          <w:p>
            <w:r>
              <w:t>2025-01-01</w:t>
            </w:r>
          </w:p>
        </w:tc>
        <w:tc>
          <w:tcPr>
            <w:tcW w:type="dxa" w:w="2880"/>
          </w:tcPr>
          <w:p>
            <w:r>
              <w:t>Transect counts by year</w:t>
            </w:r>
          </w:p>
        </w:tc>
        <w:tc>
          <w:tcPr>
            <w:tcW w:type="dxa" w:w="2880"/>
          </w:tcPr>
          <w:p>
            <w:r>
              <w:t>32</w:t>
            </w:r>
          </w:p>
        </w:tc>
      </w:tr>
      <w:tr>
        <w:tc>
          <w:tcPr>
            <w:tcW w:type="dxa" w:w="2880"/>
          </w:tcPr>
          <w:p>
            <w:r>
              <w:t>2025-01-01</w:t>
            </w:r>
          </w:p>
        </w:tc>
        <w:tc>
          <w:tcPr>
            <w:tcW w:type="dxa" w:w="2880"/>
          </w:tcPr>
          <w:p>
            <w:r>
              <w:t>Patrol tracks</w:t>
            </w:r>
          </w:p>
        </w:tc>
        <w:tc>
          <w:tcPr>
            <w:tcW w:type="dxa" w:w="2880"/>
          </w:tcPr>
          <w:p>
            <w:r>
              <w:t>23</w:t>
            </w:r>
          </w:p>
        </w:tc>
      </w:tr>
      <w:tr>
        <w:tc>
          <w:tcPr>
            <w:tcW w:type="dxa" w:w="2880"/>
          </w:tcPr>
          <w:p>
            <w:r>
              <w:t>2025-01-01</w:t>
            </w:r>
          </w:p>
        </w:tc>
        <w:tc>
          <w:tcPr>
            <w:tcW w:type="dxa" w:w="2880"/>
          </w:tcPr>
          <w:p>
            <w:r>
              <w:t>Patrol effort by month</w:t>
            </w:r>
          </w:p>
        </w:tc>
        <w:tc>
          <w:tcPr>
            <w:tcW w:type="dxa" w:w="2880"/>
          </w:tcPr>
          <w:p>
            <w:r>
              <w:t>15</w:t>
            </w:r>
          </w:p>
        </w:tc>
      </w:tr>
      <w:tr>
        <w:tc>
          <w:tcPr>
            <w:tcW w:type="dxa" w:w="2880"/>
          </w:tcPr>
          <w:p>
            <w:r>
              <w:t>2025-04-01</w:t>
            </w:r>
          </w:p>
        </w:tc>
        <w:tc>
          <w:tcPr>
            <w:tcW w:type="dxa" w:w="2880"/>
          </w:tcPr>
          <w:p>
            <w:r>
              <w:t>Wildlife sightings</w:t>
            </w:r>
          </w:p>
        </w:tc>
        <w:tc>
          <w:tcPr>
            <w:tcW w:type="dxa" w:w="2880"/>
          </w:tcPr>
          <w:p>
            <w:r>
              <w:t>73</w:t>
            </w:r>
          </w:p>
        </w:tc>
      </w:tr>
      <w:tr>
        <w:tc>
          <w:tcPr>
            <w:tcW w:type="dxa" w:w="2880"/>
          </w:tcPr>
          <w:p>
            <w:r>
              <w:t>2025-04-01</w:t>
            </w:r>
          </w:p>
        </w:tc>
        <w:tc>
          <w:tcPr>
            <w:tcW w:type="dxa" w:w="2880"/>
          </w:tcPr>
          <w:p>
            <w:r>
              <w:t>Transect counts by year</w:t>
            </w:r>
          </w:p>
        </w:tc>
        <w:tc>
          <w:tcPr>
            <w:tcW w:type="dxa" w:w="2880"/>
          </w:tcPr>
          <w:p>
            <w:r>
              <w:t>0</w:t>
            </w:r>
          </w:p>
        </w:tc>
      </w:tr>
      <w:tr>
        <w:tc>
          <w:tcPr>
            <w:tcW w:type="dxa" w:w="2880"/>
          </w:tcPr>
          <w:p>
            <w:r>
              <w:t>2025-04-01</w:t>
            </w:r>
          </w:p>
        </w:tc>
        <w:tc>
          <w:tcPr>
            <w:tcW w:type="dxa" w:w="2880"/>
          </w:tcPr>
          <w:p>
            <w:r>
              <w:t>Patrol tracks</w:t>
            </w:r>
          </w:p>
        </w:tc>
        <w:tc>
          <w:tcPr>
            <w:tcW w:type="dxa" w:w="2880"/>
          </w:tcPr>
          <w:p>
            <w:r>
              <w:t>22</w:t>
            </w:r>
          </w:p>
        </w:tc>
      </w:tr>
      <w:tr>
        <w:tc>
          <w:tcPr>
            <w:tcW w:type="dxa" w:w="2880"/>
          </w:tcPr>
          <w:p>
            <w:r>
              <w:t>2025-04-01</w:t>
            </w:r>
          </w:p>
        </w:tc>
        <w:tc>
          <w:tcPr>
            <w:tcW w:type="dxa" w:w="2880"/>
          </w:tcPr>
          <w:p>
            <w:r>
              <w:t>Patrol effort by month</w:t>
            </w:r>
          </w:p>
        </w:tc>
        <w:tc>
          <w:tcPr>
            <w:tcW w:type="dxa" w:w="2880"/>
          </w:tcPr>
          <w:p>
            <w:r>
              <w:t>15</w:t>
            </w:r>
          </w:p>
        </w:tc>
      </w:tr>
      <w:tr>
        <w:tc>
          <w:tcPr>
            <w:tcW w:type="dxa" w:w="2880"/>
          </w:tcPr>
          <w:p>
            <w:r>
              <w:t>2025-07-01</w:t>
            </w:r>
          </w:p>
        </w:tc>
        <w:tc>
          <w:tcPr>
            <w:tcW w:type="dxa" w:w="2880"/>
          </w:tcPr>
          <w:p>
            <w:r>
              <w:t>Wildlife sightings</w:t>
            </w:r>
          </w:p>
        </w:tc>
        <w:tc>
          <w:tcPr>
            <w:tcW w:type="dxa" w:w="2880"/>
          </w:tcPr>
          <w:p>
            <w:r>
              <w:t>119</w:t>
            </w:r>
          </w:p>
        </w:tc>
      </w:tr>
      <w:tr>
        <w:tc>
          <w:tcPr>
            <w:tcW w:type="dxa" w:w="2880"/>
          </w:tcPr>
          <w:p>
            <w:r>
              <w:t>2025-07-01</w:t>
            </w:r>
          </w:p>
        </w:tc>
        <w:tc>
          <w:tcPr>
            <w:tcW w:type="dxa" w:w="2880"/>
          </w:tcPr>
          <w:p>
            <w:r>
              <w:t>Transect counts by year</w:t>
            </w:r>
          </w:p>
        </w:tc>
        <w:tc>
          <w:tcPr>
            <w:tcW w:type="dxa" w:w="2880"/>
          </w:tcPr>
          <w:p>
            <w:r>
              <w:t>0</w:t>
            </w:r>
          </w:p>
        </w:tc>
      </w:tr>
      <w:tr>
        <w:tc>
          <w:tcPr>
            <w:tcW w:type="dxa" w:w="2880"/>
          </w:tcPr>
          <w:p>
            <w:r>
              <w:t>2025-07-01</w:t>
            </w:r>
          </w:p>
        </w:tc>
        <w:tc>
          <w:tcPr>
            <w:tcW w:type="dxa" w:w="2880"/>
          </w:tcPr>
          <w:p>
            <w:r>
              <w:t>Patrol tracks</w:t>
            </w:r>
          </w:p>
        </w:tc>
        <w:tc>
          <w:tcPr>
            <w:tcW w:type="dxa" w:w="2880"/>
          </w:tcPr>
          <w:p>
            <w:r>
              <w:t>12</w:t>
            </w:r>
          </w:p>
        </w:tc>
      </w:tr>
      <w:tr>
        <w:tc>
          <w:tcPr>
            <w:tcW w:type="dxa" w:w="2880"/>
          </w:tcPr>
          <w:p>
            <w:r>
              <w:t>2025-07-01</w:t>
            </w:r>
          </w:p>
        </w:tc>
        <w:tc>
          <w:tcPr>
            <w:tcW w:type="dxa" w:w="2880"/>
          </w:tcPr>
          <w:p>
            <w:r>
              <w:t>Patrol effort by month</w:t>
            </w:r>
          </w:p>
        </w:tc>
        <w:tc>
          <w:tcPr>
            <w:tcW w:type="dxa" w:w="2880"/>
          </w:tcPr>
          <w:p>
            <w:r>
              <w:t>15</w:t>
            </w:r>
          </w:p>
        </w:tc>
      </w:tr>
      <w:tr>
        <w:tc>
          <w:tcPr>
            <w:tcW w:type="dxa" w:w="2880"/>
          </w:tcPr>
          <w:p>
            <w:r>
              <w:t>2025-10-01</w:t>
            </w:r>
          </w:p>
        </w:tc>
        <w:tc>
          <w:tcPr>
            <w:tcW w:type="dxa" w:w="2880"/>
          </w:tcPr>
          <w:p>
            <w:r>
              <w:t>Wildlife sightings</w:t>
            </w:r>
          </w:p>
        </w:tc>
        <w:tc>
          <w:tcPr>
            <w:tcW w:type="dxa" w:w="2880"/>
          </w:tcPr>
          <w:p>
            <w:r>
              <w:t>94</w:t>
            </w:r>
          </w:p>
        </w:tc>
      </w:tr>
      <w:tr>
        <w:tc>
          <w:tcPr>
            <w:tcW w:type="dxa" w:w="2880"/>
          </w:tcPr>
          <w:p>
            <w:r>
              <w:t>2025-10-01</w:t>
            </w:r>
          </w:p>
        </w:tc>
        <w:tc>
          <w:tcPr>
            <w:tcW w:type="dxa" w:w="2880"/>
          </w:tcPr>
          <w:p>
            <w:r>
              <w:t>Transect counts by year</w:t>
            </w:r>
          </w:p>
        </w:tc>
        <w:tc>
          <w:tcPr>
            <w:tcW w:type="dxa" w:w="2880"/>
          </w:tcPr>
          <w:p>
            <w:r>
              <w:t>0</w:t>
            </w:r>
          </w:p>
        </w:tc>
      </w:tr>
      <w:tr>
        <w:tc>
          <w:tcPr>
            <w:tcW w:type="dxa" w:w="2880"/>
          </w:tcPr>
          <w:p>
            <w:r>
              <w:t>2025-10-01</w:t>
            </w:r>
          </w:p>
        </w:tc>
        <w:tc>
          <w:tcPr>
            <w:tcW w:type="dxa" w:w="2880"/>
          </w:tcPr>
          <w:p>
            <w:r>
              <w:t>Patrol tracks</w:t>
            </w:r>
          </w:p>
        </w:tc>
        <w:tc>
          <w:tcPr>
            <w:tcW w:type="dxa" w:w="2880"/>
          </w:tcPr>
          <w:p>
            <w:r>
              <w:t>12</w:t>
            </w:r>
          </w:p>
        </w:tc>
      </w:tr>
      <w:tr>
        <w:tc>
          <w:tcPr>
            <w:tcW w:type="dxa" w:w="2880"/>
          </w:tcPr>
          <w:p>
            <w:r>
              <w:t>2025-10-01</w:t>
            </w:r>
          </w:p>
        </w:tc>
        <w:tc>
          <w:tcPr>
            <w:tcW w:type="dxa" w:w="2880"/>
          </w:tcPr>
          <w:p>
            <w:r>
              <w:t>Patrol effort by month</w:t>
            </w:r>
          </w:p>
        </w:tc>
        <w:tc>
          <w:tcPr>
            <w:tcW w:type="dxa" w:w="2880"/>
          </w:tcPr>
          <w:p>
            <w:r>
              <w:t>15</w:t>
            </w:r>
          </w:p>
        </w:tc>
      </w:tr>
    </w:tbl>
    <w:p/>
    <w:p>
      <w:pPr>
        <w:pStyle w:val="Heading2"/>
      </w:pPr>
      <w:r>
        <w:t>Figure 27. Camera traps over time (installed_year) [80]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2,020</w:t>
            </w:r>
          </w:p>
        </w:tc>
        <w:tc>
          <w:tcPr>
            <w:tcW w:type="dxa" w:w="2880"/>
          </w:tcPr>
          <w:p>
            <w:r>
              <w:t>2,020</w:t>
            </w:r>
          </w:p>
        </w:tc>
        <w:tc>
          <w:tcPr>
            <w:tcW w:type="dxa" w:w="2880"/>
          </w:tcPr>
          <w:p>
            <w:r>
              <w:t>40</w:t>
            </w:r>
          </w:p>
        </w:tc>
      </w:tr>
    </w:tbl>
    <w:p/>
    <w:p>
      <w:pPr>
        <w:pStyle w:val="Heading2"/>
      </w:pPr>
      <w:r>
        <w:t>Figure 28. Patrol tracks over time (date) [81]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2024-01-01</w:t>
            </w:r>
          </w:p>
        </w:tc>
        <w:tc>
          <w:tcPr>
            <w:tcW w:type="dxa" w:w="2880"/>
          </w:tcPr>
          <w:p>
            <w:r>
              <w:t>Alpha</w:t>
            </w:r>
          </w:p>
        </w:tc>
        <w:tc>
          <w:tcPr>
            <w:tcW w:type="dxa" w:w="2880"/>
          </w:tcPr>
          <w:p>
            <w:r>
              <w:t>5</w:t>
            </w:r>
          </w:p>
        </w:tc>
      </w:tr>
      <w:tr>
        <w:tc>
          <w:tcPr>
            <w:tcW w:type="dxa" w:w="2880"/>
          </w:tcPr>
          <w:p>
            <w:r>
              <w:t>2024-01-01</w:t>
            </w:r>
          </w:p>
        </w:tc>
        <w:tc>
          <w:tcPr>
            <w:tcW w:type="dxa" w:w="2880"/>
          </w:tcPr>
          <w:p>
            <w:r>
              <w:t>Charlie</w:t>
            </w:r>
          </w:p>
        </w:tc>
        <w:tc>
          <w:tcPr>
            <w:tcW w:type="dxa" w:w="2880"/>
          </w:tcPr>
          <w:p>
            <w:r>
              <w:t>2</w:t>
            </w:r>
          </w:p>
        </w:tc>
      </w:tr>
      <w:tr>
        <w:tc>
          <w:tcPr>
            <w:tcW w:type="dxa" w:w="2880"/>
          </w:tcPr>
          <w:p>
            <w:r>
              <w:t>2024-01-01</w:t>
            </w:r>
          </w:p>
        </w:tc>
        <w:tc>
          <w:tcPr>
            <w:tcW w:type="dxa" w:w="2880"/>
          </w:tcPr>
          <w:p>
            <w:r>
              <w:t>Bravo</w:t>
            </w:r>
          </w:p>
        </w:tc>
        <w:tc>
          <w:tcPr>
            <w:tcW w:type="dxa" w:w="2880"/>
          </w:tcPr>
          <w:p>
            <w:r>
              <w:t>3</w:t>
            </w:r>
          </w:p>
        </w:tc>
      </w:tr>
      <w:tr>
        <w:tc>
          <w:tcPr>
            <w:tcW w:type="dxa" w:w="2880"/>
          </w:tcPr>
          <w:p>
            <w:r>
              <w:t>2024-02-01</w:t>
            </w:r>
          </w:p>
        </w:tc>
        <w:tc>
          <w:tcPr>
            <w:tcW w:type="dxa" w:w="2880"/>
          </w:tcPr>
          <w:p>
            <w:r>
              <w:t>Alpha</w:t>
            </w:r>
          </w:p>
        </w:tc>
        <w:tc>
          <w:tcPr>
            <w:tcW w:type="dxa" w:w="2880"/>
          </w:tcPr>
          <w:p>
            <w:r>
              <w:t>4</w:t>
            </w:r>
          </w:p>
        </w:tc>
      </w:tr>
      <w:tr>
        <w:tc>
          <w:tcPr>
            <w:tcW w:type="dxa" w:w="2880"/>
          </w:tcPr>
          <w:p>
            <w:r>
              <w:t>2024-02-01</w:t>
            </w:r>
          </w:p>
        </w:tc>
        <w:tc>
          <w:tcPr>
            <w:tcW w:type="dxa" w:w="2880"/>
          </w:tcPr>
          <w:p>
            <w:r>
              <w:t>Charlie</w:t>
            </w:r>
          </w:p>
        </w:tc>
        <w:tc>
          <w:tcPr>
            <w:tcW w:type="dxa" w:w="2880"/>
          </w:tcPr>
          <w:p>
            <w:r>
              <w:t>1</w:t>
            </w:r>
          </w:p>
        </w:tc>
      </w:tr>
      <w:tr>
        <w:tc>
          <w:tcPr>
            <w:tcW w:type="dxa" w:w="2880"/>
          </w:tcPr>
          <w:p>
            <w:r>
              <w:t>2024-02-01</w:t>
            </w:r>
          </w:p>
        </w:tc>
        <w:tc>
          <w:tcPr>
            <w:tcW w:type="dxa" w:w="2880"/>
          </w:tcPr>
          <w:p>
            <w:r>
              <w:t>Bravo</w:t>
            </w:r>
          </w:p>
        </w:tc>
        <w:tc>
          <w:tcPr>
            <w:tcW w:type="dxa" w:w="2880"/>
          </w:tcPr>
          <w:p>
            <w:r>
              <w:t>3</w:t>
            </w:r>
          </w:p>
        </w:tc>
      </w:tr>
      <w:tr>
        <w:tc>
          <w:tcPr>
            <w:tcW w:type="dxa" w:w="2880"/>
          </w:tcPr>
          <w:p>
            <w:r>
              <w:t>2024-03-01</w:t>
            </w:r>
          </w:p>
        </w:tc>
        <w:tc>
          <w:tcPr>
            <w:tcW w:type="dxa" w:w="2880"/>
          </w:tcPr>
          <w:p>
            <w:r>
              <w:t>Alpha</w:t>
            </w:r>
          </w:p>
        </w:tc>
        <w:tc>
          <w:tcPr>
            <w:tcW w:type="dxa" w:w="2880"/>
          </w:tcPr>
          <w:p>
            <w:r>
              <w:t>2</w:t>
            </w:r>
          </w:p>
        </w:tc>
      </w:tr>
      <w:tr>
        <w:tc>
          <w:tcPr>
            <w:tcW w:type="dxa" w:w="2880"/>
          </w:tcPr>
          <w:p>
            <w:r>
              <w:t>2024-03-01</w:t>
            </w:r>
          </w:p>
        </w:tc>
        <w:tc>
          <w:tcPr>
            <w:tcW w:type="dxa" w:w="2880"/>
          </w:tcPr>
          <w:p>
            <w:r>
              <w:t>Charlie</w:t>
            </w:r>
          </w:p>
        </w:tc>
        <w:tc>
          <w:tcPr>
            <w:tcW w:type="dxa" w:w="2880"/>
          </w:tcPr>
          <w:p>
            <w:r>
              <w:t>3</w:t>
            </w:r>
          </w:p>
        </w:tc>
      </w:tr>
      <w:tr>
        <w:tc>
          <w:tcPr>
            <w:tcW w:type="dxa" w:w="2880"/>
          </w:tcPr>
          <w:p>
            <w:r>
              <w:t>2024-03-01</w:t>
            </w:r>
          </w:p>
        </w:tc>
        <w:tc>
          <w:tcPr>
            <w:tcW w:type="dxa" w:w="2880"/>
          </w:tcPr>
          <w:p>
            <w:r>
              <w:t>Bravo</w:t>
            </w:r>
          </w:p>
        </w:tc>
        <w:tc>
          <w:tcPr>
            <w:tcW w:type="dxa" w:w="2880"/>
          </w:tcPr>
          <w:p>
            <w:r>
              <w:t>1</w:t>
            </w:r>
          </w:p>
        </w:tc>
      </w:tr>
      <w:tr>
        <w:tc>
          <w:tcPr>
            <w:tcW w:type="dxa" w:w="2880"/>
          </w:tcPr>
          <w:p>
            <w:r>
              <w:t>2024-04-01</w:t>
            </w:r>
          </w:p>
        </w:tc>
        <w:tc>
          <w:tcPr>
            <w:tcW w:type="dxa" w:w="2880"/>
          </w:tcPr>
          <w:p>
            <w:r>
              <w:t>Alpha</w:t>
            </w:r>
          </w:p>
        </w:tc>
        <w:tc>
          <w:tcPr>
            <w:tcW w:type="dxa" w:w="2880"/>
          </w:tcPr>
          <w:p>
            <w:r>
              <w:t>0</w:t>
            </w:r>
          </w:p>
        </w:tc>
      </w:tr>
      <w:tr>
        <w:tc>
          <w:tcPr>
            <w:tcW w:type="dxa" w:w="2880"/>
          </w:tcPr>
          <w:p>
            <w:r>
              <w:t>2024-04-01</w:t>
            </w:r>
          </w:p>
        </w:tc>
        <w:tc>
          <w:tcPr>
            <w:tcW w:type="dxa" w:w="2880"/>
          </w:tcPr>
          <w:p>
            <w:r>
              <w:t>Charlie</w:t>
            </w:r>
          </w:p>
        </w:tc>
        <w:tc>
          <w:tcPr>
            <w:tcW w:type="dxa" w:w="2880"/>
          </w:tcPr>
          <w:p>
            <w:r>
              <w:t>2</w:t>
            </w:r>
          </w:p>
        </w:tc>
      </w:tr>
      <w:tr>
        <w:tc>
          <w:tcPr>
            <w:tcW w:type="dxa" w:w="2880"/>
          </w:tcPr>
          <w:p>
            <w:r>
              <w:t>2024-04-01</w:t>
            </w:r>
          </w:p>
        </w:tc>
        <w:tc>
          <w:tcPr>
            <w:tcW w:type="dxa" w:w="2880"/>
          </w:tcPr>
          <w:p>
            <w:r>
              <w:t>Bravo</w:t>
            </w:r>
          </w:p>
        </w:tc>
        <w:tc>
          <w:tcPr>
            <w:tcW w:type="dxa" w:w="2880"/>
          </w:tcPr>
          <w:p>
            <w:r>
              <w:t>0</w:t>
            </w:r>
          </w:p>
        </w:tc>
      </w:tr>
      <w:tr>
        <w:tc>
          <w:tcPr>
            <w:tcW w:type="dxa" w:w="2880"/>
          </w:tcPr>
          <w:p>
            <w:r>
              <w:t>2024-05-01</w:t>
            </w:r>
          </w:p>
        </w:tc>
        <w:tc>
          <w:tcPr>
            <w:tcW w:type="dxa" w:w="2880"/>
          </w:tcPr>
          <w:p>
            <w:r>
              <w:t>Alpha</w:t>
            </w:r>
          </w:p>
        </w:tc>
        <w:tc>
          <w:tcPr>
            <w:tcW w:type="dxa" w:w="2880"/>
          </w:tcPr>
          <w:p>
            <w:r>
              <w:t>3</w:t>
            </w:r>
          </w:p>
        </w:tc>
      </w:tr>
      <w:tr>
        <w:tc>
          <w:tcPr>
            <w:tcW w:type="dxa" w:w="2880"/>
          </w:tcPr>
          <w:p>
            <w:r>
              <w:t>2024-05-01</w:t>
            </w:r>
          </w:p>
        </w:tc>
        <w:tc>
          <w:tcPr>
            <w:tcW w:type="dxa" w:w="2880"/>
          </w:tcPr>
          <w:p>
            <w:r>
              <w:t>Charlie</w:t>
            </w:r>
          </w:p>
        </w:tc>
        <w:tc>
          <w:tcPr>
            <w:tcW w:type="dxa" w:w="2880"/>
          </w:tcPr>
          <w:p>
            <w:r>
              <w:t>4</w:t>
            </w:r>
          </w:p>
        </w:tc>
      </w:tr>
      <w:tr>
        <w:tc>
          <w:tcPr>
            <w:tcW w:type="dxa" w:w="2880"/>
          </w:tcPr>
          <w:p>
            <w:r>
              <w:t>2024-05-01</w:t>
            </w:r>
          </w:p>
        </w:tc>
        <w:tc>
          <w:tcPr>
            <w:tcW w:type="dxa" w:w="2880"/>
          </w:tcPr>
          <w:p>
            <w:r>
              <w:t>Bravo</w:t>
            </w:r>
          </w:p>
        </w:tc>
        <w:tc>
          <w:tcPr>
            <w:tcW w:type="dxa" w:w="2880"/>
          </w:tcPr>
          <w:p>
            <w:r>
              <w:t>4</w:t>
            </w:r>
          </w:p>
        </w:tc>
      </w:tr>
      <w:tr>
        <w:tc>
          <w:tcPr>
            <w:tcW w:type="dxa" w:w="2880"/>
          </w:tcPr>
          <w:p>
            <w:r>
              <w:t>2024-06-01</w:t>
            </w:r>
          </w:p>
        </w:tc>
        <w:tc>
          <w:tcPr>
            <w:tcW w:type="dxa" w:w="2880"/>
          </w:tcPr>
          <w:p>
            <w:r>
              <w:t>Alpha</w:t>
            </w:r>
          </w:p>
        </w:tc>
        <w:tc>
          <w:tcPr>
            <w:tcW w:type="dxa" w:w="2880"/>
          </w:tcPr>
          <w:p>
            <w:r>
              <w:t>0</w:t>
            </w:r>
          </w:p>
        </w:tc>
      </w:tr>
      <w:tr>
        <w:tc>
          <w:tcPr>
            <w:tcW w:type="dxa" w:w="2880"/>
          </w:tcPr>
          <w:p>
            <w:r>
              <w:t>2024-06-01</w:t>
            </w:r>
          </w:p>
        </w:tc>
        <w:tc>
          <w:tcPr>
            <w:tcW w:type="dxa" w:w="2880"/>
          </w:tcPr>
          <w:p>
            <w:r>
              <w:t>Charlie</w:t>
            </w:r>
          </w:p>
        </w:tc>
        <w:tc>
          <w:tcPr>
            <w:tcW w:type="dxa" w:w="2880"/>
          </w:tcPr>
          <w:p>
            <w:r>
              <w:t>3</w:t>
            </w:r>
          </w:p>
        </w:tc>
      </w:tr>
      <w:tr>
        <w:tc>
          <w:tcPr>
            <w:tcW w:type="dxa" w:w="2880"/>
          </w:tcPr>
          <w:p>
            <w:r>
              <w:t>2024-06-01</w:t>
            </w:r>
          </w:p>
        </w:tc>
        <w:tc>
          <w:tcPr>
            <w:tcW w:type="dxa" w:w="2880"/>
          </w:tcPr>
          <w:p>
            <w:r>
              <w:t>Bravo</w:t>
            </w:r>
          </w:p>
        </w:tc>
        <w:tc>
          <w:tcPr>
            <w:tcW w:type="dxa" w:w="2880"/>
          </w:tcPr>
          <w:p>
            <w:r>
              <w:t>4</w:t>
            </w:r>
          </w:p>
        </w:tc>
      </w:tr>
      <w:tr>
        <w:tc>
          <w:tcPr>
            <w:tcW w:type="dxa" w:w="2880"/>
          </w:tcPr>
          <w:p>
            <w:r>
              <w:t>2024-07-01</w:t>
            </w:r>
          </w:p>
        </w:tc>
        <w:tc>
          <w:tcPr>
            <w:tcW w:type="dxa" w:w="2880"/>
          </w:tcPr>
          <w:p>
            <w:r>
              <w:t>Alpha</w:t>
            </w:r>
          </w:p>
        </w:tc>
        <w:tc>
          <w:tcPr>
            <w:tcW w:type="dxa" w:w="2880"/>
          </w:tcPr>
          <w:p>
            <w:r>
              <w:t>1</w:t>
            </w:r>
          </w:p>
        </w:tc>
      </w:tr>
      <w:tr>
        <w:tc>
          <w:tcPr>
            <w:tcW w:type="dxa" w:w="2880"/>
          </w:tcPr>
          <w:p>
            <w:r>
              <w:t>2024-07-01</w:t>
            </w:r>
          </w:p>
        </w:tc>
        <w:tc>
          <w:tcPr>
            <w:tcW w:type="dxa" w:w="2880"/>
          </w:tcPr>
          <w:p>
            <w:r>
              <w:t>Charlie</w:t>
            </w:r>
          </w:p>
        </w:tc>
        <w:tc>
          <w:tcPr>
            <w:tcW w:type="dxa" w:w="2880"/>
          </w:tcPr>
          <w:p>
            <w:r>
              <w:t>0</w:t>
            </w:r>
          </w:p>
        </w:tc>
      </w:tr>
      <w:tr>
        <w:tc>
          <w:tcPr>
            <w:tcW w:type="dxa" w:w="2880"/>
          </w:tcPr>
          <w:p>
            <w:r>
              <w:t>2024-07-01</w:t>
            </w:r>
          </w:p>
        </w:tc>
        <w:tc>
          <w:tcPr>
            <w:tcW w:type="dxa" w:w="2880"/>
          </w:tcPr>
          <w:p>
            <w:r>
              <w:t>Bravo</w:t>
            </w:r>
          </w:p>
        </w:tc>
        <w:tc>
          <w:tcPr>
            <w:tcW w:type="dxa" w:w="2880"/>
          </w:tcPr>
          <w:p>
            <w:r>
              <w:t>0</w:t>
            </w:r>
          </w:p>
        </w:tc>
      </w:tr>
      <w:tr>
        <w:tc>
          <w:tcPr>
            <w:tcW w:type="dxa" w:w="2880"/>
          </w:tcPr>
          <w:p>
            <w:r>
              <w:t>2024-08-01</w:t>
            </w:r>
          </w:p>
        </w:tc>
        <w:tc>
          <w:tcPr>
            <w:tcW w:type="dxa" w:w="2880"/>
          </w:tcPr>
          <w:p>
            <w:r>
              <w:t>Alpha</w:t>
            </w:r>
          </w:p>
        </w:tc>
        <w:tc>
          <w:tcPr>
            <w:tcW w:type="dxa" w:w="2880"/>
          </w:tcPr>
          <w:p>
            <w:r>
              <w:t>3</w:t>
            </w:r>
          </w:p>
        </w:tc>
      </w:tr>
      <w:tr>
        <w:tc>
          <w:tcPr>
            <w:tcW w:type="dxa" w:w="2880"/>
          </w:tcPr>
          <w:p>
            <w:r>
              <w:t>2024-08-01</w:t>
            </w:r>
          </w:p>
        </w:tc>
        <w:tc>
          <w:tcPr>
            <w:tcW w:type="dxa" w:w="2880"/>
          </w:tcPr>
          <w:p>
            <w:r>
              <w:t>Charlie</w:t>
            </w:r>
          </w:p>
        </w:tc>
        <w:tc>
          <w:tcPr>
            <w:tcW w:type="dxa" w:w="2880"/>
          </w:tcPr>
          <w:p>
            <w:r>
              <w:t>3</w:t>
            </w:r>
          </w:p>
        </w:tc>
      </w:tr>
      <w:tr>
        <w:tc>
          <w:tcPr>
            <w:tcW w:type="dxa" w:w="2880"/>
          </w:tcPr>
          <w:p>
            <w:r>
              <w:t>2024-08-01</w:t>
            </w:r>
          </w:p>
        </w:tc>
        <w:tc>
          <w:tcPr>
            <w:tcW w:type="dxa" w:w="2880"/>
          </w:tcPr>
          <w:p>
            <w:r>
              <w:t>Bravo</w:t>
            </w:r>
          </w:p>
        </w:tc>
        <w:tc>
          <w:tcPr>
            <w:tcW w:type="dxa" w:w="2880"/>
          </w:tcPr>
          <w:p>
            <w:r>
              <w:t>0</w:t>
            </w:r>
          </w:p>
        </w:tc>
      </w:tr>
      <w:tr>
        <w:tc>
          <w:tcPr>
            <w:tcW w:type="dxa" w:w="2880"/>
          </w:tcPr>
          <w:p>
            <w:r>
              <w:t>2024-09-01</w:t>
            </w:r>
          </w:p>
        </w:tc>
        <w:tc>
          <w:tcPr>
            <w:tcW w:type="dxa" w:w="2880"/>
          </w:tcPr>
          <w:p>
            <w:r>
              <w:t>Alpha</w:t>
            </w:r>
          </w:p>
        </w:tc>
        <w:tc>
          <w:tcPr>
            <w:tcW w:type="dxa" w:w="2880"/>
          </w:tcPr>
          <w:p>
            <w:r>
              <w:t>3</w:t>
            </w:r>
          </w:p>
        </w:tc>
      </w:tr>
      <w:tr>
        <w:tc>
          <w:tcPr>
            <w:tcW w:type="dxa" w:w="2880"/>
          </w:tcPr>
          <w:p>
            <w:r>
              <w:t>2024-09-01</w:t>
            </w:r>
          </w:p>
        </w:tc>
        <w:tc>
          <w:tcPr>
            <w:tcW w:type="dxa" w:w="2880"/>
          </w:tcPr>
          <w:p>
            <w:r>
              <w:t>Charlie</w:t>
            </w:r>
          </w:p>
        </w:tc>
        <w:tc>
          <w:tcPr>
            <w:tcW w:type="dxa" w:w="2880"/>
          </w:tcPr>
          <w:p>
            <w:r>
              <w:t>2</w:t>
            </w:r>
          </w:p>
        </w:tc>
      </w:tr>
      <w:tr>
        <w:tc>
          <w:tcPr>
            <w:tcW w:type="dxa" w:w="2880"/>
          </w:tcPr>
          <w:p>
            <w:r>
              <w:t>2024-09-01</w:t>
            </w:r>
          </w:p>
        </w:tc>
        <w:tc>
          <w:tcPr>
            <w:tcW w:type="dxa" w:w="2880"/>
          </w:tcPr>
          <w:p>
            <w:r>
              <w:t>Bravo</w:t>
            </w:r>
          </w:p>
        </w:tc>
        <w:tc>
          <w:tcPr>
            <w:tcW w:type="dxa" w:w="2880"/>
          </w:tcPr>
          <w:p>
            <w:r>
              <w:t>3</w:t>
            </w:r>
          </w:p>
        </w:tc>
      </w:tr>
      <w:tr>
        <w:tc>
          <w:tcPr>
            <w:tcW w:type="dxa" w:w="2880"/>
          </w:tcPr>
          <w:p>
            <w:r>
              <w:t>2024-10-01</w:t>
            </w:r>
          </w:p>
        </w:tc>
        <w:tc>
          <w:tcPr>
            <w:tcW w:type="dxa" w:w="2880"/>
          </w:tcPr>
          <w:p>
            <w:r>
              <w:t>Alpha</w:t>
            </w:r>
          </w:p>
        </w:tc>
        <w:tc>
          <w:tcPr>
            <w:tcW w:type="dxa" w:w="2880"/>
          </w:tcPr>
          <w:p>
            <w:r>
              <w:t>3</w:t>
            </w:r>
          </w:p>
        </w:tc>
      </w:tr>
      <w:tr>
        <w:tc>
          <w:tcPr>
            <w:tcW w:type="dxa" w:w="2880"/>
          </w:tcPr>
          <w:p>
            <w:r>
              <w:t>2024-10-01</w:t>
            </w:r>
          </w:p>
        </w:tc>
        <w:tc>
          <w:tcPr>
            <w:tcW w:type="dxa" w:w="2880"/>
          </w:tcPr>
          <w:p>
            <w:r>
              <w:t>Charlie</w:t>
            </w:r>
          </w:p>
        </w:tc>
        <w:tc>
          <w:tcPr>
            <w:tcW w:type="dxa" w:w="2880"/>
          </w:tcPr>
          <w:p>
            <w:r>
              <w:t>2</w:t>
            </w:r>
          </w:p>
        </w:tc>
      </w:tr>
      <w:tr>
        <w:tc>
          <w:tcPr>
            <w:tcW w:type="dxa" w:w="2880"/>
          </w:tcPr>
          <w:p>
            <w:r>
              <w:t>2024-10-01</w:t>
            </w:r>
          </w:p>
        </w:tc>
        <w:tc>
          <w:tcPr>
            <w:tcW w:type="dxa" w:w="2880"/>
          </w:tcPr>
          <w:p>
            <w:r>
              <w:t>Bravo</w:t>
            </w:r>
          </w:p>
        </w:tc>
        <w:tc>
          <w:tcPr>
            <w:tcW w:type="dxa" w:w="2880"/>
          </w:tcPr>
          <w:p>
            <w:r>
              <w:t>2</w:t>
            </w:r>
          </w:p>
        </w:tc>
      </w:tr>
      <w:tr>
        <w:tc>
          <w:tcPr>
            <w:tcW w:type="dxa" w:w="2880"/>
          </w:tcPr>
          <w:p>
            <w:r>
              <w:t>2024-11-01</w:t>
            </w:r>
          </w:p>
        </w:tc>
        <w:tc>
          <w:tcPr>
            <w:tcW w:type="dxa" w:w="2880"/>
          </w:tcPr>
          <w:p>
            <w:r>
              <w:t>Alpha</w:t>
            </w:r>
          </w:p>
        </w:tc>
        <w:tc>
          <w:tcPr>
            <w:tcW w:type="dxa" w:w="2880"/>
          </w:tcPr>
          <w:p>
            <w:r>
              <w:t>1</w:t>
            </w:r>
          </w:p>
        </w:tc>
      </w:tr>
      <w:tr>
        <w:tc>
          <w:tcPr>
            <w:tcW w:type="dxa" w:w="2880"/>
          </w:tcPr>
          <w:p>
            <w:r>
              <w:t>2024-11-01</w:t>
            </w:r>
          </w:p>
        </w:tc>
        <w:tc>
          <w:tcPr>
            <w:tcW w:type="dxa" w:w="2880"/>
          </w:tcPr>
          <w:p>
            <w:r>
              <w:t>Charlie</w:t>
            </w:r>
          </w:p>
        </w:tc>
        <w:tc>
          <w:tcPr>
            <w:tcW w:type="dxa" w:w="2880"/>
          </w:tcPr>
          <w:p>
            <w:r>
              <w:t>2</w:t>
            </w:r>
          </w:p>
        </w:tc>
      </w:tr>
      <w:tr>
        <w:tc>
          <w:tcPr>
            <w:tcW w:type="dxa" w:w="2880"/>
          </w:tcPr>
          <w:p>
            <w:r>
              <w:t>2024-11-01</w:t>
            </w:r>
          </w:p>
        </w:tc>
        <w:tc>
          <w:tcPr>
            <w:tcW w:type="dxa" w:w="2880"/>
          </w:tcPr>
          <w:p>
            <w:r>
              <w:t>Bravo</w:t>
            </w:r>
          </w:p>
        </w:tc>
        <w:tc>
          <w:tcPr>
            <w:tcW w:type="dxa" w:w="2880"/>
          </w:tcPr>
          <w:p>
            <w:r>
              <w:t>3</w:t>
            </w:r>
          </w:p>
        </w:tc>
      </w:tr>
      <w:tr>
        <w:tc>
          <w:tcPr>
            <w:tcW w:type="dxa" w:w="2880"/>
          </w:tcPr>
          <w:p>
            <w:r>
              <w:t>2024-12-01</w:t>
            </w:r>
          </w:p>
        </w:tc>
        <w:tc>
          <w:tcPr>
            <w:tcW w:type="dxa" w:w="2880"/>
          </w:tcPr>
          <w:p>
            <w:r>
              <w:t>Alpha</w:t>
            </w:r>
          </w:p>
        </w:tc>
        <w:tc>
          <w:tcPr>
            <w:tcW w:type="dxa" w:w="2880"/>
          </w:tcPr>
          <w:p>
            <w:r>
              <w:t>3</w:t>
            </w:r>
          </w:p>
        </w:tc>
      </w:tr>
      <w:tr>
        <w:tc>
          <w:tcPr>
            <w:tcW w:type="dxa" w:w="2880"/>
          </w:tcPr>
          <w:p>
            <w:r>
              <w:t>2024-12-01</w:t>
            </w:r>
          </w:p>
        </w:tc>
        <w:tc>
          <w:tcPr>
            <w:tcW w:type="dxa" w:w="2880"/>
          </w:tcPr>
          <w:p>
            <w:r>
              <w:t>Charlie</w:t>
            </w:r>
          </w:p>
        </w:tc>
        <w:tc>
          <w:tcPr>
            <w:tcW w:type="dxa" w:w="2880"/>
          </w:tcPr>
          <w:p>
            <w:r>
              <w:t>3</w:t>
            </w:r>
          </w:p>
        </w:tc>
      </w:tr>
      <w:tr>
        <w:tc>
          <w:tcPr>
            <w:tcW w:type="dxa" w:w="2880"/>
          </w:tcPr>
          <w:p>
            <w:r>
              <w:t>2024-12-01</w:t>
            </w:r>
          </w:p>
        </w:tc>
        <w:tc>
          <w:tcPr>
            <w:tcW w:type="dxa" w:w="2880"/>
          </w:tcPr>
          <w:p>
            <w:r>
              <w:t>Bravo</w:t>
            </w:r>
          </w:p>
        </w:tc>
        <w:tc>
          <w:tcPr>
            <w:tcW w:type="dxa" w:w="2880"/>
          </w:tcPr>
          <w:p>
            <w:r>
              <w:t>3</w:t>
            </w:r>
          </w:p>
        </w:tc>
      </w:tr>
      <w:tr>
        <w:tc>
          <w:tcPr>
            <w:tcW w:type="dxa" w:w="2880"/>
          </w:tcPr>
          <w:p>
            <w:r>
              <w:t>2025-01-01</w:t>
            </w:r>
          </w:p>
        </w:tc>
        <w:tc>
          <w:tcPr>
            <w:tcW w:type="dxa" w:w="2880"/>
          </w:tcPr>
          <w:p>
            <w:r>
              <w:t>Alpha</w:t>
            </w:r>
          </w:p>
        </w:tc>
        <w:tc>
          <w:tcPr>
            <w:tcW w:type="dxa" w:w="2880"/>
          </w:tcPr>
          <w:p>
            <w:r>
              <w:t>5</w:t>
            </w:r>
          </w:p>
        </w:tc>
      </w:tr>
      <w:tr>
        <w:tc>
          <w:tcPr>
            <w:tcW w:type="dxa" w:w="2880"/>
          </w:tcPr>
          <w:p>
            <w:r>
              <w:t>2025-01-01</w:t>
            </w:r>
          </w:p>
        </w:tc>
        <w:tc>
          <w:tcPr>
            <w:tcW w:type="dxa" w:w="2880"/>
          </w:tcPr>
          <w:p>
            <w:r>
              <w:t>Charlie</w:t>
            </w:r>
          </w:p>
        </w:tc>
        <w:tc>
          <w:tcPr>
            <w:tcW w:type="dxa" w:w="2880"/>
          </w:tcPr>
          <w:p>
            <w:r>
              <w:t>1</w:t>
            </w:r>
          </w:p>
        </w:tc>
      </w:tr>
      <w:tr>
        <w:tc>
          <w:tcPr>
            <w:tcW w:type="dxa" w:w="2880"/>
          </w:tcPr>
          <w:p>
            <w:r>
              <w:t>2025-01-01</w:t>
            </w:r>
          </w:p>
        </w:tc>
        <w:tc>
          <w:tcPr>
            <w:tcW w:type="dxa" w:w="2880"/>
          </w:tcPr>
          <w:p>
            <w:r>
              <w:t>Bravo</w:t>
            </w:r>
          </w:p>
        </w:tc>
        <w:tc>
          <w:tcPr>
            <w:tcW w:type="dxa" w:w="2880"/>
          </w:tcPr>
          <w:p>
            <w:r>
              <w:t>2</w:t>
            </w:r>
          </w:p>
        </w:tc>
      </w:tr>
      <w:tr>
        <w:tc>
          <w:tcPr>
            <w:tcW w:type="dxa" w:w="2880"/>
          </w:tcPr>
          <w:p>
            <w:r>
              <w:t>2025-02-01</w:t>
            </w:r>
          </w:p>
        </w:tc>
        <w:tc>
          <w:tcPr>
            <w:tcW w:type="dxa" w:w="2880"/>
          </w:tcPr>
          <w:p>
            <w:r>
              <w:t>Alpha</w:t>
            </w:r>
          </w:p>
        </w:tc>
        <w:tc>
          <w:tcPr>
            <w:tcW w:type="dxa" w:w="2880"/>
          </w:tcPr>
          <w:p>
            <w:r>
              <w:t>2</w:t>
            </w:r>
          </w:p>
        </w:tc>
      </w:tr>
      <w:tr>
        <w:tc>
          <w:tcPr>
            <w:tcW w:type="dxa" w:w="2880"/>
          </w:tcPr>
          <w:p>
            <w:r>
              <w:t>2025-02-01</w:t>
            </w:r>
          </w:p>
        </w:tc>
        <w:tc>
          <w:tcPr>
            <w:tcW w:type="dxa" w:w="2880"/>
          </w:tcPr>
          <w:p>
            <w:r>
              <w:t>Charlie</w:t>
            </w:r>
          </w:p>
        </w:tc>
        <w:tc>
          <w:tcPr>
            <w:tcW w:type="dxa" w:w="2880"/>
          </w:tcPr>
          <w:p>
            <w:r>
              <w:t>2</w:t>
            </w:r>
          </w:p>
        </w:tc>
      </w:tr>
      <w:tr>
        <w:tc>
          <w:tcPr>
            <w:tcW w:type="dxa" w:w="2880"/>
          </w:tcPr>
          <w:p>
            <w:r>
              <w:t>2025-02-01</w:t>
            </w:r>
          </w:p>
        </w:tc>
        <w:tc>
          <w:tcPr>
            <w:tcW w:type="dxa" w:w="2880"/>
          </w:tcPr>
          <w:p>
            <w:r>
              <w:t>Bravo</w:t>
            </w:r>
          </w:p>
        </w:tc>
        <w:tc>
          <w:tcPr>
            <w:tcW w:type="dxa" w:w="2880"/>
          </w:tcPr>
          <w:p>
            <w:r>
              <w:t>1</w:t>
            </w:r>
          </w:p>
        </w:tc>
      </w:tr>
      <w:tr>
        <w:tc>
          <w:tcPr>
            <w:tcW w:type="dxa" w:w="2880"/>
          </w:tcPr>
          <w:p>
            <w:r>
              <w:t>2025-03-01</w:t>
            </w:r>
          </w:p>
        </w:tc>
        <w:tc>
          <w:tcPr>
            <w:tcW w:type="dxa" w:w="2880"/>
          </w:tcPr>
          <w:p>
            <w:r>
              <w:t>Alpha</w:t>
            </w:r>
          </w:p>
        </w:tc>
        <w:tc>
          <w:tcPr>
            <w:tcW w:type="dxa" w:w="2880"/>
          </w:tcPr>
          <w:p>
            <w:r>
              <w:t>5</w:t>
            </w:r>
          </w:p>
        </w:tc>
      </w:tr>
      <w:tr>
        <w:tc>
          <w:tcPr>
            <w:tcW w:type="dxa" w:w="2880"/>
          </w:tcPr>
          <w:p>
            <w:r>
              <w:t>2025-03-01</w:t>
            </w:r>
          </w:p>
        </w:tc>
        <w:tc>
          <w:tcPr>
            <w:tcW w:type="dxa" w:w="2880"/>
          </w:tcPr>
          <w:p>
            <w:r>
              <w:t>Charlie</w:t>
            </w:r>
          </w:p>
        </w:tc>
        <w:tc>
          <w:tcPr>
            <w:tcW w:type="dxa" w:w="2880"/>
          </w:tcPr>
          <w:p>
            <w:r>
              <w:t>4</w:t>
            </w:r>
          </w:p>
        </w:tc>
      </w:tr>
      <w:tr>
        <w:tc>
          <w:tcPr>
            <w:tcW w:type="dxa" w:w="2880"/>
          </w:tcPr>
          <w:p>
            <w:r>
              <w:t>2025-03-01</w:t>
            </w:r>
          </w:p>
        </w:tc>
        <w:tc>
          <w:tcPr>
            <w:tcW w:type="dxa" w:w="2880"/>
          </w:tcPr>
          <w:p>
            <w:r>
              <w:t>Bravo</w:t>
            </w:r>
          </w:p>
        </w:tc>
        <w:tc>
          <w:tcPr>
            <w:tcW w:type="dxa" w:w="2880"/>
          </w:tcPr>
          <w:p>
            <w:r>
              <w:t>1</w:t>
            </w:r>
          </w:p>
        </w:tc>
      </w:tr>
      <w:tr>
        <w:tc>
          <w:tcPr>
            <w:tcW w:type="dxa" w:w="2880"/>
          </w:tcPr>
          <w:p>
            <w:r>
              <w:t>2025-04-01</w:t>
            </w:r>
          </w:p>
        </w:tc>
        <w:tc>
          <w:tcPr>
            <w:tcW w:type="dxa" w:w="2880"/>
          </w:tcPr>
          <w:p>
            <w:r>
              <w:t>Alpha</w:t>
            </w:r>
          </w:p>
        </w:tc>
        <w:tc>
          <w:tcPr>
            <w:tcW w:type="dxa" w:w="2880"/>
          </w:tcPr>
          <w:p>
            <w:r>
              <w:t>1</w:t>
            </w:r>
          </w:p>
        </w:tc>
      </w:tr>
      <w:tr>
        <w:tc>
          <w:tcPr>
            <w:tcW w:type="dxa" w:w="2880"/>
          </w:tcPr>
          <w:p>
            <w:r>
              <w:t>2025-04-01</w:t>
            </w:r>
          </w:p>
        </w:tc>
        <w:tc>
          <w:tcPr>
            <w:tcW w:type="dxa" w:w="2880"/>
          </w:tcPr>
          <w:p>
            <w:r>
              <w:t>Charlie</w:t>
            </w:r>
          </w:p>
        </w:tc>
        <w:tc>
          <w:tcPr>
            <w:tcW w:type="dxa" w:w="2880"/>
          </w:tcPr>
          <w:p>
            <w:r>
              <w:t>2</w:t>
            </w:r>
          </w:p>
        </w:tc>
      </w:tr>
      <w:tr>
        <w:tc>
          <w:tcPr>
            <w:tcW w:type="dxa" w:w="2880"/>
          </w:tcPr>
          <w:p>
            <w:r>
              <w:t>2025-04-01</w:t>
            </w:r>
          </w:p>
        </w:tc>
        <w:tc>
          <w:tcPr>
            <w:tcW w:type="dxa" w:w="2880"/>
          </w:tcPr>
          <w:p>
            <w:r>
              <w:t>Bravo</w:t>
            </w:r>
          </w:p>
        </w:tc>
        <w:tc>
          <w:tcPr>
            <w:tcW w:type="dxa" w:w="2880"/>
          </w:tcPr>
          <w:p>
            <w:r>
              <w:t>0</w:t>
            </w:r>
          </w:p>
        </w:tc>
      </w:tr>
      <w:tr>
        <w:tc>
          <w:tcPr>
            <w:tcW w:type="dxa" w:w="2880"/>
          </w:tcPr>
          <w:p>
            <w:r>
              <w:t>2025-05-01</w:t>
            </w:r>
          </w:p>
        </w:tc>
        <w:tc>
          <w:tcPr>
            <w:tcW w:type="dxa" w:w="2880"/>
          </w:tcPr>
          <w:p>
            <w:r>
              <w:t>Alpha</w:t>
            </w:r>
          </w:p>
        </w:tc>
        <w:tc>
          <w:tcPr>
            <w:tcW w:type="dxa" w:w="2880"/>
          </w:tcPr>
          <w:p>
            <w:r>
              <w:t>3</w:t>
            </w:r>
          </w:p>
        </w:tc>
      </w:tr>
      <w:tr>
        <w:tc>
          <w:tcPr>
            <w:tcW w:type="dxa" w:w="2880"/>
          </w:tcPr>
          <w:p>
            <w:r>
              <w:t>2025-05-01</w:t>
            </w:r>
          </w:p>
        </w:tc>
        <w:tc>
          <w:tcPr>
            <w:tcW w:type="dxa" w:w="2880"/>
          </w:tcPr>
          <w:p>
            <w:r>
              <w:t>Charlie</w:t>
            </w:r>
          </w:p>
        </w:tc>
        <w:tc>
          <w:tcPr>
            <w:tcW w:type="dxa" w:w="2880"/>
          </w:tcPr>
          <w:p>
            <w:r>
              <w:t>3</w:t>
            </w:r>
          </w:p>
        </w:tc>
      </w:tr>
      <w:tr>
        <w:tc>
          <w:tcPr>
            <w:tcW w:type="dxa" w:w="2880"/>
          </w:tcPr>
          <w:p>
            <w:r>
              <w:t>2025-05-01</w:t>
            </w:r>
          </w:p>
        </w:tc>
        <w:tc>
          <w:tcPr>
            <w:tcW w:type="dxa" w:w="2880"/>
          </w:tcPr>
          <w:p>
            <w:r>
              <w:t>Bravo</w:t>
            </w:r>
          </w:p>
        </w:tc>
        <w:tc>
          <w:tcPr>
            <w:tcW w:type="dxa" w:w="2880"/>
          </w:tcPr>
          <w:p>
            <w:r>
              <w:t>1</w:t>
            </w:r>
          </w:p>
        </w:tc>
      </w:tr>
      <w:tr>
        <w:tc>
          <w:tcPr>
            <w:tcW w:type="dxa" w:w="2880"/>
          </w:tcPr>
          <w:p>
            <w:r>
              <w:t>2025-06-01</w:t>
            </w:r>
          </w:p>
        </w:tc>
        <w:tc>
          <w:tcPr>
            <w:tcW w:type="dxa" w:w="2880"/>
          </w:tcPr>
          <w:p>
            <w:r>
              <w:t>Alpha</w:t>
            </w:r>
          </w:p>
        </w:tc>
        <w:tc>
          <w:tcPr>
            <w:tcW w:type="dxa" w:w="2880"/>
          </w:tcPr>
          <w:p>
            <w:r>
              <w:t>7</w:t>
            </w:r>
          </w:p>
        </w:tc>
      </w:tr>
      <w:tr>
        <w:tc>
          <w:tcPr>
            <w:tcW w:type="dxa" w:w="2880"/>
          </w:tcPr>
          <w:p>
            <w:r>
              <w:t>2025-06-01</w:t>
            </w:r>
          </w:p>
        </w:tc>
        <w:tc>
          <w:tcPr>
            <w:tcW w:type="dxa" w:w="2880"/>
          </w:tcPr>
          <w:p>
            <w:r>
              <w:t>Charlie</w:t>
            </w:r>
          </w:p>
        </w:tc>
        <w:tc>
          <w:tcPr>
            <w:tcW w:type="dxa" w:w="2880"/>
          </w:tcPr>
          <w:p>
            <w:r>
              <w:t>1</w:t>
            </w:r>
          </w:p>
        </w:tc>
      </w:tr>
      <w:tr>
        <w:tc>
          <w:tcPr>
            <w:tcW w:type="dxa" w:w="2880"/>
          </w:tcPr>
          <w:p>
            <w:r>
              <w:t>2025-06-01</w:t>
            </w:r>
          </w:p>
        </w:tc>
        <w:tc>
          <w:tcPr>
            <w:tcW w:type="dxa" w:w="2880"/>
          </w:tcPr>
          <w:p>
            <w:r>
              <w:t>Bravo</w:t>
            </w:r>
          </w:p>
        </w:tc>
        <w:tc>
          <w:tcPr>
            <w:tcW w:type="dxa" w:w="2880"/>
          </w:tcPr>
          <w:p>
            <w:r>
              <w:t>4</w:t>
            </w:r>
          </w:p>
        </w:tc>
      </w:tr>
      <w:tr>
        <w:tc>
          <w:tcPr>
            <w:tcW w:type="dxa" w:w="2880"/>
          </w:tcPr>
          <w:p>
            <w:r>
              <w:t>2025-07-01</w:t>
            </w:r>
          </w:p>
        </w:tc>
        <w:tc>
          <w:tcPr>
            <w:tcW w:type="dxa" w:w="2880"/>
          </w:tcPr>
          <w:p>
            <w:r>
              <w:t>Alpha</w:t>
            </w:r>
          </w:p>
        </w:tc>
        <w:tc>
          <w:tcPr>
            <w:tcW w:type="dxa" w:w="2880"/>
          </w:tcPr>
          <w:p>
            <w:r>
              <w:t>3</w:t>
            </w:r>
          </w:p>
        </w:tc>
      </w:tr>
      <w:tr>
        <w:tc>
          <w:tcPr>
            <w:tcW w:type="dxa" w:w="2880"/>
          </w:tcPr>
          <w:p>
            <w:r>
              <w:t>2025-07-01</w:t>
            </w:r>
          </w:p>
        </w:tc>
        <w:tc>
          <w:tcPr>
            <w:tcW w:type="dxa" w:w="2880"/>
          </w:tcPr>
          <w:p>
            <w:r>
              <w:t>Charlie</w:t>
            </w:r>
          </w:p>
        </w:tc>
        <w:tc>
          <w:tcPr>
            <w:tcW w:type="dxa" w:w="2880"/>
          </w:tcPr>
          <w:p>
            <w:r>
              <w:t>0</w:t>
            </w:r>
          </w:p>
        </w:tc>
      </w:tr>
      <w:tr>
        <w:tc>
          <w:tcPr>
            <w:tcW w:type="dxa" w:w="2880"/>
          </w:tcPr>
          <w:p>
            <w:r>
              <w:t>2025-07-01</w:t>
            </w:r>
          </w:p>
        </w:tc>
        <w:tc>
          <w:tcPr>
            <w:tcW w:type="dxa" w:w="2880"/>
          </w:tcPr>
          <w:p>
            <w:r>
              <w:t>Bravo</w:t>
            </w:r>
          </w:p>
        </w:tc>
        <w:tc>
          <w:tcPr>
            <w:tcW w:type="dxa" w:w="2880"/>
          </w:tcPr>
          <w:p>
            <w:r>
              <w:t>1</w:t>
            </w:r>
          </w:p>
        </w:tc>
      </w:tr>
      <w:tr>
        <w:tc>
          <w:tcPr>
            <w:tcW w:type="dxa" w:w="2880"/>
          </w:tcPr>
          <w:p>
            <w:r>
              <w:t>2025-08-01</w:t>
            </w:r>
          </w:p>
        </w:tc>
        <w:tc>
          <w:tcPr>
            <w:tcW w:type="dxa" w:w="2880"/>
          </w:tcPr>
          <w:p>
            <w:r>
              <w:t>Alpha</w:t>
            </w:r>
          </w:p>
        </w:tc>
        <w:tc>
          <w:tcPr>
            <w:tcW w:type="dxa" w:w="2880"/>
          </w:tcPr>
          <w:p>
            <w:r>
              <w:t>3</w:t>
            </w:r>
          </w:p>
        </w:tc>
      </w:tr>
      <w:tr>
        <w:tc>
          <w:tcPr>
            <w:tcW w:type="dxa" w:w="2880"/>
          </w:tcPr>
          <w:p>
            <w:r>
              <w:t>2025-08-01</w:t>
            </w:r>
          </w:p>
        </w:tc>
        <w:tc>
          <w:tcPr>
            <w:tcW w:type="dxa" w:w="2880"/>
          </w:tcPr>
          <w:p>
            <w:r>
              <w:t>Charlie</w:t>
            </w:r>
          </w:p>
        </w:tc>
        <w:tc>
          <w:tcPr>
            <w:tcW w:type="dxa" w:w="2880"/>
          </w:tcPr>
          <w:p>
            <w:r>
              <w:t>1</w:t>
            </w:r>
          </w:p>
        </w:tc>
      </w:tr>
      <w:tr>
        <w:tc>
          <w:tcPr>
            <w:tcW w:type="dxa" w:w="2880"/>
          </w:tcPr>
          <w:p>
            <w:r>
              <w:t>2025-08-01</w:t>
            </w:r>
          </w:p>
        </w:tc>
        <w:tc>
          <w:tcPr>
            <w:tcW w:type="dxa" w:w="2880"/>
          </w:tcPr>
          <w:p>
            <w:r>
              <w:t>Bravo</w:t>
            </w:r>
          </w:p>
        </w:tc>
        <w:tc>
          <w:tcPr>
            <w:tcW w:type="dxa" w:w="2880"/>
          </w:tcPr>
          <w:p>
            <w:r>
              <w:t>0</w:t>
            </w:r>
          </w:p>
        </w:tc>
      </w:tr>
      <w:tr>
        <w:tc>
          <w:tcPr>
            <w:tcW w:type="dxa" w:w="2880"/>
          </w:tcPr>
          <w:p>
            <w:r>
              <w:t>2025-09-01</w:t>
            </w:r>
          </w:p>
        </w:tc>
        <w:tc>
          <w:tcPr>
            <w:tcW w:type="dxa" w:w="2880"/>
          </w:tcPr>
          <w:p>
            <w:r>
              <w:t>Alpha</w:t>
            </w:r>
          </w:p>
        </w:tc>
        <w:tc>
          <w:tcPr>
            <w:tcW w:type="dxa" w:w="2880"/>
          </w:tcPr>
          <w:p>
            <w:r>
              <w:t>0</w:t>
            </w:r>
          </w:p>
        </w:tc>
      </w:tr>
      <w:tr>
        <w:tc>
          <w:tcPr>
            <w:tcW w:type="dxa" w:w="2880"/>
          </w:tcPr>
          <w:p>
            <w:r>
              <w:t>2025-09-01</w:t>
            </w:r>
          </w:p>
        </w:tc>
        <w:tc>
          <w:tcPr>
            <w:tcW w:type="dxa" w:w="2880"/>
          </w:tcPr>
          <w:p>
            <w:r>
              <w:t>Charlie</w:t>
            </w:r>
          </w:p>
        </w:tc>
        <w:tc>
          <w:tcPr>
            <w:tcW w:type="dxa" w:w="2880"/>
          </w:tcPr>
          <w:p>
            <w:r>
              <w:t>2</w:t>
            </w:r>
          </w:p>
        </w:tc>
      </w:tr>
      <w:tr>
        <w:tc>
          <w:tcPr>
            <w:tcW w:type="dxa" w:w="2880"/>
          </w:tcPr>
          <w:p>
            <w:r>
              <w:t>2025-09-01</w:t>
            </w:r>
          </w:p>
        </w:tc>
        <w:tc>
          <w:tcPr>
            <w:tcW w:type="dxa" w:w="2880"/>
          </w:tcPr>
          <w:p>
            <w:r>
              <w:t>Bravo</w:t>
            </w:r>
          </w:p>
        </w:tc>
        <w:tc>
          <w:tcPr>
            <w:tcW w:type="dxa" w:w="2880"/>
          </w:tcPr>
          <w:p>
            <w:r>
              <w:t>2</w:t>
            </w:r>
          </w:p>
        </w:tc>
      </w:tr>
      <w:tr>
        <w:tc>
          <w:tcPr>
            <w:tcW w:type="dxa" w:w="2880"/>
          </w:tcPr>
          <w:p>
            <w:r>
              <w:t>2025-10-01</w:t>
            </w:r>
          </w:p>
        </w:tc>
        <w:tc>
          <w:tcPr>
            <w:tcW w:type="dxa" w:w="2880"/>
          </w:tcPr>
          <w:p>
            <w:r>
              <w:t>Alpha</w:t>
            </w:r>
          </w:p>
        </w:tc>
        <w:tc>
          <w:tcPr>
            <w:tcW w:type="dxa" w:w="2880"/>
          </w:tcPr>
          <w:p>
            <w:r>
              <w:t>2</w:t>
            </w:r>
          </w:p>
        </w:tc>
      </w:tr>
      <w:tr>
        <w:tc>
          <w:tcPr>
            <w:tcW w:type="dxa" w:w="2880"/>
          </w:tcPr>
          <w:p>
            <w:r>
              <w:t>2025-10-01</w:t>
            </w:r>
          </w:p>
        </w:tc>
        <w:tc>
          <w:tcPr>
            <w:tcW w:type="dxa" w:w="2880"/>
          </w:tcPr>
          <w:p>
            <w:r>
              <w:t>Charlie</w:t>
            </w:r>
          </w:p>
        </w:tc>
        <w:tc>
          <w:tcPr>
            <w:tcW w:type="dxa" w:w="2880"/>
          </w:tcPr>
          <w:p>
            <w:r>
              <w:t>2</w:t>
            </w:r>
          </w:p>
        </w:tc>
      </w:tr>
      <w:tr>
        <w:tc>
          <w:tcPr>
            <w:tcW w:type="dxa" w:w="2880"/>
          </w:tcPr>
          <w:p>
            <w:r>
              <w:t>2025-10-01</w:t>
            </w:r>
          </w:p>
        </w:tc>
        <w:tc>
          <w:tcPr>
            <w:tcW w:type="dxa" w:w="2880"/>
          </w:tcPr>
          <w:p>
            <w:r>
              <w:t>Bravo</w:t>
            </w:r>
          </w:p>
        </w:tc>
        <w:tc>
          <w:tcPr>
            <w:tcW w:type="dxa" w:w="2880"/>
          </w:tcPr>
          <w:p>
            <w:r>
              <w:t>2</w:t>
            </w:r>
          </w:p>
        </w:tc>
      </w:tr>
      <w:tr>
        <w:tc>
          <w:tcPr>
            <w:tcW w:type="dxa" w:w="2880"/>
          </w:tcPr>
          <w:p>
            <w:r>
              <w:t>2025-11-01</w:t>
            </w:r>
          </w:p>
        </w:tc>
        <w:tc>
          <w:tcPr>
            <w:tcW w:type="dxa" w:w="2880"/>
          </w:tcPr>
          <w:p>
            <w:r>
              <w:t>Alpha</w:t>
            </w:r>
          </w:p>
        </w:tc>
        <w:tc>
          <w:tcPr>
            <w:tcW w:type="dxa" w:w="2880"/>
          </w:tcPr>
          <w:p>
            <w:r>
              <w:t>1</w:t>
            </w:r>
          </w:p>
        </w:tc>
      </w:tr>
      <w:tr>
        <w:tc>
          <w:tcPr>
            <w:tcW w:type="dxa" w:w="2880"/>
          </w:tcPr>
          <w:p>
            <w:r>
              <w:t>2025-11-01</w:t>
            </w:r>
          </w:p>
        </w:tc>
        <w:tc>
          <w:tcPr>
            <w:tcW w:type="dxa" w:w="2880"/>
          </w:tcPr>
          <w:p>
            <w:r>
              <w:t>Charlie</w:t>
            </w:r>
          </w:p>
        </w:tc>
        <w:tc>
          <w:tcPr>
            <w:tcW w:type="dxa" w:w="2880"/>
          </w:tcPr>
          <w:p>
            <w:r>
              <w:t>1</w:t>
            </w:r>
          </w:p>
        </w:tc>
      </w:tr>
      <w:tr>
        <w:tc>
          <w:tcPr>
            <w:tcW w:type="dxa" w:w="2880"/>
          </w:tcPr>
          <w:p>
            <w:r>
              <w:t>2025-11-01</w:t>
            </w:r>
          </w:p>
        </w:tc>
        <w:tc>
          <w:tcPr>
            <w:tcW w:type="dxa" w:w="2880"/>
          </w:tcPr>
          <w:p>
            <w:r>
              <w:t>Bravo</w:t>
            </w:r>
          </w:p>
        </w:tc>
        <w:tc>
          <w:tcPr>
            <w:tcW w:type="dxa" w:w="2880"/>
          </w:tcPr>
          <w:p>
            <w:r>
              <w:t>0</w:t>
            </w:r>
          </w:p>
        </w:tc>
      </w:tr>
      <w:tr>
        <w:tc>
          <w:tcPr>
            <w:tcW w:type="dxa" w:w="2880"/>
          </w:tcPr>
          <w:p>
            <w:r>
              <w:t>2025-12-01</w:t>
            </w:r>
          </w:p>
        </w:tc>
        <w:tc>
          <w:tcPr>
            <w:tcW w:type="dxa" w:w="2880"/>
          </w:tcPr>
          <w:p>
            <w:r>
              <w:t>Alpha</w:t>
            </w:r>
          </w:p>
        </w:tc>
        <w:tc>
          <w:tcPr>
            <w:tcW w:type="dxa" w:w="2880"/>
          </w:tcPr>
          <w:p>
            <w:r>
              <w:t>3</w:t>
            </w:r>
          </w:p>
        </w:tc>
      </w:tr>
      <w:tr>
        <w:tc>
          <w:tcPr>
            <w:tcW w:type="dxa" w:w="2880"/>
          </w:tcPr>
          <w:p>
            <w:r>
              <w:t>2025-12-01</w:t>
            </w:r>
          </w:p>
        </w:tc>
        <w:tc>
          <w:tcPr>
            <w:tcW w:type="dxa" w:w="2880"/>
          </w:tcPr>
          <w:p>
            <w:r>
              <w:t>Charlie</w:t>
            </w:r>
          </w:p>
        </w:tc>
        <w:tc>
          <w:tcPr>
            <w:tcW w:type="dxa" w:w="2880"/>
          </w:tcPr>
          <w:p>
            <w:r>
              <w:t>0</w:t>
            </w:r>
          </w:p>
        </w:tc>
      </w:tr>
      <w:tr>
        <w:tc>
          <w:tcPr>
            <w:tcW w:type="dxa" w:w="2880"/>
          </w:tcPr>
          <w:p>
            <w:r>
              <w:t>2025-12-01</w:t>
            </w:r>
          </w:p>
        </w:tc>
        <w:tc>
          <w:tcPr>
            <w:tcW w:type="dxa" w:w="2880"/>
          </w:tcPr>
          <w:p>
            <w:r>
              <w:t>Bravo</w:t>
            </w:r>
          </w:p>
        </w:tc>
        <w:tc>
          <w:tcPr>
            <w:tcW w:type="dxa" w:w="2880"/>
          </w:tcPr>
          <w:p>
            <w:r>
              <w:t>1</w:t>
            </w:r>
          </w:p>
        </w:tc>
      </w:tr>
    </w:tbl>
    <w:p/>
    <w:p>
      <w:pPr>
        <w:pStyle w:val="Heading2"/>
      </w:pPr>
      <w:r>
        <w:t>Figure 29. Patrol effort by month over time (month) [82]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2024-01-01</w:t>
            </w:r>
          </w:p>
        </w:tc>
        <w:tc>
          <w:tcPr>
            <w:tcW w:type="dxa" w:w="2880"/>
          </w:tcPr>
          <w:p>
            <w:r>
              <w:t>PA1</w:t>
            </w:r>
          </w:p>
        </w:tc>
        <w:tc>
          <w:tcPr>
            <w:tcW w:type="dxa" w:w="2880"/>
          </w:tcPr>
          <w:p>
            <w:r>
              <w:t>1</w:t>
            </w:r>
          </w:p>
        </w:tc>
      </w:tr>
      <w:tr>
        <w:tc>
          <w:tcPr>
            <w:tcW w:type="dxa" w:w="2880"/>
          </w:tcPr>
          <w:p>
            <w:r>
              <w:t>2024-01-01</w:t>
            </w:r>
          </w:p>
        </w:tc>
        <w:tc>
          <w:tcPr>
            <w:tcW w:type="dxa" w:w="2880"/>
          </w:tcPr>
          <w:p>
            <w:r>
              <w:t>PA2</w:t>
            </w:r>
          </w:p>
        </w:tc>
        <w:tc>
          <w:tcPr>
            <w:tcW w:type="dxa" w:w="2880"/>
          </w:tcPr>
          <w:p>
            <w:r>
              <w:t>1</w:t>
            </w:r>
          </w:p>
        </w:tc>
      </w:tr>
      <w:tr>
        <w:tc>
          <w:tcPr>
            <w:tcW w:type="dxa" w:w="2880"/>
          </w:tcPr>
          <w:p>
            <w:r>
              <w:t>2024-01-01</w:t>
            </w:r>
          </w:p>
        </w:tc>
        <w:tc>
          <w:tcPr>
            <w:tcW w:type="dxa" w:w="2880"/>
          </w:tcPr>
          <w:p>
            <w:r>
              <w:t>PA3</w:t>
            </w:r>
          </w:p>
        </w:tc>
        <w:tc>
          <w:tcPr>
            <w:tcW w:type="dxa" w:w="2880"/>
          </w:tcPr>
          <w:p>
            <w:r>
              <w:t>1</w:t>
            </w:r>
          </w:p>
        </w:tc>
      </w:tr>
      <w:tr>
        <w:tc>
          <w:tcPr>
            <w:tcW w:type="dxa" w:w="2880"/>
          </w:tcPr>
          <w:p>
            <w:r>
              <w:t>2024-01-01</w:t>
            </w:r>
          </w:p>
        </w:tc>
        <w:tc>
          <w:tcPr>
            <w:tcW w:type="dxa" w:w="2880"/>
          </w:tcPr>
          <w:p>
            <w:r>
              <w:t>PA4</w:t>
            </w:r>
          </w:p>
        </w:tc>
        <w:tc>
          <w:tcPr>
            <w:tcW w:type="dxa" w:w="2880"/>
          </w:tcPr>
          <w:p>
            <w:r>
              <w:t>1</w:t>
            </w:r>
          </w:p>
        </w:tc>
      </w:tr>
      <w:tr>
        <w:tc>
          <w:tcPr>
            <w:tcW w:type="dxa" w:w="2880"/>
          </w:tcPr>
          <w:p>
            <w:r>
              <w:t>2024-01-01</w:t>
            </w:r>
          </w:p>
        </w:tc>
        <w:tc>
          <w:tcPr>
            <w:tcW w:type="dxa" w:w="2880"/>
          </w:tcPr>
          <w:p>
            <w:r>
              <w:t>PA5</w:t>
            </w:r>
          </w:p>
        </w:tc>
        <w:tc>
          <w:tcPr>
            <w:tcW w:type="dxa" w:w="2880"/>
          </w:tcPr>
          <w:p>
            <w:r>
              <w:t>1</w:t>
            </w:r>
          </w:p>
        </w:tc>
      </w:tr>
      <w:tr>
        <w:tc>
          <w:tcPr>
            <w:tcW w:type="dxa" w:w="2880"/>
          </w:tcPr>
          <w:p>
            <w:r>
              <w:t>2024-02-01</w:t>
            </w:r>
          </w:p>
        </w:tc>
        <w:tc>
          <w:tcPr>
            <w:tcW w:type="dxa" w:w="2880"/>
          </w:tcPr>
          <w:p>
            <w:r>
              <w:t>PA1</w:t>
            </w:r>
          </w:p>
        </w:tc>
        <w:tc>
          <w:tcPr>
            <w:tcW w:type="dxa" w:w="2880"/>
          </w:tcPr>
          <w:p>
            <w:r>
              <w:t>1</w:t>
            </w:r>
          </w:p>
        </w:tc>
      </w:tr>
      <w:tr>
        <w:tc>
          <w:tcPr>
            <w:tcW w:type="dxa" w:w="2880"/>
          </w:tcPr>
          <w:p>
            <w:r>
              <w:t>2024-02-01</w:t>
            </w:r>
          </w:p>
        </w:tc>
        <w:tc>
          <w:tcPr>
            <w:tcW w:type="dxa" w:w="2880"/>
          </w:tcPr>
          <w:p>
            <w:r>
              <w:t>PA2</w:t>
            </w:r>
          </w:p>
        </w:tc>
        <w:tc>
          <w:tcPr>
            <w:tcW w:type="dxa" w:w="2880"/>
          </w:tcPr>
          <w:p>
            <w:r>
              <w:t>1</w:t>
            </w:r>
          </w:p>
        </w:tc>
      </w:tr>
      <w:tr>
        <w:tc>
          <w:tcPr>
            <w:tcW w:type="dxa" w:w="2880"/>
          </w:tcPr>
          <w:p>
            <w:r>
              <w:t>2024-02-01</w:t>
            </w:r>
          </w:p>
        </w:tc>
        <w:tc>
          <w:tcPr>
            <w:tcW w:type="dxa" w:w="2880"/>
          </w:tcPr>
          <w:p>
            <w:r>
              <w:t>PA3</w:t>
            </w:r>
          </w:p>
        </w:tc>
        <w:tc>
          <w:tcPr>
            <w:tcW w:type="dxa" w:w="2880"/>
          </w:tcPr>
          <w:p>
            <w:r>
              <w:t>1</w:t>
            </w:r>
          </w:p>
        </w:tc>
      </w:tr>
      <w:tr>
        <w:tc>
          <w:tcPr>
            <w:tcW w:type="dxa" w:w="2880"/>
          </w:tcPr>
          <w:p>
            <w:r>
              <w:t>2024-02-01</w:t>
            </w:r>
          </w:p>
        </w:tc>
        <w:tc>
          <w:tcPr>
            <w:tcW w:type="dxa" w:w="2880"/>
          </w:tcPr>
          <w:p>
            <w:r>
              <w:t>PA4</w:t>
            </w:r>
          </w:p>
        </w:tc>
        <w:tc>
          <w:tcPr>
            <w:tcW w:type="dxa" w:w="2880"/>
          </w:tcPr>
          <w:p>
            <w:r>
              <w:t>1</w:t>
            </w:r>
          </w:p>
        </w:tc>
      </w:tr>
      <w:tr>
        <w:tc>
          <w:tcPr>
            <w:tcW w:type="dxa" w:w="2880"/>
          </w:tcPr>
          <w:p>
            <w:r>
              <w:t>2024-02-01</w:t>
            </w:r>
          </w:p>
        </w:tc>
        <w:tc>
          <w:tcPr>
            <w:tcW w:type="dxa" w:w="2880"/>
          </w:tcPr>
          <w:p>
            <w:r>
              <w:t>PA5</w:t>
            </w:r>
          </w:p>
        </w:tc>
        <w:tc>
          <w:tcPr>
            <w:tcW w:type="dxa" w:w="2880"/>
          </w:tcPr>
          <w:p>
            <w:r>
              <w:t>1</w:t>
            </w:r>
          </w:p>
        </w:tc>
      </w:tr>
      <w:tr>
        <w:tc>
          <w:tcPr>
            <w:tcW w:type="dxa" w:w="2880"/>
          </w:tcPr>
          <w:p>
            <w:r>
              <w:t>2024-03-01</w:t>
            </w:r>
          </w:p>
        </w:tc>
        <w:tc>
          <w:tcPr>
            <w:tcW w:type="dxa" w:w="2880"/>
          </w:tcPr>
          <w:p>
            <w:r>
              <w:t>PA1</w:t>
            </w:r>
          </w:p>
        </w:tc>
        <w:tc>
          <w:tcPr>
            <w:tcW w:type="dxa" w:w="2880"/>
          </w:tcPr>
          <w:p>
            <w:r>
              <w:t>1</w:t>
            </w:r>
          </w:p>
        </w:tc>
      </w:tr>
      <w:tr>
        <w:tc>
          <w:tcPr>
            <w:tcW w:type="dxa" w:w="2880"/>
          </w:tcPr>
          <w:p>
            <w:r>
              <w:t>2024-03-01</w:t>
            </w:r>
          </w:p>
        </w:tc>
        <w:tc>
          <w:tcPr>
            <w:tcW w:type="dxa" w:w="2880"/>
          </w:tcPr>
          <w:p>
            <w:r>
              <w:t>PA2</w:t>
            </w:r>
          </w:p>
        </w:tc>
        <w:tc>
          <w:tcPr>
            <w:tcW w:type="dxa" w:w="2880"/>
          </w:tcPr>
          <w:p>
            <w:r>
              <w:t>1</w:t>
            </w:r>
          </w:p>
        </w:tc>
      </w:tr>
      <w:tr>
        <w:tc>
          <w:tcPr>
            <w:tcW w:type="dxa" w:w="2880"/>
          </w:tcPr>
          <w:p>
            <w:r>
              <w:t>2024-03-01</w:t>
            </w:r>
          </w:p>
        </w:tc>
        <w:tc>
          <w:tcPr>
            <w:tcW w:type="dxa" w:w="2880"/>
          </w:tcPr>
          <w:p>
            <w:r>
              <w:t>PA3</w:t>
            </w:r>
          </w:p>
        </w:tc>
        <w:tc>
          <w:tcPr>
            <w:tcW w:type="dxa" w:w="2880"/>
          </w:tcPr>
          <w:p>
            <w:r>
              <w:t>1</w:t>
            </w:r>
          </w:p>
        </w:tc>
      </w:tr>
      <w:tr>
        <w:tc>
          <w:tcPr>
            <w:tcW w:type="dxa" w:w="2880"/>
          </w:tcPr>
          <w:p>
            <w:r>
              <w:t>2024-03-01</w:t>
            </w:r>
          </w:p>
        </w:tc>
        <w:tc>
          <w:tcPr>
            <w:tcW w:type="dxa" w:w="2880"/>
          </w:tcPr>
          <w:p>
            <w:r>
              <w:t>PA4</w:t>
            </w:r>
          </w:p>
        </w:tc>
        <w:tc>
          <w:tcPr>
            <w:tcW w:type="dxa" w:w="2880"/>
          </w:tcPr>
          <w:p>
            <w:r>
              <w:t>1</w:t>
            </w:r>
          </w:p>
        </w:tc>
      </w:tr>
      <w:tr>
        <w:tc>
          <w:tcPr>
            <w:tcW w:type="dxa" w:w="2880"/>
          </w:tcPr>
          <w:p>
            <w:r>
              <w:t>2024-03-01</w:t>
            </w:r>
          </w:p>
        </w:tc>
        <w:tc>
          <w:tcPr>
            <w:tcW w:type="dxa" w:w="2880"/>
          </w:tcPr>
          <w:p>
            <w:r>
              <w:t>PA5</w:t>
            </w:r>
          </w:p>
        </w:tc>
        <w:tc>
          <w:tcPr>
            <w:tcW w:type="dxa" w:w="2880"/>
          </w:tcPr>
          <w:p>
            <w:r>
              <w:t>1</w:t>
            </w:r>
          </w:p>
        </w:tc>
      </w:tr>
      <w:tr>
        <w:tc>
          <w:tcPr>
            <w:tcW w:type="dxa" w:w="2880"/>
          </w:tcPr>
          <w:p>
            <w:r>
              <w:t>2024-04-01</w:t>
            </w:r>
          </w:p>
        </w:tc>
        <w:tc>
          <w:tcPr>
            <w:tcW w:type="dxa" w:w="2880"/>
          </w:tcPr>
          <w:p>
            <w:r>
              <w:t>PA1</w:t>
            </w:r>
          </w:p>
        </w:tc>
        <w:tc>
          <w:tcPr>
            <w:tcW w:type="dxa" w:w="2880"/>
          </w:tcPr>
          <w:p>
            <w:r>
              <w:t>1</w:t>
            </w:r>
          </w:p>
        </w:tc>
      </w:tr>
      <w:tr>
        <w:tc>
          <w:tcPr>
            <w:tcW w:type="dxa" w:w="2880"/>
          </w:tcPr>
          <w:p>
            <w:r>
              <w:t>2024-04-01</w:t>
            </w:r>
          </w:p>
        </w:tc>
        <w:tc>
          <w:tcPr>
            <w:tcW w:type="dxa" w:w="2880"/>
          </w:tcPr>
          <w:p>
            <w:r>
              <w:t>PA2</w:t>
            </w:r>
          </w:p>
        </w:tc>
        <w:tc>
          <w:tcPr>
            <w:tcW w:type="dxa" w:w="2880"/>
          </w:tcPr>
          <w:p>
            <w:r>
              <w:t>1</w:t>
            </w:r>
          </w:p>
        </w:tc>
      </w:tr>
      <w:tr>
        <w:tc>
          <w:tcPr>
            <w:tcW w:type="dxa" w:w="2880"/>
          </w:tcPr>
          <w:p>
            <w:r>
              <w:t>2024-04-01</w:t>
            </w:r>
          </w:p>
        </w:tc>
        <w:tc>
          <w:tcPr>
            <w:tcW w:type="dxa" w:w="2880"/>
          </w:tcPr>
          <w:p>
            <w:r>
              <w:t>PA3</w:t>
            </w:r>
          </w:p>
        </w:tc>
        <w:tc>
          <w:tcPr>
            <w:tcW w:type="dxa" w:w="2880"/>
          </w:tcPr>
          <w:p>
            <w:r>
              <w:t>1</w:t>
            </w:r>
          </w:p>
        </w:tc>
      </w:tr>
      <w:tr>
        <w:tc>
          <w:tcPr>
            <w:tcW w:type="dxa" w:w="2880"/>
          </w:tcPr>
          <w:p>
            <w:r>
              <w:t>2024-04-01</w:t>
            </w:r>
          </w:p>
        </w:tc>
        <w:tc>
          <w:tcPr>
            <w:tcW w:type="dxa" w:w="2880"/>
          </w:tcPr>
          <w:p>
            <w:r>
              <w:t>PA4</w:t>
            </w:r>
          </w:p>
        </w:tc>
        <w:tc>
          <w:tcPr>
            <w:tcW w:type="dxa" w:w="2880"/>
          </w:tcPr>
          <w:p>
            <w:r>
              <w:t>1</w:t>
            </w:r>
          </w:p>
        </w:tc>
      </w:tr>
      <w:tr>
        <w:tc>
          <w:tcPr>
            <w:tcW w:type="dxa" w:w="2880"/>
          </w:tcPr>
          <w:p>
            <w:r>
              <w:t>2024-04-01</w:t>
            </w:r>
          </w:p>
        </w:tc>
        <w:tc>
          <w:tcPr>
            <w:tcW w:type="dxa" w:w="2880"/>
          </w:tcPr>
          <w:p>
            <w:r>
              <w:t>PA5</w:t>
            </w:r>
          </w:p>
        </w:tc>
        <w:tc>
          <w:tcPr>
            <w:tcW w:type="dxa" w:w="2880"/>
          </w:tcPr>
          <w:p>
            <w:r>
              <w:t>1</w:t>
            </w:r>
          </w:p>
        </w:tc>
      </w:tr>
      <w:tr>
        <w:tc>
          <w:tcPr>
            <w:tcW w:type="dxa" w:w="2880"/>
          </w:tcPr>
          <w:p>
            <w:r>
              <w:t>2024-05-01</w:t>
            </w:r>
          </w:p>
        </w:tc>
        <w:tc>
          <w:tcPr>
            <w:tcW w:type="dxa" w:w="2880"/>
          </w:tcPr>
          <w:p>
            <w:r>
              <w:t>PA1</w:t>
            </w:r>
          </w:p>
        </w:tc>
        <w:tc>
          <w:tcPr>
            <w:tcW w:type="dxa" w:w="2880"/>
          </w:tcPr>
          <w:p>
            <w:r>
              <w:t>1</w:t>
            </w:r>
          </w:p>
        </w:tc>
      </w:tr>
      <w:tr>
        <w:tc>
          <w:tcPr>
            <w:tcW w:type="dxa" w:w="2880"/>
          </w:tcPr>
          <w:p>
            <w:r>
              <w:t>2024-05-01</w:t>
            </w:r>
          </w:p>
        </w:tc>
        <w:tc>
          <w:tcPr>
            <w:tcW w:type="dxa" w:w="2880"/>
          </w:tcPr>
          <w:p>
            <w:r>
              <w:t>PA2</w:t>
            </w:r>
          </w:p>
        </w:tc>
        <w:tc>
          <w:tcPr>
            <w:tcW w:type="dxa" w:w="2880"/>
          </w:tcPr>
          <w:p>
            <w:r>
              <w:t>1</w:t>
            </w:r>
          </w:p>
        </w:tc>
      </w:tr>
      <w:tr>
        <w:tc>
          <w:tcPr>
            <w:tcW w:type="dxa" w:w="2880"/>
          </w:tcPr>
          <w:p>
            <w:r>
              <w:t>2024-05-01</w:t>
            </w:r>
          </w:p>
        </w:tc>
        <w:tc>
          <w:tcPr>
            <w:tcW w:type="dxa" w:w="2880"/>
          </w:tcPr>
          <w:p>
            <w:r>
              <w:t>PA3</w:t>
            </w:r>
          </w:p>
        </w:tc>
        <w:tc>
          <w:tcPr>
            <w:tcW w:type="dxa" w:w="2880"/>
          </w:tcPr>
          <w:p>
            <w:r>
              <w:t>1</w:t>
            </w:r>
          </w:p>
        </w:tc>
      </w:tr>
      <w:tr>
        <w:tc>
          <w:tcPr>
            <w:tcW w:type="dxa" w:w="2880"/>
          </w:tcPr>
          <w:p>
            <w:r>
              <w:t>2024-05-01</w:t>
            </w:r>
          </w:p>
        </w:tc>
        <w:tc>
          <w:tcPr>
            <w:tcW w:type="dxa" w:w="2880"/>
          </w:tcPr>
          <w:p>
            <w:r>
              <w:t>PA4</w:t>
            </w:r>
          </w:p>
        </w:tc>
        <w:tc>
          <w:tcPr>
            <w:tcW w:type="dxa" w:w="2880"/>
          </w:tcPr>
          <w:p>
            <w:r>
              <w:t>1</w:t>
            </w:r>
          </w:p>
        </w:tc>
      </w:tr>
      <w:tr>
        <w:tc>
          <w:tcPr>
            <w:tcW w:type="dxa" w:w="2880"/>
          </w:tcPr>
          <w:p>
            <w:r>
              <w:t>2024-05-01</w:t>
            </w:r>
          </w:p>
        </w:tc>
        <w:tc>
          <w:tcPr>
            <w:tcW w:type="dxa" w:w="2880"/>
          </w:tcPr>
          <w:p>
            <w:r>
              <w:t>PA5</w:t>
            </w:r>
          </w:p>
        </w:tc>
        <w:tc>
          <w:tcPr>
            <w:tcW w:type="dxa" w:w="2880"/>
          </w:tcPr>
          <w:p>
            <w:r>
              <w:t>1</w:t>
            </w:r>
          </w:p>
        </w:tc>
      </w:tr>
      <w:tr>
        <w:tc>
          <w:tcPr>
            <w:tcW w:type="dxa" w:w="2880"/>
          </w:tcPr>
          <w:p>
            <w:r>
              <w:t>2024-06-01</w:t>
            </w:r>
          </w:p>
        </w:tc>
        <w:tc>
          <w:tcPr>
            <w:tcW w:type="dxa" w:w="2880"/>
          </w:tcPr>
          <w:p>
            <w:r>
              <w:t>PA1</w:t>
            </w:r>
          </w:p>
        </w:tc>
        <w:tc>
          <w:tcPr>
            <w:tcW w:type="dxa" w:w="2880"/>
          </w:tcPr>
          <w:p>
            <w:r>
              <w:t>1</w:t>
            </w:r>
          </w:p>
        </w:tc>
      </w:tr>
      <w:tr>
        <w:tc>
          <w:tcPr>
            <w:tcW w:type="dxa" w:w="2880"/>
          </w:tcPr>
          <w:p>
            <w:r>
              <w:t>2024-06-01</w:t>
            </w:r>
          </w:p>
        </w:tc>
        <w:tc>
          <w:tcPr>
            <w:tcW w:type="dxa" w:w="2880"/>
          </w:tcPr>
          <w:p>
            <w:r>
              <w:t>PA2</w:t>
            </w:r>
          </w:p>
        </w:tc>
        <w:tc>
          <w:tcPr>
            <w:tcW w:type="dxa" w:w="2880"/>
          </w:tcPr>
          <w:p>
            <w:r>
              <w:t>1</w:t>
            </w:r>
          </w:p>
        </w:tc>
      </w:tr>
      <w:tr>
        <w:tc>
          <w:tcPr>
            <w:tcW w:type="dxa" w:w="2880"/>
          </w:tcPr>
          <w:p>
            <w:r>
              <w:t>2024-06-01</w:t>
            </w:r>
          </w:p>
        </w:tc>
        <w:tc>
          <w:tcPr>
            <w:tcW w:type="dxa" w:w="2880"/>
          </w:tcPr>
          <w:p>
            <w:r>
              <w:t>PA3</w:t>
            </w:r>
          </w:p>
        </w:tc>
        <w:tc>
          <w:tcPr>
            <w:tcW w:type="dxa" w:w="2880"/>
          </w:tcPr>
          <w:p>
            <w:r>
              <w:t>1</w:t>
            </w:r>
          </w:p>
        </w:tc>
      </w:tr>
      <w:tr>
        <w:tc>
          <w:tcPr>
            <w:tcW w:type="dxa" w:w="2880"/>
          </w:tcPr>
          <w:p>
            <w:r>
              <w:t>2024-06-01</w:t>
            </w:r>
          </w:p>
        </w:tc>
        <w:tc>
          <w:tcPr>
            <w:tcW w:type="dxa" w:w="2880"/>
          </w:tcPr>
          <w:p>
            <w:r>
              <w:t>PA4</w:t>
            </w:r>
          </w:p>
        </w:tc>
        <w:tc>
          <w:tcPr>
            <w:tcW w:type="dxa" w:w="2880"/>
          </w:tcPr>
          <w:p>
            <w:r>
              <w:t>1</w:t>
            </w:r>
          </w:p>
        </w:tc>
      </w:tr>
      <w:tr>
        <w:tc>
          <w:tcPr>
            <w:tcW w:type="dxa" w:w="2880"/>
          </w:tcPr>
          <w:p>
            <w:r>
              <w:t>2024-06-01</w:t>
            </w:r>
          </w:p>
        </w:tc>
        <w:tc>
          <w:tcPr>
            <w:tcW w:type="dxa" w:w="2880"/>
          </w:tcPr>
          <w:p>
            <w:r>
              <w:t>PA5</w:t>
            </w:r>
          </w:p>
        </w:tc>
        <w:tc>
          <w:tcPr>
            <w:tcW w:type="dxa" w:w="2880"/>
          </w:tcPr>
          <w:p>
            <w:r>
              <w:t>1</w:t>
            </w:r>
          </w:p>
        </w:tc>
      </w:tr>
      <w:tr>
        <w:tc>
          <w:tcPr>
            <w:tcW w:type="dxa" w:w="2880"/>
          </w:tcPr>
          <w:p>
            <w:r>
              <w:t>2024-07-01</w:t>
            </w:r>
          </w:p>
        </w:tc>
        <w:tc>
          <w:tcPr>
            <w:tcW w:type="dxa" w:w="2880"/>
          </w:tcPr>
          <w:p>
            <w:r>
              <w:t>PA1</w:t>
            </w:r>
          </w:p>
        </w:tc>
        <w:tc>
          <w:tcPr>
            <w:tcW w:type="dxa" w:w="2880"/>
          </w:tcPr>
          <w:p>
            <w:r>
              <w:t>1</w:t>
            </w:r>
          </w:p>
        </w:tc>
      </w:tr>
      <w:tr>
        <w:tc>
          <w:tcPr>
            <w:tcW w:type="dxa" w:w="2880"/>
          </w:tcPr>
          <w:p>
            <w:r>
              <w:t>2024-07-01</w:t>
            </w:r>
          </w:p>
        </w:tc>
        <w:tc>
          <w:tcPr>
            <w:tcW w:type="dxa" w:w="2880"/>
          </w:tcPr>
          <w:p>
            <w:r>
              <w:t>PA2</w:t>
            </w:r>
          </w:p>
        </w:tc>
        <w:tc>
          <w:tcPr>
            <w:tcW w:type="dxa" w:w="2880"/>
          </w:tcPr>
          <w:p>
            <w:r>
              <w:t>1</w:t>
            </w:r>
          </w:p>
        </w:tc>
      </w:tr>
      <w:tr>
        <w:tc>
          <w:tcPr>
            <w:tcW w:type="dxa" w:w="2880"/>
          </w:tcPr>
          <w:p>
            <w:r>
              <w:t>2024-07-01</w:t>
            </w:r>
          </w:p>
        </w:tc>
        <w:tc>
          <w:tcPr>
            <w:tcW w:type="dxa" w:w="2880"/>
          </w:tcPr>
          <w:p>
            <w:r>
              <w:t>PA3</w:t>
            </w:r>
          </w:p>
        </w:tc>
        <w:tc>
          <w:tcPr>
            <w:tcW w:type="dxa" w:w="2880"/>
          </w:tcPr>
          <w:p>
            <w:r>
              <w:t>1</w:t>
            </w:r>
          </w:p>
        </w:tc>
      </w:tr>
      <w:tr>
        <w:tc>
          <w:tcPr>
            <w:tcW w:type="dxa" w:w="2880"/>
          </w:tcPr>
          <w:p>
            <w:r>
              <w:t>2024-07-01</w:t>
            </w:r>
          </w:p>
        </w:tc>
        <w:tc>
          <w:tcPr>
            <w:tcW w:type="dxa" w:w="2880"/>
          </w:tcPr>
          <w:p>
            <w:r>
              <w:t>PA4</w:t>
            </w:r>
          </w:p>
        </w:tc>
        <w:tc>
          <w:tcPr>
            <w:tcW w:type="dxa" w:w="2880"/>
          </w:tcPr>
          <w:p>
            <w:r>
              <w:t>1</w:t>
            </w:r>
          </w:p>
        </w:tc>
      </w:tr>
      <w:tr>
        <w:tc>
          <w:tcPr>
            <w:tcW w:type="dxa" w:w="2880"/>
          </w:tcPr>
          <w:p>
            <w:r>
              <w:t>2024-07-01</w:t>
            </w:r>
          </w:p>
        </w:tc>
        <w:tc>
          <w:tcPr>
            <w:tcW w:type="dxa" w:w="2880"/>
          </w:tcPr>
          <w:p>
            <w:r>
              <w:t>PA5</w:t>
            </w:r>
          </w:p>
        </w:tc>
        <w:tc>
          <w:tcPr>
            <w:tcW w:type="dxa" w:w="2880"/>
          </w:tcPr>
          <w:p>
            <w:r>
              <w:t>1</w:t>
            </w:r>
          </w:p>
        </w:tc>
      </w:tr>
      <w:tr>
        <w:tc>
          <w:tcPr>
            <w:tcW w:type="dxa" w:w="2880"/>
          </w:tcPr>
          <w:p>
            <w:r>
              <w:t>2024-08-01</w:t>
            </w:r>
          </w:p>
        </w:tc>
        <w:tc>
          <w:tcPr>
            <w:tcW w:type="dxa" w:w="2880"/>
          </w:tcPr>
          <w:p>
            <w:r>
              <w:t>PA1</w:t>
            </w:r>
          </w:p>
        </w:tc>
        <w:tc>
          <w:tcPr>
            <w:tcW w:type="dxa" w:w="2880"/>
          </w:tcPr>
          <w:p>
            <w:r>
              <w:t>1</w:t>
            </w:r>
          </w:p>
        </w:tc>
      </w:tr>
      <w:tr>
        <w:tc>
          <w:tcPr>
            <w:tcW w:type="dxa" w:w="2880"/>
          </w:tcPr>
          <w:p>
            <w:r>
              <w:t>2024-08-01</w:t>
            </w:r>
          </w:p>
        </w:tc>
        <w:tc>
          <w:tcPr>
            <w:tcW w:type="dxa" w:w="2880"/>
          </w:tcPr>
          <w:p>
            <w:r>
              <w:t>PA2</w:t>
            </w:r>
          </w:p>
        </w:tc>
        <w:tc>
          <w:tcPr>
            <w:tcW w:type="dxa" w:w="2880"/>
          </w:tcPr>
          <w:p>
            <w:r>
              <w:t>1</w:t>
            </w:r>
          </w:p>
        </w:tc>
      </w:tr>
      <w:tr>
        <w:tc>
          <w:tcPr>
            <w:tcW w:type="dxa" w:w="2880"/>
          </w:tcPr>
          <w:p>
            <w:r>
              <w:t>2024-08-01</w:t>
            </w:r>
          </w:p>
        </w:tc>
        <w:tc>
          <w:tcPr>
            <w:tcW w:type="dxa" w:w="2880"/>
          </w:tcPr>
          <w:p>
            <w:r>
              <w:t>PA3</w:t>
            </w:r>
          </w:p>
        </w:tc>
        <w:tc>
          <w:tcPr>
            <w:tcW w:type="dxa" w:w="2880"/>
          </w:tcPr>
          <w:p>
            <w:r>
              <w:t>1</w:t>
            </w:r>
          </w:p>
        </w:tc>
      </w:tr>
      <w:tr>
        <w:tc>
          <w:tcPr>
            <w:tcW w:type="dxa" w:w="2880"/>
          </w:tcPr>
          <w:p>
            <w:r>
              <w:t>2024-08-01</w:t>
            </w:r>
          </w:p>
        </w:tc>
        <w:tc>
          <w:tcPr>
            <w:tcW w:type="dxa" w:w="2880"/>
          </w:tcPr>
          <w:p>
            <w:r>
              <w:t>PA4</w:t>
            </w:r>
          </w:p>
        </w:tc>
        <w:tc>
          <w:tcPr>
            <w:tcW w:type="dxa" w:w="2880"/>
          </w:tcPr>
          <w:p>
            <w:r>
              <w:t>1</w:t>
            </w:r>
          </w:p>
        </w:tc>
      </w:tr>
      <w:tr>
        <w:tc>
          <w:tcPr>
            <w:tcW w:type="dxa" w:w="2880"/>
          </w:tcPr>
          <w:p>
            <w:r>
              <w:t>2024-08-01</w:t>
            </w:r>
          </w:p>
        </w:tc>
        <w:tc>
          <w:tcPr>
            <w:tcW w:type="dxa" w:w="2880"/>
          </w:tcPr>
          <w:p>
            <w:r>
              <w:t>PA5</w:t>
            </w:r>
          </w:p>
        </w:tc>
        <w:tc>
          <w:tcPr>
            <w:tcW w:type="dxa" w:w="2880"/>
          </w:tcPr>
          <w:p>
            <w:r>
              <w:t>1</w:t>
            </w:r>
          </w:p>
        </w:tc>
      </w:tr>
      <w:tr>
        <w:tc>
          <w:tcPr>
            <w:tcW w:type="dxa" w:w="2880"/>
          </w:tcPr>
          <w:p>
            <w:r>
              <w:t>2024-09-01</w:t>
            </w:r>
          </w:p>
        </w:tc>
        <w:tc>
          <w:tcPr>
            <w:tcW w:type="dxa" w:w="2880"/>
          </w:tcPr>
          <w:p>
            <w:r>
              <w:t>PA1</w:t>
            </w:r>
          </w:p>
        </w:tc>
        <w:tc>
          <w:tcPr>
            <w:tcW w:type="dxa" w:w="2880"/>
          </w:tcPr>
          <w:p>
            <w:r>
              <w:t>1</w:t>
            </w:r>
          </w:p>
        </w:tc>
      </w:tr>
      <w:tr>
        <w:tc>
          <w:tcPr>
            <w:tcW w:type="dxa" w:w="2880"/>
          </w:tcPr>
          <w:p>
            <w:r>
              <w:t>2024-09-01</w:t>
            </w:r>
          </w:p>
        </w:tc>
        <w:tc>
          <w:tcPr>
            <w:tcW w:type="dxa" w:w="2880"/>
          </w:tcPr>
          <w:p>
            <w:r>
              <w:t>PA2</w:t>
            </w:r>
          </w:p>
        </w:tc>
        <w:tc>
          <w:tcPr>
            <w:tcW w:type="dxa" w:w="2880"/>
          </w:tcPr>
          <w:p>
            <w:r>
              <w:t>1</w:t>
            </w:r>
          </w:p>
        </w:tc>
      </w:tr>
      <w:tr>
        <w:tc>
          <w:tcPr>
            <w:tcW w:type="dxa" w:w="2880"/>
          </w:tcPr>
          <w:p>
            <w:r>
              <w:t>2024-09-01</w:t>
            </w:r>
          </w:p>
        </w:tc>
        <w:tc>
          <w:tcPr>
            <w:tcW w:type="dxa" w:w="2880"/>
          </w:tcPr>
          <w:p>
            <w:r>
              <w:t>PA3</w:t>
            </w:r>
          </w:p>
        </w:tc>
        <w:tc>
          <w:tcPr>
            <w:tcW w:type="dxa" w:w="2880"/>
          </w:tcPr>
          <w:p>
            <w:r>
              <w:t>1</w:t>
            </w:r>
          </w:p>
        </w:tc>
      </w:tr>
      <w:tr>
        <w:tc>
          <w:tcPr>
            <w:tcW w:type="dxa" w:w="2880"/>
          </w:tcPr>
          <w:p>
            <w:r>
              <w:t>2024-09-01</w:t>
            </w:r>
          </w:p>
        </w:tc>
        <w:tc>
          <w:tcPr>
            <w:tcW w:type="dxa" w:w="2880"/>
          </w:tcPr>
          <w:p>
            <w:r>
              <w:t>PA4</w:t>
            </w:r>
          </w:p>
        </w:tc>
        <w:tc>
          <w:tcPr>
            <w:tcW w:type="dxa" w:w="2880"/>
          </w:tcPr>
          <w:p>
            <w:r>
              <w:t>1</w:t>
            </w:r>
          </w:p>
        </w:tc>
      </w:tr>
      <w:tr>
        <w:tc>
          <w:tcPr>
            <w:tcW w:type="dxa" w:w="2880"/>
          </w:tcPr>
          <w:p>
            <w:r>
              <w:t>2024-09-01</w:t>
            </w:r>
          </w:p>
        </w:tc>
        <w:tc>
          <w:tcPr>
            <w:tcW w:type="dxa" w:w="2880"/>
          </w:tcPr>
          <w:p>
            <w:r>
              <w:t>PA5</w:t>
            </w:r>
          </w:p>
        </w:tc>
        <w:tc>
          <w:tcPr>
            <w:tcW w:type="dxa" w:w="2880"/>
          </w:tcPr>
          <w:p>
            <w:r>
              <w:t>1</w:t>
            </w:r>
          </w:p>
        </w:tc>
      </w:tr>
      <w:tr>
        <w:tc>
          <w:tcPr>
            <w:tcW w:type="dxa" w:w="2880"/>
          </w:tcPr>
          <w:p>
            <w:r>
              <w:t>2024-10-01</w:t>
            </w:r>
          </w:p>
        </w:tc>
        <w:tc>
          <w:tcPr>
            <w:tcW w:type="dxa" w:w="2880"/>
          </w:tcPr>
          <w:p>
            <w:r>
              <w:t>PA1</w:t>
            </w:r>
          </w:p>
        </w:tc>
        <w:tc>
          <w:tcPr>
            <w:tcW w:type="dxa" w:w="2880"/>
          </w:tcPr>
          <w:p>
            <w:r>
              <w:t>1</w:t>
            </w:r>
          </w:p>
        </w:tc>
      </w:tr>
      <w:tr>
        <w:tc>
          <w:tcPr>
            <w:tcW w:type="dxa" w:w="2880"/>
          </w:tcPr>
          <w:p>
            <w:r>
              <w:t>2024-10-01</w:t>
            </w:r>
          </w:p>
        </w:tc>
        <w:tc>
          <w:tcPr>
            <w:tcW w:type="dxa" w:w="2880"/>
          </w:tcPr>
          <w:p>
            <w:r>
              <w:t>PA2</w:t>
            </w:r>
          </w:p>
        </w:tc>
        <w:tc>
          <w:tcPr>
            <w:tcW w:type="dxa" w:w="2880"/>
          </w:tcPr>
          <w:p>
            <w:r>
              <w:t>1</w:t>
            </w:r>
          </w:p>
        </w:tc>
      </w:tr>
      <w:tr>
        <w:tc>
          <w:tcPr>
            <w:tcW w:type="dxa" w:w="2880"/>
          </w:tcPr>
          <w:p>
            <w:r>
              <w:t>2024-10-01</w:t>
            </w:r>
          </w:p>
        </w:tc>
        <w:tc>
          <w:tcPr>
            <w:tcW w:type="dxa" w:w="2880"/>
          </w:tcPr>
          <w:p>
            <w:r>
              <w:t>PA3</w:t>
            </w:r>
          </w:p>
        </w:tc>
        <w:tc>
          <w:tcPr>
            <w:tcW w:type="dxa" w:w="2880"/>
          </w:tcPr>
          <w:p>
            <w:r>
              <w:t>1</w:t>
            </w:r>
          </w:p>
        </w:tc>
      </w:tr>
      <w:tr>
        <w:tc>
          <w:tcPr>
            <w:tcW w:type="dxa" w:w="2880"/>
          </w:tcPr>
          <w:p>
            <w:r>
              <w:t>2024-10-01</w:t>
            </w:r>
          </w:p>
        </w:tc>
        <w:tc>
          <w:tcPr>
            <w:tcW w:type="dxa" w:w="2880"/>
          </w:tcPr>
          <w:p>
            <w:r>
              <w:t>PA4</w:t>
            </w:r>
          </w:p>
        </w:tc>
        <w:tc>
          <w:tcPr>
            <w:tcW w:type="dxa" w:w="2880"/>
          </w:tcPr>
          <w:p>
            <w:r>
              <w:t>1</w:t>
            </w:r>
          </w:p>
        </w:tc>
      </w:tr>
      <w:tr>
        <w:tc>
          <w:tcPr>
            <w:tcW w:type="dxa" w:w="2880"/>
          </w:tcPr>
          <w:p>
            <w:r>
              <w:t>2024-10-01</w:t>
            </w:r>
          </w:p>
        </w:tc>
        <w:tc>
          <w:tcPr>
            <w:tcW w:type="dxa" w:w="2880"/>
          </w:tcPr>
          <w:p>
            <w:r>
              <w:t>PA5</w:t>
            </w:r>
          </w:p>
        </w:tc>
        <w:tc>
          <w:tcPr>
            <w:tcW w:type="dxa" w:w="2880"/>
          </w:tcPr>
          <w:p>
            <w:r>
              <w:t>1</w:t>
            </w:r>
          </w:p>
        </w:tc>
      </w:tr>
      <w:tr>
        <w:tc>
          <w:tcPr>
            <w:tcW w:type="dxa" w:w="2880"/>
          </w:tcPr>
          <w:p>
            <w:r>
              <w:t>2024-11-01</w:t>
            </w:r>
          </w:p>
        </w:tc>
        <w:tc>
          <w:tcPr>
            <w:tcW w:type="dxa" w:w="2880"/>
          </w:tcPr>
          <w:p>
            <w:r>
              <w:t>PA1</w:t>
            </w:r>
          </w:p>
        </w:tc>
        <w:tc>
          <w:tcPr>
            <w:tcW w:type="dxa" w:w="2880"/>
          </w:tcPr>
          <w:p>
            <w:r>
              <w:t>1</w:t>
            </w:r>
          </w:p>
        </w:tc>
      </w:tr>
      <w:tr>
        <w:tc>
          <w:tcPr>
            <w:tcW w:type="dxa" w:w="2880"/>
          </w:tcPr>
          <w:p>
            <w:r>
              <w:t>2024-11-01</w:t>
            </w:r>
          </w:p>
        </w:tc>
        <w:tc>
          <w:tcPr>
            <w:tcW w:type="dxa" w:w="2880"/>
          </w:tcPr>
          <w:p>
            <w:r>
              <w:t>PA2</w:t>
            </w:r>
          </w:p>
        </w:tc>
        <w:tc>
          <w:tcPr>
            <w:tcW w:type="dxa" w:w="2880"/>
          </w:tcPr>
          <w:p>
            <w:r>
              <w:t>1</w:t>
            </w:r>
          </w:p>
        </w:tc>
      </w:tr>
      <w:tr>
        <w:tc>
          <w:tcPr>
            <w:tcW w:type="dxa" w:w="2880"/>
          </w:tcPr>
          <w:p>
            <w:r>
              <w:t>2024-11-01</w:t>
            </w:r>
          </w:p>
        </w:tc>
        <w:tc>
          <w:tcPr>
            <w:tcW w:type="dxa" w:w="2880"/>
          </w:tcPr>
          <w:p>
            <w:r>
              <w:t>PA3</w:t>
            </w:r>
          </w:p>
        </w:tc>
        <w:tc>
          <w:tcPr>
            <w:tcW w:type="dxa" w:w="2880"/>
          </w:tcPr>
          <w:p>
            <w:r>
              <w:t>1</w:t>
            </w:r>
          </w:p>
        </w:tc>
      </w:tr>
      <w:tr>
        <w:tc>
          <w:tcPr>
            <w:tcW w:type="dxa" w:w="2880"/>
          </w:tcPr>
          <w:p>
            <w:r>
              <w:t>2024-11-01</w:t>
            </w:r>
          </w:p>
        </w:tc>
        <w:tc>
          <w:tcPr>
            <w:tcW w:type="dxa" w:w="2880"/>
          </w:tcPr>
          <w:p>
            <w:r>
              <w:t>PA4</w:t>
            </w:r>
          </w:p>
        </w:tc>
        <w:tc>
          <w:tcPr>
            <w:tcW w:type="dxa" w:w="2880"/>
          </w:tcPr>
          <w:p>
            <w:r>
              <w:t>1</w:t>
            </w:r>
          </w:p>
        </w:tc>
      </w:tr>
      <w:tr>
        <w:tc>
          <w:tcPr>
            <w:tcW w:type="dxa" w:w="2880"/>
          </w:tcPr>
          <w:p>
            <w:r>
              <w:t>2024-11-01</w:t>
            </w:r>
          </w:p>
        </w:tc>
        <w:tc>
          <w:tcPr>
            <w:tcW w:type="dxa" w:w="2880"/>
          </w:tcPr>
          <w:p>
            <w:r>
              <w:t>PA5</w:t>
            </w:r>
          </w:p>
        </w:tc>
        <w:tc>
          <w:tcPr>
            <w:tcW w:type="dxa" w:w="2880"/>
          </w:tcPr>
          <w:p>
            <w:r>
              <w:t>1</w:t>
            </w:r>
          </w:p>
        </w:tc>
      </w:tr>
      <w:tr>
        <w:tc>
          <w:tcPr>
            <w:tcW w:type="dxa" w:w="2880"/>
          </w:tcPr>
          <w:p>
            <w:r>
              <w:t>2024-12-01</w:t>
            </w:r>
          </w:p>
        </w:tc>
        <w:tc>
          <w:tcPr>
            <w:tcW w:type="dxa" w:w="2880"/>
          </w:tcPr>
          <w:p>
            <w:r>
              <w:t>PA1</w:t>
            </w:r>
          </w:p>
        </w:tc>
        <w:tc>
          <w:tcPr>
            <w:tcW w:type="dxa" w:w="2880"/>
          </w:tcPr>
          <w:p>
            <w:r>
              <w:t>1</w:t>
            </w:r>
          </w:p>
        </w:tc>
      </w:tr>
      <w:tr>
        <w:tc>
          <w:tcPr>
            <w:tcW w:type="dxa" w:w="2880"/>
          </w:tcPr>
          <w:p>
            <w:r>
              <w:t>2024-12-01</w:t>
            </w:r>
          </w:p>
        </w:tc>
        <w:tc>
          <w:tcPr>
            <w:tcW w:type="dxa" w:w="2880"/>
          </w:tcPr>
          <w:p>
            <w:r>
              <w:t>PA2</w:t>
            </w:r>
          </w:p>
        </w:tc>
        <w:tc>
          <w:tcPr>
            <w:tcW w:type="dxa" w:w="2880"/>
          </w:tcPr>
          <w:p>
            <w:r>
              <w:t>1</w:t>
            </w:r>
          </w:p>
        </w:tc>
      </w:tr>
      <w:tr>
        <w:tc>
          <w:tcPr>
            <w:tcW w:type="dxa" w:w="2880"/>
          </w:tcPr>
          <w:p>
            <w:r>
              <w:t>2024-12-01</w:t>
            </w:r>
          </w:p>
        </w:tc>
        <w:tc>
          <w:tcPr>
            <w:tcW w:type="dxa" w:w="2880"/>
          </w:tcPr>
          <w:p>
            <w:r>
              <w:t>PA3</w:t>
            </w:r>
          </w:p>
        </w:tc>
        <w:tc>
          <w:tcPr>
            <w:tcW w:type="dxa" w:w="2880"/>
          </w:tcPr>
          <w:p>
            <w:r>
              <w:t>1</w:t>
            </w:r>
          </w:p>
        </w:tc>
      </w:tr>
      <w:tr>
        <w:tc>
          <w:tcPr>
            <w:tcW w:type="dxa" w:w="2880"/>
          </w:tcPr>
          <w:p>
            <w:r>
              <w:t>2024-12-01</w:t>
            </w:r>
          </w:p>
        </w:tc>
        <w:tc>
          <w:tcPr>
            <w:tcW w:type="dxa" w:w="2880"/>
          </w:tcPr>
          <w:p>
            <w:r>
              <w:t>PA4</w:t>
            </w:r>
          </w:p>
        </w:tc>
        <w:tc>
          <w:tcPr>
            <w:tcW w:type="dxa" w:w="2880"/>
          </w:tcPr>
          <w:p>
            <w:r>
              <w:t>1</w:t>
            </w:r>
          </w:p>
        </w:tc>
      </w:tr>
      <w:tr>
        <w:tc>
          <w:tcPr>
            <w:tcW w:type="dxa" w:w="2880"/>
          </w:tcPr>
          <w:p>
            <w:r>
              <w:t>2024-12-01</w:t>
            </w:r>
          </w:p>
        </w:tc>
        <w:tc>
          <w:tcPr>
            <w:tcW w:type="dxa" w:w="2880"/>
          </w:tcPr>
          <w:p>
            <w:r>
              <w:t>PA5</w:t>
            </w:r>
          </w:p>
        </w:tc>
        <w:tc>
          <w:tcPr>
            <w:tcW w:type="dxa" w:w="2880"/>
          </w:tcPr>
          <w:p>
            <w:r>
              <w:t>1</w:t>
            </w:r>
          </w:p>
        </w:tc>
      </w:tr>
      <w:tr>
        <w:tc>
          <w:tcPr>
            <w:tcW w:type="dxa" w:w="2880"/>
          </w:tcPr>
          <w:p>
            <w:r>
              <w:t>2025-01-01</w:t>
            </w:r>
          </w:p>
        </w:tc>
        <w:tc>
          <w:tcPr>
            <w:tcW w:type="dxa" w:w="2880"/>
          </w:tcPr>
          <w:p>
            <w:r>
              <w:t>PA1</w:t>
            </w:r>
          </w:p>
        </w:tc>
        <w:tc>
          <w:tcPr>
            <w:tcW w:type="dxa" w:w="2880"/>
          </w:tcPr>
          <w:p>
            <w:r>
              <w:t>1</w:t>
            </w:r>
          </w:p>
        </w:tc>
      </w:tr>
      <w:tr>
        <w:tc>
          <w:tcPr>
            <w:tcW w:type="dxa" w:w="2880"/>
          </w:tcPr>
          <w:p>
            <w:r>
              <w:t>2025-01-01</w:t>
            </w:r>
          </w:p>
        </w:tc>
        <w:tc>
          <w:tcPr>
            <w:tcW w:type="dxa" w:w="2880"/>
          </w:tcPr>
          <w:p>
            <w:r>
              <w:t>PA2</w:t>
            </w:r>
          </w:p>
        </w:tc>
        <w:tc>
          <w:tcPr>
            <w:tcW w:type="dxa" w:w="2880"/>
          </w:tcPr>
          <w:p>
            <w:r>
              <w:t>1</w:t>
            </w:r>
          </w:p>
        </w:tc>
      </w:tr>
      <w:tr>
        <w:tc>
          <w:tcPr>
            <w:tcW w:type="dxa" w:w="2880"/>
          </w:tcPr>
          <w:p>
            <w:r>
              <w:t>2025-01-01</w:t>
            </w:r>
          </w:p>
        </w:tc>
        <w:tc>
          <w:tcPr>
            <w:tcW w:type="dxa" w:w="2880"/>
          </w:tcPr>
          <w:p>
            <w:r>
              <w:t>PA3</w:t>
            </w:r>
          </w:p>
        </w:tc>
        <w:tc>
          <w:tcPr>
            <w:tcW w:type="dxa" w:w="2880"/>
          </w:tcPr>
          <w:p>
            <w:r>
              <w:t>1</w:t>
            </w:r>
          </w:p>
        </w:tc>
      </w:tr>
      <w:tr>
        <w:tc>
          <w:tcPr>
            <w:tcW w:type="dxa" w:w="2880"/>
          </w:tcPr>
          <w:p>
            <w:r>
              <w:t>2025-01-01</w:t>
            </w:r>
          </w:p>
        </w:tc>
        <w:tc>
          <w:tcPr>
            <w:tcW w:type="dxa" w:w="2880"/>
          </w:tcPr>
          <w:p>
            <w:r>
              <w:t>PA4</w:t>
            </w:r>
          </w:p>
        </w:tc>
        <w:tc>
          <w:tcPr>
            <w:tcW w:type="dxa" w:w="2880"/>
          </w:tcPr>
          <w:p>
            <w:r>
              <w:t>1</w:t>
            </w:r>
          </w:p>
        </w:tc>
      </w:tr>
      <w:tr>
        <w:tc>
          <w:tcPr>
            <w:tcW w:type="dxa" w:w="2880"/>
          </w:tcPr>
          <w:p>
            <w:r>
              <w:t>2025-01-01</w:t>
            </w:r>
          </w:p>
        </w:tc>
        <w:tc>
          <w:tcPr>
            <w:tcW w:type="dxa" w:w="2880"/>
          </w:tcPr>
          <w:p>
            <w:r>
              <w:t>PA5</w:t>
            </w:r>
          </w:p>
        </w:tc>
        <w:tc>
          <w:tcPr>
            <w:tcW w:type="dxa" w:w="2880"/>
          </w:tcPr>
          <w:p>
            <w:r>
              <w:t>1</w:t>
            </w:r>
          </w:p>
        </w:tc>
      </w:tr>
      <w:tr>
        <w:tc>
          <w:tcPr>
            <w:tcW w:type="dxa" w:w="2880"/>
          </w:tcPr>
          <w:p>
            <w:r>
              <w:t>2025-02-01</w:t>
            </w:r>
          </w:p>
        </w:tc>
        <w:tc>
          <w:tcPr>
            <w:tcW w:type="dxa" w:w="2880"/>
          </w:tcPr>
          <w:p>
            <w:r>
              <w:t>PA1</w:t>
            </w:r>
          </w:p>
        </w:tc>
        <w:tc>
          <w:tcPr>
            <w:tcW w:type="dxa" w:w="2880"/>
          </w:tcPr>
          <w:p>
            <w:r>
              <w:t>1</w:t>
            </w:r>
          </w:p>
        </w:tc>
      </w:tr>
      <w:tr>
        <w:tc>
          <w:tcPr>
            <w:tcW w:type="dxa" w:w="2880"/>
          </w:tcPr>
          <w:p>
            <w:r>
              <w:t>2025-02-01</w:t>
            </w:r>
          </w:p>
        </w:tc>
        <w:tc>
          <w:tcPr>
            <w:tcW w:type="dxa" w:w="2880"/>
          </w:tcPr>
          <w:p>
            <w:r>
              <w:t>PA2</w:t>
            </w:r>
          </w:p>
        </w:tc>
        <w:tc>
          <w:tcPr>
            <w:tcW w:type="dxa" w:w="2880"/>
          </w:tcPr>
          <w:p>
            <w:r>
              <w:t>1</w:t>
            </w:r>
          </w:p>
        </w:tc>
      </w:tr>
      <w:tr>
        <w:tc>
          <w:tcPr>
            <w:tcW w:type="dxa" w:w="2880"/>
          </w:tcPr>
          <w:p>
            <w:r>
              <w:t>2025-02-01</w:t>
            </w:r>
          </w:p>
        </w:tc>
        <w:tc>
          <w:tcPr>
            <w:tcW w:type="dxa" w:w="2880"/>
          </w:tcPr>
          <w:p>
            <w:r>
              <w:t>PA3</w:t>
            </w:r>
          </w:p>
        </w:tc>
        <w:tc>
          <w:tcPr>
            <w:tcW w:type="dxa" w:w="2880"/>
          </w:tcPr>
          <w:p>
            <w:r>
              <w:t>1</w:t>
            </w:r>
          </w:p>
        </w:tc>
      </w:tr>
      <w:tr>
        <w:tc>
          <w:tcPr>
            <w:tcW w:type="dxa" w:w="2880"/>
          </w:tcPr>
          <w:p>
            <w:r>
              <w:t>2025-02-01</w:t>
            </w:r>
          </w:p>
        </w:tc>
        <w:tc>
          <w:tcPr>
            <w:tcW w:type="dxa" w:w="2880"/>
          </w:tcPr>
          <w:p>
            <w:r>
              <w:t>PA4</w:t>
            </w:r>
          </w:p>
        </w:tc>
        <w:tc>
          <w:tcPr>
            <w:tcW w:type="dxa" w:w="2880"/>
          </w:tcPr>
          <w:p>
            <w:r>
              <w:t>1</w:t>
            </w:r>
          </w:p>
        </w:tc>
      </w:tr>
      <w:tr>
        <w:tc>
          <w:tcPr>
            <w:tcW w:type="dxa" w:w="2880"/>
          </w:tcPr>
          <w:p>
            <w:r>
              <w:t>2025-02-01</w:t>
            </w:r>
          </w:p>
        </w:tc>
        <w:tc>
          <w:tcPr>
            <w:tcW w:type="dxa" w:w="2880"/>
          </w:tcPr>
          <w:p>
            <w:r>
              <w:t>PA5</w:t>
            </w:r>
          </w:p>
        </w:tc>
        <w:tc>
          <w:tcPr>
            <w:tcW w:type="dxa" w:w="2880"/>
          </w:tcPr>
          <w:p>
            <w:r>
              <w:t>1</w:t>
            </w:r>
          </w:p>
        </w:tc>
      </w:tr>
      <w:tr>
        <w:tc>
          <w:tcPr>
            <w:tcW w:type="dxa" w:w="2880"/>
          </w:tcPr>
          <w:p>
            <w:r>
              <w:t>2025-03-01</w:t>
            </w:r>
          </w:p>
        </w:tc>
        <w:tc>
          <w:tcPr>
            <w:tcW w:type="dxa" w:w="2880"/>
          </w:tcPr>
          <w:p>
            <w:r>
              <w:t>PA1</w:t>
            </w:r>
          </w:p>
        </w:tc>
        <w:tc>
          <w:tcPr>
            <w:tcW w:type="dxa" w:w="2880"/>
          </w:tcPr>
          <w:p>
            <w:r>
              <w:t>1</w:t>
            </w:r>
          </w:p>
        </w:tc>
      </w:tr>
      <w:tr>
        <w:tc>
          <w:tcPr>
            <w:tcW w:type="dxa" w:w="2880"/>
          </w:tcPr>
          <w:p>
            <w:r>
              <w:t>2025-03-01</w:t>
            </w:r>
          </w:p>
        </w:tc>
        <w:tc>
          <w:tcPr>
            <w:tcW w:type="dxa" w:w="2880"/>
          </w:tcPr>
          <w:p>
            <w:r>
              <w:t>PA2</w:t>
            </w:r>
          </w:p>
        </w:tc>
        <w:tc>
          <w:tcPr>
            <w:tcW w:type="dxa" w:w="2880"/>
          </w:tcPr>
          <w:p>
            <w:r>
              <w:t>1</w:t>
            </w:r>
          </w:p>
        </w:tc>
      </w:tr>
      <w:tr>
        <w:tc>
          <w:tcPr>
            <w:tcW w:type="dxa" w:w="2880"/>
          </w:tcPr>
          <w:p>
            <w:r>
              <w:t>2025-03-01</w:t>
            </w:r>
          </w:p>
        </w:tc>
        <w:tc>
          <w:tcPr>
            <w:tcW w:type="dxa" w:w="2880"/>
          </w:tcPr>
          <w:p>
            <w:r>
              <w:t>PA3</w:t>
            </w:r>
          </w:p>
        </w:tc>
        <w:tc>
          <w:tcPr>
            <w:tcW w:type="dxa" w:w="2880"/>
          </w:tcPr>
          <w:p>
            <w:r>
              <w:t>1</w:t>
            </w:r>
          </w:p>
        </w:tc>
      </w:tr>
      <w:tr>
        <w:tc>
          <w:tcPr>
            <w:tcW w:type="dxa" w:w="2880"/>
          </w:tcPr>
          <w:p>
            <w:r>
              <w:t>2025-03-01</w:t>
            </w:r>
          </w:p>
        </w:tc>
        <w:tc>
          <w:tcPr>
            <w:tcW w:type="dxa" w:w="2880"/>
          </w:tcPr>
          <w:p>
            <w:r>
              <w:t>PA4</w:t>
            </w:r>
          </w:p>
        </w:tc>
        <w:tc>
          <w:tcPr>
            <w:tcW w:type="dxa" w:w="2880"/>
          </w:tcPr>
          <w:p>
            <w:r>
              <w:t>1</w:t>
            </w:r>
          </w:p>
        </w:tc>
      </w:tr>
      <w:tr>
        <w:tc>
          <w:tcPr>
            <w:tcW w:type="dxa" w:w="2880"/>
          </w:tcPr>
          <w:p>
            <w:r>
              <w:t>2025-03-01</w:t>
            </w:r>
          </w:p>
        </w:tc>
        <w:tc>
          <w:tcPr>
            <w:tcW w:type="dxa" w:w="2880"/>
          </w:tcPr>
          <w:p>
            <w:r>
              <w:t>PA5</w:t>
            </w:r>
          </w:p>
        </w:tc>
        <w:tc>
          <w:tcPr>
            <w:tcW w:type="dxa" w:w="2880"/>
          </w:tcPr>
          <w:p>
            <w:r>
              <w:t>1</w:t>
            </w:r>
          </w:p>
        </w:tc>
      </w:tr>
      <w:tr>
        <w:tc>
          <w:tcPr>
            <w:tcW w:type="dxa" w:w="2880"/>
          </w:tcPr>
          <w:p>
            <w:r>
              <w:t>2025-04-01</w:t>
            </w:r>
          </w:p>
        </w:tc>
        <w:tc>
          <w:tcPr>
            <w:tcW w:type="dxa" w:w="2880"/>
          </w:tcPr>
          <w:p>
            <w:r>
              <w:t>PA1</w:t>
            </w:r>
          </w:p>
        </w:tc>
        <w:tc>
          <w:tcPr>
            <w:tcW w:type="dxa" w:w="2880"/>
          </w:tcPr>
          <w:p>
            <w:r>
              <w:t>1</w:t>
            </w:r>
          </w:p>
        </w:tc>
      </w:tr>
      <w:tr>
        <w:tc>
          <w:tcPr>
            <w:tcW w:type="dxa" w:w="2880"/>
          </w:tcPr>
          <w:p>
            <w:r>
              <w:t>2025-04-01</w:t>
            </w:r>
          </w:p>
        </w:tc>
        <w:tc>
          <w:tcPr>
            <w:tcW w:type="dxa" w:w="2880"/>
          </w:tcPr>
          <w:p>
            <w:r>
              <w:t>PA2</w:t>
            </w:r>
          </w:p>
        </w:tc>
        <w:tc>
          <w:tcPr>
            <w:tcW w:type="dxa" w:w="2880"/>
          </w:tcPr>
          <w:p>
            <w:r>
              <w:t>1</w:t>
            </w:r>
          </w:p>
        </w:tc>
      </w:tr>
      <w:tr>
        <w:tc>
          <w:tcPr>
            <w:tcW w:type="dxa" w:w="2880"/>
          </w:tcPr>
          <w:p>
            <w:r>
              <w:t>2025-04-01</w:t>
            </w:r>
          </w:p>
        </w:tc>
        <w:tc>
          <w:tcPr>
            <w:tcW w:type="dxa" w:w="2880"/>
          </w:tcPr>
          <w:p>
            <w:r>
              <w:t>PA3</w:t>
            </w:r>
          </w:p>
        </w:tc>
        <w:tc>
          <w:tcPr>
            <w:tcW w:type="dxa" w:w="2880"/>
          </w:tcPr>
          <w:p>
            <w:r>
              <w:t>1</w:t>
            </w:r>
          </w:p>
        </w:tc>
      </w:tr>
      <w:tr>
        <w:tc>
          <w:tcPr>
            <w:tcW w:type="dxa" w:w="2880"/>
          </w:tcPr>
          <w:p>
            <w:r>
              <w:t>2025-04-01</w:t>
            </w:r>
          </w:p>
        </w:tc>
        <w:tc>
          <w:tcPr>
            <w:tcW w:type="dxa" w:w="2880"/>
          </w:tcPr>
          <w:p>
            <w:r>
              <w:t>PA4</w:t>
            </w:r>
          </w:p>
        </w:tc>
        <w:tc>
          <w:tcPr>
            <w:tcW w:type="dxa" w:w="2880"/>
          </w:tcPr>
          <w:p>
            <w:r>
              <w:t>1</w:t>
            </w:r>
          </w:p>
        </w:tc>
      </w:tr>
      <w:tr>
        <w:tc>
          <w:tcPr>
            <w:tcW w:type="dxa" w:w="2880"/>
          </w:tcPr>
          <w:p>
            <w:r>
              <w:t>2025-04-01</w:t>
            </w:r>
          </w:p>
        </w:tc>
        <w:tc>
          <w:tcPr>
            <w:tcW w:type="dxa" w:w="2880"/>
          </w:tcPr>
          <w:p>
            <w:r>
              <w:t>PA5</w:t>
            </w:r>
          </w:p>
        </w:tc>
        <w:tc>
          <w:tcPr>
            <w:tcW w:type="dxa" w:w="2880"/>
          </w:tcPr>
          <w:p>
            <w:r>
              <w:t>1</w:t>
            </w:r>
          </w:p>
        </w:tc>
      </w:tr>
      <w:tr>
        <w:tc>
          <w:tcPr>
            <w:tcW w:type="dxa" w:w="2880"/>
          </w:tcPr>
          <w:p>
            <w:r>
              <w:t>2025-05-01</w:t>
            </w:r>
          </w:p>
        </w:tc>
        <w:tc>
          <w:tcPr>
            <w:tcW w:type="dxa" w:w="2880"/>
          </w:tcPr>
          <w:p>
            <w:r>
              <w:t>PA1</w:t>
            </w:r>
          </w:p>
        </w:tc>
        <w:tc>
          <w:tcPr>
            <w:tcW w:type="dxa" w:w="2880"/>
          </w:tcPr>
          <w:p>
            <w:r>
              <w:t>1</w:t>
            </w:r>
          </w:p>
        </w:tc>
      </w:tr>
      <w:tr>
        <w:tc>
          <w:tcPr>
            <w:tcW w:type="dxa" w:w="2880"/>
          </w:tcPr>
          <w:p>
            <w:r>
              <w:t>2025-05-01</w:t>
            </w:r>
          </w:p>
        </w:tc>
        <w:tc>
          <w:tcPr>
            <w:tcW w:type="dxa" w:w="2880"/>
          </w:tcPr>
          <w:p>
            <w:r>
              <w:t>PA2</w:t>
            </w:r>
          </w:p>
        </w:tc>
        <w:tc>
          <w:tcPr>
            <w:tcW w:type="dxa" w:w="2880"/>
          </w:tcPr>
          <w:p>
            <w:r>
              <w:t>1</w:t>
            </w:r>
          </w:p>
        </w:tc>
      </w:tr>
      <w:tr>
        <w:tc>
          <w:tcPr>
            <w:tcW w:type="dxa" w:w="2880"/>
          </w:tcPr>
          <w:p>
            <w:r>
              <w:t>2025-05-01</w:t>
            </w:r>
          </w:p>
        </w:tc>
        <w:tc>
          <w:tcPr>
            <w:tcW w:type="dxa" w:w="2880"/>
          </w:tcPr>
          <w:p>
            <w:r>
              <w:t>PA3</w:t>
            </w:r>
          </w:p>
        </w:tc>
        <w:tc>
          <w:tcPr>
            <w:tcW w:type="dxa" w:w="2880"/>
          </w:tcPr>
          <w:p>
            <w:r>
              <w:t>1</w:t>
            </w:r>
          </w:p>
        </w:tc>
      </w:tr>
      <w:tr>
        <w:tc>
          <w:tcPr>
            <w:tcW w:type="dxa" w:w="2880"/>
          </w:tcPr>
          <w:p>
            <w:r>
              <w:t>2025-05-01</w:t>
            </w:r>
          </w:p>
        </w:tc>
        <w:tc>
          <w:tcPr>
            <w:tcW w:type="dxa" w:w="2880"/>
          </w:tcPr>
          <w:p>
            <w:r>
              <w:t>PA4</w:t>
            </w:r>
          </w:p>
        </w:tc>
        <w:tc>
          <w:tcPr>
            <w:tcW w:type="dxa" w:w="2880"/>
          </w:tcPr>
          <w:p>
            <w:r>
              <w:t>1</w:t>
            </w:r>
          </w:p>
        </w:tc>
      </w:tr>
      <w:tr>
        <w:tc>
          <w:tcPr>
            <w:tcW w:type="dxa" w:w="2880"/>
          </w:tcPr>
          <w:p>
            <w:r>
              <w:t>2025-05-01</w:t>
            </w:r>
          </w:p>
        </w:tc>
        <w:tc>
          <w:tcPr>
            <w:tcW w:type="dxa" w:w="2880"/>
          </w:tcPr>
          <w:p>
            <w:r>
              <w:t>PA5</w:t>
            </w:r>
          </w:p>
        </w:tc>
        <w:tc>
          <w:tcPr>
            <w:tcW w:type="dxa" w:w="2880"/>
          </w:tcPr>
          <w:p>
            <w:r>
              <w:t>1</w:t>
            </w:r>
          </w:p>
        </w:tc>
      </w:tr>
      <w:tr>
        <w:tc>
          <w:tcPr>
            <w:tcW w:type="dxa" w:w="2880"/>
          </w:tcPr>
          <w:p>
            <w:r>
              <w:t>2025-06-01</w:t>
            </w:r>
          </w:p>
        </w:tc>
        <w:tc>
          <w:tcPr>
            <w:tcW w:type="dxa" w:w="2880"/>
          </w:tcPr>
          <w:p>
            <w:r>
              <w:t>PA1</w:t>
            </w:r>
          </w:p>
        </w:tc>
        <w:tc>
          <w:tcPr>
            <w:tcW w:type="dxa" w:w="2880"/>
          </w:tcPr>
          <w:p>
            <w:r>
              <w:t>1</w:t>
            </w:r>
          </w:p>
        </w:tc>
      </w:tr>
      <w:tr>
        <w:tc>
          <w:tcPr>
            <w:tcW w:type="dxa" w:w="2880"/>
          </w:tcPr>
          <w:p>
            <w:r>
              <w:t>2025-06-01</w:t>
            </w:r>
          </w:p>
        </w:tc>
        <w:tc>
          <w:tcPr>
            <w:tcW w:type="dxa" w:w="2880"/>
          </w:tcPr>
          <w:p>
            <w:r>
              <w:t>PA2</w:t>
            </w:r>
          </w:p>
        </w:tc>
        <w:tc>
          <w:tcPr>
            <w:tcW w:type="dxa" w:w="2880"/>
          </w:tcPr>
          <w:p>
            <w:r>
              <w:t>1</w:t>
            </w:r>
          </w:p>
        </w:tc>
      </w:tr>
      <w:tr>
        <w:tc>
          <w:tcPr>
            <w:tcW w:type="dxa" w:w="2880"/>
          </w:tcPr>
          <w:p>
            <w:r>
              <w:t>2025-06-01</w:t>
            </w:r>
          </w:p>
        </w:tc>
        <w:tc>
          <w:tcPr>
            <w:tcW w:type="dxa" w:w="2880"/>
          </w:tcPr>
          <w:p>
            <w:r>
              <w:t>PA3</w:t>
            </w:r>
          </w:p>
        </w:tc>
        <w:tc>
          <w:tcPr>
            <w:tcW w:type="dxa" w:w="2880"/>
          </w:tcPr>
          <w:p>
            <w:r>
              <w:t>1</w:t>
            </w:r>
          </w:p>
        </w:tc>
      </w:tr>
      <w:tr>
        <w:tc>
          <w:tcPr>
            <w:tcW w:type="dxa" w:w="2880"/>
          </w:tcPr>
          <w:p>
            <w:r>
              <w:t>2025-06-01</w:t>
            </w:r>
          </w:p>
        </w:tc>
        <w:tc>
          <w:tcPr>
            <w:tcW w:type="dxa" w:w="2880"/>
          </w:tcPr>
          <w:p>
            <w:r>
              <w:t>PA4</w:t>
            </w:r>
          </w:p>
        </w:tc>
        <w:tc>
          <w:tcPr>
            <w:tcW w:type="dxa" w:w="2880"/>
          </w:tcPr>
          <w:p>
            <w:r>
              <w:t>1</w:t>
            </w:r>
          </w:p>
        </w:tc>
      </w:tr>
      <w:tr>
        <w:tc>
          <w:tcPr>
            <w:tcW w:type="dxa" w:w="2880"/>
          </w:tcPr>
          <w:p>
            <w:r>
              <w:t>2025-06-01</w:t>
            </w:r>
          </w:p>
        </w:tc>
        <w:tc>
          <w:tcPr>
            <w:tcW w:type="dxa" w:w="2880"/>
          </w:tcPr>
          <w:p>
            <w:r>
              <w:t>PA5</w:t>
            </w:r>
          </w:p>
        </w:tc>
        <w:tc>
          <w:tcPr>
            <w:tcW w:type="dxa" w:w="2880"/>
          </w:tcPr>
          <w:p>
            <w:r>
              <w:t>1</w:t>
            </w:r>
          </w:p>
        </w:tc>
      </w:tr>
      <w:tr>
        <w:tc>
          <w:tcPr>
            <w:tcW w:type="dxa" w:w="2880"/>
          </w:tcPr>
          <w:p>
            <w:r>
              <w:t>2025-07-01</w:t>
            </w:r>
          </w:p>
        </w:tc>
        <w:tc>
          <w:tcPr>
            <w:tcW w:type="dxa" w:w="2880"/>
          </w:tcPr>
          <w:p>
            <w:r>
              <w:t>PA1</w:t>
            </w:r>
          </w:p>
        </w:tc>
        <w:tc>
          <w:tcPr>
            <w:tcW w:type="dxa" w:w="2880"/>
          </w:tcPr>
          <w:p>
            <w:r>
              <w:t>1</w:t>
            </w:r>
          </w:p>
        </w:tc>
      </w:tr>
      <w:tr>
        <w:tc>
          <w:tcPr>
            <w:tcW w:type="dxa" w:w="2880"/>
          </w:tcPr>
          <w:p>
            <w:r>
              <w:t>2025-07-01</w:t>
            </w:r>
          </w:p>
        </w:tc>
        <w:tc>
          <w:tcPr>
            <w:tcW w:type="dxa" w:w="2880"/>
          </w:tcPr>
          <w:p>
            <w:r>
              <w:t>PA2</w:t>
            </w:r>
          </w:p>
        </w:tc>
        <w:tc>
          <w:tcPr>
            <w:tcW w:type="dxa" w:w="2880"/>
          </w:tcPr>
          <w:p>
            <w:r>
              <w:t>1</w:t>
            </w:r>
          </w:p>
        </w:tc>
      </w:tr>
      <w:tr>
        <w:tc>
          <w:tcPr>
            <w:tcW w:type="dxa" w:w="2880"/>
          </w:tcPr>
          <w:p>
            <w:r>
              <w:t>2025-07-01</w:t>
            </w:r>
          </w:p>
        </w:tc>
        <w:tc>
          <w:tcPr>
            <w:tcW w:type="dxa" w:w="2880"/>
          </w:tcPr>
          <w:p>
            <w:r>
              <w:t>PA3</w:t>
            </w:r>
          </w:p>
        </w:tc>
        <w:tc>
          <w:tcPr>
            <w:tcW w:type="dxa" w:w="2880"/>
          </w:tcPr>
          <w:p>
            <w:r>
              <w:t>1</w:t>
            </w:r>
          </w:p>
        </w:tc>
      </w:tr>
      <w:tr>
        <w:tc>
          <w:tcPr>
            <w:tcW w:type="dxa" w:w="2880"/>
          </w:tcPr>
          <w:p>
            <w:r>
              <w:t>2025-07-01</w:t>
            </w:r>
          </w:p>
        </w:tc>
        <w:tc>
          <w:tcPr>
            <w:tcW w:type="dxa" w:w="2880"/>
          </w:tcPr>
          <w:p>
            <w:r>
              <w:t>PA4</w:t>
            </w:r>
          </w:p>
        </w:tc>
        <w:tc>
          <w:tcPr>
            <w:tcW w:type="dxa" w:w="2880"/>
          </w:tcPr>
          <w:p>
            <w:r>
              <w:t>1</w:t>
            </w:r>
          </w:p>
        </w:tc>
      </w:tr>
      <w:tr>
        <w:tc>
          <w:tcPr>
            <w:tcW w:type="dxa" w:w="2880"/>
          </w:tcPr>
          <w:p>
            <w:r>
              <w:t>2025-07-01</w:t>
            </w:r>
          </w:p>
        </w:tc>
        <w:tc>
          <w:tcPr>
            <w:tcW w:type="dxa" w:w="2880"/>
          </w:tcPr>
          <w:p>
            <w:r>
              <w:t>PA5</w:t>
            </w:r>
          </w:p>
        </w:tc>
        <w:tc>
          <w:tcPr>
            <w:tcW w:type="dxa" w:w="2880"/>
          </w:tcPr>
          <w:p>
            <w:r>
              <w:t>1</w:t>
            </w:r>
          </w:p>
        </w:tc>
      </w:tr>
      <w:tr>
        <w:tc>
          <w:tcPr>
            <w:tcW w:type="dxa" w:w="2880"/>
          </w:tcPr>
          <w:p>
            <w:r>
              <w:t>2025-08-01</w:t>
            </w:r>
          </w:p>
        </w:tc>
        <w:tc>
          <w:tcPr>
            <w:tcW w:type="dxa" w:w="2880"/>
          </w:tcPr>
          <w:p>
            <w:r>
              <w:t>PA1</w:t>
            </w:r>
          </w:p>
        </w:tc>
        <w:tc>
          <w:tcPr>
            <w:tcW w:type="dxa" w:w="2880"/>
          </w:tcPr>
          <w:p>
            <w:r>
              <w:t>1</w:t>
            </w:r>
          </w:p>
        </w:tc>
      </w:tr>
      <w:tr>
        <w:tc>
          <w:tcPr>
            <w:tcW w:type="dxa" w:w="2880"/>
          </w:tcPr>
          <w:p>
            <w:r>
              <w:t>2025-08-01</w:t>
            </w:r>
          </w:p>
        </w:tc>
        <w:tc>
          <w:tcPr>
            <w:tcW w:type="dxa" w:w="2880"/>
          </w:tcPr>
          <w:p>
            <w:r>
              <w:t>PA2</w:t>
            </w:r>
          </w:p>
        </w:tc>
        <w:tc>
          <w:tcPr>
            <w:tcW w:type="dxa" w:w="2880"/>
          </w:tcPr>
          <w:p>
            <w:r>
              <w:t>1</w:t>
            </w:r>
          </w:p>
        </w:tc>
      </w:tr>
      <w:tr>
        <w:tc>
          <w:tcPr>
            <w:tcW w:type="dxa" w:w="2880"/>
          </w:tcPr>
          <w:p>
            <w:r>
              <w:t>2025-08-01</w:t>
            </w:r>
          </w:p>
        </w:tc>
        <w:tc>
          <w:tcPr>
            <w:tcW w:type="dxa" w:w="2880"/>
          </w:tcPr>
          <w:p>
            <w:r>
              <w:t>PA3</w:t>
            </w:r>
          </w:p>
        </w:tc>
        <w:tc>
          <w:tcPr>
            <w:tcW w:type="dxa" w:w="2880"/>
          </w:tcPr>
          <w:p>
            <w:r>
              <w:t>1</w:t>
            </w:r>
          </w:p>
        </w:tc>
      </w:tr>
      <w:tr>
        <w:tc>
          <w:tcPr>
            <w:tcW w:type="dxa" w:w="2880"/>
          </w:tcPr>
          <w:p>
            <w:r>
              <w:t>2025-08-01</w:t>
            </w:r>
          </w:p>
        </w:tc>
        <w:tc>
          <w:tcPr>
            <w:tcW w:type="dxa" w:w="2880"/>
          </w:tcPr>
          <w:p>
            <w:r>
              <w:t>PA4</w:t>
            </w:r>
          </w:p>
        </w:tc>
        <w:tc>
          <w:tcPr>
            <w:tcW w:type="dxa" w:w="2880"/>
          </w:tcPr>
          <w:p>
            <w:r>
              <w:t>1</w:t>
            </w:r>
          </w:p>
        </w:tc>
      </w:tr>
      <w:tr>
        <w:tc>
          <w:tcPr>
            <w:tcW w:type="dxa" w:w="2880"/>
          </w:tcPr>
          <w:p>
            <w:r>
              <w:t>2025-08-01</w:t>
            </w:r>
          </w:p>
        </w:tc>
        <w:tc>
          <w:tcPr>
            <w:tcW w:type="dxa" w:w="2880"/>
          </w:tcPr>
          <w:p>
            <w:r>
              <w:t>PA5</w:t>
            </w:r>
          </w:p>
        </w:tc>
        <w:tc>
          <w:tcPr>
            <w:tcW w:type="dxa" w:w="2880"/>
          </w:tcPr>
          <w:p>
            <w:r>
              <w:t>1</w:t>
            </w:r>
          </w:p>
        </w:tc>
      </w:tr>
      <w:tr>
        <w:tc>
          <w:tcPr>
            <w:tcW w:type="dxa" w:w="2880"/>
          </w:tcPr>
          <w:p>
            <w:r>
              <w:t>2025-09-01</w:t>
            </w:r>
          </w:p>
        </w:tc>
        <w:tc>
          <w:tcPr>
            <w:tcW w:type="dxa" w:w="2880"/>
          </w:tcPr>
          <w:p>
            <w:r>
              <w:t>PA1</w:t>
            </w:r>
          </w:p>
        </w:tc>
        <w:tc>
          <w:tcPr>
            <w:tcW w:type="dxa" w:w="2880"/>
          </w:tcPr>
          <w:p>
            <w:r>
              <w:t>1</w:t>
            </w:r>
          </w:p>
        </w:tc>
      </w:tr>
      <w:tr>
        <w:tc>
          <w:tcPr>
            <w:tcW w:type="dxa" w:w="2880"/>
          </w:tcPr>
          <w:p>
            <w:r>
              <w:t>2025-09-01</w:t>
            </w:r>
          </w:p>
        </w:tc>
        <w:tc>
          <w:tcPr>
            <w:tcW w:type="dxa" w:w="2880"/>
          </w:tcPr>
          <w:p>
            <w:r>
              <w:t>PA2</w:t>
            </w:r>
          </w:p>
        </w:tc>
        <w:tc>
          <w:tcPr>
            <w:tcW w:type="dxa" w:w="2880"/>
          </w:tcPr>
          <w:p>
            <w:r>
              <w:t>1</w:t>
            </w:r>
          </w:p>
        </w:tc>
      </w:tr>
      <w:tr>
        <w:tc>
          <w:tcPr>
            <w:tcW w:type="dxa" w:w="2880"/>
          </w:tcPr>
          <w:p>
            <w:r>
              <w:t>2025-09-01</w:t>
            </w:r>
          </w:p>
        </w:tc>
        <w:tc>
          <w:tcPr>
            <w:tcW w:type="dxa" w:w="2880"/>
          </w:tcPr>
          <w:p>
            <w:r>
              <w:t>PA3</w:t>
            </w:r>
          </w:p>
        </w:tc>
        <w:tc>
          <w:tcPr>
            <w:tcW w:type="dxa" w:w="2880"/>
          </w:tcPr>
          <w:p>
            <w:r>
              <w:t>1</w:t>
            </w:r>
          </w:p>
        </w:tc>
      </w:tr>
      <w:tr>
        <w:tc>
          <w:tcPr>
            <w:tcW w:type="dxa" w:w="2880"/>
          </w:tcPr>
          <w:p>
            <w:r>
              <w:t>2025-09-01</w:t>
            </w:r>
          </w:p>
        </w:tc>
        <w:tc>
          <w:tcPr>
            <w:tcW w:type="dxa" w:w="2880"/>
          </w:tcPr>
          <w:p>
            <w:r>
              <w:t>PA4</w:t>
            </w:r>
          </w:p>
        </w:tc>
        <w:tc>
          <w:tcPr>
            <w:tcW w:type="dxa" w:w="2880"/>
          </w:tcPr>
          <w:p>
            <w:r>
              <w:t>1</w:t>
            </w:r>
          </w:p>
        </w:tc>
      </w:tr>
      <w:tr>
        <w:tc>
          <w:tcPr>
            <w:tcW w:type="dxa" w:w="2880"/>
          </w:tcPr>
          <w:p>
            <w:r>
              <w:t>2025-09-01</w:t>
            </w:r>
          </w:p>
        </w:tc>
        <w:tc>
          <w:tcPr>
            <w:tcW w:type="dxa" w:w="2880"/>
          </w:tcPr>
          <w:p>
            <w:r>
              <w:t>PA5</w:t>
            </w:r>
          </w:p>
        </w:tc>
        <w:tc>
          <w:tcPr>
            <w:tcW w:type="dxa" w:w="2880"/>
          </w:tcPr>
          <w:p>
            <w:r>
              <w:t>1</w:t>
            </w:r>
          </w:p>
        </w:tc>
      </w:tr>
      <w:tr>
        <w:tc>
          <w:tcPr>
            <w:tcW w:type="dxa" w:w="2880"/>
          </w:tcPr>
          <w:p>
            <w:r>
              <w:t>2025-10-01</w:t>
            </w:r>
          </w:p>
        </w:tc>
        <w:tc>
          <w:tcPr>
            <w:tcW w:type="dxa" w:w="2880"/>
          </w:tcPr>
          <w:p>
            <w:r>
              <w:t>PA1</w:t>
            </w:r>
          </w:p>
        </w:tc>
        <w:tc>
          <w:tcPr>
            <w:tcW w:type="dxa" w:w="2880"/>
          </w:tcPr>
          <w:p>
            <w:r>
              <w:t>1</w:t>
            </w:r>
          </w:p>
        </w:tc>
      </w:tr>
      <w:tr>
        <w:tc>
          <w:tcPr>
            <w:tcW w:type="dxa" w:w="2880"/>
          </w:tcPr>
          <w:p>
            <w:r>
              <w:t>2025-10-01</w:t>
            </w:r>
          </w:p>
        </w:tc>
        <w:tc>
          <w:tcPr>
            <w:tcW w:type="dxa" w:w="2880"/>
          </w:tcPr>
          <w:p>
            <w:r>
              <w:t>PA2</w:t>
            </w:r>
          </w:p>
        </w:tc>
        <w:tc>
          <w:tcPr>
            <w:tcW w:type="dxa" w:w="2880"/>
          </w:tcPr>
          <w:p>
            <w:r>
              <w:t>1</w:t>
            </w:r>
          </w:p>
        </w:tc>
      </w:tr>
      <w:tr>
        <w:tc>
          <w:tcPr>
            <w:tcW w:type="dxa" w:w="2880"/>
          </w:tcPr>
          <w:p>
            <w:r>
              <w:t>2025-10-01</w:t>
            </w:r>
          </w:p>
        </w:tc>
        <w:tc>
          <w:tcPr>
            <w:tcW w:type="dxa" w:w="2880"/>
          </w:tcPr>
          <w:p>
            <w:r>
              <w:t>PA3</w:t>
            </w:r>
          </w:p>
        </w:tc>
        <w:tc>
          <w:tcPr>
            <w:tcW w:type="dxa" w:w="2880"/>
          </w:tcPr>
          <w:p>
            <w:r>
              <w:t>1</w:t>
            </w:r>
          </w:p>
        </w:tc>
      </w:tr>
      <w:tr>
        <w:tc>
          <w:tcPr>
            <w:tcW w:type="dxa" w:w="2880"/>
          </w:tcPr>
          <w:p>
            <w:r>
              <w:t>2025-10-01</w:t>
            </w:r>
          </w:p>
        </w:tc>
        <w:tc>
          <w:tcPr>
            <w:tcW w:type="dxa" w:w="2880"/>
          </w:tcPr>
          <w:p>
            <w:r>
              <w:t>PA4</w:t>
            </w:r>
          </w:p>
        </w:tc>
        <w:tc>
          <w:tcPr>
            <w:tcW w:type="dxa" w:w="2880"/>
          </w:tcPr>
          <w:p>
            <w:r>
              <w:t>1</w:t>
            </w:r>
          </w:p>
        </w:tc>
      </w:tr>
      <w:tr>
        <w:tc>
          <w:tcPr>
            <w:tcW w:type="dxa" w:w="2880"/>
          </w:tcPr>
          <w:p>
            <w:r>
              <w:t>2025-10-01</w:t>
            </w:r>
          </w:p>
        </w:tc>
        <w:tc>
          <w:tcPr>
            <w:tcW w:type="dxa" w:w="2880"/>
          </w:tcPr>
          <w:p>
            <w:r>
              <w:t>PA5</w:t>
            </w:r>
          </w:p>
        </w:tc>
        <w:tc>
          <w:tcPr>
            <w:tcW w:type="dxa" w:w="2880"/>
          </w:tcPr>
          <w:p>
            <w:r>
              <w:t>1</w:t>
            </w:r>
          </w:p>
        </w:tc>
      </w:tr>
      <w:tr>
        <w:tc>
          <w:tcPr>
            <w:tcW w:type="dxa" w:w="2880"/>
          </w:tcPr>
          <w:p>
            <w:r>
              <w:t>2025-11-01</w:t>
            </w:r>
          </w:p>
        </w:tc>
        <w:tc>
          <w:tcPr>
            <w:tcW w:type="dxa" w:w="2880"/>
          </w:tcPr>
          <w:p>
            <w:r>
              <w:t>PA1</w:t>
            </w:r>
          </w:p>
        </w:tc>
        <w:tc>
          <w:tcPr>
            <w:tcW w:type="dxa" w:w="2880"/>
          </w:tcPr>
          <w:p>
            <w:r>
              <w:t>1</w:t>
            </w:r>
          </w:p>
        </w:tc>
      </w:tr>
      <w:tr>
        <w:tc>
          <w:tcPr>
            <w:tcW w:type="dxa" w:w="2880"/>
          </w:tcPr>
          <w:p>
            <w:r>
              <w:t>2025-11-01</w:t>
            </w:r>
          </w:p>
        </w:tc>
        <w:tc>
          <w:tcPr>
            <w:tcW w:type="dxa" w:w="2880"/>
          </w:tcPr>
          <w:p>
            <w:r>
              <w:t>PA2</w:t>
            </w:r>
          </w:p>
        </w:tc>
        <w:tc>
          <w:tcPr>
            <w:tcW w:type="dxa" w:w="2880"/>
          </w:tcPr>
          <w:p>
            <w:r>
              <w:t>1</w:t>
            </w:r>
          </w:p>
        </w:tc>
      </w:tr>
      <w:tr>
        <w:tc>
          <w:tcPr>
            <w:tcW w:type="dxa" w:w="2880"/>
          </w:tcPr>
          <w:p>
            <w:r>
              <w:t>2025-11-01</w:t>
            </w:r>
          </w:p>
        </w:tc>
        <w:tc>
          <w:tcPr>
            <w:tcW w:type="dxa" w:w="2880"/>
          </w:tcPr>
          <w:p>
            <w:r>
              <w:t>PA3</w:t>
            </w:r>
          </w:p>
        </w:tc>
        <w:tc>
          <w:tcPr>
            <w:tcW w:type="dxa" w:w="2880"/>
          </w:tcPr>
          <w:p>
            <w:r>
              <w:t>1</w:t>
            </w:r>
          </w:p>
        </w:tc>
      </w:tr>
      <w:tr>
        <w:tc>
          <w:tcPr>
            <w:tcW w:type="dxa" w:w="2880"/>
          </w:tcPr>
          <w:p>
            <w:r>
              <w:t>2025-11-01</w:t>
            </w:r>
          </w:p>
        </w:tc>
        <w:tc>
          <w:tcPr>
            <w:tcW w:type="dxa" w:w="2880"/>
          </w:tcPr>
          <w:p>
            <w:r>
              <w:t>PA4</w:t>
            </w:r>
          </w:p>
        </w:tc>
        <w:tc>
          <w:tcPr>
            <w:tcW w:type="dxa" w:w="2880"/>
          </w:tcPr>
          <w:p>
            <w:r>
              <w:t>1</w:t>
            </w:r>
          </w:p>
        </w:tc>
      </w:tr>
      <w:tr>
        <w:tc>
          <w:tcPr>
            <w:tcW w:type="dxa" w:w="2880"/>
          </w:tcPr>
          <w:p>
            <w:r>
              <w:t>2025-11-01</w:t>
            </w:r>
          </w:p>
        </w:tc>
        <w:tc>
          <w:tcPr>
            <w:tcW w:type="dxa" w:w="2880"/>
          </w:tcPr>
          <w:p>
            <w:r>
              <w:t>PA5</w:t>
            </w:r>
          </w:p>
        </w:tc>
        <w:tc>
          <w:tcPr>
            <w:tcW w:type="dxa" w:w="2880"/>
          </w:tcPr>
          <w:p>
            <w:r>
              <w:t>1</w:t>
            </w:r>
          </w:p>
        </w:tc>
      </w:tr>
      <w:tr>
        <w:tc>
          <w:tcPr>
            <w:tcW w:type="dxa" w:w="2880"/>
          </w:tcPr>
          <w:p>
            <w:r>
              <w:t>2025-12-01</w:t>
            </w:r>
          </w:p>
        </w:tc>
        <w:tc>
          <w:tcPr>
            <w:tcW w:type="dxa" w:w="2880"/>
          </w:tcPr>
          <w:p>
            <w:r>
              <w:t>PA1</w:t>
            </w:r>
          </w:p>
        </w:tc>
        <w:tc>
          <w:tcPr>
            <w:tcW w:type="dxa" w:w="2880"/>
          </w:tcPr>
          <w:p>
            <w:r>
              <w:t>1</w:t>
            </w:r>
          </w:p>
        </w:tc>
      </w:tr>
      <w:tr>
        <w:tc>
          <w:tcPr>
            <w:tcW w:type="dxa" w:w="2880"/>
          </w:tcPr>
          <w:p>
            <w:r>
              <w:t>2025-12-01</w:t>
            </w:r>
          </w:p>
        </w:tc>
        <w:tc>
          <w:tcPr>
            <w:tcW w:type="dxa" w:w="2880"/>
          </w:tcPr>
          <w:p>
            <w:r>
              <w:t>PA2</w:t>
            </w:r>
          </w:p>
        </w:tc>
        <w:tc>
          <w:tcPr>
            <w:tcW w:type="dxa" w:w="2880"/>
          </w:tcPr>
          <w:p>
            <w:r>
              <w:t>1</w:t>
            </w:r>
          </w:p>
        </w:tc>
      </w:tr>
      <w:tr>
        <w:tc>
          <w:tcPr>
            <w:tcW w:type="dxa" w:w="2880"/>
          </w:tcPr>
          <w:p>
            <w:r>
              <w:t>2025-12-01</w:t>
            </w:r>
          </w:p>
        </w:tc>
        <w:tc>
          <w:tcPr>
            <w:tcW w:type="dxa" w:w="2880"/>
          </w:tcPr>
          <w:p>
            <w:r>
              <w:t>PA3</w:t>
            </w:r>
          </w:p>
        </w:tc>
        <w:tc>
          <w:tcPr>
            <w:tcW w:type="dxa" w:w="2880"/>
          </w:tcPr>
          <w:p>
            <w:r>
              <w:t>1</w:t>
            </w:r>
          </w:p>
        </w:tc>
      </w:tr>
      <w:tr>
        <w:tc>
          <w:tcPr>
            <w:tcW w:type="dxa" w:w="2880"/>
          </w:tcPr>
          <w:p>
            <w:r>
              <w:t>2025-12-01</w:t>
            </w:r>
          </w:p>
        </w:tc>
        <w:tc>
          <w:tcPr>
            <w:tcW w:type="dxa" w:w="2880"/>
          </w:tcPr>
          <w:p>
            <w:r>
              <w:t>PA4</w:t>
            </w:r>
          </w:p>
        </w:tc>
        <w:tc>
          <w:tcPr>
            <w:tcW w:type="dxa" w:w="2880"/>
          </w:tcPr>
          <w:p>
            <w:r>
              <w:t>1</w:t>
            </w:r>
          </w:p>
        </w:tc>
      </w:tr>
      <w:tr>
        <w:tc>
          <w:tcPr>
            <w:tcW w:type="dxa" w:w="2880"/>
          </w:tcPr>
          <w:p>
            <w:r>
              <w:t>2025-12-01</w:t>
            </w:r>
          </w:p>
        </w:tc>
        <w:tc>
          <w:tcPr>
            <w:tcW w:type="dxa" w:w="2880"/>
          </w:tcPr>
          <w:p>
            <w:r>
              <w:t>PA5</w:t>
            </w:r>
          </w:p>
        </w:tc>
        <w:tc>
          <w:tcPr>
            <w:tcW w:type="dxa" w:w="2880"/>
          </w:tcPr>
          <w:p>
            <w:r>
              <w:t>1</w:t>
            </w:r>
          </w:p>
        </w:tc>
      </w:tr>
    </w:tbl>
    <w:p/>
    <w:p>
      <w:pPr>
        <w:pStyle w:val="Heading2"/>
      </w:pPr>
      <w:r>
        <w:t>Figure 30. Transect counts by year over time (year) [83]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2018-01-01</w:t>
            </w:r>
          </w:p>
        </w:tc>
        <w:tc>
          <w:tcPr>
            <w:tcW w:type="dxa" w:w="2880"/>
          </w:tcPr>
          <w:p>
            <w:r>
              <w:t>red lechwe</w:t>
            </w:r>
          </w:p>
        </w:tc>
        <w:tc>
          <w:tcPr>
            <w:tcW w:type="dxa" w:w="2880"/>
          </w:tcPr>
          <w:p>
            <w:r>
              <w:t>1,169</w:t>
            </w:r>
          </w:p>
        </w:tc>
      </w:tr>
      <w:tr>
        <w:tc>
          <w:tcPr>
            <w:tcW w:type="dxa" w:w="2880"/>
          </w:tcPr>
          <w:p>
            <w:r>
              <w:t>2018-01-01</w:t>
            </w:r>
          </w:p>
        </w:tc>
        <w:tc>
          <w:tcPr>
            <w:tcW w:type="dxa" w:w="2880"/>
          </w:tcPr>
          <w:p>
            <w:r>
              <w:t>buffalo</w:t>
            </w:r>
          </w:p>
        </w:tc>
        <w:tc>
          <w:tcPr>
            <w:tcW w:type="dxa" w:w="2880"/>
          </w:tcPr>
          <w:p>
            <w:r>
              <w:t>839</w:t>
            </w:r>
          </w:p>
        </w:tc>
      </w:tr>
      <w:tr>
        <w:tc>
          <w:tcPr>
            <w:tcW w:type="dxa" w:w="2880"/>
          </w:tcPr>
          <w:p>
            <w:r>
              <w:t>2018-01-01</w:t>
            </w:r>
          </w:p>
        </w:tc>
        <w:tc>
          <w:tcPr>
            <w:tcW w:type="dxa" w:w="2880"/>
          </w:tcPr>
          <w:p>
            <w:r>
              <w:t>elephant</w:t>
            </w:r>
          </w:p>
        </w:tc>
        <w:tc>
          <w:tcPr>
            <w:tcW w:type="dxa" w:w="2880"/>
          </w:tcPr>
          <w:p>
            <w:r>
              <w:t>309</w:t>
            </w:r>
          </w:p>
        </w:tc>
      </w:tr>
      <w:tr>
        <w:tc>
          <w:tcPr>
            <w:tcW w:type="dxa" w:w="2880"/>
          </w:tcPr>
          <w:p>
            <w:r>
              <w:t>2018-01-01</w:t>
            </w:r>
          </w:p>
        </w:tc>
        <w:tc>
          <w:tcPr>
            <w:tcW w:type="dxa" w:w="2880"/>
          </w:tcPr>
          <w:p>
            <w:r>
              <w:t>giraffe</w:t>
            </w:r>
          </w:p>
        </w:tc>
        <w:tc>
          <w:tcPr>
            <w:tcW w:type="dxa" w:w="2880"/>
          </w:tcPr>
          <w:p>
            <w:r>
              <w:t>110</w:t>
            </w:r>
          </w:p>
        </w:tc>
      </w:tr>
      <w:tr>
        <w:tc>
          <w:tcPr>
            <w:tcW w:type="dxa" w:w="2880"/>
          </w:tcPr>
          <w:p>
            <w:r>
              <w:t>2018-04-01</w:t>
            </w:r>
          </w:p>
        </w:tc>
        <w:tc>
          <w:tcPr>
            <w:tcW w:type="dxa" w:w="2880"/>
          </w:tcPr>
          <w:p>
            <w:r>
              <w:t>red lechwe</w:t>
            </w:r>
          </w:p>
        </w:tc>
        <w:tc>
          <w:tcPr>
            <w:tcW w:type="dxa" w:w="2880"/>
          </w:tcPr>
          <w:p>
            <w:r>
              <w:t>0</w:t>
            </w:r>
          </w:p>
        </w:tc>
      </w:tr>
      <w:tr>
        <w:tc>
          <w:tcPr>
            <w:tcW w:type="dxa" w:w="2880"/>
          </w:tcPr>
          <w:p>
            <w:r>
              <w:t>2018-04-01</w:t>
            </w:r>
          </w:p>
        </w:tc>
        <w:tc>
          <w:tcPr>
            <w:tcW w:type="dxa" w:w="2880"/>
          </w:tcPr>
          <w:p>
            <w:r>
              <w:t>buffalo</w:t>
            </w:r>
          </w:p>
        </w:tc>
        <w:tc>
          <w:tcPr>
            <w:tcW w:type="dxa" w:w="2880"/>
          </w:tcPr>
          <w:p>
            <w:r>
              <w:t>0</w:t>
            </w:r>
          </w:p>
        </w:tc>
      </w:tr>
      <w:tr>
        <w:tc>
          <w:tcPr>
            <w:tcW w:type="dxa" w:w="2880"/>
          </w:tcPr>
          <w:p>
            <w:r>
              <w:t>2018-04-01</w:t>
            </w:r>
          </w:p>
        </w:tc>
        <w:tc>
          <w:tcPr>
            <w:tcW w:type="dxa" w:w="2880"/>
          </w:tcPr>
          <w:p>
            <w:r>
              <w:t>elephant</w:t>
            </w:r>
          </w:p>
        </w:tc>
        <w:tc>
          <w:tcPr>
            <w:tcW w:type="dxa" w:w="2880"/>
          </w:tcPr>
          <w:p>
            <w:r>
              <w:t>0</w:t>
            </w:r>
          </w:p>
        </w:tc>
      </w:tr>
      <w:tr>
        <w:tc>
          <w:tcPr>
            <w:tcW w:type="dxa" w:w="2880"/>
          </w:tcPr>
          <w:p>
            <w:r>
              <w:t>2018-04-01</w:t>
            </w:r>
          </w:p>
        </w:tc>
        <w:tc>
          <w:tcPr>
            <w:tcW w:type="dxa" w:w="2880"/>
          </w:tcPr>
          <w:p>
            <w:r>
              <w:t>giraffe</w:t>
            </w:r>
          </w:p>
        </w:tc>
        <w:tc>
          <w:tcPr>
            <w:tcW w:type="dxa" w:w="2880"/>
          </w:tcPr>
          <w:p>
            <w:r>
              <w:t>0</w:t>
            </w:r>
          </w:p>
        </w:tc>
      </w:tr>
      <w:tr>
        <w:tc>
          <w:tcPr>
            <w:tcW w:type="dxa" w:w="2880"/>
          </w:tcPr>
          <w:p>
            <w:r>
              <w:t>2018-07-01</w:t>
            </w:r>
          </w:p>
        </w:tc>
        <w:tc>
          <w:tcPr>
            <w:tcW w:type="dxa" w:w="2880"/>
          </w:tcPr>
          <w:p>
            <w:r>
              <w:t>red lechwe</w:t>
            </w:r>
          </w:p>
        </w:tc>
        <w:tc>
          <w:tcPr>
            <w:tcW w:type="dxa" w:w="2880"/>
          </w:tcPr>
          <w:p>
            <w:r>
              <w:t>0</w:t>
            </w:r>
          </w:p>
        </w:tc>
      </w:tr>
      <w:tr>
        <w:tc>
          <w:tcPr>
            <w:tcW w:type="dxa" w:w="2880"/>
          </w:tcPr>
          <w:p>
            <w:r>
              <w:t>2018-07-01</w:t>
            </w:r>
          </w:p>
        </w:tc>
        <w:tc>
          <w:tcPr>
            <w:tcW w:type="dxa" w:w="2880"/>
          </w:tcPr>
          <w:p>
            <w:r>
              <w:t>buffalo</w:t>
            </w:r>
          </w:p>
        </w:tc>
        <w:tc>
          <w:tcPr>
            <w:tcW w:type="dxa" w:w="2880"/>
          </w:tcPr>
          <w:p>
            <w:r>
              <w:t>0</w:t>
            </w:r>
          </w:p>
        </w:tc>
      </w:tr>
      <w:tr>
        <w:tc>
          <w:tcPr>
            <w:tcW w:type="dxa" w:w="2880"/>
          </w:tcPr>
          <w:p>
            <w:r>
              <w:t>2018-07-01</w:t>
            </w:r>
          </w:p>
        </w:tc>
        <w:tc>
          <w:tcPr>
            <w:tcW w:type="dxa" w:w="2880"/>
          </w:tcPr>
          <w:p>
            <w:r>
              <w:t>elephant</w:t>
            </w:r>
          </w:p>
        </w:tc>
        <w:tc>
          <w:tcPr>
            <w:tcW w:type="dxa" w:w="2880"/>
          </w:tcPr>
          <w:p>
            <w:r>
              <w:t>0</w:t>
            </w:r>
          </w:p>
        </w:tc>
      </w:tr>
      <w:tr>
        <w:tc>
          <w:tcPr>
            <w:tcW w:type="dxa" w:w="2880"/>
          </w:tcPr>
          <w:p>
            <w:r>
              <w:t>2018-07-01</w:t>
            </w:r>
          </w:p>
        </w:tc>
        <w:tc>
          <w:tcPr>
            <w:tcW w:type="dxa" w:w="2880"/>
          </w:tcPr>
          <w:p>
            <w:r>
              <w:t>giraffe</w:t>
            </w:r>
          </w:p>
        </w:tc>
        <w:tc>
          <w:tcPr>
            <w:tcW w:type="dxa" w:w="2880"/>
          </w:tcPr>
          <w:p>
            <w:r>
              <w:t>0</w:t>
            </w:r>
          </w:p>
        </w:tc>
      </w:tr>
      <w:tr>
        <w:tc>
          <w:tcPr>
            <w:tcW w:type="dxa" w:w="2880"/>
          </w:tcPr>
          <w:p>
            <w:r>
              <w:t>2018-10-01</w:t>
            </w:r>
          </w:p>
        </w:tc>
        <w:tc>
          <w:tcPr>
            <w:tcW w:type="dxa" w:w="2880"/>
          </w:tcPr>
          <w:p>
            <w:r>
              <w:t>red lechwe</w:t>
            </w:r>
          </w:p>
        </w:tc>
        <w:tc>
          <w:tcPr>
            <w:tcW w:type="dxa" w:w="2880"/>
          </w:tcPr>
          <w:p>
            <w:r>
              <w:t>0</w:t>
            </w:r>
          </w:p>
        </w:tc>
      </w:tr>
      <w:tr>
        <w:tc>
          <w:tcPr>
            <w:tcW w:type="dxa" w:w="2880"/>
          </w:tcPr>
          <w:p>
            <w:r>
              <w:t>2018-10-01</w:t>
            </w:r>
          </w:p>
        </w:tc>
        <w:tc>
          <w:tcPr>
            <w:tcW w:type="dxa" w:w="2880"/>
          </w:tcPr>
          <w:p>
            <w:r>
              <w:t>buffalo</w:t>
            </w:r>
          </w:p>
        </w:tc>
        <w:tc>
          <w:tcPr>
            <w:tcW w:type="dxa" w:w="2880"/>
          </w:tcPr>
          <w:p>
            <w:r>
              <w:t>0</w:t>
            </w:r>
          </w:p>
        </w:tc>
      </w:tr>
      <w:tr>
        <w:tc>
          <w:tcPr>
            <w:tcW w:type="dxa" w:w="2880"/>
          </w:tcPr>
          <w:p>
            <w:r>
              <w:t>2018-10-01</w:t>
            </w:r>
          </w:p>
        </w:tc>
        <w:tc>
          <w:tcPr>
            <w:tcW w:type="dxa" w:w="2880"/>
          </w:tcPr>
          <w:p>
            <w:r>
              <w:t>elephant</w:t>
            </w:r>
          </w:p>
        </w:tc>
        <w:tc>
          <w:tcPr>
            <w:tcW w:type="dxa" w:w="2880"/>
          </w:tcPr>
          <w:p>
            <w:r>
              <w:t>0</w:t>
            </w:r>
          </w:p>
        </w:tc>
      </w:tr>
      <w:tr>
        <w:tc>
          <w:tcPr>
            <w:tcW w:type="dxa" w:w="2880"/>
          </w:tcPr>
          <w:p>
            <w:r>
              <w:t>2018-10-01</w:t>
            </w:r>
          </w:p>
        </w:tc>
        <w:tc>
          <w:tcPr>
            <w:tcW w:type="dxa" w:w="2880"/>
          </w:tcPr>
          <w:p>
            <w:r>
              <w:t>giraffe</w:t>
            </w:r>
          </w:p>
        </w:tc>
        <w:tc>
          <w:tcPr>
            <w:tcW w:type="dxa" w:w="2880"/>
          </w:tcPr>
          <w:p>
            <w:r>
              <w:t>0</w:t>
            </w:r>
          </w:p>
        </w:tc>
      </w:tr>
      <w:tr>
        <w:tc>
          <w:tcPr>
            <w:tcW w:type="dxa" w:w="2880"/>
          </w:tcPr>
          <w:p>
            <w:r>
              <w:t>2019-01-01</w:t>
            </w:r>
          </w:p>
        </w:tc>
        <w:tc>
          <w:tcPr>
            <w:tcW w:type="dxa" w:w="2880"/>
          </w:tcPr>
          <w:p>
            <w:r>
              <w:t>red lechwe</w:t>
            </w:r>
          </w:p>
        </w:tc>
        <w:tc>
          <w:tcPr>
            <w:tcW w:type="dxa" w:w="2880"/>
          </w:tcPr>
          <w:p>
            <w:r>
              <w:t>698</w:t>
            </w:r>
          </w:p>
        </w:tc>
      </w:tr>
      <w:tr>
        <w:tc>
          <w:tcPr>
            <w:tcW w:type="dxa" w:w="2880"/>
          </w:tcPr>
          <w:p>
            <w:r>
              <w:t>2019-01-01</w:t>
            </w:r>
          </w:p>
        </w:tc>
        <w:tc>
          <w:tcPr>
            <w:tcW w:type="dxa" w:w="2880"/>
          </w:tcPr>
          <w:p>
            <w:r>
              <w:t>buffalo</w:t>
            </w:r>
          </w:p>
        </w:tc>
        <w:tc>
          <w:tcPr>
            <w:tcW w:type="dxa" w:w="2880"/>
          </w:tcPr>
          <w:p>
            <w:r>
              <w:t>804</w:t>
            </w:r>
          </w:p>
        </w:tc>
      </w:tr>
      <w:tr>
        <w:tc>
          <w:tcPr>
            <w:tcW w:type="dxa" w:w="2880"/>
          </w:tcPr>
          <w:p>
            <w:r>
              <w:t>2019-01-01</w:t>
            </w:r>
          </w:p>
        </w:tc>
        <w:tc>
          <w:tcPr>
            <w:tcW w:type="dxa" w:w="2880"/>
          </w:tcPr>
          <w:p>
            <w:r>
              <w:t>elephant</w:t>
            </w:r>
          </w:p>
        </w:tc>
        <w:tc>
          <w:tcPr>
            <w:tcW w:type="dxa" w:w="2880"/>
          </w:tcPr>
          <w:p>
            <w:r>
              <w:t>372</w:t>
            </w:r>
          </w:p>
        </w:tc>
      </w:tr>
      <w:tr>
        <w:tc>
          <w:tcPr>
            <w:tcW w:type="dxa" w:w="2880"/>
          </w:tcPr>
          <w:p>
            <w:r>
              <w:t>2019-01-01</w:t>
            </w:r>
          </w:p>
        </w:tc>
        <w:tc>
          <w:tcPr>
            <w:tcW w:type="dxa" w:w="2880"/>
          </w:tcPr>
          <w:p>
            <w:r>
              <w:t>giraffe</w:t>
            </w:r>
          </w:p>
        </w:tc>
        <w:tc>
          <w:tcPr>
            <w:tcW w:type="dxa" w:w="2880"/>
          </w:tcPr>
          <w:p>
            <w:r>
              <w:t>90</w:t>
            </w:r>
          </w:p>
        </w:tc>
      </w:tr>
      <w:tr>
        <w:tc>
          <w:tcPr>
            <w:tcW w:type="dxa" w:w="2880"/>
          </w:tcPr>
          <w:p>
            <w:r>
              <w:t>2019-04-01</w:t>
            </w:r>
          </w:p>
        </w:tc>
        <w:tc>
          <w:tcPr>
            <w:tcW w:type="dxa" w:w="2880"/>
          </w:tcPr>
          <w:p>
            <w:r>
              <w:t>red lechwe</w:t>
            </w:r>
          </w:p>
        </w:tc>
        <w:tc>
          <w:tcPr>
            <w:tcW w:type="dxa" w:w="2880"/>
          </w:tcPr>
          <w:p>
            <w:r>
              <w:t>0</w:t>
            </w:r>
          </w:p>
        </w:tc>
      </w:tr>
      <w:tr>
        <w:tc>
          <w:tcPr>
            <w:tcW w:type="dxa" w:w="2880"/>
          </w:tcPr>
          <w:p>
            <w:r>
              <w:t>2019-04-01</w:t>
            </w:r>
          </w:p>
        </w:tc>
        <w:tc>
          <w:tcPr>
            <w:tcW w:type="dxa" w:w="2880"/>
          </w:tcPr>
          <w:p>
            <w:r>
              <w:t>buffalo</w:t>
            </w:r>
          </w:p>
        </w:tc>
        <w:tc>
          <w:tcPr>
            <w:tcW w:type="dxa" w:w="2880"/>
          </w:tcPr>
          <w:p>
            <w:r>
              <w:t>0</w:t>
            </w:r>
          </w:p>
        </w:tc>
      </w:tr>
      <w:tr>
        <w:tc>
          <w:tcPr>
            <w:tcW w:type="dxa" w:w="2880"/>
          </w:tcPr>
          <w:p>
            <w:r>
              <w:t>2019-04-01</w:t>
            </w:r>
          </w:p>
        </w:tc>
        <w:tc>
          <w:tcPr>
            <w:tcW w:type="dxa" w:w="2880"/>
          </w:tcPr>
          <w:p>
            <w:r>
              <w:t>elephant</w:t>
            </w:r>
          </w:p>
        </w:tc>
        <w:tc>
          <w:tcPr>
            <w:tcW w:type="dxa" w:w="2880"/>
          </w:tcPr>
          <w:p>
            <w:r>
              <w:t>0</w:t>
            </w:r>
          </w:p>
        </w:tc>
      </w:tr>
      <w:tr>
        <w:tc>
          <w:tcPr>
            <w:tcW w:type="dxa" w:w="2880"/>
          </w:tcPr>
          <w:p>
            <w:r>
              <w:t>2019-04-01</w:t>
            </w:r>
          </w:p>
        </w:tc>
        <w:tc>
          <w:tcPr>
            <w:tcW w:type="dxa" w:w="2880"/>
          </w:tcPr>
          <w:p>
            <w:r>
              <w:t>giraffe</w:t>
            </w:r>
          </w:p>
        </w:tc>
        <w:tc>
          <w:tcPr>
            <w:tcW w:type="dxa" w:w="2880"/>
          </w:tcPr>
          <w:p>
            <w:r>
              <w:t>0</w:t>
            </w:r>
          </w:p>
        </w:tc>
      </w:tr>
      <w:tr>
        <w:tc>
          <w:tcPr>
            <w:tcW w:type="dxa" w:w="2880"/>
          </w:tcPr>
          <w:p>
            <w:r>
              <w:t>2019-07-01</w:t>
            </w:r>
          </w:p>
        </w:tc>
        <w:tc>
          <w:tcPr>
            <w:tcW w:type="dxa" w:w="2880"/>
          </w:tcPr>
          <w:p>
            <w:r>
              <w:t>red lechwe</w:t>
            </w:r>
          </w:p>
        </w:tc>
        <w:tc>
          <w:tcPr>
            <w:tcW w:type="dxa" w:w="2880"/>
          </w:tcPr>
          <w:p>
            <w:r>
              <w:t>0</w:t>
            </w:r>
          </w:p>
        </w:tc>
      </w:tr>
      <w:tr>
        <w:tc>
          <w:tcPr>
            <w:tcW w:type="dxa" w:w="2880"/>
          </w:tcPr>
          <w:p>
            <w:r>
              <w:t>2019-07-01</w:t>
            </w:r>
          </w:p>
        </w:tc>
        <w:tc>
          <w:tcPr>
            <w:tcW w:type="dxa" w:w="2880"/>
          </w:tcPr>
          <w:p>
            <w:r>
              <w:t>buffalo</w:t>
            </w:r>
          </w:p>
        </w:tc>
        <w:tc>
          <w:tcPr>
            <w:tcW w:type="dxa" w:w="2880"/>
          </w:tcPr>
          <w:p>
            <w:r>
              <w:t>0</w:t>
            </w:r>
          </w:p>
        </w:tc>
      </w:tr>
      <w:tr>
        <w:tc>
          <w:tcPr>
            <w:tcW w:type="dxa" w:w="2880"/>
          </w:tcPr>
          <w:p>
            <w:r>
              <w:t>2019-07-01</w:t>
            </w:r>
          </w:p>
        </w:tc>
        <w:tc>
          <w:tcPr>
            <w:tcW w:type="dxa" w:w="2880"/>
          </w:tcPr>
          <w:p>
            <w:r>
              <w:t>elephant</w:t>
            </w:r>
          </w:p>
        </w:tc>
        <w:tc>
          <w:tcPr>
            <w:tcW w:type="dxa" w:w="2880"/>
          </w:tcPr>
          <w:p>
            <w:r>
              <w:t>0</w:t>
            </w:r>
          </w:p>
        </w:tc>
      </w:tr>
      <w:tr>
        <w:tc>
          <w:tcPr>
            <w:tcW w:type="dxa" w:w="2880"/>
          </w:tcPr>
          <w:p>
            <w:r>
              <w:t>2019-07-01</w:t>
            </w:r>
          </w:p>
        </w:tc>
        <w:tc>
          <w:tcPr>
            <w:tcW w:type="dxa" w:w="2880"/>
          </w:tcPr>
          <w:p>
            <w:r>
              <w:t>giraffe</w:t>
            </w:r>
          </w:p>
        </w:tc>
        <w:tc>
          <w:tcPr>
            <w:tcW w:type="dxa" w:w="2880"/>
          </w:tcPr>
          <w:p>
            <w:r>
              <w:t>0</w:t>
            </w:r>
          </w:p>
        </w:tc>
      </w:tr>
      <w:tr>
        <w:tc>
          <w:tcPr>
            <w:tcW w:type="dxa" w:w="2880"/>
          </w:tcPr>
          <w:p>
            <w:r>
              <w:t>2019-10-01</w:t>
            </w:r>
          </w:p>
        </w:tc>
        <w:tc>
          <w:tcPr>
            <w:tcW w:type="dxa" w:w="2880"/>
          </w:tcPr>
          <w:p>
            <w:r>
              <w:t>red lechwe</w:t>
            </w:r>
          </w:p>
        </w:tc>
        <w:tc>
          <w:tcPr>
            <w:tcW w:type="dxa" w:w="2880"/>
          </w:tcPr>
          <w:p>
            <w:r>
              <w:t>0</w:t>
            </w:r>
          </w:p>
        </w:tc>
      </w:tr>
      <w:tr>
        <w:tc>
          <w:tcPr>
            <w:tcW w:type="dxa" w:w="2880"/>
          </w:tcPr>
          <w:p>
            <w:r>
              <w:t>2019-10-01</w:t>
            </w:r>
          </w:p>
        </w:tc>
        <w:tc>
          <w:tcPr>
            <w:tcW w:type="dxa" w:w="2880"/>
          </w:tcPr>
          <w:p>
            <w:r>
              <w:t>buffalo</w:t>
            </w:r>
          </w:p>
        </w:tc>
        <w:tc>
          <w:tcPr>
            <w:tcW w:type="dxa" w:w="2880"/>
          </w:tcPr>
          <w:p>
            <w:r>
              <w:t>0</w:t>
            </w:r>
          </w:p>
        </w:tc>
      </w:tr>
      <w:tr>
        <w:tc>
          <w:tcPr>
            <w:tcW w:type="dxa" w:w="2880"/>
          </w:tcPr>
          <w:p>
            <w:r>
              <w:t>2019-10-01</w:t>
            </w:r>
          </w:p>
        </w:tc>
        <w:tc>
          <w:tcPr>
            <w:tcW w:type="dxa" w:w="2880"/>
          </w:tcPr>
          <w:p>
            <w:r>
              <w:t>elephant</w:t>
            </w:r>
          </w:p>
        </w:tc>
        <w:tc>
          <w:tcPr>
            <w:tcW w:type="dxa" w:w="2880"/>
          </w:tcPr>
          <w:p>
            <w:r>
              <w:t>0</w:t>
            </w:r>
          </w:p>
        </w:tc>
      </w:tr>
      <w:tr>
        <w:tc>
          <w:tcPr>
            <w:tcW w:type="dxa" w:w="2880"/>
          </w:tcPr>
          <w:p>
            <w:r>
              <w:t>2019-10-01</w:t>
            </w:r>
          </w:p>
        </w:tc>
        <w:tc>
          <w:tcPr>
            <w:tcW w:type="dxa" w:w="2880"/>
          </w:tcPr>
          <w:p>
            <w:r>
              <w:t>giraffe</w:t>
            </w:r>
          </w:p>
        </w:tc>
        <w:tc>
          <w:tcPr>
            <w:tcW w:type="dxa" w:w="2880"/>
          </w:tcPr>
          <w:p>
            <w:r>
              <w:t>0</w:t>
            </w:r>
          </w:p>
        </w:tc>
      </w:tr>
      <w:tr>
        <w:tc>
          <w:tcPr>
            <w:tcW w:type="dxa" w:w="2880"/>
          </w:tcPr>
          <w:p>
            <w:r>
              <w:t>2020-01-01</w:t>
            </w:r>
          </w:p>
        </w:tc>
        <w:tc>
          <w:tcPr>
            <w:tcW w:type="dxa" w:w="2880"/>
          </w:tcPr>
          <w:p>
            <w:r>
              <w:t>red lechwe</w:t>
            </w:r>
          </w:p>
        </w:tc>
        <w:tc>
          <w:tcPr>
            <w:tcW w:type="dxa" w:w="2880"/>
          </w:tcPr>
          <w:p>
            <w:r>
              <w:t>1,130</w:t>
            </w:r>
          </w:p>
        </w:tc>
      </w:tr>
      <w:tr>
        <w:tc>
          <w:tcPr>
            <w:tcW w:type="dxa" w:w="2880"/>
          </w:tcPr>
          <w:p>
            <w:r>
              <w:t>2020-01-01</w:t>
            </w:r>
          </w:p>
        </w:tc>
        <w:tc>
          <w:tcPr>
            <w:tcW w:type="dxa" w:w="2880"/>
          </w:tcPr>
          <w:p>
            <w:r>
              <w:t>buffalo</w:t>
            </w:r>
          </w:p>
        </w:tc>
        <w:tc>
          <w:tcPr>
            <w:tcW w:type="dxa" w:w="2880"/>
          </w:tcPr>
          <w:p>
            <w:r>
              <w:t>686</w:t>
            </w:r>
          </w:p>
        </w:tc>
      </w:tr>
      <w:tr>
        <w:tc>
          <w:tcPr>
            <w:tcW w:type="dxa" w:w="2880"/>
          </w:tcPr>
          <w:p>
            <w:r>
              <w:t>2020-01-01</w:t>
            </w:r>
          </w:p>
        </w:tc>
        <w:tc>
          <w:tcPr>
            <w:tcW w:type="dxa" w:w="2880"/>
          </w:tcPr>
          <w:p>
            <w:r>
              <w:t>elephant</w:t>
            </w:r>
          </w:p>
        </w:tc>
        <w:tc>
          <w:tcPr>
            <w:tcW w:type="dxa" w:w="2880"/>
          </w:tcPr>
          <w:p>
            <w:r>
              <w:t>380</w:t>
            </w:r>
          </w:p>
        </w:tc>
      </w:tr>
      <w:tr>
        <w:tc>
          <w:tcPr>
            <w:tcW w:type="dxa" w:w="2880"/>
          </w:tcPr>
          <w:p>
            <w:r>
              <w:t>2020-01-01</w:t>
            </w:r>
          </w:p>
        </w:tc>
        <w:tc>
          <w:tcPr>
            <w:tcW w:type="dxa" w:w="2880"/>
          </w:tcPr>
          <w:p>
            <w:r>
              <w:t>giraffe</w:t>
            </w:r>
          </w:p>
        </w:tc>
        <w:tc>
          <w:tcPr>
            <w:tcW w:type="dxa" w:w="2880"/>
          </w:tcPr>
          <w:p>
            <w:r>
              <w:t>77</w:t>
            </w:r>
          </w:p>
        </w:tc>
      </w:tr>
      <w:tr>
        <w:tc>
          <w:tcPr>
            <w:tcW w:type="dxa" w:w="2880"/>
          </w:tcPr>
          <w:p>
            <w:r>
              <w:t>2020-04-01</w:t>
            </w:r>
          </w:p>
        </w:tc>
        <w:tc>
          <w:tcPr>
            <w:tcW w:type="dxa" w:w="2880"/>
          </w:tcPr>
          <w:p>
            <w:r>
              <w:t>red lechwe</w:t>
            </w:r>
          </w:p>
        </w:tc>
        <w:tc>
          <w:tcPr>
            <w:tcW w:type="dxa" w:w="2880"/>
          </w:tcPr>
          <w:p>
            <w:r>
              <w:t>0</w:t>
            </w:r>
          </w:p>
        </w:tc>
      </w:tr>
      <w:tr>
        <w:tc>
          <w:tcPr>
            <w:tcW w:type="dxa" w:w="2880"/>
          </w:tcPr>
          <w:p>
            <w:r>
              <w:t>2020-04-01</w:t>
            </w:r>
          </w:p>
        </w:tc>
        <w:tc>
          <w:tcPr>
            <w:tcW w:type="dxa" w:w="2880"/>
          </w:tcPr>
          <w:p>
            <w:r>
              <w:t>buffalo</w:t>
            </w:r>
          </w:p>
        </w:tc>
        <w:tc>
          <w:tcPr>
            <w:tcW w:type="dxa" w:w="2880"/>
          </w:tcPr>
          <w:p>
            <w:r>
              <w:t>0</w:t>
            </w:r>
          </w:p>
        </w:tc>
      </w:tr>
      <w:tr>
        <w:tc>
          <w:tcPr>
            <w:tcW w:type="dxa" w:w="2880"/>
          </w:tcPr>
          <w:p>
            <w:r>
              <w:t>2020-04-01</w:t>
            </w:r>
          </w:p>
        </w:tc>
        <w:tc>
          <w:tcPr>
            <w:tcW w:type="dxa" w:w="2880"/>
          </w:tcPr>
          <w:p>
            <w:r>
              <w:t>elephant</w:t>
            </w:r>
          </w:p>
        </w:tc>
        <w:tc>
          <w:tcPr>
            <w:tcW w:type="dxa" w:w="2880"/>
          </w:tcPr>
          <w:p>
            <w:r>
              <w:t>0</w:t>
            </w:r>
          </w:p>
        </w:tc>
      </w:tr>
      <w:tr>
        <w:tc>
          <w:tcPr>
            <w:tcW w:type="dxa" w:w="2880"/>
          </w:tcPr>
          <w:p>
            <w:r>
              <w:t>2020-04-01</w:t>
            </w:r>
          </w:p>
        </w:tc>
        <w:tc>
          <w:tcPr>
            <w:tcW w:type="dxa" w:w="2880"/>
          </w:tcPr>
          <w:p>
            <w:r>
              <w:t>giraffe</w:t>
            </w:r>
          </w:p>
        </w:tc>
        <w:tc>
          <w:tcPr>
            <w:tcW w:type="dxa" w:w="2880"/>
          </w:tcPr>
          <w:p>
            <w:r>
              <w:t>0</w:t>
            </w:r>
          </w:p>
        </w:tc>
      </w:tr>
      <w:tr>
        <w:tc>
          <w:tcPr>
            <w:tcW w:type="dxa" w:w="2880"/>
          </w:tcPr>
          <w:p>
            <w:r>
              <w:t>2020-07-01</w:t>
            </w:r>
          </w:p>
        </w:tc>
        <w:tc>
          <w:tcPr>
            <w:tcW w:type="dxa" w:w="2880"/>
          </w:tcPr>
          <w:p>
            <w:r>
              <w:t>red lechwe</w:t>
            </w:r>
          </w:p>
        </w:tc>
        <w:tc>
          <w:tcPr>
            <w:tcW w:type="dxa" w:w="2880"/>
          </w:tcPr>
          <w:p>
            <w:r>
              <w:t>0</w:t>
            </w:r>
          </w:p>
        </w:tc>
      </w:tr>
      <w:tr>
        <w:tc>
          <w:tcPr>
            <w:tcW w:type="dxa" w:w="2880"/>
          </w:tcPr>
          <w:p>
            <w:r>
              <w:t>2020-07-01</w:t>
            </w:r>
          </w:p>
        </w:tc>
        <w:tc>
          <w:tcPr>
            <w:tcW w:type="dxa" w:w="2880"/>
          </w:tcPr>
          <w:p>
            <w:r>
              <w:t>buffalo</w:t>
            </w:r>
          </w:p>
        </w:tc>
        <w:tc>
          <w:tcPr>
            <w:tcW w:type="dxa" w:w="2880"/>
          </w:tcPr>
          <w:p>
            <w:r>
              <w:t>0</w:t>
            </w:r>
          </w:p>
        </w:tc>
      </w:tr>
      <w:tr>
        <w:tc>
          <w:tcPr>
            <w:tcW w:type="dxa" w:w="2880"/>
          </w:tcPr>
          <w:p>
            <w:r>
              <w:t>2020-07-01</w:t>
            </w:r>
          </w:p>
        </w:tc>
        <w:tc>
          <w:tcPr>
            <w:tcW w:type="dxa" w:w="2880"/>
          </w:tcPr>
          <w:p>
            <w:r>
              <w:t>elephant</w:t>
            </w:r>
          </w:p>
        </w:tc>
        <w:tc>
          <w:tcPr>
            <w:tcW w:type="dxa" w:w="2880"/>
          </w:tcPr>
          <w:p>
            <w:r>
              <w:t>0</w:t>
            </w:r>
          </w:p>
        </w:tc>
      </w:tr>
      <w:tr>
        <w:tc>
          <w:tcPr>
            <w:tcW w:type="dxa" w:w="2880"/>
          </w:tcPr>
          <w:p>
            <w:r>
              <w:t>2020-07-01</w:t>
            </w:r>
          </w:p>
        </w:tc>
        <w:tc>
          <w:tcPr>
            <w:tcW w:type="dxa" w:w="2880"/>
          </w:tcPr>
          <w:p>
            <w:r>
              <w:t>giraffe</w:t>
            </w:r>
          </w:p>
        </w:tc>
        <w:tc>
          <w:tcPr>
            <w:tcW w:type="dxa" w:w="2880"/>
          </w:tcPr>
          <w:p>
            <w:r>
              <w:t>0</w:t>
            </w:r>
          </w:p>
        </w:tc>
      </w:tr>
      <w:tr>
        <w:tc>
          <w:tcPr>
            <w:tcW w:type="dxa" w:w="2880"/>
          </w:tcPr>
          <w:p>
            <w:r>
              <w:t>2020-10-01</w:t>
            </w:r>
          </w:p>
        </w:tc>
        <w:tc>
          <w:tcPr>
            <w:tcW w:type="dxa" w:w="2880"/>
          </w:tcPr>
          <w:p>
            <w:r>
              <w:t>red lechwe</w:t>
            </w:r>
          </w:p>
        </w:tc>
        <w:tc>
          <w:tcPr>
            <w:tcW w:type="dxa" w:w="2880"/>
          </w:tcPr>
          <w:p>
            <w:r>
              <w:t>0</w:t>
            </w:r>
          </w:p>
        </w:tc>
      </w:tr>
      <w:tr>
        <w:tc>
          <w:tcPr>
            <w:tcW w:type="dxa" w:w="2880"/>
          </w:tcPr>
          <w:p>
            <w:r>
              <w:t>2020-10-01</w:t>
            </w:r>
          </w:p>
        </w:tc>
        <w:tc>
          <w:tcPr>
            <w:tcW w:type="dxa" w:w="2880"/>
          </w:tcPr>
          <w:p>
            <w:r>
              <w:t>buffalo</w:t>
            </w:r>
          </w:p>
        </w:tc>
        <w:tc>
          <w:tcPr>
            <w:tcW w:type="dxa" w:w="2880"/>
          </w:tcPr>
          <w:p>
            <w:r>
              <w:t>0</w:t>
            </w:r>
          </w:p>
        </w:tc>
      </w:tr>
      <w:tr>
        <w:tc>
          <w:tcPr>
            <w:tcW w:type="dxa" w:w="2880"/>
          </w:tcPr>
          <w:p>
            <w:r>
              <w:t>2020-10-01</w:t>
            </w:r>
          </w:p>
        </w:tc>
        <w:tc>
          <w:tcPr>
            <w:tcW w:type="dxa" w:w="2880"/>
          </w:tcPr>
          <w:p>
            <w:r>
              <w:t>elephant</w:t>
            </w:r>
          </w:p>
        </w:tc>
        <w:tc>
          <w:tcPr>
            <w:tcW w:type="dxa" w:w="2880"/>
          </w:tcPr>
          <w:p>
            <w:r>
              <w:t>0</w:t>
            </w:r>
          </w:p>
        </w:tc>
      </w:tr>
      <w:tr>
        <w:tc>
          <w:tcPr>
            <w:tcW w:type="dxa" w:w="2880"/>
          </w:tcPr>
          <w:p>
            <w:r>
              <w:t>2020-10-01</w:t>
            </w:r>
          </w:p>
        </w:tc>
        <w:tc>
          <w:tcPr>
            <w:tcW w:type="dxa" w:w="2880"/>
          </w:tcPr>
          <w:p>
            <w:r>
              <w:t>giraffe</w:t>
            </w:r>
          </w:p>
        </w:tc>
        <w:tc>
          <w:tcPr>
            <w:tcW w:type="dxa" w:w="2880"/>
          </w:tcPr>
          <w:p>
            <w:r>
              <w:t>0</w:t>
            </w:r>
          </w:p>
        </w:tc>
      </w:tr>
      <w:tr>
        <w:tc>
          <w:tcPr>
            <w:tcW w:type="dxa" w:w="2880"/>
          </w:tcPr>
          <w:p>
            <w:r>
              <w:t>2021-01-01</w:t>
            </w:r>
          </w:p>
        </w:tc>
        <w:tc>
          <w:tcPr>
            <w:tcW w:type="dxa" w:w="2880"/>
          </w:tcPr>
          <w:p>
            <w:r>
              <w:t>red lechwe</w:t>
            </w:r>
          </w:p>
        </w:tc>
        <w:tc>
          <w:tcPr>
            <w:tcW w:type="dxa" w:w="2880"/>
          </w:tcPr>
          <w:p>
            <w:r>
              <w:t>787</w:t>
            </w:r>
          </w:p>
        </w:tc>
      </w:tr>
      <w:tr>
        <w:tc>
          <w:tcPr>
            <w:tcW w:type="dxa" w:w="2880"/>
          </w:tcPr>
          <w:p>
            <w:r>
              <w:t>2021-01-01</w:t>
            </w:r>
          </w:p>
        </w:tc>
        <w:tc>
          <w:tcPr>
            <w:tcW w:type="dxa" w:w="2880"/>
          </w:tcPr>
          <w:p>
            <w:r>
              <w:t>buffalo</w:t>
            </w:r>
          </w:p>
        </w:tc>
        <w:tc>
          <w:tcPr>
            <w:tcW w:type="dxa" w:w="2880"/>
          </w:tcPr>
          <w:p>
            <w:r>
              <w:t>840</w:t>
            </w:r>
          </w:p>
        </w:tc>
      </w:tr>
      <w:tr>
        <w:tc>
          <w:tcPr>
            <w:tcW w:type="dxa" w:w="2880"/>
          </w:tcPr>
          <w:p>
            <w:r>
              <w:t>2021-01-01</w:t>
            </w:r>
          </w:p>
        </w:tc>
        <w:tc>
          <w:tcPr>
            <w:tcW w:type="dxa" w:w="2880"/>
          </w:tcPr>
          <w:p>
            <w:r>
              <w:t>elephant</w:t>
            </w:r>
          </w:p>
        </w:tc>
        <w:tc>
          <w:tcPr>
            <w:tcW w:type="dxa" w:w="2880"/>
          </w:tcPr>
          <w:p>
            <w:r>
              <w:t>316</w:t>
            </w:r>
          </w:p>
        </w:tc>
      </w:tr>
      <w:tr>
        <w:tc>
          <w:tcPr>
            <w:tcW w:type="dxa" w:w="2880"/>
          </w:tcPr>
          <w:p>
            <w:r>
              <w:t>2021-01-01</w:t>
            </w:r>
          </w:p>
        </w:tc>
        <w:tc>
          <w:tcPr>
            <w:tcW w:type="dxa" w:w="2880"/>
          </w:tcPr>
          <w:p>
            <w:r>
              <w:t>giraffe</w:t>
            </w:r>
          </w:p>
        </w:tc>
        <w:tc>
          <w:tcPr>
            <w:tcW w:type="dxa" w:w="2880"/>
          </w:tcPr>
          <w:p>
            <w:r>
              <w:t>104</w:t>
            </w:r>
          </w:p>
        </w:tc>
      </w:tr>
      <w:tr>
        <w:tc>
          <w:tcPr>
            <w:tcW w:type="dxa" w:w="2880"/>
          </w:tcPr>
          <w:p>
            <w:r>
              <w:t>2021-04-01</w:t>
            </w:r>
          </w:p>
        </w:tc>
        <w:tc>
          <w:tcPr>
            <w:tcW w:type="dxa" w:w="2880"/>
          </w:tcPr>
          <w:p>
            <w:r>
              <w:t>red lechwe</w:t>
            </w:r>
          </w:p>
        </w:tc>
        <w:tc>
          <w:tcPr>
            <w:tcW w:type="dxa" w:w="2880"/>
          </w:tcPr>
          <w:p>
            <w:r>
              <w:t>0</w:t>
            </w:r>
          </w:p>
        </w:tc>
      </w:tr>
      <w:tr>
        <w:tc>
          <w:tcPr>
            <w:tcW w:type="dxa" w:w="2880"/>
          </w:tcPr>
          <w:p>
            <w:r>
              <w:t>2021-04-01</w:t>
            </w:r>
          </w:p>
        </w:tc>
        <w:tc>
          <w:tcPr>
            <w:tcW w:type="dxa" w:w="2880"/>
          </w:tcPr>
          <w:p>
            <w:r>
              <w:t>buffalo</w:t>
            </w:r>
          </w:p>
        </w:tc>
        <w:tc>
          <w:tcPr>
            <w:tcW w:type="dxa" w:w="2880"/>
          </w:tcPr>
          <w:p>
            <w:r>
              <w:t>0</w:t>
            </w:r>
          </w:p>
        </w:tc>
      </w:tr>
      <w:tr>
        <w:tc>
          <w:tcPr>
            <w:tcW w:type="dxa" w:w="2880"/>
          </w:tcPr>
          <w:p>
            <w:r>
              <w:t>2021-04-01</w:t>
            </w:r>
          </w:p>
        </w:tc>
        <w:tc>
          <w:tcPr>
            <w:tcW w:type="dxa" w:w="2880"/>
          </w:tcPr>
          <w:p>
            <w:r>
              <w:t>elephant</w:t>
            </w:r>
          </w:p>
        </w:tc>
        <w:tc>
          <w:tcPr>
            <w:tcW w:type="dxa" w:w="2880"/>
          </w:tcPr>
          <w:p>
            <w:r>
              <w:t>0</w:t>
            </w:r>
          </w:p>
        </w:tc>
      </w:tr>
      <w:tr>
        <w:tc>
          <w:tcPr>
            <w:tcW w:type="dxa" w:w="2880"/>
          </w:tcPr>
          <w:p>
            <w:r>
              <w:t>2021-04-01</w:t>
            </w:r>
          </w:p>
        </w:tc>
        <w:tc>
          <w:tcPr>
            <w:tcW w:type="dxa" w:w="2880"/>
          </w:tcPr>
          <w:p>
            <w:r>
              <w:t>giraffe</w:t>
            </w:r>
          </w:p>
        </w:tc>
        <w:tc>
          <w:tcPr>
            <w:tcW w:type="dxa" w:w="2880"/>
          </w:tcPr>
          <w:p>
            <w:r>
              <w:t>0</w:t>
            </w:r>
          </w:p>
        </w:tc>
      </w:tr>
      <w:tr>
        <w:tc>
          <w:tcPr>
            <w:tcW w:type="dxa" w:w="2880"/>
          </w:tcPr>
          <w:p>
            <w:r>
              <w:t>2021-07-01</w:t>
            </w:r>
          </w:p>
        </w:tc>
        <w:tc>
          <w:tcPr>
            <w:tcW w:type="dxa" w:w="2880"/>
          </w:tcPr>
          <w:p>
            <w:r>
              <w:t>red lechwe</w:t>
            </w:r>
          </w:p>
        </w:tc>
        <w:tc>
          <w:tcPr>
            <w:tcW w:type="dxa" w:w="2880"/>
          </w:tcPr>
          <w:p>
            <w:r>
              <w:t>0</w:t>
            </w:r>
          </w:p>
        </w:tc>
      </w:tr>
      <w:tr>
        <w:tc>
          <w:tcPr>
            <w:tcW w:type="dxa" w:w="2880"/>
          </w:tcPr>
          <w:p>
            <w:r>
              <w:t>2021-07-01</w:t>
            </w:r>
          </w:p>
        </w:tc>
        <w:tc>
          <w:tcPr>
            <w:tcW w:type="dxa" w:w="2880"/>
          </w:tcPr>
          <w:p>
            <w:r>
              <w:t>buffalo</w:t>
            </w:r>
          </w:p>
        </w:tc>
        <w:tc>
          <w:tcPr>
            <w:tcW w:type="dxa" w:w="2880"/>
          </w:tcPr>
          <w:p>
            <w:r>
              <w:t>0</w:t>
            </w:r>
          </w:p>
        </w:tc>
      </w:tr>
      <w:tr>
        <w:tc>
          <w:tcPr>
            <w:tcW w:type="dxa" w:w="2880"/>
          </w:tcPr>
          <w:p>
            <w:r>
              <w:t>2021-07-01</w:t>
            </w:r>
          </w:p>
        </w:tc>
        <w:tc>
          <w:tcPr>
            <w:tcW w:type="dxa" w:w="2880"/>
          </w:tcPr>
          <w:p>
            <w:r>
              <w:t>elephant</w:t>
            </w:r>
          </w:p>
        </w:tc>
        <w:tc>
          <w:tcPr>
            <w:tcW w:type="dxa" w:w="2880"/>
          </w:tcPr>
          <w:p>
            <w:r>
              <w:t>0</w:t>
            </w:r>
          </w:p>
        </w:tc>
      </w:tr>
      <w:tr>
        <w:tc>
          <w:tcPr>
            <w:tcW w:type="dxa" w:w="2880"/>
          </w:tcPr>
          <w:p>
            <w:r>
              <w:t>2021-07-01</w:t>
            </w:r>
          </w:p>
        </w:tc>
        <w:tc>
          <w:tcPr>
            <w:tcW w:type="dxa" w:w="2880"/>
          </w:tcPr>
          <w:p>
            <w:r>
              <w:t>giraffe</w:t>
            </w:r>
          </w:p>
        </w:tc>
        <w:tc>
          <w:tcPr>
            <w:tcW w:type="dxa" w:w="2880"/>
          </w:tcPr>
          <w:p>
            <w:r>
              <w:t>0</w:t>
            </w:r>
          </w:p>
        </w:tc>
      </w:tr>
      <w:tr>
        <w:tc>
          <w:tcPr>
            <w:tcW w:type="dxa" w:w="2880"/>
          </w:tcPr>
          <w:p>
            <w:r>
              <w:t>2021-10-01</w:t>
            </w:r>
          </w:p>
        </w:tc>
        <w:tc>
          <w:tcPr>
            <w:tcW w:type="dxa" w:w="2880"/>
          </w:tcPr>
          <w:p>
            <w:r>
              <w:t>red lechwe</w:t>
            </w:r>
          </w:p>
        </w:tc>
        <w:tc>
          <w:tcPr>
            <w:tcW w:type="dxa" w:w="2880"/>
          </w:tcPr>
          <w:p>
            <w:r>
              <w:t>0</w:t>
            </w:r>
          </w:p>
        </w:tc>
      </w:tr>
      <w:tr>
        <w:tc>
          <w:tcPr>
            <w:tcW w:type="dxa" w:w="2880"/>
          </w:tcPr>
          <w:p>
            <w:r>
              <w:t>2021-10-01</w:t>
            </w:r>
          </w:p>
        </w:tc>
        <w:tc>
          <w:tcPr>
            <w:tcW w:type="dxa" w:w="2880"/>
          </w:tcPr>
          <w:p>
            <w:r>
              <w:t>buffalo</w:t>
            </w:r>
          </w:p>
        </w:tc>
        <w:tc>
          <w:tcPr>
            <w:tcW w:type="dxa" w:w="2880"/>
          </w:tcPr>
          <w:p>
            <w:r>
              <w:t>0</w:t>
            </w:r>
          </w:p>
        </w:tc>
      </w:tr>
      <w:tr>
        <w:tc>
          <w:tcPr>
            <w:tcW w:type="dxa" w:w="2880"/>
          </w:tcPr>
          <w:p>
            <w:r>
              <w:t>2021-10-01</w:t>
            </w:r>
          </w:p>
        </w:tc>
        <w:tc>
          <w:tcPr>
            <w:tcW w:type="dxa" w:w="2880"/>
          </w:tcPr>
          <w:p>
            <w:r>
              <w:t>elephant</w:t>
            </w:r>
          </w:p>
        </w:tc>
        <w:tc>
          <w:tcPr>
            <w:tcW w:type="dxa" w:w="2880"/>
          </w:tcPr>
          <w:p>
            <w:r>
              <w:t>0</w:t>
            </w:r>
          </w:p>
        </w:tc>
      </w:tr>
      <w:tr>
        <w:tc>
          <w:tcPr>
            <w:tcW w:type="dxa" w:w="2880"/>
          </w:tcPr>
          <w:p>
            <w:r>
              <w:t>2021-10-01</w:t>
            </w:r>
          </w:p>
        </w:tc>
        <w:tc>
          <w:tcPr>
            <w:tcW w:type="dxa" w:w="2880"/>
          </w:tcPr>
          <w:p>
            <w:r>
              <w:t>giraffe</w:t>
            </w:r>
          </w:p>
        </w:tc>
        <w:tc>
          <w:tcPr>
            <w:tcW w:type="dxa" w:w="2880"/>
          </w:tcPr>
          <w:p>
            <w:r>
              <w:t>0</w:t>
            </w:r>
          </w:p>
        </w:tc>
      </w:tr>
      <w:tr>
        <w:tc>
          <w:tcPr>
            <w:tcW w:type="dxa" w:w="2880"/>
          </w:tcPr>
          <w:p>
            <w:r>
              <w:t>2022-01-01</w:t>
            </w:r>
          </w:p>
        </w:tc>
        <w:tc>
          <w:tcPr>
            <w:tcW w:type="dxa" w:w="2880"/>
          </w:tcPr>
          <w:p>
            <w:r>
              <w:t>red lechwe</w:t>
            </w:r>
          </w:p>
        </w:tc>
        <w:tc>
          <w:tcPr>
            <w:tcW w:type="dxa" w:w="2880"/>
          </w:tcPr>
          <w:p>
            <w:r>
              <w:t>809</w:t>
            </w:r>
          </w:p>
        </w:tc>
      </w:tr>
      <w:tr>
        <w:tc>
          <w:tcPr>
            <w:tcW w:type="dxa" w:w="2880"/>
          </w:tcPr>
          <w:p>
            <w:r>
              <w:t>2022-01-01</w:t>
            </w:r>
          </w:p>
        </w:tc>
        <w:tc>
          <w:tcPr>
            <w:tcW w:type="dxa" w:w="2880"/>
          </w:tcPr>
          <w:p>
            <w:r>
              <w:t>buffalo</w:t>
            </w:r>
          </w:p>
        </w:tc>
        <w:tc>
          <w:tcPr>
            <w:tcW w:type="dxa" w:w="2880"/>
          </w:tcPr>
          <w:p>
            <w:r>
              <w:t>743</w:t>
            </w:r>
          </w:p>
        </w:tc>
      </w:tr>
      <w:tr>
        <w:tc>
          <w:tcPr>
            <w:tcW w:type="dxa" w:w="2880"/>
          </w:tcPr>
          <w:p>
            <w:r>
              <w:t>2022-01-01</w:t>
            </w:r>
          </w:p>
        </w:tc>
        <w:tc>
          <w:tcPr>
            <w:tcW w:type="dxa" w:w="2880"/>
          </w:tcPr>
          <w:p>
            <w:r>
              <w:t>elephant</w:t>
            </w:r>
          </w:p>
        </w:tc>
        <w:tc>
          <w:tcPr>
            <w:tcW w:type="dxa" w:w="2880"/>
          </w:tcPr>
          <w:p>
            <w:r>
              <w:t>298</w:t>
            </w:r>
          </w:p>
        </w:tc>
      </w:tr>
      <w:tr>
        <w:tc>
          <w:tcPr>
            <w:tcW w:type="dxa" w:w="2880"/>
          </w:tcPr>
          <w:p>
            <w:r>
              <w:t>2022-01-01</w:t>
            </w:r>
          </w:p>
        </w:tc>
        <w:tc>
          <w:tcPr>
            <w:tcW w:type="dxa" w:w="2880"/>
          </w:tcPr>
          <w:p>
            <w:r>
              <w:t>giraffe</w:t>
            </w:r>
          </w:p>
        </w:tc>
        <w:tc>
          <w:tcPr>
            <w:tcW w:type="dxa" w:w="2880"/>
          </w:tcPr>
          <w:p>
            <w:r>
              <w:t>77</w:t>
            </w:r>
          </w:p>
        </w:tc>
      </w:tr>
      <w:tr>
        <w:tc>
          <w:tcPr>
            <w:tcW w:type="dxa" w:w="2880"/>
          </w:tcPr>
          <w:p>
            <w:r>
              <w:t>2022-04-01</w:t>
            </w:r>
          </w:p>
        </w:tc>
        <w:tc>
          <w:tcPr>
            <w:tcW w:type="dxa" w:w="2880"/>
          </w:tcPr>
          <w:p>
            <w:r>
              <w:t>red lechwe</w:t>
            </w:r>
          </w:p>
        </w:tc>
        <w:tc>
          <w:tcPr>
            <w:tcW w:type="dxa" w:w="2880"/>
          </w:tcPr>
          <w:p>
            <w:r>
              <w:t>0</w:t>
            </w:r>
          </w:p>
        </w:tc>
      </w:tr>
      <w:tr>
        <w:tc>
          <w:tcPr>
            <w:tcW w:type="dxa" w:w="2880"/>
          </w:tcPr>
          <w:p>
            <w:r>
              <w:t>2022-04-01</w:t>
            </w:r>
          </w:p>
        </w:tc>
        <w:tc>
          <w:tcPr>
            <w:tcW w:type="dxa" w:w="2880"/>
          </w:tcPr>
          <w:p>
            <w:r>
              <w:t>buffalo</w:t>
            </w:r>
          </w:p>
        </w:tc>
        <w:tc>
          <w:tcPr>
            <w:tcW w:type="dxa" w:w="2880"/>
          </w:tcPr>
          <w:p>
            <w:r>
              <w:t>0</w:t>
            </w:r>
          </w:p>
        </w:tc>
      </w:tr>
      <w:tr>
        <w:tc>
          <w:tcPr>
            <w:tcW w:type="dxa" w:w="2880"/>
          </w:tcPr>
          <w:p>
            <w:r>
              <w:t>2022-04-01</w:t>
            </w:r>
          </w:p>
        </w:tc>
        <w:tc>
          <w:tcPr>
            <w:tcW w:type="dxa" w:w="2880"/>
          </w:tcPr>
          <w:p>
            <w:r>
              <w:t>elephant</w:t>
            </w:r>
          </w:p>
        </w:tc>
        <w:tc>
          <w:tcPr>
            <w:tcW w:type="dxa" w:w="2880"/>
          </w:tcPr>
          <w:p>
            <w:r>
              <w:t>0</w:t>
            </w:r>
          </w:p>
        </w:tc>
      </w:tr>
      <w:tr>
        <w:tc>
          <w:tcPr>
            <w:tcW w:type="dxa" w:w="2880"/>
          </w:tcPr>
          <w:p>
            <w:r>
              <w:t>2022-04-01</w:t>
            </w:r>
          </w:p>
        </w:tc>
        <w:tc>
          <w:tcPr>
            <w:tcW w:type="dxa" w:w="2880"/>
          </w:tcPr>
          <w:p>
            <w:r>
              <w:t>giraffe</w:t>
            </w:r>
          </w:p>
        </w:tc>
        <w:tc>
          <w:tcPr>
            <w:tcW w:type="dxa" w:w="2880"/>
          </w:tcPr>
          <w:p>
            <w:r>
              <w:t>0</w:t>
            </w:r>
          </w:p>
        </w:tc>
      </w:tr>
      <w:tr>
        <w:tc>
          <w:tcPr>
            <w:tcW w:type="dxa" w:w="2880"/>
          </w:tcPr>
          <w:p>
            <w:r>
              <w:t>2022-07-01</w:t>
            </w:r>
          </w:p>
        </w:tc>
        <w:tc>
          <w:tcPr>
            <w:tcW w:type="dxa" w:w="2880"/>
          </w:tcPr>
          <w:p>
            <w:r>
              <w:t>red lechwe</w:t>
            </w:r>
          </w:p>
        </w:tc>
        <w:tc>
          <w:tcPr>
            <w:tcW w:type="dxa" w:w="2880"/>
          </w:tcPr>
          <w:p>
            <w:r>
              <w:t>0</w:t>
            </w:r>
          </w:p>
        </w:tc>
      </w:tr>
      <w:tr>
        <w:tc>
          <w:tcPr>
            <w:tcW w:type="dxa" w:w="2880"/>
          </w:tcPr>
          <w:p>
            <w:r>
              <w:t>2022-07-01</w:t>
            </w:r>
          </w:p>
        </w:tc>
        <w:tc>
          <w:tcPr>
            <w:tcW w:type="dxa" w:w="2880"/>
          </w:tcPr>
          <w:p>
            <w:r>
              <w:t>buffalo</w:t>
            </w:r>
          </w:p>
        </w:tc>
        <w:tc>
          <w:tcPr>
            <w:tcW w:type="dxa" w:w="2880"/>
          </w:tcPr>
          <w:p>
            <w:r>
              <w:t>0</w:t>
            </w:r>
          </w:p>
        </w:tc>
      </w:tr>
      <w:tr>
        <w:tc>
          <w:tcPr>
            <w:tcW w:type="dxa" w:w="2880"/>
          </w:tcPr>
          <w:p>
            <w:r>
              <w:t>2022-07-01</w:t>
            </w:r>
          </w:p>
        </w:tc>
        <w:tc>
          <w:tcPr>
            <w:tcW w:type="dxa" w:w="2880"/>
          </w:tcPr>
          <w:p>
            <w:r>
              <w:t>elephant</w:t>
            </w:r>
          </w:p>
        </w:tc>
        <w:tc>
          <w:tcPr>
            <w:tcW w:type="dxa" w:w="2880"/>
          </w:tcPr>
          <w:p>
            <w:r>
              <w:t>0</w:t>
            </w:r>
          </w:p>
        </w:tc>
      </w:tr>
      <w:tr>
        <w:tc>
          <w:tcPr>
            <w:tcW w:type="dxa" w:w="2880"/>
          </w:tcPr>
          <w:p>
            <w:r>
              <w:t>2022-07-01</w:t>
            </w:r>
          </w:p>
        </w:tc>
        <w:tc>
          <w:tcPr>
            <w:tcW w:type="dxa" w:w="2880"/>
          </w:tcPr>
          <w:p>
            <w:r>
              <w:t>giraffe</w:t>
            </w:r>
          </w:p>
        </w:tc>
        <w:tc>
          <w:tcPr>
            <w:tcW w:type="dxa" w:w="2880"/>
          </w:tcPr>
          <w:p>
            <w:r>
              <w:t>0</w:t>
            </w:r>
          </w:p>
        </w:tc>
      </w:tr>
      <w:tr>
        <w:tc>
          <w:tcPr>
            <w:tcW w:type="dxa" w:w="2880"/>
          </w:tcPr>
          <w:p>
            <w:r>
              <w:t>2022-10-01</w:t>
            </w:r>
          </w:p>
        </w:tc>
        <w:tc>
          <w:tcPr>
            <w:tcW w:type="dxa" w:w="2880"/>
          </w:tcPr>
          <w:p>
            <w:r>
              <w:t>red lechwe</w:t>
            </w:r>
          </w:p>
        </w:tc>
        <w:tc>
          <w:tcPr>
            <w:tcW w:type="dxa" w:w="2880"/>
          </w:tcPr>
          <w:p>
            <w:r>
              <w:t>0</w:t>
            </w:r>
          </w:p>
        </w:tc>
      </w:tr>
      <w:tr>
        <w:tc>
          <w:tcPr>
            <w:tcW w:type="dxa" w:w="2880"/>
          </w:tcPr>
          <w:p>
            <w:r>
              <w:t>2022-10-01</w:t>
            </w:r>
          </w:p>
        </w:tc>
        <w:tc>
          <w:tcPr>
            <w:tcW w:type="dxa" w:w="2880"/>
          </w:tcPr>
          <w:p>
            <w:r>
              <w:t>buffalo</w:t>
            </w:r>
          </w:p>
        </w:tc>
        <w:tc>
          <w:tcPr>
            <w:tcW w:type="dxa" w:w="2880"/>
          </w:tcPr>
          <w:p>
            <w:r>
              <w:t>0</w:t>
            </w:r>
          </w:p>
        </w:tc>
      </w:tr>
      <w:tr>
        <w:tc>
          <w:tcPr>
            <w:tcW w:type="dxa" w:w="2880"/>
          </w:tcPr>
          <w:p>
            <w:r>
              <w:t>2022-10-01</w:t>
            </w:r>
          </w:p>
        </w:tc>
        <w:tc>
          <w:tcPr>
            <w:tcW w:type="dxa" w:w="2880"/>
          </w:tcPr>
          <w:p>
            <w:r>
              <w:t>elephant</w:t>
            </w:r>
          </w:p>
        </w:tc>
        <w:tc>
          <w:tcPr>
            <w:tcW w:type="dxa" w:w="2880"/>
          </w:tcPr>
          <w:p>
            <w:r>
              <w:t>0</w:t>
            </w:r>
          </w:p>
        </w:tc>
      </w:tr>
      <w:tr>
        <w:tc>
          <w:tcPr>
            <w:tcW w:type="dxa" w:w="2880"/>
          </w:tcPr>
          <w:p>
            <w:r>
              <w:t>2022-10-01</w:t>
            </w:r>
          </w:p>
        </w:tc>
        <w:tc>
          <w:tcPr>
            <w:tcW w:type="dxa" w:w="2880"/>
          </w:tcPr>
          <w:p>
            <w:r>
              <w:t>giraffe</w:t>
            </w:r>
          </w:p>
        </w:tc>
        <w:tc>
          <w:tcPr>
            <w:tcW w:type="dxa" w:w="2880"/>
          </w:tcPr>
          <w:p>
            <w:r>
              <w:t>0</w:t>
            </w:r>
          </w:p>
        </w:tc>
      </w:tr>
      <w:tr>
        <w:tc>
          <w:tcPr>
            <w:tcW w:type="dxa" w:w="2880"/>
          </w:tcPr>
          <w:p>
            <w:r>
              <w:t>2023-01-01</w:t>
            </w:r>
          </w:p>
        </w:tc>
        <w:tc>
          <w:tcPr>
            <w:tcW w:type="dxa" w:w="2880"/>
          </w:tcPr>
          <w:p>
            <w:r>
              <w:t>red lechwe</w:t>
            </w:r>
          </w:p>
        </w:tc>
        <w:tc>
          <w:tcPr>
            <w:tcW w:type="dxa" w:w="2880"/>
          </w:tcPr>
          <w:p>
            <w:r>
              <w:t>635</w:t>
            </w:r>
          </w:p>
        </w:tc>
      </w:tr>
      <w:tr>
        <w:tc>
          <w:tcPr>
            <w:tcW w:type="dxa" w:w="2880"/>
          </w:tcPr>
          <w:p>
            <w:r>
              <w:t>2023-01-01</w:t>
            </w:r>
          </w:p>
        </w:tc>
        <w:tc>
          <w:tcPr>
            <w:tcW w:type="dxa" w:w="2880"/>
          </w:tcPr>
          <w:p>
            <w:r>
              <w:t>buffalo</w:t>
            </w:r>
          </w:p>
        </w:tc>
        <w:tc>
          <w:tcPr>
            <w:tcW w:type="dxa" w:w="2880"/>
          </w:tcPr>
          <w:p>
            <w:r>
              <w:t>647</w:t>
            </w:r>
          </w:p>
        </w:tc>
      </w:tr>
      <w:tr>
        <w:tc>
          <w:tcPr>
            <w:tcW w:type="dxa" w:w="2880"/>
          </w:tcPr>
          <w:p>
            <w:r>
              <w:t>2023-01-01</w:t>
            </w:r>
          </w:p>
        </w:tc>
        <w:tc>
          <w:tcPr>
            <w:tcW w:type="dxa" w:w="2880"/>
          </w:tcPr>
          <w:p>
            <w:r>
              <w:t>elephant</w:t>
            </w:r>
          </w:p>
        </w:tc>
        <w:tc>
          <w:tcPr>
            <w:tcW w:type="dxa" w:w="2880"/>
          </w:tcPr>
          <w:p>
            <w:r>
              <w:t>303</w:t>
            </w:r>
          </w:p>
        </w:tc>
      </w:tr>
      <w:tr>
        <w:tc>
          <w:tcPr>
            <w:tcW w:type="dxa" w:w="2880"/>
          </w:tcPr>
          <w:p>
            <w:r>
              <w:t>2023-01-01</w:t>
            </w:r>
          </w:p>
        </w:tc>
        <w:tc>
          <w:tcPr>
            <w:tcW w:type="dxa" w:w="2880"/>
          </w:tcPr>
          <w:p>
            <w:r>
              <w:t>giraffe</w:t>
            </w:r>
          </w:p>
        </w:tc>
        <w:tc>
          <w:tcPr>
            <w:tcW w:type="dxa" w:w="2880"/>
          </w:tcPr>
          <w:p>
            <w:r>
              <w:t>95</w:t>
            </w:r>
          </w:p>
        </w:tc>
      </w:tr>
      <w:tr>
        <w:tc>
          <w:tcPr>
            <w:tcW w:type="dxa" w:w="2880"/>
          </w:tcPr>
          <w:p>
            <w:r>
              <w:t>2023-04-01</w:t>
            </w:r>
          </w:p>
        </w:tc>
        <w:tc>
          <w:tcPr>
            <w:tcW w:type="dxa" w:w="2880"/>
          </w:tcPr>
          <w:p>
            <w:r>
              <w:t>red lechwe</w:t>
            </w:r>
          </w:p>
        </w:tc>
        <w:tc>
          <w:tcPr>
            <w:tcW w:type="dxa" w:w="2880"/>
          </w:tcPr>
          <w:p>
            <w:r>
              <w:t>0</w:t>
            </w:r>
          </w:p>
        </w:tc>
      </w:tr>
      <w:tr>
        <w:tc>
          <w:tcPr>
            <w:tcW w:type="dxa" w:w="2880"/>
          </w:tcPr>
          <w:p>
            <w:r>
              <w:t>2023-04-01</w:t>
            </w:r>
          </w:p>
        </w:tc>
        <w:tc>
          <w:tcPr>
            <w:tcW w:type="dxa" w:w="2880"/>
          </w:tcPr>
          <w:p>
            <w:r>
              <w:t>buffalo</w:t>
            </w:r>
          </w:p>
        </w:tc>
        <w:tc>
          <w:tcPr>
            <w:tcW w:type="dxa" w:w="2880"/>
          </w:tcPr>
          <w:p>
            <w:r>
              <w:t>0</w:t>
            </w:r>
          </w:p>
        </w:tc>
      </w:tr>
      <w:tr>
        <w:tc>
          <w:tcPr>
            <w:tcW w:type="dxa" w:w="2880"/>
          </w:tcPr>
          <w:p>
            <w:r>
              <w:t>2023-04-01</w:t>
            </w:r>
          </w:p>
        </w:tc>
        <w:tc>
          <w:tcPr>
            <w:tcW w:type="dxa" w:w="2880"/>
          </w:tcPr>
          <w:p>
            <w:r>
              <w:t>elephant</w:t>
            </w:r>
          </w:p>
        </w:tc>
        <w:tc>
          <w:tcPr>
            <w:tcW w:type="dxa" w:w="2880"/>
          </w:tcPr>
          <w:p>
            <w:r>
              <w:t>0</w:t>
            </w:r>
          </w:p>
        </w:tc>
      </w:tr>
      <w:tr>
        <w:tc>
          <w:tcPr>
            <w:tcW w:type="dxa" w:w="2880"/>
          </w:tcPr>
          <w:p>
            <w:r>
              <w:t>2023-04-01</w:t>
            </w:r>
          </w:p>
        </w:tc>
        <w:tc>
          <w:tcPr>
            <w:tcW w:type="dxa" w:w="2880"/>
          </w:tcPr>
          <w:p>
            <w:r>
              <w:t>giraffe</w:t>
            </w:r>
          </w:p>
        </w:tc>
        <w:tc>
          <w:tcPr>
            <w:tcW w:type="dxa" w:w="2880"/>
          </w:tcPr>
          <w:p>
            <w:r>
              <w:t>0</w:t>
            </w:r>
          </w:p>
        </w:tc>
      </w:tr>
      <w:tr>
        <w:tc>
          <w:tcPr>
            <w:tcW w:type="dxa" w:w="2880"/>
          </w:tcPr>
          <w:p>
            <w:r>
              <w:t>2023-07-01</w:t>
            </w:r>
          </w:p>
        </w:tc>
        <w:tc>
          <w:tcPr>
            <w:tcW w:type="dxa" w:w="2880"/>
          </w:tcPr>
          <w:p>
            <w:r>
              <w:t>red lechwe</w:t>
            </w:r>
          </w:p>
        </w:tc>
        <w:tc>
          <w:tcPr>
            <w:tcW w:type="dxa" w:w="2880"/>
          </w:tcPr>
          <w:p>
            <w:r>
              <w:t>0</w:t>
            </w:r>
          </w:p>
        </w:tc>
      </w:tr>
      <w:tr>
        <w:tc>
          <w:tcPr>
            <w:tcW w:type="dxa" w:w="2880"/>
          </w:tcPr>
          <w:p>
            <w:r>
              <w:t>2023-07-01</w:t>
            </w:r>
          </w:p>
        </w:tc>
        <w:tc>
          <w:tcPr>
            <w:tcW w:type="dxa" w:w="2880"/>
          </w:tcPr>
          <w:p>
            <w:r>
              <w:t>buffalo</w:t>
            </w:r>
          </w:p>
        </w:tc>
        <w:tc>
          <w:tcPr>
            <w:tcW w:type="dxa" w:w="2880"/>
          </w:tcPr>
          <w:p>
            <w:r>
              <w:t>0</w:t>
            </w:r>
          </w:p>
        </w:tc>
      </w:tr>
      <w:tr>
        <w:tc>
          <w:tcPr>
            <w:tcW w:type="dxa" w:w="2880"/>
          </w:tcPr>
          <w:p>
            <w:r>
              <w:t>2023-07-01</w:t>
            </w:r>
          </w:p>
        </w:tc>
        <w:tc>
          <w:tcPr>
            <w:tcW w:type="dxa" w:w="2880"/>
          </w:tcPr>
          <w:p>
            <w:r>
              <w:t>elephant</w:t>
            </w:r>
          </w:p>
        </w:tc>
        <w:tc>
          <w:tcPr>
            <w:tcW w:type="dxa" w:w="2880"/>
          </w:tcPr>
          <w:p>
            <w:r>
              <w:t>0</w:t>
            </w:r>
          </w:p>
        </w:tc>
      </w:tr>
      <w:tr>
        <w:tc>
          <w:tcPr>
            <w:tcW w:type="dxa" w:w="2880"/>
          </w:tcPr>
          <w:p>
            <w:r>
              <w:t>2023-07-01</w:t>
            </w:r>
          </w:p>
        </w:tc>
        <w:tc>
          <w:tcPr>
            <w:tcW w:type="dxa" w:w="2880"/>
          </w:tcPr>
          <w:p>
            <w:r>
              <w:t>giraffe</w:t>
            </w:r>
          </w:p>
        </w:tc>
        <w:tc>
          <w:tcPr>
            <w:tcW w:type="dxa" w:w="2880"/>
          </w:tcPr>
          <w:p>
            <w:r>
              <w:t>0</w:t>
            </w:r>
          </w:p>
        </w:tc>
      </w:tr>
      <w:tr>
        <w:tc>
          <w:tcPr>
            <w:tcW w:type="dxa" w:w="2880"/>
          </w:tcPr>
          <w:p>
            <w:r>
              <w:t>2023-10-01</w:t>
            </w:r>
          </w:p>
        </w:tc>
        <w:tc>
          <w:tcPr>
            <w:tcW w:type="dxa" w:w="2880"/>
          </w:tcPr>
          <w:p>
            <w:r>
              <w:t>red lechwe</w:t>
            </w:r>
          </w:p>
        </w:tc>
        <w:tc>
          <w:tcPr>
            <w:tcW w:type="dxa" w:w="2880"/>
          </w:tcPr>
          <w:p>
            <w:r>
              <w:t>0</w:t>
            </w:r>
          </w:p>
        </w:tc>
      </w:tr>
      <w:tr>
        <w:tc>
          <w:tcPr>
            <w:tcW w:type="dxa" w:w="2880"/>
          </w:tcPr>
          <w:p>
            <w:r>
              <w:t>2023-10-01</w:t>
            </w:r>
          </w:p>
        </w:tc>
        <w:tc>
          <w:tcPr>
            <w:tcW w:type="dxa" w:w="2880"/>
          </w:tcPr>
          <w:p>
            <w:r>
              <w:t>buffalo</w:t>
            </w:r>
          </w:p>
        </w:tc>
        <w:tc>
          <w:tcPr>
            <w:tcW w:type="dxa" w:w="2880"/>
          </w:tcPr>
          <w:p>
            <w:r>
              <w:t>0</w:t>
            </w:r>
          </w:p>
        </w:tc>
      </w:tr>
      <w:tr>
        <w:tc>
          <w:tcPr>
            <w:tcW w:type="dxa" w:w="2880"/>
          </w:tcPr>
          <w:p>
            <w:r>
              <w:t>2023-10-01</w:t>
            </w:r>
          </w:p>
        </w:tc>
        <w:tc>
          <w:tcPr>
            <w:tcW w:type="dxa" w:w="2880"/>
          </w:tcPr>
          <w:p>
            <w:r>
              <w:t>elephant</w:t>
            </w:r>
          </w:p>
        </w:tc>
        <w:tc>
          <w:tcPr>
            <w:tcW w:type="dxa" w:w="2880"/>
          </w:tcPr>
          <w:p>
            <w:r>
              <w:t>0</w:t>
            </w:r>
          </w:p>
        </w:tc>
      </w:tr>
      <w:tr>
        <w:tc>
          <w:tcPr>
            <w:tcW w:type="dxa" w:w="2880"/>
          </w:tcPr>
          <w:p>
            <w:r>
              <w:t>2023-10-01</w:t>
            </w:r>
          </w:p>
        </w:tc>
        <w:tc>
          <w:tcPr>
            <w:tcW w:type="dxa" w:w="2880"/>
          </w:tcPr>
          <w:p>
            <w:r>
              <w:t>giraffe</w:t>
            </w:r>
          </w:p>
        </w:tc>
        <w:tc>
          <w:tcPr>
            <w:tcW w:type="dxa" w:w="2880"/>
          </w:tcPr>
          <w:p>
            <w:r>
              <w:t>0</w:t>
            </w:r>
          </w:p>
        </w:tc>
      </w:tr>
      <w:tr>
        <w:tc>
          <w:tcPr>
            <w:tcW w:type="dxa" w:w="2880"/>
          </w:tcPr>
          <w:p>
            <w:r>
              <w:t>2024-01-01</w:t>
            </w:r>
          </w:p>
        </w:tc>
        <w:tc>
          <w:tcPr>
            <w:tcW w:type="dxa" w:w="2880"/>
          </w:tcPr>
          <w:p>
            <w:r>
              <w:t>red lechwe</w:t>
            </w:r>
          </w:p>
        </w:tc>
        <w:tc>
          <w:tcPr>
            <w:tcW w:type="dxa" w:w="2880"/>
          </w:tcPr>
          <w:p>
            <w:r>
              <w:t>626</w:t>
            </w:r>
          </w:p>
        </w:tc>
      </w:tr>
      <w:tr>
        <w:tc>
          <w:tcPr>
            <w:tcW w:type="dxa" w:w="2880"/>
          </w:tcPr>
          <w:p>
            <w:r>
              <w:t>2024-01-01</w:t>
            </w:r>
          </w:p>
        </w:tc>
        <w:tc>
          <w:tcPr>
            <w:tcW w:type="dxa" w:w="2880"/>
          </w:tcPr>
          <w:p>
            <w:r>
              <w:t>buffalo</w:t>
            </w:r>
          </w:p>
        </w:tc>
        <w:tc>
          <w:tcPr>
            <w:tcW w:type="dxa" w:w="2880"/>
          </w:tcPr>
          <w:p>
            <w:r>
              <w:t>844</w:t>
            </w:r>
          </w:p>
        </w:tc>
      </w:tr>
      <w:tr>
        <w:tc>
          <w:tcPr>
            <w:tcW w:type="dxa" w:w="2880"/>
          </w:tcPr>
          <w:p>
            <w:r>
              <w:t>2024-01-01</w:t>
            </w:r>
          </w:p>
        </w:tc>
        <w:tc>
          <w:tcPr>
            <w:tcW w:type="dxa" w:w="2880"/>
          </w:tcPr>
          <w:p>
            <w:r>
              <w:t>elephant</w:t>
            </w:r>
          </w:p>
        </w:tc>
        <w:tc>
          <w:tcPr>
            <w:tcW w:type="dxa" w:w="2880"/>
          </w:tcPr>
          <w:p>
            <w:r>
              <w:t>382</w:t>
            </w:r>
          </w:p>
        </w:tc>
      </w:tr>
      <w:tr>
        <w:tc>
          <w:tcPr>
            <w:tcW w:type="dxa" w:w="2880"/>
          </w:tcPr>
          <w:p>
            <w:r>
              <w:t>2024-01-01</w:t>
            </w:r>
          </w:p>
        </w:tc>
        <w:tc>
          <w:tcPr>
            <w:tcW w:type="dxa" w:w="2880"/>
          </w:tcPr>
          <w:p>
            <w:r>
              <w:t>giraffe</w:t>
            </w:r>
          </w:p>
        </w:tc>
        <w:tc>
          <w:tcPr>
            <w:tcW w:type="dxa" w:w="2880"/>
          </w:tcPr>
          <w:p>
            <w:r>
              <w:t>96</w:t>
            </w:r>
          </w:p>
        </w:tc>
      </w:tr>
      <w:tr>
        <w:tc>
          <w:tcPr>
            <w:tcW w:type="dxa" w:w="2880"/>
          </w:tcPr>
          <w:p>
            <w:r>
              <w:t>2024-04-01</w:t>
            </w:r>
          </w:p>
        </w:tc>
        <w:tc>
          <w:tcPr>
            <w:tcW w:type="dxa" w:w="2880"/>
          </w:tcPr>
          <w:p>
            <w:r>
              <w:t>red lechwe</w:t>
            </w:r>
          </w:p>
        </w:tc>
        <w:tc>
          <w:tcPr>
            <w:tcW w:type="dxa" w:w="2880"/>
          </w:tcPr>
          <w:p>
            <w:r>
              <w:t>0</w:t>
            </w:r>
          </w:p>
        </w:tc>
      </w:tr>
      <w:tr>
        <w:tc>
          <w:tcPr>
            <w:tcW w:type="dxa" w:w="2880"/>
          </w:tcPr>
          <w:p>
            <w:r>
              <w:t>2024-04-01</w:t>
            </w:r>
          </w:p>
        </w:tc>
        <w:tc>
          <w:tcPr>
            <w:tcW w:type="dxa" w:w="2880"/>
          </w:tcPr>
          <w:p>
            <w:r>
              <w:t>buffalo</w:t>
            </w:r>
          </w:p>
        </w:tc>
        <w:tc>
          <w:tcPr>
            <w:tcW w:type="dxa" w:w="2880"/>
          </w:tcPr>
          <w:p>
            <w:r>
              <w:t>0</w:t>
            </w:r>
          </w:p>
        </w:tc>
      </w:tr>
      <w:tr>
        <w:tc>
          <w:tcPr>
            <w:tcW w:type="dxa" w:w="2880"/>
          </w:tcPr>
          <w:p>
            <w:r>
              <w:t>2024-04-01</w:t>
            </w:r>
          </w:p>
        </w:tc>
        <w:tc>
          <w:tcPr>
            <w:tcW w:type="dxa" w:w="2880"/>
          </w:tcPr>
          <w:p>
            <w:r>
              <w:t>elephant</w:t>
            </w:r>
          </w:p>
        </w:tc>
        <w:tc>
          <w:tcPr>
            <w:tcW w:type="dxa" w:w="2880"/>
          </w:tcPr>
          <w:p>
            <w:r>
              <w:t>0</w:t>
            </w:r>
          </w:p>
        </w:tc>
      </w:tr>
      <w:tr>
        <w:tc>
          <w:tcPr>
            <w:tcW w:type="dxa" w:w="2880"/>
          </w:tcPr>
          <w:p>
            <w:r>
              <w:t>2024-04-01</w:t>
            </w:r>
          </w:p>
        </w:tc>
        <w:tc>
          <w:tcPr>
            <w:tcW w:type="dxa" w:w="2880"/>
          </w:tcPr>
          <w:p>
            <w:r>
              <w:t>giraffe</w:t>
            </w:r>
          </w:p>
        </w:tc>
        <w:tc>
          <w:tcPr>
            <w:tcW w:type="dxa" w:w="2880"/>
          </w:tcPr>
          <w:p>
            <w:r>
              <w:t>0</w:t>
            </w:r>
          </w:p>
        </w:tc>
      </w:tr>
      <w:tr>
        <w:tc>
          <w:tcPr>
            <w:tcW w:type="dxa" w:w="2880"/>
          </w:tcPr>
          <w:p>
            <w:r>
              <w:t>2024-07-01</w:t>
            </w:r>
          </w:p>
        </w:tc>
        <w:tc>
          <w:tcPr>
            <w:tcW w:type="dxa" w:w="2880"/>
          </w:tcPr>
          <w:p>
            <w:r>
              <w:t>red lechwe</w:t>
            </w:r>
          </w:p>
        </w:tc>
        <w:tc>
          <w:tcPr>
            <w:tcW w:type="dxa" w:w="2880"/>
          </w:tcPr>
          <w:p>
            <w:r>
              <w:t>0</w:t>
            </w:r>
          </w:p>
        </w:tc>
      </w:tr>
      <w:tr>
        <w:tc>
          <w:tcPr>
            <w:tcW w:type="dxa" w:w="2880"/>
          </w:tcPr>
          <w:p>
            <w:r>
              <w:t>2024-07-01</w:t>
            </w:r>
          </w:p>
        </w:tc>
        <w:tc>
          <w:tcPr>
            <w:tcW w:type="dxa" w:w="2880"/>
          </w:tcPr>
          <w:p>
            <w:r>
              <w:t>buffalo</w:t>
            </w:r>
          </w:p>
        </w:tc>
        <w:tc>
          <w:tcPr>
            <w:tcW w:type="dxa" w:w="2880"/>
          </w:tcPr>
          <w:p>
            <w:r>
              <w:t>0</w:t>
            </w:r>
          </w:p>
        </w:tc>
      </w:tr>
      <w:tr>
        <w:tc>
          <w:tcPr>
            <w:tcW w:type="dxa" w:w="2880"/>
          </w:tcPr>
          <w:p>
            <w:r>
              <w:t>2024-07-01</w:t>
            </w:r>
          </w:p>
        </w:tc>
        <w:tc>
          <w:tcPr>
            <w:tcW w:type="dxa" w:w="2880"/>
          </w:tcPr>
          <w:p>
            <w:r>
              <w:t>elephant</w:t>
            </w:r>
          </w:p>
        </w:tc>
        <w:tc>
          <w:tcPr>
            <w:tcW w:type="dxa" w:w="2880"/>
          </w:tcPr>
          <w:p>
            <w:r>
              <w:t>0</w:t>
            </w:r>
          </w:p>
        </w:tc>
      </w:tr>
      <w:tr>
        <w:tc>
          <w:tcPr>
            <w:tcW w:type="dxa" w:w="2880"/>
          </w:tcPr>
          <w:p>
            <w:r>
              <w:t>2024-07-01</w:t>
            </w:r>
          </w:p>
        </w:tc>
        <w:tc>
          <w:tcPr>
            <w:tcW w:type="dxa" w:w="2880"/>
          </w:tcPr>
          <w:p>
            <w:r>
              <w:t>giraffe</w:t>
            </w:r>
          </w:p>
        </w:tc>
        <w:tc>
          <w:tcPr>
            <w:tcW w:type="dxa" w:w="2880"/>
          </w:tcPr>
          <w:p>
            <w:r>
              <w:t>0</w:t>
            </w:r>
          </w:p>
        </w:tc>
      </w:tr>
      <w:tr>
        <w:tc>
          <w:tcPr>
            <w:tcW w:type="dxa" w:w="2880"/>
          </w:tcPr>
          <w:p>
            <w:r>
              <w:t>2024-10-01</w:t>
            </w:r>
          </w:p>
        </w:tc>
        <w:tc>
          <w:tcPr>
            <w:tcW w:type="dxa" w:w="2880"/>
          </w:tcPr>
          <w:p>
            <w:r>
              <w:t>red lechwe</w:t>
            </w:r>
          </w:p>
        </w:tc>
        <w:tc>
          <w:tcPr>
            <w:tcW w:type="dxa" w:w="2880"/>
          </w:tcPr>
          <w:p>
            <w:r>
              <w:t>0</w:t>
            </w:r>
          </w:p>
        </w:tc>
      </w:tr>
      <w:tr>
        <w:tc>
          <w:tcPr>
            <w:tcW w:type="dxa" w:w="2880"/>
          </w:tcPr>
          <w:p>
            <w:r>
              <w:t>2024-10-01</w:t>
            </w:r>
          </w:p>
        </w:tc>
        <w:tc>
          <w:tcPr>
            <w:tcW w:type="dxa" w:w="2880"/>
          </w:tcPr>
          <w:p>
            <w:r>
              <w:t>buffalo</w:t>
            </w:r>
          </w:p>
        </w:tc>
        <w:tc>
          <w:tcPr>
            <w:tcW w:type="dxa" w:w="2880"/>
          </w:tcPr>
          <w:p>
            <w:r>
              <w:t>0</w:t>
            </w:r>
          </w:p>
        </w:tc>
      </w:tr>
      <w:tr>
        <w:tc>
          <w:tcPr>
            <w:tcW w:type="dxa" w:w="2880"/>
          </w:tcPr>
          <w:p>
            <w:r>
              <w:t>2024-10-01</w:t>
            </w:r>
          </w:p>
        </w:tc>
        <w:tc>
          <w:tcPr>
            <w:tcW w:type="dxa" w:w="2880"/>
          </w:tcPr>
          <w:p>
            <w:r>
              <w:t>elephant</w:t>
            </w:r>
          </w:p>
        </w:tc>
        <w:tc>
          <w:tcPr>
            <w:tcW w:type="dxa" w:w="2880"/>
          </w:tcPr>
          <w:p>
            <w:r>
              <w:t>0</w:t>
            </w:r>
          </w:p>
        </w:tc>
      </w:tr>
      <w:tr>
        <w:tc>
          <w:tcPr>
            <w:tcW w:type="dxa" w:w="2880"/>
          </w:tcPr>
          <w:p>
            <w:r>
              <w:t>2024-10-01</w:t>
            </w:r>
          </w:p>
        </w:tc>
        <w:tc>
          <w:tcPr>
            <w:tcW w:type="dxa" w:w="2880"/>
          </w:tcPr>
          <w:p>
            <w:r>
              <w:t>giraffe</w:t>
            </w:r>
          </w:p>
        </w:tc>
        <w:tc>
          <w:tcPr>
            <w:tcW w:type="dxa" w:w="2880"/>
          </w:tcPr>
          <w:p>
            <w:r>
              <w:t>0</w:t>
            </w:r>
          </w:p>
        </w:tc>
      </w:tr>
      <w:tr>
        <w:tc>
          <w:tcPr>
            <w:tcW w:type="dxa" w:w="2880"/>
          </w:tcPr>
          <w:p>
            <w:r>
              <w:t>2025-01-01</w:t>
            </w:r>
          </w:p>
        </w:tc>
        <w:tc>
          <w:tcPr>
            <w:tcW w:type="dxa" w:w="2880"/>
          </w:tcPr>
          <w:p>
            <w:r>
              <w:t>red lechwe</w:t>
            </w:r>
          </w:p>
        </w:tc>
        <w:tc>
          <w:tcPr>
            <w:tcW w:type="dxa" w:w="2880"/>
          </w:tcPr>
          <w:p>
            <w:r>
              <w:t>471</w:t>
            </w:r>
          </w:p>
        </w:tc>
      </w:tr>
      <w:tr>
        <w:tc>
          <w:tcPr>
            <w:tcW w:type="dxa" w:w="2880"/>
          </w:tcPr>
          <w:p>
            <w:r>
              <w:t>2025-01-01</w:t>
            </w:r>
          </w:p>
        </w:tc>
        <w:tc>
          <w:tcPr>
            <w:tcW w:type="dxa" w:w="2880"/>
          </w:tcPr>
          <w:p>
            <w:r>
              <w:t>buffalo</w:t>
            </w:r>
          </w:p>
        </w:tc>
        <w:tc>
          <w:tcPr>
            <w:tcW w:type="dxa" w:w="2880"/>
          </w:tcPr>
          <w:p>
            <w:r>
              <w:t>702</w:t>
            </w:r>
          </w:p>
        </w:tc>
      </w:tr>
      <w:tr>
        <w:tc>
          <w:tcPr>
            <w:tcW w:type="dxa" w:w="2880"/>
          </w:tcPr>
          <w:p>
            <w:r>
              <w:t>2025-01-01</w:t>
            </w:r>
          </w:p>
        </w:tc>
        <w:tc>
          <w:tcPr>
            <w:tcW w:type="dxa" w:w="2880"/>
          </w:tcPr>
          <w:p>
            <w:r>
              <w:t>elephant</w:t>
            </w:r>
          </w:p>
        </w:tc>
        <w:tc>
          <w:tcPr>
            <w:tcW w:type="dxa" w:w="2880"/>
          </w:tcPr>
          <w:p>
            <w:r>
              <w:t>321</w:t>
            </w:r>
          </w:p>
        </w:tc>
      </w:tr>
      <w:tr>
        <w:tc>
          <w:tcPr>
            <w:tcW w:type="dxa" w:w="2880"/>
          </w:tcPr>
          <w:p>
            <w:r>
              <w:t>2025-01-01</w:t>
            </w:r>
          </w:p>
        </w:tc>
        <w:tc>
          <w:tcPr>
            <w:tcW w:type="dxa" w:w="2880"/>
          </w:tcPr>
          <w:p>
            <w:r>
              <w:t>giraffe</w:t>
            </w:r>
          </w:p>
        </w:tc>
        <w:tc>
          <w:tcPr>
            <w:tcW w:type="dxa" w:w="2880"/>
          </w:tcPr>
          <w:p>
            <w:r>
              <w:t>96</w:t>
            </w:r>
          </w:p>
        </w:tc>
      </w:tr>
    </w:tbl>
    <w:p/>
    <w:p>
      <w:pPr>
        <w:pStyle w:val="Heading2"/>
      </w:pPr>
      <w:r>
        <w:t>Figure 31. Emerging hot spots: Wildlife sightings [84]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-0.658</w:t>
            </w:r>
          </w:p>
        </w:tc>
        <w:tc>
          <w:tcPr>
            <w:tcW w:type="dxa" w:w="2880"/>
          </w:tcPr>
          <w:p>
            <w:r>
              <w:t>-0.05533</w:t>
            </w:r>
          </w:p>
        </w:tc>
        <w:tc>
          <w:tcPr>
            <w:tcW w:type="dxa" w:w="2880"/>
          </w:tcPr>
          <w:p>
            <w:r>
              <w:t>119</w:t>
            </w:r>
          </w:p>
        </w:tc>
      </w:tr>
      <w:tr>
        <w:tc>
          <w:tcPr>
            <w:tcW w:type="dxa" w:w="2880"/>
          </w:tcPr>
          <w:p>
            <w:r>
              <w:t>-0.05533</w:t>
            </w:r>
          </w:p>
        </w:tc>
        <w:tc>
          <w:tcPr>
            <w:tcW w:type="dxa" w:w="2880"/>
          </w:tcPr>
          <w:p>
            <w:r>
              <w:t>0.5473</w:t>
            </w:r>
          </w:p>
        </w:tc>
        <w:tc>
          <w:tcPr>
            <w:tcW w:type="dxa" w:w="2880"/>
          </w:tcPr>
          <w:p>
            <w:r>
              <w:t>26</w:t>
            </w:r>
          </w:p>
        </w:tc>
      </w:tr>
      <w:tr>
        <w:tc>
          <w:tcPr>
            <w:tcW w:type="dxa" w:w="2880"/>
          </w:tcPr>
          <w:p>
            <w:r>
              <w:t>0.5473</w:t>
            </w:r>
          </w:p>
        </w:tc>
        <w:tc>
          <w:tcPr>
            <w:tcW w:type="dxa" w:w="2880"/>
          </w:tcPr>
          <w:p>
            <w:r>
              <w:t>1.15</w:t>
            </w:r>
          </w:p>
        </w:tc>
        <w:tc>
          <w:tcPr>
            <w:tcW w:type="dxa" w:w="2880"/>
          </w:tcPr>
          <w:p>
            <w:r>
              <w:t>11</w:t>
            </w:r>
          </w:p>
        </w:tc>
      </w:tr>
      <w:tr>
        <w:tc>
          <w:tcPr>
            <w:tcW w:type="dxa" w:w="2880"/>
          </w:tcPr>
          <w:p>
            <w:r>
              <w:t>1.15</w:t>
            </w:r>
          </w:p>
        </w:tc>
        <w:tc>
          <w:tcPr>
            <w:tcW w:type="dxa" w:w="2880"/>
          </w:tcPr>
          <w:p>
            <w:r>
              <w:t>1.753</w:t>
            </w:r>
          </w:p>
        </w:tc>
        <w:tc>
          <w:tcPr>
            <w:tcW w:type="dxa" w:w="2880"/>
          </w:tcPr>
          <w:p>
            <w:r>
              <w:t>14</w:t>
            </w:r>
          </w:p>
        </w:tc>
      </w:tr>
      <w:tr>
        <w:tc>
          <w:tcPr>
            <w:tcW w:type="dxa" w:w="2880"/>
          </w:tcPr>
          <w:p>
            <w:r>
              <w:t>1.753</w:t>
            </w:r>
          </w:p>
        </w:tc>
        <w:tc>
          <w:tcPr>
            <w:tcW w:type="dxa" w:w="2880"/>
          </w:tcPr>
          <w:p>
            <w:r>
              <w:t>2.355</w:t>
            </w:r>
          </w:p>
        </w:tc>
        <w:tc>
          <w:tcPr>
            <w:tcW w:type="dxa" w:w="2880"/>
          </w:tcPr>
          <w:p>
            <w:r>
              <w:t>9</w:t>
            </w:r>
          </w:p>
        </w:tc>
      </w:tr>
      <w:tr>
        <w:tc>
          <w:tcPr>
            <w:tcW w:type="dxa" w:w="2880"/>
          </w:tcPr>
          <w:p>
            <w:r>
              <w:t>2.355</w:t>
            </w:r>
          </w:p>
        </w:tc>
        <w:tc>
          <w:tcPr>
            <w:tcW w:type="dxa" w:w="2880"/>
          </w:tcPr>
          <w:p>
            <w:r>
              <w:t>2.958</w:t>
            </w:r>
          </w:p>
        </w:tc>
        <w:tc>
          <w:tcPr>
            <w:tcW w:type="dxa" w:w="2880"/>
          </w:tcPr>
          <w:p>
            <w:r>
              <w:t>1</w:t>
            </w:r>
          </w:p>
        </w:tc>
      </w:tr>
      <w:tr>
        <w:tc>
          <w:tcPr>
            <w:tcW w:type="dxa" w:w="2880"/>
          </w:tcPr>
          <w:p>
            <w:r>
              <w:t>2.958</w:t>
            </w:r>
          </w:p>
        </w:tc>
        <w:tc>
          <w:tcPr>
            <w:tcW w:type="dxa" w:w="2880"/>
          </w:tcPr>
          <w:p>
            <w:r>
              <w:t>3.561</w:t>
            </w:r>
          </w:p>
        </w:tc>
        <w:tc>
          <w:tcPr>
            <w:tcW w:type="dxa" w:w="2880"/>
          </w:tcPr>
          <w:p>
            <w:r>
              <w:t>1</w:t>
            </w:r>
          </w:p>
        </w:tc>
      </w:tr>
      <w:tr>
        <w:tc>
          <w:tcPr>
            <w:tcW w:type="dxa" w:w="2880"/>
          </w:tcPr>
          <w:p>
            <w:r>
              <w:t>3.561</w:t>
            </w:r>
          </w:p>
        </w:tc>
        <w:tc>
          <w:tcPr>
            <w:tcW w:type="dxa" w:w="2880"/>
          </w:tcPr>
          <w:p>
            <w:r>
              <w:t>4.163</w:t>
            </w:r>
          </w:p>
        </w:tc>
        <w:tc>
          <w:tcPr>
            <w:tcW w:type="dxa" w:w="2880"/>
          </w:tcPr>
          <w:p>
            <w:r>
              <w:t>2</w:t>
            </w:r>
          </w:p>
        </w:tc>
      </w:tr>
      <w:tr>
        <w:tc>
          <w:tcPr>
            <w:tcW w:type="dxa" w:w="2880"/>
          </w:tcPr>
          <w:p>
            <w:r>
              <w:t>4.163</w:t>
            </w:r>
          </w:p>
        </w:tc>
        <w:tc>
          <w:tcPr>
            <w:tcW w:type="dxa" w:w="2880"/>
          </w:tcPr>
          <w:p>
            <w:r>
              <w:t>4.766</w:t>
            </w:r>
          </w:p>
        </w:tc>
        <w:tc>
          <w:tcPr>
            <w:tcW w:type="dxa" w:w="2880"/>
          </w:tcPr>
          <w:p>
            <w:r>
              <w:t>4</w:t>
            </w:r>
          </w:p>
        </w:tc>
      </w:tr>
    </w:tbl>
    <w:p/>
    <w:p>
      <w:pPr>
        <w:pStyle w:val="Heading2"/>
      </w:pPr>
      <w:r>
        <w:t>Figure 32. Repeat and near repeat classification: Wildlife sightings [85]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2020-01-01</w:t>
            </w:r>
          </w:p>
        </w:tc>
        <w:tc>
          <w:tcPr>
            <w:tcW w:type="dxa" w:w="2880"/>
          </w:tcPr>
          <w:p>
            <w:r>
              <w:t>elephant</w:t>
            </w:r>
          </w:p>
        </w:tc>
        <w:tc>
          <w:tcPr>
            <w:tcW w:type="dxa" w:w="2880"/>
          </w:tcPr>
          <w:p>
            <w:r>
              <w:t>9</w:t>
            </w:r>
          </w:p>
        </w:tc>
      </w:tr>
      <w:tr>
        <w:tc>
          <w:tcPr>
            <w:tcW w:type="dxa" w:w="2880"/>
          </w:tcPr>
          <w:p>
            <w:r>
              <w:t>2020-01-01</w:t>
            </w:r>
          </w:p>
        </w:tc>
        <w:tc>
          <w:tcPr>
            <w:tcW w:type="dxa" w:w="2880"/>
          </w:tcPr>
          <w:p>
            <w:r>
              <w:t>buffalo</w:t>
            </w:r>
          </w:p>
        </w:tc>
        <w:tc>
          <w:tcPr>
            <w:tcW w:type="dxa" w:w="2880"/>
          </w:tcPr>
          <w:p>
            <w:r>
              <w:t>9</w:t>
            </w:r>
          </w:p>
        </w:tc>
      </w:tr>
      <w:tr>
        <w:tc>
          <w:tcPr>
            <w:tcW w:type="dxa" w:w="2880"/>
          </w:tcPr>
          <w:p>
            <w:r>
              <w:t>2020-01-01</w:t>
            </w:r>
          </w:p>
        </w:tc>
        <w:tc>
          <w:tcPr>
            <w:tcW w:type="dxa" w:w="2880"/>
          </w:tcPr>
          <w:p>
            <w:r>
              <w:t>giraffe</w:t>
            </w:r>
          </w:p>
        </w:tc>
        <w:tc>
          <w:tcPr>
            <w:tcW w:type="dxa" w:w="2880"/>
          </w:tcPr>
          <w:p>
            <w:r>
              <w:t>5</w:t>
            </w:r>
          </w:p>
        </w:tc>
      </w:tr>
      <w:tr>
        <w:tc>
          <w:tcPr>
            <w:tcW w:type="dxa" w:w="2880"/>
          </w:tcPr>
          <w:p>
            <w:r>
              <w:t>2020-01-01</w:t>
            </w:r>
          </w:p>
        </w:tc>
        <w:tc>
          <w:tcPr>
            <w:tcW w:type="dxa" w:w="2880"/>
          </w:tcPr>
          <w:p>
            <w:r>
              <w:t>hippo</w:t>
            </w:r>
          </w:p>
        </w:tc>
        <w:tc>
          <w:tcPr>
            <w:tcW w:type="dxa" w:w="2880"/>
          </w:tcPr>
          <w:p>
            <w:r>
              <w:t>8</w:t>
            </w:r>
          </w:p>
        </w:tc>
      </w:tr>
      <w:tr>
        <w:tc>
          <w:tcPr>
            <w:tcW w:type="dxa" w:w="2880"/>
          </w:tcPr>
          <w:p>
            <w:r>
              <w:t>2020-01-01</w:t>
            </w:r>
          </w:p>
        </w:tc>
        <w:tc>
          <w:tcPr>
            <w:tcW w:type="dxa" w:w="2880"/>
          </w:tcPr>
          <w:p>
            <w:r>
              <w:t>red lechwe</w:t>
            </w:r>
          </w:p>
        </w:tc>
        <w:tc>
          <w:tcPr>
            <w:tcW w:type="dxa" w:w="2880"/>
          </w:tcPr>
          <w:p>
            <w:r>
              <w:t>9</w:t>
            </w:r>
          </w:p>
        </w:tc>
      </w:tr>
      <w:tr>
        <w:tc>
          <w:tcPr>
            <w:tcW w:type="dxa" w:w="2880"/>
          </w:tcPr>
          <w:p>
            <w:r>
              <w:t>2020-01-01</w:t>
            </w:r>
          </w:p>
        </w:tc>
        <w:tc>
          <w:tcPr>
            <w:tcW w:type="dxa" w:w="2880"/>
          </w:tcPr>
          <w:p>
            <w:r>
              <w:t>Other</w:t>
            </w:r>
          </w:p>
        </w:tc>
        <w:tc>
          <w:tcPr>
            <w:tcW w:type="dxa" w:w="2880"/>
          </w:tcPr>
          <w:p>
            <w:r>
              <w:t>10</w:t>
            </w:r>
          </w:p>
        </w:tc>
      </w:tr>
      <w:tr>
        <w:tc>
          <w:tcPr>
            <w:tcW w:type="dxa" w:w="2880"/>
          </w:tcPr>
          <w:p>
            <w:r>
              <w:t>2020-04-01</w:t>
            </w:r>
          </w:p>
        </w:tc>
        <w:tc>
          <w:tcPr>
            <w:tcW w:type="dxa" w:w="2880"/>
          </w:tcPr>
          <w:p>
            <w:r>
              <w:t>elephant</w:t>
            </w:r>
          </w:p>
        </w:tc>
        <w:tc>
          <w:tcPr>
            <w:tcW w:type="dxa" w:w="2880"/>
          </w:tcPr>
          <w:p>
            <w:r>
              <w:t>18</w:t>
            </w:r>
          </w:p>
        </w:tc>
      </w:tr>
      <w:tr>
        <w:tc>
          <w:tcPr>
            <w:tcW w:type="dxa" w:w="2880"/>
          </w:tcPr>
          <w:p>
            <w:r>
              <w:t>2020-04-01</w:t>
            </w:r>
          </w:p>
        </w:tc>
        <w:tc>
          <w:tcPr>
            <w:tcW w:type="dxa" w:w="2880"/>
          </w:tcPr>
          <w:p>
            <w:r>
              <w:t>buffalo</w:t>
            </w:r>
          </w:p>
        </w:tc>
        <w:tc>
          <w:tcPr>
            <w:tcW w:type="dxa" w:w="2880"/>
          </w:tcPr>
          <w:p>
            <w:r>
              <w:t>12</w:t>
            </w:r>
          </w:p>
        </w:tc>
      </w:tr>
      <w:tr>
        <w:tc>
          <w:tcPr>
            <w:tcW w:type="dxa" w:w="2880"/>
          </w:tcPr>
          <w:p>
            <w:r>
              <w:t>2020-04-01</w:t>
            </w:r>
          </w:p>
        </w:tc>
        <w:tc>
          <w:tcPr>
            <w:tcW w:type="dxa" w:w="2880"/>
          </w:tcPr>
          <w:p>
            <w:r>
              <w:t>giraffe</w:t>
            </w:r>
          </w:p>
        </w:tc>
        <w:tc>
          <w:tcPr>
            <w:tcW w:type="dxa" w:w="2880"/>
          </w:tcPr>
          <w:p>
            <w:r>
              <w:t>3</w:t>
            </w:r>
          </w:p>
        </w:tc>
      </w:tr>
      <w:tr>
        <w:tc>
          <w:tcPr>
            <w:tcW w:type="dxa" w:w="2880"/>
          </w:tcPr>
          <w:p>
            <w:r>
              <w:t>2020-04-01</w:t>
            </w:r>
          </w:p>
        </w:tc>
        <w:tc>
          <w:tcPr>
            <w:tcW w:type="dxa" w:w="2880"/>
          </w:tcPr>
          <w:p>
            <w:r>
              <w:t>hippo</w:t>
            </w:r>
          </w:p>
        </w:tc>
        <w:tc>
          <w:tcPr>
            <w:tcW w:type="dxa" w:w="2880"/>
          </w:tcPr>
          <w:p>
            <w:r>
              <w:t>3</w:t>
            </w:r>
          </w:p>
        </w:tc>
      </w:tr>
      <w:tr>
        <w:tc>
          <w:tcPr>
            <w:tcW w:type="dxa" w:w="2880"/>
          </w:tcPr>
          <w:p>
            <w:r>
              <w:t>2020-04-01</w:t>
            </w:r>
          </w:p>
        </w:tc>
        <w:tc>
          <w:tcPr>
            <w:tcW w:type="dxa" w:w="2880"/>
          </w:tcPr>
          <w:p>
            <w:r>
              <w:t>red lechwe</w:t>
            </w:r>
          </w:p>
        </w:tc>
        <w:tc>
          <w:tcPr>
            <w:tcW w:type="dxa" w:w="2880"/>
          </w:tcPr>
          <w:p>
            <w:r>
              <w:t>5</w:t>
            </w:r>
          </w:p>
        </w:tc>
      </w:tr>
      <w:tr>
        <w:tc>
          <w:tcPr>
            <w:tcW w:type="dxa" w:w="2880"/>
          </w:tcPr>
          <w:p>
            <w:r>
              <w:t>2020-04-01</w:t>
            </w:r>
          </w:p>
        </w:tc>
        <w:tc>
          <w:tcPr>
            <w:tcW w:type="dxa" w:w="2880"/>
          </w:tcPr>
          <w:p>
            <w:r>
              <w:t>Other</w:t>
            </w:r>
          </w:p>
        </w:tc>
        <w:tc>
          <w:tcPr>
            <w:tcW w:type="dxa" w:w="2880"/>
          </w:tcPr>
          <w:p>
            <w:r>
              <w:t>15</w:t>
            </w:r>
          </w:p>
        </w:tc>
      </w:tr>
      <w:tr>
        <w:tc>
          <w:tcPr>
            <w:tcW w:type="dxa" w:w="2880"/>
          </w:tcPr>
          <w:p>
            <w:r>
              <w:t>2020-07-01</w:t>
            </w:r>
          </w:p>
        </w:tc>
        <w:tc>
          <w:tcPr>
            <w:tcW w:type="dxa" w:w="2880"/>
          </w:tcPr>
          <w:p>
            <w:r>
              <w:t>elephant</w:t>
            </w:r>
          </w:p>
        </w:tc>
        <w:tc>
          <w:tcPr>
            <w:tcW w:type="dxa" w:w="2880"/>
          </w:tcPr>
          <w:p>
            <w:r>
              <w:t>22</w:t>
            </w:r>
          </w:p>
        </w:tc>
      </w:tr>
      <w:tr>
        <w:tc>
          <w:tcPr>
            <w:tcW w:type="dxa" w:w="2880"/>
          </w:tcPr>
          <w:p>
            <w:r>
              <w:t>2020-07-01</w:t>
            </w:r>
          </w:p>
        </w:tc>
        <w:tc>
          <w:tcPr>
            <w:tcW w:type="dxa" w:w="2880"/>
          </w:tcPr>
          <w:p>
            <w:r>
              <w:t>buffalo</w:t>
            </w:r>
          </w:p>
        </w:tc>
        <w:tc>
          <w:tcPr>
            <w:tcW w:type="dxa" w:w="2880"/>
          </w:tcPr>
          <w:p>
            <w:r>
              <w:t>14</w:t>
            </w:r>
          </w:p>
        </w:tc>
      </w:tr>
      <w:tr>
        <w:tc>
          <w:tcPr>
            <w:tcW w:type="dxa" w:w="2880"/>
          </w:tcPr>
          <w:p>
            <w:r>
              <w:t>2020-07-01</w:t>
            </w:r>
          </w:p>
        </w:tc>
        <w:tc>
          <w:tcPr>
            <w:tcW w:type="dxa" w:w="2880"/>
          </w:tcPr>
          <w:p>
            <w:r>
              <w:t>giraffe</w:t>
            </w:r>
          </w:p>
        </w:tc>
        <w:tc>
          <w:tcPr>
            <w:tcW w:type="dxa" w:w="2880"/>
          </w:tcPr>
          <w:p>
            <w:r>
              <w:t>14</w:t>
            </w:r>
          </w:p>
        </w:tc>
      </w:tr>
      <w:tr>
        <w:tc>
          <w:tcPr>
            <w:tcW w:type="dxa" w:w="2880"/>
          </w:tcPr>
          <w:p>
            <w:r>
              <w:t>2020-07-01</w:t>
            </w:r>
          </w:p>
        </w:tc>
        <w:tc>
          <w:tcPr>
            <w:tcW w:type="dxa" w:w="2880"/>
          </w:tcPr>
          <w:p>
            <w:r>
              <w:t>hippo</w:t>
            </w:r>
          </w:p>
        </w:tc>
        <w:tc>
          <w:tcPr>
            <w:tcW w:type="dxa" w:w="2880"/>
          </w:tcPr>
          <w:p>
            <w:r>
              <w:t>14</w:t>
            </w:r>
          </w:p>
        </w:tc>
      </w:tr>
      <w:tr>
        <w:tc>
          <w:tcPr>
            <w:tcW w:type="dxa" w:w="2880"/>
          </w:tcPr>
          <w:p>
            <w:r>
              <w:t>2020-07-01</w:t>
            </w:r>
          </w:p>
        </w:tc>
        <w:tc>
          <w:tcPr>
            <w:tcW w:type="dxa" w:w="2880"/>
          </w:tcPr>
          <w:p>
            <w:r>
              <w:t>red lechwe</w:t>
            </w:r>
          </w:p>
        </w:tc>
        <w:tc>
          <w:tcPr>
            <w:tcW w:type="dxa" w:w="2880"/>
          </w:tcPr>
          <w:p>
            <w:r>
              <w:t>10</w:t>
            </w:r>
          </w:p>
        </w:tc>
      </w:tr>
      <w:tr>
        <w:tc>
          <w:tcPr>
            <w:tcW w:type="dxa" w:w="2880"/>
          </w:tcPr>
          <w:p>
            <w:r>
              <w:t>2020-07-01</w:t>
            </w:r>
          </w:p>
        </w:tc>
        <w:tc>
          <w:tcPr>
            <w:tcW w:type="dxa" w:w="2880"/>
          </w:tcPr>
          <w:p>
            <w:r>
              <w:t>Other</w:t>
            </w:r>
          </w:p>
        </w:tc>
        <w:tc>
          <w:tcPr>
            <w:tcW w:type="dxa" w:w="2880"/>
          </w:tcPr>
          <w:p>
            <w:r>
              <w:t>27</w:t>
            </w:r>
          </w:p>
        </w:tc>
      </w:tr>
      <w:tr>
        <w:tc>
          <w:tcPr>
            <w:tcW w:type="dxa" w:w="2880"/>
          </w:tcPr>
          <w:p>
            <w:r>
              <w:t>2020-10-01</w:t>
            </w:r>
          </w:p>
        </w:tc>
        <w:tc>
          <w:tcPr>
            <w:tcW w:type="dxa" w:w="2880"/>
          </w:tcPr>
          <w:p>
            <w:r>
              <w:t>elephant</w:t>
            </w:r>
          </w:p>
        </w:tc>
        <w:tc>
          <w:tcPr>
            <w:tcW w:type="dxa" w:w="2880"/>
          </w:tcPr>
          <w:p>
            <w:r>
              <w:t>22</w:t>
            </w:r>
          </w:p>
        </w:tc>
      </w:tr>
      <w:tr>
        <w:tc>
          <w:tcPr>
            <w:tcW w:type="dxa" w:w="2880"/>
          </w:tcPr>
          <w:p>
            <w:r>
              <w:t>2020-10-01</w:t>
            </w:r>
          </w:p>
        </w:tc>
        <w:tc>
          <w:tcPr>
            <w:tcW w:type="dxa" w:w="2880"/>
          </w:tcPr>
          <w:p>
            <w:r>
              <w:t>buffalo</w:t>
            </w:r>
          </w:p>
        </w:tc>
        <w:tc>
          <w:tcPr>
            <w:tcW w:type="dxa" w:w="2880"/>
          </w:tcPr>
          <w:p>
            <w:r>
              <w:t>9</w:t>
            </w:r>
          </w:p>
        </w:tc>
      </w:tr>
      <w:tr>
        <w:tc>
          <w:tcPr>
            <w:tcW w:type="dxa" w:w="2880"/>
          </w:tcPr>
          <w:p>
            <w:r>
              <w:t>2020-10-01</w:t>
            </w:r>
          </w:p>
        </w:tc>
        <w:tc>
          <w:tcPr>
            <w:tcW w:type="dxa" w:w="2880"/>
          </w:tcPr>
          <w:p>
            <w:r>
              <w:t>giraffe</w:t>
            </w:r>
          </w:p>
        </w:tc>
        <w:tc>
          <w:tcPr>
            <w:tcW w:type="dxa" w:w="2880"/>
          </w:tcPr>
          <w:p>
            <w:r>
              <w:t>13</w:t>
            </w:r>
          </w:p>
        </w:tc>
      </w:tr>
      <w:tr>
        <w:tc>
          <w:tcPr>
            <w:tcW w:type="dxa" w:w="2880"/>
          </w:tcPr>
          <w:p>
            <w:r>
              <w:t>2020-10-01</w:t>
            </w:r>
          </w:p>
        </w:tc>
        <w:tc>
          <w:tcPr>
            <w:tcW w:type="dxa" w:w="2880"/>
          </w:tcPr>
          <w:p>
            <w:r>
              <w:t>hippo</w:t>
            </w:r>
          </w:p>
        </w:tc>
        <w:tc>
          <w:tcPr>
            <w:tcW w:type="dxa" w:w="2880"/>
          </w:tcPr>
          <w:p>
            <w:r>
              <w:t>7</w:t>
            </w:r>
          </w:p>
        </w:tc>
      </w:tr>
      <w:tr>
        <w:tc>
          <w:tcPr>
            <w:tcW w:type="dxa" w:w="2880"/>
          </w:tcPr>
          <w:p>
            <w:r>
              <w:t>2020-10-01</w:t>
            </w:r>
          </w:p>
        </w:tc>
        <w:tc>
          <w:tcPr>
            <w:tcW w:type="dxa" w:w="2880"/>
          </w:tcPr>
          <w:p>
            <w:r>
              <w:t>red lechwe</w:t>
            </w:r>
          </w:p>
        </w:tc>
        <w:tc>
          <w:tcPr>
            <w:tcW w:type="dxa" w:w="2880"/>
          </w:tcPr>
          <w:p>
            <w:r>
              <w:t>9</w:t>
            </w:r>
          </w:p>
        </w:tc>
      </w:tr>
      <w:tr>
        <w:tc>
          <w:tcPr>
            <w:tcW w:type="dxa" w:w="2880"/>
          </w:tcPr>
          <w:p>
            <w:r>
              <w:t>2020-10-01</w:t>
            </w:r>
          </w:p>
        </w:tc>
        <w:tc>
          <w:tcPr>
            <w:tcW w:type="dxa" w:w="2880"/>
          </w:tcPr>
          <w:p>
            <w:r>
              <w:t>Other</w:t>
            </w:r>
          </w:p>
        </w:tc>
        <w:tc>
          <w:tcPr>
            <w:tcW w:type="dxa" w:w="2880"/>
          </w:tcPr>
          <w:p>
            <w:r>
              <w:t>22</w:t>
            </w:r>
          </w:p>
        </w:tc>
      </w:tr>
      <w:tr>
        <w:tc>
          <w:tcPr>
            <w:tcW w:type="dxa" w:w="2880"/>
          </w:tcPr>
          <w:p>
            <w:r>
              <w:t>2021-01-01</w:t>
            </w:r>
          </w:p>
        </w:tc>
        <w:tc>
          <w:tcPr>
            <w:tcW w:type="dxa" w:w="2880"/>
          </w:tcPr>
          <w:p>
            <w:r>
              <w:t>elephant</w:t>
            </w:r>
          </w:p>
        </w:tc>
        <w:tc>
          <w:tcPr>
            <w:tcW w:type="dxa" w:w="2880"/>
          </w:tcPr>
          <w:p>
            <w:r>
              <w:t>18</w:t>
            </w:r>
          </w:p>
        </w:tc>
      </w:tr>
      <w:tr>
        <w:tc>
          <w:tcPr>
            <w:tcW w:type="dxa" w:w="2880"/>
          </w:tcPr>
          <w:p>
            <w:r>
              <w:t>2021-01-01</w:t>
            </w:r>
          </w:p>
        </w:tc>
        <w:tc>
          <w:tcPr>
            <w:tcW w:type="dxa" w:w="2880"/>
          </w:tcPr>
          <w:p>
            <w:r>
              <w:t>buffalo</w:t>
            </w:r>
          </w:p>
        </w:tc>
        <w:tc>
          <w:tcPr>
            <w:tcW w:type="dxa" w:w="2880"/>
          </w:tcPr>
          <w:p>
            <w:r>
              <w:t>11</w:t>
            </w:r>
          </w:p>
        </w:tc>
      </w:tr>
      <w:tr>
        <w:tc>
          <w:tcPr>
            <w:tcW w:type="dxa" w:w="2880"/>
          </w:tcPr>
          <w:p>
            <w:r>
              <w:t>2021-01-01</w:t>
            </w:r>
          </w:p>
        </w:tc>
        <w:tc>
          <w:tcPr>
            <w:tcW w:type="dxa" w:w="2880"/>
          </w:tcPr>
          <w:p>
            <w:r>
              <w:t>giraffe</w:t>
            </w:r>
          </w:p>
        </w:tc>
        <w:tc>
          <w:tcPr>
            <w:tcW w:type="dxa" w:w="2880"/>
          </w:tcPr>
          <w:p>
            <w:r>
              <w:t>9</w:t>
            </w:r>
          </w:p>
        </w:tc>
      </w:tr>
      <w:tr>
        <w:tc>
          <w:tcPr>
            <w:tcW w:type="dxa" w:w="2880"/>
          </w:tcPr>
          <w:p>
            <w:r>
              <w:t>2021-01-01</w:t>
            </w:r>
          </w:p>
        </w:tc>
        <w:tc>
          <w:tcPr>
            <w:tcW w:type="dxa" w:w="2880"/>
          </w:tcPr>
          <w:p>
            <w:r>
              <w:t>hippo</w:t>
            </w:r>
          </w:p>
        </w:tc>
        <w:tc>
          <w:tcPr>
            <w:tcW w:type="dxa" w:w="2880"/>
          </w:tcPr>
          <w:p>
            <w:r>
              <w:t>9</w:t>
            </w:r>
          </w:p>
        </w:tc>
      </w:tr>
      <w:tr>
        <w:tc>
          <w:tcPr>
            <w:tcW w:type="dxa" w:w="2880"/>
          </w:tcPr>
          <w:p>
            <w:r>
              <w:t>2021-01-01</w:t>
            </w:r>
          </w:p>
        </w:tc>
        <w:tc>
          <w:tcPr>
            <w:tcW w:type="dxa" w:w="2880"/>
          </w:tcPr>
          <w:p>
            <w:r>
              <w:t>red lechwe</w:t>
            </w:r>
          </w:p>
        </w:tc>
        <w:tc>
          <w:tcPr>
            <w:tcW w:type="dxa" w:w="2880"/>
          </w:tcPr>
          <w:p>
            <w:r>
              <w:t>4</w:t>
            </w:r>
          </w:p>
        </w:tc>
      </w:tr>
      <w:tr>
        <w:tc>
          <w:tcPr>
            <w:tcW w:type="dxa" w:w="2880"/>
          </w:tcPr>
          <w:p>
            <w:r>
              <w:t>2021-01-01</w:t>
            </w:r>
          </w:p>
        </w:tc>
        <w:tc>
          <w:tcPr>
            <w:tcW w:type="dxa" w:w="2880"/>
          </w:tcPr>
          <w:p>
            <w:r>
              <w:t>Other</w:t>
            </w:r>
          </w:p>
        </w:tc>
        <w:tc>
          <w:tcPr>
            <w:tcW w:type="dxa" w:w="2880"/>
          </w:tcPr>
          <w:p>
            <w:r>
              <w:t>10</w:t>
            </w:r>
          </w:p>
        </w:tc>
      </w:tr>
      <w:tr>
        <w:tc>
          <w:tcPr>
            <w:tcW w:type="dxa" w:w="2880"/>
          </w:tcPr>
          <w:p>
            <w:r>
              <w:t>2021-04-01</w:t>
            </w:r>
          </w:p>
        </w:tc>
        <w:tc>
          <w:tcPr>
            <w:tcW w:type="dxa" w:w="2880"/>
          </w:tcPr>
          <w:p>
            <w:r>
              <w:t>elephant</w:t>
            </w:r>
          </w:p>
        </w:tc>
        <w:tc>
          <w:tcPr>
            <w:tcW w:type="dxa" w:w="2880"/>
          </w:tcPr>
          <w:p>
            <w:r>
              <w:t>22</w:t>
            </w:r>
          </w:p>
        </w:tc>
      </w:tr>
      <w:tr>
        <w:tc>
          <w:tcPr>
            <w:tcW w:type="dxa" w:w="2880"/>
          </w:tcPr>
          <w:p>
            <w:r>
              <w:t>2021-04-01</w:t>
            </w:r>
          </w:p>
        </w:tc>
        <w:tc>
          <w:tcPr>
            <w:tcW w:type="dxa" w:w="2880"/>
          </w:tcPr>
          <w:p>
            <w:r>
              <w:t>buffalo</w:t>
            </w:r>
          </w:p>
        </w:tc>
        <w:tc>
          <w:tcPr>
            <w:tcW w:type="dxa" w:w="2880"/>
          </w:tcPr>
          <w:p>
            <w:r>
              <w:t>13</w:t>
            </w:r>
          </w:p>
        </w:tc>
      </w:tr>
      <w:tr>
        <w:tc>
          <w:tcPr>
            <w:tcW w:type="dxa" w:w="2880"/>
          </w:tcPr>
          <w:p>
            <w:r>
              <w:t>2021-04-01</w:t>
            </w:r>
          </w:p>
        </w:tc>
        <w:tc>
          <w:tcPr>
            <w:tcW w:type="dxa" w:w="2880"/>
          </w:tcPr>
          <w:p>
            <w:r>
              <w:t>giraffe</w:t>
            </w:r>
          </w:p>
        </w:tc>
        <w:tc>
          <w:tcPr>
            <w:tcW w:type="dxa" w:w="2880"/>
          </w:tcPr>
          <w:p>
            <w:r>
              <w:t>16</w:t>
            </w:r>
          </w:p>
        </w:tc>
      </w:tr>
      <w:tr>
        <w:tc>
          <w:tcPr>
            <w:tcW w:type="dxa" w:w="2880"/>
          </w:tcPr>
          <w:p>
            <w:r>
              <w:t>2021-04-01</w:t>
            </w:r>
          </w:p>
        </w:tc>
        <w:tc>
          <w:tcPr>
            <w:tcW w:type="dxa" w:w="2880"/>
          </w:tcPr>
          <w:p>
            <w:r>
              <w:t>hippo</w:t>
            </w:r>
          </w:p>
        </w:tc>
        <w:tc>
          <w:tcPr>
            <w:tcW w:type="dxa" w:w="2880"/>
          </w:tcPr>
          <w:p>
            <w:r>
              <w:t>9</w:t>
            </w:r>
          </w:p>
        </w:tc>
      </w:tr>
      <w:tr>
        <w:tc>
          <w:tcPr>
            <w:tcW w:type="dxa" w:w="2880"/>
          </w:tcPr>
          <w:p>
            <w:r>
              <w:t>2021-04-01</w:t>
            </w:r>
          </w:p>
        </w:tc>
        <w:tc>
          <w:tcPr>
            <w:tcW w:type="dxa" w:w="2880"/>
          </w:tcPr>
          <w:p>
            <w:r>
              <w:t>red lechwe</w:t>
            </w:r>
          </w:p>
        </w:tc>
        <w:tc>
          <w:tcPr>
            <w:tcW w:type="dxa" w:w="2880"/>
          </w:tcPr>
          <w:p>
            <w:r>
              <w:t>8</w:t>
            </w:r>
          </w:p>
        </w:tc>
      </w:tr>
      <w:tr>
        <w:tc>
          <w:tcPr>
            <w:tcW w:type="dxa" w:w="2880"/>
          </w:tcPr>
          <w:p>
            <w:r>
              <w:t>2021-04-01</w:t>
            </w:r>
          </w:p>
        </w:tc>
        <w:tc>
          <w:tcPr>
            <w:tcW w:type="dxa" w:w="2880"/>
          </w:tcPr>
          <w:p>
            <w:r>
              <w:t>Other</w:t>
            </w:r>
          </w:p>
        </w:tc>
        <w:tc>
          <w:tcPr>
            <w:tcW w:type="dxa" w:w="2880"/>
          </w:tcPr>
          <w:p>
            <w:r>
              <w:t>23</w:t>
            </w:r>
          </w:p>
        </w:tc>
      </w:tr>
      <w:tr>
        <w:tc>
          <w:tcPr>
            <w:tcW w:type="dxa" w:w="2880"/>
          </w:tcPr>
          <w:p>
            <w:r>
              <w:t>2021-07-01</w:t>
            </w:r>
          </w:p>
        </w:tc>
        <w:tc>
          <w:tcPr>
            <w:tcW w:type="dxa" w:w="2880"/>
          </w:tcPr>
          <w:p>
            <w:r>
              <w:t>elephant</w:t>
            </w:r>
          </w:p>
        </w:tc>
        <w:tc>
          <w:tcPr>
            <w:tcW w:type="dxa" w:w="2880"/>
          </w:tcPr>
          <w:p>
            <w:r>
              <w:t>25</w:t>
            </w:r>
          </w:p>
        </w:tc>
      </w:tr>
      <w:tr>
        <w:tc>
          <w:tcPr>
            <w:tcW w:type="dxa" w:w="2880"/>
          </w:tcPr>
          <w:p>
            <w:r>
              <w:t>2021-07-01</w:t>
            </w:r>
          </w:p>
        </w:tc>
        <w:tc>
          <w:tcPr>
            <w:tcW w:type="dxa" w:w="2880"/>
          </w:tcPr>
          <w:p>
            <w:r>
              <w:t>buffalo</w:t>
            </w:r>
          </w:p>
        </w:tc>
        <w:tc>
          <w:tcPr>
            <w:tcW w:type="dxa" w:w="2880"/>
          </w:tcPr>
          <w:p>
            <w:r>
              <w:t>19</w:t>
            </w:r>
          </w:p>
        </w:tc>
      </w:tr>
      <w:tr>
        <w:tc>
          <w:tcPr>
            <w:tcW w:type="dxa" w:w="2880"/>
          </w:tcPr>
          <w:p>
            <w:r>
              <w:t>2021-07-01</w:t>
            </w:r>
          </w:p>
        </w:tc>
        <w:tc>
          <w:tcPr>
            <w:tcW w:type="dxa" w:w="2880"/>
          </w:tcPr>
          <w:p>
            <w:r>
              <w:t>giraffe</w:t>
            </w:r>
          </w:p>
        </w:tc>
        <w:tc>
          <w:tcPr>
            <w:tcW w:type="dxa" w:w="2880"/>
          </w:tcPr>
          <w:p>
            <w:r>
              <w:t>11</w:t>
            </w:r>
          </w:p>
        </w:tc>
      </w:tr>
      <w:tr>
        <w:tc>
          <w:tcPr>
            <w:tcW w:type="dxa" w:w="2880"/>
          </w:tcPr>
          <w:p>
            <w:r>
              <w:t>2021-07-01</w:t>
            </w:r>
          </w:p>
        </w:tc>
        <w:tc>
          <w:tcPr>
            <w:tcW w:type="dxa" w:w="2880"/>
          </w:tcPr>
          <w:p>
            <w:r>
              <w:t>hippo</w:t>
            </w:r>
          </w:p>
        </w:tc>
        <w:tc>
          <w:tcPr>
            <w:tcW w:type="dxa" w:w="2880"/>
          </w:tcPr>
          <w:p>
            <w:r>
              <w:t>9</w:t>
            </w:r>
          </w:p>
        </w:tc>
      </w:tr>
      <w:tr>
        <w:tc>
          <w:tcPr>
            <w:tcW w:type="dxa" w:w="2880"/>
          </w:tcPr>
          <w:p>
            <w:r>
              <w:t>2021-07-01</w:t>
            </w:r>
          </w:p>
        </w:tc>
        <w:tc>
          <w:tcPr>
            <w:tcW w:type="dxa" w:w="2880"/>
          </w:tcPr>
          <w:p>
            <w:r>
              <w:t>red lechwe</w:t>
            </w:r>
          </w:p>
        </w:tc>
        <w:tc>
          <w:tcPr>
            <w:tcW w:type="dxa" w:w="2880"/>
          </w:tcPr>
          <w:p>
            <w:r>
              <w:t>17</w:t>
            </w:r>
          </w:p>
        </w:tc>
      </w:tr>
      <w:tr>
        <w:tc>
          <w:tcPr>
            <w:tcW w:type="dxa" w:w="2880"/>
          </w:tcPr>
          <w:p>
            <w:r>
              <w:t>2021-07-01</w:t>
            </w:r>
          </w:p>
        </w:tc>
        <w:tc>
          <w:tcPr>
            <w:tcW w:type="dxa" w:w="2880"/>
          </w:tcPr>
          <w:p>
            <w:r>
              <w:t>Other</w:t>
            </w:r>
          </w:p>
        </w:tc>
        <w:tc>
          <w:tcPr>
            <w:tcW w:type="dxa" w:w="2880"/>
          </w:tcPr>
          <w:p>
            <w:r>
              <w:t>27</w:t>
            </w:r>
          </w:p>
        </w:tc>
      </w:tr>
      <w:tr>
        <w:tc>
          <w:tcPr>
            <w:tcW w:type="dxa" w:w="2880"/>
          </w:tcPr>
          <w:p>
            <w:r>
              <w:t>2021-10-01</w:t>
            </w:r>
          </w:p>
        </w:tc>
        <w:tc>
          <w:tcPr>
            <w:tcW w:type="dxa" w:w="2880"/>
          </w:tcPr>
          <w:p>
            <w:r>
              <w:t>elephant</w:t>
            </w:r>
          </w:p>
        </w:tc>
        <w:tc>
          <w:tcPr>
            <w:tcW w:type="dxa" w:w="2880"/>
          </w:tcPr>
          <w:p>
            <w:r>
              <w:t>28</w:t>
            </w:r>
          </w:p>
        </w:tc>
      </w:tr>
      <w:tr>
        <w:tc>
          <w:tcPr>
            <w:tcW w:type="dxa" w:w="2880"/>
          </w:tcPr>
          <w:p>
            <w:r>
              <w:t>2021-10-01</w:t>
            </w:r>
          </w:p>
        </w:tc>
        <w:tc>
          <w:tcPr>
            <w:tcW w:type="dxa" w:w="2880"/>
          </w:tcPr>
          <w:p>
            <w:r>
              <w:t>buffalo</w:t>
            </w:r>
          </w:p>
        </w:tc>
        <w:tc>
          <w:tcPr>
            <w:tcW w:type="dxa" w:w="2880"/>
          </w:tcPr>
          <w:p>
            <w:r>
              <w:t>11</w:t>
            </w:r>
          </w:p>
        </w:tc>
      </w:tr>
      <w:tr>
        <w:tc>
          <w:tcPr>
            <w:tcW w:type="dxa" w:w="2880"/>
          </w:tcPr>
          <w:p>
            <w:r>
              <w:t>2021-10-01</w:t>
            </w:r>
          </w:p>
        </w:tc>
        <w:tc>
          <w:tcPr>
            <w:tcW w:type="dxa" w:w="2880"/>
          </w:tcPr>
          <w:p>
            <w:r>
              <w:t>giraffe</w:t>
            </w:r>
          </w:p>
        </w:tc>
        <w:tc>
          <w:tcPr>
            <w:tcW w:type="dxa" w:w="2880"/>
          </w:tcPr>
          <w:p>
            <w:r>
              <w:t>8</w:t>
            </w:r>
          </w:p>
        </w:tc>
      </w:tr>
      <w:tr>
        <w:tc>
          <w:tcPr>
            <w:tcW w:type="dxa" w:w="2880"/>
          </w:tcPr>
          <w:p>
            <w:r>
              <w:t>2021-10-01</w:t>
            </w:r>
          </w:p>
        </w:tc>
        <w:tc>
          <w:tcPr>
            <w:tcW w:type="dxa" w:w="2880"/>
          </w:tcPr>
          <w:p>
            <w:r>
              <w:t>hippo</w:t>
            </w:r>
          </w:p>
        </w:tc>
        <w:tc>
          <w:tcPr>
            <w:tcW w:type="dxa" w:w="2880"/>
          </w:tcPr>
          <w:p>
            <w:r>
              <w:t>14</w:t>
            </w:r>
          </w:p>
        </w:tc>
      </w:tr>
      <w:tr>
        <w:tc>
          <w:tcPr>
            <w:tcW w:type="dxa" w:w="2880"/>
          </w:tcPr>
          <w:p>
            <w:r>
              <w:t>2021-10-01</w:t>
            </w:r>
          </w:p>
        </w:tc>
        <w:tc>
          <w:tcPr>
            <w:tcW w:type="dxa" w:w="2880"/>
          </w:tcPr>
          <w:p>
            <w:r>
              <w:t>red lechwe</w:t>
            </w:r>
          </w:p>
        </w:tc>
        <w:tc>
          <w:tcPr>
            <w:tcW w:type="dxa" w:w="2880"/>
          </w:tcPr>
          <w:p>
            <w:r>
              <w:t>5</w:t>
            </w:r>
          </w:p>
        </w:tc>
      </w:tr>
      <w:tr>
        <w:tc>
          <w:tcPr>
            <w:tcW w:type="dxa" w:w="2880"/>
          </w:tcPr>
          <w:p>
            <w:r>
              <w:t>2021-10-01</w:t>
            </w:r>
          </w:p>
        </w:tc>
        <w:tc>
          <w:tcPr>
            <w:tcW w:type="dxa" w:w="2880"/>
          </w:tcPr>
          <w:p>
            <w:r>
              <w:t>Other</w:t>
            </w:r>
          </w:p>
        </w:tc>
        <w:tc>
          <w:tcPr>
            <w:tcW w:type="dxa" w:w="2880"/>
          </w:tcPr>
          <w:p>
            <w:r>
              <w:t>28</w:t>
            </w:r>
          </w:p>
        </w:tc>
      </w:tr>
      <w:tr>
        <w:tc>
          <w:tcPr>
            <w:tcW w:type="dxa" w:w="2880"/>
          </w:tcPr>
          <w:p>
            <w:r>
              <w:t>2022-01-01</w:t>
            </w:r>
          </w:p>
        </w:tc>
        <w:tc>
          <w:tcPr>
            <w:tcW w:type="dxa" w:w="2880"/>
          </w:tcPr>
          <w:p>
            <w:r>
              <w:t>elephant</w:t>
            </w:r>
          </w:p>
        </w:tc>
        <w:tc>
          <w:tcPr>
            <w:tcW w:type="dxa" w:w="2880"/>
          </w:tcPr>
          <w:p>
            <w:r>
              <w:t>22</w:t>
            </w:r>
          </w:p>
        </w:tc>
      </w:tr>
      <w:tr>
        <w:tc>
          <w:tcPr>
            <w:tcW w:type="dxa" w:w="2880"/>
          </w:tcPr>
          <w:p>
            <w:r>
              <w:t>2022-01-01</w:t>
            </w:r>
          </w:p>
        </w:tc>
        <w:tc>
          <w:tcPr>
            <w:tcW w:type="dxa" w:w="2880"/>
          </w:tcPr>
          <w:p>
            <w:r>
              <w:t>buffalo</w:t>
            </w:r>
          </w:p>
        </w:tc>
        <w:tc>
          <w:tcPr>
            <w:tcW w:type="dxa" w:w="2880"/>
          </w:tcPr>
          <w:p>
            <w:r>
              <w:t>12</w:t>
            </w:r>
          </w:p>
        </w:tc>
      </w:tr>
      <w:tr>
        <w:tc>
          <w:tcPr>
            <w:tcW w:type="dxa" w:w="2880"/>
          </w:tcPr>
          <w:p>
            <w:r>
              <w:t>2022-01-01</w:t>
            </w:r>
          </w:p>
        </w:tc>
        <w:tc>
          <w:tcPr>
            <w:tcW w:type="dxa" w:w="2880"/>
          </w:tcPr>
          <w:p>
            <w:r>
              <w:t>giraffe</w:t>
            </w:r>
          </w:p>
        </w:tc>
        <w:tc>
          <w:tcPr>
            <w:tcW w:type="dxa" w:w="2880"/>
          </w:tcPr>
          <w:p>
            <w:r>
              <w:t>4</w:t>
            </w:r>
          </w:p>
        </w:tc>
      </w:tr>
      <w:tr>
        <w:tc>
          <w:tcPr>
            <w:tcW w:type="dxa" w:w="2880"/>
          </w:tcPr>
          <w:p>
            <w:r>
              <w:t>2022-01-01</w:t>
            </w:r>
          </w:p>
        </w:tc>
        <w:tc>
          <w:tcPr>
            <w:tcW w:type="dxa" w:w="2880"/>
          </w:tcPr>
          <w:p>
            <w:r>
              <w:t>hippo</w:t>
            </w:r>
          </w:p>
        </w:tc>
        <w:tc>
          <w:tcPr>
            <w:tcW w:type="dxa" w:w="2880"/>
          </w:tcPr>
          <w:p>
            <w:r>
              <w:t>1</w:t>
            </w:r>
          </w:p>
        </w:tc>
      </w:tr>
      <w:tr>
        <w:tc>
          <w:tcPr>
            <w:tcW w:type="dxa" w:w="2880"/>
          </w:tcPr>
          <w:p>
            <w:r>
              <w:t>2022-01-01</w:t>
            </w:r>
          </w:p>
        </w:tc>
        <w:tc>
          <w:tcPr>
            <w:tcW w:type="dxa" w:w="2880"/>
          </w:tcPr>
          <w:p>
            <w:r>
              <w:t>red lechwe</w:t>
            </w:r>
          </w:p>
        </w:tc>
        <w:tc>
          <w:tcPr>
            <w:tcW w:type="dxa" w:w="2880"/>
          </w:tcPr>
          <w:p>
            <w:r>
              <w:t>5</w:t>
            </w:r>
          </w:p>
        </w:tc>
      </w:tr>
      <w:tr>
        <w:tc>
          <w:tcPr>
            <w:tcW w:type="dxa" w:w="2880"/>
          </w:tcPr>
          <w:p>
            <w:r>
              <w:t>2022-01-01</w:t>
            </w:r>
          </w:p>
        </w:tc>
        <w:tc>
          <w:tcPr>
            <w:tcW w:type="dxa" w:w="2880"/>
          </w:tcPr>
          <w:p>
            <w:r>
              <w:t>Other</w:t>
            </w:r>
          </w:p>
        </w:tc>
        <w:tc>
          <w:tcPr>
            <w:tcW w:type="dxa" w:w="2880"/>
          </w:tcPr>
          <w:p>
            <w:r>
              <w:t>12</w:t>
            </w:r>
          </w:p>
        </w:tc>
      </w:tr>
      <w:tr>
        <w:tc>
          <w:tcPr>
            <w:tcW w:type="dxa" w:w="2880"/>
          </w:tcPr>
          <w:p>
            <w:r>
              <w:t>2022-04-01</w:t>
            </w:r>
          </w:p>
        </w:tc>
        <w:tc>
          <w:tcPr>
            <w:tcW w:type="dxa" w:w="2880"/>
          </w:tcPr>
          <w:p>
            <w:r>
              <w:t>elephant</w:t>
            </w:r>
          </w:p>
        </w:tc>
        <w:tc>
          <w:tcPr>
            <w:tcW w:type="dxa" w:w="2880"/>
          </w:tcPr>
          <w:p>
            <w:r>
              <w:t>26</w:t>
            </w:r>
          </w:p>
        </w:tc>
      </w:tr>
      <w:tr>
        <w:tc>
          <w:tcPr>
            <w:tcW w:type="dxa" w:w="2880"/>
          </w:tcPr>
          <w:p>
            <w:r>
              <w:t>2022-04-01</w:t>
            </w:r>
          </w:p>
        </w:tc>
        <w:tc>
          <w:tcPr>
            <w:tcW w:type="dxa" w:w="2880"/>
          </w:tcPr>
          <w:p>
            <w:r>
              <w:t>buffalo</w:t>
            </w:r>
          </w:p>
        </w:tc>
        <w:tc>
          <w:tcPr>
            <w:tcW w:type="dxa" w:w="2880"/>
          </w:tcPr>
          <w:p>
            <w:r>
              <w:t>13</w:t>
            </w:r>
          </w:p>
        </w:tc>
      </w:tr>
      <w:tr>
        <w:tc>
          <w:tcPr>
            <w:tcW w:type="dxa" w:w="2880"/>
          </w:tcPr>
          <w:p>
            <w:r>
              <w:t>2022-04-01</w:t>
            </w:r>
          </w:p>
        </w:tc>
        <w:tc>
          <w:tcPr>
            <w:tcW w:type="dxa" w:w="2880"/>
          </w:tcPr>
          <w:p>
            <w:r>
              <w:t>giraffe</w:t>
            </w:r>
          </w:p>
        </w:tc>
        <w:tc>
          <w:tcPr>
            <w:tcW w:type="dxa" w:w="2880"/>
          </w:tcPr>
          <w:p>
            <w:r>
              <w:t>10</w:t>
            </w:r>
          </w:p>
        </w:tc>
      </w:tr>
      <w:tr>
        <w:tc>
          <w:tcPr>
            <w:tcW w:type="dxa" w:w="2880"/>
          </w:tcPr>
          <w:p>
            <w:r>
              <w:t>2022-04-01</w:t>
            </w:r>
          </w:p>
        </w:tc>
        <w:tc>
          <w:tcPr>
            <w:tcW w:type="dxa" w:w="2880"/>
          </w:tcPr>
          <w:p>
            <w:r>
              <w:t>hippo</w:t>
            </w:r>
          </w:p>
        </w:tc>
        <w:tc>
          <w:tcPr>
            <w:tcW w:type="dxa" w:w="2880"/>
          </w:tcPr>
          <w:p>
            <w:r>
              <w:t>8</w:t>
            </w:r>
          </w:p>
        </w:tc>
      </w:tr>
      <w:tr>
        <w:tc>
          <w:tcPr>
            <w:tcW w:type="dxa" w:w="2880"/>
          </w:tcPr>
          <w:p>
            <w:r>
              <w:t>2022-04-01</w:t>
            </w:r>
          </w:p>
        </w:tc>
        <w:tc>
          <w:tcPr>
            <w:tcW w:type="dxa" w:w="2880"/>
          </w:tcPr>
          <w:p>
            <w:r>
              <w:t>red lechwe</w:t>
            </w:r>
          </w:p>
        </w:tc>
        <w:tc>
          <w:tcPr>
            <w:tcW w:type="dxa" w:w="2880"/>
          </w:tcPr>
          <w:p>
            <w:r>
              <w:t>10</w:t>
            </w:r>
          </w:p>
        </w:tc>
      </w:tr>
      <w:tr>
        <w:tc>
          <w:tcPr>
            <w:tcW w:type="dxa" w:w="2880"/>
          </w:tcPr>
          <w:p>
            <w:r>
              <w:t>2022-04-01</w:t>
            </w:r>
          </w:p>
        </w:tc>
        <w:tc>
          <w:tcPr>
            <w:tcW w:type="dxa" w:w="2880"/>
          </w:tcPr>
          <w:p>
            <w:r>
              <w:t>Other</w:t>
            </w:r>
          </w:p>
        </w:tc>
        <w:tc>
          <w:tcPr>
            <w:tcW w:type="dxa" w:w="2880"/>
          </w:tcPr>
          <w:p>
            <w:r>
              <w:t>18</w:t>
            </w:r>
          </w:p>
        </w:tc>
      </w:tr>
      <w:tr>
        <w:tc>
          <w:tcPr>
            <w:tcW w:type="dxa" w:w="2880"/>
          </w:tcPr>
          <w:p>
            <w:r>
              <w:t>2022-07-01</w:t>
            </w:r>
          </w:p>
        </w:tc>
        <w:tc>
          <w:tcPr>
            <w:tcW w:type="dxa" w:w="2880"/>
          </w:tcPr>
          <w:p>
            <w:r>
              <w:t>elephant</w:t>
            </w:r>
          </w:p>
        </w:tc>
        <w:tc>
          <w:tcPr>
            <w:tcW w:type="dxa" w:w="2880"/>
          </w:tcPr>
          <w:p>
            <w:r>
              <w:t>33</w:t>
            </w:r>
          </w:p>
        </w:tc>
      </w:tr>
      <w:tr>
        <w:tc>
          <w:tcPr>
            <w:tcW w:type="dxa" w:w="2880"/>
          </w:tcPr>
          <w:p>
            <w:r>
              <w:t>2022-07-01</w:t>
            </w:r>
          </w:p>
        </w:tc>
        <w:tc>
          <w:tcPr>
            <w:tcW w:type="dxa" w:w="2880"/>
          </w:tcPr>
          <w:p>
            <w:r>
              <w:t>buffalo</w:t>
            </w:r>
          </w:p>
        </w:tc>
        <w:tc>
          <w:tcPr>
            <w:tcW w:type="dxa" w:w="2880"/>
          </w:tcPr>
          <w:p>
            <w:r>
              <w:t>22</w:t>
            </w:r>
          </w:p>
        </w:tc>
      </w:tr>
      <w:tr>
        <w:tc>
          <w:tcPr>
            <w:tcW w:type="dxa" w:w="2880"/>
          </w:tcPr>
          <w:p>
            <w:r>
              <w:t>2022-07-01</w:t>
            </w:r>
          </w:p>
        </w:tc>
        <w:tc>
          <w:tcPr>
            <w:tcW w:type="dxa" w:w="2880"/>
          </w:tcPr>
          <w:p>
            <w:r>
              <w:t>giraffe</w:t>
            </w:r>
          </w:p>
        </w:tc>
        <w:tc>
          <w:tcPr>
            <w:tcW w:type="dxa" w:w="2880"/>
          </w:tcPr>
          <w:p>
            <w:r>
              <w:t>11</w:t>
            </w:r>
          </w:p>
        </w:tc>
      </w:tr>
      <w:tr>
        <w:tc>
          <w:tcPr>
            <w:tcW w:type="dxa" w:w="2880"/>
          </w:tcPr>
          <w:p>
            <w:r>
              <w:t>2022-07-01</w:t>
            </w:r>
          </w:p>
        </w:tc>
        <w:tc>
          <w:tcPr>
            <w:tcW w:type="dxa" w:w="2880"/>
          </w:tcPr>
          <w:p>
            <w:r>
              <w:t>hippo</w:t>
            </w:r>
          </w:p>
        </w:tc>
        <w:tc>
          <w:tcPr>
            <w:tcW w:type="dxa" w:w="2880"/>
          </w:tcPr>
          <w:p>
            <w:r>
              <w:t>12</w:t>
            </w:r>
          </w:p>
        </w:tc>
      </w:tr>
      <w:tr>
        <w:tc>
          <w:tcPr>
            <w:tcW w:type="dxa" w:w="2880"/>
          </w:tcPr>
          <w:p>
            <w:r>
              <w:t>2022-07-01</w:t>
            </w:r>
          </w:p>
        </w:tc>
        <w:tc>
          <w:tcPr>
            <w:tcW w:type="dxa" w:w="2880"/>
          </w:tcPr>
          <w:p>
            <w:r>
              <w:t>red lechwe</w:t>
            </w:r>
          </w:p>
        </w:tc>
        <w:tc>
          <w:tcPr>
            <w:tcW w:type="dxa" w:w="2880"/>
          </w:tcPr>
          <w:p>
            <w:r>
              <w:t>11</w:t>
            </w:r>
          </w:p>
        </w:tc>
      </w:tr>
      <w:tr>
        <w:tc>
          <w:tcPr>
            <w:tcW w:type="dxa" w:w="2880"/>
          </w:tcPr>
          <w:p>
            <w:r>
              <w:t>2022-07-01</w:t>
            </w:r>
          </w:p>
        </w:tc>
        <w:tc>
          <w:tcPr>
            <w:tcW w:type="dxa" w:w="2880"/>
          </w:tcPr>
          <w:p>
            <w:r>
              <w:t>Other</w:t>
            </w:r>
          </w:p>
        </w:tc>
        <w:tc>
          <w:tcPr>
            <w:tcW w:type="dxa" w:w="2880"/>
          </w:tcPr>
          <w:p>
            <w:r>
              <w:t>28</w:t>
            </w:r>
          </w:p>
        </w:tc>
      </w:tr>
      <w:tr>
        <w:tc>
          <w:tcPr>
            <w:tcW w:type="dxa" w:w="2880"/>
          </w:tcPr>
          <w:p>
            <w:r>
              <w:t>2022-10-01</w:t>
            </w:r>
          </w:p>
        </w:tc>
        <w:tc>
          <w:tcPr>
            <w:tcW w:type="dxa" w:w="2880"/>
          </w:tcPr>
          <w:p>
            <w:r>
              <w:t>elephant</w:t>
            </w:r>
          </w:p>
        </w:tc>
        <w:tc>
          <w:tcPr>
            <w:tcW w:type="dxa" w:w="2880"/>
          </w:tcPr>
          <w:p>
            <w:r>
              <w:t>31</w:t>
            </w:r>
          </w:p>
        </w:tc>
      </w:tr>
      <w:tr>
        <w:tc>
          <w:tcPr>
            <w:tcW w:type="dxa" w:w="2880"/>
          </w:tcPr>
          <w:p>
            <w:r>
              <w:t>2022-10-01</w:t>
            </w:r>
          </w:p>
        </w:tc>
        <w:tc>
          <w:tcPr>
            <w:tcW w:type="dxa" w:w="2880"/>
          </w:tcPr>
          <w:p>
            <w:r>
              <w:t>buffalo</w:t>
            </w:r>
          </w:p>
        </w:tc>
        <w:tc>
          <w:tcPr>
            <w:tcW w:type="dxa" w:w="2880"/>
          </w:tcPr>
          <w:p>
            <w:r>
              <w:t>12</w:t>
            </w:r>
          </w:p>
        </w:tc>
      </w:tr>
      <w:tr>
        <w:tc>
          <w:tcPr>
            <w:tcW w:type="dxa" w:w="2880"/>
          </w:tcPr>
          <w:p>
            <w:r>
              <w:t>2022-10-01</w:t>
            </w:r>
          </w:p>
        </w:tc>
        <w:tc>
          <w:tcPr>
            <w:tcW w:type="dxa" w:w="2880"/>
          </w:tcPr>
          <w:p>
            <w:r>
              <w:t>giraffe</w:t>
            </w:r>
          </w:p>
        </w:tc>
        <w:tc>
          <w:tcPr>
            <w:tcW w:type="dxa" w:w="2880"/>
          </w:tcPr>
          <w:p>
            <w:r>
              <w:t>15</w:t>
            </w:r>
          </w:p>
        </w:tc>
      </w:tr>
      <w:tr>
        <w:tc>
          <w:tcPr>
            <w:tcW w:type="dxa" w:w="2880"/>
          </w:tcPr>
          <w:p>
            <w:r>
              <w:t>2022-10-01</w:t>
            </w:r>
          </w:p>
        </w:tc>
        <w:tc>
          <w:tcPr>
            <w:tcW w:type="dxa" w:w="2880"/>
          </w:tcPr>
          <w:p>
            <w:r>
              <w:t>hippo</w:t>
            </w:r>
          </w:p>
        </w:tc>
        <w:tc>
          <w:tcPr>
            <w:tcW w:type="dxa" w:w="2880"/>
          </w:tcPr>
          <w:p>
            <w:r>
              <w:t>14</w:t>
            </w:r>
          </w:p>
        </w:tc>
      </w:tr>
      <w:tr>
        <w:tc>
          <w:tcPr>
            <w:tcW w:type="dxa" w:w="2880"/>
          </w:tcPr>
          <w:p>
            <w:r>
              <w:t>2022-10-01</w:t>
            </w:r>
          </w:p>
        </w:tc>
        <w:tc>
          <w:tcPr>
            <w:tcW w:type="dxa" w:w="2880"/>
          </w:tcPr>
          <w:p>
            <w:r>
              <w:t>red lechwe</w:t>
            </w:r>
          </w:p>
        </w:tc>
        <w:tc>
          <w:tcPr>
            <w:tcW w:type="dxa" w:w="2880"/>
          </w:tcPr>
          <w:p>
            <w:r>
              <w:t>13</w:t>
            </w:r>
          </w:p>
        </w:tc>
      </w:tr>
      <w:tr>
        <w:tc>
          <w:tcPr>
            <w:tcW w:type="dxa" w:w="2880"/>
          </w:tcPr>
          <w:p>
            <w:r>
              <w:t>2022-10-01</w:t>
            </w:r>
          </w:p>
        </w:tc>
        <w:tc>
          <w:tcPr>
            <w:tcW w:type="dxa" w:w="2880"/>
          </w:tcPr>
          <w:p>
            <w:r>
              <w:t>Other</w:t>
            </w:r>
          </w:p>
        </w:tc>
        <w:tc>
          <w:tcPr>
            <w:tcW w:type="dxa" w:w="2880"/>
          </w:tcPr>
          <w:p>
            <w:r>
              <w:t>28</w:t>
            </w:r>
          </w:p>
        </w:tc>
      </w:tr>
      <w:tr>
        <w:tc>
          <w:tcPr>
            <w:tcW w:type="dxa" w:w="2880"/>
          </w:tcPr>
          <w:p>
            <w:r>
              <w:t>2023-01-01</w:t>
            </w:r>
          </w:p>
        </w:tc>
        <w:tc>
          <w:tcPr>
            <w:tcW w:type="dxa" w:w="2880"/>
          </w:tcPr>
          <w:p>
            <w:r>
              <w:t>elephant</w:t>
            </w:r>
          </w:p>
        </w:tc>
        <w:tc>
          <w:tcPr>
            <w:tcW w:type="dxa" w:w="2880"/>
          </w:tcPr>
          <w:p>
            <w:r>
              <w:t>23</w:t>
            </w:r>
          </w:p>
        </w:tc>
      </w:tr>
      <w:tr>
        <w:tc>
          <w:tcPr>
            <w:tcW w:type="dxa" w:w="2880"/>
          </w:tcPr>
          <w:p>
            <w:r>
              <w:t>2023-01-01</w:t>
            </w:r>
          </w:p>
        </w:tc>
        <w:tc>
          <w:tcPr>
            <w:tcW w:type="dxa" w:w="2880"/>
          </w:tcPr>
          <w:p>
            <w:r>
              <w:t>buffalo</w:t>
            </w:r>
          </w:p>
        </w:tc>
        <w:tc>
          <w:tcPr>
            <w:tcW w:type="dxa" w:w="2880"/>
          </w:tcPr>
          <w:p>
            <w:r>
              <w:t>7</w:t>
            </w:r>
          </w:p>
        </w:tc>
      </w:tr>
      <w:tr>
        <w:tc>
          <w:tcPr>
            <w:tcW w:type="dxa" w:w="2880"/>
          </w:tcPr>
          <w:p>
            <w:r>
              <w:t>2023-01-01</w:t>
            </w:r>
          </w:p>
        </w:tc>
        <w:tc>
          <w:tcPr>
            <w:tcW w:type="dxa" w:w="2880"/>
          </w:tcPr>
          <w:p>
            <w:r>
              <w:t>giraffe</w:t>
            </w:r>
          </w:p>
        </w:tc>
        <w:tc>
          <w:tcPr>
            <w:tcW w:type="dxa" w:w="2880"/>
          </w:tcPr>
          <w:p>
            <w:r>
              <w:t>10</w:t>
            </w:r>
          </w:p>
        </w:tc>
      </w:tr>
      <w:tr>
        <w:tc>
          <w:tcPr>
            <w:tcW w:type="dxa" w:w="2880"/>
          </w:tcPr>
          <w:p>
            <w:r>
              <w:t>2023-01-01</w:t>
            </w:r>
          </w:p>
        </w:tc>
        <w:tc>
          <w:tcPr>
            <w:tcW w:type="dxa" w:w="2880"/>
          </w:tcPr>
          <w:p>
            <w:r>
              <w:t>hippo</w:t>
            </w:r>
          </w:p>
        </w:tc>
        <w:tc>
          <w:tcPr>
            <w:tcW w:type="dxa" w:w="2880"/>
          </w:tcPr>
          <w:p>
            <w:r>
              <w:t>6</w:t>
            </w:r>
          </w:p>
        </w:tc>
      </w:tr>
      <w:tr>
        <w:tc>
          <w:tcPr>
            <w:tcW w:type="dxa" w:w="2880"/>
          </w:tcPr>
          <w:p>
            <w:r>
              <w:t>2023-01-01</w:t>
            </w:r>
          </w:p>
        </w:tc>
        <w:tc>
          <w:tcPr>
            <w:tcW w:type="dxa" w:w="2880"/>
          </w:tcPr>
          <w:p>
            <w:r>
              <w:t>red lechwe</w:t>
            </w:r>
          </w:p>
        </w:tc>
        <w:tc>
          <w:tcPr>
            <w:tcW w:type="dxa" w:w="2880"/>
          </w:tcPr>
          <w:p>
            <w:r>
              <w:t>6</w:t>
            </w:r>
          </w:p>
        </w:tc>
      </w:tr>
      <w:tr>
        <w:tc>
          <w:tcPr>
            <w:tcW w:type="dxa" w:w="2880"/>
          </w:tcPr>
          <w:p>
            <w:r>
              <w:t>2023-01-01</w:t>
            </w:r>
          </w:p>
        </w:tc>
        <w:tc>
          <w:tcPr>
            <w:tcW w:type="dxa" w:w="2880"/>
          </w:tcPr>
          <w:p>
            <w:r>
              <w:t>Other</w:t>
            </w:r>
          </w:p>
        </w:tc>
        <w:tc>
          <w:tcPr>
            <w:tcW w:type="dxa" w:w="2880"/>
          </w:tcPr>
          <w:p>
            <w:r>
              <w:t>15</w:t>
            </w:r>
          </w:p>
        </w:tc>
      </w:tr>
      <w:tr>
        <w:tc>
          <w:tcPr>
            <w:tcW w:type="dxa" w:w="2880"/>
          </w:tcPr>
          <w:p>
            <w:r>
              <w:t>2023-04-01</w:t>
            </w:r>
          </w:p>
        </w:tc>
        <w:tc>
          <w:tcPr>
            <w:tcW w:type="dxa" w:w="2880"/>
          </w:tcPr>
          <w:p>
            <w:r>
              <w:t>elephant</w:t>
            </w:r>
          </w:p>
        </w:tc>
        <w:tc>
          <w:tcPr>
            <w:tcW w:type="dxa" w:w="2880"/>
          </w:tcPr>
          <w:p>
            <w:r>
              <w:t>15</w:t>
            </w:r>
          </w:p>
        </w:tc>
      </w:tr>
      <w:tr>
        <w:tc>
          <w:tcPr>
            <w:tcW w:type="dxa" w:w="2880"/>
          </w:tcPr>
          <w:p>
            <w:r>
              <w:t>2023-04-01</w:t>
            </w:r>
          </w:p>
        </w:tc>
        <w:tc>
          <w:tcPr>
            <w:tcW w:type="dxa" w:w="2880"/>
          </w:tcPr>
          <w:p>
            <w:r>
              <w:t>buffalo</w:t>
            </w:r>
          </w:p>
        </w:tc>
        <w:tc>
          <w:tcPr>
            <w:tcW w:type="dxa" w:w="2880"/>
          </w:tcPr>
          <w:p>
            <w:r>
              <w:t>7</w:t>
            </w:r>
          </w:p>
        </w:tc>
      </w:tr>
      <w:tr>
        <w:tc>
          <w:tcPr>
            <w:tcW w:type="dxa" w:w="2880"/>
          </w:tcPr>
          <w:p>
            <w:r>
              <w:t>2023-04-01</w:t>
            </w:r>
          </w:p>
        </w:tc>
        <w:tc>
          <w:tcPr>
            <w:tcW w:type="dxa" w:w="2880"/>
          </w:tcPr>
          <w:p>
            <w:r>
              <w:t>giraffe</w:t>
            </w:r>
          </w:p>
        </w:tc>
        <w:tc>
          <w:tcPr>
            <w:tcW w:type="dxa" w:w="2880"/>
          </w:tcPr>
          <w:p>
            <w:r>
              <w:t>11</w:t>
            </w:r>
          </w:p>
        </w:tc>
      </w:tr>
      <w:tr>
        <w:tc>
          <w:tcPr>
            <w:tcW w:type="dxa" w:w="2880"/>
          </w:tcPr>
          <w:p>
            <w:r>
              <w:t>2023-04-01</w:t>
            </w:r>
          </w:p>
        </w:tc>
        <w:tc>
          <w:tcPr>
            <w:tcW w:type="dxa" w:w="2880"/>
          </w:tcPr>
          <w:p>
            <w:r>
              <w:t>hippo</w:t>
            </w:r>
          </w:p>
        </w:tc>
        <w:tc>
          <w:tcPr>
            <w:tcW w:type="dxa" w:w="2880"/>
          </w:tcPr>
          <w:p>
            <w:r>
              <w:t>9</w:t>
            </w:r>
          </w:p>
        </w:tc>
      </w:tr>
      <w:tr>
        <w:tc>
          <w:tcPr>
            <w:tcW w:type="dxa" w:w="2880"/>
          </w:tcPr>
          <w:p>
            <w:r>
              <w:t>2023-04-01</w:t>
            </w:r>
          </w:p>
        </w:tc>
        <w:tc>
          <w:tcPr>
            <w:tcW w:type="dxa" w:w="2880"/>
          </w:tcPr>
          <w:p>
            <w:r>
              <w:t>red lechwe</w:t>
            </w:r>
          </w:p>
        </w:tc>
        <w:tc>
          <w:tcPr>
            <w:tcW w:type="dxa" w:w="2880"/>
          </w:tcPr>
          <w:p>
            <w:r>
              <w:t>8</w:t>
            </w:r>
          </w:p>
        </w:tc>
      </w:tr>
      <w:tr>
        <w:tc>
          <w:tcPr>
            <w:tcW w:type="dxa" w:w="2880"/>
          </w:tcPr>
          <w:p>
            <w:r>
              <w:t>2023-04-01</w:t>
            </w:r>
          </w:p>
        </w:tc>
        <w:tc>
          <w:tcPr>
            <w:tcW w:type="dxa" w:w="2880"/>
          </w:tcPr>
          <w:p>
            <w:r>
              <w:t>Other</w:t>
            </w:r>
          </w:p>
        </w:tc>
        <w:tc>
          <w:tcPr>
            <w:tcW w:type="dxa" w:w="2880"/>
          </w:tcPr>
          <w:p>
            <w:r>
              <w:t>14</w:t>
            </w:r>
          </w:p>
        </w:tc>
      </w:tr>
      <w:tr>
        <w:tc>
          <w:tcPr>
            <w:tcW w:type="dxa" w:w="2880"/>
          </w:tcPr>
          <w:p>
            <w:r>
              <w:t>2023-07-01</w:t>
            </w:r>
          </w:p>
        </w:tc>
        <w:tc>
          <w:tcPr>
            <w:tcW w:type="dxa" w:w="2880"/>
          </w:tcPr>
          <w:p>
            <w:r>
              <w:t>elephant</w:t>
            </w:r>
          </w:p>
        </w:tc>
        <w:tc>
          <w:tcPr>
            <w:tcW w:type="dxa" w:w="2880"/>
          </w:tcPr>
          <w:p>
            <w:r>
              <w:t>35</w:t>
            </w:r>
          </w:p>
        </w:tc>
      </w:tr>
      <w:tr>
        <w:tc>
          <w:tcPr>
            <w:tcW w:type="dxa" w:w="2880"/>
          </w:tcPr>
          <w:p>
            <w:r>
              <w:t>2023-07-01</w:t>
            </w:r>
          </w:p>
        </w:tc>
        <w:tc>
          <w:tcPr>
            <w:tcW w:type="dxa" w:w="2880"/>
          </w:tcPr>
          <w:p>
            <w:r>
              <w:t>buffalo</w:t>
            </w:r>
          </w:p>
        </w:tc>
        <w:tc>
          <w:tcPr>
            <w:tcW w:type="dxa" w:w="2880"/>
          </w:tcPr>
          <w:p>
            <w:r>
              <w:t>22</w:t>
            </w:r>
          </w:p>
        </w:tc>
      </w:tr>
      <w:tr>
        <w:tc>
          <w:tcPr>
            <w:tcW w:type="dxa" w:w="2880"/>
          </w:tcPr>
          <w:p>
            <w:r>
              <w:t>2023-07-01</w:t>
            </w:r>
          </w:p>
        </w:tc>
        <w:tc>
          <w:tcPr>
            <w:tcW w:type="dxa" w:w="2880"/>
          </w:tcPr>
          <w:p>
            <w:r>
              <w:t>giraffe</w:t>
            </w:r>
          </w:p>
        </w:tc>
        <w:tc>
          <w:tcPr>
            <w:tcW w:type="dxa" w:w="2880"/>
          </w:tcPr>
          <w:p>
            <w:r>
              <w:t>10</w:t>
            </w:r>
          </w:p>
        </w:tc>
      </w:tr>
      <w:tr>
        <w:tc>
          <w:tcPr>
            <w:tcW w:type="dxa" w:w="2880"/>
          </w:tcPr>
          <w:p>
            <w:r>
              <w:t>2023-07-01</w:t>
            </w:r>
          </w:p>
        </w:tc>
        <w:tc>
          <w:tcPr>
            <w:tcW w:type="dxa" w:w="2880"/>
          </w:tcPr>
          <w:p>
            <w:r>
              <w:t>hippo</w:t>
            </w:r>
          </w:p>
        </w:tc>
        <w:tc>
          <w:tcPr>
            <w:tcW w:type="dxa" w:w="2880"/>
          </w:tcPr>
          <w:p>
            <w:r>
              <w:t>3</w:t>
            </w:r>
          </w:p>
        </w:tc>
      </w:tr>
      <w:tr>
        <w:tc>
          <w:tcPr>
            <w:tcW w:type="dxa" w:w="2880"/>
          </w:tcPr>
          <w:p>
            <w:r>
              <w:t>2023-07-01</w:t>
            </w:r>
          </w:p>
        </w:tc>
        <w:tc>
          <w:tcPr>
            <w:tcW w:type="dxa" w:w="2880"/>
          </w:tcPr>
          <w:p>
            <w:r>
              <w:t>red lechwe</w:t>
            </w:r>
          </w:p>
        </w:tc>
        <w:tc>
          <w:tcPr>
            <w:tcW w:type="dxa" w:w="2880"/>
          </w:tcPr>
          <w:p>
            <w:r>
              <w:t>7</w:t>
            </w:r>
          </w:p>
        </w:tc>
      </w:tr>
      <w:tr>
        <w:tc>
          <w:tcPr>
            <w:tcW w:type="dxa" w:w="2880"/>
          </w:tcPr>
          <w:p>
            <w:r>
              <w:t>2023-07-01</w:t>
            </w:r>
          </w:p>
        </w:tc>
        <w:tc>
          <w:tcPr>
            <w:tcW w:type="dxa" w:w="2880"/>
          </w:tcPr>
          <w:p>
            <w:r>
              <w:t>Other</w:t>
            </w:r>
          </w:p>
        </w:tc>
        <w:tc>
          <w:tcPr>
            <w:tcW w:type="dxa" w:w="2880"/>
          </w:tcPr>
          <w:p>
            <w:r>
              <w:t>19</w:t>
            </w:r>
          </w:p>
        </w:tc>
      </w:tr>
      <w:tr>
        <w:tc>
          <w:tcPr>
            <w:tcW w:type="dxa" w:w="2880"/>
          </w:tcPr>
          <w:p>
            <w:r>
              <w:t>2023-10-01</w:t>
            </w:r>
          </w:p>
        </w:tc>
        <w:tc>
          <w:tcPr>
            <w:tcW w:type="dxa" w:w="2880"/>
          </w:tcPr>
          <w:p>
            <w:r>
              <w:t>elephant</w:t>
            </w:r>
          </w:p>
        </w:tc>
        <w:tc>
          <w:tcPr>
            <w:tcW w:type="dxa" w:w="2880"/>
          </w:tcPr>
          <w:p>
            <w:r>
              <w:t>36</w:t>
            </w:r>
          </w:p>
        </w:tc>
      </w:tr>
      <w:tr>
        <w:tc>
          <w:tcPr>
            <w:tcW w:type="dxa" w:w="2880"/>
          </w:tcPr>
          <w:p>
            <w:r>
              <w:t>2023-10-01</w:t>
            </w:r>
          </w:p>
        </w:tc>
        <w:tc>
          <w:tcPr>
            <w:tcW w:type="dxa" w:w="2880"/>
          </w:tcPr>
          <w:p>
            <w:r>
              <w:t>buffalo</w:t>
            </w:r>
          </w:p>
        </w:tc>
        <w:tc>
          <w:tcPr>
            <w:tcW w:type="dxa" w:w="2880"/>
          </w:tcPr>
          <w:p>
            <w:r>
              <w:t>15</w:t>
            </w:r>
          </w:p>
        </w:tc>
      </w:tr>
      <w:tr>
        <w:tc>
          <w:tcPr>
            <w:tcW w:type="dxa" w:w="2880"/>
          </w:tcPr>
          <w:p>
            <w:r>
              <w:t>2023-10-01</w:t>
            </w:r>
          </w:p>
        </w:tc>
        <w:tc>
          <w:tcPr>
            <w:tcW w:type="dxa" w:w="2880"/>
          </w:tcPr>
          <w:p>
            <w:r>
              <w:t>giraffe</w:t>
            </w:r>
          </w:p>
        </w:tc>
        <w:tc>
          <w:tcPr>
            <w:tcW w:type="dxa" w:w="2880"/>
          </w:tcPr>
          <w:p>
            <w:r>
              <w:t>18</w:t>
            </w:r>
          </w:p>
        </w:tc>
      </w:tr>
      <w:tr>
        <w:tc>
          <w:tcPr>
            <w:tcW w:type="dxa" w:w="2880"/>
          </w:tcPr>
          <w:p>
            <w:r>
              <w:t>2023-10-01</w:t>
            </w:r>
          </w:p>
        </w:tc>
        <w:tc>
          <w:tcPr>
            <w:tcW w:type="dxa" w:w="2880"/>
          </w:tcPr>
          <w:p>
            <w:r>
              <w:t>hippo</w:t>
            </w:r>
          </w:p>
        </w:tc>
        <w:tc>
          <w:tcPr>
            <w:tcW w:type="dxa" w:w="2880"/>
          </w:tcPr>
          <w:p>
            <w:r>
              <w:t>7</w:t>
            </w:r>
          </w:p>
        </w:tc>
      </w:tr>
      <w:tr>
        <w:tc>
          <w:tcPr>
            <w:tcW w:type="dxa" w:w="2880"/>
          </w:tcPr>
          <w:p>
            <w:r>
              <w:t>2023-10-01</w:t>
            </w:r>
          </w:p>
        </w:tc>
        <w:tc>
          <w:tcPr>
            <w:tcW w:type="dxa" w:w="2880"/>
          </w:tcPr>
          <w:p>
            <w:r>
              <w:t>red lechwe</w:t>
            </w:r>
          </w:p>
        </w:tc>
        <w:tc>
          <w:tcPr>
            <w:tcW w:type="dxa" w:w="2880"/>
          </w:tcPr>
          <w:p>
            <w:r>
              <w:t>9</w:t>
            </w:r>
          </w:p>
        </w:tc>
      </w:tr>
      <w:tr>
        <w:tc>
          <w:tcPr>
            <w:tcW w:type="dxa" w:w="2880"/>
          </w:tcPr>
          <w:p>
            <w:r>
              <w:t>2023-10-01</w:t>
            </w:r>
          </w:p>
        </w:tc>
        <w:tc>
          <w:tcPr>
            <w:tcW w:type="dxa" w:w="2880"/>
          </w:tcPr>
          <w:p>
            <w:r>
              <w:t>Other</w:t>
            </w:r>
          </w:p>
        </w:tc>
        <w:tc>
          <w:tcPr>
            <w:tcW w:type="dxa" w:w="2880"/>
          </w:tcPr>
          <w:p>
            <w:r>
              <w:t>19</w:t>
            </w:r>
          </w:p>
        </w:tc>
      </w:tr>
      <w:tr>
        <w:tc>
          <w:tcPr>
            <w:tcW w:type="dxa" w:w="2880"/>
          </w:tcPr>
          <w:p>
            <w:r>
              <w:t>2024-01-01</w:t>
            </w:r>
          </w:p>
        </w:tc>
        <w:tc>
          <w:tcPr>
            <w:tcW w:type="dxa" w:w="2880"/>
          </w:tcPr>
          <w:p>
            <w:r>
              <w:t>elephant</w:t>
            </w:r>
          </w:p>
        </w:tc>
        <w:tc>
          <w:tcPr>
            <w:tcW w:type="dxa" w:w="2880"/>
          </w:tcPr>
          <w:p>
            <w:r>
              <w:t>19</w:t>
            </w:r>
          </w:p>
        </w:tc>
      </w:tr>
      <w:tr>
        <w:tc>
          <w:tcPr>
            <w:tcW w:type="dxa" w:w="2880"/>
          </w:tcPr>
          <w:p>
            <w:r>
              <w:t>2024-01-01</w:t>
            </w:r>
          </w:p>
        </w:tc>
        <w:tc>
          <w:tcPr>
            <w:tcW w:type="dxa" w:w="2880"/>
          </w:tcPr>
          <w:p>
            <w:r>
              <w:t>buffalo</w:t>
            </w:r>
          </w:p>
        </w:tc>
        <w:tc>
          <w:tcPr>
            <w:tcW w:type="dxa" w:w="2880"/>
          </w:tcPr>
          <w:p>
            <w:r>
              <w:t>6</w:t>
            </w:r>
          </w:p>
        </w:tc>
      </w:tr>
      <w:tr>
        <w:tc>
          <w:tcPr>
            <w:tcW w:type="dxa" w:w="2880"/>
          </w:tcPr>
          <w:p>
            <w:r>
              <w:t>2024-01-01</w:t>
            </w:r>
          </w:p>
        </w:tc>
        <w:tc>
          <w:tcPr>
            <w:tcW w:type="dxa" w:w="2880"/>
          </w:tcPr>
          <w:p>
            <w:r>
              <w:t>giraffe</w:t>
            </w:r>
          </w:p>
        </w:tc>
        <w:tc>
          <w:tcPr>
            <w:tcW w:type="dxa" w:w="2880"/>
          </w:tcPr>
          <w:p>
            <w:r>
              <w:t>3</w:t>
            </w:r>
          </w:p>
        </w:tc>
      </w:tr>
      <w:tr>
        <w:tc>
          <w:tcPr>
            <w:tcW w:type="dxa" w:w="2880"/>
          </w:tcPr>
          <w:p>
            <w:r>
              <w:t>2024-01-01</w:t>
            </w:r>
          </w:p>
        </w:tc>
        <w:tc>
          <w:tcPr>
            <w:tcW w:type="dxa" w:w="2880"/>
          </w:tcPr>
          <w:p>
            <w:r>
              <w:t>hippo</w:t>
            </w:r>
          </w:p>
        </w:tc>
        <w:tc>
          <w:tcPr>
            <w:tcW w:type="dxa" w:w="2880"/>
          </w:tcPr>
          <w:p>
            <w:r>
              <w:t>3</w:t>
            </w:r>
          </w:p>
        </w:tc>
      </w:tr>
      <w:tr>
        <w:tc>
          <w:tcPr>
            <w:tcW w:type="dxa" w:w="2880"/>
          </w:tcPr>
          <w:p>
            <w:r>
              <w:t>2024-01-01</w:t>
            </w:r>
          </w:p>
        </w:tc>
        <w:tc>
          <w:tcPr>
            <w:tcW w:type="dxa" w:w="2880"/>
          </w:tcPr>
          <w:p>
            <w:r>
              <w:t>red lechwe</w:t>
            </w:r>
          </w:p>
        </w:tc>
        <w:tc>
          <w:tcPr>
            <w:tcW w:type="dxa" w:w="2880"/>
          </w:tcPr>
          <w:p>
            <w:r>
              <w:t>5</w:t>
            </w:r>
          </w:p>
        </w:tc>
      </w:tr>
      <w:tr>
        <w:tc>
          <w:tcPr>
            <w:tcW w:type="dxa" w:w="2880"/>
          </w:tcPr>
          <w:p>
            <w:r>
              <w:t>2024-01-01</w:t>
            </w:r>
          </w:p>
        </w:tc>
        <w:tc>
          <w:tcPr>
            <w:tcW w:type="dxa" w:w="2880"/>
          </w:tcPr>
          <w:p>
            <w:r>
              <w:t>Other</w:t>
            </w:r>
          </w:p>
        </w:tc>
        <w:tc>
          <w:tcPr>
            <w:tcW w:type="dxa" w:w="2880"/>
          </w:tcPr>
          <w:p>
            <w:r>
              <w:t>14</w:t>
            </w:r>
          </w:p>
        </w:tc>
      </w:tr>
      <w:tr>
        <w:tc>
          <w:tcPr>
            <w:tcW w:type="dxa" w:w="2880"/>
          </w:tcPr>
          <w:p>
            <w:r>
              <w:t>2024-04-01</w:t>
            </w:r>
          </w:p>
        </w:tc>
        <w:tc>
          <w:tcPr>
            <w:tcW w:type="dxa" w:w="2880"/>
          </w:tcPr>
          <w:p>
            <w:r>
              <w:t>elephant</w:t>
            </w:r>
          </w:p>
        </w:tc>
        <w:tc>
          <w:tcPr>
            <w:tcW w:type="dxa" w:w="2880"/>
          </w:tcPr>
          <w:p>
            <w:r>
              <w:t>21</w:t>
            </w:r>
          </w:p>
        </w:tc>
      </w:tr>
      <w:tr>
        <w:tc>
          <w:tcPr>
            <w:tcW w:type="dxa" w:w="2880"/>
          </w:tcPr>
          <w:p>
            <w:r>
              <w:t>2024-04-01</w:t>
            </w:r>
          </w:p>
        </w:tc>
        <w:tc>
          <w:tcPr>
            <w:tcW w:type="dxa" w:w="2880"/>
          </w:tcPr>
          <w:p>
            <w:r>
              <w:t>buffalo</w:t>
            </w:r>
          </w:p>
        </w:tc>
        <w:tc>
          <w:tcPr>
            <w:tcW w:type="dxa" w:w="2880"/>
          </w:tcPr>
          <w:p>
            <w:r>
              <w:t>7</w:t>
            </w:r>
          </w:p>
        </w:tc>
      </w:tr>
      <w:tr>
        <w:tc>
          <w:tcPr>
            <w:tcW w:type="dxa" w:w="2880"/>
          </w:tcPr>
          <w:p>
            <w:r>
              <w:t>2024-04-01</w:t>
            </w:r>
          </w:p>
        </w:tc>
        <w:tc>
          <w:tcPr>
            <w:tcW w:type="dxa" w:w="2880"/>
          </w:tcPr>
          <w:p>
            <w:r>
              <w:t>giraffe</w:t>
            </w:r>
          </w:p>
        </w:tc>
        <w:tc>
          <w:tcPr>
            <w:tcW w:type="dxa" w:w="2880"/>
          </w:tcPr>
          <w:p>
            <w:r>
              <w:t>10</w:t>
            </w:r>
          </w:p>
        </w:tc>
      </w:tr>
      <w:tr>
        <w:tc>
          <w:tcPr>
            <w:tcW w:type="dxa" w:w="2880"/>
          </w:tcPr>
          <w:p>
            <w:r>
              <w:t>2024-04-01</w:t>
            </w:r>
          </w:p>
        </w:tc>
        <w:tc>
          <w:tcPr>
            <w:tcW w:type="dxa" w:w="2880"/>
          </w:tcPr>
          <w:p>
            <w:r>
              <w:t>hippo</w:t>
            </w:r>
          </w:p>
        </w:tc>
        <w:tc>
          <w:tcPr>
            <w:tcW w:type="dxa" w:w="2880"/>
          </w:tcPr>
          <w:p>
            <w:r>
              <w:t>8</w:t>
            </w:r>
          </w:p>
        </w:tc>
      </w:tr>
      <w:tr>
        <w:tc>
          <w:tcPr>
            <w:tcW w:type="dxa" w:w="2880"/>
          </w:tcPr>
          <w:p>
            <w:r>
              <w:t>2024-04-01</w:t>
            </w:r>
          </w:p>
        </w:tc>
        <w:tc>
          <w:tcPr>
            <w:tcW w:type="dxa" w:w="2880"/>
          </w:tcPr>
          <w:p>
            <w:r>
              <w:t>red lechwe</w:t>
            </w:r>
          </w:p>
        </w:tc>
        <w:tc>
          <w:tcPr>
            <w:tcW w:type="dxa" w:w="2880"/>
          </w:tcPr>
          <w:p>
            <w:r>
              <w:t>7</w:t>
            </w:r>
          </w:p>
        </w:tc>
      </w:tr>
      <w:tr>
        <w:tc>
          <w:tcPr>
            <w:tcW w:type="dxa" w:w="2880"/>
          </w:tcPr>
          <w:p>
            <w:r>
              <w:t>2024-04-01</w:t>
            </w:r>
          </w:p>
        </w:tc>
        <w:tc>
          <w:tcPr>
            <w:tcW w:type="dxa" w:w="2880"/>
          </w:tcPr>
          <w:p>
            <w:r>
              <w:t>Other</w:t>
            </w:r>
          </w:p>
        </w:tc>
        <w:tc>
          <w:tcPr>
            <w:tcW w:type="dxa" w:w="2880"/>
          </w:tcPr>
          <w:p>
            <w:r>
              <w:t>20</w:t>
            </w:r>
          </w:p>
        </w:tc>
      </w:tr>
      <w:tr>
        <w:tc>
          <w:tcPr>
            <w:tcW w:type="dxa" w:w="2880"/>
          </w:tcPr>
          <w:p>
            <w:r>
              <w:t>2024-07-01</w:t>
            </w:r>
          </w:p>
        </w:tc>
        <w:tc>
          <w:tcPr>
            <w:tcW w:type="dxa" w:w="2880"/>
          </w:tcPr>
          <w:p>
            <w:r>
              <w:t>elephant</w:t>
            </w:r>
          </w:p>
        </w:tc>
        <w:tc>
          <w:tcPr>
            <w:tcW w:type="dxa" w:w="2880"/>
          </w:tcPr>
          <w:p>
            <w:r>
              <w:t>33</w:t>
            </w:r>
          </w:p>
        </w:tc>
      </w:tr>
      <w:tr>
        <w:tc>
          <w:tcPr>
            <w:tcW w:type="dxa" w:w="2880"/>
          </w:tcPr>
          <w:p>
            <w:r>
              <w:t>2024-07-01</w:t>
            </w:r>
          </w:p>
        </w:tc>
        <w:tc>
          <w:tcPr>
            <w:tcW w:type="dxa" w:w="2880"/>
          </w:tcPr>
          <w:p>
            <w:r>
              <w:t>buffalo</w:t>
            </w:r>
          </w:p>
        </w:tc>
        <w:tc>
          <w:tcPr>
            <w:tcW w:type="dxa" w:w="2880"/>
          </w:tcPr>
          <w:p>
            <w:r>
              <w:t>19</w:t>
            </w:r>
          </w:p>
        </w:tc>
      </w:tr>
      <w:tr>
        <w:tc>
          <w:tcPr>
            <w:tcW w:type="dxa" w:w="2880"/>
          </w:tcPr>
          <w:p>
            <w:r>
              <w:t>2024-07-01</w:t>
            </w:r>
          </w:p>
        </w:tc>
        <w:tc>
          <w:tcPr>
            <w:tcW w:type="dxa" w:w="2880"/>
          </w:tcPr>
          <w:p>
            <w:r>
              <w:t>giraffe</w:t>
            </w:r>
          </w:p>
        </w:tc>
        <w:tc>
          <w:tcPr>
            <w:tcW w:type="dxa" w:w="2880"/>
          </w:tcPr>
          <w:p>
            <w:r>
              <w:t>4</w:t>
            </w:r>
          </w:p>
        </w:tc>
      </w:tr>
      <w:tr>
        <w:tc>
          <w:tcPr>
            <w:tcW w:type="dxa" w:w="2880"/>
          </w:tcPr>
          <w:p>
            <w:r>
              <w:t>2024-07-01</w:t>
            </w:r>
          </w:p>
        </w:tc>
        <w:tc>
          <w:tcPr>
            <w:tcW w:type="dxa" w:w="2880"/>
          </w:tcPr>
          <w:p>
            <w:r>
              <w:t>hippo</w:t>
            </w:r>
          </w:p>
        </w:tc>
        <w:tc>
          <w:tcPr>
            <w:tcW w:type="dxa" w:w="2880"/>
          </w:tcPr>
          <w:p>
            <w:r>
              <w:t>6</w:t>
            </w:r>
          </w:p>
        </w:tc>
      </w:tr>
      <w:tr>
        <w:tc>
          <w:tcPr>
            <w:tcW w:type="dxa" w:w="2880"/>
          </w:tcPr>
          <w:p>
            <w:r>
              <w:t>2024-07-01</w:t>
            </w:r>
          </w:p>
        </w:tc>
        <w:tc>
          <w:tcPr>
            <w:tcW w:type="dxa" w:w="2880"/>
          </w:tcPr>
          <w:p>
            <w:r>
              <w:t>red lechwe</w:t>
            </w:r>
          </w:p>
        </w:tc>
        <w:tc>
          <w:tcPr>
            <w:tcW w:type="dxa" w:w="2880"/>
          </w:tcPr>
          <w:p>
            <w:r>
              <w:t>4</w:t>
            </w:r>
          </w:p>
        </w:tc>
      </w:tr>
      <w:tr>
        <w:tc>
          <w:tcPr>
            <w:tcW w:type="dxa" w:w="2880"/>
          </w:tcPr>
          <w:p>
            <w:r>
              <w:t>2024-07-01</w:t>
            </w:r>
          </w:p>
        </w:tc>
        <w:tc>
          <w:tcPr>
            <w:tcW w:type="dxa" w:w="2880"/>
          </w:tcPr>
          <w:p>
            <w:r>
              <w:t>Other</w:t>
            </w:r>
          </w:p>
        </w:tc>
        <w:tc>
          <w:tcPr>
            <w:tcW w:type="dxa" w:w="2880"/>
          </w:tcPr>
          <w:p>
            <w:r>
              <w:t>28</w:t>
            </w:r>
          </w:p>
        </w:tc>
      </w:tr>
      <w:tr>
        <w:tc>
          <w:tcPr>
            <w:tcW w:type="dxa" w:w="2880"/>
          </w:tcPr>
          <w:p>
            <w:r>
              <w:t>2024-10-01</w:t>
            </w:r>
          </w:p>
        </w:tc>
        <w:tc>
          <w:tcPr>
            <w:tcW w:type="dxa" w:w="2880"/>
          </w:tcPr>
          <w:p>
            <w:r>
              <w:t>elephant</w:t>
            </w:r>
          </w:p>
        </w:tc>
        <w:tc>
          <w:tcPr>
            <w:tcW w:type="dxa" w:w="2880"/>
          </w:tcPr>
          <w:p>
            <w:r>
              <w:t>21</w:t>
            </w:r>
          </w:p>
        </w:tc>
      </w:tr>
      <w:tr>
        <w:tc>
          <w:tcPr>
            <w:tcW w:type="dxa" w:w="2880"/>
          </w:tcPr>
          <w:p>
            <w:r>
              <w:t>2024-10-01</w:t>
            </w:r>
          </w:p>
        </w:tc>
        <w:tc>
          <w:tcPr>
            <w:tcW w:type="dxa" w:w="2880"/>
          </w:tcPr>
          <w:p>
            <w:r>
              <w:t>buffalo</w:t>
            </w:r>
          </w:p>
        </w:tc>
        <w:tc>
          <w:tcPr>
            <w:tcW w:type="dxa" w:w="2880"/>
          </w:tcPr>
          <w:p>
            <w:r>
              <w:t>8</w:t>
            </w:r>
          </w:p>
        </w:tc>
      </w:tr>
      <w:tr>
        <w:tc>
          <w:tcPr>
            <w:tcW w:type="dxa" w:w="2880"/>
          </w:tcPr>
          <w:p>
            <w:r>
              <w:t>2024-10-01</w:t>
            </w:r>
          </w:p>
        </w:tc>
        <w:tc>
          <w:tcPr>
            <w:tcW w:type="dxa" w:w="2880"/>
          </w:tcPr>
          <w:p>
            <w:r>
              <w:t>giraffe</w:t>
            </w:r>
          </w:p>
        </w:tc>
        <w:tc>
          <w:tcPr>
            <w:tcW w:type="dxa" w:w="2880"/>
          </w:tcPr>
          <w:p>
            <w:r>
              <w:t>11</w:t>
            </w:r>
          </w:p>
        </w:tc>
      </w:tr>
      <w:tr>
        <w:tc>
          <w:tcPr>
            <w:tcW w:type="dxa" w:w="2880"/>
          </w:tcPr>
          <w:p>
            <w:r>
              <w:t>2024-10-01</w:t>
            </w:r>
          </w:p>
        </w:tc>
        <w:tc>
          <w:tcPr>
            <w:tcW w:type="dxa" w:w="2880"/>
          </w:tcPr>
          <w:p>
            <w:r>
              <w:t>hippo</w:t>
            </w:r>
          </w:p>
        </w:tc>
        <w:tc>
          <w:tcPr>
            <w:tcW w:type="dxa" w:w="2880"/>
          </w:tcPr>
          <w:p>
            <w:r>
              <w:t>11</w:t>
            </w:r>
          </w:p>
        </w:tc>
      </w:tr>
      <w:tr>
        <w:tc>
          <w:tcPr>
            <w:tcW w:type="dxa" w:w="2880"/>
          </w:tcPr>
          <w:p>
            <w:r>
              <w:t>2024-10-01</w:t>
            </w:r>
          </w:p>
        </w:tc>
        <w:tc>
          <w:tcPr>
            <w:tcW w:type="dxa" w:w="2880"/>
          </w:tcPr>
          <w:p>
            <w:r>
              <w:t>red lechwe</w:t>
            </w:r>
          </w:p>
        </w:tc>
        <w:tc>
          <w:tcPr>
            <w:tcW w:type="dxa" w:w="2880"/>
          </w:tcPr>
          <w:p>
            <w:r>
              <w:t>10</w:t>
            </w:r>
          </w:p>
        </w:tc>
      </w:tr>
      <w:tr>
        <w:tc>
          <w:tcPr>
            <w:tcW w:type="dxa" w:w="2880"/>
          </w:tcPr>
          <w:p>
            <w:r>
              <w:t>2024-10-01</w:t>
            </w:r>
          </w:p>
        </w:tc>
        <w:tc>
          <w:tcPr>
            <w:tcW w:type="dxa" w:w="2880"/>
          </w:tcPr>
          <w:p>
            <w:r>
              <w:t>Other</w:t>
            </w:r>
          </w:p>
        </w:tc>
        <w:tc>
          <w:tcPr>
            <w:tcW w:type="dxa" w:w="2880"/>
          </w:tcPr>
          <w:p>
            <w:r>
              <w:t>24</w:t>
            </w:r>
          </w:p>
        </w:tc>
      </w:tr>
      <w:tr>
        <w:tc>
          <w:tcPr>
            <w:tcW w:type="dxa" w:w="2880"/>
          </w:tcPr>
          <w:p>
            <w:r>
              <w:t>2025-01-01</w:t>
            </w:r>
          </w:p>
        </w:tc>
        <w:tc>
          <w:tcPr>
            <w:tcW w:type="dxa" w:w="2880"/>
          </w:tcPr>
          <w:p>
            <w:r>
              <w:t>elephant</w:t>
            </w:r>
          </w:p>
        </w:tc>
        <w:tc>
          <w:tcPr>
            <w:tcW w:type="dxa" w:w="2880"/>
          </w:tcPr>
          <w:p>
            <w:r>
              <w:t>17</w:t>
            </w:r>
          </w:p>
        </w:tc>
      </w:tr>
      <w:tr>
        <w:tc>
          <w:tcPr>
            <w:tcW w:type="dxa" w:w="2880"/>
          </w:tcPr>
          <w:p>
            <w:r>
              <w:t>2025-01-01</w:t>
            </w:r>
          </w:p>
        </w:tc>
        <w:tc>
          <w:tcPr>
            <w:tcW w:type="dxa" w:w="2880"/>
          </w:tcPr>
          <w:p>
            <w:r>
              <w:t>buffalo</w:t>
            </w:r>
          </w:p>
        </w:tc>
        <w:tc>
          <w:tcPr>
            <w:tcW w:type="dxa" w:w="2880"/>
          </w:tcPr>
          <w:p>
            <w:r>
              <w:t>10</w:t>
            </w:r>
          </w:p>
        </w:tc>
      </w:tr>
      <w:tr>
        <w:tc>
          <w:tcPr>
            <w:tcW w:type="dxa" w:w="2880"/>
          </w:tcPr>
          <w:p>
            <w:r>
              <w:t>2025-01-01</w:t>
            </w:r>
          </w:p>
        </w:tc>
        <w:tc>
          <w:tcPr>
            <w:tcW w:type="dxa" w:w="2880"/>
          </w:tcPr>
          <w:p>
            <w:r>
              <w:t>giraffe</w:t>
            </w:r>
          </w:p>
        </w:tc>
        <w:tc>
          <w:tcPr>
            <w:tcW w:type="dxa" w:w="2880"/>
          </w:tcPr>
          <w:p>
            <w:r>
              <w:t>9</w:t>
            </w:r>
          </w:p>
        </w:tc>
      </w:tr>
      <w:tr>
        <w:tc>
          <w:tcPr>
            <w:tcW w:type="dxa" w:w="2880"/>
          </w:tcPr>
          <w:p>
            <w:r>
              <w:t>2025-01-01</w:t>
            </w:r>
          </w:p>
        </w:tc>
        <w:tc>
          <w:tcPr>
            <w:tcW w:type="dxa" w:w="2880"/>
          </w:tcPr>
          <w:p>
            <w:r>
              <w:t>hippo</w:t>
            </w:r>
          </w:p>
        </w:tc>
        <w:tc>
          <w:tcPr>
            <w:tcW w:type="dxa" w:w="2880"/>
          </w:tcPr>
          <w:p>
            <w:r>
              <w:t>5</w:t>
            </w:r>
          </w:p>
        </w:tc>
      </w:tr>
      <w:tr>
        <w:tc>
          <w:tcPr>
            <w:tcW w:type="dxa" w:w="2880"/>
          </w:tcPr>
          <w:p>
            <w:r>
              <w:t>2025-01-01</w:t>
            </w:r>
          </w:p>
        </w:tc>
        <w:tc>
          <w:tcPr>
            <w:tcW w:type="dxa" w:w="2880"/>
          </w:tcPr>
          <w:p>
            <w:r>
              <w:t>red lechwe</w:t>
            </w:r>
          </w:p>
        </w:tc>
        <w:tc>
          <w:tcPr>
            <w:tcW w:type="dxa" w:w="2880"/>
          </w:tcPr>
          <w:p>
            <w:r>
              <w:t>8</w:t>
            </w:r>
          </w:p>
        </w:tc>
      </w:tr>
      <w:tr>
        <w:tc>
          <w:tcPr>
            <w:tcW w:type="dxa" w:w="2880"/>
          </w:tcPr>
          <w:p>
            <w:r>
              <w:t>2025-01-01</w:t>
            </w:r>
          </w:p>
        </w:tc>
        <w:tc>
          <w:tcPr>
            <w:tcW w:type="dxa" w:w="2880"/>
          </w:tcPr>
          <w:p>
            <w:r>
              <w:t>Other</w:t>
            </w:r>
          </w:p>
        </w:tc>
        <w:tc>
          <w:tcPr>
            <w:tcW w:type="dxa" w:w="2880"/>
          </w:tcPr>
          <w:p>
            <w:r>
              <w:t>18</w:t>
            </w:r>
          </w:p>
        </w:tc>
      </w:tr>
      <w:tr>
        <w:tc>
          <w:tcPr>
            <w:tcW w:type="dxa" w:w="2880"/>
          </w:tcPr>
          <w:p>
            <w:r>
              <w:t>2025-04-01</w:t>
            </w:r>
          </w:p>
        </w:tc>
        <w:tc>
          <w:tcPr>
            <w:tcW w:type="dxa" w:w="2880"/>
          </w:tcPr>
          <w:p>
            <w:r>
              <w:t>elephant</w:t>
            </w:r>
          </w:p>
        </w:tc>
        <w:tc>
          <w:tcPr>
            <w:tcW w:type="dxa" w:w="2880"/>
          </w:tcPr>
          <w:p>
            <w:r>
              <w:t>19</w:t>
            </w:r>
          </w:p>
        </w:tc>
      </w:tr>
      <w:tr>
        <w:tc>
          <w:tcPr>
            <w:tcW w:type="dxa" w:w="2880"/>
          </w:tcPr>
          <w:p>
            <w:r>
              <w:t>2025-04-01</w:t>
            </w:r>
          </w:p>
        </w:tc>
        <w:tc>
          <w:tcPr>
            <w:tcW w:type="dxa" w:w="2880"/>
          </w:tcPr>
          <w:p>
            <w:r>
              <w:t>buffalo</w:t>
            </w:r>
          </w:p>
        </w:tc>
        <w:tc>
          <w:tcPr>
            <w:tcW w:type="dxa" w:w="2880"/>
          </w:tcPr>
          <w:p>
            <w:r>
              <w:t>12</w:t>
            </w:r>
          </w:p>
        </w:tc>
      </w:tr>
      <w:tr>
        <w:tc>
          <w:tcPr>
            <w:tcW w:type="dxa" w:w="2880"/>
          </w:tcPr>
          <w:p>
            <w:r>
              <w:t>2025-04-01</w:t>
            </w:r>
          </w:p>
        </w:tc>
        <w:tc>
          <w:tcPr>
            <w:tcW w:type="dxa" w:w="2880"/>
          </w:tcPr>
          <w:p>
            <w:r>
              <w:t>giraffe</w:t>
            </w:r>
          </w:p>
        </w:tc>
        <w:tc>
          <w:tcPr>
            <w:tcW w:type="dxa" w:w="2880"/>
          </w:tcPr>
          <w:p>
            <w:r>
              <w:t>8</w:t>
            </w:r>
          </w:p>
        </w:tc>
      </w:tr>
      <w:tr>
        <w:tc>
          <w:tcPr>
            <w:tcW w:type="dxa" w:w="2880"/>
          </w:tcPr>
          <w:p>
            <w:r>
              <w:t>2025-04-01</w:t>
            </w:r>
          </w:p>
        </w:tc>
        <w:tc>
          <w:tcPr>
            <w:tcW w:type="dxa" w:w="2880"/>
          </w:tcPr>
          <w:p>
            <w:r>
              <w:t>hippo</w:t>
            </w:r>
          </w:p>
        </w:tc>
        <w:tc>
          <w:tcPr>
            <w:tcW w:type="dxa" w:w="2880"/>
          </w:tcPr>
          <w:p>
            <w:r>
              <w:t>9</w:t>
            </w:r>
          </w:p>
        </w:tc>
      </w:tr>
      <w:tr>
        <w:tc>
          <w:tcPr>
            <w:tcW w:type="dxa" w:w="2880"/>
          </w:tcPr>
          <w:p>
            <w:r>
              <w:t>2025-04-01</w:t>
            </w:r>
          </w:p>
        </w:tc>
        <w:tc>
          <w:tcPr>
            <w:tcW w:type="dxa" w:w="2880"/>
          </w:tcPr>
          <w:p>
            <w:r>
              <w:t>red lechwe</w:t>
            </w:r>
          </w:p>
        </w:tc>
        <w:tc>
          <w:tcPr>
            <w:tcW w:type="dxa" w:w="2880"/>
          </w:tcPr>
          <w:p>
            <w:r>
              <w:t>7</w:t>
            </w:r>
          </w:p>
        </w:tc>
      </w:tr>
      <w:tr>
        <w:tc>
          <w:tcPr>
            <w:tcW w:type="dxa" w:w="2880"/>
          </w:tcPr>
          <w:p>
            <w:r>
              <w:t>2025-04-01</w:t>
            </w:r>
          </w:p>
        </w:tc>
        <w:tc>
          <w:tcPr>
            <w:tcW w:type="dxa" w:w="2880"/>
          </w:tcPr>
          <w:p>
            <w:r>
              <w:t>Other</w:t>
            </w:r>
          </w:p>
        </w:tc>
        <w:tc>
          <w:tcPr>
            <w:tcW w:type="dxa" w:w="2880"/>
          </w:tcPr>
          <w:p>
            <w:r>
              <w:t>18</w:t>
            </w:r>
          </w:p>
        </w:tc>
      </w:tr>
      <w:tr>
        <w:tc>
          <w:tcPr>
            <w:tcW w:type="dxa" w:w="2880"/>
          </w:tcPr>
          <w:p>
            <w:r>
              <w:t>2025-07-01</w:t>
            </w:r>
          </w:p>
        </w:tc>
        <w:tc>
          <w:tcPr>
            <w:tcW w:type="dxa" w:w="2880"/>
          </w:tcPr>
          <w:p>
            <w:r>
              <w:t>elephant</w:t>
            </w:r>
          </w:p>
        </w:tc>
        <w:tc>
          <w:tcPr>
            <w:tcW w:type="dxa" w:w="2880"/>
          </w:tcPr>
          <w:p>
            <w:r>
              <w:t>29</w:t>
            </w:r>
          </w:p>
        </w:tc>
      </w:tr>
      <w:tr>
        <w:tc>
          <w:tcPr>
            <w:tcW w:type="dxa" w:w="2880"/>
          </w:tcPr>
          <w:p>
            <w:r>
              <w:t>2025-07-01</w:t>
            </w:r>
          </w:p>
        </w:tc>
        <w:tc>
          <w:tcPr>
            <w:tcW w:type="dxa" w:w="2880"/>
          </w:tcPr>
          <w:p>
            <w:r>
              <w:t>buffalo</w:t>
            </w:r>
          </w:p>
        </w:tc>
        <w:tc>
          <w:tcPr>
            <w:tcW w:type="dxa" w:w="2880"/>
          </w:tcPr>
          <w:p>
            <w:r>
              <w:t>21</w:t>
            </w:r>
          </w:p>
        </w:tc>
      </w:tr>
      <w:tr>
        <w:tc>
          <w:tcPr>
            <w:tcW w:type="dxa" w:w="2880"/>
          </w:tcPr>
          <w:p>
            <w:r>
              <w:t>2025-07-01</w:t>
            </w:r>
          </w:p>
        </w:tc>
        <w:tc>
          <w:tcPr>
            <w:tcW w:type="dxa" w:w="2880"/>
          </w:tcPr>
          <w:p>
            <w:r>
              <w:t>giraffe</w:t>
            </w:r>
          </w:p>
        </w:tc>
        <w:tc>
          <w:tcPr>
            <w:tcW w:type="dxa" w:w="2880"/>
          </w:tcPr>
          <w:p>
            <w:r>
              <w:t>9</w:t>
            </w:r>
          </w:p>
        </w:tc>
      </w:tr>
      <w:tr>
        <w:tc>
          <w:tcPr>
            <w:tcW w:type="dxa" w:w="2880"/>
          </w:tcPr>
          <w:p>
            <w:r>
              <w:t>2025-07-01</w:t>
            </w:r>
          </w:p>
        </w:tc>
        <w:tc>
          <w:tcPr>
            <w:tcW w:type="dxa" w:w="2880"/>
          </w:tcPr>
          <w:p>
            <w:r>
              <w:t>hippo</w:t>
            </w:r>
          </w:p>
        </w:tc>
        <w:tc>
          <w:tcPr>
            <w:tcW w:type="dxa" w:w="2880"/>
          </w:tcPr>
          <w:p>
            <w:r>
              <w:t>13</w:t>
            </w:r>
          </w:p>
        </w:tc>
      </w:tr>
      <w:tr>
        <w:tc>
          <w:tcPr>
            <w:tcW w:type="dxa" w:w="2880"/>
          </w:tcPr>
          <w:p>
            <w:r>
              <w:t>2025-07-01</w:t>
            </w:r>
          </w:p>
        </w:tc>
        <w:tc>
          <w:tcPr>
            <w:tcW w:type="dxa" w:w="2880"/>
          </w:tcPr>
          <w:p>
            <w:r>
              <w:t>red lechwe</w:t>
            </w:r>
          </w:p>
        </w:tc>
        <w:tc>
          <w:tcPr>
            <w:tcW w:type="dxa" w:w="2880"/>
          </w:tcPr>
          <w:p>
            <w:r>
              <w:t>15</w:t>
            </w:r>
          </w:p>
        </w:tc>
      </w:tr>
      <w:tr>
        <w:tc>
          <w:tcPr>
            <w:tcW w:type="dxa" w:w="2880"/>
          </w:tcPr>
          <w:p>
            <w:r>
              <w:t>2025-07-01</w:t>
            </w:r>
          </w:p>
        </w:tc>
        <w:tc>
          <w:tcPr>
            <w:tcW w:type="dxa" w:w="2880"/>
          </w:tcPr>
          <w:p>
            <w:r>
              <w:t>Other</w:t>
            </w:r>
          </w:p>
        </w:tc>
        <w:tc>
          <w:tcPr>
            <w:tcW w:type="dxa" w:w="2880"/>
          </w:tcPr>
          <w:p>
            <w:r>
              <w:t>32</w:t>
            </w:r>
          </w:p>
        </w:tc>
      </w:tr>
      <w:tr>
        <w:tc>
          <w:tcPr>
            <w:tcW w:type="dxa" w:w="2880"/>
          </w:tcPr>
          <w:p>
            <w:r>
              <w:t>2025-10-01</w:t>
            </w:r>
          </w:p>
        </w:tc>
        <w:tc>
          <w:tcPr>
            <w:tcW w:type="dxa" w:w="2880"/>
          </w:tcPr>
          <w:p>
            <w:r>
              <w:t>elephant</w:t>
            </w:r>
          </w:p>
        </w:tc>
        <w:tc>
          <w:tcPr>
            <w:tcW w:type="dxa" w:w="2880"/>
          </w:tcPr>
          <w:p>
            <w:r>
              <w:t>26</w:t>
            </w:r>
          </w:p>
        </w:tc>
      </w:tr>
      <w:tr>
        <w:tc>
          <w:tcPr>
            <w:tcW w:type="dxa" w:w="2880"/>
          </w:tcPr>
          <w:p>
            <w:r>
              <w:t>2025-10-01</w:t>
            </w:r>
          </w:p>
        </w:tc>
        <w:tc>
          <w:tcPr>
            <w:tcW w:type="dxa" w:w="2880"/>
          </w:tcPr>
          <w:p>
            <w:r>
              <w:t>buffalo</w:t>
            </w:r>
          </w:p>
        </w:tc>
        <w:tc>
          <w:tcPr>
            <w:tcW w:type="dxa" w:w="2880"/>
          </w:tcPr>
          <w:p>
            <w:r>
              <w:t>19</w:t>
            </w:r>
          </w:p>
        </w:tc>
      </w:tr>
      <w:tr>
        <w:tc>
          <w:tcPr>
            <w:tcW w:type="dxa" w:w="2880"/>
          </w:tcPr>
          <w:p>
            <w:r>
              <w:t>2025-10-01</w:t>
            </w:r>
          </w:p>
        </w:tc>
        <w:tc>
          <w:tcPr>
            <w:tcW w:type="dxa" w:w="2880"/>
          </w:tcPr>
          <w:p>
            <w:r>
              <w:t>giraffe</w:t>
            </w:r>
          </w:p>
        </w:tc>
        <w:tc>
          <w:tcPr>
            <w:tcW w:type="dxa" w:w="2880"/>
          </w:tcPr>
          <w:p>
            <w:r>
              <w:t>10</w:t>
            </w:r>
          </w:p>
        </w:tc>
      </w:tr>
      <w:tr>
        <w:tc>
          <w:tcPr>
            <w:tcW w:type="dxa" w:w="2880"/>
          </w:tcPr>
          <w:p>
            <w:r>
              <w:t>2025-10-01</w:t>
            </w:r>
          </w:p>
        </w:tc>
        <w:tc>
          <w:tcPr>
            <w:tcW w:type="dxa" w:w="2880"/>
          </w:tcPr>
          <w:p>
            <w:r>
              <w:t>hippo</w:t>
            </w:r>
          </w:p>
        </w:tc>
        <w:tc>
          <w:tcPr>
            <w:tcW w:type="dxa" w:w="2880"/>
          </w:tcPr>
          <w:p>
            <w:r>
              <w:t>13</w:t>
            </w:r>
          </w:p>
        </w:tc>
      </w:tr>
      <w:tr>
        <w:tc>
          <w:tcPr>
            <w:tcW w:type="dxa" w:w="2880"/>
          </w:tcPr>
          <w:p>
            <w:r>
              <w:t>2025-10-01</w:t>
            </w:r>
          </w:p>
        </w:tc>
        <w:tc>
          <w:tcPr>
            <w:tcW w:type="dxa" w:w="2880"/>
          </w:tcPr>
          <w:p>
            <w:r>
              <w:t>red lechwe</w:t>
            </w:r>
          </w:p>
        </w:tc>
        <w:tc>
          <w:tcPr>
            <w:tcW w:type="dxa" w:w="2880"/>
          </w:tcPr>
          <w:p>
            <w:r>
              <w:t>6</w:t>
            </w:r>
          </w:p>
        </w:tc>
      </w:tr>
      <w:tr>
        <w:tc>
          <w:tcPr>
            <w:tcW w:type="dxa" w:w="2880"/>
          </w:tcPr>
          <w:p>
            <w:r>
              <w:t>2025-10-01</w:t>
            </w:r>
          </w:p>
        </w:tc>
        <w:tc>
          <w:tcPr>
            <w:tcW w:type="dxa" w:w="2880"/>
          </w:tcPr>
          <w:p>
            <w:r>
              <w:t>Other</w:t>
            </w:r>
          </w:p>
        </w:tc>
        <w:tc>
          <w:tcPr>
            <w:tcW w:type="dxa" w:w="2880"/>
          </w:tcPr>
          <w:p>
            <w:r>
              <w:t>20</w:t>
            </w:r>
          </w:p>
        </w:tc>
      </w:tr>
    </w:tbl>
    <w:p/>
    <w:p>
      <w:pPr>
        <w:pStyle w:val="Heading2"/>
      </w:pPr>
      <w:r>
        <w:t>Figure 33. Hot spot analysis: Camera traps [86]</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2</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3</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2</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2</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1</w:t>
            </w:r>
          </w:p>
        </w:tc>
      </w:tr>
    </w:tbl>
    <w:p/>
    <w:p>
      <w:pPr>
        <w:pStyle w:val="Heading2"/>
      </w:pPr>
      <w:r>
        <w:t>Figure 34. Hot spot analysis: Wildlife sightings [87]</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-2.5</w:t>
            </w:r>
          </w:p>
        </w:tc>
        <w:tc>
          <w:tcPr>
            <w:tcW w:type="dxa" w:w="1728"/>
          </w:tcPr>
          <w:p>
            <w:r>
              <w:t>-2</w:t>
            </w:r>
          </w:p>
        </w:tc>
        <w:tc>
          <w:tcPr>
            <w:tcW w:type="dxa" w:w="1728"/>
          </w:tcPr>
          <w:p>
            <w:r>
              <w:t>cold_95</w:t>
            </w:r>
          </w:p>
        </w:tc>
        <w:tc>
          <w:tcPr>
            <w:tcW w:type="dxa" w:w="1728"/>
          </w:tcPr>
          <w:p>
            <w:r>
              <w:t>Cold spot, 95% confidence</w:t>
            </w:r>
          </w:p>
        </w:tc>
        <w:tc>
          <w:tcPr>
            <w:tcW w:type="dxa" w:w="1728"/>
          </w:tcPr>
          <w:p>
            <w:r>
              <w:t>22</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72</w:t>
            </w:r>
          </w:p>
        </w:tc>
      </w:tr>
      <w:tr>
        <w:tc>
          <w:tcPr>
            <w:tcW w:type="dxa" w:w="1728"/>
          </w:tcPr>
          <w:p>
            <w:r>
              <w:t>-2</w:t>
            </w:r>
          </w:p>
        </w:tc>
        <w:tc>
          <w:tcPr>
            <w:tcW w:type="dxa" w:w="1728"/>
          </w:tcPr>
          <w:p>
            <w:r>
              <w:t>-1.5</w:t>
            </w:r>
          </w:p>
        </w:tc>
        <w:tc>
          <w:tcPr>
            <w:tcW w:type="dxa" w:w="1728"/>
          </w:tcPr>
          <w:p>
            <w:r>
              <w:t>cold_95</w:t>
            </w:r>
          </w:p>
        </w:tc>
        <w:tc>
          <w:tcPr>
            <w:tcW w:type="dxa" w:w="1728"/>
          </w:tcPr>
          <w:p>
            <w:r>
              <w:t>Cold spot, 95% confidence</w:t>
            </w:r>
          </w:p>
        </w:tc>
        <w:tc>
          <w:tcPr>
            <w:tcW w:type="dxa" w:w="1728"/>
          </w:tcPr>
          <w:p>
            <w:r>
              <w:t>14</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48</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206</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327</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306</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301</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229</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235</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79</w:t>
            </w:r>
          </w:p>
        </w:tc>
      </w:tr>
      <w:tr>
        <w:tc>
          <w:tcPr>
            <w:tcW w:type="dxa" w:w="1728"/>
          </w:tcPr>
          <w:p>
            <w:r>
              <w:t>1.5</w:t>
            </w:r>
          </w:p>
        </w:tc>
        <w:tc>
          <w:tcPr>
            <w:tcW w:type="dxa" w:w="1728"/>
          </w:tcPr>
          <w:p>
            <w:r>
              <w:t>2</w:t>
            </w:r>
          </w:p>
        </w:tc>
        <w:tc>
          <w:tcPr>
            <w:tcW w:type="dxa" w:w="1728"/>
          </w:tcPr>
          <w:p>
            <w:r>
              <w:t>hot_95</w:t>
            </w:r>
          </w:p>
        </w:tc>
        <w:tc>
          <w:tcPr>
            <w:tcW w:type="dxa" w:w="1728"/>
          </w:tcPr>
          <w:p>
            <w:r>
              <w:t>Hot spot, 95% confidence</w:t>
            </w:r>
          </w:p>
        </w:tc>
        <w:tc>
          <w:tcPr>
            <w:tcW w:type="dxa" w:w="1728"/>
          </w:tcPr>
          <w:p>
            <w:r>
              <w:t>11</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49</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66</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6</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19</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6</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4</w:t>
            </w:r>
          </w:p>
        </w:tc>
      </w:tr>
    </w:tbl>
    <w:p/>
    <w:p>
      <w:pPr>
        <w:pStyle w:val="Heading2"/>
      </w:pPr>
      <w:r>
        <w:t>Figure 35. NDVI change polygons [88]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561.9</w:t>
            </w:r>
          </w:p>
        </w:tc>
        <w:tc>
          <w:tcPr>
            <w:tcW w:type="dxa" w:w="2880"/>
          </w:tcPr>
          <w:p>
            <w:r>
              <w:t>980</w:t>
            </w:r>
          </w:p>
        </w:tc>
      </w:tr>
      <w:tr>
        <w:tc>
          <w:tcPr>
            <w:tcW w:type="dxa" w:w="2880"/>
          </w:tcPr>
          <w:p>
            <w:r>
              <w:t>561.9</w:t>
            </w:r>
          </w:p>
        </w:tc>
        <w:tc>
          <w:tcPr>
            <w:tcW w:type="dxa" w:w="2880"/>
          </w:tcPr>
          <w:p>
            <w:r>
              <w:t>1,123</w:t>
            </w:r>
          </w:p>
        </w:tc>
        <w:tc>
          <w:tcPr>
            <w:tcW w:type="dxa" w:w="2880"/>
          </w:tcPr>
          <w:p>
            <w:r>
              <w:t>0</w:t>
            </w:r>
          </w:p>
        </w:tc>
      </w:tr>
      <w:tr>
        <w:tc>
          <w:tcPr>
            <w:tcW w:type="dxa" w:w="2880"/>
          </w:tcPr>
          <w:p>
            <w:r>
              <w:t>1,123</w:t>
            </w:r>
          </w:p>
        </w:tc>
        <w:tc>
          <w:tcPr>
            <w:tcW w:type="dxa" w:w="2880"/>
          </w:tcPr>
          <w:p>
            <w:r>
              <w:t>1,684</w:t>
            </w:r>
          </w:p>
        </w:tc>
        <w:tc>
          <w:tcPr>
            <w:tcW w:type="dxa" w:w="2880"/>
          </w:tcPr>
          <w:p>
            <w:r>
              <w:t>0</w:t>
            </w:r>
          </w:p>
        </w:tc>
      </w:tr>
      <w:tr>
        <w:tc>
          <w:tcPr>
            <w:tcW w:type="dxa" w:w="2880"/>
          </w:tcPr>
          <w:p>
            <w:r>
              <w:t>1,684</w:t>
            </w:r>
          </w:p>
        </w:tc>
        <w:tc>
          <w:tcPr>
            <w:tcW w:type="dxa" w:w="2880"/>
          </w:tcPr>
          <w:p>
            <w:r>
              <w:t>2,245</w:t>
            </w:r>
          </w:p>
        </w:tc>
        <w:tc>
          <w:tcPr>
            <w:tcW w:type="dxa" w:w="2880"/>
          </w:tcPr>
          <w:p>
            <w:r>
              <w:t>0</w:t>
            </w:r>
          </w:p>
        </w:tc>
      </w:tr>
      <w:tr>
        <w:tc>
          <w:tcPr>
            <w:tcW w:type="dxa" w:w="2880"/>
          </w:tcPr>
          <w:p>
            <w:r>
              <w:t>2,245</w:t>
            </w:r>
          </w:p>
        </w:tc>
        <w:tc>
          <w:tcPr>
            <w:tcW w:type="dxa" w:w="2880"/>
          </w:tcPr>
          <w:p>
            <w:r>
              <w:t>2,806</w:t>
            </w:r>
          </w:p>
        </w:tc>
        <w:tc>
          <w:tcPr>
            <w:tcW w:type="dxa" w:w="2880"/>
          </w:tcPr>
          <w:p>
            <w:r>
              <w:t>1</w:t>
            </w:r>
          </w:p>
        </w:tc>
      </w:tr>
      <w:tr>
        <w:tc>
          <w:tcPr>
            <w:tcW w:type="dxa" w:w="2880"/>
          </w:tcPr>
          <w:p>
            <w:r>
              <w:t>2,806</w:t>
            </w:r>
          </w:p>
        </w:tc>
        <w:tc>
          <w:tcPr>
            <w:tcW w:type="dxa" w:w="2880"/>
          </w:tcPr>
          <w:p>
            <w:r>
              <w:t>3,366</w:t>
            </w:r>
          </w:p>
        </w:tc>
        <w:tc>
          <w:tcPr>
            <w:tcW w:type="dxa" w:w="2880"/>
          </w:tcPr>
          <w:p>
            <w:r>
              <w:t>0</w:t>
            </w:r>
          </w:p>
        </w:tc>
      </w:tr>
      <w:tr>
        <w:tc>
          <w:tcPr>
            <w:tcW w:type="dxa" w:w="2880"/>
          </w:tcPr>
          <w:p>
            <w:r>
              <w:t>3,366</w:t>
            </w:r>
          </w:p>
        </w:tc>
        <w:tc>
          <w:tcPr>
            <w:tcW w:type="dxa" w:w="2880"/>
          </w:tcPr>
          <w:p>
            <w:r>
              <w:t>3,927</w:t>
            </w:r>
          </w:p>
        </w:tc>
        <w:tc>
          <w:tcPr>
            <w:tcW w:type="dxa" w:w="2880"/>
          </w:tcPr>
          <w:p>
            <w:r>
              <w:t>1</w:t>
            </w:r>
          </w:p>
        </w:tc>
      </w:tr>
      <w:tr>
        <w:tc>
          <w:tcPr>
            <w:tcW w:type="dxa" w:w="2880"/>
          </w:tcPr>
          <w:p>
            <w:r>
              <w:t>3,927</w:t>
            </w:r>
          </w:p>
        </w:tc>
        <w:tc>
          <w:tcPr>
            <w:tcW w:type="dxa" w:w="2880"/>
          </w:tcPr>
          <w:p>
            <w:r>
              <w:t>4,488</w:t>
            </w:r>
          </w:p>
        </w:tc>
        <w:tc>
          <w:tcPr>
            <w:tcW w:type="dxa" w:w="2880"/>
          </w:tcPr>
          <w:p>
            <w:r>
              <w:t>1</w:t>
            </w:r>
          </w:p>
        </w:tc>
      </w:tr>
      <w:tr>
        <w:tc>
          <w:tcPr>
            <w:tcW w:type="dxa" w:w="2880"/>
          </w:tcPr>
          <w:p>
            <w:r>
              <w:t>4,488</w:t>
            </w:r>
          </w:p>
        </w:tc>
        <w:tc>
          <w:tcPr>
            <w:tcW w:type="dxa" w:w="2880"/>
          </w:tcPr>
          <w:p>
            <w:r>
              <w:t>5,049</w:t>
            </w:r>
          </w:p>
        </w:tc>
        <w:tc>
          <w:tcPr>
            <w:tcW w:type="dxa" w:w="2880"/>
          </w:tcPr>
          <w:p>
            <w:r>
              <w:t>0</w:t>
            </w:r>
          </w:p>
        </w:tc>
      </w:tr>
      <w:tr>
        <w:tc>
          <w:tcPr>
            <w:tcW w:type="dxa" w:w="2880"/>
          </w:tcPr>
          <w:p>
            <w:r>
              <w:t>5,049</w:t>
            </w:r>
          </w:p>
        </w:tc>
        <w:tc>
          <w:tcPr>
            <w:tcW w:type="dxa" w:w="2880"/>
          </w:tcPr>
          <w:p>
            <w:r>
              <w:t>5,610</w:t>
            </w:r>
          </w:p>
        </w:tc>
        <w:tc>
          <w:tcPr>
            <w:tcW w:type="dxa" w:w="2880"/>
          </w:tcPr>
          <w:p>
            <w:r>
              <w:t>0</w:t>
            </w:r>
          </w:p>
        </w:tc>
      </w:tr>
      <w:tr>
        <w:tc>
          <w:tcPr>
            <w:tcW w:type="dxa" w:w="2880"/>
          </w:tcPr>
          <w:p>
            <w:r>
              <w:t>5,610</w:t>
            </w:r>
          </w:p>
        </w:tc>
        <w:tc>
          <w:tcPr>
            <w:tcW w:type="dxa" w:w="2880"/>
          </w:tcPr>
          <w:p>
            <w:r>
              <w:t>6,171</w:t>
            </w:r>
          </w:p>
        </w:tc>
        <w:tc>
          <w:tcPr>
            <w:tcW w:type="dxa" w:w="2880"/>
          </w:tcPr>
          <w:p>
            <w:r>
              <w:t>1</w:t>
            </w:r>
          </w:p>
        </w:tc>
      </w:tr>
    </w:tbl>
    <w:p/>
    <w:p>
      <w:pPr>
        <w:pStyle w:val="Heading2"/>
      </w:pPr>
      <w:r>
        <w:t>Figure 36. Calculate density: Water points [89]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7.272e-05</w:t>
            </w:r>
          </w:p>
        </w:tc>
        <w:tc>
          <w:tcPr>
            <w:tcW w:type="dxa" w:w="2880"/>
          </w:tcPr>
          <w:p>
            <w:r>
              <w:t>0.1511</w:t>
            </w:r>
          </w:p>
        </w:tc>
        <w:tc>
          <w:tcPr>
            <w:tcW w:type="dxa" w:w="2880"/>
          </w:tcPr>
          <w:p>
            <w:r>
              <w:t>23</w:t>
            </w:r>
          </w:p>
        </w:tc>
      </w:tr>
      <w:tr>
        <w:tc>
          <w:tcPr>
            <w:tcW w:type="dxa" w:w="2880"/>
          </w:tcPr>
          <w:p>
            <w:r>
              <w:t>0.1511</w:t>
            </w:r>
          </w:p>
        </w:tc>
        <w:tc>
          <w:tcPr>
            <w:tcW w:type="dxa" w:w="2880"/>
          </w:tcPr>
          <w:p>
            <w:r>
              <w:t>0.3021</w:t>
            </w:r>
          </w:p>
        </w:tc>
        <w:tc>
          <w:tcPr>
            <w:tcW w:type="dxa" w:w="2880"/>
          </w:tcPr>
          <w:p>
            <w:r>
              <w:t>11</w:t>
            </w:r>
          </w:p>
        </w:tc>
      </w:tr>
      <w:tr>
        <w:tc>
          <w:tcPr>
            <w:tcW w:type="dxa" w:w="2880"/>
          </w:tcPr>
          <w:p>
            <w:r>
              <w:t>0.3021</w:t>
            </w:r>
          </w:p>
        </w:tc>
        <w:tc>
          <w:tcPr>
            <w:tcW w:type="dxa" w:w="2880"/>
          </w:tcPr>
          <w:p>
            <w:r>
              <w:t>0.453</w:t>
            </w:r>
          </w:p>
        </w:tc>
        <w:tc>
          <w:tcPr>
            <w:tcW w:type="dxa" w:w="2880"/>
          </w:tcPr>
          <w:p>
            <w:r>
              <w:t>8</w:t>
            </w:r>
          </w:p>
        </w:tc>
      </w:tr>
      <w:tr>
        <w:tc>
          <w:tcPr>
            <w:tcW w:type="dxa" w:w="2880"/>
          </w:tcPr>
          <w:p>
            <w:r>
              <w:t>0.453</w:t>
            </w:r>
          </w:p>
        </w:tc>
        <w:tc>
          <w:tcPr>
            <w:tcW w:type="dxa" w:w="2880"/>
          </w:tcPr>
          <w:p>
            <w:r>
              <w:t>0.604</w:t>
            </w:r>
          </w:p>
        </w:tc>
        <w:tc>
          <w:tcPr>
            <w:tcW w:type="dxa" w:w="2880"/>
          </w:tcPr>
          <w:p>
            <w:r>
              <w:t>7</w:t>
            </w:r>
          </w:p>
        </w:tc>
      </w:tr>
      <w:tr>
        <w:tc>
          <w:tcPr>
            <w:tcW w:type="dxa" w:w="2880"/>
          </w:tcPr>
          <w:p>
            <w:r>
              <w:t>0.604</w:t>
            </w:r>
          </w:p>
        </w:tc>
        <w:tc>
          <w:tcPr>
            <w:tcW w:type="dxa" w:w="2880"/>
          </w:tcPr>
          <w:p>
            <w:r>
              <w:t>0.755</w:t>
            </w:r>
          </w:p>
        </w:tc>
        <w:tc>
          <w:tcPr>
            <w:tcW w:type="dxa" w:w="2880"/>
          </w:tcPr>
          <w:p>
            <w:r>
              <w:t>8</w:t>
            </w:r>
          </w:p>
        </w:tc>
      </w:tr>
      <w:tr>
        <w:tc>
          <w:tcPr>
            <w:tcW w:type="dxa" w:w="2880"/>
          </w:tcPr>
          <w:p>
            <w:r>
              <w:t>0.755</w:t>
            </w:r>
          </w:p>
        </w:tc>
        <w:tc>
          <w:tcPr>
            <w:tcW w:type="dxa" w:w="2880"/>
          </w:tcPr>
          <w:p>
            <w:r>
              <w:t>0.906</w:t>
            </w:r>
          </w:p>
        </w:tc>
        <w:tc>
          <w:tcPr>
            <w:tcW w:type="dxa" w:w="2880"/>
          </w:tcPr>
          <w:p>
            <w:r>
              <w:t>5</w:t>
            </w:r>
          </w:p>
        </w:tc>
      </w:tr>
      <w:tr>
        <w:tc>
          <w:tcPr>
            <w:tcW w:type="dxa" w:w="2880"/>
          </w:tcPr>
          <w:p>
            <w:r>
              <w:t>0.906</w:t>
            </w:r>
          </w:p>
        </w:tc>
        <w:tc>
          <w:tcPr>
            <w:tcW w:type="dxa" w:w="2880"/>
          </w:tcPr>
          <w:p>
            <w:r>
              <w:t>1.057</w:t>
            </w:r>
          </w:p>
        </w:tc>
        <w:tc>
          <w:tcPr>
            <w:tcW w:type="dxa" w:w="2880"/>
          </w:tcPr>
          <w:p>
            <w:r>
              <w:t>2</w:t>
            </w:r>
          </w:p>
        </w:tc>
      </w:tr>
      <w:tr>
        <w:tc>
          <w:tcPr>
            <w:tcW w:type="dxa" w:w="2880"/>
          </w:tcPr>
          <w:p>
            <w:r>
              <w:t>1.057</w:t>
            </w:r>
          </w:p>
        </w:tc>
        <w:tc>
          <w:tcPr>
            <w:tcW w:type="dxa" w:w="2880"/>
          </w:tcPr>
          <w:p>
            <w:r>
              <w:t>1.208</w:t>
            </w:r>
          </w:p>
        </w:tc>
        <w:tc>
          <w:tcPr>
            <w:tcW w:type="dxa" w:w="2880"/>
          </w:tcPr>
          <w:p>
            <w:r>
              <w:t>3</w:t>
            </w:r>
          </w:p>
        </w:tc>
      </w:tr>
    </w:tbl>
    <w:p/>
    <w:p>
      <w:pPr>
        <w:pStyle w:val="Heading2"/>
      </w:pPr>
      <w:r>
        <w:t>Figure 37. Calculate density: Camera traps [90]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8.135e-06</w:t>
            </w:r>
          </w:p>
        </w:tc>
        <w:tc>
          <w:tcPr>
            <w:tcW w:type="dxa" w:w="2880"/>
          </w:tcPr>
          <w:p>
            <w:r>
              <w:t>0.04672</w:t>
            </w:r>
          </w:p>
        </w:tc>
        <w:tc>
          <w:tcPr>
            <w:tcW w:type="dxa" w:w="2880"/>
          </w:tcPr>
          <w:p>
            <w:r>
              <w:t>43</w:t>
            </w:r>
          </w:p>
        </w:tc>
      </w:tr>
      <w:tr>
        <w:tc>
          <w:tcPr>
            <w:tcW w:type="dxa" w:w="2880"/>
          </w:tcPr>
          <w:p>
            <w:r>
              <w:t>0.04672</w:t>
            </w:r>
          </w:p>
        </w:tc>
        <w:tc>
          <w:tcPr>
            <w:tcW w:type="dxa" w:w="2880"/>
          </w:tcPr>
          <w:p>
            <w:r>
              <w:t>0.09343</w:t>
            </w:r>
          </w:p>
        </w:tc>
        <w:tc>
          <w:tcPr>
            <w:tcW w:type="dxa" w:w="2880"/>
          </w:tcPr>
          <w:p>
            <w:r>
              <w:t>14</w:t>
            </w:r>
          </w:p>
        </w:tc>
      </w:tr>
      <w:tr>
        <w:tc>
          <w:tcPr>
            <w:tcW w:type="dxa" w:w="2880"/>
          </w:tcPr>
          <w:p>
            <w:r>
              <w:t>0.09343</w:t>
            </w:r>
          </w:p>
        </w:tc>
        <w:tc>
          <w:tcPr>
            <w:tcW w:type="dxa" w:w="2880"/>
          </w:tcPr>
          <w:p>
            <w:r>
              <w:t>0.1401</w:t>
            </w:r>
          </w:p>
        </w:tc>
        <w:tc>
          <w:tcPr>
            <w:tcW w:type="dxa" w:w="2880"/>
          </w:tcPr>
          <w:p>
            <w:r>
              <w:t>7</w:t>
            </w:r>
          </w:p>
        </w:tc>
      </w:tr>
      <w:tr>
        <w:tc>
          <w:tcPr>
            <w:tcW w:type="dxa" w:w="2880"/>
          </w:tcPr>
          <w:p>
            <w:r>
              <w:t>0.1401</w:t>
            </w:r>
          </w:p>
        </w:tc>
        <w:tc>
          <w:tcPr>
            <w:tcW w:type="dxa" w:w="2880"/>
          </w:tcPr>
          <w:p>
            <w:r>
              <w:t>0.1868</w:t>
            </w:r>
          </w:p>
        </w:tc>
        <w:tc>
          <w:tcPr>
            <w:tcW w:type="dxa" w:w="2880"/>
          </w:tcPr>
          <w:p>
            <w:r>
              <w:t>7</w:t>
            </w:r>
          </w:p>
        </w:tc>
      </w:tr>
      <w:tr>
        <w:tc>
          <w:tcPr>
            <w:tcW w:type="dxa" w:w="2880"/>
          </w:tcPr>
          <w:p>
            <w:r>
              <w:t>0.1868</w:t>
            </w:r>
          </w:p>
        </w:tc>
        <w:tc>
          <w:tcPr>
            <w:tcW w:type="dxa" w:w="2880"/>
          </w:tcPr>
          <w:p>
            <w:r>
              <w:t>0.2336</w:t>
            </w:r>
          </w:p>
        </w:tc>
        <w:tc>
          <w:tcPr>
            <w:tcW w:type="dxa" w:w="2880"/>
          </w:tcPr>
          <w:p>
            <w:r>
              <w:t>8</w:t>
            </w:r>
          </w:p>
        </w:tc>
      </w:tr>
      <w:tr>
        <w:tc>
          <w:tcPr>
            <w:tcW w:type="dxa" w:w="2880"/>
          </w:tcPr>
          <w:p>
            <w:r>
              <w:t>0.2336</w:t>
            </w:r>
          </w:p>
        </w:tc>
        <w:tc>
          <w:tcPr>
            <w:tcW w:type="dxa" w:w="2880"/>
          </w:tcPr>
          <w:p>
            <w:r>
              <w:t>0.2803</w:t>
            </w:r>
          </w:p>
        </w:tc>
        <w:tc>
          <w:tcPr>
            <w:tcW w:type="dxa" w:w="2880"/>
          </w:tcPr>
          <w:p>
            <w:r>
              <w:t>6</w:t>
            </w:r>
          </w:p>
        </w:tc>
      </w:tr>
      <w:tr>
        <w:tc>
          <w:tcPr>
            <w:tcW w:type="dxa" w:w="2880"/>
          </w:tcPr>
          <w:p>
            <w:r>
              <w:t>0.2803</w:t>
            </w:r>
          </w:p>
        </w:tc>
        <w:tc>
          <w:tcPr>
            <w:tcW w:type="dxa" w:w="2880"/>
          </w:tcPr>
          <w:p>
            <w:r>
              <w:t>0.327</w:t>
            </w:r>
          </w:p>
        </w:tc>
        <w:tc>
          <w:tcPr>
            <w:tcW w:type="dxa" w:w="2880"/>
          </w:tcPr>
          <w:p>
            <w:r>
              <w:t>6</w:t>
            </w:r>
          </w:p>
        </w:tc>
      </w:tr>
      <w:tr>
        <w:tc>
          <w:tcPr>
            <w:tcW w:type="dxa" w:w="2880"/>
          </w:tcPr>
          <w:p>
            <w:r>
              <w:t>0.327</w:t>
            </w:r>
          </w:p>
        </w:tc>
        <w:tc>
          <w:tcPr>
            <w:tcW w:type="dxa" w:w="2880"/>
          </w:tcPr>
          <w:p>
            <w:r>
              <w:t>0.3737</w:t>
            </w:r>
          </w:p>
        </w:tc>
        <w:tc>
          <w:tcPr>
            <w:tcW w:type="dxa" w:w="2880"/>
          </w:tcPr>
          <w:p>
            <w:r>
              <w:t>4</w:t>
            </w:r>
          </w:p>
        </w:tc>
      </w:tr>
    </w:tbl>
    <w:p/>
    <w:p>
      <w:pPr>
        <w:pStyle w:val="Heading2"/>
      </w:pPr>
      <w:r>
        <w:t>Figure 38. Calculate density: Wildlife sightings [91]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4.923</w:t>
            </w:r>
          </w:p>
        </w:tc>
        <w:tc>
          <w:tcPr>
            <w:tcW w:type="dxa" w:w="2880"/>
          </w:tcPr>
          <w:p>
            <w:r>
              <w:t>234</w:t>
            </w:r>
          </w:p>
        </w:tc>
      </w:tr>
      <w:tr>
        <w:tc>
          <w:tcPr>
            <w:tcW w:type="dxa" w:w="2880"/>
          </w:tcPr>
          <w:p>
            <w:r>
              <w:t>4.923</w:t>
            </w:r>
          </w:p>
        </w:tc>
        <w:tc>
          <w:tcPr>
            <w:tcW w:type="dxa" w:w="2880"/>
          </w:tcPr>
          <w:p>
            <w:r>
              <w:t>9.846</w:t>
            </w:r>
          </w:p>
        </w:tc>
        <w:tc>
          <w:tcPr>
            <w:tcW w:type="dxa" w:w="2880"/>
          </w:tcPr>
          <w:p>
            <w:r>
              <w:t>263</w:t>
            </w:r>
          </w:p>
        </w:tc>
      </w:tr>
      <w:tr>
        <w:tc>
          <w:tcPr>
            <w:tcW w:type="dxa" w:w="2880"/>
          </w:tcPr>
          <w:p>
            <w:r>
              <w:t>9.846</w:t>
            </w:r>
          </w:p>
        </w:tc>
        <w:tc>
          <w:tcPr>
            <w:tcW w:type="dxa" w:w="2880"/>
          </w:tcPr>
          <w:p>
            <w:r>
              <w:t>14.77</w:t>
            </w:r>
          </w:p>
        </w:tc>
        <w:tc>
          <w:tcPr>
            <w:tcW w:type="dxa" w:w="2880"/>
          </w:tcPr>
          <w:p>
            <w:r>
              <w:t>259</w:t>
            </w:r>
          </w:p>
        </w:tc>
      </w:tr>
      <w:tr>
        <w:tc>
          <w:tcPr>
            <w:tcW w:type="dxa" w:w="2880"/>
          </w:tcPr>
          <w:p>
            <w:r>
              <w:t>14.77</w:t>
            </w:r>
          </w:p>
        </w:tc>
        <w:tc>
          <w:tcPr>
            <w:tcW w:type="dxa" w:w="2880"/>
          </w:tcPr>
          <w:p>
            <w:r>
              <w:t>19.69</w:t>
            </w:r>
          </w:p>
        </w:tc>
        <w:tc>
          <w:tcPr>
            <w:tcW w:type="dxa" w:w="2880"/>
          </w:tcPr>
          <w:p>
            <w:r>
              <w:t>265</w:t>
            </w:r>
          </w:p>
        </w:tc>
      </w:tr>
      <w:tr>
        <w:tc>
          <w:tcPr>
            <w:tcW w:type="dxa" w:w="2880"/>
          </w:tcPr>
          <w:p>
            <w:r>
              <w:t>19.69</w:t>
            </w:r>
          </w:p>
        </w:tc>
        <w:tc>
          <w:tcPr>
            <w:tcW w:type="dxa" w:w="2880"/>
          </w:tcPr>
          <w:p>
            <w:r>
              <w:t>24.62</w:t>
            </w:r>
          </w:p>
        </w:tc>
        <w:tc>
          <w:tcPr>
            <w:tcW w:type="dxa" w:w="2880"/>
          </w:tcPr>
          <w:p>
            <w:r>
              <w:t>262</w:t>
            </w:r>
          </w:p>
        </w:tc>
      </w:tr>
      <w:tr>
        <w:tc>
          <w:tcPr>
            <w:tcW w:type="dxa" w:w="2880"/>
          </w:tcPr>
          <w:p>
            <w:r>
              <w:t>24.62</w:t>
            </w:r>
          </w:p>
        </w:tc>
        <w:tc>
          <w:tcPr>
            <w:tcW w:type="dxa" w:w="2880"/>
          </w:tcPr>
          <w:p>
            <w:r>
              <w:t>29.54</w:t>
            </w:r>
          </w:p>
        </w:tc>
        <w:tc>
          <w:tcPr>
            <w:tcW w:type="dxa" w:w="2880"/>
          </w:tcPr>
          <w:p>
            <w:r>
              <w:t>265</w:t>
            </w:r>
          </w:p>
        </w:tc>
      </w:tr>
      <w:tr>
        <w:tc>
          <w:tcPr>
            <w:tcW w:type="dxa" w:w="2880"/>
          </w:tcPr>
          <w:p>
            <w:r>
              <w:t>29.54</w:t>
            </w:r>
          </w:p>
        </w:tc>
        <w:tc>
          <w:tcPr>
            <w:tcW w:type="dxa" w:w="2880"/>
          </w:tcPr>
          <w:p>
            <w:r>
              <w:t>34.46</w:t>
            </w:r>
          </w:p>
        </w:tc>
        <w:tc>
          <w:tcPr>
            <w:tcW w:type="dxa" w:w="2880"/>
          </w:tcPr>
          <w:p>
            <w:r>
              <w:t>268</w:t>
            </w:r>
          </w:p>
        </w:tc>
      </w:tr>
      <w:tr>
        <w:tc>
          <w:tcPr>
            <w:tcW w:type="dxa" w:w="2880"/>
          </w:tcPr>
          <w:p>
            <w:r>
              <w:t>34.46</w:t>
            </w:r>
          </w:p>
        </w:tc>
        <w:tc>
          <w:tcPr>
            <w:tcW w:type="dxa" w:w="2880"/>
          </w:tcPr>
          <w:p>
            <w:r>
              <w:t>39.38</w:t>
            </w:r>
          </w:p>
        </w:tc>
        <w:tc>
          <w:tcPr>
            <w:tcW w:type="dxa" w:w="2880"/>
          </w:tcPr>
          <w:p>
            <w:r>
              <w:t>265</w:t>
            </w:r>
          </w:p>
        </w:tc>
      </w:tr>
      <w:tr>
        <w:tc>
          <w:tcPr>
            <w:tcW w:type="dxa" w:w="2880"/>
          </w:tcPr>
          <w:p>
            <w:r>
              <w:t>39.38</w:t>
            </w:r>
          </w:p>
        </w:tc>
        <w:tc>
          <w:tcPr>
            <w:tcW w:type="dxa" w:w="2880"/>
          </w:tcPr>
          <w:p>
            <w:r>
              <w:t>44.31</w:t>
            </w:r>
          </w:p>
        </w:tc>
        <w:tc>
          <w:tcPr>
            <w:tcW w:type="dxa" w:w="2880"/>
          </w:tcPr>
          <w:p>
            <w:r>
              <w:t>270</w:t>
            </w:r>
          </w:p>
        </w:tc>
      </w:tr>
      <w:tr>
        <w:tc>
          <w:tcPr>
            <w:tcW w:type="dxa" w:w="2880"/>
          </w:tcPr>
          <w:p>
            <w:r>
              <w:t>44.31</w:t>
            </w:r>
          </w:p>
        </w:tc>
        <w:tc>
          <w:tcPr>
            <w:tcW w:type="dxa" w:w="2880"/>
          </w:tcPr>
          <w:p>
            <w:r>
              <w:t>49.23</w:t>
            </w:r>
          </w:p>
        </w:tc>
        <w:tc>
          <w:tcPr>
            <w:tcW w:type="dxa" w:w="2880"/>
          </w:tcPr>
          <w:p>
            <w:r>
              <w:t>269</w:t>
            </w:r>
          </w:p>
        </w:tc>
      </w:tr>
      <w:tr>
        <w:tc>
          <w:tcPr>
            <w:tcW w:type="dxa" w:w="2880"/>
          </w:tcPr>
          <w:p>
            <w:r>
              <w:t>49.23</w:t>
            </w:r>
          </w:p>
        </w:tc>
        <w:tc>
          <w:tcPr>
            <w:tcW w:type="dxa" w:w="2880"/>
          </w:tcPr>
          <w:p>
            <w:r>
              <w:t>54.15</w:t>
            </w:r>
          </w:p>
        </w:tc>
        <w:tc>
          <w:tcPr>
            <w:tcW w:type="dxa" w:w="2880"/>
          </w:tcPr>
          <w:p>
            <w:r>
              <w:t>268</w:t>
            </w:r>
          </w:p>
        </w:tc>
      </w:tr>
      <w:tr>
        <w:tc>
          <w:tcPr>
            <w:tcW w:type="dxa" w:w="2880"/>
          </w:tcPr>
          <w:p>
            <w:r>
              <w:t>54.15</w:t>
            </w:r>
          </w:p>
        </w:tc>
        <w:tc>
          <w:tcPr>
            <w:tcW w:type="dxa" w:w="2880"/>
          </w:tcPr>
          <w:p>
            <w:r>
              <w:t>59.08</w:t>
            </w:r>
          </w:p>
        </w:tc>
        <w:tc>
          <w:tcPr>
            <w:tcW w:type="dxa" w:w="2880"/>
          </w:tcPr>
          <w:p>
            <w:r>
              <w:t>271</w:t>
            </w:r>
          </w:p>
        </w:tc>
      </w:tr>
      <w:tr>
        <w:tc>
          <w:tcPr>
            <w:tcW w:type="dxa" w:w="2880"/>
          </w:tcPr>
          <w:p>
            <w:r>
              <w:t>59.08</w:t>
            </w:r>
          </w:p>
        </w:tc>
        <w:tc>
          <w:tcPr>
            <w:tcW w:type="dxa" w:w="2880"/>
          </w:tcPr>
          <w:p>
            <w:r>
              <w:t>64</w:t>
            </w:r>
          </w:p>
        </w:tc>
        <w:tc>
          <w:tcPr>
            <w:tcW w:type="dxa" w:w="2880"/>
          </w:tcPr>
          <w:p>
            <w:r>
              <w:t>225</w:t>
            </w:r>
          </w:p>
        </w:tc>
      </w:tr>
    </w:tbl>
    <w:p/>
    <w:p>
      <w:pPr>
        <w:pStyle w:val="Heading2"/>
      </w:pPr>
      <w:r>
        <w:t>Figure 39. Summarize within: Protected areas [92]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2.6</w:t>
            </w:r>
          </w:p>
        </w:tc>
        <w:tc>
          <w:tcPr>
            <w:tcW w:type="dxa" w:w="2880"/>
          </w:tcPr>
          <w:p>
            <w:r>
              <w:t>2</w:t>
            </w:r>
          </w:p>
        </w:tc>
      </w:tr>
      <w:tr>
        <w:tc>
          <w:tcPr>
            <w:tcW w:type="dxa" w:w="2880"/>
          </w:tcPr>
          <w:p>
            <w:r>
              <w:t>2.6</w:t>
            </w:r>
          </w:p>
        </w:tc>
        <w:tc>
          <w:tcPr>
            <w:tcW w:type="dxa" w:w="2880"/>
          </w:tcPr>
          <w:p>
            <w:r>
              <w:t>5.2</w:t>
            </w:r>
          </w:p>
        </w:tc>
        <w:tc>
          <w:tcPr>
            <w:tcW w:type="dxa" w:w="2880"/>
          </w:tcPr>
          <w:p>
            <w:r>
              <w:t>1</w:t>
            </w:r>
          </w:p>
        </w:tc>
      </w:tr>
      <w:tr>
        <w:tc>
          <w:tcPr>
            <w:tcW w:type="dxa" w:w="2880"/>
          </w:tcPr>
          <w:p>
            <w:r>
              <w:t>5.2</w:t>
            </w:r>
          </w:p>
        </w:tc>
        <w:tc>
          <w:tcPr>
            <w:tcW w:type="dxa" w:w="2880"/>
          </w:tcPr>
          <w:p>
            <w:r>
              <w:t>7.8</w:t>
            </w:r>
          </w:p>
        </w:tc>
        <w:tc>
          <w:tcPr>
            <w:tcW w:type="dxa" w:w="2880"/>
          </w:tcPr>
          <w:p>
            <w:r>
              <w:t>1</w:t>
            </w:r>
          </w:p>
        </w:tc>
      </w:tr>
      <w:tr>
        <w:tc>
          <w:tcPr>
            <w:tcW w:type="dxa" w:w="2880"/>
          </w:tcPr>
          <w:p>
            <w:r>
              <w:t>7.8</w:t>
            </w:r>
          </w:p>
        </w:tc>
        <w:tc>
          <w:tcPr>
            <w:tcW w:type="dxa" w:w="2880"/>
          </w:tcPr>
          <w:p>
            <w:r>
              <w:t>10.4</w:t>
            </w:r>
          </w:p>
        </w:tc>
        <w:tc>
          <w:tcPr>
            <w:tcW w:type="dxa" w:w="2880"/>
          </w:tcPr>
          <w:p>
            <w:r>
              <w:t>0</w:t>
            </w:r>
          </w:p>
        </w:tc>
      </w:tr>
      <w:tr>
        <w:tc>
          <w:tcPr>
            <w:tcW w:type="dxa" w:w="2880"/>
          </w:tcPr>
          <w:p>
            <w:r>
              <w:t>10.4</w:t>
            </w:r>
          </w:p>
        </w:tc>
        <w:tc>
          <w:tcPr>
            <w:tcW w:type="dxa" w:w="2880"/>
          </w:tcPr>
          <w:p>
            <w:r>
              <w:t>13</w:t>
            </w:r>
          </w:p>
        </w:tc>
        <w:tc>
          <w:tcPr>
            <w:tcW w:type="dxa" w:w="2880"/>
          </w:tcPr>
          <w:p>
            <w:r>
              <w:t>1</w:t>
            </w:r>
          </w:p>
        </w:tc>
      </w:tr>
    </w:tbl>
    <w:p/>
    <w:p>
      <w:pPr>
        <w:pStyle w:val="Heading2"/>
      </w:pPr>
      <w:r>
        <w:t>Figure 40. Summarize within: Protected areas [93]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3.8</w:t>
            </w:r>
          </w:p>
        </w:tc>
        <w:tc>
          <w:tcPr>
            <w:tcW w:type="dxa" w:w="2880"/>
          </w:tcPr>
          <w:p>
            <w:r>
              <w:t>1</w:t>
            </w:r>
          </w:p>
        </w:tc>
      </w:tr>
      <w:tr>
        <w:tc>
          <w:tcPr>
            <w:tcW w:type="dxa" w:w="2880"/>
          </w:tcPr>
          <w:p>
            <w:r>
              <w:t>3.8</w:t>
            </w:r>
          </w:p>
        </w:tc>
        <w:tc>
          <w:tcPr>
            <w:tcW w:type="dxa" w:w="2880"/>
          </w:tcPr>
          <w:p>
            <w:r>
              <w:t>6.6</w:t>
            </w:r>
          </w:p>
        </w:tc>
        <w:tc>
          <w:tcPr>
            <w:tcW w:type="dxa" w:w="2880"/>
          </w:tcPr>
          <w:p>
            <w:r>
              <w:t>0</w:t>
            </w:r>
          </w:p>
        </w:tc>
      </w:tr>
      <w:tr>
        <w:tc>
          <w:tcPr>
            <w:tcW w:type="dxa" w:w="2880"/>
          </w:tcPr>
          <w:p>
            <w:r>
              <w:t>6.6</w:t>
            </w:r>
          </w:p>
        </w:tc>
        <w:tc>
          <w:tcPr>
            <w:tcW w:type="dxa" w:w="2880"/>
          </w:tcPr>
          <w:p>
            <w:r>
              <w:t>9.4</w:t>
            </w:r>
          </w:p>
        </w:tc>
        <w:tc>
          <w:tcPr>
            <w:tcW w:type="dxa" w:w="2880"/>
          </w:tcPr>
          <w:p>
            <w:r>
              <w:t>3</w:t>
            </w:r>
          </w:p>
        </w:tc>
      </w:tr>
      <w:tr>
        <w:tc>
          <w:tcPr>
            <w:tcW w:type="dxa" w:w="2880"/>
          </w:tcPr>
          <w:p>
            <w:r>
              <w:t>9.4</w:t>
            </w:r>
          </w:p>
        </w:tc>
        <w:tc>
          <w:tcPr>
            <w:tcW w:type="dxa" w:w="2880"/>
          </w:tcPr>
          <w:p>
            <w:r>
              <w:t>12.2</w:t>
            </w:r>
          </w:p>
        </w:tc>
        <w:tc>
          <w:tcPr>
            <w:tcW w:type="dxa" w:w="2880"/>
          </w:tcPr>
          <w:p>
            <w:r>
              <w:t>0</w:t>
            </w:r>
          </w:p>
        </w:tc>
      </w:tr>
      <w:tr>
        <w:tc>
          <w:tcPr>
            <w:tcW w:type="dxa" w:w="2880"/>
          </w:tcPr>
          <w:p>
            <w:r>
              <w:t>12.2</w:t>
            </w:r>
          </w:p>
        </w:tc>
        <w:tc>
          <w:tcPr>
            <w:tcW w:type="dxa" w:w="2880"/>
          </w:tcPr>
          <w:p>
            <w:r>
              <w:t>15</w:t>
            </w:r>
          </w:p>
        </w:tc>
        <w:tc>
          <w:tcPr>
            <w:tcW w:type="dxa" w:w="2880"/>
          </w:tcPr>
          <w:p>
            <w:r>
              <w:t>1</w:t>
            </w:r>
          </w:p>
        </w:tc>
      </w:tr>
    </w:tbl>
    <w:p/>
    <w:p>
      <w:pPr>
        <w:pStyle w:val="Heading2"/>
      </w:pPr>
      <w:r>
        <w:t>Figure 41. Summarize within: Protected areas [94]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57</w:t>
            </w:r>
          </w:p>
        </w:tc>
        <w:tc>
          <w:tcPr>
            <w:tcW w:type="dxa" w:w="2880"/>
          </w:tcPr>
          <w:p>
            <w:r>
              <w:t>194</w:t>
            </w:r>
          </w:p>
        </w:tc>
        <w:tc>
          <w:tcPr>
            <w:tcW w:type="dxa" w:w="2880"/>
          </w:tcPr>
          <w:p>
            <w:r>
              <w:t>1</w:t>
            </w:r>
          </w:p>
        </w:tc>
      </w:tr>
      <w:tr>
        <w:tc>
          <w:tcPr>
            <w:tcW w:type="dxa" w:w="2880"/>
          </w:tcPr>
          <w:p>
            <w:r>
              <w:t>194</w:t>
            </w:r>
          </w:p>
        </w:tc>
        <w:tc>
          <w:tcPr>
            <w:tcW w:type="dxa" w:w="2880"/>
          </w:tcPr>
          <w:p>
            <w:r>
              <w:t>331</w:t>
            </w:r>
          </w:p>
        </w:tc>
        <w:tc>
          <w:tcPr>
            <w:tcW w:type="dxa" w:w="2880"/>
          </w:tcPr>
          <w:p>
            <w:r>
              <w:t>1</w:t>
            </w:r>
          </w:p>
        </w:tc>
      </w:tr>
      <w:tr>
        <w:tc>
          <w:tcPr>
            <w:tcW w:type="dxa" w:w="2880"/>
          </w:tcPr>
          <w:p>
            <w:r>
              <w:t>331</w:t>
            </w:r>
          </w:p>
        </w:tc>
        <w:tc>
          <w:tcPr>
            <w:tcW w:type="dxa" w:w="2880"/>
          </w:tcPr>
          <w:p>
            <w:r>
              <w:t>468</w:t>
            </w:r>
          </w:p>
        </w:tc>
        <w:tc>
          <w:tcPr>
            <w:tcW w:type="dxa" w:w="2880"/>
          </w:tcPr>
          <w:p>
            <w:r>
              <w:t>0</w:t>
            </w:r>
          </w:p>
        </w:tc>
      </w:tr>
      <w:tr>
        <w:tc>
          <w:tcPr>
            <w:tcW w:type="dxa" w:w="2880"/>
          </w:tcPr>
          <w:p>
            <w:r>
              <w:t>468</w:t>
            </w:r>
          </w:p>
        </w:tc>
        <w:tc>
          <w:tcPr>
            <w:tcW w:type="dxa" w:w="2880"/>
          </w:tcPr>
          <w:p>
            <w:r>
              <w:t>605</w:t>
            </w:r>
          </w:p>
        </w:tc>
        <w:tc>
          <w:tcPr>
            <w:tcW w:type="dxa" w:w="2880"/>
          </w:tcPr>
          <w:p>
            <w:r>
              <w:t>2</w:t>
            </w:r>
          </w:p>
        </w:tc>
      </w:tr>
      <w:tr>
        <w:tc>
          <w:tcPr>
            <w:tcW w:type="dxa" w:w="2880"/>
          </w:tcPr>
          <w:p>
            <w:r>
              <w:t>605</w:t>
            </w:r>
          </w:p>
        </w:tc>
        <w:tc>
          <w:tcPr>
            <w:tcW w:type="dxa" w:w="2880"/>
          </w:tcPr>
          <w:p>
            <w:r>
              <w:t>742</w:t>
            </w:r>
          </w:p>
        </w:tc>
        <w:tc>
          <w:tcPr>
            <w:tcW w:type="dxa" w:w="2880"/>
          </w:tcPr>
          <w:p>
            <w:r>
              <w:t>1</w:t>
            </w:r>
          </w:p>
        </w:tc>
      </w:tr>
    </w:tbl>
    <w:p/>
    <w:p>
      <w:pPr>
        <w:pStyle w:val="Heading2"/>
      </w:pPr>
      <w:r>
        <w:t>Figure 42. Find point clusters: Water points [95]</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25</w:t>
            </w:r>
          </w:p>
        </w:tc>
        <w:tc>
          <w:tcPr>
            <w:tcW w:type="dxa" w:w="2160"/>
          </w:tcPr>
          <w:p>
            <w:r>
              <w:t>1</w:t>
            </w:r>
          </w:p>
        </w:tc>
        <w:tc>
          <w:tcPr>
            <w:tcW w:type="dxa" w:w="2160"/>
          </w:tcPr>
          <w:p>
            <w:r>
              <w:t>100.0%</w:t>
            </w:r>
          </w:p>
        </w:tc>
      </w:tr>
    </w:tbl>
    <w:p/>
    <w:p>
      <w:pPr>
        <w:pStyle w:val="Heading2"/>
      </w:pPr>
      <w:r>
        <w:t>Figure 43. Find point clusters: cluster hulls [96]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44. Find point clusters: Camera traps [97]</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34</w:t>
            </w:r>
          </w:p>
        </w:tc>
        <w:tc>
          <w:tcPr>
            <w:tcW w:type="dxa" w:w="2160"/>
          </w:tcPr>
          <w:p>
            <w:r>
              <w:t>0.85</w:t>
            </w:r>
          </w:p>
        </w:tc>
        <w:tc>
          <w:tcPr>
            <w:tcW w:type="dxa" w:w="2160"/>
          </w:tcPr>
          <w:p>
            <w:r>
              <w:t>85.0%</w:t>
            </w:r>
          </w:p>
        </w:tc>
      </w:tr>
      <w:tr>
        <w:tc>
          <w:tcPr>
            <w:tcW w:type="dxa" w:w="2160"/>
          </w:tcPr>
          <w:p>
            <w:r>
              <w:t>1</w:t>
            </w:r>
          </w:p>
        </w:tc>
        <w:tc>
          <w:tcPr>
            <w:tcW w:type="dxa" w:w="2160"/>
          </w:tcPr>
          <w:p>
            <w:r>
              <w:t>3</w:t>
            </w:r>
          </w:p>
        </w:tc>
        <w:tc>
          <w:tcPr>
            <w:tcW w:type="dxa" w:w="2160"/>
          </w:tcPr>
          <w:p>
            <w:r>
              <w:t>0.075</w:t>
            </w:r>
          </w:p>
        </w:tc>
        <w:tc>
          <w:tcPr>
            <w:tcW w:type="dxa" w:w="2160"/>
          </w:tcPr>
          <w:p>
            <w:r>
              <w:t>7.5%</w:t>
            </w:r>
          </w:p>
        </w:tc>
      </w:tr>
      <w:tr>
        <w:tc>
          <w:tcPr>
            <w:tcW w:type="dxa" w:w="2160"/>
          </w:tcPr>
          <w:p>
            <w:r>
              <w:t>Noise</w:t>
            </w:r>
          </w:p>
        </w:tc>
        <w:tc>
          <w:tcPr>
            <w:tcW w:type="dxa" w:w="2160"/>
          </w:tcPr>
          <w:p>
            <w:r>
              <w:t>3</w:t>
            </w:r>
          </w:p>
        </w:tc>
        <w:tc>
          <w:tcPr>
            <w:tcW w:type="dxa" w:w="2160"/>
          </w:tcPr>
          <w:p>
            <w:r>
              <w:t>0.075</w:t>
            </w:r>
          </w:p>
        </w:tc>
        <w:tc>
          <w:tcPr>
            <w:tcW w:type="dxa" w:w="2160"/>
          </w:tcPr>
          <w:p>
            <w:r>
              <w:t>7.5%</w:t>
            </w:r>
          </w:p>
        </w:tc>
      </w:tr>
    </w:tbl>
    <w:p/>
    <w:p>
      <w:pPr>
        <w:pStyle w:val="Heading2"/>
      </w:pPr>
      <w:r>
        <w:t>Figure 45. Find point clusters: cluster hulls [98]</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0.5</w:t>
            </w:r>
          </w:p>
        </w:tc>
        <w:tc>
          <w:tcPr>
            <w:tcW w:type="dxa" w:w="2160"/>
          </w:tcPr>
          <w:p>
            <w:r>
              <w:t>50.0%</w:t>
            </w:r>
          </w:p>
        </w:tc>
      </w:tr>
      <w:tr>
        <w:tc>
          <w:tcPr>
            <w:tcW w:type="dxa" w:w="2160"/>
          </w:tcPr>
          <w:p>
            <w:r>
              <w:t>1</w:t>
            </w:r>
          </w:p>
        </w:tc>
        <w:tc>
          <w:tcPr>
            <w:tcW w:type="dxa" w:w="2160"/>
          </w:tcPr>
          <w:p>
            <w:r>
              <w:t>1</w:t>
            </w:r>
          </w:p>
        </w:tc>
        <w:tc>
          <w:tcPr>
            <w:tcW w:type="dxa" w:w="2160"/>
          </w:tcPr>
          <w:p>
            <w:r>
              <w:t>0.5</w:t>
            </w:r>
          </w:p>
        </w:tc>
        <w:tc>
          <w:tcPr>
            <w:tcW w:type="dxa" w:w="2160"/>
          </w:tcPr>
          <w:p>
            <w:r>
              <w:t>50.0%</w:t>
            </w:r>
          </w:p>
        </w:tc>
      </w:tr>
    </w:tbl>
    <w:p/>
    <w:p>
      <w:pPr>
        <w:pStyle w:val="Heading2"/>
      </w:pPr>
      <w:r>
        <w:t>Figure 46. Find point clusters: Wildlife sightings [99]</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812</w:t>
            </w:r>
          </w:p>
        </w:tc>
        <w:tc>
          <w:tcPr>
            <w:tcW w:type="dxa" w:w="2160"/>
          </w:tcPr>
          <w:p>
            <w:r>
              <w:t>0.406</w:t>
            </w:r>
          </w:p>
        </w:tc>
        <w:tc>
          <w:tcPr>
            <w:tcW w:type="dxa" w:w="2160"/>
          </w:tcPr>
          <w:p>
            <w:r>
              <w:t>40.6%</w:t>
            </w:r>
          </w:p>
        </w:tc>
      </w:tr>
      <w:tr>
        <w:tc>
          <w:tcPr>
            <w:tcW w:type="dxa" w:w="2160"/>
          </w:tcPr>
          <w:p>
            <w:r>
              <w:t>0</w:t>
            </w:r>
          </w:p>
        </w:tc>
        <w:tc>
          <w:tcPr>
            <w:tcW w:type="dxa" w:w="2160"/>
          </w:tcPr>
          <w:p>
            <w:r>
              <w:t>368</w:t>
            </w:r>
          </w:p>
        </w:tc>
        <w:tc>
          <w:tcPr>
            <w:tcW w:type="dxa" w:w="2160"/>
          </w:tcPr>
          <w:p>
            <w:r>
              <w:t>0.184</w:t>
            </w:r>
          </w:p>
        </w:tc>
        <w:tc>
          <w:tcPr>
            <w:tcW w:type="dxa" w:w="2160"/>
          </w:tcPr>
          <w:p>
            <w:r>
              <w:t>18.4%</w:t>
            </w:r>
          </w:p>
        </w:tc>
      </w:tr>
      <w:tr>
        <w:tc>
          <w:tcPr>
            <w:tcW w:type="dxa" w:w="2160"/>
          </w:tcPr>
          <w:p>
            <w:r>
              <w:t>1</w:t>
            </w:r>
          </w:p>
        </w:tc>
        <w:tc>
          <w:tcPr>
            <w:tcW w:type="dxa" w:w="2160"/>
          </w:tcPr>
          <w:p>
            <w:r>
              <w:t>214</w:t>
            </w:r>
          </w:p>
        </w:tc>
        <w:tc>
          <w:tcPr>
            <w:tcW w:type="dxa" w:w="2160"/>
          </w:tcPr>
          <w:p>
            <w:r>
              <w:t>0.107</w:t>
            </w:r>
          </w:p>
        </w:tc>
        <w:tc>
          <w:tcPr>
            <w:tcW w:type="dxa" w:w="2160"/>
          </w:tcPr>
          <w:p>
            <w:r>
              <w:t>10.7%</w:t>
            </w:r>
          </w:p>
        </w:tc>
      </w:tr>
      <w:tr>
        <w:tc>
          <w:tcPr>
            <w:tcW w:type="dxa" w:w="2160"/>
          </w:tcPr>
          <w:p>
            <w:r>
              <w:t>3</w:t>
            </w:r>
          </w:p>
        </w:tc>
        <w:tc>
          <w:tcPr>
            <w:tcW w:type="dxa" w:w="2160"/>
          </w:tcPr>
          <w:p>
            <w:r>
              <w:t>188</w:t>
            </w:r>
          </w:p>
        </w:tc>
        <w:tc>
          <w:tcPr>
            <w:tcW w:type="dxa" w:w="2160"/>
          </w:tcPr>
          <w:p>
            <w:r>
              <w:t>0.094</w:t>
            </w:r>
          </w:p>
        </w:tc>
        <w:tc>
          <w:tcPr>
            <w:tcW w:type="dxa" w:w="2160"/>
          </w:tcPr>
          <w:p>
            <w:r>
              <w:t>9.4%</w:t>
            </w:r>
          </w:p>
        </w:tc>
      </w:tr>
      <w:tr>
        <w:tc>
          <w:tcPr>
            <w:tcW w:type="dxa" w:w="2160"/>
          </w:tcPr>
          <w:p>
            <w:r>
              <w:t>2</w:t>
            </w:r>
          </w:p>
        </w:tc>
        <w:tc>
          <w:tcPr>
            <w:tcW w:type="dxa" w:w="2160"/>
          </w:tcPr>
          <w:p>
            <w:r>
              <w:t>174</w:t>
            </w:r>
          </w:p>
        </w:tc>
        <w:tc>
          <w:tcPr>
            <w:tcW w:type="dxa" w:w="2160"/>
          </w:tcPr>
          <w:p>
            <w:r>
              <w:t>0.087</w:t>
            </w:r>
          </w:p>
        </w:tc>
        <w:tc>
          <w:tcPr>
            <w:tcW w:type="dxa" w:w="2160"/>
          </w:tcPr>
          <w:p>
            <w:r>
              <w:t>8.7%</w:t>
            </w:r>
          </w:p>
        </w:tc>
      </w:tr>
      <w:tr>
        <w:tc>
          <w:tcPr>
            <w:tcW w:type="dxa" w:w="2160"/>
          </w:tcPr>
          <w:p>
            <w:r>
              <w:t>4</w:t>
            </w:r>
          </w:p>
        </w:tc>
        <w:tc>
          <w:tcPr>
            <w:tcW w:type="dxa" w:w="2160"/>
          </w:tcPr>
          <w:p>
            <w:r>
              <w:t>79</w:t>
            </w:r>
          </w:p>
        </w:tc>
        <w:tc>
          <w:tcPr>
            <w:tcW w:type="dxa" w:w="2160"/>
          </w:tcPr>
          <w:p>
            <w:r>
              <w:t>0.0395</w:t>
            </w:r>
          </w:p>
        </w:tc>
        <w:tc>
          <w:tcPr>
            <w:tcW w:type="dxa" w:w="2160"/>
          </w:tcPr>
          <w:p>
            <w:r>
              <w:t>4.0%</w:t>
            </w:r>
          </w:p>
        </w:tc>
      </w:tr>
      <w:tr>
        <w:tc>
          <w:tcPr>
            <w:tcW w:type="dxa" w:w="2160"/>
          </w:tcPr>
          <w:p>
            <w:r>
              <w:t>7</w:t>
            </w:r>
          </w:p>
        </w:tc>
        <w:tc>
          <w:tcPr>
            <w:tcW w:type="dxa" w:w="2160"/>
          </w:tcPr>
          <w:p>
            <w:r>
              <w:t>60</w:t>
            </w:r>
          </w:p>
        </w:tc>
        <w:tc>
          <w:tcPr>
            <w:tcW w:type="dxa" w:w="2160"/>
          </w:tcPr>
          <w:p>
            <w:r>
              <w:t>0.03</w:t>
            </w:r>
          </w:p>
        </w:tc>
        <w:tc>
          <w:tcPr>
            <w:tcW w:type="dxa" w:w="2160"/>
          </w:tcPr>
          <w:p>
            <w:r>
              <w:t>3.0%</w:t>
            </w:r>
          </w:p>
        </w:tc>
      </w:tr>
      <w:tr>
        <w:tc>
          <w:tcPr>
            <w:tcW w:type="dxa" w:w="2160"/>
          </w:tcPr>
          <w:p>
            <w:r>
              <w:t>6</w:t>
            </w:r>
          </w:p>
        </w:tc>
        <w:tc>
          <w:tcPr>
            <w:tcW w:type="dxa" w:w="2160"/>
          </w:tcPr>
          <w:p>
            <w:r>
              <w:t>41</w:t>
            </w:r>
          </w:p>
        </w:tc>
        <w:tc>
          <w:tcPr>
            <w:tcW w:type="dxa" w:w="2160"/>
          </w:tcPr>
          <w:p>
            <w:r>
              <w:t>0.0205</w:t>
            </w:r>
          </w:p>
        </w:tc>
        <w:tc>
          <w:tcPr>
            <w:tcW w:type="dxa" w:w="2160"/>
          </w:tcPr>
          <w:p>
            <w:r>
              <w:t>2.1%</w:t>
            </w:r>
          </w:p>
        </w:tc>
      </w:tr>
      <w:tr>
        <w:tc>
          <w:tcPr>
            <w:tcW w:type="dxa" w:w="2160"/>
          </w:tcPr>
          <w:p>
            <w:r>
              <w:t>5</w:t>
            </w:r>
          </w:p>
        </w:tc>
        <w:tc>
          <w:tcPr>
            <w:tcW w:type="dxa" w:w="2160"/>
          </w:tcPr>
          <w:p>
            <w:r>
              <w:t>34</w:t>
            </w:r>
          </w:p>
        </w:tc>
        <w:tc>
          <w:tcPr>
            <w:tcW w:type="dxa" w:w="2160"/>
          </w:tcPr>
          <w:p>
            <w:r>
              <w:t>0.017</w:t>
            </w:r>
          </w:p>
        </w:tc>
        <w:tc>
          <w:tcPr>
            <w:tcW w:type="dxa" w:w="2160"/>
          </w:tcPr>
          <w:p>
            <w:r>
              <w:t>1.7%</w:t>
            </w:r>
          </w:p>
        </w:tc>
      </w:tr>
      <w:tr>
        <w:tc>
          <w:tcPr>
            <w:tcW w:type="dxa" w:w="2160"/>
          </w:tcPr>
          <w:p>
            <w:r>
              <w:t>8</w:t>
            </w:r>
          </w:p>
        </w:tc>
        <w:tc>
          <w:tcPr>
            <w:tcW w:type="dxa" w:w="2160"/>
          </w:tcPr>
          <w:p>
            <w:r>
              <w:t>16</w:t>
            </w:r>
          </w:p>
        </w:tc>
        <w:tc>
          <w:tcPr>
            <w:tcW w:type="dxa" w:w="2160"/>
          </w:tcPr>
          <w:p>
            <w:r>
              <w:t>0.008</w:t>
            </w:r>
          </w:p>
        </w:tc>
        <w:tc>
          <w:tcPr>
            <w:tcW w:type="dxa" w:w="2160"/>
          </w:tcPr>
          <w:p>
            <w:r>
              <w:t>0.8%</w:t>
            </w:r>
          </w:p>
        </w:tc>
      </w:tr>
      <w:tr>
        <w:tc>
          <w:tcPr>
            <w:tcW w:type="dxa" w:w="2160"/>
          </w:tcPr>
          <w:p>
            <w:r>
              <w:t>9</w:t>
            </w:r>
          </w:p>
        </w:tc>
        <w:tc>
          <w:tcPr>
            <w:tcW w:type="dxa" w:w="2160"/>
          </w:tcPr>
          <w:p>
            <w:r>
              <w:t>14</w:t>
            </w:r>
          </w:p>
        </w:tc>
        <w:tc>
          <w:tcPr>
            <w:tcW w:type="dxa" w:w="2160"/>
          </w:tcPr>
          <w:p>
            <w:r>
              <w:t>0.007</w:t>
            </w:r>
          </w:p>
        </w:tc>
        <w:tc>
          <w:tcPr>
            <w:tcW w:type="dxa" w:w="2160"/>
          </w:tcPr>
          <w:p>
            <w:r>
              <w:t>0.7%</w:t>
            </w:r>
          </w:p>
        </w:tc>
      </w:tr>
    </w:tbl>
    <w:p/>
    <w:p>
      <w:pPr>
        <w:pStyle w:val="Heading2"/>
      </w:pPr>
      <w:r>
        <w:t>Figure 47. Find point clusters: cluster hulls [100]</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0.1</w:t>
            </w:r>
          </w:p>
        </w:tc>
        <w:tc>
          <w:tcPr>
            <w:tcW w:type="dxa" w:w="2160"/>
          </w:tcPr>
          <w:p>
            <w:r>
              <w:t>10.0%</w:t>
            </w:r>
          </w:p>
        </w:tc>
      </w:tr>
      <w:tr>
        <w:tc>
          <w:tcPr>
            <w:tcW w:type="dxa" w:w="2160"/>
          </w:tcPr>
          <w:p>
            <w:r>
              <w:t>1</w:t>
            </w:r>
          </w:p>
        </w:tc>
        <w:tc>
          <w:tcPr>
            <w:tcW w:type="dxa" w:w="2160"/>
          </w:tcPr>
          <w:p>
            <w:r>
              <w:t>1</w:t>
            </w:r>
          </w:p>
        </w:tc>
        <w:tc>
          <w:tcPr>
            <w:tcW w:type="dxa" w:w="2160"/>
          </w:tcPr>
          <w:p>
            <w:r>
              <w:t>0.1</w:t>
            </w:r>
          </w:p>
        </w:tc>
        <w:tc>
          <w:tcPr>
            <w:tcW w:type="dxa" w:w="2160"/>
          </w:tcPr>
          <w:p>
            <w:r>
              <w:t>10.0%</w:t>
            </w:r>
          </w:p>
        </w:tc>
      </w:tr>
      <w:tr>
        <w:tc>
          <w:tcPr>
            <w:tcW w:type="dxa" w:w="2160"/>
          </w:tcPr>
          <w:p>
            <w:r>
              <w:t>2</w:t>
            </w:r>
          </w:p>
        </w:tc>
        <w:tc>
          <w:tcPr>
            <w:tcW w:type="dxa" w:w="2160"/>
          </w:tcPr>
          <w:p>
            <w:r>
              <w:t>1</w:t>
            </w:r>
          </w:p>
        </w:tc>
        <w:tc>
          <w:tcPr>
            <w:tcW w:type="dxa" w:w="2160"/>
          </w:tcPr>
          <w:p>
            <w:r>
              <w:t>0.1</w:t>
            </w:r>
          </w:p>
        </w:tc>
        <w:tc>
          <w:tcPr>
            <w:tcW w:type="dxa" w:w="2160"/>
          </w:tcPr>
          <w:p>
            <w:r>
              <w:t>10.0%</w:t>
            </w:r>
          </w:p>
        </w:tc>
      </w:tr>
      <w:tr>
        <w:tc>
          <w:tcPr>
            <w:tcW w:type="dxa" w:w="2160"/>
          </w:tcPr>
          <w:p>
            <w:r>
              <w:t>3</w:t>
            </w:r>
          </w:p>
        </w:tc>
        <w:tc>
          <w:tcPr>
            <w:tcW w:type="dxa" w:w="2160"/>
          </w:tcPr>
          <w:p>
            <w:r>
              <w:t>1</w:t>
            </w:r>
          </w:p>
        </w:tc>
        <w:tc>
          <w:tcPr>
            <w:tcW w:type="dxa" w:w="2160"/>
          </w:tcPr>
          <w:p>
            <w:r>
              <w:t>0.1</w:t>
            </w:r>
          </w:p>
        </w:tc>
        <w:tc>
          <w:tcPr>
            <w:tcW w:type="dxa" w:w="2160"/>
          </w:tcPr>
          <w:p>
            <w:r>
              <w:t>10.0%</w:t>
            </w:r>
          </w:p>
        </w:tc>
      </w:tr>
      <w:tr>
        <w:tc>
          <w:tcPr>
            <w:tcW w:type="dxa" w:w="2160"/>
          </w:tcPr>
          <w:p>
            <w:r>
              <w:t>4</w:t>
            </w:r>
          </w:p>
        </w:tc>
        <w:tc>
          <w:tcPr>
            <w:tcW w:type="dxa" w:w="2160"/>
          </w:tcPr>
          <w:p>
            <w:r>
              <w:t>1</w:t>
            </w:r>
          </w:p>
        </w:tc>
        <w:tc>
          <w:tcPr>
            <w:tcW w:type="dxa" w:w="2160"/>
          </w:tcPr>
          <w:p>
            <w:r>
              <w:t>0.1</w:t>
            </w:r>
          </w:p>
        </w:tc>
        <w:tc>
          <w:tcPr>
            <w:tcW w:type="dxa" w:w="2160"/>
          </w:tcPr>
          <w:p>
            <w:r>
              <w:t>10.0%</w:t>
            </w:r>
          </w:p>
        </w:tc>
      </w:tr>
      <w:tr>
        <w:tc>
          <w:tcPr>
            <w:tcW w:type="dxa" w:w="2160"/>
          </w:tcPr>
          <w:p>
            <w:r>
              <w:t>5</w:t>
            </w:r>
          </w:p>
        </w:tc>
        <w:tc>
          <w:tcPr>
            <w:tcW w:type="dxa" w:w="2160"/>
          </w:tcPr>
          <w:p>
            <w:r>
              <w:t>1</w:t>
            </w:r>
          </w:p>
        </w:tc>
        <w:tc>
          <w:tcPr>
            <w:tcW w:type="dxa" w:w="2160"/>
          </w:tcPr>
          <w:p>
            <w:r>
              <w:t>0.1</w:t>
            </w:r>
          </w:p>
        </w:tc>
        <w:tc>
          <w:tcPr>
            <w:tcW w:type="dxa" w:w="2160"/>
          </w:tcPr>
          <w:p>
            <w:r>
              <w:t>10.0%</w:t>
            </w:r>
          </w:p>
        </w:tc>
      </w:tr>
      <w:tr>
        <w:tc>
          <w:tcPr>
            <w:tcW w:type="dxa" w:w="2160"/>
          </w:tcPr>
          <w:p>
            <w:r>
              <w:t>6</w:t>
            </w:r>
          </w:p>
        </w:tc>
        <w:tc>
          <w:tcPr>
            <w:tcW w:type="dxa" w:w="2160"/>
          </w:tcPr>
          <w:p>
            <w:r>
              <w:t>1</w:t>
            </w:r>
          </w:p>
        </w:tc>
        <w:tc>
          <w:tcPr>
            <w:tcW w:type="dxa" w:w="2160"/>
          </w:tcPr>
          <w:p>
            <w:r>
              <w:t>0.1</w:t>
            </w:r>
          </w:p>
        </w:tc>
        <w:tc>
          <w:tcPr>
            <w:tcW w:type="dxa" w:w="2160"/>
          </w:tcPr>
          <w:p>
            <w:r>
              <w:t>10.0%</w:t>
            </w:r>
          </w:p>
        </w:tc>
      </w:tr>
      <w:tr>
        <w:tc>
          <w:tcPr>
            <w:tcW w:type="dxa" w:w="2160"/>
          </w:tcPr>
          <w:p>
            <w:r>
              <w:t>7</w:t>
            </w:r>
          </w:p>
        </w:tc>
        <w:tc>
          <w:tcPr>
            <w:tcW w:type="dxa" w:w="2160"/>
          </w:tcPr>
          <w:p>
            <w:r>
              <w:t>1</w:t>
            </w:r>
          </w:p>
        </w:tc>
        <w:tc>
          <w:tcPr>
            <w:tcW w:type="dxa" w:w="2160"/>
          </w:tcPr>
          <w:p>
            <w:r>
              <w:t>0.1</w:t>
            </w:r>
          </w:p>
        </w:tc>
        <w:tc>
          <w:tcPr>
            <w:tcW w:type="dxa" w:w="2160"/>
          </w:tcPr>
          <w:p>
            <w:r>
              <w:t>10.0%</w:t>
            </w:r>
          </w:p>
        </w:tc>
      </w:tr>
      <w:tr>
        <w:tc>
          <w:tcPr>
            <w:tcW w:type="dxa" w:w="2160"/>
          </w:tcPr>
          <w:p>
            <w:r>
              <w:t>8</w:t>
            </w:r>
          </w:p>
        </w:tc>
        <w:tc>
          <w:tcPr>
            <w:tcW w:type="dxa" w:w="2160"/>
          </w:tcPr>
          <w:p>
            <w:r>
              <w:t>1</w:t>
            </w:r>
          </w:p>
        </w:tc>
        <w:tc>
          <w:tcPr>
            <w:tcW w:type="dxa" w:w="2160"/>
          </w:tcPr>
          <w:p>
            <w:r>
              <w:t>0.1</w:t>
            </w:r>
          </w:p>
        </w:tc>
        <w:tc>
          <w:tcPr>
            <w:tcW w:type="dxa" w:w="2160"/>
          </w:tcPr>
          <w:p>
            <w:r>
              <w:t>10.0%</w:t>
            </w:r>
          </w:p>
        </w:tc>
      </w:tr>
      <w:tr>
        <w:tc>
          <w:tcPr>
            <w:tcW w:type="dxa" w:w="2160"/>
          </w:tcPr>
          <w:p>
            <w:r>
              <w:t>9</w:t>
            </w:r>
          </w:p>
        </w:tc>
        <w:tc>
          <w:tcPr>
            <w:tcW w:type="dxa" w:w="2160"/>
          </w:tcPr>
          <w:p>
            <w:r>
              <w:t>1</w:t>
            </w:r>
          </w:p>
        </w:tc>
        <w:tc>
          <w:tcPr>
            <w:tcW w:type="dxa" w:w="2160"/>
          </w:tcPr>
          <w:p>
            <w:r>
              <w:t>0.1</w:t>
            </w:r>
          </w:p>
        </w:tc>
        <w:tc>
          <w:tcPr>
            <w:tcW w:type="dxa" w:w="2160"/>
          </w:tcPr>
          <w:p>
            <w:r>
              <w:t>10.0%</w:t>
            </w:r>
          </w:p>
        </w:tc>
      </w:tr>
    </w:tbl>
    <w:p/>
    <w:p>
      <w:pPr>
        <w:pStyle w:val="Heading2"/>
      </w:pPr>
      <w:r>
        <w:t>Figure 48. NDVI change polygons [101]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561.9</w:t>
            </w:r>
          </w:p>
        </w:tc>
        <w:tc>
          <w:tcPr>
            <w:tcW w:type="dxa" w:w="2880"/>
          </w:tcPr>
          <w:p>
            <w:r>
              <w:t>980</w:t>
            </w:r>
          </w:p>
        </w:tc>
      </w:tr>
      <w:tr>
        <w:tc>
          <w:tcPr>
            <w:tcW w:type="dxa" w:w="2880"/>
          </w:tcPr>
          <w:p>
            <w:r>
              <w:t>561.9</w:t>
            </w:r>
          </w:p>
        </w:tc>
        <w:tc>
          <w:tcPr>
            <w:tcW w:type="dxa" w:w="2880"/>
          </w:tcPr>
          <w:p>
            <w:r>
              <w:t>1,123</w:t>
            </w:r>
          </w:p>
        </w:tc>
        <w:tc>
          <w:tcPr>
            <w:tcW w:type="dxa" w:w="2880"/>
          </w:tcPr>
          <w:p>
            <w:r>
              <w:t>0</w:t>
            </w:r>
          </w:p>
        </w:tc>
      </w:tr>
      <w:tr>
        <w:tc>
          <w:tcPr>
            <w:tcW w:type="dxa" w:w="2880"/>
          </w:tcPr>
          <w:p>
            <w:r>
              <w:t>1,123</w:t>
            </w:r>
          </w:p>
        </w:tc>
        <w:tc>
          <w:tcPr>
            <w:tcW w:type="dxa" w:w="2880"/>
          </w:tcPr>
          <w:p>
            <w:r>
              <w:t>1,684</w:t>
            </w:r>
          </w:p>
        </w:tc>
        <w:tc>
          <w:tcPr>
            <w:tcW w:type="dxa" w:w="2880"/>
          </w:tcPr>
          <w:p>
            <w:r>
              <w:t>0</w:t>
            </w:r>
          </w:p>
        </w:tc>
      </w:tr>
      <w:tr>
        <w:tc>
          <w:tcPr>
            <w:tcW w:type="dxa" w:w="2880"/>
          </w:tcPr>
          <w:p>
            <w:r>
              <w:t>1,684</w:t>
            </w:r>
          </w:p>
        </w:tc>
        <w:tc>
          <w:tcPr>
            <w:tcW w:type="dxa" w:w="2880"/>
          </w:tcPr>
          <w:p>
            <w:r>
              <w:t>2,245</w:t>
            </w:r>
          </w:p>
        </w:tc>
        <w:tc>
          <w:tcPr>
            <w:tcW w:type="dxa" w:w="2880"/>
          </w:tcPr>
          <w:p>
            <w:r>
              <w:t>0</w:t>
            </w:r>
          </w:p>
        </w:tc>
      </w:tr>
      <w:tr>
        <w:tc>
          <w:tcPr>
            <w:tcW w:type="dxa" w:w="2880"/>
          </w:tcPr>
          <w:p>
            <w:r>
              <w:t>2,245</w:t>
            </w:r>
          </w:p>
        </w:tc>
        <w:tc>
          <w:tcPr>
            <w:tcW w:type="dxa" w:w="2880"/>
          </w:tcPr>
          <w:p>
            <w:r>
              <w:t>2,806</w:t>
            </w:r>
          </w:p>
        </w:tc>
        <w:tc>
          <w:tcPr>
            <w:tcW w:type="dxa" w:w="2880"/>
          </w:tcPr>
          <w:p>
            <w:r>
              <w:t>1</w:t>
            </w:r>
          </w:p>
        </w:tc>
      </w:tr>
      <w:tr>
        <w:tc>
          <w:tcPr>
            <w:tcW w:type="dxa" w:w="2880"/>
          </w:tcPr>
          <w:p>
            <w:r>
              <w:t>2,806</w:t>
            </w:r>
          </w:p>
        </w:tc>
        <w:tc>
          <w:tcPr>
            <w:tcW w:type="dxa" w:w="2880"/>
          </w:tcPr>
          <w:p>
            <w:r>
              <w:t>3,366</w:t>
            </w:r>
          </w:p>
        </w:tc>
        <w:tc>
          <w:tcPr>
            <w:tcW w:type="dxa" w:w="2880"/>
          </w:tcPr>
          <w:p>
            <w:r>
              <w:t>0</w:t>
            </w:r>
          </w:p>
        </w:tc>
      </w:tr>
      <w:tr>
        <w:tc>
          <w:tcPr>
            <w:tcW w:type="dxa" w:w="2880"/>
          </w:tcPr>
          <w:p>
            <w:r>
              <w:t>3,366</w:t>
            </w:r>
          </w:p>
        </w:tc>
        <w:tc>
          <w:tcPr>
            <w:tcW w:type="dxa" w:w="2880"/>
          </w:tcPr>
          <w:p>
            <w:r>
              <w:t>3,927</w:t>
            </w:r>
          </w:p>
        </w:tc>
        <w:tc>
          <w:tcPr>
            <w:tcW w:type="dxa" w:w="2880"/>
          </w:tcPr>
          <w:p>
            <w:r>
              <w:t>1</w:t>
            </w:r>
          </w:p>
        </w:tc>
      </w:tr>
      <w:tr>
        <w:tc>
          <w:tcPr>
            <w:tcW w:type="dxa" w:w="2880"/>
          </w:tcPr>
          <w:p>
            <w:r>
              <w:t>3,927</w:t>
            </w:r>
          </w:p>
        </w:tc>
        <w:tc>
          <w:tcPr>
            <w:tcW w:type="dxa" w:w="2880"/>
          </w:tcPr>
          <w:p>
            <w:r>
              <w:t>4,488</w:t>
            </w:r>
          </w:p>
        </w:tc>
        <w:tc>
          <w:tcPr>
            <w:tcW w:type="dxa" w:w="2880"/>
          </w:tcPr>
          <w:p>
            <w:r>
              <w:t>1</w:t>
            </w:r>
          </w:p>
        </w:tc>
      </w:tr>
      <w:tr>
        <w:tc>
          <w:tcPr>
            <w:tcW w:type="dxa" w:w="2880"/>
          </w:tcPr>
          <w:p>
            <w:r>
              <w:t>4,488</w:t>
            </w:r>
          </w:p>
        </w:tc>
        <w:tc>
          <w:tcPr>
            <w:tcW w:type="dxa" w:w="2880"/>
          </w:tcPr>
          <w:p>
            <w:r>
              <w:t>5,049</w:t>
            </w:r>
          </w:p>
        </w:tc>
        <w:tc>
          <w:tcPr>
            <w:tcW w:type="dxa" w:w="2880"/>
          </w:tcPr>
          <w:p>
            <w:r>
              <w:t>0</w:t>
            </w:r>
          </w:p>
        </w:tc>
      </w:tr>
      <w:tr>
        <w:tc>
          <w:tcPr>
            <w:tcW w:type="dxa" w:w="2880"/>
          </w:tcPr>
          <w:p>
            <w:r>
              <w:t>5,049</w:t>
            </w:r>
          </w:p>
        </w:tc>
        <w:tc>
          <w:tcPr>
            <w:tcW w:type="dxa" w:w="2880"/>
          </w:tcPr>
          <w:p>
            <w:r>
              <w:t>5,610</w:t>
            </w:r>
          </w:p>
        </w:tc>
        <w:tc>
          <w:tcPr>
            <w:tcW w:type="dxa" w:w="2880"/>
          </w:tcPr>
          <w:p>
            <w:r>
              <w:t>0</w:t>
            </w:r>
          </w:p>
        </w:tc>
      </w:tr>
      <w:tr>
        <w:tc>
          <w:tcPr>
            <w:tcW w:type="dxa" w:w="2880"/>
          </w:tcPr>
          <w:p>
            <w:r>
              <w:t>5,610</w:t>
            </w:r>
          </w:p>
        </w:tc>
        <w:tc>
          <w:tcPr>
            <w:tcW w:type="dxa" w:w="2880"/>
          </w:tcPr>
          <w:p>
            <w:r>
              <w:t>6,171</w:t>
            </w:r>
          </w:p>
        </w:tc>
        <w:tc>
          <w:tcPr>
            <w:tcW w:type="dxa" w:w="2880"/>
          </w:tcPr>
          <w:p>
            <w:r>
              <w:t>1</w:t>
            </w:r>
          </w:p>
        </w:tc>
      </w:tr>
    </w:tbl>
    <w:p/>
    <w:p>
      <w:pPr>
        <w:pStyle w:val="Heading2"/>
      </w:pPr>
      <w:r>
        <w:t>Figure 49. Find point clusters: Wildlife sightings over time [102]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2020-01-01</w:t>
            </w:r>
          </w:p>
        </w:tc>
        <w:tc>
          <w:tcPr>
            <w:tcW w:type="dxa" w:w="2880"/>
          </w:tcPr>
          <w:p>
            <w:r>
              <w:t>elephant</w:t>
            </w:r>
          </w:p>
        </w:tc>
        <w:tc>
          <w:tcPr>
            <w:tcW w:type="dxa" w:w="2880"/>
          </w:tcPr>
          <w:p>
            <w:r>
              <w:t>9</w:t>
            </w:r>
          </w:p>
        </w:tc>
      </w:tr>
      <w:tr>
        <w:tc>
          <w:tcPr>
            <w:tcW w:type="dxa" w:w="2880"/>
          </w:tcPr>
          <w:p>
            <w:r>
              <w:t>2020-01-01</w:t>
            </w:r>
          </w:p>
        </w:tc>
        <w:tc>
          <w:tcPr>
            <w:tcW w:type="dxa" w:w="2880"/>
          </w:tcPr>
          <w:p>
            <w:r>
              <w:t>buffalo</w:t>
            </w:r>
          </w:p>
        </w:tc>
        <w:tc>
          <w:tcPr>
            <w:tcW w:type="dxa" w:w="2880"/>
          </w:tcPr>
          <w:p>
            <w:r>
              <w:t>9</w:t>
            </w:r>
          </w:p>
        </w:tc>
      </w:tr>
      <w:tr>
        <w:tc>
          <w:tcPr>
            <w:tcW w:type="dxa" w:w="2880"/>
          </w:tcPr>
          <w:p>
            <w:r>
              <w:t>2020-01-01</w:t>
            </w:r>
          </w:p>
        </w:tc>
        <w:tc>
          <w:tcPr>
            <w:tcW w:type="dxa" w:w="2880"/>
          </w:tcPr>
          <w:p>
            <w:r>
              <w:t>giraffe</w:t>
            </w:r>
          </w:p>
        </w:tc>
        <w:tc>
          <w:tcPr>
            <w:tcW w:type="dxa" w:w="2880"/>
          </w:tcPr>
          <w:p>
            <w:r>
              <w:t>5</w:t>
            </w:r>
          </w:p>
        </w:tc>
      </w:tr>
      <w:tr>
        <w:tc>
          <w:tcPr>
            <w:tcW w:type="dxa" w:w="2880"/>
          </w:tcPr>
          <w:p>
            <w:r>
              <w:t>2020-01-01</w:t>
            </w:r>
          </w:p>
        </w:tc>
        <w:tc>
          <w:tcPr>
            <w:tcW w:type="dxa" w:w="2880"/>
          </w:tcPr>
          <w:p>
            <w:r>
              <w:t>hippo</w:t>
            </w:r>
          </w:p>
        </w:tc>
        <w:tc>
          <w:tcPr>
            <w:tcW w:type="dxa" w:w="2880"/>
          </w:tcPr>
          <w:p>
            <w:r>
              <w:t>8</w:t>
            </w:r>
          </w:p>
        </w:tc>
      </w:tr>
      <w:tr>
        <w:tc>
          <w:tcPr>
            <w:tcW w:type="dxa" w:w="2880"/>
          </w:tcPr>
          <w:p>
            <w:r>
              <w:t>2020-01-01</w:t>
            </w:r>
          </w:p>
        </w:tc>
        <w:tc>
          <w:tcPr>
            <w:tcW w:type="dxa" w:w="2880"/>
          </w:tcPr>
          <w:p>
            <w:r>
              <w:t>red lechwe</w:t>
            </w:r>
          </w:p>
        </w:tc>
        <w:tc>
          <w:tcPr>
            <w:tcW w:type="dxa" w:w="2880"/>
          </w:tcPr>
          <w:p>
            <w:r>
              <w:t>9</w:t>
            </w:r>
          </w:p>
        </w:tc>
      </w:tr>
      <w:tr>
        <w:tc>
          <w:tcPr>
            <w:tcW w:type="dxa" w:w="2880"/>
          </w:tcPr>
          <w:p>
            <w:r>
              <w:t>2020-01-01</w:t>
            </w:r>
          </w:p>
        </w:tc>
        <w:tc>
          <w:tcPr>
            <w:tcW w:type="dxa" w:w="2880"/>
          </w:tcPr>
          <w:p>
            <w:r>
              <w:t>Other</w:t>
            </w:r>
          </w:p>
        </w:tc>
        <w:tc>
          <w:tcPr>
            <w:tcW w:type="dxa" w:w="2880"/>
          </w:tcPr>
          <w:p>
            <w:r>
              <w:t>10</w:t>
            </w:r>
          </w:p>
        </w:tc>
      </w:tr>
      <w:tr>
        <w:tc>
          <w:tcPr>
            <w:tcW w:type="dxa" w:w="2880"/>
          </w:tcPr>
          <w:p>
            <w:r>
              <w:t>2020-04-01</w:t>
            </w:r>
          </w:p>
        </w:tc>
        <w:tc>
          <w:tcPr>
            <w:tcW w:type="dxa" w:w="2880"/>
          </w:tcPr>
          <w:p>
            <w:r>
              <w:t>elephant</w:t>
            </w:r>
          </w:p>
        </w:tc>
        <w:tc>
          <w:tcPr>
            <w:tcW w:type="dxa" w:w="2880"/>
          </w:tcPr>
          <w:p>
            <w:r>
              <w:t>18</w:t>
            </w:r>
          </w:p>
        </w:tc>
      </w:tr>
      <w:tr>
        <w:tc>
          <w:tcPr>
            <w:tcW w:type="dxa" w:w="2880"/>
          </w:tcPr>
          <w:p>
            <w:r>
              <w:t>2020-04-01</w:t>
            </w:r>
          </w:p>
        </w:tc>
        <w:tc>
          <w:tcPr>
            <w:tcW w:type="dxa" w:w="2880"/>
          </w:tcPr>
          <w:p>
            <w:r>
              <w:t>buffalo</w:t>
            </w:r>
          </w:p>
        </w:tc>
        <w:tc>
          <w:tcPr>
            <w:tcW w:type="dxa" w:w="2880"/>
          </w:tcPr>
          <w:p>
            <w:r>
              <w:t>12</w:t>
            </w:r>
          </w:p>
        </w:tc>
      </w:tr>
      <w:tr>
        <w:tc>
          <w:tcPr>
            <w:tcW w:type="dxa" w:w="2880"/>
          </w:tcPr>
          <w:p>
            <w:r>
              <w:t>2020-04-01</w:t>
            </w:r>
          </w:p>
        </w:tc>
        <w:tc>
          <w:tcPr>
            <w:tcW w:type="dxa" w:w="2880"/>
          </w:tcPr>
          <w:p>
            <w:r>
              <w:t>giraffe</w:t>
            </w:r>
          </w:p>
        </w:tc>
        <w:tc>
          <w:tcPr>
            <w:tcW w:type="dxa" w:w="2880"/>
          </w:tcPr>
          <w:p>
            <w:r>
              <w:t>3</w:t>
            </w:r>
          </w:p>
        </w:tc>
      </w:tr>
      <w:tr>
        <w:tc>
          <w:tcPr>
            <w:tcW w:type="dxa" w:w="2880"/>
          </w:tcPr>
          <w:p>
            <w:r>
              <w:t>2020-04-01</w:t>
            </w:r>
          </w:p>
        </w:tc>
        <w:tc>
          <w:tcPr>
            <w:tcW w:type="dxa" w:w="2880"/>
          </w:tcPr>
          <w:p>
            <w:r>
              <w:t>hippo</w:t>
            </w:r>
          </w:p>
        </w:tc>
        <w:tc>
          <w:tcPr>
            <w:tcW w:type="dxa" w:w="2880"/>
          </w:tcPr>
          <w:p>
            <w:r>
              <w:t>3</w:t>
            </w:r>
          </w:p>
        </w:tc>
      </w:tr>
      <w:tr>
        <w:tc>
          <w:tcPr>
            <w:tcW w:type="dxa" w:w="2880"/>
          </w:tcPr>
          <w:p>
            <w:r>
              <w:t>2020-04-01</w:t>
            </w:r>
          </w:p>
        </w:tc>
        <w:tc>
          <w:tcPr>
            <w:tcW w:type="dxa" w:w="2880"/>
          </w:tcPr>
          <w:p>
            <w:r>
              <w:t>red lechwe</w:t>
            </w:r>
          </w:p>
        </w:tc>
        <w:tc>
          <w:tcPr>
            <w:tcW w:type="dxa" w:w="2880"/>
          </w:tcPr>
          <w:p>
            <w:r>
              <w:t>5</w:t>
            </w:r>
          </w:p>
        </w:tc>
      </w:tr>
      <w:tr>
        <w:tc>
          <w:tcPr>
            <w:tcW w:type="dxa" w:w="2880"/>
          </w:tcPr>
          <w:p>
            <w:r>
              <w:t>2020-04-01</w:t>
            </w:r>
          </w:p>
        </w:tc>
        <w:tc>
          <w:tcPr>
            <w:tcW w:type="dxa" w:w="2880"/>
          </w:tcPr>
          <w:p>
            <w:r>
              <w:t>Other</w:t>
            </w:r>
          </w:p>
        </w:tc>
        <w:tc>
          <w:tcPr>
            <w:tcW w:type="dxa" w:w="2880"/>
          </w:tcPr>
          <w:p>
            <w:r>
              <w:t>15</w:t>
            </w:r>
          </w:p>
        </w:tc>
      </w:tr>
      <w:tr>
        <w:tc>
          <w:tcPr>
            <w:tcW w:type="dxa" w:w="2880"/>
          </w:tcPr>
          <w:p>
            <w:r>
              <w:t>2020-07-01</w:t>
            </w:r>
          </w:p>
        </w:tc>
        <w:tc>
          <w:tcPr>
            <w:tcW w:type="dxa" w:w="2880"/>
          </w:tcPr>
          <w:p>
            <w:r>
              <w:t>elephant</w:t>
            </w:r>
          </w:p>
        </w:tc>
        <w:tc>
          <w:tcPr>
            <w:tcW w:type="dxa" w:w="2880"/>
          </w:tcPr>
          <w:p>
            <w:r>
              <w:t>22</w:t>
            </w:r>
          </w:p>
        </w:tc>
      </w:tr>
      <w:tr>
        <w:tc>
          <w:tcPr>
            <w:tcW w:type="dxa" w:w="2880"/>
          </w:tcPr>
          <w:p>
            <w:r>
              <w:t>2020-07-01</w:t>
            </w:r>
          </w:p>
        </w:tc>
        <w:tc>
          <w:tcPr>
            <w:tcW w:type="dxa" w:w="2880"/>
          </w:tcPr>
          <w:p>
            <w:r>
              <w:t>buffalo</w:t>
            </w:r>
          </w:p>
        </w:tc>
        <w:tc>
          <w:tcPr>
            <w:tcW w:type="dxa" w:w="2880"/>
          </w:tcPr>
          <w:p>
            <w:r>
              <w:t>14</w:t>
            </w:r>
          </w:p>
        </w:tc>
      </w:tr>
      <w:tr>
        <w:tc>
          <w:tcPr>
            <w:tcW w:type="dxa" w:w="2880"/>
          </w:tcPr>
          <w:p>
            <w:r>
              <w:t>2020-07-01</w:t>
            </w:r>
          </w:p>
        </w:tc>
        <w:tc>
          <w:tcPr>
            <w:tcW w:type="dxa" w:w="2880"/>
          </w:tcPr>
          <w:p>
            <w:r>
              <w:t>giraffe</w:t>
            </w:r>
          </w:p>
        </w:tc>
        <w:tc>
          <w:tcPr>
            <w:tcW w:type="dxa" w:w="2880"/>
          </w:tcPr>
          <w:p>
            <w:r>
              <w:t>14</w:t>
            </w:r>
          </w:p>
        </w:tc>
      </w:tr>
      <w:tr>
        <w:tc>
          <w:tcPr>
            <w:tcW w:type="dxa" w:w="2880"/>
          </w:tcPr>
          <w:p>
            <w:r>
              <w:t>2020-07-01</w:t>
            </w:r>
          </w:p>
        </w:tc>
        <w:tc>
          <w:tcPr>
            <w:tcW w:type="dxa" w:w="2880"/>
          </w:tcPr>
          <w:p>
            <w:r>
              <w:t>hippo</w:t>
            </w:r>
          </w:p>
        </w:tc>
        <w:tc>
          <w:tcPr>
            <w:tcW w:type="dxa" w:w="2880"/>
          </w:tcPr>
          <w:p>
            <w:r>
              <w:t>14</w:t>
            </w:r>
          </w:p>
        </w:tc>
      </w:tr>
      <w:tr>
        <w:tc>
          <w:tcPr>
            <w:tcW w:type="dxa" w:w="2880"/>
          </w:tcPr>
          <w:p>
            <w:r>
              <w:t>2020-07-01</w:t>
            </w:r>
          </w:p>
        </w:tc>
        <w:tc>
          <w:tcPr>
            <w:tcW w:type="dxa" w:w="2880"/>
          </w:tcPr>
          <w:p>
            <w:r>
              <w:t>red lechwe</w:t>
            </w:r>
          </w:p>
        </w:tc>
        <w:tc>
          <w:tcPr>
            <w:tcW w:type="dxa" w:w="2880"/>
          </w:tcPr>
          <w:p>
            <w:r>
              <w:t>10</w:t>
            </w:r>
          </w:p>
        </w:tc>
      </w:tr>
      <w:tr>
        <w:tc>
          <w:tcPr>
            <w:tcW w:type="dxa" w:w="2880"/>
          </w:tcPr>
          <w:p>
            <w:r>
              <w:t>2020-07-01</w:t>
            </w:r>
          </w:p>
        </w:tc>
        <w:tc>
          <w:tcPr>
            <w:tcW w:type="dxa" w:w="2880"/>
          </w:tcPr>
          <w:p>
            <w:r>
              <w:t>Other</w:t>
            </w:r>
          </w:p>
        </w:tc>
        <w:tc>
          <w:tcPr>
            <w:tcW w:type="dxa" w:w="2880"/>
          </w:tcPr>
          <w:p>
            <w:r>
              <w:t>27</w:t>
            </w:r>
          </w:p>
        </w:tc>
      </w:tr>
      <w:tr>
        <w:tc>
          <w:tcPr>
            <w:tcW w:type="dxa" w:w="2880"/>
          </w:tcPr>
          <w:p>
            <w:r>
              <w:t>2020-10-01</w:t>
            </w:r>
          </w:p>
        </w:tc>
        <w:tc>
          <w:tcPr>
            <w:tcW w:type="dxa" w:w="2880"/>
          </w:tcPr>
          <w:p>
            <w:r>
              <w:t>elephant</w:t>
            </w:r>
          </w:p>
        </w:tc>
        <w:tc>
          <w:tcPr>
            <w:tcW w:type="dxa" w:w="2880"/>
          </w:tcPr>
          <w:p>
            <w:r>
              <w:t>22</w:t>
            </w:r>
          </w:p>
        </w:tc>
      </w:tr>
      <w:tr>
        <w:tc>
          <w:tcPr>
            <w:tcW w:type="dxa" w:w="2880"/>
          </w:tcPr>
          <w:p>
            <w:r>
              <w:t>2020-10-01</w:t>
            </w:r>
          </w:p>
        </w:tc>
        <w:tc>
          <w:tcPr>
            <w:tcW w:type="dxa" w:w="2880"/>
          </w:tcPr>
          <w:p>
            <w:r>
              <w:t>buffalo</w:t>
            </w:r>
          </w:p>
        </w:tc>
        <w:tc>
          <w:tcPr>
            <w:tcW w:type="dxa" w:w="2880"/>
          </w:tcPr>
          <w:p>
            <w:r>
              <w:t>9</w:t>
            </w:r>
          </w:p>
        </w:tc>
      </w:tr>
      <w:tr>
        <w:tc>
          <w:tcPr>
            <w:tcW w:type="dxa" w:w="2880"/>
          </w:tcPr>
          <w:p>
            <w:r>
              <w:t>2020-10-01</w:t>
            </w:r>
          </w:p>
        </w:tc>
        <w:tc>
          <w:tcPr>
            <w:tcW w:type="dxa" w:w="2880"/>
          </w:tcPr>
          <w:p>
            <w:r>
              <w:t>giraffe</w:t>
            </w:r>
          </w:p>
        </w:tc>
        <w:tc>
          <w:tcPr>
            <w:tcW w:type="dxa" w:w="2880"/>
          </w:tcPr>
          <w:p>
            <w:r>
              <w:t>13</w:t>
            </w:r>
          </w:p>
        </w:tc>
      </w:tr>
      <w:tr>
        <w:tc>
          <w:tcPr>
            <w:tcW w:type="dxa" w:w="2880"/>
          </w:tcPr>
          <w:p>
            <w:r>
              <w:t>2020-10-01</w:t>
            </w:r>
          </w:p>
        </w:tc>
        <w:tc>
          <w:tcPr>
            <w:tcW w:type="dxa" w:w="2880"/>
          </w:tcPr>
          <w:p>
            <w:r>
              <w:t>hippo</w:t>
            </w:r>
          </w:p>
        </w:tc>
        <w:tc>
          <w:tcPr>
            <w:tcW w:type="dxa" w:w="2880"/>
          </w:tcPr>
          <w:p>
            <w:r>
              <w:t>7</w:t>
            </w:r>
          </w:p>
        </w:tc>
      </w:tr>
      <w:tr>
        <w:tc>
          <w:tcPr>
            <w:tcW w:type="dxa" w:w="2880"/>
          </w:tcPr>
          <w:p>
            <w:r>
              <w:t>2020-10-01</w:t>
            </w:r>
          </w:p>
        </w:tc>
        <w:tc>
          <w:tcPr>
            <w:tcW w:type="dxa" w:w="2880"/>
          </w:tcPr>
          <w:p>
            <w:r>
              <w:t>red lechwe</w:t>
            </w:r>
          </w:p>
        </w:tc>
        <w:tc>
          <w:tcPr>
            <w:tcW w:type="dxa" w:w="2880"/>
          </w:tcPr>
          <w:p>
            <w:r>
              <w:t>9</w:t>
            </w:r>
          </w:p>
        </w:tc>
      </w:tr>
      <w:tr>
        <w:tc>
          <w:tcPr>
            <w:tcW w:type="dxa" w:w="2880"/>
          </w:tcPr>
          <w:p>
            <w:r>
              <w:t>2020-10-01</w:t>
            </w:r>
          </w:p>
        </w:tc>
        <w:tc>
          <w:tcPr>
            <w:tcW w:type="dxa" w:w="2880"/>
          </w:tcPr>
          <w:p>
            <w:r>
              <w:t>Other</w:t>
            </w:r>
          </w:p>
        </w:tc>
        <w:tc>
          <w:tcPr>
            <w:tcW w:type="dxa" w:w="2880"/>
          </w:tcPr>
          <w:p>
            <w:r>
              <w:t>22</w:t>
            </w:r>
          </w:p>
        </w:tc>
      </w:tr>
      <w:tr>
        <w:tc>
          <w:tcPr>
            <w:tcW w:type="dxa" w:w="2880"/>
          </w:tcPr>
          <w:p>
            <w:r>
              <w:t>2021-01-01</w:t>
            </w:r>
          </w:p>
        </w:tc>
        <w:tc>
          <w:tcPr>
            <w:tcW w:type="dxa" w:w="2880"/>
          </w:tcPr>
          <w:p>
            <w:r>
              <w:t>elephant</w:t>
            </w:r>
          </w:p>
        </w:tc>
        <w:tc>
          <w:tcPr>
            <w:tcW w:type="dxa" w:w="2880"/>
          </w:tcPr>
          <w:p>
            <w:r>
              <w:t>18</w:t>
            </w:r>
          </w:p>
        </w:tc>
      </w:tr>
      <w:tr>
        <w:tc>
          <w:tcPr>
            <w:tcW w:type="dxa" w:w="2880"/>
          </w:tcPr>
          <w:p>
            <w:r>
              <w:t>2021-01-01</w:t>
            </w:r>
          </w:p>
        </w:tc>
        <w:tc>
          <w:tcPr>
            <w:tcW w:type="dxa" w:w="2880"/>
          </w:tcPr>
          <w:p>
            <w:r>
              <w:t>buffalo</w:t>
            </w:r>
          </w:p>
        </w:tc>
        <w:tc>
          <w:tcPr>
            <w:tcW w:type="dxa" w:w="2880"/>
          </w:tcPr>
          <w:p>
            <w:r>
              <w:t>11</w:t>
            </w:r>
          </w:p>
        </w:tc>
      </w:tr>
      <w:tr>
        <w:tc>
          <w:tcPr>
            <w:tcW w:type="dxa" w:w="2880"/>
          </w:tcPr>
          <w:p>
            <w:r>
              <w:t>2021-01-01</w:t>
            </w:r>
          </w:p>
        </w:tc>
        <w:tc>
          <w:tcPr>
            <w:tcW w:type="dxa" w:w="2880"/>
          </w:tcPr>
          <w:p>
            <w:r>
              <w:t>giraffe</w:t>
            </w:r>
          </w:p>
        </w:tc>
        <w:tc>
          <w:tcPr>
            <w:tcW w:type="dxa" w:w="2880"/>
          </w:tcPr>
          <w:p>
            <w:r>
              <w:t>9</w:t>
            </w:r>
          </w:p>
        </w:tc>
      </w:tr>
      <w:tr>
        <w:tc>
          <w:tcPr>
            <w:tcW w:type="dxa" w:w="2880"/>
          </w:tcPr>
          <w:p>
            <w:r>
              <w:t>2021-01-01</w:t>
            </w:r>
          </w:p>
        </w:tc>
        <w:tc>
          <w:tcPr>
            <w:tcW w:type="dxa" w:w="2880"/>
          </w:tcPr>
          <w:p>
            <w:r>
              <w:t>hippo</w:t>
            </w:r>
          </w:p>
        </w:tc>
        <w:tc>
          <w:tcPr>
            <w:tcW w:type="dxa" w:w="2880"/>
          </w:tcPr>
          <w:p>
            <w:r>
              <w:t>9</w:t>
            </w:r>
          </w:p>
        </w:tc>
      </w:tr>
      <w:tr>
        <w:tc>
          <w:tcPr>
            <w:tcW w:type="dxa" w:w="2880"/>
          </w:tcPr>
          <w:p>
            <w:r>
              <w:t>2021-01-01</w:t>
            </w:r>
          </w:p>
        </w:tc>
        <w:tc>
          <w:tcPr>
            <w:tcW w:type="dxa" w:w="2880"/>
          </w:tcPr>
          <w:p>
            <w:r>
              <w:t>red lechwe</w:t>
            </w:r>
          </w:p>
        </w:tc>
        <w:tc>
          <w:tcPr>
            <w:tcW w:type="dxa" w:w="2880"/>
          </w:tcPr>
          <w:p>
            <w:r>
              <w:t>4</w:t>
            </w:r>
          </w:p>
        </w:tc>
      </w:tr>
      <w:tr>
        <w:tc>
          <w:tcPr>
            <w:tcW w:type="dxa" w:w="2880"/>
          </w:tcPr>
          <w:p>
            <w:r>
              <w:t>2021-01-01</w:t>
            </w:r>
          </w:p>
        </w:tc>
        <w:tc>
          <w:tcPr>
            <w:tcW w:type="dxa" w:w="2880"/>
          </w:tcPr>
          <w:p>
            <w:r>
              <w:t>Other</w:t>
            </w:r>
          </w:p>
        </w:tc>
        <w:tc>
          <w:tcPr>
            <w:tcW w:type="dxa" w:w="2880"/>
          </w:tcPr>
          <w:p>
            <w:r>
              <w:t>10</w:t>
            </w:r>
          </w:p>
        </w:tc>
      </w:tr>
      <w:tr>
        <w:tc>
          <w:tcPr>
            <w:tcW w:type="dxa" w:w="2880"/>
          </w:tcPr>
          <w:p>
            <w:r>
              <w:t>2021-04-01</w:t>
            </w:r>
          </w:p>
        </w:tc>
        <w:tc>
          <w:tcPr>
            <w:tcW w:type="dxa" w:w="2880"/>
          </w:tcPr>
          <w:p>
            <w:r>
              <w:t>elephant</w:t>
            </w:r>
          </w:p>
        </w:tc>
        <w:tc>
          <w:tcPr>
            <w:tcW w:type="dxa" w:w="2880"/>
          </w:tcPr>
          <w:p>
            <w:r>
              <w:t>22</w:t>
            </w:r>
          </w:p>
        </w:tc>
      </w:tr>
      <w:tr>
        <w:tc>
          <w:tcPr>
            <w:tcW w:type="dxa" w:w="2880"/>
          </w:tcPr>
          <w:p>
            <w:r>
              <w:t>2021-04-01</w:t>
            </w:r>
          </w:p>
        </w:tc>
        <w:tc>
          <w:tcPr>
            <w:tcW w:type="dxa" w:w="2880"/>
          </w:tcPr>
          <w:p>
            <w:r>
              <w:t>buffalo</w:t>
            </w:r>
          </w:p>
        </w:tc>
        <w:tc>
          <w:tcPr>
            <w:tcW w:type="dxa" w:w="2880"/>
          </w:tcPr>
          <w:p>
            <w:r>
              <w:t>13</w:t>
            </w:r>
          </w:p>
        </w:tc>
      </w:tr>
      <w:tr>
        <w:tc>
          <w:tcPr>
            <w:tcW w:type="dxa" w:w="2880"/>
          </w:tcPr>
          <w:p>
            <w:r>
              <w:t>2021-04-01</w:t>
            </w:r>
          </w:p>
        </w:tc>
        <w:tc>
          <w:tcPr>
            <w:tcW w:type="dxa" w:w="2880"/>
          </w:tcPr>
          <w:p>
            <w:r>
              <w:t>giraffe</w:t>
            </w:r>
          </w:p>
        </w:tc>
        <w:tc>
          <w:tcPr>
            <w:tcW w:type="dxa" w:w="2880"/>
          </w:tcPr>
          <w:p>
            <w:r>
              <w:t>16</w:t>
            </w:r>
          </w:p>
        </w:tc>
      </w:tr>
      <w:tr>
        <w:tc>
          <w:tcPr>
            <w:tcW w:type="dxa" w:w="2880"/>
          </w:tcPr>
          <w:p>
            <w:r>
              <w:t>2021-04-01</w:t>
            </w:r>
          </w:p>
        </w:tc>
        <w:tc>
          <w:tcPr>
            <w:tcW w:type="dxa" w:w="2880"/>
          </w:tcPr>
          <w:p>
            <w:r>
              <w:t>hippo</w:t>
            </w:r>
          </w:p>
        </w:tc>
        <w:tc>
          <w:tcPr>
            <w:tcW w:type="dxa" w:w="2880"/>
          </w:tcPr>
          <w:p>
            <w:r>
              <w:t>9</w:t>
            </w:r>
          </w:p>
        </w:tc>
      </w:tr>
      <w:tr>
        <w:tc>
          <w:tcPr>
            <w:tcW w:type="dxa" w:w="2880"/>
          </w:tcPr>
          <w:p>
            <w:r>
              <w:t>2021-04-01</w:t>
            </w:r>
          </w:p>
        </w:tc>
        <w:tc>
          <w:tcPr>
            <w:tcW w:type="dxa" w:w="2880"/>
          </w:tcPr>
          <w:p>
            <w:r>
              <w:t>red lechwe</w:t>
            </w:r>
          </w:p>
        </w:tc>
        <w:tc>
          <w:tcPr>
            <w:tcW w:type="dxa" w:w="2880"/>
          </w:tcPr>
          <w:p>
            <w:r>
              <w:t>8</w:t>
            </w:r>
          </w:p>
        </w:tc>
      </w:tr>
      <w:tr>
        <w:tc>
          <w:tcPr>
            <w:tcW w:type="dxa" w:w="2880"/>
          </w:tcPr>
          <w:p>
            <w:r>
              <w:t>2021-04-01</w:t>
            </w:r>
          </w:p>
        </w:tc>
        <w:tc>
          <w:tcPr>
            <w:tcW w:type="dxa" w:w="2880"/>
          </w:tcPr>
          <w:p>
            <w:r>
              <w:t>Other</w:t>
            </w:r>
          </w:p>
        </w:tc>
        <w:tc>
          <w:tcPr>
            <w:tcW w:type="dxa" w:w="2880"/>
          </w:tcPr>
          <w:p>
            <w:r>
              <w:t>23</w:t>
            </w:r>
          </w:p>
        </w:tc>
      </w:tr>
      <w:tr>
        <w:tc>
          <w:tcPr>
            <w:tcW w:type="dxa" w:w="2880"/>
          </w:tcPr>
          <w:p>
            <w:r>
              <w:t>2021-07-01</w:t>
            </w:r>
          </w:p>
        </w:tc>
        <w:tc>
          <w:tcPr>
            <w:tcW w:type="dxa" w:w="2880"/>
          </w:tcPr>
          <w:p>
            <w:r>
              <w:t>elephant</w:t>
            </w:r>
          </w:p>
        </w:tc>
        <w:tc>
          <w:tcPr>
            <w:tcW w:type="dxa" w:w="2880"/>
          </w:tcPr>
          <w:p>
            <w:r>
              <w:t>25</w:t>
            </w:r>
          </w:p>
        </w:tc>
      </w:tr>
      <w:tr>
        <w:tc>
          <w:tcPr>
            <w:tcW w:type="dxa" w:w="2880"/>
          </w:tcPr>
          <w:p>
            <w:r>
              <w:t>2021-07-01</w:t>
            </w:r>
          </w:p>
        </w:tc>
        <w:tc>
          <w:tcPr>
            <w:tcW w:type="dxa" w:w="2880"/>
          </w:tcPr>
          <w:p>
            <w:r>
              <w:t>buffalo</w:t>
            </w:r>
          </w:p>
        </w:tc>
        <w:tc>
          <w:tcPr>
            <w:tcW w:type="dxa" w:w="2880"/>
          </w:tcPr>
          <w:p>
            <w:r>
              <w:t>19</w:t>
            </w:r>
          </w:p>
        </w:tc>
      </w:tr>
      <w:tr>
        <w:tc>
          <w:tcPr>
            <w:tcW w:type="dxa" w:w="2880"/>
          </w:tcPr>
          <w:p>
            <w:r>
              <w:t>2021-07-01</w:t>
            </w:r>
          </w:p>
        </w:tc>
        <w:tc>
          <w:tcPr>
            <w:tcW w:type="dxa" w:w="2880"/>
          </w:tcPr>
          <w:p>
            <w:r>
              <w:t>giraffe</w:t>
            </w:r>
          </w:p>
        </w:tc>
        <w:tc>
          <w:tcPr>
            <w:tcW w:type="dxa" w:w="2880"/>
          </w:tcPr>
          <w:p>
            <w:r>
              <w:t>11</w:t>
            </w:r>
          </w:p>
        </w:tc>
      </w:tr>
      <w:tr>
        <w:tc>
          <w:tcPr>
            <w:tcW w:type="dxa" w:w="2880"/>
          </w:tcPr>
          <w:p>
            <w:r>
              <w:t>2021-07-01</w:t>
            </w:r>
          </w:p>
        </w:tc>
        <w:tc>
          <w:tcPr>
            <w:tcW w:type="dxa" w:w="2880"/>
          </w:tcPr>
          <w:p>
            <w:r>
              <w:t>hippo</w:t>
            </w:r>
          </w:p>
        </w:tc>
        <w:tc>
          <w:tcPr>
            <w:tcW w:type="dxa" w:w="2880"/>
          </w:tcPr>
          <w:p>
            <w:r>
              <w:t>9</w:t>
            </w:r>
          </w:p>
        </w:tc>
      </w:tr>
      <w:tr>
        <w:tc>
          <w:tcPr>
            <w:tcW w:type="dxa" w:w="2880"/>
          </w:tcPr>
          <w:p>
            <w:r>
              <w:t>2021-07-01</w:t>
            </w:r>
          </w:p>
        </w:tc>
        <w:tc>
          <w:tcPr>
            <w:tcW w:type="dxa" w:w="2880"/>
          </w:tcPr>
          <w:p>
            <w:r>
              <w:t>red lechwe</w:t>
            </w:r>
          </w:p>
        </w:tc>
        <w:tc>
          <w:tcPr>
            <w:tcW w:type="dxa" w:w="2880"/>
          </w:tcPr>
          <w:p>
            <w:r>
              <w:t>17</w:t>
            </w:r>
          </w:p>
        </w:tc>
      </w:tr>
      <w:tr>
        <w:tc>
          <w:tcPr>
            <w:tcW w:type="dxa" w:w="2880"/>
          </w:tcPr>
          <w:p>
            <w:r>
              <w:t>2021-07-01</w:t>
            </w:r>
          </w:p>
        </w:tc>
        <w:tc>
          <w:tcPr>
            <w:tcW w:type="dxa" w:w="2880"/>
          </w:tcPr>
          <w:p>
            <w:r>
              <w:t>Other</w:t>
            </w:r>
          </w:p>
        </w:tc>
        <w:tc>
          <w:tcPr>
            <w:tcW w:type="dxa" w:w="2880"/>
          </w:tcPr>
          <w:p>
            <w:r>
              <w:t>27</w:t>
            </w:r>
          </w:p>
        </w:tc>
      </w:tr>
      <w:tr>
        <w:tc>
          <w:tcPr>
            <w:tcW w:type="dxa" w:w="2880"/>
          </w:tcPr>
          <w:p>
            <w:r>
              <w:t>2021-10-01</w:t>
            </w:r>
          </w:p>
        </w:tc>
        <w:tc>
          <w:tcPr>
            <w:tcW w:type="dxa" w:w="2880"/>
          </w:tcPr>
          <w:p>
            <w:r>
              <w:t>elephant</w:t>
            </w:r>
          </w:p>
        </w:tc>
        <w:tc>
          <w:tcPr>
            <w:tcW w:type="dxa" w:w="2880"/>
          </w:tcPr>
          <w:p>
            <w:r>
              <w:t>28</w:t>
            </w:r>
          </w:p>
        </w:tc>
      </w:tr>
      <w:tr>
        <w:tc>
          <w:tcPr>
            <w:tcW w:type="dxa" w:w="2880"/>
          </w:tcPr>
          <w:p>
            <w:r>
              <w:t>2021-10-01</w:t>
            </w:r>
          </w:p>
        </w:tc>
        <w:tc>
          <w:tcPr>
            <w:tcW w:type="dxa" w:w="2880"/>
          </w:tcPr>
          <w:p>
            <w:r>
              <w:t>buffalo</w:t>
            </w:r>
          </w:p>
        </w:tc>
        <w:tc>
          <w:tcPr>
            <w:tcW w:type="dxa" w:w="2880"/>
          </w:tcPr>
          <w:p>
            <w:r>
              <w:t>11</w:t>
            </w:r>
          </w:p>
        </w:tc>
      </w:tr>
      <w:tr>
        <w:tc>
          <w:tcPr>
            <w:tcW w:type="dxa" w:w="2880"/>
          </w:tcPr>
          <w:p>
            <w:r>
              <w:t>2021-10-01</w:t>
            </w:r>
          </w:p>
        </w:tc>
        <w:tc>
          <w:tcPr>
            <w:tcW w:type="dxa" w:w="2880"/>
          </w:tcPr>
          <w:p>
            <w:r>
              <w:t>giraffe</w:t>
            </w:r>
          </w:p>
        </w:tc>
        <w:tc>
          <w:tcPr>
            <w:tcW w:type="dxa" w:w="2880"/>
          </w:tcPr>
          <w:p>
            <w:r>
              <w:t>8</w:t>
            </w:r>
          </w:p>
        </w:tc>
      </w:tr>
      <w:tr>
        <w:tc>
          <w:tcPr>
            <w:tcW w:type="dxa" w:w="2880"/>
          </w:tcPr>
          <w:p>
            <w:r>
              <w:t>2021-10-01</w:t>
            </w:r>
          </w:p>
        </w:tc>
        <w:tc>
          <w:tcPr>
            <w:tcW w:type="dxa" w:w="2880"/>
          </w:tcPr>
          <w:p>
            <w:r>
              <w:t>hippo</w:t>
            </w:r>
          </w:p>
        </w:tc>
        <w:tc>
          <w:tcPr>
            <w:tcW w:type="dxa" w:w="2880"/>
          </w:tcPr>
          <w:p>
            <w:r>
              <w:t>14</w:t>
            </w:r>
          </w:p>
        </w:tc>
      </w:tr>
      <w:tr>
        <w:tc>
          <w:tcPr>
            <w:tcW w:type="dxa" w:w="2880"/>
          </w:tcPr>
          <w:p>
            <w:r>
              <w:t>2021-10-01</w:t>
            </w:r>
          </w:p>
        </w:tc>
        <w:tc>
          <w:tcPr>
            <w:tcW w:type="dxa" w:w="2880"/>
          </w:tcPr>
          <w:p>
            <w:r>
              <w:t>red lechwe</w:t>
            </w:r>
          </w:p>
        </w:tc>
        <w:tc>
          <w:tcPr>
            <w:tcW w:type="dxa" w:w="2880"/>
          </w:tcPr>
          <w:p>
            <w:r>
              <w:t>5</w:t>
            </w:r>
          </w:p>
        </w:tc>
      </w:tr>
      <w:tr>
        <w:tc>
          <w:tcPr>
            <w:tcW w:type="dxa" w:w="2880"/>
          </w:tcPr>
          <w:p>
            <w:r>
              <w:t>2021-10-01</w:t>
            </w:r>
          </w:p>
        </w:tc>
        <w:tc>
          <w:tcPr>
            <w:tcW w:type="dxa" w:w="2880"/>
          </w:tcPr>
          <w:p>
            <w:r>
              <w:t>Other</w:t>
            </w:r>
          </w:p>
        </w:tc>
        <w:tc>
          <w:tcPr>
            <w:tcW w:type="dxa" w:w="2880"/>
          </w:tcPr>
          <w:p>
            <w:r>
              <w:t>28</w:t>
            </w:r>
          </w:p>
        </w:tc>
      </w:tr>
      <w:tr>
        <w:tc>
          <w:tcPr>
            <w:tcW w:type="dxa" w:w="2880"/>
          </w:tcPr>
          <w:p>
            <w:r>
              <w:t>2022-01-01</w:t>
            </w:r>
          </w:p>
        </w:tc>
        <w:tc>
          <w:tcPr>
            <w:tcW w:type="dxa" w:w="2880"/>
          </w:tcPr>
          <w:p>
            <w:r>
              <w:t>elephant</w:t>
            </w:r>
          </w:p>
        </w:tc>
        <w:tc>
          <w:tcPr>
            <w:tcW w:type="dxa" w:w="2880"/>
          </w:tcPr>
          <w:p>
            <w:r>
              <w:t>22</w:t>
            </w:r>
          </w:p>
        </w:tc>
      </w:tr>
      <w:tr>
        <w:tc>
          <w:tcPr>
            <w:tcW w:type="dxa" w:w="2880"/>
          </w:tcPr>
          <w:p>
            <w:r>
              <w:t>2022-01-01</w:t>
            </w:r>
          </w:p>
        </w:tc>
        <w:tc>
          <w:tcPr>
            <w:tcW w:type="dxa" w:w="2880"/>
          </w:tcPr>
          <w:p>
            <w:r>
              <w:t>buffalo</w:t>
            </w:r>
          </w:p>
        </w:tc>
        <w:tc>
          <w:tcPr>
            <w:tcW w:type="dxa" w:w="2880"/>
          </w:tcPr>
          <w:p>
            <w:r>
              <w:t>12</w:t>
            </w:r>
          </w:p>
        </w:tc>
      </w:tr>
      <w:tr>
        <w:tc>
          <w:tcPr>
            <w:tcW w:type="dxa" w:w="2880"/>
          </w:tcPr>
          <w:p>
            <w:r>
              <w:t>2022-01-01</w:t>
            </w:r>
          </w:p>
        </w:tc>
        <w:tc>
          <w:tcPr>
            <w:tcW w:type="dxa" w:w="2880"/>
          </w:tcPr>
          <w:p>
            <w:r>
              <w:t>giraffe</w:t>
            </w:r>
          </w:p>
        </w:tc>
        <w:tc>
          <w:tcPr>
            <w:tcW w:type="dxa" w:w="2880"/>
          </w:tcPr>
          <w:p>
            <w:r>
              <w:t>4</w:t>
            </w:r>
          </w:p>
        </w:tc>
      </w:tr>
      <w:tr>
        <w:tc>
          <w:tcPr>
            <w:tcW w:type="dxa" w:w="2880"/>
          </w:tcPr>
          <w:p>
            <w:r>
              <w:t>2022-01-01</w:t>
            </w:r>
          </w:p>
        </w:tc>
        <w:tc>
          <w:tcPr>
            <w:tcW w:type="dxa" w:w="2880"/>
          </w:tcPr>
          <w:p>
            <w:r>
              <w:t>hippo</w:t>
            </w:r>
          </w:p>
        </w:tc>
        <w:tc>
          <w:tcPr>
            <w:tcW w:type="dxa" w:w="2880"/>
          </w:tcPr>
          <w:p>
            <w:r>
              <w:t>1</w:t>
            </w:r>
          </w:p>
        </w:tc>
      </w:tr>
      <w:tr>
        <w:tc>
          <w:tcPr>
            <w:tcW w:type="dxa" w:w="2880"/>
          </w:tcPr>
          <w:p>
            <w:r>
              <w:t>2022-01-01</w:t>
            </w:r>
          </w:p>
        </w:tc>
        <w:tc>
          <w:tcPr>
            <w:tcW w:type="dxa" w:w="2880"/>
          </w:tcPr>
          <w:p>
            <w:r>
              <w:t>red lechwe</w:t>
            </w:r>
          </w:p>
        </w:tc>
        <w:tc>
          <w:tcPr>
            <w:tcW w:type="dxa" w:w="2880"/>
          </w:tcPr>
          <w:p>
            <w:r>
              <w:t>5</w:t>
            </w:r>
          </w:p>
        </w:tc>
      </w:tr>
      <w:tr>
        <w:tc>
          <w:tcPr>
            <w:tcW w:type="dxa" w:w="2880"/>
          </w:tcPr>
          <w:p>
            <w:r>
              <w:t>2022-01-01</w:t>
            </w:r>
          </w:p>
        </w:tc>
        <w:tc>
          <w:tcPr>
            <w:tcW w:type="dxa" w:w="2880"/>
          </w:tcPr>
          <w:p>
            <w:r>
              <w:t>Other</w:t>
            </w:r>
          </w:p>
        </w:tc>
        <w:tc>
          <w:tcPr>
            <w:tcW w:type="dxa" w:w="2880"/>
          </w:tcPr>
          <w:p>
            <w:r>
              <w:t>12</w:t>
            </w:r>
          </w:p>
        </w:tc>
      </w:tr>
      <w:tr>
        <w:tc>
          <w:tcPr>
            <w:tcW w:type="dxa" w:w="2880"/>
          </w:tcPr>
          <w:p>
            <w:r>
              <w:t>2022-04-01</w:t>
            </w:r>
          </w:p>
        </w:tc>
        <w:tc>
          <w:tcPr>
            <w:tcW w:type="dxa" w:w="2880"/>
          </w:tcPr>
          <w:p>
            <w:r>
              <w:t>elephant</w:t>
            </w:r>
          </w:p>
        </w:tc>
        <w:tc>
          <w:tcPr>
            <w:tcW w:type="dxa" w:w="2880"/>
          </w:tcPr>
          <w:p>
            <w:r>
              <w:t>26</w:t>
            </w:r>
          </w:p>
        </w:tc>
      </w:tr>
      <w:tr>
        <w:tc>
          <w:tcPr>
            <w:tcW w:type="dxa" w:w="2880"/>
          </w:tcPr>
          <w:p>
            <w:r>
              <w:t>2022-04-01</w:t>
            </w:r>
          </w:p>
        </w:tc>
        <w:tc>
          <w:tcPr>
            <w:tcW w:type="dxa" w:w="2880"/>
          </w:tcPr>
          <w:p>
            <w:r>
              <w:t>buffalo</w:t>
            </w:r>
          </w:p>
        </w:tc>
        <w:tc>
          <w:tcPr>
            <w:tcW w:type="dxa" w:w="2880"/>
          </w:tcPr>
          <w:p>
            <w:r>
              <w:t>13</w:t>
            </w:r>
          </w:p>
        </w:tc>
      </w:tr>
      <w:tr>
        <w:tc>
          <w:tcPr>
            <w:tcW w:type="dxa" w:w="2880"/>
          </w:tcPr>
          <w:p>
            <w:r>
              <w:t>2022-04-01</w:t>
            </w:r>
          </w:p>
        </w:tc>
        <w:tc>
          <w:tcPr>
            <w:tcW w:type="dxa" w:w="2880"/>
          </w:tcPr>
          <w:p>
            <w:r>
              <w:t>giraffe</w:t>
            </w:r>
          </w:p>
        </w:tc>
        <w:tc>
          <w:tcPr>
            <w:tcW w:type="dxa" w:w="2880"/>
          </w:tcPr>
          <w:p>
            <w:r>
              <w:t>10</w:t>
            </w:r>
          </w:p>
        </w:tc>
      </w:tr>
      <w:tr>
        <w:tc>
          <w:tcPr>
            <w:tcW w:type="dxa" w:w="2880"/>
          </w:tcPr>
          <w:p>
            <w:r>
              <w:t>2022-04-01</w:t>
            </w:r>
          </w:p>
        </w:tc>
        <w:tc>
          <w:tcPr>
            <w:tcW w:type="dxa" w:w="2880"/>
          </w:tcPr>
          <w:p>
            <w:r>
              <w:t>hippo</w:t>
            </w:r>
          </w:p>
        </w:tc>
        <w:tc>
          <w:tcPr>
            <w:tcW w:type="dxa" w:w="2880"/>
          </w:tcPr>
          <w:p>
            <w:r>
              <w:t>8</w:t>
            </w:r>
          </w:p>
        </w:tc>
      </w:tr>
      <w:tr>
        <w:tc>
          <w:tcPr>
            <w:tcW w:type="dxa" w:w="2880"/>
          </w:tcPr>
          <w:p>
            <w:r>
              <w:t>2022-04-01</w:t>
            </w:r>
          </w:p>
        </w:tc>
        <w:tc>
          <w:tcPr>
            <w:tcW w:type="dxa" w:w="2880"/>
          </w:tcPr>
          <w:p>
            <w:r>
              <w:t>red lechwe</w:t>
            </w:r>
          </w:p>
        </w:tc>
        <w:tc>
          <w:tcPr>
            <w:tcW w:type="dxa" w:w="2880"/>
          </w:tcPr>
          <w:p>
            <w:r>
              <w:t>10</w:t>
            </w:r>
          </w:p>
        </w:tc>
      </w:tr>
      <w:tr>
        <w:tc>
          <w:tcPr>
            <w:tcW w:type="dxa" w:w="2880"/>
          </w:tcPr>
          <w:p>
            <w:r>
              <w:t>2022-04-01</w:t>
            </w:r>
          </w:p>
        </w:tc>
        <w:tc>
          <w:tcPr>
            <w:tcW w:type="dxa" w:w="2880"/>
          </w:tcPr>
          <w:p>
            <w:r>
              <w:t>Other</w:t>
            </w:r>
          </w:p>
        </w:tc>
        <w:tc>
          <w:tcPr>
            <w:tcW w:type="dxa" w:w="2880"/>
          </w:tcPr>
          <w:p>
            <w:r>
              <w:t>18</w:t>
            </w:r>
          </w:p>
        </w:tc>
      </w:tr>
      <w:tr>
        <w:tc>
          <w:tcPr>
            <w:tcW w:type="dxa" w:w="2880"/>
          </w:tcPr>
          <w:p>
            <w:r>
              <w:t>2022-07-01</w:t>
            </w:r>
          </w:p>
        </w:tc>
        <w:tc>
          <w:tcPr>
            <w:tcW w:type="dxa" w:w="2880"/>
          </w:tcPr>
          <w:p>
            <w:r>
              <w:t>elephant</w:t>
            </w:r>
          </w:p>
        </w:tc>
        <w:tc>
          <w:tcPr>
            <w:tcW w:type="dxa" w:w="2880"/>
          </w:tcPr>
          <w:p>
            <w:r>
              <w:t>33</w:t>
            </w:r>
          </w:p>
        </w:tc>
      </w:tr>
      <w:tr>
        <w:tc>
          <w:tcPr>
            <w:tcW w:type="dxa" w:w="2880"/>
          </w:tcPr>
          <w:p>
            <w:r>
              <w:t>2022-07-01</w:t>
            </w:r>
          </w:p>
        </w:tc>
        <w:tc>
          <w:tcPr>
            <w:tcW w:type="dxa" w:w="2880"/>
          </w:tcPr>
          <w:p>
            <w:r>
              <w:t>buffalo</w:t>
            </w:r>
          </w:p>
        </w:tc>
        <w:tc>
          <w:tcPr>
            <w:tcW w:type="dxa" w:w="2880"/>
          </w:tcPr>
          <w:p>
            <w:r>
              <w:t>22</w:t>
            </w:r>
          </w:p>
        </w:tc>
      </w:tr>
      <w:tr>
        <w:tc>
          <w:tcPr>
            <w:tcW w:type="dxa" w:w="2880"/>
          </w:tcPr>
          <w:p>
            <w:r>
              <w:t>2022-07-01</w:t>
            </w:r>
          </w:p>
        </w:tc>
        <w:tc>
          <w:tcPr>
            <w:tcW w:type="dxa" w:w="2880"/>
          </w:tcPr>
          <w:p>
            <w:r>
              <w:t>giraffe</w:t>
            </w:r>
          </w:p>
        </w:tc>
        <w:tc>
          <w:tcPr>
            <w:tcW w:type="dxa" w:w="2880"/>
          </w:tcPr>
          <w:p>
            <w:r>
              <w:t>11</w:t>
            </w:r>
          </w:p>
        </w:tc>
      </w:tr>
      <w:tr>
        <w:tc>
          <w:tcPr>
            <w:tcW w:type="dxa" w:w="2880"/>
          </w:tcPr>
          <w:p>
            <w:r>
              <w:t>2022-07-01</w:t>
            </w:r>
          </w:p>
        </w:tc>
        <w:tc>
          <w:tcPr>
            <w:tcW w:type="dxa" w:w="2880"/>
          </w:tcPr>
          <w:p>
            <w:r>
              <w:t>hippo</w:t>
            </w:r>
          </w:p>
        </w:tc>
        <w:tc>
          <w:tcPr>
            <w:tcW w:type="dxa" w:w="2880"/>
          </w:tcPr>
          <w:p>
            <w:r>
              <w:t>12</w:t>
            </w:r>
          </w:p>
        </w:tc>
      </w:tr>
      <w:tr>
        <w:tc>
          <w:tcPr>
            <w:tcW w:type="dxa" w:w="2880"/>
          </w:tcPr>
          <w:p>
            <w:r>
              <w:t>2022-07-01</w:t>
            </w:r>
          </w:p>
        </w:tc>
        <w:tc>
          <w:tcPr>
            <w:tcW w:type="dxa" w:w="2880"/>
          </w:tcPr>
          <w:p>
            <w:r>
              <w:t>red lechwe</w:t>
            </w:r>
          </w:p>
        </w:tc>
        <w:tc>
          <w:tcPr>
            <w:tcW w:type="dxa" w:w="2880"/>
          </w:tcPr>
          <w:p>
            <w:r>
              <w:t>11</w:t>
            </w:r>
          </w:p>
        </w:tc>
      </w:tr>
      <w:tr>
        <w:tc>
          <w:tcPr>
            <w:tcW w:type="dxa" w:w="2880"/>
          </w:tcPr>
          <w:p>
            <w:r>
              <w:t>2022-07-01</w:t>
            </w:r>
          </w:p>
        </w:tc>
        <w:tc>
          <w:tcPr>
            <w:tcW w:type="dxa" w:w="2880"/>
          </w:tcPr>
          <w:p>
            <w:r>
              <w:t>Other</w:t>
            </w:r>
          </w:p>
        </w:tc>
        <w:tc>
          <w:tcPr>
            <w:tcW w:type="dxa" w:w="2880"/>
          </w:tcPr>
          <w:p>
            <w:r>
              <w:t>28</w:t>
            </w:r>
          </w:p>
        </w:tc>
      </w:tr>
      <w:tr>
        <w:tc>
          <w:tcPr>
            <w:tcW w:type="dxa" w:w="2880"/>
          </w:tcPr>
          <w:p>
            <w:r>
              <w:t>2022-10-01</w:t>
            </w:r>
          </w:p>
        </w:tc>
        <w:tc>
          <w:tcPr>
            <w:tcW w:type="dxa" w:w="2880"/>
          </w:tcPr>
          <w:p>
            <w:r>
              <w:t>elephant</w:t>
            </w:r>
          </w:p>
        </w:tc>
        <w:tc>
          <w:tcPr>
            <w:tcW w:type="dxa" w:w="2880"/>
          </w:tcPr>
          <w:p>
            <w:r>
              <w:t>31</w:t>
            </w:r>
          </w:p>
        </w:tc>
      </w:tr>
      <w:tr>
        <w:tc>
          <w:tcPr>
            <w:tcW w:type="dxa" w:w="2880"/>
          </w:tcPr>
          <w:p>
            <w:r>
              <w:t>2022-10-01</w:t>
            </w:r>
          </w:p>
        </w:tc>
        <w:tc>
          <w:tcPr>
            <w:tcW w:type="dxa" w:w="2880"/>
          </w:tcPr>
          <w:p>
            <w:r>
              <w:t>buffalo</w:t>
            </w:r>
          </w:p>
        </w:tc>
        <w:tc>
          <w:tcPr>
            <w:tcW w:type="dxa" w:w="2880"/>
          </w:tcPr>
          <w:p>
            <w:r>
              <w:t>12</w:t>
            </w:r>
          </w:p>
        </w:tc>
      </w:tr>
      <w:tr>
        <w:tc>
          <w:tcPr>
            <w:tcW w:type="dxa" w:w="2880"/>
          </w:tcPr>
          <w:p>
            <w:r>
              <w:t>2022-10-01</w:t>
            </w:r>
          </w:p>
        </w:tc>
        <w:tc>
          <w:tcPr>
            <w:tcW w:type="dxa" w:w="2880"/>
          </w:tcPr>
          <w:p>
            <w:r>
              <w:t>giraffe</w:t>
            </w:r>
          </w:p>
        </w:tc>
        <w:tc>
          <w:tcPr>
            <w:tcW w:type="dxa" w:w="2880"/>
          </w:tcPr>
          <w:p>
            <w:r>
              <w:t>15</w:t>
            </w:r>
          </w:p>
        </w:tc>
      </w:tr>
      <w:tr>
        <w:tc>
          <w:tcPr>
            <w:tcW w:type="dxa" w:w="2880"/>
          </w:tcPr>
          <w:p>
            <w:r>
              <w:t>2022-10-01</w:t>
            </w:r>
          </w:p>
        </w:tc>
        <w:tc>
          <w:tcPr>
            <w:tcW w:type="dxa" w:w="2880"/>
          </w:tcPr>
          <w:p>
            <w:r>
              <w:t>hippo</w:t>
            </w:r>
          </w:p>
        </w:tc>
        <w:tc>
          <w:tcPr>
            <w:tcW w:type="dxa" w:w="2880"/>
          </w:tcPr>
          <w:p>
            <w:r>
              <w:t>14</w:t>
            </w:r>
          </w:p>
        </w:tc>
      </w:tr>
      <w:tr>
        <w:tc>
          <w:tcPr>
            <w:tcW w:type="dxa" w:w="2880"/>
          </w:tcPr>
          <w:p>
            <w:r>
              <w:t>2022-10-01</w:t>
            </w:r>
          </w:p>
        </w:tc>
        <w:tc>
          <w:tcPr>
            <w:tcW w:type="dxa" w:w="2880"/>
          </w:tcPr>
          <w:p>
            <w:r>
              <w:t>red lechwe</w:t>
            </w:r>
          </w:p>
        </w:tc>
        <w:tc>
          <w:tcPr>
            <w:tcW w:type="dxa" w:w="2880"/>
          </w:tcPr>
          <w:p>
            <w:r>
              <w:t>13</w:t>
            </w:r>
          </w:p>
        </w:tc>
      </w:tr>
      <w:tr>
        <w:tc>
          <w:tcPr>
            <w:tcW w:type="dxa" w:w="2880"/>
          </w:tcPr>
          <w:p>
            <w:r>
              <w:t>2022-10-01</w:t>
            </w:r>
          </w:p>
        </w:tc>
        <w:tc>
          <w:tcPr>
            <w:tcW w:type="dxa" w:w="2880"/>
          </w:tcPr>
          <w:p>
            <w:r>
              <w:t>Other</w:t>
            </w:r>
          </w:p>
        </w:tc>
        <w:tc>
          <w:tcPr>
            <w:tcW w:type="dxa" w:w="2880"/>
          </w:tcPr>
          <w:p>
            <w:r>
              <w:t>28</w:t>
            </w:r>
          </w:p>
        </w:tc>
      </w:tr>
      <w:tr>
        <w:tc>
          <w:tcPr>
            <w:tcW w:type="dxa" w:w="2880"/>
          </w:tcPr>
          <w:p>
            <w:r>
              <w:t>2023-01-01</w:t>
            </w:r>
          </w:p>
        </w:tc>
        <w:tc>
          <w:tcPr>
            <w:tcW w:type="dxa" w:w="2880"/>
          </w:tcPr>
          <w:p>
            <w:r>
              <w:t>elephant</w:t>
            </w:r>
          </w:p>
        </w:tc>
        <w:tc>
          <w:tcPr>
            <w:tcW w:type="dxa" w:w="2880"/>
          </w:tcPr>
          <w:p>
            <w:r>
              <w:t>23</w:t>
            </w:r>
          </w:p>
        </w:tc>
      </w:tr>
      <w:tr>
        <w:tc>
          <w:tcPr>
            <w:tcW w:type="dxa" w:w="2880"/>
          </w:tcPr>
          <w:p>
            <w:r>
              <w:t>2023-01-01</w:t>
            </w:r>
          </w:p>
        </w:tc>
        <w:tc>
          <w:tcPr>
            <w:tcW w:type="dxa" w:w="2880"/>
          </w:tcPr>
          <w:p>
            <w:r>
              <w:t>buffalo</w:t>
            </w:r>
          </w:p>
        </w:tc>
        <w:tc>
          <w:tcPr>
            <w:tcW w:type="dxa" w:w="2880"/>
          </w:tcPr>
          <w:p>
            <w:r>
              <w:t>7</w:t>
            </w:r>
          </w:p>
        </w:tc>
      </w:tr>
      <w:tr>
        <w:tc>
          <w:tcPr>
            <w:tcW w:type="dxa" w:w="2880"/>
          </w:tcPr>
          <w:p>
            <w:r>
              <w:t>2023-01-01</w:t>
            </w:r>
          </w:p>
        </w:tc>
        <w:tc>
          <w:tcPr>
            <w:tcW w:type="dxa" w:w="2880"/>
          </w:tcPr>
          <w:p>
            <w:r>
              <w:t>giraffe</w:t>
            </w:r>
          </w:p>
        </w:tc>
        <w:tc>
          <w:tcPr>
            <w:tcW w:type="dxa" w:w="2880"/>
          </w:tcPr>
          <w:p>
            <w:r>
              <w:t>10</w:t>
            </w:r>
          </w:p>
        </w:tc>
      </w:tr>
      <w:tr>
        <w:tc>
          <w:tcPr>
            <w:tcW w:type="dxa" w:w="2880"/>
          </w:tcPr>
          <w:p>
            <w:r>
              <w:t>2023-01-01</w:t>
            </w:r>
          </w:p>
        </w:tc>
        <w:tc>
          <w:tcPr>
            <w:tcW w:type="dxa" w:w="2880"/>
          </w:tcPr>
          <w:p>
            <w:r>
              <w:t>hippo</w:t>
            </w:r>
          </w:p>
        </w:tc>
        <w:tc>
          <w:tcPr>
            <w:tcW w:type="dxa" w:w="2880"/>
          </w:tcPr>
          <w:p>
            <w:r>
              <w:t>6</w:t>
            </w:r>
          </w:p>
        </w:tc>
      </w:tr>
      <w:tr>
        <w:tc>
          <w:tcPr>
            <w:tcW w:type="dxa" w:w="2880"/>
          </w:tcPr>
          <w:p>
            <w:r>
              <w:t>2023-01-01</w:t>
            </w:r>
          </w:p>
        </w:tc>
        <w:tc>
          <w:tcPr>
            <w:tcW w:type="dxa" w:w="2880"/>
          </w:tcPr>
          <w:p>
            <w:r>
              <w:t>red lechwe</w:t>
            </w:r>
          </w:p>
        </w:tc>
        <w:tc>
          <w:tcPr>
            <w:tcW w:type="dxa" w:w="2880"/>
          </w:tcPr>
          <w:p>
            <w:r>
              <w:t>6</w:t>
            </w:r>
          </w:p>
        </w:tc>
      </w:tr>
      <w:tr>
        <w:tc>
          <w:tcPr>
            <w:tcW w:type="dxa" w:w="2880"/>
          </w:tcPr>
          <w:p>
            <w:r>
              <w:t>2023-01-01</w:t>
            </w:r>
          </w:p>
        </w:tc>
        <w:tc>
          <w:tcPr>
            <w:tcW w:type="dxa" w:w="2880"/>
          </w:tcPr>
          <w:p>
            <w:r>
              <w:t>Other</w:t>
            </w:r>
          </w:p>
        </w:tc>
        <w:tc>
          <w:tcPr>
            <w:tcW w:type="dxa" w:w="2880"/>
          </w:tcPr>
          <w:p>
            <w:r>
              <w:t>15</w:t>
            </w:r>
          </w:p>
        </w:tc>
      </w:tr>
      <w:tr>
        <w:tc>
          <w:tcPr>
            <w:tcW w:type="dxa" w:w="2880"/>
          </w:tcPr>
          <w:p>
            <w:r>
              <w:t>2023-04-01</w:t>
            </w:r>
          </w:p>
        </w:tc>
        <w:tc>
          <w:tcPr>
            <w:tcW w:type="dxa" w:w="2880"/>
          </w:tcPr>
          <w:p>
            <w:r>
              <w:t>elephant</w:t>
            </w:r>
          </w:p>
        </w:tc>
        <w:tc>
          <w:tcPr>
            <w:tcW w:type="dxa" w:w="2880"/>
          </w:tcPr>
          <w:p>
            <w:r>
              <w:t>15</w:t>
            </w:r>
          </w:p>
        </w:tc>
      </w:tr>
      <w:tr>
        <w:tc>
          <w:tcPr>
            <w:tcW w:type="dxa" w:w="2880"/>
          </w:tcPr>
          <w:p>
            <w:r>
              <w:t>2023-04-01</w:t>
            </w:r>
          </w:p>
        </w:tc>
        <w:tc>
          <w:tcPr>
            <w:tcW w:type="dxa" w:w="2880"/>
          </w:tcPr>
          <w:p>
            <w:r>
              <w:t>buffalo</w:t>
            </w:r>
          </w:p>
        </w:tc>
        <w:tc>
          <w:tcPr>
            <w:tcW w:type="dxa" w:w="2880"/>
          </w:tcPr>
          <w:p>
            <w:r>
              <w:t>7</w:t>
            </w:r>
          </w:p>
        </w:tc>
      </w:tr>
      <w:tr>
        <w:tc>
          <w:tcPr>
            <w:tcW w:type="dxa" w:w="2880"/>
          </w:tcPr>
          <w:p>
            <w:r>
              <w:t>2023-04-01</w:t>
            </w:r>
          </w:p>
        </w:tc>
        <w:tc>
          <w:tcPr>
            <w:tcW w:type="dxa" w:w="2880"/>
          </w:tcPr>
          <w:p>
            <w:r>
              <w:t>giraffe</w:t>
            </w:r>
          </w:p>
        </w:tc>
        <w:tc>
          <w:tcPr>
            <w:tcW w:type="dxa" w:w="2880"/>
          </w:tcPr>
          <w:p>
            <w:r>
              <w:t>11</w:t>
            </w:r>
          </w:p>
        </w:tc>
      </w:tr>
      <w:tr>
        <w:tc>
          <w:tcPr>
            <w:tcW w:type="dxa" w:w="2880"/>
          </w:tcPr>
          <w:p>
            <w:r>
              <w:t>2023-04-01</w:t>
            </w:r>
          </w:p>
        </w:tc>
        <w:tc>
          <w:tcPr>
            <w:tcW w:type="dxa" w:w="2880"/>
          </w:tcPr>
          <w:p>
            <w:r>
              <w:t>hippo</w:t>
            </w:r>
          </w:p>
        </w:tc>
        <w:tc>
          <w:tcPr>
            <w:tcW w:type="dxa" w:w="2880"/>
          </w:tcPr>
          <w:p>
            <w:r>
              <w:t>9</w:t>
            </w:r>
          </w:p>
        </w:tc>
      </w:tr>
      <w:tr>
        <w:tc>
          <w:tcPr>
            <w:tcW w:type="dxa" w:w="2880"/>
          </w:tcPr>
          <w:p>
            <w:r>
              <w:t>2023-04-01</w:t>
            </w:r>
          </w:p>
        </w:tc>
        <w:tc>
          <w:tcPr>
            <w:tcW w:type="dxa" w:w="2880"/>
          </w:tcPr>
          <w:p>
            <w:r>
              <w:t>red lechwe</w:t>
            </w:r>
          </w:p>
        </w:tc>
        <w:tc>
          <w:tcPr>
            <w:tcW w:type="dxa" w:w="2880"/>
          </w:tcPr>
          <w:p>
            <w:r>
              <w:t>8</w:t>
            </w:r>
          </w:p>
        </w:tc>
      </w:tr>
      <w:tr>
        <w:tc>
          <w:tcPr>
            <w:tcW w:type="dxa" w:w="2880"/>
          </w:tcPr>
          <w:p>
            <w:r>
              <w:t>2023-04-01</w:t>
            </w:r>
          </w:p>
        </w:tc>
        <w:tc>
          <w:tcPr>
            <w:tcW w:type="dxa" w:w="2880"/>
          </w:tcPr>
          <w:p>
            <w:r>
              <w:t>Other</w:t>
            </w:r>
          </w:p>
        </w:tc>
        <w:tc>
          <w:tcPr>
            <w:tcW w:type="dxa" w:w="2880"/>
          </w:tcPr>
          <w:p>
            <w:r>
              <w:t>14</w:t>
            </w:r>
          </w:p>
        </w:tc>
      </w:tr>
      <w:tr>
        <w:tc>
          <w:tcPr>
            <w:tcW w:type="dxa" w:w="2880"/>
          </w:tcPr>
          <w:p>
            <w:r>
              <w:t>2023-07-01</w:t>
            </w:r>
          </w:p>
        </w:tc>
        <w:tc>
          <w:tcPr>
            <w:tcW w:type="dxa" w:w="2880"/>
          </w:tcPr>
          <w:p>
            <w:r>
              <w:t>elephant</w:t>
            </w:r>
          </w:p>
        </w:tc>
        <w:tc>
          <w:tcPr>
            <w:tcW w:type="dxa" w:w="2880"/>
          </w:tcPr>
          <w:p>
            <w:r>
              <w:t>35</w:t>
            </w:r>
          </w:p>
        </w:tc>
      </w:tr>
      <w:tr>
        <w:tc>
          <w:tcPr>
            <w:tcW w:type="dxa" w:w="2880"/>
          </w:tcPr>
          <w:p>
            <w:r>
              <w:t>2023-07-01</w:t>
            </w:r>
          </w:p>
        </w:tc>
        <w:tc>
          <w:tcPr>
            <w:tcW w:type="dxa" w:w="2880"/>
          </w:tcPr>
          <w:p>
            <w:r>
              <w:t>buffalo</w:t>
            </w:r>
          </w:p>
        </w:tc>
        <w:tc>
          <w:tcPr>
            <w:tcW w:type="dxa" w:w="2880"/>
          </w:tcPr>
          <w:p>
            <w:r>
              <w:t>22</w:t>
            </w:r>
          </w:p>
        </w:tc>
      </w:tr>
      <w:tr>
        <w:tc>
          <w:tcPr>
            <w:tcW w:type="dxa" w:w="2880"/>
          </w:tcPr>
          <w:p>
            <w:r>
              <w:t>2023-07-01</w:t>
            </w:r>
          </w:p>
        </w:tc>
        <w:tc>
          <w:tcPr>
            <w:tcW w:type="dxa" w:w="2880"/>
          </w:tcPr>
          <w:p>
            <w:r>
              <w:t>giraffe</w:t>
            </w:r>
          </w:p>
        </w:tc>
        <w:tc>
          <w:tcPr>
            <w:tcW w:type="dxa" w:w="2880"/>
          </w:tcPr>
          <w:p>
            <w:r>
              <w:t>10</w:t>
            </w:r>
          </w:p>
        </w:tc>
      </w:tr>
      <w:tr>
        <w:tc>
          <w:tcPr>
            <w:tcW w:type="dxa" w:w="2880"/>
          </w:tcPr>
          <w:p>
            <w:r>
              <w:t>2023-07-01</w:t>
            </w:r>
          </w:p>
        </w:tc>
        <w:tc>
          <w:tcPr>
            <w:tcW w:type="dxa" w:w="2880"/>
          </w:tcPr>
          <w:p>
            <w:r>
              <w:t>hippo</w:t>
            </w:r>
          </w:p>
        </w:tc>
        <w:tc>
          <w:tcPr>
            <w:tcW w:type="dxa" w:w="2880"/>
          </w:tcPr>
          <w:p>
            <w:r>
              <w:t>3</w:t>
            </w:r>
          </w:p>
        </w:tc>
      </w:tr>
      <w:tr>
        <w:tc>
          <w:tcPr>
            <w:tcW w:type="dxa" w:w="2880"/>
          </w:tcPr>
          <w:p>
            <w:r>
              <w:t>2023-07-01</w:t>
            </w:r>
          </w:p>
        </w:tc>
        <w:tc>
          <w:tcPr>
            <w:tcW w:type="dxa" w:w="2880"/>
          </w:tcPr>
          <w:p>
            <w:r>
              <w:t>red lechwe</w:t>
            </w:r>
          </w:p>
        </w:tc>
        <w:tc>
          <w:tcPr>
            <w:tcW w:type="dxa" w:w="2880"/>
          </w:tcPr>
          <w:p>
            <w:r>
              <w:t>7</w:t>
            </w:r>
          </w:p>
        </w:tc>
      </w:tr>
      <w:tr>
        <w:tc>
          <w:tcPr>
            <w:tcW w:type="dxa" w:w="2880"/>
          </w:tcPr>
          <w:p>
            <w:r>
              <w:t>2023-07-01</w:t>
            </w:r>
          </w:p>
        </w:tc>
        <w:tc>
          <w:tcPr>
            <w:tcW w:type="dxa" w:w="2880"/>
          </w:tcPr>
          <w:p>
            <w:r>
              <w:t>Other</w:t>
            </w:r>
          </w:p>
        </w:tc>
        <w:tc>
          <w:tcPr>
            <w:tcW w:type="dxa" w:w="2880"/>
          </w:tcPr>
          <w:p>
            <w:r>
              <w:t>19</w:t>
            </w:r>
          </w:p>
        </w:tc>
      </w:tr>
      <w:tr>
        <w:tc>
          <w:tcPr>
            <w:tcW w:type="dxa" w:w="2880"/>
          </w:tcPr>
          <w:p>
            <w:r>
              <w:t>2023-10-01</w:t>
            </w:r>
          </w:p>
        </w:tc>
        <w:tc>
          <w:tcPr>
            <w:tcW w:type="dxa" w:w="2880"/>
          </w:tcPr>
          <w:p>
            <w:r>
              <w:t>elephant</w:t>
            </w:r>
          </w:p>
        </w:tc>
        <w:tc>
          <w:tcPr>
            <w:tcW w:type="dxa" w:w="2880"/>
          </w:tcPr>
          <w:p>
            <w:r>
              <w:t>36</w:t>
            </w:r>
          </w:p>
        </w:tc>
      </w:tr>
      <w:tr>
        <w:tc>
          <w:tcPr>
            <w:tcW w:type="dxa" w:w="2880"/>
          </w:tcPr>
          <w:p>
            <w:r>
              <w:t>2023-10-01</w:t>
            </w:r>
          </w:p>
        </w:tc>
        <w:tc>
          <w:tcPr>
            <w:tcW w:type="dxa" w:w="2880"/>
          </w:tcPr>
          <w:p>
            <w:r>
              <w:t>buffalo</w:t>
            </w:r>
          </w:p>
        </w:tc>
        <w:tc>
          <w:tcPr>
            <w:tcW w:type="dxa" w:w="2880"/>
          </w:tcPr>
          <w:p>
            <w:r>
              <w:t>15</w:t>
            </w:r>
          </w:p>
        </w:tc>
      </w:tr>
      <w:tr>
        <w:tc>
          <w:tcPr>
            <w:tcW w:type="dxa" w:w="2880"/>
          </w:tcPr>
          <w:p>
            <w:r>
              <w:t>2023-10-01</w:t>
            </w:r>
          </w:p>
        </w:tc>
        <w:tc>
          <w:tcPr>
            <w:tcW w:type="dxa" w:w="2880"/>
          </w:tcPr>
          <w:p>
            <w:r>
              <w:t>giraffe</w:t>
            </w:r>
          </w:p>
        </w:tc>
        <w:tc>
          <w:tcPr>
            <w:tcW w:type="dxa" w:w="2880"/>
          </w:tcPr>
          <w:p>
            <w:r>
              <w:t>18</w:t>
            </w:r>
          </w:p>
        </w:tc>
      </w:tr>
      <w:tr>
        <w:tc>
          <w:tcPr>
            <w:tcW w:type="dxa" w:w="2880"/>
          </w:tcPr>
          <w:p>
            <w:r>
              <w:t>2023-10-01</w:t>
            </w:r>
          </w:p>
        </w:tc>
        <w:tc>
          <w:tcPr>
            <w:tcW w:type="dxa" w:w="2880"/>
          </w:tcPr>
          <w:p>
            <w:r>
              <w:t>hippo</w:t>
            </w:r>
          </w:p>
        </w:tc>
        <w:tc>
          <w:tcPr>
            <w:tcW w:type="dxa" w:w="2880"/>
          </w:tcPr>
          <w:p>
            <w:r>
              <w:t>7</w:t>
            </w:r>
          </w:p>
        </w:tc>
      </w:tr>
      <w:tr>
        <w:tc>
          <w:tcPr>
            <w:tcW w:type="dxa" w:w="2880"/>
          </w:tcPr>
          <w:p>
            <w:r>
              <w:t>2023-10-01</w:t>
            </w:r>
          </w:p>
        </w:tc>
        <w:tc>
          <w:tcPr>
            <w:tcW w:type="dxa" w:w="2880"/>
          </w:tcPr>
          <w:p>
            <w:r>
              <w:t>red lechwe</w:t>
            </w:r>
          </w:p>
        </w:tc>
        <w:tc>
          <w:tcPr>
            <w:tcW w:type="dxa" w:w="2880"/>
          </w:tcPr>
          <w:p>
            <w:r>
              <w:t>9</w:t>
            </w:r>
          </w:p>
        </w:tc>
      </w:tr>
      <w:tr>
        <w:tc>
          <w:tcPr>
            <w:tcW w:type="dxa" w:w="2880"/>
          </w:tcPr>
          <w:p>
            <w:r>
              <w:t>2023-10-01</w:t>
            </w:r>
          </w:p>
        </w:tc>
        <w:tc>
          <w:tcPr>
            <w:tcW w:type="dxa" w:w="2880"/>
          </w:tcPr>
          <w:p>
            <w:r>
              <w:t>Other</w:t>
            </w:r>
          </w:p>
        </w:tc>
        <w:tc>
          <w:tcPr>
            <w:tcW w:type="dxa" w:w="2880"/>
          </w:tcPr>
          <w:p>
            <w:r>
              <w:t>19</w:t>
            </w:r>
          </w:p>
        </w:tc>
      </w:tr>
      <w:tr>
        <w:tc>
          <w:tcPr>
            <w:tcW w:type="dxa" w:w="2880"/>
          </w:tcPr>
          <w:p>
            <w:r>
              <w:t>2024-01-01</w:t>
            </w:r>
          </w:p>
        </w:tc>
        <w:tc>
          <w:tcPr>
            <w:tcW w:type="dxa" w:w="2880"/>
          </w:tcPr>
          <w:p>
            <w:r>
              <w:t>elephant</w:t>
            </w:r>
          </w:p>
        </w:tc>
        <w:tc>
          <w:tcPr>
            <w:tcW w:type="dxa" w:w="2880"/>
          </w:tcPr>
          <w:p>
            <w:r>
              <w:t>19</w:t>
            </w:r>
          </w:p>
        </w:tc>
      </w:tr>
      <w:tr>
        <w:tc>
          <w:tcPr>
            <w:tcW w:type="dxa" w:w="2880"/>
          </w:tcPr>
          <w:p>
            <w:r>
              <w:t>2024-01-01</w:t>
            </w:r>
          </w:p>
        </w:tc>
        <w:tc>
          <w:tcPr>
            <w:tcW w:type="dxa" w:w="2880"/>
          </w:tcPr>
          <w:p>
            <w:r>
              <w:t>buffalo</w:t>
            </w:r>
          </w:p>
        </w:tc>
        <w:tc>
          <w:tcPr>
            <w:tcW w:type="dxa" w:w="2880"/>
          </w:tcPr>
          <w:p>
            <w:r>
              <w:t>6</w:t>
            </w:r>
          </w:p>
        </w:tc>
      </w:tr>
      <w:tr>
        <w:tc>
          <w:tcPr>
            <w:tcW w:type="dxa" w:w="2880"/>
          </w:tcPr>
          <w:p>
            <w:r>
              <w:t>2024-01-01</w:t>
            </w:r>
          </w:p>
        </w:tc>
        <w:tc>
          <w:tcPr>
            <w:tcW w:type="dxa" w:w="2880"/>
          </w:tcPr>
          <w:p>
            <w:r>
              <w:t>giraffe</w:t>
            </w:r>
          </w:p>
        </w:tc>
        <w:tc>
          <w:tcPr>
            <w:tcW w:type="dxa" w:w="2880"/>
          </w:tcPr>
          <w:p>
            <w:r>
              <w:t>3</w:t>
            </w:r>
          </w:p>
        </w:tc>
      </w:tr>
      <w:tr>
        <w:tc>
          <w:tcPr>
            <w:tcW w:type="dxa" w:w="2880"/>
          </w:tcPr>
          <w:p>
            <w:r>
              <w:t>2024-01-01</w:t>
            </w:r>
          </w:p>
        </w:tc>
        <w:tc>
          <w:tcPr>
            <w:tcW w:type="dxa" w:w="2880"/>
          </w:tcPr>
          <w:p>
            <w:r>
              <w:t>hippo</w:t>
            </w:r>
          </w:p>
        </w:tc>
        <w:tc>
          <w:tcPr>
            <w:tcW w:type="dxa" w:w="2880"/>
          </w:tcPr>
          <w:p>
            <w:r>
              <w:t>3</w:t>
            </w:r>
          </w:p>
        </w:tc>
      </w:tr>
      <w:tr>
        <w:tc>
          <w:tcPr>
            <w:tcW w:type="dxa" w:w="2880"/>
          </w:tcPr>
          <w:p>
            <w:r>
              <w:t>2024-01-01</w:t>
            </w:r>
          </w:p>
        </w:tc>
        <w:tc>
          <w:tcPr>
            <w:tcW w:type="dxa" w:w="2880"/>
          </w:tcPr>
          <w:p>
            <w:r>
              <w:t>red lechwe</w:t>
            </w:r>
          </w:p>
        </w:tc>
        <w:tc>
          <w:tcPr>
            <w:tcW w:type="dxa" w:w="2880"/>
          </w:tcPr>
          <w:p>
            <w:r>
              <w:t>5</w:t>
            </w:r>
          </w:p>
        </w:tc>
      </w:tr>
      <w:tr>
        <w:tc>
          <w:tcPr>
            <w:tcW w:type="dxa" w:w="2880"/>
          </w:tcPr>
          <w:p>
            <w:r>
              <w:t>2024-01-01</w:t>
            </w:r>
          </w:p>
        </w:tc>
        <w:tc>
          <w:tcPr>
            <w:tcW w:type="dxa" w:w="2880"/>
          </w:tcPr>
          <w:p>
            <w:r>
              <w:t>Other</w:t>
            </w:r>
          </w:p>
        </w:tc>
        <w:tc>
          <w:tcPr>
            <w:tcW w:type="dxa" w:w="2880"/>
          </w:tcPr>
          <w:p>
            <w:r>
              <w:t>14</w:t>
            </w:r>
          </w:p>
        </w:tc>
      </w:tr>
      <w:tr>
        <w:tc>
          <w:tcPr>
            <w:tcW w:type="dxa" w:w="2880"/>
          </w:tcPr>
          <w:p>
            <w:r>
              <w:t>2024-04-01</w:t>
            </w:r>
          </w:p>
        </w:tc>
        <w:tc>
          <w:tcPr>
            <w:tcW w:type="dxa" w:w="2880"/>
          </w:tcPr>
          <w:p>
            <w:r>
              <w:t>elephant</w:t>
            </w:r>
          </w:p>
        </w:tc>
        <w:tc>
          <w:tcPr>
            <w:tcW w:type="dxa" w:w="2880"/>
          </w:tcPr>
          <w:p>
            <w:r>
              <w:t>21</w:t>
            </w:r>
          </w:p>
        </w:tc>
      </w:tr>
      <w:tr>
        <w:tc>
          <w:tcPr>
            <w:tcW w:type="dxa" w:w="2880"/>
          </w:tcPr>
          <w:p>
            <w:r>
              <w:t>2024-04-01</w:t>
            </w:r>
          </w:p>
        </w:tc>
        <w:tc>
          <w:tcPr>
            <w:tcW w:type="dxa" w:w="2880"/>
          </w:tcPr>
          <w:p>
            <w:r>
              <w:t>buffalo</w:t>
            </w:r>
          </w:p>
        </w:tc>
        <w:tc>
          <w:tcPr>
            <w:tcW w:type="dxa" w:w="2880"/>
          </w:tcPr>
          <w:p>
            <w:r>
              <w:t>7</w:t>
            </w:r>
          </w:p>
        </w:tc>
      </w:tr>
      <w:tr>
        <w:tc>
          <w:tcPr>
            <w:tcW w:type="dxa" w:w="2880"/>
          </w:tcPr>
          <w:p>
            <w:r>
              <w:t>2024-04-01</w:t>
            </w:r>
          </w:p>
        </w:tc>
        <w:tc>
          <w:tcPr>
            <w:tcW w:type="dxa" w:w="2880"/>
          </w:tcPr>
          <w:p>
            <w:r>
              <w:t>giraffe</w:t>
            </w:r>
          </w:p>
        </w:tc>
        <w:tc>
          <w:tcPr>
            <w:tcW w:type="dxa" w:w="2880"/>
          </w:tcPr>
          <w:p>
            <w:r>
              <w:t>10</w:t>
            </w:r>
          </w:p>
        </w:tc>
      </w:tr>
      <w:tr>
        <w:tc>
          <w:tcPr>
            <w:tcW w:type="dxa" w:w="2880"/>
          </w:tcPr>
          <w:p>
            <w:r>
              <w:t>2024-04-01</w:t>
            </w:r>
          </w:p>
        </w:tc>
        <w:tc>
          <w:tcPr>
            <w:tcW w:type="dxa" w:w="2880"/>
          </w:tcPr>
          <w:p>
            <w:r>
              <w:t>hippo</w:t>
            </w:r>
          </w:p>
        </w:tc>
        <w:tc>
          <w:tcPr>
            <w:tcW w:type="dxa" w:w="2880"/>
          </w:tcPr>
          <w:p>
            <w:r>
              <w:t>8</w:t>
            </w:r>
          </w:p>
        </w:tc>
      </w:tr>
      <w:tr>
        <w:tc>
          <w:tcPr>
            <w:tcW w:type="dxa" w:w="2880"/>
          </w:tcPr>
          <w:p>
            <w:r>
              <w:t>2024-04-01</w:t>
            </w:r>
          </w:p>
        </w:tc>
        <w:tc>
          <w:tcPr>
            <w:tcW w:type="dxa" w:w="2880"/>
          </w:tcPr>
          <w:p>
            <w:r>
              <w:t>red lechwe</w:t>
            </w:r>
          </w:p>
        </w:tc>
        <w:tc>
          <w:tcPr>
            <w:tcW w:type="dxa" w:w="2880"/>
          </w:tcPr>
          <w:p>
            <w:r>
              <w:t>7</w:t>
            </w:r>
          </w:p>
        </w:tc>
      </w:tr>
      <w:tr>
        <w:tc>
          <w:tcPr>
            <w:tcW w:type="dxa" w:w="2880"/>
          </w:tcPr>
          <w:p>
            <w:r>
              <w:t>2024-04-01</w:t>
            </w:r>
          </w:p>
        </w:tc>
        <w:tc>
          <w:tcPr>
            <w:tcW w:type="dxa" w:w="2880"/>
          </w:tcPr>
          <w:p>
            <w:r>
              <w:t>Other</w:t>
            </w:r>
          </w:p>
        </w:tc>
        <w:tc>
          <w:tcPr>
            <w:tcW w:type="dxa" w:w="2880"/>
          </w:tcPr>
          <w:p>
            <w:r>
              <w:t>20</w:t>
            </w:r>
          </w:p>
        </w:tc>
      </w:tr>
      <w:tr>
        <w:tc>
          <w:tcPr>
            <w:tcW w:type="dxa" w:w="2880"/>
          </w:tcPr>
          <w:p>
            <w:r>
              <w:t>2024-07-01</w:t>
            </w:r>
          </w:p>
        </w:tc>
        <w:tc>
          <w:tcPr>
            <w:tcW w:type="dxa" w:w="2880"/>
          </w:tcPr>
          <w:p>
            <w:r>
              <w:t>elephant</w:t>
            </w:r>
          </w:p>
        </w:tc>
        <w:tc>
          <w:tcPr>
            <w:tcW w:type="dxa" w:w="2880"/>
          </w:tcPr>
          <w:p>
            <w:r>
              <w:t>33</w:t>
            </w:r>
          </w:p>
        </w:tc>
      </w:tr>
      <w:tr>
        <w:tc>
          <w:tcPr>
            <w:tcW w:type="dxa" w:w="2880"/>
          </w:tcPr>
          <w:p>
            <w:r>
              <w:t>2024-07-01</w:t>
            </w:r>
          </w:p>
        </w:tc>
        <w:tc>
          <w:tcPr>
            <w:tcW w:type="dxa" w:w="2880"/>
          </w:tcPr>
          <w:p>
            <w:r>
              <w:t>buffalo</w:t>
            </w:r>
          </w:p>
        </w:tc>
        <w:tc>
          <w:tcPr>
            <w:tcW w:type="dxa" w:w="2880"/>
          </w:tcPr>
          <w:p>
            <w:r>
              <w:t>19</w:t>
            </w:r>
          </w:p>
        </w:tc>
      </w:tr>
      <w:tr>
        <w:tc>
          <w:tcPr>
            <w:tcW w:type="dxa" w:w="2880"/>
          </w:tcPr>
          <w:p>
            <w:r>
              <w:t>2024-07-01</w:t>
            </w:r>
          </w:p>
        </w:tc>
        <w:tc>
          <w:tcPr>
            <w:tcW w:type="dxa" w:w="2880"/>
          </w:tcPr>
          <w:p>
            <w:r>
              <w:t>giraffe</w:t>
            </w:r>
          </w:p>
        </w:tc>
        <w:tc>
          <w:tcPr>
            <w:tcW w:type="dxa" w:w="2880"/>
          </w:tcPr>
          <w:p>
            <w:r>
              <w:t>4</w:t>
            </w:r>
          </w:p>
        </w:tc>
      </w:tr>
      <w:tr>
        <w:tc>
          <w:tcPr>
            <w:tcW w:type="dxa" w:w="2880"/>
          </w:tcPr>
          <w:p>
            <w:r>
              <w:t>2024-07-01</w:t>
            </w:r>
          </w:p>
        </w:tc>
        <w:tc>
          <w:tcPr>
            <w:tcW w:type="dxa" w:w="2880"/>
          </w:tcPr>
          <w:p>
            <w:r>
              <w:t>hippo</w:t>
            </w:r>
          </w:p>
        </w:tc>
        <w:tc>
          <w:tcPr>
            <w:tcW w:type="dxa" w:w="2880"/>
          </w:tcPr>
          <w:p>
            <w:r>
              <w:t>6</w:t>
            </w:r>
          </w:p>
        </w:tc>
      </w:tr>
      <w:tr>
        <w:tc>
          <w:tcPr>
            <w:tcW w:type="dxa" w:w="2880"/>
          </w:tcPr>
          <w:p>
            <w:r>
              <w:t>2024-07-01</w:t>
            </w:r>
          </w:p>
        </w:tc>
        <w:tc>
          <w:tcPr>
            <w:tcW w:type="dxa" w:w="2880"/>
          </w:tcPr>
          <w:p>
            <w:r>
              <w:t>red lechwe</w:t>
            </w:r>
          </w:p>
        </w:tc>
        <w:tc>
          <w:tcPr>
            <w:tcW w:type="dxa" w:w="2880"/>
          </w:tcPr>
          <w:p>
            <w:r>
              <w:t>4</w:t>
            </w:r>
          </w:p>
        </w:tc>
      </w:tr>
      <w:tr>
        <w:tc>
          <w:tcPr>
            <w:tcW w:type="dxa" w:w="2880"/>
          </w:tcPr>
          <w:p>
            <w:r>
              <w:t>2024-07-01</w:t>
            </w:r>
          </w:p>
        </w:tc>
        <w:tc>
          <w:tcPr>
            <w:tcW w:type="dxa" w:w="2880"/>
          </w:tcPr>
          <w:p>
            <w:r>
              <w:t>Other</w:t>
            </w:r>
          </w:p>
        </w:tc>
        <w:tc>
          <w:tcPr>
            <w:tcW w:type="dxa" w:w="2880"/>
          </w:tcPr>
          <w:p>
            <w:r>
              <w:t>28</w:t>
            </w:r>
          </w:p>
        </w:tc>
      </w:tr>
      <w:tr>
        <w:tc>
          <w:tcPr>
            <w:tcW w:type="dxa" w:w="2880"/>
          </w:tcPr>
          <w:p>
            <w:r>
              <w:t>2024-10-01</w:t>
            </w:r>
          </w:p>
        </w:tc>
        <w:tc>
          <w:tcPr>
            <w:tcW w:type="dxa" w:w="2880"/>
          </w:tcPr>
          <w:p>
            <w:r>
              <w:t>elephant</w:t>
            </w:r>
          </w:p>
        </w:tc>
        <w:tc>
          <w:tcPr>
            <w:tcW w:type="dxa" w:w="2880"/>
          </w:tcPr>
          <w:p>
            <w:r>
              <w:t>21</w:t>
            </w:r>
          </w:p>
        </w:tc>
      </w:tr>
      <w:tr>
        <w:tc>
          <w:tcPr>
            <w:tcW w:type="dxa" w:w="2880"/>
          </w:tcPr>
          <w:p>
            <w:r>
              <w:t>2024-10-01</w:t>
            </w:r>
          </w:p>
        </w:tc>
        <w:tc>
          <w:tcPr>
            <w:tcW w:type="dxa" w:w="2880"/>
          </w:tcPr>
          <w:p>
            <w:r>
              <w:t>buffalo</w:t>
            </w:r>
          </w:p>
        </w:tc>
        <w:tc>
          <w:tcPr>
            <w:tcW w:type="dxa" w:w="2880"/>
          </w:tcPr>
          <w:p>
            <w:r>
              <w:t>8</w:t>
            </w:r>
          </w:p>
        </w:tc>
      </w:tr>
      <w:tr>
        <w:tc>
          <w:tcPr>
            <w:tcW w:type="dxa" w:w="2880"/>
          </w:tcPr>
          <w:p>
            <w:r>
              <w:t>2024-10-01</w:t>
            </w:r>
          </w:p>
        </w:tc>
        <w:tc>
          <w:tcPr>
            <w:tcW w:type="dxa" w:w="2880"/>
          </w:tcPr>
          <w:p>
            <w:r>
              <w:t>giraffe</w:t>
            </w:r>
          </w:p>
        </w:tc>
        <w:tc>
          <w:tcPr>
            <w:tcW w:type="dxa" w:w="2880"/>
          </w:tcPr>
          <w:p>
            <w:r>
              <w:t>11</w:t>
            </w:r>
          </w:p>
        </w:tc>
      </w:tr>
      <w:tr>
        <w:tc>
          <w:tcPr>
            <w:tcW w:type="dxa" w:w="2880"/>
          </w:tcPr>
          <w:p>
            <w:r>
              <w:t>2024-10-01</w:t>
            </w:r>
          </w:p>
        </w:tc>
        <w:tc>
          <w:tcPr>
            <w:tcW w:type="dxa" w:w="2880"/>
          </w:tcPr>
          <w:p>
            <w:r>
              <w:t>hippo</w:t>
            </w:r>
          </w:p>
        </w:tc>
        <w:tc>
          <w:tcPr>
            <w:tcW w:type="dxa" w:w="2880"/>
          </w:tcPr>
          <w:p>
            <w:r>
              <w:t>11</w:t>
            </w:r>
          </w:p>
        </w:tc>
      </w:tr>
      <w:tr>
        <w:tc>
          <w:tcPr>
            <w:tcW w:type="dxa" w:w="2880"/>
          </w:tcPr>
          <w:p>
            <w:r>
              <w:t>2024-10-01</w:t>
            </w:r>
          </w:p>
        </w:tc>
        <w:tc>
          <w:tcPr>
            <w:tcW w:type="dxa" w:w="2880"/>
          </w:tcPr>
          <w:p>
            <w:r>
              <w:t>red lechwe</w:t>
            </w:r>
          </w:p>
        </w:tc>
        <w:tc>
          <w:tcPr>
            <w:tcW w:type="dxa" w:w="2880"/>
          </w:tcPr>
          <w:p>
            <w:r>
              <w:t>10</w:t>
            </w:r>
          </w:p>
        </w:tc>
      </w:tr>
      <w:tr>
        <w:tc>
          <w:tcPr>
            <w:tcW w:type="dxa" w:w="2880"/>
          </w:tcPr>
          <w:p>
            <w:r>
              <w:t>2024-10-01</w:t>
            </w:r>
          </w:p>
        </w:tc>
        <w:tc>
          <w:tcPr>
            <w:tcW w:type="dxa" w:w="2880"/>
          </w:tcPr>
          <w:p>
            <w:r>
              <w:t>Other</w:t>
            </w:r>
          </w:p>
        </w:tc>
        <w:tc>
          <w:tcPr>
            <w:tcW w:type="dxa" w:w="2880"/>
          </w:tcPr>
          <w:p>
            <w:r>
              <w:t>24</w:t>
            </w:r>
          </w:p>
        </w:tc>
      </w:tr>
      <w:tr>
        <w:tc>
          <w:tcPr>
            <w:tcW w:type="dxa" w:w="2880"/>
          </w:tcPr>
          <w:p>
            <w:r>
              <w:t>2025-01-01</w:t>
            </w:r>
          </w:p>
        </w:tc>
        <w:tc>
          <w:tcPr>
            <w:tcW w:type="dxa" w:w="2880"/>
          </w:tcPr>
          <w:p>
            <w:r>
              <w:t>elephant</w:t>
            </w:r>
          </w:p>
        </w:tc>
        <w:tc>
          <w:tcPr>
            <w:tcW w:type="dxa" w:w="2880"/>
          </w:tcPr>
          <w:p>
            <w:r>
              <w:t>17</w:t>
            </w:r>
          </w:p>
        </w:tc>
      </w:tr>
      <w:tr>
        <w:tc>
          <w:tcPr>
            <w:tcW w:type="dxa" w:w="2880"/>
          </w:tcPr>
          <w:p>
            <w:r>
              <w:t>2025-01-01</w:t>
            </w:r>
          </w:p>
        </w:tc>
        <w:tc>
          <w:tcPr>
            <w:tcW w:type="dxa" w:w="2880"/>
          </w:tcPr>
          <w:p>
            <w:r>
              <w:t>buffalo</w:t>
            </w:r>
          </w:p>
        </w:tc>
        <w:tc>
          <w:tcPr>
            <w:tcW w:type="dxa" w:w="2880"/>
          </w:tcPr>
          <w:p>
            <w:r>
              <w:t>10</w:t>
            </w:r>
          </w:p>
        </w:tc>
      </w:tr>
      <w:tr>
        <w:tc>
          <w:tcPr>
            <w:tcW w:type="dxa" w:w="2880"/>
          </w:tcPr>
          <w:p>
            <w:r>
              <w:t>2025-01-01</w:t>
            </w:r>
          </w:p>
        </w:tc>
        <w:tc>
          <w:tcPr>
            <w:tcW w:type="dxa" w:w="2880"/>
          </w:tcPr>
          <w:p>
            <w:r>
              <w:t>giraffe</w:t>
            </w:r>
          </w:p>
        </w:tc>
        <w:tc>
          <w:tcPr>
            <w:tcW w:type="dxa" w:w="2880"/>
          </w:tcPr>
          <w:p>
            <w:r>
              <w:t>9</w:t>
            </w:r>
          </w:p>
        </w:tc>
      </w:tr>
      <w:tr>
        <w:tc>
          <w:tcPr>
            <w:tcW w:type="dxa" w:w="2880"/>
          </w:tcPr>
          <w:p>
            <w:r>
              <w:t>2025-01-01</w:t>
            </w:r>
          </w:p>
        </w:tc>
        <w:tc>
          <w:tcPr>
            <w:tcW w:type="dxa" w:w="2880"/>
          </w:tcPr>
          <w:p>
            <w:r>
              <w:t>hippo</w:t>
            </w:r>
          </w:p>
        </w:tc>
        <w:tc>
          <w:tcPr>
            <w:tcW w:type="dxa" w:w="2880"/>
          </w:tcPr>
          <w:p>
            <w:r>
              <w:t>5</w:t>
            </w:r>
          </w:p>
        </w:tc>
      </w:tr>
      <w:tr>
        <w:tc>
          <w:tcPr>
            <w:tcW w:type="dxa" w:w="2880"/>
          </w:tcPr>
          <w:p>
            <w:r>
              <w:t>2025-01-01</w:t>
            </w:r>
          </w:p>
        </w:tc>
        <w:tc>
          <w:tcPr>
            <w:tcW w:type="dxa" w:w="2880"/>
          </w:tcPr>
          <w:p>
            <w:r>
              <w:t>red lechwe</w:t>
            </w:r>
          </w:p>
        </w:tc>
        <w:tc>
          <w:tcPr>
            <w:tcW w:type="dxa" w:w="2880"/>
          </w:tcPr>
          <w:p>
            <w:r>
              <w:t>8</w:t>
            </w:r>
          </w:p>
        </w:tc>
      </w:tr>
      <w:tr>
        <w:tc>
          <w:tcPr>
            <w:tcW w:type="dxa" w:w="2880"/>
          </w:tcPr>
          <w:p>
            <w:r>
              <w:t>2025-01-01</w:t>
            </w:r>
          </w:p>
        </w:tc>
        <w:tc>
          <w:tcPr>
            <w:tcW w:type="dxa" w:w="2880"/>
          </w:tcPr>
          <w:p>
            <w:r>
              <w:t>Other</w:t>
            </w:r>
          </w:p>
        </w:tc>
        <w:tc>
          <w:tcPr>
            <w:tcW w:type="dxa" w:w="2880"/>
          </w:tcPr>
          <w:p>
            <w:r>
              <w:t>18</w:t>
            </w:r>
          </w:p>
        </w:tc>
      </w:tr>
      <w:tr>
        <w:tc>
          <w:tcPr>
            <w:tcW w:type="dxa" w:w="2880"/>
          </w:tcPr>
          <w:p>
            <w:r>
              <w:t>2025-04-01</w:t>
            </w:r>
          </w:p>
        </w:tc>
        <w:tc>
          <w:tcPr>
            <w:tcW w:type="dxa" w:w="2880"/>
          </w:tcPr>
          <w:p>
            <w:r>
              <w:t>elephant</w:t>
            </w:r>
          </w:p>
        </w:tc>
        <w:tc>
          <w:tcPr>
            <w:tcW w:type="dxa" w:w="2880"/>
          </w:tcPr>
          <w:p>
            <w:r>
              <w:t>19</w:t>
            </w:r>
          </w:p>
        </w:tc>
      </w:tr>
      <w:tr>
        <w:tc>
          <w:tcPr>
            <w:tcW w:type="dxa" w:w="2880"/>
          </w:tcPr>
          <w:p>
            <w:r>
              <w:t>2025-04-01</w:t>
            </w:r>
          </w:p>
        </w:tc>
        <w:tc>
          <w:tcPr>
            <w:tcW w:type="dxa" w:w="2880"/>
          </w:tcPr>
          <w:p>
            <w:r>
              <w:t>buffalo</w:t>
            </w:r>
          </w:p>
        </w:tc>
        <w:tc>
          <w:tcPr>
            <w:tcW w:type="dxa" w:w="2880"/>
          </w:tcPr>
          <w:p>
            <w:r>
              <w:t>12</w:t>
            </w:r>
          </w:p>
        </w:tc>
      </w:tr>
      <w:tr>
        <w:tc>
          <w:tcPr>
            <w:tcW w:type="dxa" w:w="2880"/>
          </w:tcPr>
          <w:p>
            <w:r>
              <w:t>2025-04-01</w:t>
            </w:r>
          </w:p>
        </w:tc>
        <w:tc>
          <w:tcPr>
            <w:tcW w:type="dxa" w:w="2880"/>
          </w:tcPr>
          <w:p>
            <w:r>
              <w:t>giraffe</w:t>
            </w:r>
          </w:p>
        </w:tc>
        <w:tc>
          <w:tcPr>
            <w:tcW w:type="dxa" w:w="2880"/>
          </w:tcPr>
          <w:p>
            <w:r>
              <w:t>8</w:t>
            </w:r>
          </w:p>
        </w:tc>
      </w:tr>
      <w:tr>
        <w:tc>
          <w:tcPr>
            <w:tcW w:type="dxa" w:w="2880"/>
          </w:tcPr>
          <w:p>
            <w:r>
              <w:t>2025-04-01</w:t>
            </w:r>
          </w:p>
        </w:tc>
        <w:tc>
          <w:tcPr>
            <w:tcW w:type="dxa" w:w="2880"/>
          </w:tcPr>
          <w:p>
            <w:r>
              <w:t>hippo</w:t>
            </w:r>
          </w:p>
        </w:tc>
        <w:tc>
          <w:tcPr>
            <w:tcW w:type="dxa" w:w="2880"/>
          </w:tcPr>
          <w:p>
            <w:r>
              <w:t>9</w:t>
            </w:r>
          </w:p>
        </w:tc>
      </w:tr>
      <w:tr>
        <w:tc>
          <w:tcPr>
            <w:tcW w:type="dxa" w:w="2880"/>
          </w:tcPr>
          <w:p>
            <w:r>
              <w:t>2025-04-01</w:t>
            </w:r>
          </w:p>
        </w:tc>
        <w:tc>
          <w:tcPr>
            <w:tcW w:type="dxa" w:w="2880"/>
          </w:tcPr>
          <w:p>
            <w:r>
              <w:t>red lechwe</w:t>
            </w:r>
          </w:p>
        </w:tc>
        <w:tc>
          <w:tcPr>
            <w:tcW w:type="dxa" w:w="2880"/>
          </w:tcPr>
          <w:p>
            <w:r>
              <w:t>7</w:t>
            </w:r>
          </w:p>
        </w:tc>
      </w:tr>
      <w:tr>
        <w:tc>
          <w:tcPr>
            <w:tcW w:type="dxa" w:w="2880"/>
          </w:tcPr>
          <w:p>
            <w:r>
              <w:t>2025-04-01</w:t>
            </w:r>
          </w:p>
        </w:tc>
        <w:tc>
          <w:tcPr>
            <w:tcW w:type="dxa" w:w="2880"/>
          </w:tcPr>
          <w:p>
            <w:r>
              <w:t>Other</w:t>
            </w:r>
          </w:p>
        </w:tc>
        <w:tc>
          <w:tcPr>
            <w:tcW w:type="dxa" w:w="2880"/>
          </w:tcPr>
          <w:p>
            <w:r>
              <w:t>18</w:t>
            </w:r>
          </w:p>
        </w:tc>
      </w:tr>
      <w:tr>
        <w:tc>
          <w:tcPr>
            <w:tcW w:type="dxa" w:w="2880"/>
          </w:tcPr>
          <w:p>
            <w:r>
              <w:t>2025-07-01</w:t>
            </w:r>
          </w:p>
        </w:tc>
        <w:tc>
          <w:tcPr>
            <w:tcW w:type="dxa" w:w="2880"/>
          </w:tcPr>
          <w:p>
            <w:r>
              <w:t>elephant</w:t>
            </w:r>
          </w:p>
        </w:tc>
        <w:tc>
          <w:tcPr>
            <w:tcW w:type="dxa" w:w="2880"/>
          </w:tcPr>
          <w:p>
            <w:r>
              <w:t>29</w:t>
            </w:r>
          </w:p>
        </w:tc>
      </w:tr>
      <w:tr>
        <w:tc>
          <w:tcPr>
            <w:tcW w:type="dxa" w:w="2880"/>
          </w:tcPr>
          <w:p>
            <w:r>
              <w:t>2025-07-01</w:t>
            </w:r>
          </w:p>
        </w:tc>
        <w:tc>
          <w:tcPr>
            <w:tcW w:type="dxa" w:w="2880"/>
          </w:tcPr>
          <w:p>
            <w:r>
              <w:t>buffalo</w:t>
            </w:r>
          </w:p>
        </w:tc>
        <w:tc>
          <w:tcPr>
            <w:tcW w:type="dxa" w:w="2880"/>
          </w:tcPr>
          <w:p>
            <w:r>
              <w:t>21</w:t>
            </w:r>
          </w:p>
        </w:tc>
      </w:tr>
      <w:tr>
        <w:tc>
          <w:tcPr>
            <w:tcW w:type="dxa" w:w="2880"/>
          </w:tcPr>
          <w:p>
            <w:r>
              <w:t>2025-07-01</w:t>
            </w:r>
          </w:p>
        </w:tc>
        <w:tc>
          <w:tcPr>
            <w:tcW w:type="dxa" w:w="2880"/>
          </w:tcPr>
          <w:p>
            <w:r>
              <w:t>giraffe</w:t>
            </w:r>
          </w:p>
        </w:tc>
        <w:tc>
          <w:tcPr>
            <w:tcW w:type="dxa" w:w="2880"/>
          </w:tcPr>
          <w:p>
            <w:r>
              <w:t>9</w:t>
            </w:r>
          </w:p>
        </w:tc>
      </w:tr>
      <w:tr>
        <w:tc>
          <w:tcPr>
            <w:tcW w:type="dxa" w:w="2880"/>
          </w:tcPr>
          <w:p>
            <w:r>
              <w:t>2025-07-01</w:t>
            </w:r>
          </w:p>
        </w:tc>
        <w:tc>
          <w:tcPr>
            <w:tcW w:type="dxa" w:w="2880"/>
          </w:tcPr>
          <w:p>
            <w:r>
              <w:t>hippo</w:t>
            </w:r>
          </w:p>
        </w:tc>
        <w:tc>
          <w:tcPr>
            <w:tcW w:type="dxa" w:w="2880"/>
          </w:tcPr>
          <w:p>
            <w:r>
              <w:t>13</w:t>
            </w:r>
          </w:p>
        </w:tc>
      </w:tr>
      <w:tr>
        <w:tc>
          <w:tcPr>
            <w:tcW w:type="dxa" w:w="2880"/>
          </w:tcPr>
          <w:p>
            <w:r>
              <w:t>2025-07-01</w:t>
            </w:r>
          </w:p>
        </w:tc>
        <w:tc>
          <w:tcPr>
            <w:tcW w:type="dxa" w:w="2880"/>
          </w:tcPr>
          <w:p>
            <w:r>
              <w:t>red lechwe</w:t>
            </w:r>
          </w:p>
        </w:tc>
        <w:tc>
          <w:tcPr>
            <w:tcW w:type="dxa" w:w="2880"/>
          </w:tcPr>
          <w:p>
            <w:r>
              <w:t>15</w:t>
            </w:r>
          </w:p>
        </w:tc>
      </w:tr>
      <w:tr>
        <w:tc>
          <w:tcPr>
            <w:tcW w:type="dxa" w:w="2880"/>
          </w:tcPr>
          <w:p>
            <w:r>
              <w:t>2025-07-01</w:t>
            </w:r>
          </w:p>
        </w:tc>
        <w:tc>
          <w:tcPr>
            <w:tcW w:type="dxa" w:w="2880"/>
          </w:tcPr>
          <w:p>
            <w:r>
              <w:t>Other</w:t>
            </w:r>
          </w:p>
        </w:tc>
        <w:tc>
          <w:tcPr>
            <w:tcW w:type="dxa" w:w="2880"/>
          </w:tcPr>
          <w:p>
            <w:r>
              <w:t>32</w:t>
            </w:r>
          </w:p>
        </w:tc>
      </w:tr>
      <w:tr>
        <w:tc>
          <w:tcPr>
            <w:tcW w:type="dxa" w:w="2880"/>
          </w:tcPr>
          <w:p>
            <w:r>
              <w:t>2025-10-01</w:t>
            </w:r>
          </w:p>
        </w:tc>
        <w:tc>
          <w:tcPr>
            <w:tcW w:type="dxa" w:w="2880"/>
          </w:tcPr>
          <w:p>
            <w:r>
              <w:t>elephant</w:t>
            </w:r>
          </w:p>
        </w:tc>
        <w:tc>
          <w:tcPr>
            <w:tcW w:type="dxa" w:w="2880"/>
          </w:tcPr>
          <w:p>
            <w:r>
              <w:t>26</w:t>
            </w:r>
          </w:p>
        </w:tc>
      </w:tr>
      <w:tr>
        <w:tc>
          <w:tcPr>
            <w:tcW w:type="dxa" w:w="2880"/>
          </w:tcPr>
          <w:p>
            <w:r>
              <w:t>2025-10-01</w:t>
            </w:r>
          </w:p>
        </w:tc>
        <w:tc>
          <w:tcPr>
            <w:tcW w:type="dxa" w:w="2880"/>
          </w:tcPr>
          <w:p>
            <w:r>
              <w:t>buffalo</w:t>
            </w:r>
          </w:p>
        </w:tc>
        <w:tc>
          <w:tcPr>
            <w:tcW w:type="dxa" w:w="2880"/>
          </w:tcPr>
          <w:p>
            <w:r>
              <w:t>19</w:t>
            </w:r>
          </w:p>
        </w:tc>
      </w:tr>
      <w:tr>
        <w:tc>
          <w:tcPr>
            <w:tcW w:type="dxa" w:w="2880"/>
          </w:tcPr>
          <w:p>
            <w:r>
              <w:t>2025-10-01</w:t>
            </w:r>
          </w:p>
        </w:tc>
        <w:tc>
          <w:tcPr>
            <w:tcW w:type="dxa" w:w="2880"/>
          </w:tcPr>
          <w:p>
            <w:r>
              <w:t>giraffe</w:t>
            </w:r>
          </w:p>
        </w:tc>
        <w:tc>
          <w:tcPr>
            <w:tcW w:type="dxa" w:w="2880"/>
          </w:tcPr>
          <w:p>
            <w:r>
              <w:t>10</w:t>
            </w:r>
          </w:p>
        </w:tc>
      </w:tr>
      <w:tr>
        <w:tc>
          <w:tcPr>
            <w:tcW w:type="dxa" w:w="2880"/>
          </w:tcPr>
          <w:p>
            <w:r>
              <w:t>2025-10-01</w:t>
            </w:r>
          </w:p>
        </w:tc>
        <w:tc>
          <w:tcPr>
            <w:tcW w:type="dxa" w:w="2880"/>
          </w:tcPr>
          <w:p>
            <w:r>
              <w:t>hippo</w:t>
            </w:r>
          </w:p>
        </w:tc>
        <w:tc>
          <w:tcPr>
            <w:tcW w:type="dxa" w:w="2880"/>
          </w:tcPr>
          <w:p>
            <w:r>
              <w:t>13</w:t>
            </w:r>
          </w:p>
        </w:tc>
      </w:tr>
      <w:tr>
        <w:tc>
          <w:tcPr>
            <w:tcW w:type="dxa" w:w="2880"/>
          </w:tcPr>
          <w:p>
            <w:r>
              <w:t>2025-10-01</w:t>
            </w:r>
          </w:p>
        </w:tc>
        <w:tc>
          <w:tcPr>
            <w:tcW w:type="dxa" w:w="2880"/>
          </w:tcPr>
          <w:p>
            <w:r>
              <w:t>red lechwe</w:t>
            </w:r>
          </w:p>
        </w:tc>
        <w:tc>
          <w:tcPr>
            <w:tcW w:type="dxa" w:w="2880"/>
          </w:tcPr>
          <w:p>
            <w:r>
              <w:t>6</w:t>
            </w:r>
          </w:p>
        </w:tc>
      </w:tr>
      <w:tr>
        <w:tc>
          <w:tcPr>
            <w:tcW w:type="dxa" w:w="2880"/>
          </w:tcPr>
          <w:p>
            <w:r>
              <w:t>2025-10-01</w:t>
            </w:r>
          </w:p>
        </w:tc>
        <w:tc>
          <w:tcPr>
            <w:tcW w:type="dxa" w:w="2880"/>
          </w:tcPr>
          <w:p>
            <w:r>
              <w:t>Other</w:t>
            </w:r>
          </w:p>
        </w:tc>
        <w:tc>
          <w:tcPr>
            <w:tcW w:type="dxa" w:w="2880"/>
          </w:tcPr>
          <w:p>
            <w:r>
              <w:t>20</w:t>
            </w:r>
          </w:p>
        </w:tc>
      </w:tr>
    </w:tbl>
    <w:p/>
    <w:p>
      <w:pPr>
        <w:pStyle w:val="Heading2"/>
      </w:pPr>
      <w:r>
        <w:t>Figure 50. Hot spot analysis: Wildlife sightings over time [103]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2020-01-01</w:t>
            </w:r>
          </w:p>
        </w:tc>
        <w:tc>
          <w:tcPr>
            <w:tcW w:type="dxa" w:w="2880"/>
          </w:tcPr>
          <w:p>
            <w:r>
              <w:t>not_significant</w:t>
            </w:r>
          </w:p>
        </w:tc>
        <w:tc>
          <w:tcPr>
            <w:tcW w:type="dxa" w:w="2880"/>
          </w:tcPr>
          <w:p>
            <w:r>
              <w:t>38</w:t>
            </w:r>
          </w:p>
        </w:tc>
      </w:tr>
      <w:tr>
        <w:tc>
          <w:tcPr>
            <w:tcW w:type="dxa" w:w="2880"/>
          </w:tcPr>
          <w:p>
            <w:r>
              <w:t>2020-01-01</w:t>
            </w:r>
          </w:p>
        </w:tc>
        <w:tc>
          <w:tcPr>
            <w:tcW w:type="dxa" w:w="2880"/>
          </w:tcPr>
          <w:p>
            <w:r>
              <w:t>hot_95</w:t>
            </w:r>
          </w:p>
        </w:tc>
        <w:tc>
          <w:tcPr>
            <w:tcW w:type="dxa" w:w="2880"/>
          </w:tcPr>
          <w:p>
            <w:r>
              <w:t>6</w:t>
            </w:r>
          </w:p>
        </w:tc>
      </w:tr>
      <w:tr>
        <w:tc>
          <w:tcPr>
            <w:tcW w:type="dxa" w:w="2880"/>
          </w:tcPr>
          <w:p>
            <w:r>
              <w:t>2020-01-01</w:t>
            </w:r>
          </w:p>
        </w:tc>
        <w:tc>
          <w:tcPr>
            <w:tcW w:type="dxa" w:w="2880"/>
          </w:tcPr>
          <w:p>
            <w:r>
              <w:t>hot_90</w:t>
            </w:r>
          </w:p>
        </w:tc>
        <w:tc>
          <w:tcPr>
            <w:tcW w:type="dxa" w:w="2880"/>
          </w:tcPr>
          <w:p>
            <w:r>
              <w:t>0</w:t>
            </w:r>
          </w:p>
        </w:tc>
      </w:tr>
      <w:tr>
        <w:tc>
          <w:tcPr>
            <w:tcW w:type="dxa" w:w="2880"/>
          </w:tcPr>
          <w:p>
            <w:r>
              <w:t>2020-01-01</w:t>
            </w:r>
          </w:p>
        </w:tc>
        <w:tc>
          <w:tcPr>
            <w:tcW w:type="dxa" w:w="2880"/>
          </w:tcPr>
          <w:p>
            <w:r>
              <w:t>cold_90</w:t>
            </w:r>
          </w:p>
        </w:tc>
        <w:tc>
          <w:tcPr>
            <w:tcW w:type="dxa" w:w="2880"/>
          </w:tcPr>
          <w:p>
            <w:r>
              <w:t>4</w:t>
            </w:r>
          </w:p>
        </w:tc>
      </w:tr>
      <w:tr>
        <w:tc>
          <w:tcPr>
            <w:tcW w:type="dxa" w:w="2880"/>
          </w:tcPr>
          <w:p>
            <w:r>
              <w:t>2020-01-01</w:t>
            </w:r>
          </w:p>
        </w:tc>
        <w:tc>
          <w:tcPr>
            <w:tcW w:type="dxa" w:w="2880"/>
          </w:tcPr>
          <w:p>
            <w:r>
              <w:t>cold_95</w:t>
            </w:r>
          </w:p>
        </w:tc>
        <w:tc>
          <w:tcPr>
            <w:tcW w:type="dxa" w:w="2880"/>
          </w:tcPr>
          <w:p>
            <w:r>
              <w:t>1</w:t>
            </w:r>
          </w:p>
        </w:tc>
      </w:tr>
      <w:tr>
        <w:tc>
          <w:tcPr>
            <w:tcW w:type="dxa" w:w="2880"/>
          </w:tcPr>
          <w:p>
            <w:r>
              <w:t>2020-01-01</w:t>
            </w:r>
          </w:p>
        </w:tc>
        <w:tc>
          <w:tcPr>
            <w:tcW w:type="dxa" w:w="2880"/>
          </w:tcPr>
          <w:p>
            <w:r>
              <w:t>Other</w:t>
            </w:r>
          </w:p>
        </w:tc>
        <w:tc>
          <w:tcPr>
            <w:tcW w:type="dxa" w:w="2880"/>
          </w:tcPr>
          <w:p>
            <w:r>
              <w:t>1</w:t>
            </w:r>
          </w:p>
        </w:tc>
      </w:tr>
      <w:tr>
        <w:tc>
          <w:tcPr>
            <w:tcW w:type="dxa" w:w="2880"/>
          </w:tcPr>
          <w:p>
            <w:r>
              <w:t>2020-04-01</w:t>
            </w:r>
          </w:p>
        </w:tc>
        <w:tc>
          <w:tcPr>
            <w:tcW w:type="dxa" w:w="2880"/>
          </w:tcPr>
          <w:p>
            <w:r>
              <w:t>not_significant</w:t>
            </w:r>
          </w:p>
        </w:tc>
        <w:tc>
          <w:tcPr>
            <w:tcW w:type="dxa" w:w="2880"/>
          </w:tcPr>
          <w:p>
            <w:r>
              <w:t>52</w:t>
            </w:r>
          </w:p>
        </w:tc>
      </w:tr>
      <w:tr>
        <w:tc>
          <w:tcPr>
            <w:tcW w:type="dxa" w:w="2880"/>
          </w:tcPr>
          <w:p>
            <w:r>
              <w:t>2020-04-01</w:t>
            </w:r>
          </w:p>
        </w:tc>
        <w:tc>
          <w:tcPr>
            <w:tcW w:type="dxa" w:w="2880"/>
          </w:tcPr>
          <w:p>
            <w:r>
              <w:t>hot_95</w:t>
            </w:r>
          </w:p>
        </w:tc>
        <w:tc>
          <w:tcPr>
            <w:tcW w:type="dxa" w:w="2880"/>
          </w:tcPr>
          <w:p>
            <w:r>
              <w:t>1</w:t>
            </w:r>
          </w:p>
        </w:tc>
      </w:tr>
      <w:tr>
        <w:tc>
          <w:tcPr>
            <w:tcW w:type="dxa" w:w="2880"/>
          </w:tcPr>
          <w:p>
            <w:r>
              <w:t>2020-04-01</w:t>
            </w:r>
          </w:p>
        </w:tc>
        <w:tc>
          <w:tcPr>
            <w:tcW w:type="dxa" w:w="2880"/>
          </w:tcPr>
          <w:p>
            <w:r>
              <w:t>hot_90</w:t>
            </w:r>
          </w:p>
        </w:tc>
        <w:tc>
          <w:tcPr>
            <w:tcW w:type="dxa" w:w="2880"/>
          </w:tcPr>
          <w:p>
            <w:r>
              <w:t>0</w:t>
            </w:r>
          </w:p>
        </w:tc>
      </w:tr>
      <w:tr>
        <w:tc>
          <w:tcPr>
            <w:tcW w:type="dxa" w:w="2880"/>
          </w:tcPr>
          <w:p>
            <w:r>
              <w:t>2020-04-01</w:t>
            </w:r>
          </w:p>
        </w:tc>
        <w:tc>
          <w:tcPr>
            <w:tcW w:type="dxa" w:w="2880"/>
          </w:tcPr>
          <w:p>
            <w:r>
              <w:t>cold_90</w:t>
            </w:r>
          </w:p>
        </w:tc>
        <w:tc>
          <w:tcPr>
            <w:tcW w:type="dxa" w:w="2880"/>
          </w:tcPr>
          <w:p>
            <w:r>
              <w:t>2</w:t>
            </w:r>
          </w:p>
        </w:tc>
      </w:tr>
      <w:tr>
        <w:tc>
          <w:tcPr>
            <w:tcW w:type="dxa" w:w="2880"/>
          </w:tcPr>
          <w:p>
            <w:r>
              <w:t>2020-04-01</w:t>
            </w:r>
          </w:p>
        </w:tc>
        <w:tc>
          <w:tcPr>
            <w:tcW w:type="dxa" w:w="2880"/>
          </w:tcPr>
          <w:p>
            <w:r>
              <w:t>cold_95</w:t>
            </w:r>
          </w:p>
        </w:tc>
        <w:tc>
          <w:tcPr>
            <w:tcW w:type="dxa" w:w="2880"/>
          </w:tcPr>
          <w:p>
            <w:r>
              <w:t>0</w:t>
            </w:r>
          </w:p>
        </w:tc>
      </w:tr>
      <w:tr>
        <w:tc>
          <w:tcPr>
            <w:tcW w:type="dxa" w:w="2880"/>
          </w:tcPr>
          <w:p>
            <w:r>
              <w:t>2020-04-01</w:t>
            </w:r>
          </w:p>
        </w:tc>
        <w:tc>
          <w:tcPr>
            <w:tcW w:type="dxa" w:w="2880"/>
          </w:tcPr>
          <w:p>
            <w:r>
              <w:t>Other</w:t>
            </w:r>
          </w:p>
        </w:tc>
        <w:tc>
          <w:tcPr>
            <w:tcW w:type="dxa" w:w="2880"/>
          </w:tcPr>
          <w:p>
            <w:r>
              <w:t>1</w:t>
            </w:r>
          </w:p>
        </w:tc>
      </w:tr>
      <w:tr>
        <w:tc>
          <w:tcPr>
            <w:tcW w:type="dxa" w:w="2880"/>
          </w:tcPr>
          <w:p>
            <w:r>
              <w:t>2020-07-01</w:t>
            </w:r>
          </w:p>
        </w:tc>
        <w:tc>
          <w:tcPr>
            <w:tcW w:type="dxa" w:w="2880"/>
          </w:tcPr>
          <w:p>
            <w:r>
              <w:t>not_significant</w:t>
            </w:r>
          </w:p>
        </w:tc>
        <w:tc>
          <w:tcPr>
            <w:tcW w:type="dxa" w:w="2880"/>
          </w:tcPr>
          <w:p>
            <w:r>
              <w:t>87</w:t>
            </w:r>
          </w:p>
        </w:tc>
      </w:tr>
      <w:tr>
        <w:tc>
          <w:tcPr>
            <w:tcW w:type="dxa" w:w="2880"/>
          </w:tcPr>
          <w:p>
            <w:r>
              <w:t>2020-07-01</w:t>
            </w:r>
          </w:p>
        </w:tc>
        <w:tc>
          <w:tcPr>
            <w:tcW w:type="dxa" w:w="2880"/>
          </w:tcPr>
          <w:p>
            <w:r>
              <w:t>hot_95</w:t>
            </w:r>
          </w:p>
        </w:tc>
        <w:tc>
          <w:tcPr>
            <w:tcW w:type="dxa" w:w="2880"/>
          </w:tcPr>
          <w:p>
            <w:r>
              <w:t>4</w:t>
            </w:r>
          </w:p>
        </w:tc>
      </w:tr>
      <w:tr>
        <w:tc>
          <w:tcPr>
            <w:tcW w:type="dxa" w:w="2880"/>
          </w:tcPr>
          <w:p>
            <w:r>
              <w:t>2020-07-01</w:t>
            </w:r>
          </w:p>
        </w:tc>
        <w:tc>
          <w:tcPr>
            <w:tcW w:type="dxa" w:w="2880"/>
          </w:tcPr>
          <w:p>
            <w:r>
              <w:t>hot_90</w:t>
            </w:r>
          </w:p>
        </w:tc>
        <w:tc>
          <w:tcPr>
            <w:tcW w:type="dxa" w:w="2880"/>
          </w:tcPr>
          <w:p>
            <w:r>
              <w:t>4</w:t>
            </w:r>
          </w:p>
        </w:tc>
      </w:tr>
      <w:tr>
        <w:tc>
          <w:tcPr>
            <w:tcW w:type="dxa" w:w="2880"/>
          </w:tcPr>
          <w:p>
            <w:r>
              <w:t>2020-07-01</w:t>
            </w:r>
          </w:p>
        </w:tc>
        <w:tc>
          <w:tcPr>
            <w:tcW w:type="dxa" w:w="2880"/>
          </w:tcPr>
          <w:p>
            <w:r>
              <w:t>cold_90</w:t>
            </w:r>
          </w:p>
        </w:tc>
        <w:tc>
          <w:tcPr>
            <w:tcW w:type="dxa" w:w="2880"/>
          </w:tcPr>
          <w:p>
            <w:r>
              <w:t>1</w:t>
            </w:r>
          </w:p>
        </w:tc>
      </w:tr>
      <w:tr>
        <w:tc>
          <w:tcPr>
            <w:tcW w:type="dxa" w:w="2880"/>
          </w:tcPr>
          <w:p>
            <w:r>
              <w:t>2020-07-01</w:t>
            </w:r>
          </w:p>
        </w:tc>
        <w:tc>
          <w:tcPr>
            <w:tcW w:type="dxa" w:w="2880"/>
          </w:tcPr>
          <w:p>
            <w:r>
              <w:t>cold_95</w:t>
            </w:r>
          </w:p>
        </w:tc>
        <w:tc>
          <w:tcPr>
            <w:tcW w:type="dxa" w:w="2880"/>
          </w:tcPr>
          <w:p>
            <w:r>
              <w:t>4</w:t>
            </w:r>
          </w:p>
        </w:tc>
      </w:tr>
      <w:tr>
        <w:tc>
          <w:tcPr>
            <w:tcW w:type="dxa" w:w="2880"/>
          </w:tcPr>
          <w:p>
            <w:r>
              <w:t>2020-07-01</w:t>
            </w:r>
          </w:p>
        </w:tc>
        <w:tc>
          <w:tcPr>
            <w:tcW w:type="dxa" w:w="2880"/>
          </w:tcPr>
          <w:p>
            <w:r>
              <w:t>Other</w:t>
            </w:r>
          </w:p>
        </w:tc>
        <w:tc>
          <w:tcPr>
            <w:tcW w:type="dxa" w:w="2880"/>
          </w:tcPr>
          <w:p>
            <w:r>
              <w:t>1</w:t>
            </w:r>
          </w:p>
        </w:tc>
      </w:tr>
      <w:tr>
        <w:tc>
          <w:tcPr>
            <w:tcW w:type="dxa" w:w="2880"/>
          </w:tcPr>
          <w:p>
            <w:r>
              <w:t>2020-10-01</w:t>
            </w:r>
          </w:p>
        </w:tc>
        <w:tc>
          <w:tcPr>
            <w:tcW w:type="dxa" w:w="2880"/>
          </w:tcPr>
          <w:p>
            <w:r>
              <w:t>not_significant</w:t>
            </w:r>
          </w:p>
        </w:tc>
        <w:tc>
          <w:tcPr>
            <w:tcW w:type="dxa" w:w="2880"/>
          </w:tcPr>
          <w:p>
            <w:r>
              <w:t>70</w:t>
            </w:r>
          </w:p>
        </w:tc>
      </w:tr>
      <w:tr>
        <w:tc>
          <w:tcPr>
            <w:tcW w:type="dxa" w:w="2880"/>
          </w:tcPr>
          <w:p>
            <w:r>
              <w:t>2020-10-01</w:t>
            </w:r>
          </w:p>
        </w:tc>
        <w:tc>
          <w:tcPr>
            <w:tcW w:type="dxa" w:w="2880"/>
          </w:tcPr>
          <w:p>
            <w:r>
              <w:t>hot_95</w:t>
            </w:r>
          </w:p>
        </w:tc>
        <w:tc>
          <w:tcPr>
            <w:tcW w:type="dxa" w:w="2880"/>
          </w:tcPr>
          <w:p>
            <w:r>
              <w:t>0</w:t>
            </w:r>
          </w:p>
        </w:tc>
      </w:tr>
      <w:tr>
        <w:tc>
          <w:tcPr>
            <w:tcW w:type="dxa" w:w="2880"/>
          </w:tcPr>
          <w:p>
            <w:r>
              <w:t>2020-10-01</w:t>
            </w:r>
          </w:p>
        </w:tc>
        <w:tc>
          <w:tcPr>
            <w:tcW w:type="dxa" w:w="2880"/>
          </w:tcPr>
          <w:p>
            <w:r>
              <w:t>hot_90</w:t>
            </w:r>
          </w:p>
        </w:tc>
        <w:tc>
          <w:tcPr>
            <w:tcW w:type="dxa" w:w="2880"/>
          </w:tcPr>
          <w:p>
            <w:r>
              <w:t>7</w:t>
            </w:r>
          </w:p>
        </w:tc>
      </w:tr>
      <w:tr>
        <w:tc>
          <w:tcPr>
            <w:tcW w:type="dxa" w:w="2880"/>
          </w:tcPr>
          <w:p>
            <w:r>
              <w:t>2020-10-01</w:t>
            </w:r>
          </w:p>
        </w:tc>
        <w:tc>
          <w:tcPr>
            <w:tcW w:type="dxa" w:w="2880"/>
          </w:tcPr>
          <w:p>
            <w:r>
              <w:t>cold_90</w:t>
            </w:r>
          </w:p>
        </w:tc>
        <w:tc>
          <w:tcPr>
            <w:tcW w:type="dxa" w:w="2880"/>
          </w:tcPr>
          <w:p>
            <w:r>
              <w:t>2</w:t>
            </w:r>
          </w:p>
        </w:tc>
      </w:tr>
      <w:tr>
        <w:tc>
          <w:tcPr>
            <w:tcW w:type="dxa" w:w="2880"/>
          </w:tcPr>
          <w:p>
            <w:r>
              <w:t>2020-10-01</w:t>
            </w:r>
          </w:p>
        </w:tc>
        <w:tc>
          <w:tcPr>
            <w:tcW w:type="dxa" w:w="2880"/>
          </w:tcPr>
          <w:p>
            <w:r>
              <w:t>cold_95</w:t>
            </w:r>
          </w:p>
        </w:tc>
        <w:tc>
          <w:tcPr>
            <w:tcW w:type="dxa" w:w="2880"/>
          </w:tcPr>
          <w:p>
            <w:r>
              <w:t>3</w:t>
            </w:r>
          </w:p>
        </w:tc>
      </w:tr>
      <w:tr>
        <w:tc>
          <w:tcPr>
            <w:tcW w:type="dxa" w:w="2880"/>
          </w:tcPr>
          <w:p>
            <w:r>
              <w:t>2020-10-01</w:t>
            </w:r>
          </w:p>
        </w:tc>
        <w:tc>
          <w:tcPr>
            <w:tcW w:type="dxa" w:w="2880"/>
          </w:tcPr>
          <w:p>
            <w:r>
              <w:t>Other</w:t>
            </w:r>
          </w:p>
        </w:tc>
        <w:tc>
          <w:tcPr>
            <w:tcW w:type="dxa" w:w="2880"/>
          </w:tcPr>
          <w:p>
            <w:r>
              <w:t>0</w:t>
            </w:r>
          </w:p>
        </w:tc>
      </w:tr>
      <w:tr>
        <w:tc>
          <w:tcPr>
            <w:tcW w:type="dxa" w:w="2880"/>
          </w:tcPr>
          <w:p>
            <w:r>
              <w:t>2021-01-01</w:t>
            </w:r>
          </w:p>
        </w:tc>
        <w:tc>
          <w:tcPr>
            <w:tcW w:type="dxa" w:w="2880"/>
          </w:tcPr>
          <w:p>
            <w:r>
              <w:t>not_significant</w:t>
            </w:r>
          </w:p>
        </w:tc>
        <w:tc>
          <w:tcPr>
            <w:tcW w:type="dxa" w:w="2880"/>
          </w:tcPr>
          <w:p>
            <w:r>
              <w:t>53</w:t>
            </w:r>
          </w:p>
        </w:tc>
      </w:tr>
      <w:tr>
        <w:tc>
          <w:tcPr>
            <w:tcW w:type="dxa" w:w="2880"/>
          </w:tcPr>
          <w:p>
            <w:r>
              <w:t>2021-01-01</w:t>
            </w:r>
          </w:p>
        </w:tc>
        <w:tc>
          <w:tcPr>
            <w:tcW w:type="dxa" w:w="2880"/>
          </w:tcPr>
          <w:p>
            <w:r>
              <w:t>hot_95</w:t>
            </w:r>
          </w:p>
        </w:tc>
        <w:tc>
          <w:tcPr>
            <w:tcW w:type="dxa" w:w="2880"/>
          </w:tcPr>
          <w:p>
            <w:r>
              <w:t>3</w:t>
            </w:r>
          </w:p>
        </w:tc>
      </w:tr>
      <w:tr>
        <w:tc>
          <w:tcPr>
            <w:tcW w:type="dxa" w:w="2880"/>
          </w:tcPr>
          <w:p>
            <w:r>
              <w:t>2021-01-01</w:t>
            </w:r>
          </w:p>
        </w:tc>
        <w:tc>
          <w:tcPr>
            <w:tcW w:type="dxa" w:w="2880"/>
          </w:tcPr>
          <w:p>
            <w:r>
              <w:t>hot_90</w:t>
            </w:r>
          </w:p>
        </w:tc>
        <w:tc>
          <w:tcPr>
            <w:tcW w:type="dxa" w:w="2880"/>
          </w:tcPr>
          <w:p>
            <w:r>
              <w:t>2</w:t>
            </w:r>
          </w:p>
        </w:tc>
      </w:tr>
      <w:tr>
        <w:tc>
          <w:tcPr>
            <w:tcW w:type="dxa" w:w="2880"/>
          </w:tcPr>
          <w:p>
            <w:r>
              <w:t>2021-01-01</w:t>
            </w:r>
          </w:p>
        </w:tc>
        <w:tc>
          <w:tcPr>
            <w:tcW w:type="dxa" w:w="2880"/>
          </w:tcPr>
          <w:p>
            <w:r>
              <w:t>cold_90</w:t>
            </w:r>
          </w:p>
        </w:tc>
        <w:tc>
          <w:tcPr>
            <w:tcW w:type="dxa" w:w="2880"/>
          </w:tcPr>
          <w:p>
            <w:r>
              <w:t>3</w:t>
            </w:r>
          </w:p>
        </w:tc>
      </w:tr>
      <w:tr>
        <w:tc>
          <w:tcPr>
            <w:tcW w:type="dxa" w:w="2880"/>
          </w:tcPr>
          <w:p>
            <w:r>
              <w:t>2021-01-01</w:t>
            </w:r>
          </w:p>
        </w:tc>
        <w:tc>
          <w:tcPr>
            <w:tcW w:type="dxa" w:w="2880"/>
          </w:tcPr>
          <w:p>
            <w:r>
              <w:t>cold_95</w:t>
            </w:r>
          </w:p>
        </w:tc>
        <w:tc>
          <w:tcPr>
            <w:tcW w:type="dxa" w:w="2880"/>
          </w:tcPr>
          <w:p>
            <w:r>
              <w:t>0</w:t>
            </w:r>
          </w:p>
        </w:tc>
      </w:tr>
      <w:tr>
        <w:tc>
          <w:tcPr>
            <w:tcW w:type="dxa" w:w="2880"/>
          </w:tcPr>
          <w:p>
            <w:r>
              <w:t>2021-01-01</w:t>
            </w:r>
          </w:p>
        </w:tc>
        <w:tc>
          <w:tcPr>
            <w:tcW w:type="dxa" w:w="2880"/>
          </w:tcPr>
          <w:p>
            <w:r>
              <w:t>Other</w:t>
            </w:r>
          </w:p>
        </w:tc>
        <w:tc>
          <w:tcPr>
            <w:tcW w:type="dxa" w:w="2880"/>
          </w:tcPr>
          <w:p>
            <w:r>
              <w:t>0</w:t>
            </w:r>
          </w:p>
        </w:tc>
      </w:tr>
      <w:tr>
        <w:tc>
          <w:tcPr>
            <w:tcW w:type="dxa" w:w="2880"/>
          </w:tcPr>
          <w:p>
            <w:r>
              <w:t>2021-04-01</w:t>
            </w:r>
          </w:p>
        </w:tc>
        <w:tc>
          <w:tcPr>
            <w:tcW w:type="dxa" w:w="2880"/>
          </w:tcPr>
          <w:p>
            <w:r>
              <w:t>not_significant</w:t>
            </w:r>
          </w:p>
        </w:tc>
        <w:tc>
          <w:tcPr>
            <w:tcW w:type="dxa" w:w="2880"/>
          </w:tcPr>
          <w:p>
            <w:r>
              <w:t>83</w:t>
            </w:r>
          </w:p>
        </w:tc>
      </w:tr>
      <w:tr>
        <w:tc>
          <w:tcPr>
            <w:tcW w:type="dxa" w:w="2880"/>
          </w:tcPr>
          <w:p>
            <w:r>
              <w:t>2021-04-01</w:t>
            </w:r>
          </w:p>
        </w:tc>
        <w:tc>
          <w:tcPr>
            <w:tcW w:type="dxa" w:w="2880"/>
          </w:tcPr>
          <w:p>
            <w:r>
              <w:t>hot_95</w:t>
            </w:r>
          </w:p>
        </w:tc>
        <w:tc>
          <w:tcPr>
            <w:tcW w:type="dxa" w:w="2880"/>
          </w:tcPr>
          <w:p>
            <w:r>
              <w:t>1</w:t>
            </w:r>
          </w:p>
        </w:tc>
      </w:tr>
      <w:tr>
        <w:tc>
          <w:tcPr>
            <w:tcW w:type="dxa" w:w="2880"/>
          </w:tcPr>
          <w:p>
            <w:r>
              <w:t>2021-04-01</w:t>
            </w:r>
          </w:p>
        </w:tc>
        <w:tc>
          <w:tcPr>
            <w:tcW w:type="dxa" w:w="2880"/>
          </w:tcPr>
          <w:p>
            <w:r>
              <w:t>hot_90</w:t>
            </w:r>
          </w:p>
        </w:tc>
        <w:tc>
          <w:tcPr>
            <w:tcW w:type="dxa" w:w="2880"/>
          </w:tcPr>
          <w:p>
            <w:r>
              <w:t>1</w:t>
            </w:r>
          </w:p>
        </w:tc>
      </w:tr>
      <w:tr>
        <w:tc>
          <w:tcPr>
            <w:tcW w:type="dxa" w:w="2880"/>
          </w:tcPr>
          <w:p>
            <w:r>
              <w:t>2021-04-01</w:t>
            </w:r>
          </w:p>
        </w:tc>
        <w:tc>
          <w:tcPr>
            <w:tcW w:type="dxa" w:w="2880"/>
          </w:tcPr>
          <w:p>
            <w:r>
              <w:t>cold_90</w:t>
            </w:r>
          </w:p>
        </w:tc>
        <w:tc>
          <w:tcPr>
            <w:tcW w:type="dxa" w:w="2880"/>
          </w:tcPr>
          <w:p>
            <w:r>
              <w:t>2</w:t>
            </w:r>
          </w:p>
        </w:tc>
      </w:tr>
      <w:tr>
        <w:tc>
          <w:tcPr>
            <w:tcW w:type="dxa" w:w="2880"/>
          </w:tcPr>
          <w:p>
            <w:r>
              <w:t>2021-04-01</w:t>
            </w:r>
          </w:p>
        </w:tc>
        <w:tc>
          <w:tcPr>
            <w:tcW w:type="dxa" w:w="2880"/>
          </w:tcPr>
          <w:p>
            <w:r>
              <w:t>cold_95</w:t>
            </w:r>
          </w:p>
        </w:tc>
        <w:tc>
          <w:tcPr>
            <w:tcW w:type="dxa" w:w="2880"/>
          </w:tcPr>
          <w:p>
            <w:r>
              <w:t>3</w:t>
            </w:r>
          </w:p>
        </w:tc>
      </w:tr>
      <w:tr>
        <w:tc>
          <w:tcPr>
            <w:tcW w:type="dxa" w:w="2880"/>
          </w:tcPr>
          <w:p>
            <w:r>
              <w:t>2021-04-01</w:t>
            </w:r>
          </w:p>
        </w:tc>
        <w:tc>
          <w:tcPr>
            <w:tcW w:type="dxa" w:w="2880"/>
          </w:tcPr>
          <w:p>
            <w:r>
              <w:t>Other</w:t>
            </w:r>
          </w:p>
        </w:tc>
        <w:tc>
          <w:tcPr>
            <w:tcW w:type="dxa" w:w="2880"/>
          </w:tcPr>
          <w:p>
            <w:r>
              <w:t>1</w:t>
            </w:r>
          </w:p>
        </w:tc>
      </w:tr>
      <w:tr>
        <w:tc>
          <w:tcPr>
            <w:tcW w:type="dxa" w:w="2880"/>
          </w:tcPr>
          <w:p>
            <w:r>
              <w:t>2021-07-01</w:t>
            </w:r>
          </w:p>
        </w:tc>
        <w:tc>
          <w:tcPr>
            <w:tcW w:type="dxa" w:w="2880"/>
          </w:tcPr>
          <w:p>
            <w:r>
              <w:t>not_significant</w:t>
            </w:r>
          </w:p>
        </w:tc>
        <w:tc>
          <w:tcPr>
            <w:tcW w:type="dxa" w:w="2880"/>
          </w:tcPr>
          <w:p>
            <w:r>
              <w:t>89</w:t>
            </w:r>
          </w:p>
        </w:tc>
      </w:tr>
      <w:tr>
        <w:tc>
          <w:tcPr>
            <w:tcW w:type="dxa" w:w="2880"/>
          </w:tcPr>
          <w:p>
            <w:r>
              <w:t>2021-07-01</w:t>
            </w:r>
          </w:p>
        </w:tc>
        <w:tc>
          <w:tcPr>
            <w:tcW w:type="dxa" w:w="2880"/>
          </w:tcPr>
          <w:p>
            <w:r>
              <w:t>hot_95</w:t>
            </w:r>
          </w:p>
        </w:tc>
        <w:tc>
          <w:tcPr>
            <w:tcW w:type="dxa" w:w="2880"/>
          </w:tcPr>
          <w:p>
            <w:r>
              <w:t>6</w:t>
            </w:r>
          </w:p>
        </w:tc>
      </w:tr>
      <w:tr>
        <w:tc>
          <w:tcPr>
            <w:tcW w:type="dxa" w:w="2880"/>
          </w:tcPr>
          <w:p>
            <w:r>
              <w:t>2021-07-01</w:t>
            </w:r>
          </w:p>
        </w:tc>
        <w:tc>
          <w:tcPr>
            <w:tcW w:type="dxa" w:w="2880"/>
          </w:tcPr>
          <w:p>
            <w:r>
              <w:t>hot_90</w:t>
            </w:r>
          </w:p>
        </w:tc>
        <w:tc>
          <w:tcPr>
            <w:tcW w:type="dxa" w:w="2880"/>
          </w:tcPr>
          <w:p>
            <w:r>
              <w:t>8</w:t>
            </w:r>
          </w:p>
        </w:tc>
      </w:tr>
      <w:tr>
        <w:tc>
          <w:tcPr>
            <w:tcW w:type="dxa" w:w="2880"/>
          </w:tcPr>
          <w:p>
            <w:r>
              <w:t>2021-07-01</w:t>
            </w:r>
          </w:p>
        </w:tc>
        <w:tc>
          <w:tcPr>
            <w:tcW w:type="dxa" w:w="2880"/>
          </w:tcPr>
          <w:p>
            <w:r>
              <w:t>cold_90</w:t>
            </w:r>
          </w:p>
        </w:tc>
        <w:tc>
          <w:tcPr>
            <w:tcW w:type="dxa" w:w="2880"/>
          </w:tcPr>
          <w:p>
            <w:r>
              <w:t>2</w:t>
            </w:r>
          </w:p>
        </w:tc>
      </w:tr>
      <w:tr>
        <w:tc>
          <w:tcPr>
            <w:tcW w:type="dxa" w:w="2880"/>
          </w:tcPr>
          <w:p>
            <w:r>
              <w:t>2021-07-01</w:t>
            </w:r>
          </w:p>
        </w:tc>
        <w:tc>
          <w:tcPr>
            <w:tcW w:type="dxa" w:w="2880"/>
          </w:tcPr>
          <w:p>
            <w:r>
              <w:t>cold_95</w:t>
            </w:r>
          </w:p>
        </w:tc>
        <w:tc>
          <w:tcPr>
            <w:tcW w:type="dxa" w:w="2880"/>
          </w:tcPr>
          <w:p>
            <w:r>
              <w:t>1</w:t>
            </w:r>
          </w:p>
        </w:tc>
      </w:tr>
      <w:tr>
        <w:tc>
          <w:tcPr>
            <w:tcW w:type="dxa" w:w="2880"/>
          </w:tcPr>
          <w:p>
            <w:r>
              <w:t>2021-07-01</w:t>
            </w:r>
          </w:p>
        </w:tc>
        <w:tc>
          <w:tcPr>
            <w:tcW w:type="dxa" w:w="2880"/>
          </w:tcPr>
          <w:p>
            <w:r>
              <w:t>Other</w:t>
            </w:r>
          </w:p>
        </w:tc>
        <w:tc>
          <w:tcPr>
            <w:tcW w:type="dxa" w:w="2880"/>
          </w:tcPr>
          <w:p>
            <w:r>
              <w:t>2</w:t>
            </w:r>
          </w:p>
        </w:tc>
      </w:tr>
      <w:tr>
        <w:tc>
          <w:tcPr>
            <w:tcW w:type="dxa" w:w="2880"/>
          </w:tcPr>
          <w:p>
            <w:r>
              <w:t>2021-10-01</w:t>
            </w:r>
          </w:p>
        </w:tc>
        <w:tc>
          <w:tcPr>
            <w:tcW w:type="dxa" w:w="2880"/>
          </w:tcPr>
          <w:p>
            <w:r>
              <w:t>not_significant</w:t>
            </w:r>
          </w:p>
        </w:tc>
        <w:tc>
          <w:tcPr>
            <w:tcW w:type="dxa" w:w="2880"/>
          </w:tcPr>
          <w:p>
            <w:r>
              <w:t>75</w:t>
            </w:r>
          </w:p>
        </w:tc>
      </w:tr>
      <w:tr>
        <w:tc>
          <w:tcPr>
            <w:tcW w:type="dxa" w:w="2880"/>
          </w:tcPr>
          <w:p>
            <w:r>
              <w:t>2021-10-01</w:t>
            </w:r>
          </w:p>
        </w:tc>
        <w:tc>
          <w:tcPr>
            <w:tcW w:type="dxa" w:w="2880"/>
          </w:tcPr>
          <w:p>
            <w:r>
              <w:t>hot_95</w:t>
            </w:r>
          </w:p>
        </w:tc>
        <w:tc>
          <w:tcPr>
            <w:tcW w:type="dxa" w:w="2880"/>
          </w:tcPr>
          <w:p>
            <w:r>
              <w:t>6</w:t>
            </w:r>
          </w:p>
        </w:tc>
      </w:tr>
      <w:tr>
        <w:tc>
          <w:tcPr>
            <w:tcW w:type="dxa" w:w="2880"/>
          </w:tcPr>
          <w:p>
            <w:r>
              <w:t>2021-10-01</w:t>
            </w:r>
          </w:p>
        </w:tc>
        <w:tc>
          <w:tcPr>
            <w:tcW w:type="dxa" w:w="2880"/>
          </w:tcPr>
          <w:p>
            <w:r>
              <w:t>hot_90</w:t>
            </w:r>
          </w:p>
        </w:tc>
        <w:tc>
          <w:tcPr>
            <w:tcW w:type="dxa" w:w="2880"/>
          </w:tcPr>
          <w:p>
            <w:r>
              <w:t>4</w:t>
            </w:r>
          </w:p>
        </w:tc>
      </w:tr>
      <w:tr>
        <w:tc>
          <w:tcPr>
            <w:tcW w:type="dxa" w:w="2880"/>
          </w:tcPr>
          <w:p>
            <w:r>
              <w:t>2021-10-01</w:t>
            </w:r>
          </w:p>
        </w:tc>
        <w:tc>
          <w:tcPr>
            <w:tcW w:type="dxa" w:w="2880"/>
          </w:tcPr>
          <w:p>
            <w:r>
              <w:t>cold_90</w:t>
            </w:r>
          </w:p>
        </w:tc>
        <w:tc>
          <w:tcPr>
            <w:tcW w:type="dxa" w:w="2880"/>
          </w:tcPr>
          <w:p>
            <w:r>
              <w:t>4</w:t>
            </w:r>
          </w:p>
        </w:tc>
      </w:tr>
      <w:tr>
        <w:tc>
          <w:tcPr>
            <w:tcW w:type="dxa" w:w="2880"/>
          </w:tcPr>
          <w:p>
            <w:r>
              <w:t>2021-10-01</w:t>
            </w:r>
          </w:p>
        </w:tc>
        <w:tc>
          <w:tcPr>
            <w:tcW w:type="dxa" w:w="2880"/>
          </w:tcPr>
          <w:p>
            <w:r>
              <w:t>cold_95</w:t>
            </w:r>
          </w:p>
        </w:tc>
        <w:tc>
          <w:tcPr>
            <w:tcW w:type="dxa" w:w="2880"/>
          </w:tcPr>
          <w:p>
            <w:r>
              <w:t>4</w:t>
            </w:r>
          </w:p>
        </w:tc>
      </w:tr>
      <w:tr>
        <w:tc>
          <w:tcPr>
            <w:tcW w:type="dxa" w:w="2880"/>
          </w:tcPr>
          <w:p>
            <w:r>
              <w:t>2021-10-01</w:t>
            </w:r>
          </w:p>
        </w:tc>
        <w:tc>
          <w:tcPr>
            <w:tcW w:type="dxa" w:w="2880"/>
          </w:tcPr>
          <w:p>
            <w:r>
              <w:t>Other</w:t>
            </w:r>
          </w:p>
        </w:tc>
        <w:tc>
          <w:tcPr>
            <w:tcW w:type="dxa" w:w="2880"/>
          </w:tcPr>
          <w:p>
            <w:r>
              <w:t>1</w:t>
            </w:r>
          </w:p>
        </w:tc>
      </w:tr>
      <w:tr>
        <w:tc>
          <w:tcPr>
            <w:tcW w:type="dxa" w:w="2880"/>
          </w:tcPr>
          <w:p>
            <w:r>
              <w:t>2022-01-01</w:t>
            </w:r>
          </w:p>
        </w:tc>
        <w:tc>
          <w:tcPr>
            <w:tcW w:type="dxa" w:w="2880"/>
          </w:tcPr>
          <w:p>
            <w:r>
              <w:t>not_significant</w:t>
            </w:r>
          </w:p>
        </w:tc>
        <w:tc>
          <w:tcPr>
            <w:tcW w:type="dxa" w:w="2880"/>
          </w:tcPr>
          <w:p>
            <w:r>
              <w:t>53</w:t>
            </w:r>
          </w:p>
        </w:tc>
      </w:tr>
      <w:tr>
        <w:tc>
          <w:tcPr>
            <w:tcW w:type="dxa" w:w="2880"/>
          </w:tcPr>
          <w:p>
            <w:r>
              <w:t>2022-01-01</w:t>
            </w:r>
          </w:p>
        </w:tc>
        <w:tc>
          <w:tcPr>
            <w:tcW w:type="dxa" w:w="2880"/>
          </w:tcPr>
          <w:p>
            <w:r>
              <w:t>hot_95</w:t>
            </w:r>
          </w:p>
        </w:tc>
        <w:tc>
          <w:tcPr>
            <w:tcW w:type="dxa" w:w="2880"/>
          </w:tcPr>
          <w:p>
            <w:r>
              <w:t>3</w:t>
            </w:r>
          </w:p>
        </w:tc>
      </w:tr>
      <w:tr>
        <w:tc>
          <w:tcPr>
            <w:tcW w:type="dxa" w:w="2880"/>
          </w:tcPr>
          <w:p>
            <w:r>
              <w:t>2022-01-01</w:t>
            </w:r>
          </w:p>
        </w:tc>
        <w:tc>
          <w:tcPr>
            <w:tcW w:type="dxa" w:w="2880"/>
          </w:tcPr>
          <w:p>
            <w:r>
              <w:t>hot_90</w:t>
            </w:r>
          </w:p>
        </w:tc>
        <w:tc>
          <w:tcPr>
            <w:tcW w:type="dxa" w:w="2880"/>
          </w:tcPr>
          <w:p>
            <w:r>
              <w:t>0</w:t>
            </w:r>
          </w:p>
        </w:tc>
      </w:tr>
      <w:tr>
        <w:tc>
          <w:tcPr>
            <w:tcW w:type="dxa" w:w="2880"/>
          </w:tcPr>
          <w:p>
            <w:r>
              <w:t>2022-01-01</w:t>
            </w:r>
          </w:p>
        </w:tc>
        <w:tc>
          <w:tcPr>
            <w:tcW w:type="dxa" w:w="2880"/>
          </w:tcPr>
          <w:p>
            <w:r>
              <w:t>cold_90</w:t>
            </w:r>
          </w:p>
        </w:tc>
        <w:tc>
          <w:tcPr>
            <w:tcW w:type="dxa" w:w="2880"/>
          </w:tcPr>
          <w:p>
            <w:r>
              <w:t>0</w:t>
            </w:r>
          </w:p>
        </w:tc>
      </w:tr>
      <w:tr>
        <w:tc>
          <w:tcPr>
            <w:tcW w:type="dxa" w:w="2880"/>
          </w:tcPr>
          <w:p>
            <w:r>
              <w:t>2022-01-01</w:t>
            </w:r>
          </w:p>
        </w:tc>
        <w:tc>
          <w:tcPr>
            <w:tcW w:type="dxa" w:w="2880"/>
          </w:tcPr>
          <w:p>
            <w:r>
              <w:t>cold_95</w:t>
            </w:r>
          </w:p>
        </w:tc>
        <w:tc>
          <w:tcPr>
            <w:tcW w:type="dxa" w:w="2880"/>
          </w:tcPr>
          <w:p>
            <w:r>
              <w:t>0</w:t>
            </w:r>
          </w:p>
        </w:tc>
      </w:tr>
      <w:tr>
        <w:tc>
          <w:tcPr>
            <w:tcW w:type="dxa" w:w="2880"/>
          </w:tcPr>
          <w:p>
            <w:r>
              <w:t>2022-01-01</w:t>
            </w:r>
          </w:p>
        </w:tc>
        <w:tc>
          <w:tcPr>
            <w:tcW w:type="dxa" w:w="2880"/>
          </w:tcPr>
          <w:p>
            <w:r>
              <w:t>Other</w:t>
            </w:r>
          </w:p>
        </w:tc>
        <w:tc>
          <w:tcPr>
            <w:tcW w:type="dxa" w:w="2880"/>
          </w:tcPr>
          <w:p>
            <w:r>
              <w:t>0</w:t>
            </w:r>
          </w:p>
        </w:tc>
      </w:tr>
      <w:tr>
        <w:tc>
          <w:tcPr>
            <w:tcW w:type="dxa" w:w="2880"/>
          </w:tcPr>
          <w:p>
            <w:r>
              <w:t>2022-04-01</w:t>
            </w:r>
          </w:p>
        </w:tc>
        <w:tc>
          <w:tcPr>
            <w:tcW w:type="dxa" w:w="2880"/>
          </w:tcPr>
          <w:p>
            <w:r>
              <w:t>not_significant</w:t>
            </w:r>
          </w:p>
        </w:tc>
        <w:tc>
          <w:tcPr>
            <w:tcW w:type="dxa" w:w="2880"/>
          </w:tcPr>
          <w:p>
            <w:r>
              <w:t>63</w:t>
            </w:r>
          </w:p>
        </w:tc>
      </w:tr>
      <w:tr>
        <w:tc>
          <w:tcPr>
            <w:tcW w:type="dxa" w:w="2880"/>
          </w:tcPr>
          <w:p>
            <w:r>
              <w:t>2022-04-01</w:t>
            </w:r>
          </w:p>
        </w:tc>
        <w:tc>
          <w:tcPr>
            <w:tcW w:type="dxa" w:w="2880"/>
          </w:tcPr>
          <w:p>
            <w:r>
              <w:t>hot_95</w:t>
            </w:r>
          </w:p>
        </w:tc>
        <w:tc>
          <w:tcPr>
            <w:tcW w:type="dxa" w:w="2880"/>
          </w:tcPr>
          <w:p>
            <w:r>
              <w:t>5</w:t>
            </w:r>
          </w:p>
        </w:tc>
      </w:tr>
      <w:tr>
        <w:tc>
          <w:tcPr>
            <w:tcW w:type="dxa" w:w="2880"/>
          </w:tcPr>
          <w:p>
            <w:r>
              <w:t>2022-04-01</w:t>
            </w:r>
          </w:p>
        </w:tc>
        <w:tc>
          <w:tcPr>
            <w:tcW w:type="dxa" w:w="2880"/>
          </w:tcPr>
          <w:p>
            <w:r>
              <w:t>hot_90</w:t>
            </w:r>
          </w:p>
        </w:tc>
        <w:tc>
          <w:tcPr>
            <w:tcW w:type="dxa" w:w="2880"/>
          </w:tcPr>
          <w:p>
            <w:r>
              <w:t>6</w:t>
            </w:r>
          </w:p>
        </w:tc>
      </w:tr>
      <w:tr>
        <w:tc>
          <w:tcPr>
            <w:tcW w:type="dxa" w:w="2880"/>
          </w:tcPr>
          <w:p>
            <w:r>
              <w:t>2022-04-01</w:t>
            </w:r>
          </w:p>
        </w:tc>
        <w:tc>
          <w:tcPr>
            <w:tcW w:type="dxa" w:w="2880"/>
          </w:tcPr>
          <w:p>
            <w:r>
              <w:t>cold_90</w:t>
            </w:r>
          </w:p>
        </w:tc>
        <w:tc>
          <w:tcPr>
            <w:tcW w:type="dxa" w:w="2880"/>
          </w:tcPr>
          <w:p>
            <w:r>
              <w:t>10</w:t>
            </w:r>
          </w:p>
        </w:tc>
      </w:tr>
      <w:tr>
        <w:tc>
          <w:tcPr>
            <w:tcW w:type="dxa" w:w="2880"/>
          </w:tcPr>
          <w:p>
            <w:r>
              <w:t>2022-04-01</w:t>
            </w:r>
          </w:p>
        </w:tc>
        <w:tc>
          <w:tcPr>
            <w:tcW w:type="dxa" w:w="2880"/>
          </w:tcPr>
          <w:p>
            <w:r>
              <w:t>cold_95</w:t>
            </w:r>
          </w:p>
        </w:tc>
        <w:tc>
          <w:tcPr>
            <w:tcW w:type="dxa" w:w="2880"/>
          </w:tcPr>
          <w:p>
            <w:r>
              <w:t>1</w:t>
            </w:r>
          </w:p>
        </w:tc>
      </w:tr>
      <w:tr>
        <w:tc>
          <w:tcPr>
            <w:tcW w:type="dxa" w:w="2880"/>
          </w:tcPr>
          <w:p>
            <w:r>
              <w:t>2022-04-01</w:t>
            </w:r>
          </w:p>
        </w:tc>
        <w:tc>
          <w:tcPr>
            <w:tcW w:type="dxa" w:w="2880"/>
          </w:tcPr>
          <w:p>
            <w:r>
              <w:t>Other</w:t>
            </w:r>
          </w:p>
        </w:tc>
        <w:tc>
          <w:tcPr>
            <w:tcW w:type="dxa" w:w="2880"/>
          </w:tcPr>
          <w:p>
            <w:r>
              <w:t>0</w:t>
            </w:r>
          </w:p>
        </w:tc>
      </w:tr>
      <w:tr>
        <w:tc>
          <w:tcPr>
            <w:tcW w:type="dxa" w:w="2880"/>
          </w:tcPr>
          <w:p>
            <w:r>
              <w:t>2022-07-01</w:t>
            </w:r>
          </w:p>
        </w:tc>
        <w:tc>
          <w:tcPr>
            <w:tcW w:type="dxa" w:w="2880"/>
          </w:tcPr>
          <w:p>
            <w:r>
              <w:t>not_significant</w:t>
            </w:r>
          </w:p>
        </w:tc>
        <w:tc>
          <w:tcPr>
            <w:tcW w:type="dxa" w:w="2880"/>
          </w:tcPr>
          <w:p>
            <w:r>
              <w:t>96</w:t>
            </w:r>
          </w:p>
        </w:tc>
      </w:tr>
      <w:tr>
        <w:tc>
          <w:tcPr>
            <w:tcW w:type="dxa" w:w="2880"/>
          </w:tcPr>
          <w:p>
            <w:r>
              <w:t>2022-07-01</w:t>
            </w:r>
          </w:p>
        </w:tc>
        <w:tc>
          <w:tcPr>
            <w:tcW w:type="dxa" w:w="2880"/>
          </w:tcPr>
          <w:p>
            <w:r>
              <w:t>hot_95</w:t>
            </w:r>
          </w:p>
        </w:tc>
        <w:tc>
          <w:tcPr>
            <w:tcW w:type="dxa" w:w="2880"/>
          </w:tcPr>
          <w:p>
            <w:r>
              <w:t>8</w:t>
            </w:r>
          </w:p>
        </w:tc>
      </w:tr>
      <w:tr>
        <w:tc>
          <w:tcPr>
            <w:tcW w:type="dxa" w:w="2880"/>
          </w:tcPr>
          <w:p>
            <w:r>
              <w:t>2022-07-01</w:t>
            </w:r>
          </w:p>
        </w:tc>
        <w:tc>
          <w:tcPr>
            <w:tcW w:type="dxa" w:w="2880"/>
          </w:tcPr>
          <w:p>
            <w:r>
              <w:t>hot_90</w:t>
            </w:r>
          </w:p>
        </w:tc>
        <w:tc>
          <w:tcPr>
            <w:tcW w:type="dxa" w:w="2880"/>
          </w:tcPr>
          <w:p>
            <w:r>
              <w:t>7</w:t>
            </w:r>
          </w:p>
        </w:tc>
      </w:tr>
      <w:tr>
        <w:tc>
          <w:tcPr>
            <w:tcW w:type="dxa" w:w="2880"/>
          </w:tcPr>
          <w:p>
            <w:r>
              <w:t>2022-07-01</w:t>
            </w:r>
          </w:p>
        </w:tc>
        <w:tc>
          <w:tcPr>
            <w:tcW w:type="dxa" w:w="2880"/>
          </w:tcPr>
          <w:p>
            <w:r>
              <w:t>cold_90</w:t>
            </w:r>
          </w:p>
        </w:tc>
        <w:tc>
          <w:tcPr>
            <w:tcW w:type="dxa" w:w="2880"/>
          </w:tcPr>
          <w:p>
            <w:r>
              <w:t>3</w:t>
            </w:r>
          </w:p>
        </w:tc>
      </w:tr>
      <w:tr>
        <w:tc>
          <w:tcPr>
            <w:tcW w:type="dxa" w:w="2880"/>
          </w:tcPr>
          <w:p>
            <w:r>
              <w:t>2022-07-01</w:t>
            </w:r>
          </w:p>
        </w:tc>
        <w:tc>
          <w:tcPr>
            <w:tcW w:type="dxa" w:w="2880"/>
          </w:tcPr>
          <w:p>
            <w:r>
              <w:t>cold_95</w:t>
            </w:r>
          </w:p>
        </w:tc>
        <w:tc>
          <w:tcPr>
            <w:tcW w:type="dxa" w:w="2880"/>
          </w:tcPr>
          <w:p>
            <w:r>
              <w:t>1</w:t>
            </w:r>
          </w:p>
        </w:tc>
      </w:tr>
      <w:tr>
        <w:tc>
          <w:tcPr>
            <w:tcW w:type="dxa" w:w="2880"/>
          </w:tcPr>
          <w:p>
            <w:r>
              <w:t>2022-07-01</w:t>
            </w:r>
          </w:p>
        </w:tc>
        <w:tc>
          <w:tcPr>
            <w:tcW w:type="dxa" w:w="2880"/>
          </w:tcPr>
          <w:p>
            <w:r>
              <w:t>Other</w:t>
            </w:r>
          </w:p>
        </w:tc>
        <w:tc>
          <w:tcPr>
            <w:tcW w:type="dxa" w:w="2880"/>
          </w:tcPr>
          <w:p>
            <w:r>
              <w:t>2</w:t>
            </w:r>
          </w:p>
        </w:tc>
      </w:tr>
      <w:tr>
        <w:tc>
          <w:tcPr>
            <w:tcW w:type="dxa" w:w="2880"/>
          </w:tcPr>
          <w:p>
            <w:r>
              <w:t>2022-10-01</w:t>
            </w:r>
          </w:p>
        </w:tc>
        <w:tc>
          <w:tcPr>
            <w:tcW w:type="dxa" w:w="2880"/>
          </w:tcPr>
          <w:p>
            <w:r>
              <w:t>not_significant</w:t>
            </w:r>
          </w:p>
        </w:tc>
        <w:tc>
          <w:tcPr>
            <w:tcW w:type="dxa" w:w="2880"/>
          </w:tcPr>
          <w:p>
            <w:r>
              <w:t>95</w:t>
            </w:r>
          </w:p>
        </w:tc>
      </w:tr>
      <w:tr>
        <w:tc>
          <w:tcPr>
            <w:tcW w:type="dxa" w:w="2880"/>
          </w:tcPr>
          <w:p>
            <w:r>
              <w:t>2022-10-01</w:t>
            </w:r>
          </w:p>
        </w:tc>
        <w:tc>
          <w:tcPr>
            <w:tcW w:type="dxa" w:w="2880"/>
          </w:tcPr>
          <w:p>
            <w:r>
              <w:t>hot_95</w:t>
            </w:r>
          </w:p>
        </w:tc>
        <w:tc>
          <w:tcPr>
            <w:tcW w:type="dxa" w:w="2880"/>
          </w:tcPr>
          <w:p>
            <w:r>
              <w:t>6</w:t>
            </w:r>
          </w:p>
        </w:tc>
      </w:tr>
      <w:tr>
        <w:tc>
          <w:tcPr>
            <w:tcW w:type="dxa" w:w="2880"/>
          </w:tcPr>
          <w:p>
            <w:r>
              <w:t>2022-10-01</w:t>
            </w:r>
          </w:p>
        </w:tc>
        <w:tc>
          <w:tcPr>
            <w:tcW w:type="dxa" w:w="2880"/>
          </w:tcPr>
          <w:p>
            <w:r>
              <w:t>hot_90</w:t>
            </w:r>
          </w:p>
        </w:tc>
        <w:tc>
          <w:tcPr>
            <w:tcW w:type="dxa" w:w="2880"/>
          </w:tcPr>
          <w:p>
            <w:r>
              <w:t>4</w:t>
            </w:r>
          </w:p>
        </w:tc>
      </w:tr>
      <w:tr>
        <w:tc>
          <w:tcPr>
            <w:tcW w:type="dxa" w:w="2880"/>
          </w:tcPr>
          <w:p>
            <w:r>
              <w:t>2022-10-01</w:t>
            </w:r>
          </w:p>
        </w:tc>
        <w:tc>
          <w:tcPr>
            <w:tcW w:type="dxa" w:w="2880"/>
          </w:tcPr>
          <w:p>
            <w:r>
              <w:t>cold_90</w:t>
            </w:r>
          </w:p>
        </w:tc>
        <w:tc>
          <w:tcPr>
            <w:tcW w:type="dxa" w:w="2880"/>
          </w:tcPr>
          <w:p>
            <w:r>
              <w:t>3</w:t>
            </w:r>
          </w:p>
        </w:tc>
      </w:tr>
      <w:tr>
        <w:tc>
          <w:tcPr>
            <w:tcW w:type="dxa" w:w="2880"/>
          </w:tcPr>
          <w:p>
            <w:r>
              <w:t>2022-10-01</w:t>
            </w:r>
          </w:p>
        </w:tc>
        <w:tc>
          <w:tcPr>
            <w:tcW w:type="dxa" w:w="2880"/>
          </w:tcPr>
          <w:p>
            <w:r>
              <w:t>cold_95</w:t>
            </w:r>
          </w:p>
        </w:tc>
        <w:tc>
          <w:tcPr>
            <w:tcW w:type="dxa" w:w="2880"/>
          </w:tcPr>
          <w:p>
            <w:r>
              <w:t>3</w:t>
            </w:r>
          </w:p>
        </w:tc>
      </w:tr>
      <w:tr>
        <w:tc>
          <w:tcPr>
            <w:tcW w:type="dxa" w:w="2880"/>
          </w:tcPr>
          <w:p>
            <w:r>
              <w:t>2022-10-01</w:t>
            </w:r>
          </w:p>
        </w:tc>
        <w:tc>
          <w:tcPr>
            <w:tcW w:type="dxa" w:w="2880"/>
          </w:tcPr>
          <w:p>
            <w:r>
              <w:t>Other</w:t>
            </w:r>
          </w:p>
        </w:tc>
        <w:tc>
          <w:tcPr>
            <w:tcW w:type="dxa" w:w="2880"/>
          </w:tcPr>
          <w:p>
            <w:r>
              <w:t>2</w:t>
            </w:r>
          </w:p>
        </w:tc>
      </w:tr>
      <w:tr>
        <w:tc>
          <w:tcPr>
            <w:tcW w:type="dxa" w:w="2880"/>
          </w:tcPr>
          <w:p>
            <w:r>
              <w:t>2023-01-01</w:t>
            </w:r>
          </w:p>
        </w:tc>
        <w:tc>
          <w:tcPr>
            <w:tcW w:type="dxa" w:w="2880"/>
          </w:tcPr>
          <w:p>
            <w:r>
              <w:t>not_significant</w:t>
            </w:r>
          </w:p>
        </w:tc>
        <w:tc>
          <w:tcPr>
            <w:tcW w:type="dxa" w:w="2880"/>
          </w:tcPr>
          <w:p>
            <w:r>
              <w:t>54</w:t>
            </w:r>
          </w:p>
        </w:tc>
      </w:tr>
      <w:tr>
        <w:tc>
          <w:tcPr>
            <w:tcW w:type="dxa" w:w="2880"/>
          </w:tcPr>
          <w:p>
            <w:r>
              <w:t>2023-01-01</w:t>
            </w:r>
          </w:p>
        </w:tc>
        <w:tc>
          <w:tcPr>
            <w:tcW w:type="dxa" w:w="2880"/>
          </w:tcPr>
          <w:p>
            <w:r>
              <w:t>hot_95</w:t>
            </w:r>
          </w:p>
        </w:tc>
        <w:tc>
          <w:tcPr>
            <w:tcW w:type="dxa" w:w="2880"/>
          </w:tcPr>
          <w:p>
            <w:r>
              <w:t>4</w:t>
            </w:r>
          </w:p>
        </w:tc>
      </w:tr>
      <w:tr>
        <w:tc>
          <w:tcPr>
            <w:tcW w:type="dxa" w:w="2880"/>
          </w:tcPr>
          <w:p>
            <w:r>
              <w:t>2023-01-01</w:t>
            </w:r>
          </w:p>
        </w:tc>
        <w:tc>
          <w:tcPr>
            <w:tcW w:type="dxa" w:w="2880"/>
          </w:tcPr>
          <w:p>
            <w:r>
              <w:t>hot_90</w:t>
            </w:r>
          </w:p>
        </w:tc>
        <w:tc>
          <w:tcPr>
            <w:tcW w:type="dxa" w:w="2880"/>
          </w:tcPr>
          <w:p>
            <w:r>
              <w:t>0</w:t>
            </w:r>
          </w:p>
        </w:tc>
      </w:tr>
      <w:tr>
        <w:tc>
          <w:tcPr>
            <w:tcW w:type="dxa" w:w="2880"/>
          </w:tcPr>
          <w:p>
            <w:r>
              <w:t>2023-01-01</w:t>
            </w:r>
          </w:p>
        </w:tc>
        <w:tc>
          <w:tcPr>
            <w:tcW w:type="dxa" w:w="2880"/>
          </w:tcPr>
          <w:p>
            <w:r>
              <w:t>cold_90</w:t>
            </w:r>
          </w:p>
        </w:tc>
        <w:tc>
          <w:tcPr>
            <w:tcW w:type="dxa" w:w="2880"/>
          </w:tcPr>
          <w:p>
            <w:r>
              <w:t>4</w:t>
            </w:r>
          </w:p>
        </w:tc>
      </w:tr>
      <w:tr>
        <w:tc>
          <w:tcPr>
            <w:tcW w:type="dxa" w:w="2880"/>
          </w:tcPr>
          <w:p>
            <w:r>
              <w:t>2023-01-01</w:t>
            </w:r>
          </w:p>
        </w:tc>
        <w:tc>
          <w:tcPr>
            <w:tcW w:type="dxa" w:w="2880"/>
          </w:tcPr>
          <w:p>
            <w:r>
              <w:t>cold_95</w:t>
            </w:r>
          </w:p>
        </w:tc>
        <w:tc>
          <w:tcPr>
            <w:tcW w:type="dxa" w:w="2880"/>
          </w:tcPr>
          <w:p>
            <w:r>
              <w:t>4</w:t>
            </w:r>
          </w:p>
        </w:tc>
      </w:tr>
      <w:tr>
        <w:tc>
          <w:tcPr>
            <w:tcW w:type="dxa" w:w="2880"/>
          </w:tcPr>
          <w:p>
            <w:r>
              <w:t>2023-01-01</w:t>
            </w:r>
          </w:p>
        </w:tc>
        <w:tc>
          <w:tcPr>
            <w:tcW w:type="dxa" w:w="2880"/>
          </w:tcPr>
          <w:p>
            <w:r>
              <w:t>Other</w:t>
            </w:r>
          </w:p>
        </w:tc>
        <w:tc>
          <w:tcPr>
            <w:tcW w:type="dxa" w:w="2880"/>
          </w:tcPr>
          <w:p>
            <w:r>
              <w:t>1</w:t>
            </w:r>
          </w:p>
        </w:tc>
      </w:tr>
      <w:tr>
        <w:tc>
          <w:tcPr>
            <w:tcW w:type="dxa" w:w="2880"/>
          </w:tcPr>
          <w:p>
            <w:r>
              <w:t>2023-04-01</w:t>
            </w:r>
          </w:p>
        </w:tc>
        <w:tc>
          <w:tcPr>
            <w:tcW w:type="dxa" w:w="2880"/>
          </w:tcPr>
          <w:p>
            <w:r>
              <w:t>not_significant</w:t>
            </w:r>
          </w:p>
        </w:tc>
        <w:tc>
          <w:tcPr>
            <w:tcW w:type="dxa" w:w="2880"/>
          </w:tcPr>
          <w:p>
            <w:r>
              <w:t>62</w:t>
            </w:r>
          </w:p>
        </w:tc>
      </w:tr>
      <w:tr>
        <w:tc>
          <w:tcPr>
            <w:tcW w:type="dxa" w:w="2880"/>
          </w:tcPr>
          <w:p>
            <w:r>
              <w:t>2023-04-01</w:t>
            </w:r>
          </w:p>
        </w:tc>
        <w:tc>
          <w:tcPr>
            <w:tcW w:type="dxa" w:w="2880"/>
          </w:tcPr>
          <w:p>
            <w:r>
              <w:t>hot_95</w:t>
            </w:r>
          </w:p>
        </w:tc>
        <w:tc>
          <w:tcPr>
            <w:tcW w:type="dxa" w:w="2880"/>
          </w:tcPr>
          <w:p>
            <w:r>
              <w:t>0</w:t>
            </w:r>
          </w:p>
        </w:tc>
      </w:tr>
      <w:tr>
        <w:tc>
          <w:tcPr>
            <w:tcW w:type="dxa" w:w="2880"/>
          </w:tcPr>
          <w:p>
            <w:r>
              <w:t>2023-04-01</w:t>
            </w:r>
          </w:p>
        </w:tc>
        <w:tc>
          <w:tcPr>
            <w:tcW w:type="dxa" w:w="2880"/>
          </w:tcPr>
          <w:p>
            <w:r>
              <w:t>hot_90</w:t>
            </w:r>
          </w:p>
        </w:tc>
        <w:tc>
          <w:tcPr>
            <w:tcW w:type="dxa" w:w="2880"/>
          </w:tcPr>
          <w:p>
            <w:r>
              <w:t>0</w:t>
            </w:r>
          </w:p>
        </w:tc>
      </w:tr>
      <w:tr>
        <w:tc>
          <w:tcPr>
            <w:tcW w:type="dxa" w:w="2880"/>
          </w:tcPr>
          <w:p>
            <w:r>
              <w:t>2023-04-01</w:t>
            </w:r>
          </w:p>
        </w:tc>
        <w:tc>
          <w:tcPr>
            <w:tcW w:type="dxa" w:w="2880"/>
          </w:tcPr>
          <w:p>
            <w:r>
              <w:t>cold_90</w:t>
            </w:r>
          </w:p>
        </w:tc>
        <w:tc>
          <w:tcPr>
            <w:tcW w:type="dxa" w:w="2880"/>
          </w:tcPr>
          <w:p>
            <w:r>
              <w:t>0</w:t>
            </w:r>
          </w:p>
        </w:tc>
      </w:tr>
      <w:tr>
        <w:tc>
          <w:tcPr>
            <w:tcW w:type="dxa" w:w="2880"/>
          </w:tcPr>
          <w:p>
            <w:r>
              <w:t>2023-04-01</w:t>
            </w:r>
          </w:p>
        </w:tc>
        <w:tc>
          <w:tcPr>
            <w:tcW w:type="dxa" w:w="2880"/>
          </w:tcPr>
          <w:p>
            <w:r>
              <w:t>cold_95</w:t>
            </w:r>
          </w:p>
        </w:tc>
        <w:tc>
          <w:tcPr>
            <w:tcW w:type="dxa" w:w="2880"/>
          </w:tcPr>
          <w:p>
            <w:r>
              <w:t>1</w:t>
            </w:r>
          </w:p>
        </w:tc>
      </w:tr>
      <w:tr>
        <w:tc>
          <w:tcPr>
            <w:tcW w:type="dxa" w:w="2880"/>
          </w:tcPr>
          <w:p>
            <w:r>
              <w:t>2023-04-01</w:t>
            </w:r>
          </w:p>
        </w:tc>
        <w:tc>
          <w:tcPr>
            <w:tcW w:type="dxa" w:w="2880"/>
          </w:tcPr>
          <w:p>
            <w:r>
              <w:t>Other</w:t>
            </w:r>
          </w:p>
        </w:tc>
        <w:tc>
          <w:tcPr>
            <w:tcW w:type="dxa" w:w="2880"/>
          </w:tcPr>
          <w:p>
            <w:r>
              <w:t>1</w:t>
            </w:r>
          </w:p>
        </w:tc>
      </w:tr>
      <w:tr>
        <w:tc>
          <w:tcPr>
            <w:tcW w:type="dxa" w:w="2880"/>
          </w:tcPr>
          <w:p>
            <w:r>
              <w:t>2023-07-01</w:t>
            </w:r>
          </w:p>
        </w:tc>
        <w:tc>
          <w:tcPr>
            <w:tcW w:type="dxa" w:w="2880"/>
          </w:tcPr>
          <w:p>
            <w:r>
              <w:t>not_significant</w:t>
            </w:r>
          </w:p>
        </w:tc>
        <w:tc>
          <w:tcPr>
            <w:tcW w:type="dxa" w:w="2880"/>
          </w:tcPr>
          <w:p>
            <w:r>
              <w:t>73</w:t>
            </w:r>
          </w:p>
        </w:tc>
      </w:tr>
      <w:tr>
        <w:tc>
          <w:tcPr>
            <w:tcW w:type="dxa" w:w="2880"/>
          </w:tcPr>
          <w:p>
            <w:r>
              <w:t>2023-07-01</w:t>
            </w:r>
          </w:p>
        </w:tc>
        <w:tc>
          <w:tcPr>
            <w:tcW w:type="dxa" w:w="2880"/>
          </w:tcPr>
          <w:p>
            <w:r>
              <w:t>hot_95</w:t>
            </w:r>
          </w:p>
        </w:tc>
        <w:tc>
          <w:tcPr>
            <w:tcW w:type="dxa" w:w="2880"/>
          </w:tcPr>
          <w:p>
            <w:r>
              <w:t>7</w:t>
            </w:r>
          </w:p>
        </w:tc>
      </w:tr>
      <w:tr>
        <w:tc>
          <w:tcPr>
            <w:tcW w:type="dxa" w:w="2880"/>
          </w:tcPr>
          <w:p>
            <w:r>
              <w:t>2023-07-01</w:t>
            </w:r>
          </w:p>
        </w:tc>
        <w:tc>
          <w:tcPr>
            <w:tcW w:type="dxa" w:w="2880"/>
          </w:tcPr>
          <w:p>
            <w:r>
              <w:t>hot_90</w:t>
            </w:r>
          </w:p>
        </w:tc>
        <w:tc>
          <w:tcPr>
            <w:tcW w:type="dxa" w:w="2880"/>
          </w:tcPr>
          <w:p>
            <w:r>
              <w:t>6</w:t>
            </w:r>
          </w:p>
        </w:tc>
      </w:tr>
      <w:tr>
        <w:tc>
          <w:tcPr>
            <w:tcW w:type="dxa" w:w="2880"/>
          </w:tcPr>
          <w:p>
            <w:r>
              <w:t>2023-07-01</w:t>
            </w:r>
          </w:p>
        </w:tc>
        <w:tc>
          <w:tcPr>
            <w:tcW w:type="dxa" w:w="2880"/>
          </w:tcPr>
          <w:p>
            <w:r>
              <w:t>cold_90</w:t>
            </w:r>
          </w:p>
        </w:tc>
        <w:tc>
          <w:tcPr>
            <w:tcW w:type="dxa" w:w="2880"/>
          </w:tcPr>
          <w:p>
            <w:r>
              <w:t>4</w:t>
            </w:r>
          </w:p>
        </w:tc>
      </w:tr>
      <w:tr>
        <w:tc>
          <w:tcPr>
            <w:tcW w:type="dxa" w:w="2880"/>
          </w:tcPr>
          <w:p>
            <w:r>
              <w:t>2023-07-01</w:t>
            </w:r>
          </w:p>
        </w:tc>
        <w:tc>
          <w:tcPr>
            <w:tcW w:type="dxa" w:w="2880"/>
          </w:tcPr>
          <w:p>
            <w:r>
              <w:t>cold_95</w:t>
            </w:r>
          </w:p>
        </w:tc>
        <w:tc>
          <w:tcPr>
            <w:tcW w:type="dxa" w:w="2880"/>
          </w:tcPr>
          <w:p>
            <w:r>
              <w:t>1</w:t>
            </w:r>
          </w:p>
        </w:tc>
      </w:tr>
      <w:tr>
        <w:tc>
          <w:tcPr>
            <w:tcW w:type="dxa" w:w="2880"/>
          </w:tcPr>
          <w:p>
            <w:r>
              <w:t>2023-07-01</w:t>
            </w:r>
          </w:p>
        </w:tc>
        <w:tc>
          <w:tcPr>
            <w:tcW w:type="dxa" w:w="2880"/>
          </w:tcPr>
          <w:p>
            <w:r>
              <w:t>Other</w:t>
            </w:r>
          </w:p>
        </w:tc>
        <w:tc>
          <w:tcPr>
            <w:tcW w:type="dxa" w:w="2880"/>
          </w:tcPr>
          <w:p>
            <w:r>
              <w:t>5</w:t>
            </w:r>
          </w:p>
        </w:tc>
      </w:tr>
      <w:tr>
        <w:tc>
          <w:tcPr>
            <w:tcW w:type="dxa" w:w="2880"/>
          </w:tcPr>
          <w:p>
            <w:r>
              <w:t>2023-10-01</w:t>
            </w:r>
          </w:p>
        </w:tc>
        <w:tc>
          <w:tcPr>
            <w:tcW w:type="dxa" w:w="2880"/>
          </w:tcPr>
          <w:p>
            <w:r>
              <w:t>not_significant</w:t>
            </w:r>
          </w:p>
        </w:tc>
        <w:tc>
          <w:tcPr>
            <w:tcW w:type="dxa" w:w="2880"/>
          </w:tcPr>
          <w:p>
            <w:r>
              <w:t>94</w:t>
            </w:r>
          </w:p>
        </w:tc>
      </w:tr>
      <w:tr>
        <w:tc>
          <w:tcPr>
            <w:tcW w:type="dxa" w:w="2880"/>
          </w:tcPr>
          <w:p>
            <w:r>
              <w:t>2023-10-01</w:t>
            </w:r>
          </w:p>
        </w:tc>
        <w:tc>
          <w:tcPr>
            <w:tcW w:type="dxa" w:w="2880"/>
          </w:tcPr>
          <w:p>
            <w:r>
              <w:t>hot_95</w:t>
            </w:r>
          </w:p>
        </w:tc>
        <w:tc>
          <w:tcPr>
            <w:tcW w:type="dxa" w:w="2880"/>
          </w:tcPr>
          <w:p>
            <w:r>
              <w:t>2</w:t>
            </w:r>
          </w:p>
        </w:tc>
      </w:tr>
      <w:tr>
        <w:tc>
          <w:tcPr>
            <w:tcW w:type="dxa" w:w="2880"/>
          </w:tcPr>
          <w:p>
            <w:r>
              <w:t>2023-10-01</w:t>
            </w:r>
          </w:p>
        </w:tc>
        <w:tc>
          <w:tcPr>
            <w:tcW w:type="dxa" w:w="2880"/>
          </w:tcPr>
          <w:p>
            <w:r>
              <w:t>hot_90</w:t>
            </w:r>
          </w:p>
        </w:tc>
        <w:tc>
          <w:tcPr>
            <w:tcW w:type="dxa" w:w="2880"/>
          </w:tcPr>
          <w:p>
            <w:r>
              <w:t>1</w:t>
            </w:r>
          </w:p>
        </w:tc>
      </w:tr>
      <w:tr>
        <w:tc>
          <w:tcPr>
            <w:tcW w:type="dxa" w:w="2880"/>
          </w:tcPr>
          <w:p>
            <w:r>
              <w:t>2023-10-01</w:t>
            </w:r>
          </w:p>
        </w:tc>
        <w:tc>
          <w:tcPr>
            <w:tcW w:type="dxa" w:w="2880"/>
          </w:tcPr>
          <w:p>
            <w:r>
              <w:t>cold_90</w:t>
            </w:r>
          </w:p>
        </w:tc>
        <w:tc>
          <w:tcPr>
            <w:tcW w:type="dxa" w:w="2880"/>
          </w:tcPr>
          <w:p>
            <w:r>
              <w:t>4</w:t>
            </w:r>
          </w:p>
        </w:tc>
      </w:tr>
      <w:tr>
        <w:tc>
          <w:tcPr>
            <w:tcW w:type="dxa" w:w="2880"/>
          </w:tcPr>
          <w:p>
            <w:r>
              <w:t>2023-10-01</w:t>
            </w:r>
          </w:p>
        </w:tc>
        <w:tc>
          <w:tcPr>
            <w:tcW w:type="dxa" w:w="2880"/>
          </w:tcPr>
          <w:p>
            <w:r>
              <w:t>cold_95</w:t>
            </w:r>
          </w:p>
        </w:tc>
        <w:tc>
          <w:tcPr>
            <w:tcW w:type="dxa" w:w="2880"/>
          </w:tcPr>
          <w:p>
            <w:r>
              <w:t>2</w:t>
            </w:r>
          </w:p>
        </w:tc>
      </w:tr>
      <w:tr>
        <w:tc>
          <w:tcPr>
            <w:tcW w:type="dxa" w:w="2880"/>
          </w:tcPr>
          <w:p>
            <w:r>
              <w:t>2023-10-01</w:t>
            </w:r>
          </w:p>
        </w:tc>
        <w:tc>
          <w:tcPr>
            <w:tcW w:type="dxa" w:w="2880"/>
          </w:tcPr>
          <w:p>
            <w:r>
              <w:t>Other</w:t>
            </w:r>
          </w:p>
        </w:tc>
        <w:tc>
          <w:tcPr>
            <w:tcW w:type="dxa" w:w="2880"/>
          </w:tcPr>
          <w:p>
            <w:r>
              <w:t>1</w:t>
            </w:r>
          </w:p>
        </w:tc>
      </w:tr>
      <w:tr>
        <w:tc>
          <w:tcPr>
            <w:tcW w:type="dxa" w:w="2880"/>
          </w:tcPr>
          <w:p>
            <w:r>
              <w:t>2024-01-01</w:t>
            </w:r>
          </w:p>
        </w:tc>
        <w:tc>
          <w:tcPr>
            <w:tcW w:type="dxa" w:w="2880"/>
          </w:tcPr>
          <w:p>
            <w:r>
              <w:t>not_significant</w:t>
            </w:r>
          </w:p>
        </w:tc>
        <w:tc>
          <w:tcPr>
            <w:tcW w:type="dxa" w:w="2880"/>
          </w:tcPr>
          <w:p>
            <w:r>
              <w:t>45</w:t>
            </w:r>
          </w:p>
        </w:tc>
      </w:tr>
      <w:tr>
        <w:tc>
          <w:tcPr>
            <w:tcW w:type="dxa" w:w="2880"/>
          </w:tcPr>
          <w:p>
            <w:r>
              <w:t>2024-01-01</w:t>
            </w:r>
          </w:p>
        </w:tc>
        <w:tc>
          <w:tcPr>
            <w:tcW w:type="dxa" w:w="2880"/>
          </w:tcPr>
          <w:p>
            <w:r>
              <w:t>hot_95</w:t>
            </w:r>
          </w:p>
        </w:tc>
        <w:tc>
          <w:tcPr>
            <w:tcW w:type="dxa" w:w="2880"/>
          </w:tcPr>
          <w:p>
            <w:r>
              <w:t>1</w:t>
            </w:r>
          </w:p>
        </w:tc>
      </w:tr>
      <w:tr>
        <w:tc>
          <w:tcPr>
            <w:tcW w:type="dxa" w:w="2880"/>
          </w:tcPr>
          <w:p>
            <w:r>
              <w:t>2024-01-01</w:t>
            </w:r>
          </w:p>
        </w:tc>
        <w:tc>
          <w:tcPr>
            <w:tcW w:type="dxa" w:w="2880"/>
          </w:tcPr>
          <w:p>
            <w:r>
              <w:t>hot_90</w:t>
            </w:r>
          </w:p>
        </w:tc>
        <w:tc>
          <w:tcPr>
            <w:tcW w:type="dxa" w:w="2880"/>
          </w:tcPr>
          <w:p>
            <w:r>
              <w:t>2</w:t>
            </w:r>
          </w:p>
        </w:tc>
      </w:tr>
      <w:tr>
        <w:tc>
          <w:tcPr>
            <w:tcW w:type="dxa" w:w="2880"/>
          </w:tcPr>
          <w:p>
            <w:r>
              <w:t>2024-01-01</w:t>
            </w:r>
          </w:p>
        </w:tc>
        <w:tc>
          <w:tcPr>
            <w:tcW w:type="dxa" w:w="2880"/>
          </w:tcPr>
          <w:p>
            <w:r>
              <w:t>cold_90</w:t>
            </w:r>
          </w:p>
        </w:tc>
        <w:tc>
          <w:tcPr>
            <w:tcW w:type="dxa" w:w="2880"/>
          </w:tcPr>
          <w:p>
            <w:r>
              <w:t>2</w:t>
            </w:r>
          </w:p>
        </w:tc>
      </w:tr>
      <w:tr>
        <w:tc>
          <w:tcPr>
            <w:tcW w:type="dxa" w:w="2880"/>
          </w:tcPr>
          <w:p>
            <w:r>
              <w:t>2024-01-01</w:t>
            </w:r>
          </w:p>
        </w:tc>
        <w:tc>
          <w:tcPr>
            <w:tcW w:type="dxa" w:w="2880"/>
          </w:tcPr>
          <w:p>
            <w:r>
              <w:t>cold_95</w:t>
            </w:r>
          </w:p>
        </w:tc>
        <w:tc>
          <w:tcPr>
            <w:tcW w:type="dxa" w:w="2880"/>
          </w:tcPr>
          <w:p>
            <w:r>
              <w:t>0</w:t>
            </w:r>
          </w:p>
        </w:tc>
      </w:tr>
      <w:tr>
        <w:tc>
          <w:tcPr>
            <w:tcW w:type="dxa" w:w="2880"/>
          </w:tcPr>
          <w:p>
            <w:r>
              <w:t>2024-01-01</w:t>
            </w:r>
          </w:p>
        </w:tc>
        <w:tc>
          <w:tcPr>
            <w:tcW w:type="dxa" w:w="2880"/>
          </w:tcPr>
          <w:p>
            <w:r>
              <w:t>Other</w:t>
            </w:r>
          </w:p>
        </w:tc>
        <w:tc>
          <w:tcPr>
            <w:tcW w:type="dxa" w:w="2880"/>
          </w:tcPr>
          <w:p>
            <w:r>
              <w:t>0</w:t>
            </w:r>
          </w:p>
        </w:tc>
      </w:tr>
      <w:tr>
        <w:tc>
          <w:tcPr>
            <w:tcW w:type="dxa" w:w="2880"/>
          </w:tcPr>
          <w:p>
            <w:r>
              <w:t>2024-04-01</w:t>
            </w:r>
          </w:p>
        </w:tc>
        <w:tc>
          <w:tcPr>
            <w:tcW w:type="dxa" w:w="2880"/>
          </w:tcPr>
          <w:p>
            <w:r>
              <w:t>not_significant</w:t>
            </w:r>
          </w:p>
        </w:tc>
        <w:tc>
          <w:tcPr>
            <w:tcW w:type="dxa" w:w="2880"/>
          </w:tcPr>
          <w:p>
            <w:r>
              <w:t>65</w:t>
            </w:r>
          </w:p>
        </w:tc>
      </w:tr>
      <w:tr>
        <w:tc>
          <w:tcPr>
            <w:tcW w:type="dxa" w:w="2880"/>
          </w:tcPr>
          <w:p>
            <w:r>
              <w:t>2024-04-01</w:t>
            </w:r>
          </w:p>
        </w:tc>
        <w:tc>
          <w:tcPr>
            <w:tcW w:type="dxa" w:w="2880"/>
          </w:tcPr>
          <w:p>
            <w:r>
              <w:t>hot_95</w:t>
            </w:r>
          </w:p>
        </w:tc>
        <w:tc>
          <w:tcPr>
            <w:tcW w:type="dxa" w:w="2880"/>
          </w:tcPr>
          <w:p>
            <w:r>
              <w:t>4</w:t>
            </w:r>
          </w:p>
        </w:tc>
      </w:tr>
      <w:tr>
        <w:tc>
          <w:tcPr>
            <w:tcW w:type="dxa" w:w="2880"/>
          </w:tcPr>
          <w:p>
            <w:r>
              <w:t>2024-04-01</w:t>
            </w:r>
          </w:p>
        </w:tc>
        <w:tc>
          <w:tcPr>
            <w:tcW w:type="dxa" w:w="2880"/>
          </w:tcPr>
          <w:p>
            <w:r>
              <w:t>hot_90</w:t>
            </w:r>
          </w:p>
        </w:tc>
        <w:tc>
          <w:tcPr>
            <w:tcW w:type="dxa" w:w="2880"/>
          </w:tcPr>
          <w:p>
            <w:r>
              <w:t>1</w:t>
            </w:r>
          </w:p>
        </w:tc>
      </w:tr>
      <w:tr>
        <w:tc>
          <w:tcPr>
            <w:tcW w:type="dxa" w:w="2880"/>
          </w:tcPr>
          <w:p>
            <w:r>
              <w:t>2024-04-01</w:t>
            </w:r>
          </w:p>
        </w:tc>
        <w:tc>
          <w:tcPr>
            <w:tcW w:type="dxa" w:w="2880"/>
          </w:tcPr>
          <w:p>
            <w:r>
              <w:t>cold_90</w:t>
            </w:r>
          </w:p>
        </w:tc>
        <w:tc>
          <w:tcPr>
            <w:tcW w:type="dxa" w:w="2880"/>
          </w:tcPr>
          <w:p>
            <w:r>
              <w:t>2</w:t>
            </w:r>
          </w:p>
        </w:tc>
      </w:tr>
      <w:tr>
        <w:tc>
          <w:tcPr>
            <w:tcW w:type="dxa" w:w="2880"/>
          </w:tcPr>
          <w:p>
            <w:r>
              <w:t>2024-04-01</w:t>
            </w:r>
          </w:p>
        </w:tc>
        <w:tc>
          <w:tcPr>
            <w:tcW w:type="dxa" w:w="2880"/>
          </w:tcPr>
          <w:p>
            <w:r>
              <w:t>cold_95</w:t>
            </w:r>
          </w:p>
        </w:tc>
        <w:tc>
          <w:tcPr>
            <w:tcW w:type="dxa" w:w="2880"/>
          </w:tcPr>
          <w:p>
            <w:r>
              <w:t>1</w:t>
            </w:r>
          </w:p>
        </w:tc>
      </w:tr>
      <w:tr>
        <w:tc>
          <w:tcPr>
            <w:tcW w:type="dxa" w:w="2880"/>
          </w:tcPr>
          <w:p>
            <w:r>
              <w:t>2024-04-01</w:t>
            </w:r>
          </w:p>
        </w:tc>
        <w:tc>
          <w:tcPr>
            <w:tcW w:type="dxa" w:w="2880"/>
          </w:tcPr>
          <w:p>
            <w:r>
              <w:t>Other</w:t>
            </w:r>
          </w:p>
        </w:tc>
        <w:tc>
          <w:tcPr>
            <w:tcW w:type="dxa" w:w="2880"/>
          </w:tcPr>
          <w:p>
            <w:r>
              <w:t>0</w:t>
            </w:r>
          </w:p>
        </w:tc>
      </w:tr>
      <w:tr>
        <w:tc>
          <w:tcPr>
            <w:tcW w:type="dxa" w:w="2880"/>
          </w:tcPr>
          <w:p>
            <w:r>
              <w:t>2024-07-01</w:t>
            </w:r>
          </w:p>
        </w:tc>
        <w:tc>
          <w:tcPr>
            <w:tcW w:type="dxa" w:w="2880"/>
          </w:tcPr>
          <w:p>
            <w:r>
              <w:t>not_significant</w:t>
            </w:r>
          </w:p>
        </w:tc>
        <w:tc>
          <w:tcPr>
            <w:tcW w:type="dxa" w:w="2880"/>
          </w:tcPr>
          <w:p>
            <w:r>
              <w:t>79</w:t>
            </w:r>
          </w:p>
        </w:tc>
      </w:tr>
      <w:tr>
        <w:tc>
          <w:tcPr>
            <w:tcW w:type="dxa" w:w="2880"/>
          </w:tcPr>
          <w:p>
            <w:r>
              <w:t>2024-07-01</w:t>
            </w:r>
          </w:p>
        </w:tc>
        <w:tc>
          <w:tcPr>
            <w:tcW w:type="dxa" w:w="2880"/>
          </w:tcPr>
          <w:p>
            <w:r>
              <w:t>hot_95</w:t>
            </w:r>
          </w:p>
        </w:tc>
        <w:tc>
          <w:tcPr>
            <w:tcW w:type="dxa" w:w="2880"/>
          </w:tcPr>
          <w:p>
            <w:r>
              <w:t>5</w:t>
            </w:r>
          </w:p>
        </w:tc>
      </w:tr>
      <w:tr>
        <w:tc>
          <w:tcPr>
            <w:tcW w:type="dxa" w:w="2880"/>
          </w:tcPr>
          <w:p>
            <w:r>
              <w:t>2024-07-01</w:t>
            </w:r>
          </w:p>
        </w:tc>
        <w:tc>
          <w:tcPr>
            <w:tcW w:type="dxa" w:w="2880"/>
          </w:tcPr>
          <w:p>
            <w:r>
              <w:t>hot_90</w:t>
            </w:r>
          </w:p>
        </w:tc>
        <w:tc>
          <w:tcPr>
            <w:tcW w:type="dxa" w:w="2880"/>
          </w:tcPr>
          <w:p>
            <w:r>
              <w:t>4</w:t>
            </w:r>
          </w:p>
        </w:tc>
      </w:tr>
      <w:tr>
        <w:tc>
          <w:tcPr>
            <w:tcW w:type="dxa" w:w="2880"/>
          </w:tcPr>
          <w:p>
            <w:r>
              <w:t>2024-07-01</w:t>
            </w:r>
          </w:p>
        </w:tc>
        <w:tc>
          <w:tcPr>
            <w:tcW w:type="dxa" w:w="2880"/>
          </w:tcPr>
          <w:p>
            <w:r>
              <w:t>cold_90</w:t>
            </w:r>
          </w:p>
        </w:tc>
        <w:tc>
          <w:tcPr>
            <w:tcW w:type="dxa" w:w="2880"/>
          </w:tcPr>
          <w:p>
            <w:r>
              <w:t>4</w:t>
            </w:r>
          </w:p>
        </w:tc>
      </w:tr>
      <w:tr>
        <w:tc>
          <w:tcPr>
            <w:tcW w:type="dxa" w:w="2880"/>
          </w:tcPr>
          <w:p>
            <w:r>
              <w:t>2024-07-01</w:t>
            </w:r>
          </w:p>
        </w:tc>
        <w:tc>
          <w:tcPr>
            <w:tcW w:type="dxa" w:w="2880"/>
          </w:tcPr>
          <w:p>
            <w:r>
              <w:t>cold_95</w:t>
            </w:r>
          </w:p>
        </w:tc>
        <w:tc>
          <w:tcPr>
            <w:tcW w:type="dxa" w:w="2880"/>
          </w:tcPr>
          <w:p>
            <w:r>
              <w:t>0</w:t>
            </w:r>
          </w:p>
        </w:tc>
      </w:tr>
      <w:tr>
        <w:tc>
          <w:tcPr>
            <w:tcW w:type="dxa" w:w="2880"/>
          </w:tcPr>
          <w:p>
            <w:r>
              <w:t>2024-07-01</w:t>
            </w:r>
          </w:p>
        </w:tc>
        <w:tc>
          <w:tcPr>
            <w:tcW w:type="dxa" w:w="2880"/>
          </w:tcPr>
          <w:p>
            <w:r>
              <w:t>Other</w:t>
            </w:r>
          </w:p>
        </w:tc>
        <w:tc>
          <w:tcPr>
            <w:tcW w:type="dxa" w:w="2880"/>
          </w:tcPr>
          <w:p>
            <w:r>
              <w:t>2</w:t>
            </w:r>
          </w:p>
        </w:tc>
      </w:tr>
      <w:tr>
        <w:tc>
          <w:tcPr>
            <w:tcW w:type="dxa" w:w="2880"/>
          </w:tcPr>
          <w:p>
            <w:r>
              <w:t>2024-10-01</w:t>
            </w:r>
          </w:p>
        </w:tc>
        <w:tc>
          <w:tcPr>
            <w:tcW w:type="dxa" w:w="2880"/>
          </w:tcPr>
          <w:p>
            <w:r>
              <w:t>not_significant</w:t>
            </w:r>
          </w:p>
        </w:tc>
        <w:tc>
          <w:tcPr>
            <w:tcW w:type="dxa" w:w="2880"/>
          </w:tcPr>
          <w:p>
            <w:r>
              <w:t>71</w:t>
            </w:r>
          </w:p>
        </w:tc>
      </w:tr>
      <w:tr>
        <w:tc>
          <w:tcPr>
            <w:tcW w:type="dxa" w:w="2880"/>
          </w:tcPr>
          <w:p>
            <w:r>
              <w:t>2024-10-01</w:t>
            </w:r>
          </w:p>
        </w:tc>
        <w:tc>
          <w:tcPr>
            <w:tcW w:type="dxa" w:w="2880"/>
          </w:tcPr>
          <w:p>
            <w:r>
              <w:t>hot_95</w:t>
            </w:r>
          </w:p>
        </w:tc>
        <w:tc>
          <w:tcPr>
            <w:tcW w:type="dxa" w:w="2880"/>
          </w:tcPr>
          <w:p>
            <w:r>
              <w:t>3</w:t>
            </w:r>
          </w:p>
        </w:tc>
      </w:tr>
      <w:tr>
        <w:tc>
          <w:tcPr>
            <w:tcW w:type="dxa" w:w="2880"/>
          </w:tcPr>
          <w:p>
            <w:r>
              <w:t>2024-10-01</w:t>
            </w:r>
          </w:p>
        </w:tc>
        <w:tc>
          <w:tcPr>
            <w:tcW w:type="dxa" w:w="2880"/>
          </w:tcPr>
          <w:p>
            <w:r>
              <w:t>hot_90</w:t>
            </w:r>
          </w:p>
        </w:tc>
        <w:tc>
          <w:tcPr>
            <w:tcW w:type="dxa" w:w="2880"/>
          </w:tcPr>
          <w:p>
            <w:r>
              <w:t>6</w:t>
            </w:r>
          </w:p>
        </w:tc>
      </w:tr>
      <w:tr>
        <w:tc>
          <w:tcPr>
            <w:tcW w:type="dxa" w:w="2880"/>
          </w:tcPr>
          <w:p>
            <w:r>
              <w:t>2024-10-01</w:t>
            </w:r>
          </w:p>
        </w:tc>
        <w:tc>
          <w:tcPr>
            <w:tcW w:type="dxa" w:w="2880"/>
          </w:tcPr>
          <w:p>
            <w:r>
              <w:t>cold_90</w:t>
            </w:r>
          </w:p>
        </w:tc>
        <w:tc>
          <w:tcPr>
            <w:tcW w:type="dxa" w:w="2880"/>
          </w:tcPr>
          <w:p>
            <w:r>
              <w:t>3</w:t>
            </w:r>
          </w:p>
        </w:tc>
      </w:tr>
      <w:tr>
        <w:tc>
          <w:tcPr>
            <w:tcW w:type="dxa" w:w="2880"/>
          </w:tcPr>
          <w:p>
            <w:r>
              <w:t>2024-10-01</w:t>
            </w:r>
          </w:p>
        </w:tc>
        <w:tc>
          <w:tcPr>
            <w:tcW w:type="dxa" w:w="2880"/>
          </w:tcPr>
          <w:p>
            <w:r>
              <w:t>cold_95</w:t>
            </w:r>
          </w:p>
        </w:tc>
        <w:tc>
          <w:tcPr>
            <w:tcW w:type="dxa" w:w="2880"/>
          </w:tcPr>
          <w:p>
            <w:r>
              <w:t>1</w:t>
            </w:r>
          </w:p>
        </w:tc>
      </w:tr>
      <w:tr>
        <w:tc>
          <w:tcPr>
            <w:tcW w:type="dxa" w:w="2880"/>
          </w:tcPr>
          <w:p>
            <w:r>
              <w:t>2024-10-01</w:t>
            </w:r>
          </w:p>
        </w:tc>
        <w:tc>
          <w:tcPr>
            <w:tcW w:type="dxa" w:w="2880"/>
          </w:tcPr>
          <w:p>
            <w:r>
              <w:t>Other</w:t>
            </w:r>
          </w:p>
        </w:tc>
        <w:tc>
          <w:tcPr>
            <w:tcW w:type="dxa" w:w="2880"/>
          </w:tcPr>
          <w:p>
            <w:r>
              <w:t>1</w:t>
            </w:r>
          </w:p>
        </w:tc>
      </w:tr>
      <w:tr>
        <w:tc>
          <w:tcPr>
            <w:tcW w:type="dxa" w:w="2880"/>
          </w:tcPr>
          <w:p>
            <w:r>
              <w:t>2025-01-01</w:t>
            </w:r>
          </w:p>
        </w:tc>
        <w:tc>
          <w:tcPr>
            <w:tcW w:type="dxa" w:w="2880"/>
          </w:tcPr>
          <w:p>
            <w:r>
              <w:t>not_significant</w:t>
            </w:r>
          </w:p>
        </w:tc>
        <w:tc>
          <w:tcPr>
            <w:tcW w:type="dxa" w:w="2880"/>
          </w:tcPr>
          <w:p>
            <w:r>
              <w:t>56</w:t>
            </w:r>
          </w:p>
        </w:tc>
      </w:tr>
      <w:tr>
        <w:tc>
          <w:tcPr>
            <w:tcW w:type="dxa" w:w="2880"/>
          </w:tcPr>
          <w:p>
            <w:r>
              <w:t>2025-01-01</w:t>
            </w:r>
          </w:p>
        </w:tc>
        <w:tc>
          <w:tcPr>
            <w:tcW w:type="dxa" w:w="2880"/>
          </w:tcPr>
          <w:p>
            <w:r>
              <w:t>hot_95</w:t>
            </w:r>
          </w:p>
        </w:tc>
        <w:tc>
          <w:tcPr>
            <w:tcW w:type="dxa" w:w="2880"/>
          </w:tcPr>
          <w:p>
            <w:r>
              <w:t>2</w:t>
            </w:r>
          </w:p>
        </w:tc>
      </w:tr>
      <w:tr>
        <w:tc>
          <w:tcPr>
            <w:tcW w:type="dxa" w:w="2880"/>
          </w:tcPr>
          <w:p>
            <w:r>
              <w:t>2025-01-01</w:t>
            </w:r>
          </w:p>
        </w:tc>
        <w:tc>
          <w:tcPr>
            <w:tcW w:type="dxa" w:w="2880"/>
          </w:tcPr>
          <w:p>
            <w:r>
              <w:t>hot_90</w:t>
            </w:r>
          </w:p>
        </w:tc>
        <w:tc>
          <w:tcPr>
            <w:tcW w:type="dxa" w:w="2880"/>
          </w:tcPr>
          <w:p>
            <w:r>
              <w:t>6</w:t>
            </w:r>
          </w:p>
        </w:tc>
      </w:tr>
      <w:tr>
        <w:tc>
          <w:tcPr>
            <w:tcW w:type="dxa" w:w="2880"/>
          </w:tcPr>
          <w:p>
            <w:r>
              <w:t>2025-01-01</w:t>
            </w:r>
          </w:p>
        </w:tc>
        <w:tc>
          <w:tcPr>
            <w:tcW w:type="dxa" w:w="2880"/>
          </w:tcPr>
          <w:p>
            <w:r>
              <w:t>cold_90</w:t>
            </w:r>
          </w:p>
        </w:tc>
        <w:tc>
          <w:tcPr>
            <w:tcW w:type="dxa" w:w="2880"/>
          </w:tcPr>
          <w:p>
            <w:r>
              <w:t>3</w:t>
            </w:r>
          </w:p>
        </w:tc>
      </w:tr>
      <w:tr>
        <w:tc>
          <w:tcPr>
            <w:tcW w:type="dxa" w:w="2880"/>
          </w:tcPr>
          <w:p>
            <w:r>
              <w:t>2025-01-01</w:t>
            </w:r>
          </w:p>
        </w:tc>
        <w:tc>
          <w:tcPr>
            <w:tcW w:type="dxa" w:w="2880"/>
          </w:tcPr>
          <w:p>
            <w:r>
              <w:t>cold_95</w:t>
            </w:r>
          </w:p>
        </w:tc>
        <w:tc>
          <w:tcPr>
            <w:tcW w:type="dxa" w:w="2880"/>
          </w:tcPr>
          <w:p>
            <w:r>
              <w:t>0</w:t>
            </w:r>
          </w:p>
        </w:tc>
      </w:tr>
      <w:tr>
        <w:tc>
          <w:tcPr>
            <w:tcW w:type="dxa" w:w="2880"/>
          </w:tcPr>
          <w:p>
            <w:r>
              <w:t>2025-01-01</w:t>
            </w:r>
          </w:p>
        </w:tc>
        <w:tc>
          <w:tcPr>
            <w:tcW w:type="dxa" w:w="2880"/>
          </w:tcPr>
          <w:p>
            <w:r>
              <w:t>Other</w:t>
            </w:r>
          </w:p>
        </w:tc>
        <w:tc>
          <w:tcPr>
            <w:tcW w:type="dxa" w:w="2880"/>
          </w:tcPr>
          <w:p>
            <w:r>
              <w:t>0</w:t>
            </w:r>
          </w:p>
        </w:tc>
      </w:tr>
      <w:tr>
        <w:tc>
          <w:tcPr>
            <w:tcW w:type="dxa" w:w="2880"/>
          </w:tcPr>
          <w:p>
            <w:r>
              <w:t>2025-04-01</w:t>
            </w:r>
          </w:p>
        </w:tc>
        <w:tc>
          <w:tcPr>
            <w:tcW w:type="dxa" w:w="2880"/>
          </w:tcPr>
          <w:p>
            <w:r>
              <w:t>not_significant</w:t>
            </w:r>
          </w:p>
        </w:tc>
        <w:tc>
          <w:tcPr>
            <w:tcW w:type="dxa" w:w="2880"/>
          </w:tcPr>
          <w:p>
            <w:r>
              <w:t>65</w:t>
            </w:r>
          </w:p>
        </w:tc>
      </w:tr>
      <w:tr>
        <w:tc>
          <w:tcPr>
            <w:tcW w:type="dxa" w:w="2880"/>
          </w:tcPr>
          <w:p>
            <w:r>
              <w:t>2025-04-01</w:t>
            </w:r>
          </w:p>
        </w:tc>
        <w:tc>
          <w:tcPr>
            <w:tcW w:type="dxa" w:w="2880"/>
          </w:tcPr>
          <w:p>
            <w:r>
              <w:t>hot_95</w:t>
            </w:r>
          </w:p>
        </w:tc>
        <w:tc>
          <w:tcPr>
            <w:tcW w:type="dxa" w:w="2880"/>
          </w:tcPr>
          <w:p>
            <w:r>
              <w:t>1</w:t>
            </w:r>
          </w:p>
        </w:tc>
      </w:tr>
      <w:tr>
        <w:tc>
          <w:tcPr>
            <w:tcW w:type="dxa" w:w="2880"/>
          </w:tcPr>
          <w:p>
            <w:r>
              <w:t>2025-04-01</w:t>
            </w:r>
          </w:p>
        </w:tc>
        <w:tc>
          <w:tcPr>
            <w:tcW w:type="dxa" w:w="2880"/>
          </w:tcPr>
          <w:p>
            <w:r>
              <w:t>hot_90</w:t>
            </w:r>
          </w:p>
        </w:tc>
        <w:tc>
          <w:tcPr>
            <w:tcW w:type="dxa" w:w="2880"/>
          </w:tcPr>
          <w:p>
            <w:r>
              <w:t>2</w:t>
            </w:r>
          </w:p>
        </w:tc>
      </w:tr>
      <w:tr>
        <w:tc>
          <w:tcPr>
            <w:tcW w:type="dxa" w:w="2880"/>
          </w:tcPr>
          <w:p>
            <w:r>
              <w:t>2025-04-01</w:t>
            </w:r>
          </w:p>
        </w:tc>
        <w:tc>
          <w:tcPr>
            <w:tcW w:type="dxa" w:w="2880"/>
          </w:tcPr>
          <w:p>
            <w:r>
              <w:t>cold_90</w:t>
            </w:r>
          </w:p>
        </w:tc>
        <w:tc>
          <w:tcPr>
            <w:tcW w:type="dxa" w:w="2880"/>
          </w:tcPr>
          <w:p>
            <w:r>
              <w:t>2</w:t>
            </w:r>
          </w:p>
        </w:tc>
      </w:tr>
      <w:tr>
        <w:tc>
          <w:tcPr>
            <w:tcW w:type="dxa" w:w="2880"/>
          </w:tcPr>
          <w:p>
            <w:r>
              <w:t>2025-04-01</w:t>
            </w:r>
          </w:p>
        </w:tc>
        <w:tc>
          <w:tcPr>
            <w:tcW w:type="dxa" w:w="2880"/>
          </w:tcPr>
          <w:p>
            <w:r>
              <w:t>cold_95</w:t>
            </w:r>
          </w:p>
        </w:tc>
        <w:tc>
          <w:tcPr>
            <w:tcW w:type="dxa" w:w="2880"/>
          </w:tcPr>
          <w:p>
            <w:r>
              <w:t>1</w:t>
            </w:r>
          </w:p>
        </w:tc>
      </w:tr>
      <w:tr>
        <w:tc>
          <w:tcPr>
            <w:tcW w:type="dxa" w:w="2880"/>
          </w:tcPr>
          <w:p>
            <w:r>
              <w:t>2025-04-01</w:t>
            </w:r>
          </w:p>
        </w:tc>
        <w:tc>
          <w:tcPr>
            <w:tcW w:type="dxa" w:w="2880"/>
          </w:tcPr>
          <w:p>
            <w:r>
              <w:t>Other</w:t>
            </w:r>
          </w:p>
        </w:tc>
        <w:tc>
          <w:tcPr>
            <w:tcW w:type="dxa" w:w="2880"/>
          </w:tcPr>
          <w:p>
            <w:r>
              <w:t>2</w:t>
            </w:r>
          </w:p>
        </w:tc>
      </w:tr>
      <w:tr>
        <w:tc>
          <w:tcPr>
            <w:tcW w:type="dxa" w:w="2880"/>
          </w:tcPr>
          <w:p>
            <w:r>
              <w:t>2025-07-01</w:t>
            </w:r>
          </w:p>
        </w:tc>
        <w:tc>
          <w:tcPr>
            <w:tcW w:type="dxa" w:w="2880"/>
          </w:tcPr>
          <w:p>
            <w:r>
              <w:t>not_significant</w:t>
            </w:r>
          </w:p>
        </w:tc>
        <w:tc>
          <w:tcPr>
            <w:tcW w:type="dxa" w:w="2880"/>
          </w:tcPr>
          <w:p>
            <w:r>
              <w:t>104</w:t>
            </w:r>
          </w:p>
        </w:tc>
      </w:tr>
      <w:tr>
        <w:tc>
          <w:tcPr>
            <w:tcW w:type="dxa" w:w="2880"/>
          </w:tcPr>
          <w:p>
            <w:r>
              <w:t>2025-07-01</w:t>
            </w:r>
          </w:p>
        </w:tc>
        <w:tc>
          <w:tcPr>
            <w:tcW w:type="dxa" w:w="2880"/>
          </w:tcPr>
          <w:p>
            <w:r>
              <w:t>hot_95</w:t>
            </w:r>
          </w:p>
        </w:tc>
        <w:tc>
          <w:tcPr>
            <w:tcW w:type="dxa" w:w="2880"/>
          </w:tcPr>
          <w:p>
            <w:r>
              <w:t>3</w:t>
            </w:r>
          </w:p>
        </w:tc>
      </w:tr>
      <w:tr>
        <w:tc>
          <w:tcPr>
            <w:tcW w:type="dxa" w:w="2880"/>
          </w:tcPr>
          <w:p>
            <w:r>
              <w:t>2025-07-01</w:t>
            </w:r>
          </w:p>
        </w:tc>
        <w:tc>
          <w:tcPr>
            <w:tcW w:type="dxa" w:w="2880"/>
          </w:tcPr>
          <w:p>
            <w:r>
              <w:t>hot_90</w:t>
            </w:r>
          </w:p>
        </w:tc>
        <w:tc>
          <w:tcPr>
            <w:tcW w:type="dxa" w:w="2880"/>
          </w:tcPr>
          <w:p>
            <w:r>
              <w:t>2</w:t>
            </w:r>
          </w:p>
        </w:tc>
      </w:tr>
      <w:tr>
        <w:tc>
          <w:tcPr>
            <w:tcW w:type="dxa" w:w="2880"/>
          </w:tcPr>
          <w:p>
            <w:r>
              <w:t>2025-07-01</w:t>
            </w:r>
          </w:p>
        </w:tc>
        <w:tc>
          <w:tcPr>
            <w:tcW w:type="dxa" w:w="2880"/>
          </w:tcPr>
          <w:p>
            <w:r>
              <w:t>cold_90</w:t>
            </w:r>
          </w:p>
        </w:tc>
        <w:tc>
          <w:tcPr>
            <w:tcW w:type="dxa" w:w="2880"/>
          </w:tcPr>
          <w:p>
            <w:r>
              <w:t>6</w:t>
            </w:r>
          </w:p>
        </w:tc>
      </w:tr>
      <w:tr>
        <w:tc>
          <w:tcPr>
            <w:tcW w:type="dxa" w:w="2880"/>
          </w:tcPr>
          <w:p>
            <w:r>
              <w:t>2025-07-01</w:t>
            </w:r>
          </w:p>
        </w:tc>
        <w:tc>
          <w:tcPr>
            <w:tcW w:type="dxa" w:w="2880"/>
          </w:tcPr>
          <w:p>
            <w:r>
              <w:t>cold_95</w:t>
            </w:r>
          </w:p>
        </w:tc>
        <w:tc>
          <w:tcPr>
            <w:tcW w:type="dxa" w:w="2880"/>
          </w:tcPr>
          <w:p>
            <w:r>
              <w:t>1</w:t>
            </w:r>
          </w:p>
        </w:tc>
      </w:tr>
      <w:tr>
        <w:tc>
          <w:tcPr>
            <w:tcW w:type="dxa" w:w="2880"/>
          </w:tcPr>
          <w:p>
            <w:r>
              <w:t>2025-07-01</w:t>
            </w:r>
          </w:p>
        </w:tc>
        <w:tc>
          <w:tcPr>
            <w:tcW w:type="dxa" w:w="2880"/>
          </w:tcPr>
          <w:p>
            <w:r>
              <w:t>Other</w:t>
            </w:r>
          </w:p>
        </w:tc>
        <w:tc>
          <w:tcPr>
            <w:tcW w:type="dxa" w:w="2880"/>
          </w:tcPr>
          <w:p>
            <w:r>
              <w:t>3</w:t>
            </w:r>
          </w:p>
        </w:tc>
      </w:tr>
      <w:tr>
        <w:tc>
          <w:tcPr>
            <w:tcW w:type="dxa" w:w="2880"/>
          </w:tcPr>
          <w:p>
            <w:r>
              <w:t>2025-10-01</w:t>
            </w:r>
          </w:p>
        </w:tc>
        <w:tc>
          <w:tcPr>
            <w:tcW w:type="dxa" w:w="2880"/>
          </w:tcPr>
          <w:p>
            <w:r>
              <w:t>not_significant</w:t>
            </w:r>
          </w:p>
        </w:tc>
        <w:tc>
          <w:tcPr>
            <w:tcW w:type="dxa" w:w="2880"/>
          </w:tcPr>
          <w:p>
            <w:r>
              <w:t>79</w:t>
            </w:r>
          </w:p>
        </w:tc>
      </w:tr>
      <w:tr>
        <w:tc>
          <w:tcPr>
            <w:tcW w:type="dxa" w:w="2880"/>
          </w:tcPr>
          <w:p>
            <w:r>
              <w:t>2025-10-01</w:t>
            </w:r>
          </w:p>
        </w:tc>
        <w:tc>
          <w:tcPr>
            <w:tcW w:type="dxa" w:w="2880"/>
          </w:tcPr>
          <w:p>
            <w:r>
              <w:t>hot_95</w:t>
            </w:r>
          </w:p>
        </w:tc>
        <w:tc>
          <w:tcPr>
            <w:tcW w:type="dxa" w:w="2880"/>
          </w:tcPr>
          <w:p>
            <w:r>
              <w:t>2</w:t>
            </w:r>
          </w:p>
        </w:tc>
      </w:tr>
      <w:tr>
        <w:tc>
          <w:tcPr>
            <w:tcW w:type="dxa" w:w="2880"/>
          </w:tcPr>
          <w:p>
            <w:r>
              <w:t>2025-10-01</w:t>
            </w:r>
          </w:p>
        </w:tc>
        <w:tc>
          <w:tcPr>
            <w:tcW w:type="dxa" w:w="2880"/>
          </w:tcPr>
          <w:p>
            <w:r>
              <w:t>hot_90</w:t>
            </w:r>
          </w:p>
        </w:tc>
        <w:tc>
          <w:tcPr>
            <w:tcW w:type="dxa" w:w="2880"/>
          </w:tcPr>
          <w:p>
            <w:r>
              <w:t>6</w:t>
            </w:r>
          </w:p>
        </w:tc>
      </w:tr>
      <w:tr>
        <w:tc>
          <w:tcPr>
            <w:tcW w:type="dxa" w:w="2880"/>
          </w:tcPr>
          <w:p>
            <w:r>
              <w:t>2025-10-01</w:t>
            </w:r>
          </w:p>
        </w:tc>
        <w:tc>
          <w:tcPr>
            <w:tcW w:type="dxa" w:w="2880"/>
          </w:tcPr>
          <w:p>
            <w:r>
              <w:t>cold_90</w:t>
            </w:r>
          </w:p>
        </w:tc>
        <w:tc>
          <w:tcPr>
            <w:tcW w:type="dxa" w:w="2880"/>
          </w:tcPr>
          <w:p>
            <w:r>
              <w:t>2</w:t>
            </w:r>
          </w:p>
        </w:tc>
      </w:tr>
      <w:tr>
        <w:tc>
          <w:tcPr>
            <w:tcW w:type="dxa" w:w="2880"/>
          </w:tcPr>
          <w:p>
            <w:r>
              <w:t>2025-10-01</w:t>
            </w:r>
          </w:p>
        </w:tc>
        <w:tc>
          <w:tcPr>
            <w:tcW w:type="dxa" w:w="2880"/>
          </w:tcPr>
          <w:p>
            <w:r>
              <w:t>cold_95</w:t>
            </w:r>
          </w:p>
        </w:tc>
        <w:tc>
          <w:tcPr>
            <w:tcW w:type="dxa" w:w="2880"/>
          </w:tcPr>
          <w:p>
            <w:r>
              <w:t>3</w:t>
            </w:r>
          </w:p>
        </w:tc>
      </w:tr>
      <w:tr>
        <w:tc>
          <w:tcPr>
            <w:tcW w:type="dxa" w:w="2880"/>
          </w:tcPr>
          <w:p>
            <w:r>
              <w:t>2025-10-01</w:t>
            </w:r>
          </w:p>
        </w:tc>
        <w:tc>
          <w:tcPr>
            <w:tcW w:type="dxa" w:w="2880"/>
          </w:tcPr>
          <w:p>
            <w:r>
              <w:t>Other</w:t>
            </w:r>
          </w:p>
        </w:tc>
        <w:tc>
          <w:tcPr>
            <w:tcW w:type="dxa" w:w="2880"/>
          </w:tcPr>
          <w:p>
            <w:r>
              <w:t>2</w:t>
            </w:r>
          </w:p>
        </w:tc>
      </w:tr>
    </w:tbl>
    <w:p/>
    <w:p>
      <w:pPr>
        <w:pStyle w:val="Heading2"/>
      </w:pPr>
      <w:r>
        <w:t>Figure 51. Repeat and near repeat classification: Wildlife sightings over time [104]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2020-01-01</w:t>
            </w:r>
          </w:p>
        </w:tc>
        <w:tc>
          <w:tcPr>
            <w:tcW w:type="dxa" w:w="2880"/>
          </w:tcPr>
          <w:p>
            <w:r>
              <w:t>elephant</w:t>
            </w:r>
          </w:p>
        </w:tc>
        <w:tc>
          <w:tcPr>
            <w:tcW w:type="dxa" w:w="2880"/>
          </w:tcPr>
          <w:p>
            <w:r>
              <w:t>9</w:t>
            </w:r>
          </w:p>
        </w:tc>
      </w:tr>
      <w:tr>
        <w:tc>
          <w:tcPr>
            <w:tcW w:type="dxa" w:w="2880"/>
          </w:tcPr>
          <w:p>
            <w:r>
              <w:t>2020-01-01</w:t>
            </w:r>
          </w:p>
        </w:tc>
        <w:tc>
          <w:tcPr>
            <w:tcW w:type="dxa" w:w="2880"/>
          </w:tcPr>
          <w:p>
            <w:r>
              <w:t>buffalo</w:t>
            </w:r>
          </w:p>
        </w:tc>
        <w:tc>
          <w:tcPr>
            <w:tcW w:type="dxa" w:w="2880"/>
          </w:tcPr>
          <w:p>
            <w:r>
              <w:t>9</w:t>
            </w:r>
          </w:p>
        </w:tc>
      </w:tr>
      <w:tr>
        <w:tc>
          <w:tcPr>
            <w:tcW w:type="dxa" w:w="2880"/>
          </w:tcPr>
          <w:p>
            <w:r>
              <w:t>2020-01-01</w:t>
            </w:r>
          </w:p>
        </w:tc>
        <w:tc>
          <w:tcPr>
            <w:tcW w:type="dxa" w:w="2880"/>
          </w:tcPr>
          <w:p>
            <w:r>
              <w:t>giraffe</w:t>
            </w:r>
          </w:p>
        </w:tc>
        <w:tc>
          <w:tcPr>
            <w:tcW w:type="dxa" w:w="2880"/>
          </w:tcPr>
          <w:p>
            <w:r>
              <w:t>5</w:t>
            </w:r>
          </w:p>
        </w:tc>
      </w:tr>
      <w:tr>
        <w:tc>
          <w:tcPr>
            <w:tcW w:type="dxa" w:w="2880"/>
          </w:tcPr>
          <w:p>
            <w:r>
              <w:t>2020-01-01</w:t>
            </w:r>
          </w:p>
        </w:tc>
        <w:tc>
          <w:tcPr>
            <w:tcW w:type="dxa" w:w="2880"/>
          </w:tcPr>
          <w:p>
            <w:r>
              <w:t>hippo</w:t>
            </w:r>
          </w:p>
        </w:tc>
        <w:tc>
          <w:tcPr>
            <w:tcW w:type="dxa" w:w="2880"/>
          </w:tcPr>
          <w:p>
            <w:r>
              <w:t>8</w:t>
            </w:r>
          </w:p>
        </w:tc>
      </w:tr>
      <w:tr>
        <w:tc>
          <w:tcPr>
            <w:tcW w:type="dxa" w:w="2880"/>
          </w:tcPr>
          <w:p>
            <w:r>
              <w:t>2020-01-01</w:t>
            </w:r>
          </w:p>
        </w:tc>
        <w:tc>
          <w:tcPr>
            <w:tcW w:type="dxa" w:w="2880"/>
          </w:tcPr>
          <w:p>
            <w:r>
              <w:t>red lechwe</w:t>
            </w:r>
          </w:p>
        </w:tc>
        <w:tc>
          <w:tcPr>
            <w:tcW w:type="dxa" w:w="2880"/>
          </w:tcPr>
          <w:p>
            <w:r>
              <w:t>9</w:t>
            </w:r>
          </w:p>
        </w:tc>
      </w:tr>
      <w:tr>
        <w:tc>
          <w:tcPr>
            <w:tcW w:type="dxa" w:w="2880"/>
          </w:tcPr>
          <w:p>
            <w:r>
              <w:t>2020-01-01</w:t>
            </w:r>
          </w:p>
        </w:tc>
        <w:tc>
          <w:tcPr>
            <w:tcW w:type="dxa" w:w="2880"/>
          </w:tcPr>
          <w:p>
            <w:r>
              <w:t>Other</w:t>
            </w:r>
          </w:p>
        </w:tc>
        <w:tc>
          <w:tcPr>
            <w:tcW w:type="dxa" w:w="2880"/>
          </w:tcPr>
          <w:p>
            <w:r>
              <w:t>10</w:t>
            </w:r>
          </w:p>
        </w:tc>
      </w:tr>
      <w:tr>
        <w:tc>
          <w:tcPr>
            <w:tcW w:type="dxa" w:w="2880"/>
          </w:tcPr>
          <w:p>
            <w:r>
              <w:t>2020-04-01</w:t>
            </w:r>
          </w:p>
        </w:tc>
        <w:tc>
          <w:tcPr>
            <w:tcW w:type="dxa" w:w="2880"/>
          </w:tcPr>
          <w:p>
            <w:r>
              <w:t>elephant</w:t>
            </w:r>
          </w:p>
        </w:tc>
        <w:tc>
          <w:tcPr>
            <w:tcW w:type="dxa" w:w="2880"/>
          </w:tcPr>
          <w:p>
            <w:r>
              <w:t>18</w:t>
            </w:r>
          </w:p>
        </w:tc>
      </w:tr>
      <w:tr>
        <w:tc>
          <w:tcPr>
            <w:tcW w:type="dxa" w:w="2880"/>
          </w:tcPr>
          <w:p>
            <w:r>
              <w:t>2020-04-01</w:t>
            </w:r>
          </w:p>
        </w:tc>
        <w:tc>
          <w:tcPr>
            <w:tcW w:type="dxa" w:w="2880"/>
          </w:tcPr>
          <w:p>
            <w:r>
              <w:t>buffalo</w:t>
            </w:r>
          </w:p>
        </w:tc>
        <w:tc>
          <w:tcPr>
            <w:tcW w:type="dxa" w:w="2880"/>
          </w:tcPr>
          <w:p>
            <w:r>
              <w:t>12</w:t>
            </w:r>
          </w:p>
        </w:tc>
      </w:tr>
      <w:tr>
        <w:tc>
          <w:tcPr>
            <w:tcW w:type="dxa" w:w="2880"/>
          </w:tcPr>
          <w:p>
            <w:r>
              <w:t>2020-04-01</w:t>
            </w:r>
          </w:p>
        </w:tc>
        <w:tc>
          <w:tcPr>
            <w:tcW w:type="dxa" w:w="2880"/>
          </w:tcPr>
          <w:p>
            <w:r>
              <w:t>giraffe</w:t>
            </w:r>
          </w:p>
        </w:tc>
        <w:tc>
          <w:tcPr>
            <w:tcW w:type="dxa" w:w="2880"/>
          </w:tcPr>
          <w:p>
            <w:r>
              <w:t>3</w:t>
            </w:r>
          </w:p>
        </w:tc>
      </w:tr>
      <w:tr>
        <w:tc>
          <w:tcPr>
            <w:tcW w:type="dxa" w:w="2880"/>
          </w:tcPr>
          <w:p>
            <w:r>
              <w:t>2020-04-01</w:t>
            </w:r>
          </w:p>
        </w:tc>
        <w:tc>
          <w:tcPr>
            <w:tcW w:type="dxa" w:w="2880"/>
          </w:tcPr>
          <w:p>
            <w:r>
              <w:t>hippo</w:t>
            </w:r>
          </w:p>
        </w:tc>
        <w:tc>
          <w:tcPr>
            <w:tcW w:type="dxa" w:w="2880"/>
          </w:tcPr>
          <w:p>
            <w:r>
              <w:t>3</w:t>
            </w:r>
          </w:p>
        </w:tc>
      </w:tr>
      <w:tr>
        <w:tc>
          <w:tcPr>
            <w:tcW w:type="dxa" w:w="2880"/>
          </w:tcPr>
          <w:p>
            <w:r>
              <w:t>2020-04-01</w:t>
            </w:r>
          </w:p>
        </w:tc>
        <w:tc>
          <w:tcPr>
            <w:tcW w:type="dxa" w:w="2880"/>
          </w:tcPr>
          <w:p>
            <w:r>
              <w:t>red lechwe</w:t>
            </w:r>
          </w:p>
        </w:tc>
        <w:tc>
          <w:tcPr>
            <w:tcW w:type="dxa" w:w="2880"/>
          </w:tcPr>
          <w:p>
            <w:r>
              <w:t>5</w:t>
            </w:r>
          </w:p>
        </w:tc>
      </w:tr>
      <w:tr>
        <w:tc>
          <w:tcPr>
            <w:tcW w:type="dxa" w:w="2880"/>
          </w:tcPr>
          <w:p>
            <w:r>
              <w:t>2020-04-01</w:t>
            </w:r>
          </w:p>
        </w:tc>
        <w:tc>
          <w:tcPr>
            <w:tcW w:type="dxa" w:w="2880"/>
          </w:tcPr>
          <w:p>
            <w:r>
              <w:t>Other</w:t>
            </w:r>
          </w:p>
        </w:tc>
        <w:tc>
          <w:tcPr>
            <w:tcW w:type="dxa" w:w="2880"/>
          </w:tcPr>
          <w:p>
            <w:r>
              <w:t>15</w:t>
            </w:r>
          </w:p>
        </w:tc>
      </w:tr>
      <w:tr>
        <w:tc>
          <w:tcPr>
            <w:tcW w:type="dxa" w:w="2880"/>
          </w:tcPr>
          <w:p>
            <w:r>
              <w:t>2020-07-01</w:t>
            </w:r>
          </w:p>
        </w:tc>
        <w:tc>
          <w:tcPr>
            <w:tcW w:type="dxa" w:w="2880"/>
          </w:tcPr>
          <w:p>
            <w:r>
              <w:t>elephant</w:t>
            </w:r>
          </w:p>
        </w:tc>
        <w:tc>
          <w:tcPr>
            <w:tcW w:type="dxa" w:w="2880"/>
          </w:tcPr>
          <w:p>
            <w:r>
              <w:t>22</w:t>
            </w:r>
          </w:p>
        </w:tc>
      </w:tr>
      <w:tr>
        <w:tc>
          <w:tcPr>
            <w:tcW w:type="dxa" w:w="2880"/>
          </w:tcPr>
          <w:p>
            <w:r>
              <w:t>2020-07-01</w:t>
            </w:r>
          </w:p>
        </w:tc>
        <w:tc>
          <w:tcPr>
            <w:tcW w:type="dxa" w:w="2880"/>
          </w:tcPr>
          <w:p>
            <w:r>
              <w:t>buffalo</w:t>
            </w:r>
          </w:p>
        </w:tc>
        <w:tc>
          <w:tcPr>
            <w:tcW w:type="dxa" w:w="2880"/>
          </w:tcPr>
          <w:p>
            <w:r>
              <w:t>14</w:t>
            </w:r>
          </w:p>
        </w:tc>
      </w:tr>
      <w:tr>
        <w:tc>
          <w:tcPr>
            <w:tcW w:type="dxa" w:w="2880"/>
          </w:tcPr>
          <w:p>
            <w:r>
              <w:t>2020-07-01</w:t>
            </w:r>
          </w:p>
        </w:tc>
        <w:tc>
          <w:tcPr>
            <w:tcW w:type="dxa" w:w="2880"/>
          </w:tcPr>
          <w:p>
            <w:r>
              <w:t>giraffe</w:t>
            </w:r>
          </w:p>
        </w:tc>
        <w:tc>
          <w:tcPr>
            <w:tcW w:type="dxa" w:w="2880"/>
          </w:tcPr>
          <w:p>
            <w:r>
              <w:t>14</w:t>
            </w:r>
          </w:p>
        </w:tc>
      </w:tr>
      <w:tr>
        <w:tc>
          <w:tcPr>
            <w:tcW w:type="dxa" w:w="2880"/>
          </w:tcPr>
          <w:p>
            <w:r>
              <w:t>2020-07-01</w:t>
            </w:r>
          </w:p>
        </w:tc>
        <w:tc>
          <w:tcPr>
            <w:tcW w:type="dxa" w:w="2880"/>
          </w:tcPr>
          <w:p>
            <w:r>
              <w:t>hippo</w:t>
            </w:r>
          </w:p>
        </w:tc>
        <w:tc>
          <w:tcPr>
            <w:tcW w:type="dxa" w:w="2880"/>
          </w:tcPr>
          <w:p>
            <w:r>
              <w:t>14</w:t>
            </w:r>
          </w:p>
        </w:tc>
      </w:tr>
      <w:tr>
        <w:tc>
          <w:tcPr>
            <w:tcW w:type="dxa" w:w="2880"/>
          </w:tcPr>
          <w:p>
            <w:r>
              <w:t>2020-07-01</w:t>
            </w:r>
          </w:p>
        </w:tc>
        <w:tc>
          <w:tcPr>
            <w:tcW w:type="dxa" w:w="2880"/>
          </w:tcPr>
          <w:p>
            <w:r>
              <w:t>red lechwe</w:t>
            </w:r>
          </w:p>
        </w:tc>
        <w:tc>
          <w:tcPr>
            <w:tcW w:type="dxa" w:w="2880"/>
          </w:tcPr>
          <w:p>
            <w:r>
              <w:t>10</w:t>
            </w:r>
          </w:p>
        </w:tc>
      </w:tr>
      <w:tr>
        <w:tc>
          <w:tcPr>
            <w:tcW w:type="dxa" w:w="2880"/>
          </w:tcPr>
          <w:p>
            <w:r>
              <w:t>2020-07-01</w:t>
            </w:r>
          </w:p>
        </w:tc>
        <w:tc>
          <w:tcPr>
            <w:tcW w:type="dxa" w:w="2880"/>
          </w:tcPr>
          <w:p>
            <w:r>
              <w:t>Other</w:t>
            </w:r>
          </w:p>
        </w:tc>
        <w:tc>
          <w:tcPr>
            <w:tcW w:type="dxa" w:w="2880"/>
          </w:tcPr>
          <w:p>
            <w:r>
              <w:t>27</w:t>
            </w:r>
          </w:p>
        </w:tc>
      </w:tr>
      <w:tr>
        <w:tc>
          <w:tcPr>
            <w:tcW w:type="dxa" w:w="2880"/>
          </w:tcPr>
          <w:p>
            <w:r>
              <w:t>2020-10-01</w:t>
            </w:r>
          </w:p>
        </w:tc>
        <w:tc>
          <w:tcPr>
            <w:tcW w:type="dxa" w:w="2880"/>
          </w:tcPr>
          <w:p>
            <w:r>
              <w:t>elephant</w:t>
            </w:r>
          </w:p>
        </w:tc>
        <w:tc>
          <w:tcPr>
            <w:tcW w:type="dxa" w:w="2880"/>
          </w:tcPr>
          <w:p>
            <w:r>
              <w:t>22</w:t>
            </w:r>
          </w:p>
        </w:tc>
      </w:tr>
      <w:tr>
        <w:tc>
          <w:tcPr>
            <w:tcW w:type="dxa" w:w="2880"/>
          </w:tcPr>
          <w:p>
            <w:r>
              <w:t>2020-10-01</w:t>
            </w:r>
          </w:p>
        </w:tc>
        <w:tc>
          <w:tcPr>
            <w:tcW w:type="dxa" w:w="2880"/>
          </w:tcPr>
          <w:p>
            <w:r>
              <w:t>buffalo</w:t>
            </w:r>
          </w:p>
        </w:tc>
        <w:tc>
          <w:tcPr>
            <w:tcW w:type="dxa" w:w="2880"/>
          </w:tcPr>
          <w:p>
            <w:r>
              <w:t>9</w:t>
            </w:r>
          </w:p>
        </w:tc>
      </w:tr>
      <w:tr>
        <w:tc>
          <w:tcPr>
            <w:tcW w:type="dxa" w:w="2880"/>
          </w:tcPr>
          <w:p>
            <w:r>
              <w:t>2020-10-01</w:t>
            </w:r>
          </w:p>
        </w:tc>
        <w:tc>
          <w:tcPr>
            <w:tcW w:type="dxa" w:w="2880"/>
          </w:tcPr>
          <w:p>
            <w:r>
              <w:t>giraffe</w:t>
            </w:r>
          </w:p>
        </w:tc>
        <w:tc>
          <w:tcPr>
            <w:tcW w:type="dxa" w:w="2880"/>
          </w:tcPr>
          <w:p>
            <w:r>
              <w:t>13</w:t>
            </w:r>
          </w:p>
        </w:tc>
      </w:tr>
      <w:tr>
        <w:tc>
          <w:tcPr>
            <w:tcW w:type="dxa" w:w="2880"/>
          </w:tcPr>
          <w:p>
            <w:r>
              <w:t>2020-10-01</w:t>
            </w:r>
          </w:p>
        </w:tc>
        <w:tc>
          <w:tcPr>
            <w:tcW w:type="dxa" w:w="2880"/>
          </w:tcPr>
          <w:p>
            <w:r>
              <w:t>hippo</w:t>
            </w:r>
          </w:p>
        </w:tc>
        <w:tc>
          <w:tcPr>
            <w:tcW w:type="dxa" w:w="2880"/>
          </w:tcPr>
          <w:p>
            <w:r>
              <w:t>7</w:t>
            </w:r>
          </w:p>
        </w:tc>
      </w:tr>
      <w:tr>
        <w:tc>
          <w:tcPr>
            <w:tcW w:type="dxa" w:w="2880"/>
          </w:tcPr>
          <w:p>
            <w:r>
              <w:t>2020-10-01</w:t>
            </w:r>
          </w:p>
        </w:tc>
        <w:tc>
          <w:tcPr>
            <w:tcW w:type="dxa" w:w="2880"/>
          </w:tcPr>
          <w:p>
            <w:r>
              <w:t>red lechwe</w:t>
            </w:r>
          </w:p>
        </w:tc>
        <w:tc>
          <w:tcPr>
            <w:tcW w:type="dxa" w:w="2880"/>
          </w:tcPr>
          <w:p>
            <w:r>
              <w:t>9</w:t>
            </w:r>
          </w:p>
        </w:tc>
      </w:tr>
      <w:tr>
        <w:tc>
          <w:tcPr>
            <w:tcW w:type="dxa" w:w="2880"/>
          </w:tcPr>
          <w:p>
            <w:r>
              <w:t>2020-10-01</w:t>
            </w:r>
          </w:p>
        </w:tc>
        <w:tc>
          <w:tcPr>
            <w:tcW w:type="dxa" w:w="2880"/>
          </w:tcPr>
          <w:p>
            <w:r>
              <w:t>Other</w:t>
            </w:r>
          </w:p>
        </w:tc>
        <w:tc>
          <w:tcPr>
            <w:tcW w:type="dxa" w:w="2880"/>
          </w:tcPr>
          <w:p>
            <w:r>
              <w:t>22</w:t>
            </w:r>
          </w:p>
        </w:tc>
      </w:tr>
      <w:tr>
        <w:tc>
          <w:tcPr>
            <w:tcW w:type="dxa" w:w="2880"/>
          </w:tcPr>
          <w:p>
            <w:r>
              <w:t>2021-01-01</w:t>
            </w:r>
          </w:p>
        </w:tc>
        <w:tc>
          <w:tcPr>
            <w:tcW w:type="dxa" w:w="2880"/>
          </w:tcPr>
          <w:p>
            <w:r>
              <w:t>elephant</w:t>
            </w:r>
          </w:p>
        </w:tc>
        <w:tc>
          <w:tcPr>
            <w:tcW w:type="dxa" w:w="2880"/>
          </w:tcPr>
          <w:p>
            <w:r>
              <w:t>18</w:t>
            </w:r>
          </w:p>
        </w:tc>
      </w:tr>
      <w:tr>
        <w:tc>
          <w:tcPr>
            <w:tcW w:type="dxa" w:w="2880"/>
          </w:tcPr>
          <w:p>
            <w:r>
              <w:t>2021-01-01</w:t>
            </w:r>
          </w:p>
        </w:tc>
        <w:tc>
          <w:tcPr>
            <w:tcW w:type="dxa" w:w="2880"/>
          </w:tcPr>
          <w:p>
            <w:r>
              <w:t>buffalo</w:t>
            </w:r>
          </w:p>
        </w:tc>
        <w:tc>
          <w:tcPr>
            <w:tcW w:type="dxa" w:w="2880"/>
          </w:tcPr>
          <w:p>
            <w:r>
              <w:t>11</w:t>
            </w:r>
          </w:p>
        </w:tc>
      </w:tr>
      <w:tr>
        <w:tc>
          <w:tcPr>
            <w:tcW w:type="dxa" w:w="2880"/>
          </w:tcPr>
          <w:p>
            <w:r>
              <w:t>2021-01-01</w:t>
            </w:r>
          </w:p>
        </w:tc>
        <w:tc>
          <w:tcPr>
            <w:tcW w:type="dxa" w:w="2880"/>
          </w:tcPr>
          <w:p>
            <w:r>
              <w:t>giraffe</w:t>
            </w:r>
          </w:p>
        </w:tc>
        <w:tc>
          <w:tcPr>
            <w:tcW w:type="dxa" w:w="2880"/>
          </w:tcPr>
          <w:p>
            <w:r>
              <w:t>9</w:t>
            </w:r>
          </w:p>
        </w:tc>
      </w:tr>
      <w:tr>
        <w:tc>
          <w:tcPr>
            <w:tcW w:type="dxa" w:w="2880"/>
          </w:tcPr>
          <w:p>
            <w:r>
              <w:t>2021-01-01</w:t>
            </w:r>
          </w:p>
        </w:tc>
        <w:tc>
          <w:tcPr>
            <w:tcW w:type="dxa" w:w="2880"/>
          </w:tcPr>
          <w:p>
            <w:r>
              <w:t>hippo</w:t>
            </w:r>
          </w:p>
        </w:tc>
        <w:tc>
          <w:tcPr>
            <w:tcW w:type="dxa" w:w="2880"/>
          </w:tcPr>
          <w:p>
            <w:r>
              <w:t>9</w:t>
            </w:r>
          </w:p>
        </w:tc>
      </w:tr>
      <w:tr>
        <w:tc>
          <w:tcPr>
            <w:tcW w:type="dxa" w:w="2880"/>
          </w:tcPr>
          <w:p>
            <w:r>
              <w:t>2021-01-01</w:t>
            </w:r>
          </w:p>
        </w:tc>
        <w:tc>
          <w:tcPr>
            <w:tcW w:type="dxa" w:w="2880"/>
          </w:tcPr>
          <w:p>
            <w:r>
              <w:t>red lechwe</w:t>
            </w:r>
          </w:p>
        </w:tc>
        <w:tc>
          <w:tcPr>
            <w:tcW w:type="dxa" w:w="2880"/>
          </w:tcPr>
          <w:p>
            <w:r>
              <w:t>4</w:t>
            </w:r>
          </w:p>
        </w:tc>
      </w:tr>
      <w:tr>
        <w:tc>
          <w:tcPr>
            <w:tcW w:type="dxa" w:w="2880"/>
          </w:tcPr>
          <w:p>
            <w:r>
              <w:t>2021-01-01</w:t>
            </w:r>
          </w:p>
        </w:tc>
        <w:tc>
          <w:tcPr>
            <w:tcW w:type="dxa" w:w="2880"/>
          </w:tcPr>
          <w:p>
            <w:r>
              <w:t>Other</w:t>
            </w:r>
          </w:p>
        </w:tc>
        <w:tc>
          <w:tcPr>
            <w:tcW w:type="dxa" w:w="2880"/>
          </w:tcPr>
          <w:p>
            <w:r>
              <w:t>10</w:t>
            </w:r>
          </w:p>
        </w:tc>
      </w:tr>
      <w:tr>
        <w:tc>
          <w:tcPr>
            <w:tcW w:type="dxa" w:w="2880"/>
          </w:tcPr>
          <w:p>
            <w:r>
              <w:t>2021-04-01</w:t>
            </w:r>
          </w:p>
        </w:tc>
        <w:tc>
          <w:tcPr>
            <w:tcW w:type="dxa" w:w="2880"/>
          </w:tcPr>
          <w:p>
            <w:r>
              <w:t>elephant</w:t>
            </w:r>
          </w:p>
        </w:tc>
        <w:tc>
          <w:tcPr>
            <w:tcW w:type="dxa" w:w="2880"/>
          </w:tcPr>
          <w:p>
            <w:r>
              <w:t>22</w:t>
            </w:r>
          </w:p>
        </w:tc>
      </w:tr>
      <w:tr>
        <w:tc>
          <w:tcPr>
            <w:tcW w:type="dxa" w:w="2880"/>
          </w:tcPr>
          <w:p>
            <w:r>
              <w:t>2021-04-01</w:t>
            </w:r>
          </w:p>
        </w:tc>
        <w:tc>
          <w:tcPr>
            <w:tcW w:type="dxa" w:w="2880"/>
          </w:tcPr>
          <w:p>
            <w:r>
              <w:t>buffalo</w:t>
            </w:r>
          </w:p>
        </w:tc>
        <w:tc>
          <w:tcPr>
            <w:tcW w:type="dxa" w:w="2880"/>
          </w:tcPr>
          <w:p>
            <w:r>
              <w:t>13</w:t>
            </w:r>
          </w:p>
        </w:tc>
      </w:tr>
      <w:tr>
        <w:tc>
          <w:tcPr>
            <w:tcW w:type="dxa" w:w="2880"/>
          </w:tcPr>
          <w:p>
            <w:r>
              <w:t>2021-04-01</w:t>
            </w:r>
          </w:p>
        </w:tc>
        <w:tc>
          <w:tcPr>
            <w:tcW w:type="dxa" w:w="2880"/>
          </w:tcPr>
          <w:p>
            <w:r>
              <w:t>giraffe</w:t>
            </w:r>
          </w:p>
        </w:tc>
        <w:tc>
          <w:tcPr>
            <w:tcW w:type="dxa" w:w="2880"/>
          </w:tcPr>
          <w:p>
            <w:r>
              <w:t>16</w:t>
            </w:r>
          </w:p>
        </w:tc>
      </w:tr>
      <w:tr>
        <w:tc>
          <w:tcPr>
            <w:tcW w:type="dxa" w:w="2880"/>
          </w:tcPr>
          <w:p>
            <w:r>
              <w:t>2021-04-01</w:t>
            </w:r>
          </w:p>
        </w:tc>
        <w:tc>
          <w:tcPr>
            <w:tcW w:type="dxa" w:w="2880"/>
          </w:tcPr>
          <w:p>
            <w:r>
              <w:t>hippo</w:t>
            </w:r>
          </w:p>
        </w:tc>
        <w:tc>
          <w:tcPr>
            <w:tcW w:type="dxa" w:w="2880"/>
          </w:tcPr>
          <w:p>
            <w:r>
              <w:t>9</w:t>
            </w:r>
          </w:p>
        </w:tc>
      </w:tr>
      <w:tr>
        <w:tc>
          <w:tcPr>
            <w:tcW w:type="dxa" w:w="2880"/>
          </w:tcPr>
          <w:p>
            <w:r>
              <w:t>2021-04-01</w:t>
            </w:r>
          </w:p>
        </w:tc>
        <w:tc>
          <w:tcPr>
            <w:tcW w:type="dxa" w:w="2880"/>
          </w:tcPr>
          <w:p>
            <w:r>
              <w:t>red lechwe</w:t>
            </w:r>
          </w:p>
        </w:tc>
        <w:tc>
          <w:tcPr>
            <w:tcW w:type="dxa" w:w="2880"/>
          </w:tcPr>
          <w:p>
            <w:r>
              <w:t>8</w:t>
            </w:r>
          </w:p>
        </w:tc>
      </w:tr>
      <w:tr>
        <w:tc>
          <w:tcPr>
            <w:tcW w:type="dxa" w:w="2880"/>
          </w:tcPr>
          <w:p>
            <w:r>
              <w:t>2021-04-01</w:t>
            </w:r>
          </w:p>
        </w:tc>
        <w:tc>
          <w:tcPr>
            <w:tcW w:type="dxa" w:w="2880"/>
          </w:tcPr>
          <w:p>
            <w:r>
              <w:t>Other</w:t>
            </w:r>
          </w:p>
        </w:tc>
        <w:tc>
          <w:tcPr>
            <w:tcW w:type="dxa" w:w="2880"/>
          </w:tcPr>
          <w:p>
            <w:r>
              <w:t>23</w:t>
            </w:r>
          </w:p>
        </w:tc>
      </w:tr>
      <w:tr>
        <w:tc>
          <w:tcPr>
            <w:tcW w:type="dxa" w:w="2880"/>
          </w:tcPr>
          <w:p>
            <w:r>
              <w:t>2021-07-01</w:t>
            </w:r>
          </w:p>
        </w:tc>
        <w:tc>
          <w:tcPr>
            <w:tcW w:type="dxa" w:w="2880"/>
          </w:tcPr>
          <w:p>
            <w:r>
              <w:t>elephant</w:t>
            </w:r>
          </w:p>
        </w:tc>
        <w:tc>
          <w:tcPr>
            <w:tcW w:type="dxa" w:w="2880"/>
          </w:tcPr>
          <w:p>
            <w:r>
              <w:t>25</w:t>
            </w:r>
          </w:p>
        </w:tc>
      </w:tr>
      <w:tr>
        <w:tc>
          <w:tcPr>
            <w:tcW w:type="dxa" w:w="2880"/>
          </w:tcPr>
          <w:p>
            <w:r>
              <w:t>2021-07-01</w:t>
            </w:r>
          </w:p>
        </w:tc>
        <w:tc>
          <w:tcPr>
            <w:tcW w:type="dxa" w:w="2880"/>
          </w:tcPr>
          <w:p>
            <w:r>
              <w:t>buffalo</w:t>
            </w:r>
          </w:p>
        </w:tc>
        <w:tc>
          <w:tcPr>
            <w:tcW w:type="dxa" w:w="2880"/>
          </w:tcPr>
          <w:p>
            <w:r>
              <w:t>19</w:t>
            </w:r>
          </w:p>
        </w:tc>
      </w:tr>
      <w:tr>
        <w:tc>
          <w:tcPr>
            <w:tcW w:type="dxa" w:w="2880"/>
          </w:tcPr>
          <w:p>
            <w:r>
              <w:t>2021-07-01</w:t>
            </w:r>
          </w:p>
        </w:tc>
        <w:tc>
          <w:tcPr>
            <w:tcW w:type="dxa" w:w="2880"/>
          </w:tcPr>
          <w:p>
            <w:r>
              <w:t>giraffe</w:t>
            </w:r>
          </w:p>
        </w:tc>
        <w:tc>
          <w:tcPr>
            <w:tcW w:type="dxa" w:w="2880"/>
          </w:tcPr>
          <w:p>
            <w:r>
              <w:t>11</w:t>
            </w:r>
          </w:p>
        </w:tc>
      </w:tr>
      <w:tr>
        <w:tc>
          <w:tcPr>
            <w:tcW w:type="dxa" w:w="2880"/>
          </w:tcPr>
          <w:p>
            <w:r>
              <w:t>2021-07-01</w:t>
            </w:r>
          </w:p>
        </w:tc>
        <w:tc>
          <w:tcPr>
            <w:tcW w:type="dxa" w:w="2880"/>
          </w:tcPr>
          <w:p>
            <w:r>
              <w:t>hippo</w:t>
            </w:r>
          </w:p>
        </w:tc>
        <w:tc>
          <w:tcPr>
            <w:tcW w:type="dxa" w:w="2880"/>
          </w:tcPr>
          <w:p>
            <w:r>
              <w:t>9</w:t>
            </w:r>
          </w:p>
        </w:tc>
      </w:tr>
      <w:tr>
        <w:tc>
          <w:tcPr>
            <w:tcW w:type="dxa" w:w="2880"/>
          </w:tcPr>
          <w:p>
            <w:r>
              <w:t>2021-07-01</w:t>
            </w:r>
          </w:p>
        </w:tc>
        <w:tc>
          <w:tcPr>
            <w:tcW w:type="dxa" w:w="2880"/>
          </w:tcPr>
          <w:p>
            <w:r>
              <w:t>red lechwe</w:t>
            </w:r>
          </w:p>
        </w:tc>
        <w:tc>
          <w:tcPr>
            <w:tcW w:type="dxa" w:w="2880"/>
          </w:tcPr>
          <w:p>
            <w:r>
              <w:t>17</w:t>
            </w:r>
          </w:p>
        </w:tc>
      </w:tr>
      <w:tr>
        <w:tc>
          <w:tcPr>
            <w:tcW w:type="dxa" w:w="2880"/>
          </w:tcPr>
          <w:p>
            <w:r>
              <w:t>2021-07-01</w:t>
            </w:r>
          </w:p>
        </w:tc>
        <w:tc>
          <w:tcPr>
            <w:tcW w:type="dxa" w:w="2880"/>
          </w:tcPr>
          <w:p>
            <w:r>
              <w:t>Other</w:t>
            </w:r>
          </w:p>
        </w:tc>
        <w:tc>
          <w:tcPr>
            <w:tcW w:type="dxa" w:w="2880"/>
          </w:tcPr>
          <w:p>
            <w:r>
              <w:t>27</w:t>
            </w:r>
          </w:p>
        </w:tc>
      </w:tr>
      <w:tr>
        <w:tc>
          <w:tcPr>
            <w:tcW w:type="dxa" w:w="2880"/>
          </w:tcPr>
          <w:p>
            <w:r>
              <w:t>2021-10-01</w:t>
            </w:r>
          </w:p>
        </w:tc>
        <w:tc>
          <w:tcPr>
            <w:tcW w:type="dxa" w:w="2880"/>
          </w:tcPr>
          <w:p>
            <w:r>
              <w:t>elephant</w:t>
            </w:r>
          </w:p>
        </w:tc>
        <w:tc>
          <w:tcPr>
            <w:tcW w:type="dxa" w:w="2880"/>
          </w:tcPr>
          <w:p>
            <w:r>
              <w:t>28</w:t>
            </w:r>
          </w:p>
        </w:tc>
      </w:tr>
      <w:tr>
        <w:tc>
          <w:tcPr>
            <w:tcW w:type="dxa" w:w="2880"/>
          </w:tcPr>
          <w:p>
            <w:r>
              <w:t>2021-10-01</w:t>
            </w:r>
          </w:p>
        </w:tc>
        <w:tc>
          <w:tcPr>
            <w:tcW w:type="dxa" w:w="2880"/>
          </w:tcPr>
          <w:p>
            <w:r>
              <w:t>buffalo</w:t>
            </w:r>
          </w:p>
        </w:tc>
        <w:tc>
          <w:tcPr>
            <w:tcW w:type="dxa" w:w="2880"/>
          </w:tcPr>
          <w:p>
            <w:r>
              <w:t>11</w:t>
            </w:r>
          </w:p>
        </w:tc>
      </w:tr>
      <w:tr>
        <w:tc>
          <w:tcPr>
            <w:tcW w:type="dxa" w:w="2880"/>
          </w:tcPr>
          <w:p>
            <w:r>
              <w:t>2021-10-01</w:t>
            </w:r>
          </w:p>
        </w:tc>
        <w:tc>
          <w:tcPr>
            <w:tcW w:type="dxa" w:w="2880"/>
          </w:tcPr>
          <w:p>
            <w:r>
              <w:t>giraffe</w:t>
            </w:r>
          </w:p>
        </w:tc>
        <w:tc>
          <w:tcPr>
            <w:tcW w:type="dxa" w:w="2880"/>
          </w:tcPr>
          <w:p>
            <w:r>
              <w:t>8</w:t>
            </w:r>
          </w:p>
        </w:tc>
      </w:tr>
      <w:tr>
        <w:tc>
          <w:tcPr>
            <w:tcW w:type="dxa" w:w="2880"/>
          </w:tcPr>
          <w:p>
            <w:r>
              <w:t>2021-10-01</w:t>
            </w:r>
          </w:p>
        </w:tc>
        <w:tc>
          <w:tcPr>
            <w:tcW w:type="dxa" w:w="2880"/>
          </w:tcPr>
          <w:p>
            <w:r>
              <w:t>hippo</w:t>
            </w:r>
          </w:p>
        </w:tc>
        <w:tc>
          <w:tcPr>
            <w:tcW w:type="dxa" w:w="2880"/>
          </w:tcPr>
          <w:p>
            <w:r>
              <w:t>14</w:t>
            </w:r>
          </w:p>
        </w:tc>
      </w:tr>
      <w:tr>
        <w:tc>
          <w:tcPr>
            <w:tcW w:type="dxa" w:w="2880"/>
          </w:tcPr>
          <w:p>
            <w:r>
              <w:t>2021-10-01</w:t>
            </w:r>
          </w:p>
        </w:tc>
        <w:tc>
          <w:tcPr>
            <w:tcW w:type="dxa" w:w="2880"/>
          </w:tcPr>
          <w:p>
            <w:r>
              <w:t>red lechwe</w:t>
            </w:r>
          </w:p>
        </w:tc>
        <w:tc>
          <w:tcPr>
            <w:tcW w:type="dxa" w:w="2880"/>
          </w:tcPr>
          <w:p>
            <w:r>
              <w:t>5</w:t>
            </w:r>
          </w:p>
        </w:tc>
      </w:tr>
      <w:tr>
        <w:tc>
          <w:tcPr>
            <w:tcW w:type="dxa" w:w="2880"/>
          </w:tcPr>
          <w:p>
            <w:r>
              <w:t>2021-10-01</w:t>
            </w:r>
          </w:p>
        </w:tc>
        <w:tc>
          <w:tcPr>
            <w:tcW w:type="dxa" w:w="2880"/>
          </w:tcPr>
          <w:p>
            <w:r>
              <w:t>Other</w:t>
            </w:r>
          </w:p>
        </w:tc>
        <w:tc>
          <w:tcPr>
            <w:tcW w:type="dxa" w:w="2880"/>
          </w:tcPr>
          <w:p>
            <w:r>
              <w:t>28</w:t>
            </w:r>
          </w:p>
        </w:tc>
      </w:tr>
      <w:tr>
        <w:tc>
          <w:tcPr>
            <w:tcW w:type="dxa" w:w="2880"/>
          </w:tcPr>
          <w:p>
            <w:r>
              <w:t>2022-01-01</w:t>
            </w:r>
          </w:p>
        </w:tc>
        <w:tc>
          <w:tcPr>
            <w:tcW w:type="dxa" w:w="2880"/>
          </w:tcPr>
          <w:p>
            <w:r>
              <w:t>elephant</w:t>
            </w:r>
          </w:p>
        </w:tc>
        <w:tc>
          <w:tcPr>
            <w:tcW w:type="dxa" w:w="2880"/>
          </w:tcPr>
          <w:p>
            <w:r>
              <w:t>22</w:t>
            </w:r>
          </w:p>
        </w:tc>
      </w:tr>
      <w:tr>
        <w:tc>
          <w:tcPr>
            <w:tcW w:type="dxa" w:w="2880"/>
          </w:tcPr>
          <w:p>
            <w:r>
              <w:t>2022-01-01</w:t>
            </w:r>
          </w:p>
        </w:tc>
        <w:tc>
          <w:tcPr>
            <w:tcW w:type="dxa" w:w="2880"/>
          </w:tcPr>
          <w:p>
            <w:r>
              <w:t>buffalo</w:t>
            </w:r>
          </w:p>
        </w:tc>
        <w:tc>
          <w:tcPr>
            <w:tcW w:type="dxa" w:w="2880"/>
          </w:tcPr>
          <w:p>
            <w:r>
              <w:t>12</w:t>
            </w:r>
          </w:p>
        </w:tc>
      </w:tr>
      <w:tr>
        <w:tc>
          <w:tcPr>
            <w:tcW w:type="dxa" w:w="2880"/>
          </w:tcPr>
          <w:p>
            <w:r>
              <w:t>2022-01-01</w:t>
            </w:r>
          </w:p>
        </w:tc>
        <w:tc>
          <w:tcPr>
            <w:tcW w:type="dxa" w:w="2880"/>
          </w:tcPr>
          <w:p>
            <w:r>
              <w:t>giraffe</w:t>
            </w:r>
          </w:p>
        </w:tc>
        <w:tc>
          <w:tcPr>
            <w:tcW w:type="dxa" w:w="2880"/>
          </w:tcPr>
          <w:p>
            <w:r>
              <w:t>4</w:t>
            </w:r>
          </w:p>
        </w:tc>
      </w:tr>
      <w:tr>
        <w:tc>
          <w:tcPr>
            <w:tcW w:type="dxa" w:w="2880"/>
          </w:tcPr>
          <w:p>
            <w:r>
              <w:t>2022-01-01</w:t>
            </w:r>
          </w:p>
        </w:tc>
        <w:tc>
          <w:tcPr>
            <w:tcW w:type="dxa" w:w="2880"/>
          </w:tcPr>
          <w:p>
            <w:r>
              <w:t>hippo</w:t>
            </w:r>
          </w:p>
        </w:tc>
        <w:tc>
          <w:tcPr>
            <w:tcW w:type="dxa" w:w="2880"/>
          </w:tcPr>
          <w:p>
            <w:r>
              <w:t>1</w:t>
            </w:r>
          </w:p>
        </w:tc>
      </w:tr>
      <w:tr>
        <w:tc>
          <w:tcPr>
            <w:tcW w:type="dxa" w:w="2880"/>
          </w:tcPr>
          <w:p>
            <w:r>
              <w:t>2022-01-01</w:t>
            </w:r>
          </w:p>
        </w:tc>
        <w:tc>
          <w:tcPr>
            <w:tcW w:type="dxa" w:w="2880"/>
          </w:tcPr>
          <w:p>
            <w:r>
              <w:t>red lechwe</w:t>
            </w:r>
          </w:p>
        </w:tc>
        <w:tc>
          <w:tcPr>
            <w:tcW w:type="dxa" w:w="2880"/>
          </w:tcPr>
          <w:p>
            <w:r>
              <w:t>5</w:t>
            </w:r>
          </w:p>
        </w:tc>
      </w:tr>
      <w:tr>
        <w:tc>
          <w:tcPr>
            <w:tcW w:type="dxa" w:w="2880"/>
          </w:tcPr>
          <w:p>
            <w:r>
              <w:t>2022-01-01</w:t>
            </w:r>
          </w:p>
        </w:tc>
        <w:tc>
          <w:tcPr>
            <w:tcW w:type="dxa" w:w="2880"/>
          </w:tcPr>
          <w:p>
            <w:r>
              <w:t>Other</w:t>
            </w:r>
          </w:p>
        </w:tc>
        <w:tc>
          <w:tcPr>
            <w:tcW w:type="dxa" w:w="2880"/>
          </w:tcPr>
          <w:p>
            <w:r>
              <w:t>12</w:t>
            </w:r>
          </w:p>
        </w:tc>
      </w:tr>
      <w:tr>
        <w:tc>
          <w:tcPr>
            <w:tcW w:type="dxa" w:w="2880"/>
          </w:tcPr>
          <w:p>
            <w:r>
              <w:t>2022-04-01</w:t>
            </w:r>
          </w:p>
        </w:tc>
        <w:tc>
          <w:tcPr>
            <w:tcW w:type="dxa" w:w="2880"/>
          </w:tcPr>
          <w:p>
            <w:r>
              <w:t>elephant</w:t>
            </w:r>
          </w:p>
        </w:tc>
        <w:tc>
          <w:tcPr>
            <w:tcW w:type="dxa" w:w="2880"/>
          </w:tcPr>
          <w:p>
            <w:r>
              <w:t>26</w:t>
            </w:r>
          </w:p>
        </w:tc>
      </w:tr>
      <w:tr>
        <w:tc>
          <w:tcPr>
            <w:tcW w:type="dxa" w:w="2880"/>
          </w:tcPr>
          <w:p>
            <w:r>
              <w:t>2022-04-01</w:t>
            </w:r>
          </w:p>
        </w:tc>
        <w:tc>
          <w:tcPr>
            <w:tcW w:type="dxa" w:w="2880"/>
          </w:tcPr>
          <w:p>
            <w:r>
              <w:t>buffalo</w:t>
            </w:r>
          </w:p>
        </w:tc>
        <w:tc>
          <w:tcPr>
            <w:tcW w:type="dxa" w:w="2880"/>
          </w:tcPr>
          <w:p>
            <w:r>
              <w:t>13</w:t>
            </w:r>
          </w:p>
        </w:tc>
      </w:tr>
      <w:tr>
        <w:tc>
          <w:tcPr>
            <w:tcW w:type="dxa" w:w="2880"/>
          </w:tcPr>
          <w:p>
            <w:r>
              <w:t>2022-04-01</w:t>
            </w:r>
          </w:p>
        </w:tc>
        <w:tc>
          <w:tcPr>
            <w:tcW w:type="dxa" w:w="2880"/>
          </w:tcPr>
          <w:p>
            <w:r>
              <w:t>giraffe</w:t>
            </w:r>
          </w:p>
        </w:tc>
        <w:tc>
          <w:tcPr>
            <w:tcW w:type="dxa" w:w="2880"/>
          </w:tcPr>
          <w:p>
            <w:r>
              <w:t>10</w:t>
            </w:r>
          </w:p>
        </w:tc>
      </w:tr>
      <w:tr>
        <w:tc>
          <w:tcPr>
            <w:tcW w:type="dxa" w:w="2880"/>
          </w:tcPr>
          <w:p>
            <w:r>
              <w:t>2022-04-01</w:t>
            </w:r>
          </w:p>
        </w:tc>
        <w:tc>
          <w:tcPr>
            <w:tcW w:type="dxa" w:w="2880"/>
          </w:tcPr>
          <w:p>
            <w:r>
              <w:t>hippo</w:t>
            </w:r>
          </w:p>
        </w:tc>
        <w:tc>
          <w:tcPr>
            <w:tcW w:type="dxa" w:w="2880"/>
          </w:tcPr>
          <w:p>
            <w:r>
              <w:t>8</w:t>
            </w:r>
          </w:p>
        </w:tc>
      </w:tr>
      <w:tr>
        <w:tc>
          <w:tcPr>
            <w:tcW w:type="dxa" w:w="2880"/>
          </w:tcPr>
          <w:p>
            <w:r>
              <w:t>2022-04-01</w:t>
            </w:r>
          </w:p>
        </w:tc>
        <w:tc>
          <w:tcPr>
            <w:tcW w:type="dxa" w:w="2880"/>
          </w:tcPr>
          <w:p>
            <w:r>
              <w:t>red lechwe</w:t>
            </w:r>
          </w:p>
        </w:tc>
        <w:tc>
          <w:tcPr>
            <w:tcW w:type="dxa" w:w="2880"/>
          </w:tcPr>
          <w:p>
            <w:r>
              <w:t>10</w:t>
            </w:r>
          </w:p>
        </w:tc>
      </w:tr>
      <w:tr>
        <w:tc>
          <w:tcPr>
            <w:tcW w:type="dxa" w:w="2880"/>
          </w:tcPr>
          <w:p>
            <w:r>
              <w:t>2022-04-01</w:t>
            </w:r>
          </w:p>
        </w:tc>
        <w:tc>
          <w:tcPr>
            <w:tcW w:type="dxa" w:w="2880"/>
          </w:tcPr>
          <w:p>
            <w:r>
              <w:t>Other</w:t>
            </w:r>
          </w:p>
        </w:tc>
        <w:tc>
          <w:tcPr>
            <w:tcW w:type="dxa" w:w="2880"/>
          </w:tcPr>
          <w:p>
            <w:r>
              <w:t>18</w:t>
            </w:r>
          </w:p>
        </w:tc>
      </w:tr>
      <w:tr>
        <w:tc>
          <w:tcPr>
            <w:tcW w:type="dxa" w:w="2880"/>
          </w:tcPr>
          <w:p>
            <w:r>
              <w:t>2022-07-01</w:t>
            </w:r>
          </w:p>
        </w:tc>
        <w:tc>
          <w:tcPr>
            <w:tcW w:type="dxa" w:w="2880"/>
          </w:tcPr>
          <w:p>
            <w:r>
              <w:t>elephant</w:t>
            </w:r>
          </w:p>
        </w:tc>
        <w:tc>
          <w:tcPr>
            <w:tcW w:type="dxa" w:w="2880"/>
          </w:tcPr>
          <w:p>
            <w:r>
              <w:t>33</w:t>
            </w:r>
          </w:p>
        </w:tc>
      </w:tr>
      <w:tr>
        <w:tc>
          <w:tcPr>
            <w:tcW w:type="dxa" w:w="2880"/>
          </w:tcPr>
          <w:p>
            <w:r>
              <w:t>2022-07-01</w:t>
            </w:r>
          </w:p>
        </w:tc>
        <w:tc>
          <w:tcPr>
            <w:tcW w:type="dxa" w:w="2880"/>
          </w:tcPr>
          <w:p>
            <w:r>
              <w:t>buffalo</w:t>
            </w:r>
          </w:p>
        </w:tc>
        <w:tc>
          <w:tcPr>
            <w:tcW w:type="dxa" w:w="2880"/>
          </w:tcPr>
          <w:p>
            <w:r>
              <w:t>22</w:t>
            </w:r>
          </w:p>
        </w:tc>
      </w:tr>
      <w:tr>
        <w:tc>
          <w:tcPr>
            <w:tcW w:type="dxa" w:w="2880"/>
          </w:tcPr>
          <w:p>
            <w:r>
              <w:t>2022-07-01</w:t>
            </w:r>
          </w:p>
        </w:tc>
        <w:tc>
          <w:tcPr>
            <w:tcW w:type="dxa" w:w="2880"/>
          </w:tcPr>
          <w:p>
            <w:r>
              <w:t>giraffe</w:t>
            </w:r>
          </w:p>
        </w:tc>
        <w:tc>
          <w:tcPr>
            <w:tcW w:type="dxa" w:w="2880"/>
          </w:tcPr>
          <w:p>
            <w:r>
              <w:t>11</w:t>
            </w:r>
          </w:p>
        </w:tc>
      </w:tr>
      <w:tr>
        <w:tc>
          <w:tcPr>
            <w:tcW w:type="dxa" w:w="2880"/>
          </w:tcPr>
          <w:p>
            <w:r>
              <w:t>2022-07-01</w:t>
            </w:r>
          </w:p>
        </w:tc>
        <w:tc>
          <w:tcPr>
            <w:tcW w:type="dxa" w:w="2880"/>
          </w:tcPr>
          <w:p>
            <w:r>
              <w:t>hippo</w:t>
            </w:r>
          </w:p>
        </w:tc>
        <w:tc>
          <w:tcPr>
            <w:tcW w:type="dxa" w:w="2880"/>
          </w:tcPr>
          <w:p>
            <w:r>
              <w:t>12</w:t>
            </w:r>
          </w:p>
        </w:tc>
      </w:tr>
      <w:tr>
        <w:tc>
          <w:tcPr>
            <w:tcW w:type="dxa" w:w="2880"/>
          </w:tcPr>
          <w:p>
            <w:r>
              <w:t>2022-07-01</w:t>
            </w:r>
          </w:p>
        </w:tc>
        <w:tc>
          <w:tcPr>
            <w:tcW w:type="dxa" w:w="2880"/>
          </w:tcPr>
          <w:p>
            <w:r>
              <w:t>red lechwe</w:t>
            </w:r>
          </w:p>
        </w:tc>
        <w:tc>
          <w:tcPr>
            <w:tcW w:type="dxa" w:w="2880"/>
          </w:tcPr>
          <w:p>
            <w:r>
              <w:t>11</w:t>
            </w:r>
          </w:p>
        </w:tc>
      </w:tr>
      <w:tr>
        <w:tc>
          <w:tcPr>
            <w:tcW w:type="dxa" w:w="2880"/>
          </w:tcPr>
          <w:p>
            <w:r>
              <w:t>2022-07-01</w:t>
            </w:r>
          </w:p>
        </w:tc>
        <w:tc>
          <w:tcPr>
            <w:tcW w:type="dxa" w:w="2880"/>
          </w:tcPr>
          <w:p>
            <w:r>
              <w:t>Other</w:t>
            </w:r>
          </w:p>
        </w:tc>
        <w:tc>
          <w:tcPr>
            <w:tcW w:type="dxa" w:w="2880"/>
          </w:tcPr>
          <w:p>
            <w:r>
              <w:t>28</w:t>
            </w:r>
          </w:p>
        </w:tc>
      </w:tr>
      <w:tr>
        <w:tc>
          <w:tcPr>
            <w:tcW w:type="dxa" w:w="2880"/>
          </w:tcPr>
          <w:p>
            <w:r>
              <w:t>2022-10-01</w:t>
            </w:r>
          </w:p>
        </w:tc>
        <w:tc>
          <w:tcPr>
            <w:tcW w:type="dxa" w:w="2880"/>
          </w:tcPr>
          <w:p>
            <w:r>
              <w:t>elephant</w:t>
            </w:r>
          </w:p>
        </w:tc>
        <w:tc>
          <w:tcPr>
            <w:tcW w:type="dxa" w:w="2880"/>
          </w:tcPr>
          <w:p>
            <w:r>
              <w:t>31</w:t>
            </w:r>
          </w:p>
        </w:tc>
      </w:tr>
      <w:tr>
        <w:tc>
          <w:tcPr>
            <w:tcW w:type="dxa" w:w="2880"/>
          </w:tcPr>
          <w:p>
            <w:r>
              <w:t>2022-10-01</w:t>
            </w:r>
          </w:p>
        </w:tc>
        <w:tc>
          <w:tcPr>
            <w:tcW w:type="dxa" w:w="2880"/>
          </w:tcPr>
          <w:p>
            <w:r>
              <w:t>buffalo</w:t>
            </w:r>
          </w:p>
        </w:tc>
        <w:tc>
          <w:tcPr>
            <w:tcW w:type="dxa" w:w="2880"/>
          </w:tcPr>
          <w:p>
            <w:r>
              <w:t>12</w:t>
            </w:r>
          </w:p>
        </w:tc>
      </w:tr>
      <w:tr>
        <w:tc>
          <w:tcPr>
            <w:tcW w:type="dxa" w:w="2880"/>
          </w:tcPr>
          <w:p>
            <w:r>
              <w:t>2022-10-01</w:t>
            </w:r>
          </w:p>
        </w:tc>
        <w:tc>
          <w:tcPr>
            <w:tcW w:type="dxa" w:w="2880"/>
          </w:tcPr>
          <w:p>
            <w:r>
              <w:t>giraffe</w:t>
            </w:r>
          </w:p>
        </w:tc>
        <w:tc>
          <w:tcPr>
            <w:tcW w:type="dxa" w:w="2880"/>
          </w:tcPr>
          <w:p>
            <w:r>
              <w:t>15</w:t>
            </w:r>
          </w:p>
        </w:tc>
      </w:tr>
      <w:tr>
        <w:tc>
          <w:tcPr>
            <w:tcW w:type="dxa" w:w="2880"/>
          </w:tcPr>
          <w:p>
            <w:r>
              <w:t>2022-10-01</w:t>
            </w:r>
          </w:p>
        </w:tc>
        <w:tc>
          <w:tcPr>
            <w:tcW w:type="dxa" w:w="2880"/>
          </w:tcPr>
          <w:p>
            <w:r>
              <w:t>hippo</w:t>
            </w:r>
          </w:p>
        </w:tc>
        <w:tc>
          <w:tcPr>
            <w:tcW w:type="dxa" w:w="2880"/>
          </w:tcPr>
          <w:p>
            <w:r>
              <w:t>14</w:t>
            </w:r>
          </w:p>
        </w:tc>
      </w:tr>
      <w:tr>
        <w:tc>
          <w:tcPr>
            <w:tcW w:type="dxa" w:w="2880"/>
          </w:tcPr>
          <w:p>
            <w:r>
              <w:t>2022-10-01</w:t>
            </w:r>
          </w:p>
        </w:tc>
        <w:tc>
          <w:tcPr>
            <w:tcW w:type="dxa" w:w="2880"/>
          </w:tcPr>
          <w:p>
            <w:r>
              <w:t>red lechwe</w:t>
            </w:r>
          </w:p>
        </w:tc>
        <w:tc>
          <w:tcPr>
            <w:tcW w:type="dxa" w:w="2880"/>
          </w:tcPr>
          <w:p>
            <w:r>
              <w:t>13</w:t>
            </w:r>
          </w:p>
        </w:tc>
      </w:tr>
      <w:tr>
        <w:tc>
          <w:tcPr>
            <w:tcW w:type="dxa" w:w="2880"/>
          </w:tcPr>
          <w:p>
            <w:r>
              <w:t>2022-10-01</w:t>
            </w:r>
          </w:p>
        </w:tc>
        <w:tc>
          <w:tcPr>
            <w:tcW w:type="dxa" w:w="2880"/>
          </w:tcPr>
          <w:p>
            <w:r>
              <w:t>Other</w:t>
            </w:r>
          </w:p>
        </w:tc>
        <w:tc>
          <w:tcPr>
            <w:tcW w:type="dxa" w:w="2880"/>
          </w:tcPr>
          <w:p>
            <w:r>
              <w:t>28</w:t>
            </w:r>
          </w:p>
        </w:tc>
      </w:tr>
      <w:tr>
        <w:tc>
          <w:tcPr>
            <w:tcW w:type="dxa" w:w="2880"/>
          </w:tcPr>
          <w:p>
            <w:r>
              <w:t>2023-01-01</w:t>
            </w:r>
          </w:p>
        </w:tc>
        <w:tc>
          <w:tcPr>
            <w:tcW w:type="dxa" w:w="2880"/>
          </w:tcPr>
          <w:p>
            <w:r>
              <w:t>elephant</w:t>
            </w:r>
          </w:p>
        </w:tc>
        <w:tc>
          <w:tcPr>
            <w:tcW w:type="dxa" w:w="2880"/>
          </w:tcPr>
          <w:p>
            <w:r>
              <w:t>23</w:t>
            </w:r>
          </w:p>
        </w:tc>
      </w:tr>
      <w:tr>
        <w:tc>
          <w:tcPr>
            <w:tcW w:type="dxa" w:w="2880"/>
          </w:tcPr>
          <w:p>
            <w:r>
              <w:t>2023-01-01</w:t>
            </w:r>
          </w:p>
        </w:tc>
        <w:tc>
          <w:tcPr>
            <w:tcW w:type="dxa" w:w="2880"/>
          </w:tcPr>
          <w:p>
            <w:r>
              <w:t>buffalo</w:t>
            </w:r>
          </w:p>
        </w:tc>
        <w:tc>
          <w:tcPr>
            <w:tcW w:type="dxa" w:w="2880"/>
          </w:tcPr>
          <w:p>
            <w:r>
              <w:t>7</w:t>
            </w:r>
          </w:p>
        </w:tc>
      </w:tr>
      <w:tr>
        <w:tc>
          <w:tcPr>
            <w:tcW w:type="dxa" w:w="2880"/>
          </w:tcPr>
          <w:p>
            <w:r>
              <w:t>2023-01-01</w:t>
            </w:r>
          </w:p>
        </w:tc>
        <w:tc>
          <w:tcPr>
            <w:tcW w:type="dxa" w:w="2880"/>
          </w:tcPr>
          <w:p>
            <w:r>
              <w:t>giraffe</w:t>
            </w:r>
          </w:p>
        </w:tc>
        <w:tc>
          <w:tcPr>
            <w:tcW w:type="dxa" w:w="2880"/>
          </w:tcPr>
          <w:p>
            <w:r>
              <w:t>10</w:t>
            </w:r>
          </w:p>
        </w:tc>
      </w:tr>
      <w:tr>
        <w:tc>
          <w:tcPr>
            <w:tcW w:type="dxa" w:w="2880"/>
          </w:tcPr>
          <w:p>
            <w:r>
              <w:t>2023-01-01</w:t>
            </w:r>
          </w:p>
        </w:tc>
        <w:tc>
          <w:tcPr>
            <w:tcW w:type="dxa" w:w="2880"/>
          </w:tcPr>
          <w:p>
            <w:r>
              <w:t>hippo</w:t>
            </w:r>
          </w:p>
        </w:tc>
        <w:tc>
          <w:tcPr>
            <w:tcW w:type="dxa" w:w="2880"/>
          </w:tcPr>
          <w:p>
            <w:r>
              <w:t>6</w:t>
            </w:r>
          </w:p>
        </w:tc>
      </w:tr>
      <w:tr>
        <w:tc>
          <w:tcPr>
            <w:tcW w:type="dxa" w:w="2880"/>
          </w:tcPr>
          <w:p>
            <w:r>
              <w:t>2023-01-01</w:t>
            </w:r>
          </w:p>
        </w:tc>
        <w:tc>
          <w:tcPr>
            <w:tcW w:type="dxa" w:w="2880"/>
          </w:tcPr>
          <w:p>
            <w:r>
              <w:t>red lechwe</w:t>
            </w:r>
          </w:p>
        </w:tc>
        <w:tc>
          <w:tcPr>
            <w:tcW w:type="dxa" w:w="2880"/>
          </w:tcPr>
          <w:p>
            <w:r>
              <w:t>6</w:t>
            </w:r>
          </w:p>
        </w:tc>
      </w:tr>
      <w:tr>
        <w:tc>
          <w:tcPr>
            <w:tcW w:type="dxa" w:w="2880"/>
          </w:tcPr>
          <w:p>
            <w:r>
              <w:t>2023-01-01</w:t>
            </w:r>
          </w:p>
        </w:tc>
        <w:tc>
          <w:tcPr>
            <w:tcW w:type="dxa" w:w="2880"/>
          </w:tcPr>
          <w:p>
            <w:r>
              <w:t>Other</w:t>
            </w:r>
          </w:p>
        </w:tc>
        <w:tc>
          <w:tcPr>
            <w:tcW w:type="dxa" w:w="2880"/>
          </w:tcPr>
          <w:p>
            <w:r>
              <w:t>15</w:t>
            </w:r>
          </w:p>
        </w:tc>
      </w:tr>
      <w:tr>
        <w:tc>
          <w:tcPr>
            <w:tcW w:type="dxa" w:w="2880"/>
          </w:tcPr>
          <w:p>
            <w:r>
              <w:t>2023-04-01</w:t>
            </w:r>
          </w:p>
        </w:tc>
        <w:tc>
          <w:tcPr>
            <w:tcW w:type="dxa" w:w="2880"/>
          </w:tcPr>
          <w:p>
            <w:r>
              <w:t>elephant</w:t>
            </w:r>
          </w:p>
        </w:tc>
        <w:tc>
          <w:tcPr>
            <w:tcW w:type="dxa" w:w="2880"/>
          </w:tcPr>
          <w:p>
            <w:r>
              <w:t>15</w:t>
            </w:r>
          </w:p>
        </w:tc>
      </w:tr>
      <w:tr>
        <w:tc>
          <w:tcPr>
            <w:tcW w:type="dxa" w:w="2880"/>
          </w:tcPr>
          <w:p>
            <w:r>
              <w:t>2023-04-01</w:t>
            </w:r>
          </w:p>
        </w:tc>
        <w:tc>
          <w:tcPr>
            <w:tcW w:type="dxa" w:w="2880"/>
          </w:tcPr>
          <w:p>
            <w:r>
              <w:t>buffalo</w:t>
            </w:r>
          </w:p>
        </w:tc>
        <w:tc>
          <w:tcPr>
            <w:tcW w:type="dxa" w:w="2880"/>
          </w:tcPr>
          <w:p>
            <w:r>
              <w:t>7</w:t>
            </w:r>
          </w:p>
        </w:tc>
      </w:tr>
      <w:tr>
        <w:tc>
          <w:tcPr>
            <w:tcW w:type="dxa" w:w="2880"/>
          </w:tcPr>
          <w:p>
            <w:r>
              <w:t>2023-04-01</w:t>
            </w:r>
          </w:p>
        </w:tc>
        <w:tc>
          <w:tcPr>
            <w:tcW w:type="dxa" w:w="2880"/>
          </w:tcPr>
          <w:p>
            <w:r>
              <w:t>giraffe</w:t>
            </w:r>
          </w:p>
        </w:tc>
        <w:tc>
          <w:tcPr>
            <w:tcW w:type="dxa" w:w="2880"/>
          </w:tcPr>
          <w:p>
            <w:r>
              <w:t>11</w:t>
            </w:r>
          </w:p>
        </w:tc>
      </w:tr>
      <w:tr>
        <w:tc>
          <w:tcPr>
            <w:tcW w:type="dxa" w:w="2880"/>
          </w:tcPr>
          <w:p>
            <w:r>
              <w:t>2023-04-01</w:t>
            </w:r>
          </w:p>
        </w:tc>
        <w:tc>
          <w:tcPr>
            <w:tcW w:type="dxa" w:w="2880"/>
          </w:tcPr>
          <w:p>
            <w:r>
              <w:t>hippo</w:t>
            </w:r>
          </w:p>
        </w:tc>
        <w:tc>
          <w:tcPr>
            <w:tcW w:type="dxa" w:w="2880"/>
          </w:tcPr>
          <w:p>
            <w:r>
              <w:t>9</w:t>
            </w:r>
          </w:p>
        </w:tc>
      </w:tr>
      <w:tr>
        <w:tc>
          <w:tcPr>
            <w:tcW w:type="dxa" w:w="2880"/>
          </w:tcPr>
          <w:p>
            <w:r>
              <w:t>2023-04-01</w:t>
            </w:r>
          </w:p>
        </w:tc>
        <w:tc>
          <w:tcPr>
            <w:tcW w:type="dxa" w:w="2880"/>
          </w:tcPr>
          <w:p>
            <w:r>
              <w:t>red lechwe</w:t>
            </w:r>
          </w:p>
        </w:tc>
        <w:tc>
          <w:tcPr>
            <w:tcW w:type="dxa" w:w="2880"/>
          </w:tcPr>
          <w:p>
            <w:r>
              <w:t>8</w:t>
            </w:r>
          </w:p>
        </w:tc>
      </w:tr>
      <w:tr>
        <w:tc>
          <w:tcPr>
            <w:tcW w:type="dxa" w:w="2880"/>
          </w:tcPr>
          <w:p>
            <w:r>
              <w:t>2023-04-01</w:t>
            </w:r>
          </w:p>
        </w:tc>
        <w:tc>
          <w:tcPr>
            <w:tcW w:type="dxa" w:w="2880"/>
          </w:tcPr>
          <w:p>
            <w:r>
              <w:t>Other</w:t>
            </w:r>
          </w:p>
        </w:tc>
        <w:tc>
          <w:tcPr>
            <w:tcW w:type="dxa" w:w="2880"/>
          </w:tcPr>
          <w:p>
            <w:r>
              <w:t>14</w:t>
            </w:r>
          </w:p>
        </w:tc>
      </w:tr>
      <w:tr>
        <w:tc>
          <w:tcPr>
            <w:tcW w:type="dxa" w:w="2880"/>
          </w:tcPr>
          <w:p>
            <w:r>
              <w:t>2023-07-01</w:t>
            </w:r>
          </w:p>
        </w:tc>
        <w:tc>
          <w:tcPr>
            <w:tcW w:type="dxa" w:w="2880"/>
          </w:tcPr>
          <w:p>
            <w:r>
              <w:t>elephant</w:t>
            </w:r>
          </w:p>
        </w:tc>
        <w:tc>
          <w:tcPr>
            <w:tcW w:type="dxa" w:w="2880"/>
          </w:tcPr>
          <w:p>
            <w:r>
              <w:t>35</w:t>
            </w:r>
          </w:p>
        </w:tc>
      </w:tr>
      <w:tr>
        <w:tc>
          <w:tcPr>
            <w:tcW w:type="dxa" w:w="2880"/>
          </w:tcPr>
          <w:p>
            <w:r>
              <w:t>2023-07-01</w:t>
            </w:r>
          </w:p>
        </w:tc>
        <w:tc>
          <w:tcPr>
            <w:tcW w:type="dxa" w:w="2880"/>
          </w:tcPr>
          <w:p>
            <w:r>
              <w:t>buffalo</w:t>
            </w:r>
          </w:p>
        </w:tc>
        <w:tc>
          <w:tcPr>
            <w:tcW w:type="dxa" w:w="2880"/>
          </w:tcPr>
          <w:p>
            <w:r>
              <w:t>22</w:t>
            </w:r>
          </w:p>
        </w:tc>
      </w:tr>
      <w:tr>
        <w:tc>
          <w:tcPr>
            <w:tcW w:type="dxa" w:w="2880"/>
          </w:tcPr>
          <w:p>
            <w:r>
              <w:t>2023-07-01</w:t>
            </w:r>
          </w:p>
        </w:tc>
        <w:tc>
          <w:tcPr>
            <w:tcW w:type="dxa" w:w="2880"/>
          </w:tcPr>
          <w:p>
            <w:r>
              <w:t>giraffe</w:t>
            </w:r>
          </w:p>
        </w:tc>
        <w:tc>
          <w:tcPr>
            <w:tcW w:type="dxa" w:w="2880"/>
          </w:tcPr>
          <w:p>
            <w:r>
              <w:t>10</w:t>
            </w:r>
          </w:p>
        </w:tc>
      </w:tr>
      <w:tr>
        <w:tc>
          <w:tcPr>
            <w:tcW w:type="dxa" w:w="2880"/>
          </w:tcPr>
          <w:p>
            <w:r>
              <w:t>2023-07-01</w:t>
            </w:r>
          </w:p>
        </w:tc>
        <w:tc>
          <w:tcPr>
            <w:tcW w:type="dxa" w:w="2880"/>
          </w:tcPr>
          <w:p>
            <w:r>
              <w:t>hippo</w:t>
            </w:r>
          </w:p>
        </w:tc>
        <w:tc>
          <w:tcPr>
            <w:tcW w:type="dxa" w:w="2880"/>
          </w:tcPr>
          <w:p>
            <w:r>
              <w:t>3</w:t>
            </w:r>
          </w:p>
        </w:tc>
      </w:tr>
      <w:tr>
        <w:tc>
          <w:tcPr>
            <w:tcW w:type="dxa" w:w="2880"/>
          </w:tcPr>
          <w:p>
            <w:r>
              <w:t>2023-07-01</w:t>
            </w:r>
          </w:p>
        </w:tc>
        <w:tc>
          <w:tcPr>
            <w:tcW w:type="dxa" w:w="2880"/>
          </w:tcPr>
          <w:p>
            <w:r>
              <w:t>red lechwe</w:t>
            </w:r>
          </w:p>
        </w:tc>
        <w:tc>
          <w:tcPr>
            <w:tcW w:type="dxa" w:w="2880"/>
          </w:tcPr>
          <w:p>
            <w:r>
              <w:t>7</w:t>
            </w:r>
          </w:p>
        </w:tc>
      </w:tr>
      <w:tr>
        <w:tc>
          <w:tcPr>
            <w:tcW w:type="dxa" w:w="2880"/>
          </w:tcPr>
          <w:p>
            <w:r>
              <w:t>2023-07-01</w:t>
            </w:r>
          </w:p>
        </w:tc>
        <w:tc>
          <w:tcPr>
            <w:tcW w:type="dxa" w:w="2880"/>
          </w:tcPr>
          <w:p>
            <w:r>
              <w:t>Other</w:t>
            </w:r>
          </w:p>
        </w:tc>
        <w:tc>
          <w:tcPr>
            <w:tcW w:type="dxa" w:w="2880"/>
          </w:tcPr>
          <w:p>
            <w:r>
              <w:t>19</w:t>
            </w:r>
          </w:p>
        </w:tc>
      </w:tr>
      <w:tr>
        <w:tc>
          <w:tcPr>
            <w:tcW w:type="dxa" w:w="2880"/>
          </w:tcPr>
          <w:p>
            <w:r>
              <w:t>2023-10-01</w:t>
            </w:r>
          </w:p>
        </w:tc>
        <w:tc>
          <w:tcPr>
            <w:tcW w:type="dxa" w:w="2880"/>
          </w:tcPr>
          <w:p>
            <w:r>
              <w:t>elephant</w:t>
            </w:r>
          </w:p>
        </w:tc>
        <w:tc>
          <w:tcPr>
            <w:tcW w:type="dxa" w:w="2880"/>
          </w:tcPr>
          <w:p>
            <w:r>
              <w:t>36</w:t>
            </w:r>
          </w:p>
        </w:tc>
      </w:tr>
      <w:tr>
        <w:tc>
          <w:tcPr>
            <w:tcW w:type="dxa" w:w="2880"/>
          </w:tcPr>
          <w:p>
            <w:r>
              <w:t>2023-10-01</w:t>
            </w:r>
          </w:p>
        </w:tc>
        <w:tc>
          <w:tcPr>
            <w:tcW w:type="dxa" w:w="2880"/>
          </w:tcPr>
          <w:p>
            <w:r>
              <w:t>buffalo</w:t>
            </w:r>
          </w:p>
        </w:tc>
        <w:tc>
          <w:tcPr>
            <w:tcW w:type="dxa" w:w="2880"/>
          </w:tcPr>
          <w:p>
            <w:r>
              <w:t>15</w:t>
            </w:r>
          </w:p>
        </w:tc>
      </w:tr>
      <w:tr>
        <w:tc>
          <w:tcPr>
            <w:tcW w:type="dxa" w:w="2880"/>
          </w:tcPr>
          <w:p>
            <w:r>
              <w:t>2023-10-01</w:t>
            </w:r>
          </w:p>
        </w:tc>
        <w:tc>
          <w:tcPr>
            <w:tcW w:type="dxa" w:w="2880"/>
          </w:tcPr>
          <w:p>
            <w:r>
              <w:t>giraffe</w:t>
            </w:r>
          </w:p>
        </w:tc>
        <w:tc>
          <w:tcPr>
            <w:tcW w:type="dxa" w:w="2880"/>
          </w:tcPr>
          <w:p>
            <w:r>
              <w:t>18</w:t>
            </w:r>
          </w:p>
        </w:tc>
      </w:tr>
      <w:tr>
        <w:tc>
          <w:tcPr>
            <w:tcW w:type="dxa" w:w="2880"/>
          </w:tcPr>
          <w:p>
            <w:r>
              <w:t>2023-10-01</w:t>
            </w:r>
          </w:p>
        </w:tc>
        <w:tc>
          <w:tcPr>
            <w:tcW w:type="dxa" w:w="2880"/>
          </w:tcPr>
          <w:p>
            <w:r>
              <w:t>hippo</w:t>
            </w:r>
          </w:p>
        </w:tc>
        <w:tc>
          <w:tcPr>
            <w:tcW w:type="dxa" w:w="2880"/>
          </w:tcPr>
          <w:p>
            <w:r>
              <w:t>7</w:t>
            </w:r>
          </w:p>
        </w:tc>
      </w:tr>
      <w:tr>
        <w:tc>
          <w:tcPr>
            <w:tcW w:type="dxa" w:w="2880"/>
          </w:tcPr>
          <w:p>
            <w:r>
              <w:t>2023-10-01</w:t>
            </w:r>
          </w:p>
        </w:tc>
        <w:tc>
          <w:tcPr>
            <w:tcW w:type="dxa" w:w="2880"/>
          </w:tcPr>
          <w:p>
            <w:r>
              <w:t>red lechwe</w:t>
            </w:r>
          </w:p>
        </w:tc>
        <w:tc>
          <w:tcPr>
            <w:tcW w:type="dxa" w:w="2880"/>
          </w:tcPr>
          <w:p>
            <w:r>
              <w:t>9</w:t>
            </w:r>
          </w:p>
        </w:tc>
      </w:tr>
      <w:tr>
        <w:tc>
          <w:tcPr>
            <w:tcW w:type="dxa" w:w="2880"/>
          </w:tcPr>
          <w:p>
            <w:r>
              <w:t>2023-10-01</w:t>
            </w:r>
          </w:p>
        </w:tc>
        <w:tc>
          <w:tcPr>
            <w:tcW w:type="dxa" w:w="2880"/>
          </w:tcPr>
          <w:p>
            <w:r>
              <w:t>Other</w:t>
            </w:r>
          </w:p>
        </w:tc>
        <w:tc>
          <w:tcPr>
            <w:tcW w:type="dxa" w:w="2880"/>
          </w:tcPr>
          <w:p>
            <w:r>
              <w:t>19</w:t>
            </w:r>
          </w:p>
        </w:tc>
      </w:tr>
      <w:tr>
        <w:tc>
          <w:tcPr>
            <w:tcW w:type="dxa" w:w="2880"/>
          </w:tcPr>
          <w:p>
            <w:r>
              <w:t>2024-01-01</w:t>
            </w:r>
          </w:p>
        </w:tc>
        <w:tc>
          <w:tcPr>
            <w:tcW w:type="dxa" w:w="2880"/>
          </w:tcPr>
          <w:p>
            <w:r>
              <w:t>elephant</w:t>
            </w:r>
          </w:p>
        </w:tc>
        <w:tc>
          <w:tcPr>
            <w:tcW w:type="dxa" w:w="2880"/>
          </w:tcPr>
          <w:p>
            <w:r>
              <w:t>19</w:t>
            </w:r>
          </w:p>
        </w:tc>
      </w:tr>
      <w:tr>
        <w:tc>
          <w:tcPr>
            <w:tcW w:type="dxa" w:w="2880"/>
          </w:tcPr>
          <w:p>
            <w:r>
              <w:t>2024-01-01</w:t>
            </w:r>
          </w:p>
        </w:tc>
        <w:tc>
          <w:tcPr>
            <w:tcW w:type="dxa" w:w="2880"/>
          </w:tcPr>
          <w:p>
            <w:r>
              <w:t>buffalo</w:t>
            </w:r>
          </w:p>
        </w:tc>
        <w:tc>
          <w:tcPr>
            <w:tcW w:type="dxa" w:w="2880"/>
          </w:tcPr>
          <w:p>
            <w:r>
              <w:t>6</w:t>
            </w:r>
          </w:p>
        </w:tc>
      </w:tr>
      <w:tr>
        <w:tc>
          <w:tcPr>
            <w:tcW w:type="dxa" w:w="2880"/>
          </w:tcPr>
          <w:p>
            <w:r>
              <w:t>2024-01-01</w:t>
            </w:r>
          </w:p>
        </w:tc>
        <w:tc>
          <w:tcPr>
            <w:tcW w:type="dxa" w:w="2880"/>
          </w:tcPr>
          <w:p>
            <w:r>
              <w:t>giraffe</w:t>
            </w:r>
          </w:p>
        </w:tc>
        <w:tc>
          <w:tcPr>
            <w:tcW w:type="dxa" w:w="2880"/>
          </w:tcPr>
          <w:p>
            <w:r>
              <w:t>3</w:t>
            </w:r>
          </w:p>
        </w:tc>
      </w:tr>
      <w:tr>
        <w:tc>
          <w:tcPr>
            <w:tcW w:type="dxa" w:w="2880"/>
          </w:tcPr>
          <w:p>
            <w:r>
              <w:t>2024-01-01</w:t>
            </w:r>
          </w:p>
        </w:tc>
        <w:tc>
          <w:tcPr>
            <w:tcW w:type="dxa" w:w="2880"/>
          </w:tcPr>
          <w:p>
            <w:r>
              <w:t>hippo</w:t>
            </w:r>
          </w:p>
        </w:tc>
        <w:tc>
          <w:tcPr>
            <w:tcW w:type="dxa" w:w="2880"/>
          </w:tcPr>
          <w:p>
            <w:r>
              <w:t>3</w:t>
            </w:r>
          </w:p>
        </w:tc>
      </w:tr>
      <w:tr>
        <w:tc>
          <w:tcPr>
            <w:tcW w:type="dxa" w:w="2880"/>
          </w:tcPr>
          <w:p>
            <w:r>
              <w:t>2024-01-01</w:t>
            </w:r>
          </w:p>
        </w:tc>
        <w:tc>
          <w:tcPr>
            <w:tcW w:type="dxa" w:w="2880"/>
          </w:tcPr>
          <w:p>
            <w:r>
              <w:t>red lechwe</w:t>
            </w:r>
          </w:p>
        </w:tc>
        <w:tc>
          <w:tcPr>
            <w:tcW w:type="dxa" w:w="2880"/>
          </w:tcPr>
          <w:p>
            <w:r>
              <w:t>5</w:t>
            </w:r>
          </w:p>
        </w:tc>
      </w:tr>
      <w:tr>
        <w:tc>
          <w:tcPr>
            <w:tcW w:type="dxa" w:w="2880"/>
          </w:tcPr>
          <w:p>
            <w:r>
              <w:t>2024-01-01</w:t>
            </w:r>
          </w:p>
        </w:tc>
        <w:tc>
          <w:tcPr>
            <w:tcW w:type="dxa" w:w="2880"/>
          </w:tcPr>
          <w:p>
            <w:r>
              <w:t>Other</w:t>
            </w:r>
          </w:p>
        </w:tc>
        <w:tc>
          <w:tcPr>
            <w:tcW w:type="dxa" w:w="2880"/>
          </w:tcPr>
          <w:p>
            <w:r>
              <w:t>14</w:t>
            </w:r>
          </w:p>
        </w:tc>
      </w:tr>
      <w:tr>
        <w:tc>
          <w:tcPr>
            <w:tcW w:type="dxa" w:w="2880"/>
          </w:tcPr>
          <w:p>
            <w:r>
              <w:t>2024-04-01</w:t>
            </w:r>
          </w:p>
        </w:tc>
        <w:tc>
          <w:tcPr>
            <w:tcW w:type="dxa" w:w="2880"/>
          </w:tcPr>
          <w:p>
            <w:r>
              <w:t>elephant</w:t>
            </w:r>
          </w:p>
        </w:tc>
        <w:tc>
          <w:tcPr>
            <w:tcW w:type="dxa" w:w="2880"/>
          </w:tcPr>
          <w:p>
            <w:r>
              <w:t>21</w:t>
            </w:r>
          </w:p>
        </w:tc>
      </w:tr>
      <w:tr>
        <w:tc>
          <w:tcPr>
            <w:tcW w:type="dxa" w:w="2880"/>
          </w:tcPr>
          <w:p>
            <w:r>
              <w:t>2024-04-01</w:t>
            </w:r>
          </w:p>
        </w:tc>
        <w:tc>
          <w:tcPr>
            <w:tcW w:type="dxa" w:w="2880"/>
          </w:tcPr>
          <w:p>
            <w:r>
              <w:t>buffalo</w:t>
            </w:r>
          </w:p>
        </w:tc>
        <w:tc>
          <w:tcPr>
            <w:tcW w:type="dxa" w:w="2880"/>
          </w:tcPr>
          <w:p>
            <w:r>
              <w:t>7</w:t>
            </w:r>
          </w:p>
        </w:tc>
      </w:tr>
      <w:tr>
        <w:tc>
          <w:tcPr>
            <w:tcW w:type="dxa" w:w="2880"/>
          </w:tcPr>
          <w:p>
            <w:r>
              <w:t>2024-04-01</w:t>
            </w:r>
          </w:p>
        </w:tc>
        <w:tc>
          <w:tcPr>
            <w:tcW w:type="dxa" w:w="2880"/>
          </w:tcPr>
          <w:p>
            <w:r>
              <w:t>giraffe</w:t>
            </w:r>
          </w:p>
        </w:tc>
        <w:tc>
          <w:tcPr>
            <w:tcW w:type="dxa" w:w="2880"/>
          </w:tcPr>
          <w:p>
            <w:r>
              <w:t>10</w:t>
            </w:r>
          </w:p>
        </w:tc>
      </w:tr>
      <w:tr>
        <w:tc>
          <w:tcPr>
            <w:tcW w:type="dxa" w:w="2880"/>
          </w:tcPr>
          <w:p>
            <w:r>
              <w:t>2024-04-01</w:t>
            </w:r>
          </w:p>
        </w:tc>
        <w:tc>
          <w:tcPr>
            <w:tcW w:type="dxa" w:w="2880"/>
          </w:tcPr>
          <w:p>
            <w:r>
              <w:t>hippo</w:t>
            </w:r>
          </w:p>
        </w:tc>
        <w:tc>
          <w:tcPr>
            <w:tcW w:type="dxa" w:w="2880"/>
          </w:tcPr>
          <w:p>
            <w:r>
              <w:t>8</w:t>
            </w:r>
          </w:p>
        </w:tc>
      </w:tr>
      <w:tr>
        <w:tc>
          <w:tcPr>
            <w:tcW w:type="dxa" w:w="2880"/>
          </w:tcPr>
          <w:p>
            <w:r>
              <w:t>2024-04-01</w:t>
            </w:r>
          </w:p>
        </w:tc>
        <w:tc>
          <w:tcPr>
            <w:tcW w:type="dxa" w:w="2880"/>
          </w:tcPr>
          <w:p>
            <w:r>
              <w:t>red lechwe</w:t>
            </w:r>
          </w:p>
        </w:tc>
        <w:tc>
          <w:tcPr>
            <w:tcW w:type="dxa" w:w="2880"/>
          </w:tcPr>
          <w:p>
            <w:r>
              <w:t>7</w:t>
            </w:r>
          </w:p>
        </w:tc>
      </w:tr>
      <w:tr>
        <w:tc>
          <w:tcPr>
            <w:tcW w:type="dxa" w:w="2880"/>
          </w:tcPr>
          <w:p>
            <w:r>
              <w:t>2024-04-01</w:t>
            </w:r>
          </w:p>
        </w:tc>
        <w:tc>
          <w:tcPr>
            <w:tcW w:type="dxa" w:w="2880"/>
          </w:tcPr>
          <w:p>
            <w:r>
              <w:t>Other</w:t>
            </w:r>
          </w:p>
        </w:tc>
        <w:tc>
          <w:tcPr>
            <w:tcW w:type="dxa" w:w="2880"/>
          </w:tcPr>
          <w:p>
            <w:r>
              <w:t>20</w:t>
            </w:r>
          </w:p>
        </w:tc>
      </w:tr>
      <w:tr>
        <w:tc>
          <w:tcPr>
            <w:tcW w:type="dxa" w:w="2880"/>
          </w:tcPr>
          <w:p>
            <w:r>
              <w:t>2024-07-01</w:t>
            </w:r>
          </w:p>
        </w:tc>
        <w:tc>
          <w:tcPr>
            <w:tcW w:type="dxa" w:w="2880"/>
          </w:tcPr>
          <w:p>
            <w:r>
              <w:t>elephant</w:t>
            </w:r>
          </w:p>
        </w:tc>
        <w:tc>
          <w:tcPr>
            <w:tcW w:type="dxa" w:w="2880"/>
          </w:tcPr>
          <w:p>
            <w:r>
              <w:t>33</w:t>
            </w:r>
          </w:p>
        </w:tc>
      </w:tr>
      <w:tr>
        <w:tc>
          <w:tcPr>
            <w:tcW w:type="dxa" w:w="2880"/>
          </w:tcPr>
          <w:p>
            <w:r>
              <w:t>2024-07-01</w:t>
            </w:r>
          </w:p>
        </w:tc>
        <w:tc>
          <w:tcPr>
            <w:tcW w:type="dxa" w:w="2880"/>
          </w:tcPr>
          <w:p>
            <w:r>
              <w:t>buffalo</w:t>
            </w:r>
          </w:p>
        </w:tc>
        <w:tc>
          <w:tcPr>
            <w:tcW w:type="dxa" w:w="2880"/>
          </w:tcPr>
          <w:p>
            <w:r>
              <w:t>19</w:t>
            </w:r>
          </w:p>
        </w:tc>
      </w:tr>
      <w:tr>
        <w:tc>
          <w:tcPr>
            <w:tcW w:type="dxa" w:w="2880"/>
          </w:tcPr>
          <w:p>
            <w:r>
              <w:t>2024-07-01</w:t>
            </w:r>
          </w:p>
        </w:tc>
        <w:tc>
          <w:tcPr>
            <w:tcW w:type="dxa" w:w="2880"/>
          </w:tcPr>
          <w:p>
            <w:r>
              <w:t>giraffe</w:t>
            </w:r>
          </w:p>
        </w:tc>
        <w:tc>
          <w:tcPr>
            <w:tcW w:type="dxa" w:w="2880"/>
          </w:tcPr>
          <w:p>
            <w:r>
              <w:t>4</w:t>
            </w:r>
          </w:p>
        </w:tc>
      </w:tr>
      <w:tr>
        <w:tc>
          <w:tcPr>
            <w:tcW w:type="dxa" w:w="2880"/>
          </w:tcPr>
          <w:p>
            <w:r>
              <w:t>2024-07-01</w:t>
            </w:r>
          </w:p>
        </w:tc>
        <w:tc>
          <w:tcPr>
            <w:tcW w:type="dxa" w:w="2880"/>
          </w:tcPr>
          <w:p>
            <w:r>
              <w:t>hippo</w:t>
            </w:r>
          </w:p>
        </w:tc>
        <w:tc>
          <w:tcPr>
            <w:tcW w:type="dxa" w:w="2880"/>
          </w:tcPr>
          <w:p>
            <w:r>
              <w:t>6</w:t>
            </w:r>
          </w:p>
        </w:tc>
      </w:tr>
      <w:tr>
        <w:tc>
          <w:tcPr>
            <w:tcW w:type="dxa" w:w="2880"/>
          </w:tcPr>
          <w:p>
            <w:r>
              <w:t>2024-07-01</w:t>
            </w:r>
          </w:p>
        </w:tc>
        <w:tc>
          <w:tcPr>
            <w:tcW w:type="dxa" w:w="2880"/>
          </w:tcPr>
          <w:p>
            <w:r>
              <w:t>red lechwe</w:t>
            </w:r>
          </w:p>
        </w:tc>
        <w:tc>
          <w:tcPr>
            <w:tcW w:type="dxa" w:w="2880"/>
          </w:tcPr>
          <w:p>
            <w:r>
              <w:t>4</w:t>
            </w:r>
          </w:p>
        </w:tc>
      </w:tr>
      <w:tr>
        <w:tc>
          <w:tcPr>
            <w:tcW w:type="dxa" w:w="2880"/>
          </w:tcPr>
          <w:p>
            <w:r>
              <w:t>2024-07-01</w:t>
            </w:r>
          </w:p>
        </w:tc>
        <w:tc>
          <w:tcPr>
            <w:tcW w:type="dxa" w:w="2880"/>
          </w:tcPr>
          <w:p>
            <w:r>
              <w:t>Other</w:t>
            </w:r>
          </w:p>
        </w:tc>
        <w:tc>
          <w:tcPr>
            <w:tcW w:type="dxa" w:w="2880"/>
          </w:tcPr>
          <w:p>
            <w:r>
              <w:t>28</w:t>
            </w:r>
          </w:p>
        </w:tc>
      </w:tr>
      <w:tr>
        <w:tc>
          <w:tcPr>
            <w:tcW w:type="dxa" w:w="2880"/>
          </w:tcPr>
          <w:p>
            <w:r>
              <w:t>2024-10-01</w:t>
            </w:r>
          </w:p>
        </w:tc>
        <w:tc>
          <w:tcPr>
            <w:tcW w:type="dxa" w:w="2880"/>
          </w:tcPr>
          <w:p>
            <w:r>
              <w:t>elephant</w:t>
            </w:r>
          </w:p>
        </w:tc>
        <w:tc>
          <w:tcPr>
            <w:tcW w:type="dxa" w:w="2880"/>
          </w:tcPr>
          <w:p>
            <w:r>
              <w:t>21</w:t>
            </w:r>
          </w:p>
        </w:tc>
      </w:tr>
      <w:tr>
        <w:tc>
          <w:tcPr>
            <w:tcW w:type="dxa" w:w="2880"/>
          </w:tcPr>
          <w:p>
            <w:r>
              <w:t>2024-10-01</w:t>
            </w:r>
          </w:p>
        </w:tc>
        <w:tc>
          <w:tcPr>
            <w:tcW w:type="dxa" w:w="2880"/>
          </w:tcPr>
          <w:p>
            <w:r>
              <w:t>buffalo</w:t>
            </w:r>
          </w:p>
        </w:tc>
        <w:tc>
          <w:tcPr>
            <w:tcW w:type="dxa" w:w="2880"/>
          </w:tcPr>
          <w:p>
            <w:r>
              <w:t>8</w:t>
            </w:r>
          </w:p>
        </w:tc>
      </w:tr>
      <w:tr>
        <w:tc>
          <w:tcPr>
            <w:tcW w:type="dxa" w:w="2880"/>
          </w:tcPr>
          <w:p>
            <w:r>
              <w:t>2024-10-01</w:t>
            </w:r>
          </w:p>
        </w:tc>
        <w:tc>
          <w:tcPr>
            <w:tcW w:type="dxa" w:w="2880"/>
          </w:tcPr>
          <w:p>
            <w:r>
              <w:t>giraffe</w:t>
            </w:r>
          </w:p>
        </w:tc>
        <w:tc>
          <w:tcPr>
            <w:tcW w:type="dxa" w:w="2880"/>
          </w:tcPr>
          <w:p>
            <w:r>
              <w:t>11</w:t>
            </w:r>
          </w:p>
        </w:tc>
      </w:tr>
      <w:tr>
        <w:tc>
          <w:tcPr>
            <w:tcW w:type="dxa" w:w="2880"/>
          </w:tcPr>
          <w:p>
            <w:r>
              <w:t>2024-10-01</w:t>
            </w:r>
          </w:p>
        </w:tc>
        <w:tc>
          <w:tcPr>
            <w:tcW w:type="dxa" w:w="2880"/>
          </w:tcPr>
          <w:p>
            <w:r>
              <w:t>hippo</w:t>
            </w:r>
          </w:p>
        </w:tc>
        <w:tc>
          <w:tcPr>
            <w:tcW w:type="dxa" w:w="2880"/>
          </w:tcPr>
          <w:p>
            <w:r>
              <w:t>11</w:t>
            </w:r>
          </w:p>
        </w:tc>
      </w:tr>
      <w:tr>
        <w:tc>
          <w:tcPr>
            <w:tcW w:type="dxa" w:w="2880"/>
          </w:tcPr>
          <w:p>
            <w:r>
              <w:t>2024-10-01</w:t>
            </w:r>
          </w:p>
        </w:tc>
        <w:tc>
          <w:tcPr>
            <w:tcW w:type="dxa" w:w="2880"/>
          </w:tcPr>
          <w:p>
            <w:r>
              <w:t>red lechwe</w:t>
            </w:r>
          </w:p>
        </w:tc>
        <w:tc>
          <w:tcPr>
            <w:tcW w:type="dxa" w:w="2880"/>
          </w:tcPr>
          <w:p>
            <w:r>
              <w:t>10</w:t>
            </w:r>
          </w:p>
        </w:tc>
      </w:tr>
      <w:tr>
        <w:tc>
          <w:tcPr>
            <w:tcW w:type="dxa" w:w="2880"/>
          </w:tcPr>
          <w:p>
            <w:r>
              <w:t>2024-10-01</w:t>
            </w:r>
          </w:p>
        </w:tc>
        <w:tc>
          <w:tcPr>
            <w:tcW w:type="dxa" w:w="2880"/>
          </w:tcPr>
          <w:p>
            <w:r>
              <w:t>Other</w:t>
            </w:r>
          </w:p>
        </w:tc>
        <w:tc>
          <w:tcPr>
            <w:tcW w:type="dxa" w:w="2880"/>
          </w:tcPr>
          <w:p>
            <w:r>
              <w:t>24</w:t>
            </w:r>
          </w:p>
        </w:tc>
      </w:tr>
      <w:tr>
        <w:tc>
          <w:tcPr>
            <w:tcW w:type="dxa" w:w="2880"/>
          </w:tcPr>
          <w:p>
            <w:r>
              <w:t>2025-01-01</w:t>
            </w:r>
          </w:p>
        </w:tc>
        <w:tc>
          <w:tcPr>
            <w:tcW w:type="dxa" w:w="2880"/>
          </w:tcPr>
          <w:p>
            <w:r>
              <w:t>elephant</w:t>
            </w:r>
          </w:p>
        </w:tc>
        <w:tc>
          <w:tcPr>
            <w:tcW w:type="dxa" w:w="2880"/>
          </w:tcPr>
          <w:p>
            <w:r>
              <w:t>17</w:t>
            </w:r>
          </w:p>
        </w:tc>
      </w:tr>
      <w:tr>
        <w:tc>
          <w:tcPr>
            <w:tcW w:type="dxa" w:w="2880"/>
          </w:tcPr>
          <w:p>
            <w:r>
              <w:t>2025-01-01</w:t>
            </w:r>
          </w:p>
        </w:tc>
        <w:tc>
          <w:tcPr>
            <w:tcW w:type="dxa" w:w="2880"/>
          </w:tcPr>
          <w:p>
            <w:r>
              <w:t>buffalo</w:t>
            </w:r>
          </w:p>
        </w:tc>
        <w:tc>
          <w:tcPr>
            <w:tcW w:type="dxa" w:w="2880"/>
          </w:tcPr>
          <w:p>
            <w:r>
              <w:t>10</w:t>
            </w:r>
          </w:p>
        </w:tc>
      </w:tr>
      <w:tr>
        <w:tc>
          <w:tcPr>
            <w:tcW w:type="dxa" w:w="2880"/>
          </w:tcPr>
          <w:p>
            <w:r>
              <w:t>2025-01-01</w:t>
            </w:r>
          </w:p>
        </w:tc>
        <w:tc>
          <w:tcPr>
            <w:tcW w:type="dxa" w:w="2880"/>
          </w:tcPr>
          <w:p>
            <w:r>
              <w:t>giraffe</w:t>
            </w:r>
          </w:p>
        </w:tc>
        <w:tc>
          <w:tcPr>
            <w:tcW w:type="dxa" w:w="2880"/>
          </w:tcPr>
          <w:p>
            <w:r>
              <w:t>9</w:t>
            </w:r>
          </w:p>
        </w:tc>
      </w:tr>
      <w:tr>
        <w:tc>
          <w:tcPr>
            <w:tcW w:type="dxa" w:w="2880"/>
          </w:tcPr>
          <w:p>
            <w:r>
              <w:t>2025-01-01</w:t>
            </w:r>
          </w:p>
        </w:tc>
        <w:tc>
          <w:tcPr>
            <w:tcW w:type="dxa" w:w="2880"/>
          </w:tcPr>
          <w:p>
            <w:r>
              <w:t>hippo</w:t>
            </w:r>
          </w:p>
        </w:tc>
        <w:tc>
          <w:tcPr>
            <w:tcW w:type="dxa" w:w="2880"/>
          </w:tcPr>
          <w:p>
            <w:r>
              <w:t>5</w:t>
            </w:r>
          </w:p>
        </w:tc>
      </w:tr>
      <w:tr>
        <w:tc>
          <w:tcPr>
            <w:tcW w:type="dxa" w:w="2880"/>
          </w:tcPr>
          <w:p>
            <w:r>
              <w:t>2025-01-01</w:t>
            </w:r>
          </w:p>
        </w:tc>
        <w:tc>
          <w:tcPr>
            <w:tcW w:type="dxa" w:w="2880"/>
          </w:tcPr>
          <w:p>
            <w:r>
              <w:t>red lechwe</w:t>
            </w:r>
          </w:p>
        </w:tc>
        <w:tc>
          <w:tcPr>
            <w:tcW w:type="dxa" w:w="2880"/>
          </w:tcPr>
          <w:p>
            <w:r>
              <w:t>8</w:t>
            </w:r>
          </w:p>
        </w:tc>
      </w:tr>
      <w:tr>
        <w:tc>
          <w:tcPr>
            <w:tcW w:type="dxa" w:w="2880"/>
          </w:tcPr>
          <w:p>
            <w:r>
              <w:t>2025-01-01</w:t>
            </w:r>
          </w:p>
        </w:tc>
        <w:tc>
          <w:tcPr>
            <w:tcW w:type="dxa" w:w="2880"/>
          </w:tcPr>
          <w:p>
            <w:r>
              <w:t>Other</w:t>
            </w:r>
          </w:p>
        </w:tc>
        <w:tc>
          <w:tcPr>
            <w:tcW w:type="dxa" w:w="2880"/>
          </w:tcPr>
          <w:p>
            <w:r>
              <w:t>18</w:t>
            </w:r>
          </w:p>
        </w:tc>
      </w:tr>
      <w:tr>
        <w:tc>
          <w:tcPr>
            <w:tcW w:type="dxa" w:w="2880"/>
          </w:tcPr>
          <w:p>
            <w:r>
              <w:t>2025-04-01</w:t>
            </w:r>
          </w:p>
        </w:tc>
        <w:tc>
          <w:tcPr>
            <w:tcW w:type="dxa" w:w="2880"/>
          </w:tcPr>
          <w:p>
            <w:r>
              <w:t>elephant</w:t>
            </w:r>
          </w:p>
        </w:tc>
        <w:tc>
          <w:tcPr>
            <w:tcW w:type="dxa" w:w="2880"/>
          </w:tcPr>
          <w:p>
            <w:r>
              <w:t>19</w:t>
            </w:r>
          </w:p>
        </w:tc>
      </w:tr>
      <w:tr>
        <w:tc>
          <w:tcPr>
            <w:tcW w:type="dxa" w:w="2880"/>
          </w:tcPr>
          <w:p>
            <w:r>
              <w:t>2025-04-01</w:t>
            </w:r>
          </w:p>
        </w:tc>
        <w:tc>
          <w:tcPr>
            <w:tcW w:type="dxa" w:w="2880"/>
          </w:tcPr>
          <w:p>
            <w:r>
              <w:t>buffalo</w:t>
            </w:r>
          </w:p>
        </w:tc>
        <w:tc>
          <w:tcPr>
            <w:tcW w:type="dxa" w:w="2880"/>
          </w:tcPr>
          <w:p>
            <w:r>
              <w:t>12</w:t>
            </w:r>
          </w:p>
        </w:tc>
      </w:tr>
      <w:tr>
        <w:tc>
          <w:tcPr>
            <w:tcW w:type="dxa" w:w="2880"/>
          </w:tcPr>
          <w:p>
            <w:r>
              <w:t>2025-04-01</w:t>
            </w:r>
          </w:p>
        </w:tc>
        <w:tc>
          <w:tcPr>
            <w:tcW w:type="dxa" w:w="2880"/>
          </w:tcPr>
          <w:p>
            <w:r>
              <w:t>giraffe</w:t>
            </w:r>
          </w:p>
        </w:tc>
        <w:tc>
          <w:tcPr>
            <w:tcW w:type="dxa" w:w="2880"/>
          </w:tcPr>
          <w:p>
            <w:r>
              <w:t>8</w:t>
            </w:r>
          </w:p>
        </w:tc>
      </w:tr>
      <w:tr>
        <w:tc>
          <w:tcPr>
            <w:tcW w:type="dxa" w:w="2880"/>
          </w:tcPr>
          <w:p>
            <w:r>
              <w:t>2025-04-01</w:t>
            </w:r>
          </w:p>
        </w:tc>
        <w:tc>
          <w:tcPr>
            <w:tcW w:type="dxa" w:w="2880"/>
          </w:tcPr>
          <w:p>
            <w:r>
              <w:t>hippo</w:t>
            </w:r>
          </w:p>
        </w:tc>
        <w:tc>
          <w:tcPr>
            <w:tcW w:type="dxa" w:w="2880"/>
          </w:tcPr>
          <w:p>
            <w:r>
              <w:t>9</w:t>
            </w:r>
          </w:p>
        </w:tc>
      </w:tr>
      <w:tr>
        <w:tc>
          <w:tcPr>
            <w:tcW w:type="dxa" w:w="2880"/>
          </w:tcPr>
          <w:p>
            <w:r>
              <w:t>2025-04-01</w:t>
            </w:r>
          </w:p>
        </w:tc>
        <w:tc>
          <w:tcPr>
            <w:tcW w:type="dxa" w:w="2880"/>
          </w:tcPr>
          <w:p>
            <w:r>
              <w:t>red lechwe</w:t>
            </w:r>
          </w:p>
        </w:tc>
        <w:tc>
          <w:tcPr>
            <w:tcW w:type="dxa" w:w="2880"/>
          </w:tcPr>
          <w:p>
            <w:r>
              <w:t>7</w:t>
            </w:r>
          </w:p>
        </w:tc>
      </w:tr>
      <w:tr>
        <w:tc>
          <w:tcPr>
            <w:tcW w:type="dxa" w:w="2880"/>
          </w:tcPr>
          <w:p>
            <w:r>
              <w:t>2025-04-01</w:t>
            </w:r>
          </w:p>
        </w:tc>
        <w:tc>
          <w:tcPr>
            <w:tcW w:type="dxa" w:w="2880"/>
          </w:tcPr>
          <w:p>
            <w:r>
              <w:t>Other</w:t>
            </w:r>
          </w:p>
        </w:tc>
        <w:tc>
          <w:tcPr>
            <w:tcW w:type="dxa" w:w="2880"/>
          </w:tcPr>
          <w:p>
            <w:r>
              <w:t>18</w:t>
            </w:r>
          </w:p>
        </w:tc>
      </w:tr>
      <w:tr>
        <w:tc>
          <w:tcPr>
            <w:tcW w:type="dxa" w:w="2880"/>
          </w:tcPr>
          <w:p>
            <w:r>
              <w:t>2025-07-01</w:t>
            </w:r>
          </w:p>
        </w:tc>
        <w:tc>
          <w:tcPr>
            <w:tcW w:type="dxa" w:w="2880"/>
          </w:tcPr>
          <w:p>
            <w:r>
              <w:t>elephant</w:t>
            </w:r>
          </w:p>
        </w:tc>
        <w:tc>
          <w:tcPr>
            <w:tcW w:type="dxa" w:w="2880"/>
          </w:tcPr>
          <w:p>
            <w:r>
              <w:t>29</w:t>
            </w:r>
          </w:p>
        </w:tc>
      </w:tr>
      <w:tr>
        <w:tc>
          <w:tcPr>
            <w:tcW w:type="dxa" w:w="2880"/>
          </w:tcPr>
          <w:p>
            <w:r>
              <w:t>2025-07-01</w:t>
            </w:r>
          </w:p>
        </w:tc>
        <w:tc>
          <w:tcPr>
            <w:tcW w:type="dxa" w:w="2880"/>
          </w:tcPr>
          <w:p>
            <w:r>
              <w:t>buffalo</w:t>
            </w:r>
          </w:p>
        </w:tc>
        <w:tc>
          <w:tcPr>
            <w:tcW w:type="dxa" w:w="2880"/>
          </w:tcPr>
          <w:p>
            <w:r>
              <w:t>21</w:t>
            </w:r>
          </w:p>
        </w:tc>
      </w:tr>
      <w:tr>
        <w:tc>
          <w:tcPr>
            <w:tcW w:type="dxa" w:w="2880"/>
          </w:tcPr>
          <w:p>
            <w:r>
              <w:t>2025-07-01</w:t>
            </w:r>
          </w:p>
        </w:tc>
        <w:tc>
          <w:tcPr>
            <w:tcW w:type="dxa" w:w="2880"/>
          </w:tcPr>
          <w:p>
            <w:r>
              <w:t>giraffe</w:t>
            </w:r>
          </w:p>
        </w:tc>
        <w:tc>
          <w:tcPr>
            <w:tcW w:type="dxa" w:w="2880"/>
          </w:tcPr>
          <w:p>
            <w:r>
              <w:t>9</w:t>
            </w:r>
          </w:p>
        </w:tc>
      </w:tr>
      <w:tr>
        <w:tc>
          <w:tcPr>
            <w:tcW w:type="dxa" w:w="2880"/>
          </w:tcPr>
          <w:p>
            <w:r>
              <w:t>2025-07-01</w:t>
            </w:r>
          </w:p>
        </w:tc>
        <w:tc>
          <w:tcPr>
            <w:tcW w:type="dxa" w:w="2880"/>
          </w:tcPr>
          <w:p>
            <w:r>
              <w:t>hippo</w:t>
            </w:r>
          </w:p>
        </w:tc>
        <w:tc>
          <w:tcPr>
            <w:tcW w:type="dxa" w:w="2880"/>
          </w:tcPr>
          <w:p>
            <w:r>
              <w:t>13</w:t>
            </w:r>
          </w:p>
        </w:tc>
      </w:tr>
      <w:tr>
        <w:tc>
          <w:tcPr>
            <w:tcW w:type="dxa" w:w="2880"/>
          </w:tcPr>
          <w:p>
            <w:r>
              <w:t>2025-07-01</w:t>
            </w:r>
          </w:p>
        </w:tc>
        <w:tc>
          <w:tcPr>
            <w:tcW w:type="dxa" w:w="2880"/>
          </w:tcPr>
          <w:p>
            <w:r>
              <w:t>red lechwe</w:t>
            </w:r>
          </w:p>
        </w:tc>
        <w:tc>
          <w:tcPr>
            <w:tcW w:type="dxa" w:w="2880"/>
          </w:tcPr>
          <w:p>
            <w:r>
              <w:t>15</w:t>
            </w:r>
          </w:p>
        </w:tc>
      </w:tr>
      <w:tr>
        <w:tc>
          <w:tcPr>
            <w:tcW w:type="dxa" w:w="2880"/>
          </w:tcPr>
          <w:p>
            <w:r>
              <w:t>2025-07-01</w:t>
            </w:r>
          </w:p>
        </w:tc>
        <w:tc>
          <w:tcPr>
            <w:tcW w:type="dxa" w:w="2880"/>
          </w:tcPr>
          <w:p>
            <w:r>
              <w:t>Other</w:t>
            </w:r>
          </w:p>
        </w:tc>
        <w:tc>
          <w:tcPr>
            <w:tcW w:type="dxa" w:w="2880"/>
          </w:tcPr>
          <w:p>
            <w:r>
              <w:t>32</w:t>
            </w:r>
          </w:p>
        </w:tc>
      </w:tr>
      <w:tr>
        <w:tc>
          <w:tcPr>
            <w:tcW w:type="dxa" w:w="2880"/>
          </w:tcPr>
          <w:p>
            <w:r>
              <w:t>2025-10-01</w:t>
            </w:r>
          </w:p>
        </w:tc>
        <w:tc>
          <w:tcPr>
            <w:tcW w:type="dxa" w:w="2880"/>
          </w:tcPr>
          <w:p>
            <w:r>
              <w:t>elephant</w:t>
            </w:r>
          </w:p>
        </w:tc>
        <w:tc>
          <w:tcPr>
            <w:tcW w:type="dxa" w:w="2880"/>
          </w:tcPr>
          <w:p>
            <w:r>
              <w:t>26</w:t>
            </w:r>
          </w:p>
        </w:tc>
      </w:tr>
      <w:tr>
        <w:tc>
          <w:tcPr>
            <w:tcW w:type="dxa" w:w="2880"/>
          </w:tcPr>
          <w:p>
            <w:r>
              <w:t>2025-10-01</w:t>
            </w:r>
          </w:p>
        </w:tc>
        <w:tc>
          <w:tcPr>
            <w:tcW w:type="dxa" w:w="2880"/>
          </w:tcPr>
          <w:p>
            <w:r>
              <w:t>buffalo</w:t>
            </w:r>
          </w:p>
        </w:tc>
        <w:tc>
          <w:tcPr>
            <w:tcW w:type="dxa" w:w="2880"/>
          </w:tcPr>
          <w:p>
            <w:r>
              <w:t>19</w:t>
            </w:r>
          </w:p>
        </w:tc>
      </w:tr>
      <w:tr>
        <w:tc>
          <w:tcPr>
            <w:tcW w:type="dxa" w:w="2880"/>
          </w:tcPr>
          <w:p>
            <w:r>
              <w:t>2025-10-01</w:t>
            </w:r>
          </w:p>
        </w:tc>
        <w:tc>
          <w:tcPr>
            <w:tcW w:type="dxa" w:w="2880"/>
          </w:tcPr>
          <w:p>
            <w:r>
              <w:t>giraffe</w:t>
            </w:r>
          </w:p>
        </w:tc>
        <w:tc>
          <w:tcPr>
            <w:tcW w:type="dxa" w:w="2880"/>
          </w:tcPr>
          <w:p>
            <w:r>
              <w:t>10</w:t>
            </w:r>
          </w:p>
        </w:tc>
      </w:tr>
      <w:tr>
        <w:tc>
          <w:tcPr>
            <w:tcW w:type="dxa" w:w="2880"/>
          </w:tcPr>
          <w:p>
            <w:r>
              <w:t>2025-10-01</w:t>
            </w:r>
          </w:p>
        </w:tc>
        <w:tc>
          <w:tcPr>
            <w:tcW w:type="dxa" w:w="2880"/>
          </w:tcPr>
          <w:p>
            <w:r>
              <w:t>hippo</w:t>
            </w:r>
          </w:p>
        </w:tc>
        <w:tc>
          <w:tcPr>
            <w:tcW w:type="dxa" w:w="2880"/>
          </w:tcPr>
          <w:p>
            <w:r>
              <w:t>13</w:t>
            </w:r>
          </w:p>
        </w:tc>
      </w:tr>
      <w:tr>
        <w:tc>
          <w:tcPr>
            <w:tcW w:type="dxa" w:w="2880"/>
          </w:tcPr>
          <w:p>
            <w:r>
              <w:t>2025-10-01</w:t>
            </w:r>
          </w:p>
        </w:tc>
        <w:tc>
          <w:tcPr>
            <w:tcW w:type="dxa" w:w="2880"/>
          </w:tcPr>
          <w:p>
            <w:r>
              <w:t>red lechwe</w:t>
            </w:r>
          </w:p>
        </w:tc>
        <w:tc>
          <w:tcPr>
            <w:tcW w:type="dxa" w:w="2880"/>
          </w:tcPr>
          <w:p>
            <w:r>
              <w:t>6</w:t>
            </w:r>
          </w:p>
        </w:tc>
      </w:tr>
      <w:tr>
        <w:tc>
          <w:tcPr>
            <w:tcW w:type="dxa" w:w="2880"/>
          </w:tcPr>
          <w:p>
            <w:r>
              <w:t>2025-10-01</w:t>
            </w:r>
          </w:p>
        </w:tc>
        <w:tc>
          <w:tcPr>
            <w:tcW w:type="dxa" w:w="2880"/>
          </w:tcPr>
          <w:p>
            <w:r>
              <w:t>Other</w:t>
            </w:r>
          </w:p>
        </w:tc>
        <w:tc>
          <w:tcPr>
            <w:tcW w:type="dxa" w:w="2880"/>
          </w:tcPr>
          <w:p>
            <w:r>
              <w:t>20</w:t>
            </w:r>
          </w:p>
        </w:tc>
      </w:tr>
    </w:tbl>
    <w:p/>
    <w:sectPr w:rsidR="00FC693F" w:rsidRPr="0006063C" w:rsidSect="00034616">
      <w:footerReference w:type="default" r:id="rId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Conservation, Okavango Delta near Maun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Conservation, Okavango Delta near Maun: report</dc:title>
  <dc:subject>Describe the project Sample: Conservation, Okavango Delta near Maun: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