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Construction, Al Reem Island: report</w:t>
      </w:r>
    </w:p>
    <w:p>
      <w:r>
        <w:rPr>
          <w:color w:val="525252"/>
          <w:sz w:val="18"/>
        </w:rPr>
        <w:t>Project: Sample: Construction, Al Reem Island</w:t>
      </w:r>
      <w:r>
        <w:rPr>
          <w:color w:val="525252"/>
          <w:sz w:val="18"/>
        </w:rPr>
        <w:br/>
        <w:t>Goal: Describe the project Sample: Construction, Al Reem Island: run the analyses that tell the most about its data, draw every result, and write a cited report.</w:t>
      </w:r>
      <w:r>
        <w:rPr>
          <w:color w:val="525252"/>
          <w:sz w:val="18"/>
        </w:rPr>
        <w:br/>
        <w:t>Run: 92888b09-8bee-40e6-98f7-92f663833df1 (running, 12 agent run(s))</w:t>
      </w:r>
      <w:r>
        <w:rPr>
          <w:color w:val="525252"/>
          <w:sz w:val="18"/>
        </w:rPr>
        <w:br/>
        <w:t>Generated: 2026-10-18T06:18:56Z, version 1</w:t>
      </w:r>
      <w:r>
        <w:rPr>
          <w:color w:val="525252"/>
          <w:sz w:val="18"/>
        </w:rPr>
        <w:br/>
        <w:t>Model cost: USD 0.0000 over 6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Site boundary</w:t>
            </w:r>
          </w:p>
        </w:tc>
        <w:tc>
          <w:tcPr>
            <w:tcW w:type="dxa" w:w="1440"/>
          </w:tcPr>
          <w:p>
            <w:r>
              <w:t>vector, Polygon</w:t>
            </w:r>
          </w:p>
        </w:tc>
        <w:tc>
          <w:tcPr>
            <w:tcW w:type="dxa" w:w="1440"/>
          </w:tcPr>
          <w:p>
            <w:r>
              <w:t>1</w:t>
            </w:r>
          </w:p>
        </w:tc>
        <w:tc>
          <w:tcPr>
            <w:tcW w:type="dxa" w:w="1440"/>
          </w:tcPr>
          <w:p>
            <w:r/>
          </w:p>
        </w:tc>
        <w:tc>
          <w:tcPr>
            <w:tcW w:type="dxa" w:w="1440"/>
          </w:tcPr>
          <w:p>
            <w:r>
              <w:t>1 polygon (area) features; 'area_ha' 592.2 to 592.2 (mean 592.2); named by 'site' (e.g. Plot RI-27); total area 5.917 km2; extent 54.3909,24.4853 to 54.4191,24.5047. Areas (Site boundary) with area_ha to compare and map.</w:t>
            </w:r>
          </w:p>
        </w:tc>
        <w:tc>
          <w:tcPr>
            <w:tcW w:type="dxa" w:w="1440"/>
          </w:tcPr>
          <w:p>
            <w:r>
              <w:t>[110]</w:t>
            </w:r>
          </w:p>
        </w:tc>
      </w:tr>
      <w:tr>
        <w:tc>
          <w:tcPr>
            <w:tcW w:type="dxa" w:w="1440"/>
          </w:tcPr>
          <w:p>
            <w:r>
              <w:t>Work zones</w:t>
            </w:r>
          </w:p>
        </w:tc>
        <w:tc>
          <w:tcPr>
            <w:tcW w:type="dxa" w:w="1440"/>
          </w:tcPr>
          <w:p>
            <w:r>
              <w:t>vector, Polygon</w:t>
            </w:r>
          </w:p>
        </w:tc>
        <w:tc>
          <w:tcPr>
            <w:tcW w:type="dxa" w:w="1440"/>
          </w:tcPr>
          <w:p>
            <w:r>
              <w:t>8</w:t>
            </w:r>
          </w:p>
        </w:tc>
        <w:tc>
          <w:tcPr>
            <w:tcW w:type="dxa" w:w="1440"/>
          </w:tcPr>
          <w:p>
            <w:r/>
          </w:p>
        </w:tc>
        <w:tc>
          <w:tcPr>
            <w:tcW w:type="dxa" w:w="1440"/>
          </w:tcPr>
          <w:p>
            <w:r>
              <w:t>8 polygon (area) features; 'pct_complete' 20 to 89 (mean 64.75); named by 'name' (e.g. Foundations and basement, Tower A, Tower B); total area 0.5156 km2; extent 54.3920,24.4875 to 54.4156,24.5026. Areas (Work zones) with pct_complete to compare and map.</w:t>
            </w:r>
          </w:p>
        </w:tc>
        <w:tc>
          <w:tcPr>
            <w:tcW w:type="dxa" w:w="1440"/>
          </w:tcPr>
          <w:p>
            <w:r>
              <w:t>[111]</w:t>
            </w:r>
          </w:p>
        </w:tc>
      </w:tr>
      <w:tr>
        <w:tc>
          <w:tcPr>
            <w:tcW w:type="dxa" w:w="1440"/>
          </w:tcPr>
          <w:p>
            <w:r>
              <w:t>Site progress scene 2026-03-01</w:t>
            </w:r>
          </w:p>
        </w:tc>
        <w:tc>
          <w:tcPr>
            <w:tcW w:type="dxa" w:w="1440"/>
          </w:tcPr>
          <w:p>
            <w:r>
              <w:t>raster</w:t>
            </w:r>
          </w:p>
        </w:tc>
        <w:tc>
          <w:tcPr>
            <w:tcW w:type="dxa" w:w="1440"/>
          </w:tcPr>
          <w:p>
            <w:r/>
          </w:p>
        </w:tc>
        <w:tc>
          <w:tcPr>
            <w:tcW w:type="dxa" w:w="1440"/>
          </w:tcPr>
          <w:p>
            <w:r>
              <w:t>2026-03-01</w:t>
            </w:r>
          </w:p>
        </w:tc>
        <w:tc>
          <w:tcPr>
            <w:tcW w:type="dxa" w:w="1440"/>
          </w:tcPr>
          <w:p>
            <w:r>
              <w:t>4-band float32 raster (imagery), 300 x 250 cells; resolution 10; band 1 0.038 to 0.185; acquired 2026-03-01; extent 54.3900,24.4835 to 54.4200,24.5065. Imagery for visual and change analysis.</w:t>
            </w:r>
          </w:p>
        </w:tc>
        <w:tc>
          <w:tcPr>
            <w:tcW w:type="dxa" w:w="1440"/>
          </w:tcPr>
          <w:p>
            <w:r>
              <w:t>[112]</w:t>
            </w:r>
          </w:p>
        </w:tc>
      </w:tr>
      <w:tr>
        <w:tc>
          <w:tcPr>
            <w:tcW w:type="dxa" w:w="1440"/>
          </w:tcPr>
          <w:p>
            <w:r>
              <w:t>Site progress scene 2026-09-01</w:t>
            </w:r>
          </w:p>
        </w:tc>
        <w:tc>
          <w:tcPr>
            <w:tcW w:type="dxa" w:w="1440"/>
          </w:tcPr>
          <w:p>
            <w:r>
              <w:t>raster</w:t>
            </w:r>
          </w:p>
        </w:tc>
        <w:tc>
          <w:tcPr>
            <w:tcW w:type="dxa" w:w="1440"/>
          </w:tcPr>
          <w:p>
            <w:r/>
          </w:p>
        </w:tc>
        <w:tc>
          <w:tcPr>
            <w:tcW w:type="dxa" w:w="1440"/>
          </w:tcPr>
          <w:p>
            <w:r>
              <w:t>2026-09-01</w:t>
            </w:r>
          </w:p>
        </w:tc>
        <w:tc>
          <w:tcPr>
            <w:tcW w:type="dxa" w:w="1440"/>
          </w:tcPr>
          <w:p>
            <w:r>
              <w:t>4-band float32 raster (imagery), 300 x 250 cells; resolution 10; band 1 0.032 to 0.237; acquired 2026-09-01; extent 54.3900,24.4835 to 54.4200,24.5065. Imagery for visual and change analysis.</w:t>
            </w:r>
          </w:p>
        </w:tc>
        <w:tc>
          <w:tcPr>
            <w:tcW w:type="dxa" w:w="1440"/>
          </w:tcPr>
          <w:p>
            <w:r>
              <w:t>[113]</w:t>
            </w:r>
          </w:p>
        </w:tc>
      </w:tr>
      <w:tr>
        <w:tc>
          <w:tcPr>
            <w:tcW w:type="dxa" w:w="1440"/>
          </w:tcPr>
          <w:p>
            <w:r>
              <w:t>Site terrain model (DEM)</w:t>
            </w:r>
          </w:p>
        </w:tc>
        <w:tc>
          <w:tcPr>
            <w:tcW w:type="dxa" w:w="1440"/>
          </w:tcPr>
          <w:p>
            <w:r>
              <w:t>raster</w:t>
            </w:r>
          </w:p>
        </w:tc>
        <w:tc>
          <w:tcPr>
            <w:tcW w:type="dxa" w:w="1440"/>
          </w:tcPr>
          <w:p>
            <w:r/>
          </w:p>
        </w:tc>
        <w:tc>
          <w:tcPr>
            <w:tcW w:type="dxa" w:w="1440"/>
          </w:tcPr>
          <w:p>
            <w:r/>
          </w:p>
        </w:tc>
        <w:tc>
          <w:tcPr>
            <w:tcW w:type="dxa" w:w="1440"/>
          </w:tcPr>
          <w:p>
            <w:r>
              <w:t>1-band float32 raster (dem), 600 x 500 cells; resolution 5; band 1 -10.8 to 10.14; extent 54.3900,24.4835 to 54.4200,24.5065. An elevation surface for terrain analysis.</w:t>
            </w:r>
          </w:p>
        </w:tc>
        <w:tc>
          <w:tcPr>
            <w:tcW w:type="dxa" w:w="1440"/>
          </w:tcPr>
          <w:p>
            <w:r>
              <w:t>[114]</w:t>
            </w:r>
          </w:p>
        </w:tc>
      </w:tr>
      <w:tr>
        <w:tc>
          <w:tcPr>
            <w:tcW w:type="dxa" w:w="1440"/>
          </w:tcPr>
          <w:p>
            <w:r>
              <w:t>Inspections and defects</w:t>
            </w:r>
          </w:p>
        </w:tc>
        <w:tc>
          <w:tcPr>
            <w:tcW w:type="dxa" w:w="1440"/>
          </w:tcPr>
          <w:p>
            <w:r>
              <w:t>vector, Point</w:t>
            </w:r>
          </w:p>
        </w:tc>
        <w:tc>
          <w:tcPr>
            <w:tcW w:type="dxa" w:w="1440"/>
          </w:tcPr>
          <w:p>
            <w:r>
              <w:t>900</w:t>
            </w:r>
          </w:p>
        </w:tc>
        <w:tc>
          <w:tcPr>
            <w:tcW w:type="dxa" w:w="1440"/>
          </w:tcPr>
          <w:p>
            <w:r>
              <w:t>2026-03-01 to 2026-09-30</w:t>
            </w:r>
          </w:p>
        </w:tc>
        <w:tc>
          <w:tcPr>
            <w:tcW w:type="dxa" w:w="1440"/>
          </w:tcPr>
          <w:p>
            <w:r>
              <w:t>900 point features; dated by 'inspected_at' from 2026-03-01 to 2026-09-30; 'type' has 3 values (top: quality 458, safety 349, environmental 93); 'severity' has 3 values (top: minor 542, major 292, critical 66); extent 54.3920,24.4875 to 54.4156,24.5025. Dated point events by type: where and when Inspections and defects happen.</w:t>
            </w:r>
          </w:p>
        </w:tc>
        <w:tc>
          <w:tcPr>
            <w:tcW w:type="dxa" w:w="1440"/>
          </w:tcPr>
          <w:p>
            <w:r>
              <w:t>[2]</w:t>
            </w:r>
          </w:p>
        </w:tc>
      </w:tr>
      <w:tr>
        <w:tc>
          <w:tcPr>
            <w:tcW w:type="dxa" w:w="1440"/>
          </w:tcPr>
          <w:p>
            <w:r>
              <w:t>Site roads</w:t>
            </w:r>
          </w:p>
        </w:tc>
        <w:tc>
          <w:tcPr>
            <w:tcW w:type="dxa" w:w="1440"/>
          </w:tcPr>
          <w:p>
            <w:r>
              <w:t>vector, LineString</w:t>
            </w:r>
          </w:p>
        </w:tc>
        <w:tc>
          <w:tcPr>
            <w:tcW w:type="dxa" w:w="1440"/>
          </w:tcPr>
          <w:p>
            <w:r>
              <w:t>3</w:t>
            </w:r>
          </w:p>
        </w:tc>
        <w:tc>
          <w:tcPr>
            <w:tcW w:type="dxa" w:w="1440"/>
          </w:tcPr>
          <w:p>
            <w:r/>
          </w:p>
        </w:tc>
        <w:tc>
          <w:tcPr>
            <w:tcW w:type="dxa" w:w="1440"/>
          </w:tcPr>
          <w:p>
            <w:r>
              <w:t>3 line features; 'surface' has 1 values (top: asphalt 3); 'one_way' has 1 values (top: False 3); total length 7.167 km; extent 54.3911,24.4855 to 54.4189,24.5045. Lines (Site roads) such as routes or networks.</w:t>
            </w:r>
          </w:p>
        </w:tc>
        <w:tc>
          <w:tcPr>
            <w:tcW w:type="dxa" w:w="1440"/>
          </w:tcPr>
          <w:p>
            <w:r>
              <w:t>[115]</w:t>
            </w:r>
          </w:p>
        </w:tc>
      </w:tr>
      <w:tr>
        <w:tc>
          <w:tcPr>
            <w:tcW w:type="dxa" w:w="1440"/>
          </w:tcPr>
          <w:p>
            <w:r>
              <w:t>Tower cranes</w:t>
            </w:r>
          </w:p>
        </w:tc>
        <w:tc>
          <w:tcPr>
            <w:tcW w:type="dxa" w:w="1440"/>
          </w:tcPr>
          <w:p>
            <w:r>
              <w:t>vector, Point</w:t>
            </w:r>
          </w:p>
        </w:tc>
        <w:tc>
          <w:tcPr>
            <w:tcW w:type="dxa" w:w="1440"/>
          </w:tcPr>
          <w:p>
            <w:r>
              <w:t>4</w:t>
            </w:r>
          </w:p>
        </w:tc>
        <w:tc>
          <w:tcPr>
            <w:tcW w:type="dxa" w:w="1440"/>
          </w:tcPr>
          <w:p>
            <w:r/>
          </w:p>
        </w:tc>
        <w:tc>
          <w:tcPr>
            <w:tcW w:type="dxa" w:w="1440"/>
          </w:tcPr>
          <w:p>
            <w:r>
              <w:t>4 point features; 'radius_m' 50 to 70 (mean 62.5); 'max_load_t' 8 to 16 (mean 12); extent 54.3991,24.4895 to 54.4140,24.4960. Point locations of Tower cranes.</w:t>
            </w:r>
          </w:p>
        </w:tc>
        <w:tc>
          <w:tcPr>
            <w:tcW w:type="dxa" w:w="1440"/>
          </w:tcPr>
          <w:p>
            <w:r>
              <w:t>[116]</w:t>
            </w:r>
          </w:p>
        </w:tc>
      </w:tr>
      <w:tr>
        <w:tc>
          <w:tcPr>
            <w:tcW w:type="dxa" w:w="1440"/>
          </w:tcPr>
          <w:p>
            <w:r>
              <w:t>Settlement monitoring</w:t>
            </w:r>
          </w:p>
        </w:tc>
        <w:tc>
          <w:tcPr>
            <w:tcW w:type="dxa" w:w="1440"/>
          </w:tcPr>
          <w:p>
            <w:r>
              <w:t>vector, Point</w:t>
            </w:r>
          </w:p>
        </w:tc>
        <w:tc>
          <w:tcPr>
            <w:tcW w:type="dxa" w:w="1440"/>
          </w:tcPr>
          <w:p>
            <w:r>
              <w:t>270</w:t>
            </w:r>
          </w:p>
        </w:tc>
        <w:tc>
          <w:tcPr>
            <w:tcW w:type="dxa" w:w="1440"/>
          </w:tcPr>
          <w:p>
            <w:r>
              <w:t>2026-01-01 to 2026-09-01</w:t>
            </w:r>
          </w:p>
        </w:tc>
        <w:tc>
          <w:tcPr>
            <w:tcW w:type="dxa" w:w="1440"/>
          </w:tcPr>
          <w:p>
            <w:r>
              <w:t>270 point features; dated by 'month' from 2026-01-01 to 2026-09-01; 'settlement_mm' -14.4 to 0.6 (mean -2.731); extent 54.3969,24.4943 to 54.4020,24.4978. Dated point events: where and when Settlement monitoring happen.</w:t>
            </w:r>
          </w:p>
        </w:tc>
        <w:tc>
          <w:tcPr>
            <w:tcW w:type="dxa" w:w="1440"/>
          </w:tcPr>
          <w:p>
            <w:r>
              <w:t>[3]</w:t>
            </w:r>
          </w:p>
        </w:tc>
      </w:tr>
      <w:tr>
        <w:tc>
          <w:tcPr>
            <w:tcW w:type="dxa" w:w="1440"/>
          </w:tcPr>
          <w:p>
            <w:r>
              <w:t>Daily progress by zone</w:t>
            </w:r>
          </w:p>
        </w:tc>
        <w:tc>
          <w:tcPr>
            <w:tcW w:type="dxa" w:w="1440"/>
          </w:tcPr>
          <w:p>
            <w:r>
              <w:t>table</w:t>
            </w:r>
          </w:p>
        </w:tc>
        <w:tc>
          <w:tcPr>
            <w:tcW w:type="dxa" w:w="1440"/>
          </w:tcPr>
          <w:p>
            <w:r>
              <w:t>1,264</w:t>
            </w:r>
          </w:p>
        </w:tc>
        <w:tc>
          <w:tcPr>
            <w:tcW w:type="dxa" w:w="1440"/>
          </w:tcPr>
          <w:p>
            <w:r>
              <w:t>2026-03-01 to 2026-08-31</w:t>
            </w:r>
          </w:p>
        </w:tc>
        <w:tc>
          <w:tcPr>
            <w:tcW w:type="dxa" w:w="1440"/>
          </w:tcPr>
          <w:p>
            <w:r>
              <w:t>Table of 1,264 rows and 6 columns without geometry; dated by 'date' from 2026-03-01 to 2026-08-31; 'concrete_m3' 0 to 294 (mean 44.64); 'workers' 20 to 260 (mean 142); 'crane_hours' 0 to 9 (mean 4.423). A table of Daily progress by zone without locations.</w:t>
            </w:r>
          </w:p>
        </w:tc>
        <w:tc>
          <w:tcPr>
            <w:tcW w:type="dxa" w:w="1440"/>
          </w:tcPr>
          <w:p>
            <w:r>
              <w:t>[4]</w:t>
            </w:r>
          </w:p>
        </w:tc>
      </w:tr>
      <w:tr>
        <w:tc>
          <w:tcPr>
            <w:tcW w:type="dxa" w:w="1440"/>
          </w:tcPr>
          <w:p>
            <w:r>
              <w:t>Deliveries log</w:t>
            </w:r>
          </w:p>
        </w:tc>
        <w:tc>
          <w:tcPr>
            <w:tcW w:type="dxa" w:w="1440"/>
          </w:tcPr>
          <w:p>
            <w:r>
              <w:t>table</w:t>
            </w:r>
          </w:p>
        </w:tc>
        <w:tc>
          <w:tcPr>
            <w:tcW w:type="dxa" w:w="1440"/>
          </w:tcPr>
          <w:p>
            <w:r>
              <w:t>400</w:t>
            </w:r>
          </w:p>
        </w:tc>
        <w:tc>
          <w:tcPr>
            <w:tcW w:type="dxa" w:w="1440"/>
          </w:tcPr>
          <w:p>
            <w:r>
              <w:t>2026-03-01 to 2026-08-31</w:t>
            </w:r>
          </w:p>
        </w:tc>
        <w:tc>
          <w:tcPr>
            <w:tcW w:type="dxa" w:w="1440"/>
          </w:tcPr>
          <w:p>
            <w:r>
              <w:t>Table of 400 rows and 6 columns without geometry; dated by 'date' from 2026-03-01 to 2026-08-31; 'material' has 5 values (top: ready-mix concrete 93, rebar 80, MEP 77); 'gate' has 2 values (top: Gate 1 206, Gate 2 194); 'quantity' 5 to 59.8 (mean 33.76). A table of Deliveries log without locations.</w:t>
            </w:r>
          </w:p>
        </w:tc>
        <w:tc>
          <w:tcPr>
            <w:tcW w:type="dxa" w:w="1440"/>
          </w:tcPr>
          <w:p>
            <w:r>
              <w:t>[5]</w:t>
            </w:r>
          </w:p>
        </w:tc>
      </w:tr>
      <w:tr>
        <w:tc>
          <w:tcPr>
            <w:tcW w:type="dxa" w:w="1440"/>
          </w:tcPr>
          <w:p>
            <w:r>
              <w:t>Monthly progress report</w:t>
            </w:r>
          </w:p>
        </w:tc>
        <w:tc>
          <w:tcPr>
            <w:tcW w:type="dxa" w:w="1440"/>
          </w:tcPr>
          <w:p>
            <w:r>
              <w:t>document</w:t>
            </w:r>
          </w:p>
        </w:tc>
        <w:tc>
          <w:tcPr>
            <w:tcW w:type="dxa" w:w="1440"/>
          </w:tcPr>
          <w:p>
            <w:r/>
          </w:p>
        </w:tc>
        <w:tc>
          <w:tcPr>
            <w:tcW w:type="dxa" w:w="1440"/>
          </w:tcPr>
          <w:p>
            <w:r/>
          </w:p>
        </w:tc>
        <w:tc>
          <w:tcPr>
            <w:tcW w:type="dxa" w:w="1440"/>
          </w:tcPr>
          <w:p>
            <w:r>
              <w:t>1-page pdf document 'Monthly progress report'; language en; mentions 6 place(s): Tower B (3), Tower A (1), Podium (1), Foundations and basement (1), Laydown yard (1). A document about Tower B, Tower A, Podium.</w:t>
            </w:r>
          </w:p>
        </w:tc>
        <w:tc>
          <w:tcPr>
            <w:tcW w:type="dxa" w:w="1440"/>
          </w:tcPr>
          <w:p>
            <w:r>
              <w:t>[117]</w:t>
            </w:r>
          </w:p>
        </w:tc>
      </w:tr>
      <w:tr>
        <w:tc>
          <w:tcPr>
            <w:tcW w:type="dxa" w:w="1440"/>
          </w:tcPr>
          <w:p>
            <w:r>
              <w:t>Sample: Construction, Al Reem Island</w:t>
            </w:r>
          </w:p>
        </w:tc>
        <w:tc>
          <w:tcPr>
            <w:tcW w:type="dxa" w:w="1440"/>
          </w:tcPr>
          <w:p>
            <w:r>
              <w:t>record</w:t>
            </w:r>
          </w:p>
        </w:tc>
        <w:tc>
          <w:tcPr>
            <w:tcW w:type="dxa" w:w="1440"/>
          </w:tcPr>
          <w:p>
            <w:r/>
          </w:p>
        </w:tc>
        <w:tc>
          <w:tcPr>
            <w:tcW w:type="dxa" w:w="1440"/>
          </w:tcPr>
          <w:p>
            <w:r/>
          </w:p>
        </w:tc>
        <w:tc>
          <w:tcPr>
            <w:tcW w:type="dxa" w:w="1440"/>
          </w:tcPr>
          <w:p>
            <w:r/>
          </w:p>
        </w:tc>
        <w:tc>
          <w:tcPr>
            <w:tcW w:type="dxa" w:w="1440"/>
          </w:tcPr>
          <w:p>
            <w:r>
              <w:t>[118]</w:t>
            </w:r>
          </w:p>
        </w:tc>
      </w:tr>
      <w:tr>
        <w:tc>
          <w:tcPr>
            <w:tcW w:type="dxa" w:w="1440"/>
          </w:tcPr>
          <w:p>
            <w:r>
              <w:t>Emerging hot spots: Inspections and defects</w:t>
            </w:r>
          </w:p>
        </w:tc>
        <w:tc>
          <w:tcPr>
            <w:tcW w:type="dxa" w:w="1440"/>
          </w:tcPr>
          <w:p>
            <w:r>
              <w:t>layer, Polygon</w:t>
            </w:r>
          </w:p>
        </w:tc>
        <w:tc>
          <w:tcPr>
            <w:tcW w:type="dxa" w:w="1440"/>
          </w:tcPr>
          <w:p>
            <w:r>
              <w:t>28</w:t>
            </w:r>
          </w:p>
        </w:tc>
        <w:tc>
          <w:tcPr>
            <w:tcW w:type="dxa" w:w="1440"/>
          </w:tcPr>
          <w:p>
            <w:r/>
          </w:p>
        </w:tc>
        <w:tc>
          <w:tcPr>
            <w:tcW w:type="dxa" w:w="1440"/>
          </w:tcPr>
          <w:p>
            <w:r/>
          </w:p>
        </w:tc>
        <w:tc>
          <w:tcPr>
            <w:tcW w:type="dxa" w:w="1440"/>
          </w:tcPr>
          <w:p>
            <w:r>
              <w:t>[119]</w:t>
            </w:r>
          </w:p>
        </w:tc>
      </w:tr>
      <w:tr>
        <w:tc>
          <w:tcPr>
            <w:tcW w:type="dxa" w:w="1440"/>
          </w:tcPr>
          <w:p>
            <w:r>
              <w:t>Emerging hot spots: Settlement monitoring</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[120]</w:t>
            </w:r>
          </w:p>
        </w:tc>
      </w:tr>
      <w:tr>
        <w:tc>
          <w:tcPr>
            <w:tcW w:type="dxa" w:w="1440"/>
          </w:tcPr>
          <w:p>
            <w:r>
              <w:t>Repeat and near repeat classification: Inspections and defects</w:t>
            </w:r>
          </w:p>
        </w:tc>
        <w:tc>
          <w:tcPr>
            <w:tcW w:type="dxa" w:w="1440"/>
          </w:tcPr>
          <w:p>
            <w:r>
              <w:t>layer, Point</w:t>
            </w:r>
          </w:p>
        </w:tc>
        <w:tc>
          <w:tcPr>
            <w:tcW w:type="dxa" w:w="1440"/>
          </w:tcPr>
          <w:p>
            <w:r>
              <w:t>900</w:t>
            </w:r>
          </w:p>
        </w:tc>
        <w:tc>
          <w:tcPr>
            <w:tcW w:type="dxa" w:w="1440"/>
          </w:tcPr>
          <w:p>
            <w:r/>
          </w:p>
        </w:tc>
        <w:tc>
          <w:tcPr>
            <w:tcW w:type="dxa" w:w="1440"/>
          </w:tcPr>
          <w:p>
            <w:r/>
          </w:p>
        </w:tc>
        <w:tc>
          <w:tcPr>
            <w:tcW w:type="dxa" w:w="1440"/>
          </w:tcPr>
          <w:p>
            <w:r>
              <w:t>[121]</w:t>
            </w:r>
          </w:p>
        </w:tc>
      </w:tr>
      <w:tr>
        <w:tc>
          <w:tcPr>
            <w:tcW w:type="dxa" w:w="1440"/>
          </w:tcPr>
          <w:p>
            <w:r>
              <w:t>Hot spot analysis: Inspections and defects</w:t>
            </w:r>
          </w:p>
        </w:tc>
        <w:tc>
          <w:tcPr>
            <w:tcW w:type="dxa" w:w="1440"/>
          </w:tcPr>
          <w:p>
            <w:r>
              <w:t>layer, Polygon</w:t>
            </w:r>
          </w:p>
        </w:tc>
        <w:tc>
          <w:tcPr>
            <w:tcW w:type="dxa" w:w="1440"/>
          </w:tcPr>
          <w:p>
            <w:r>
              <w:t>317</w:t>
            </w:r>
          </w:p>
        </w:tc>
        <w:tc>
          <w:tcPr>
            <w:tcW w:type="dxa" w:w="1440"/>
          </w:tcPr>
          <w:p>
            <w:r/>
          </w:p>
        </w:tc>
        <w:tc>
          <w:tcPr>
            <w:tcW w:type="dxa" w:w="1440"/>
          </w:tcPr>
          <w:p>
            <w:r/>
          </w:p>
        </w:tc>
        <w:tc>
          <w:tcPr>
            <w:tcW w:type="dxa" w:w="1440"/>
          </w:tcPr>
          <w:p>
            <w:r>
              <w:t>[122]</w:t>
            </w:r>
          </w:p>
        </w:tc>
      </w:tr>
      <w:tr>
        <w:tc>
          <w:tcPr>
            <w:tcW w:type="dxa" w:w="1440"/>
          </w:tcPr>
          <w:p>
            <w:r>
              <w:t>Hot spot analysis: Settlement monitoring</w:t>
            </w:r>
          </w:p>
        </w:tc>
        <w:tc>
          <w:tcPr>
            <w:tcW w:type="dxa" w:w="1440"/>
          </w:tcPr>
          <w:p>
            <w:r>
              <w:t>layer, Polygon</w:t>
            </w:r>
          </w:p>
        </w:tc>
        <w:tc>
          <w:tcPr>
            <w:tcW w:type="dxa" w:w="1440"/>
          </w:tcPr>
          <w:p>
            <w:r>
              <w:t>87</w:t>
            </w:r>
          </w:p>
        </w:tc>
        <w:tc>
          <w:tcPr>
            <w:tcW w:type="dxa" w:w="1440"/>
          </w:tcPr>
          <w:p>
            <w:r/>
          </w:p>
        </w:tc>
        <w:tc>
          <w:tcPr>
            <w:tcW w:type="dxa" w:w="1440"/>
          </w:tcPr>
          <w:p>
            <w:r/>
          </w:p>
        </w:tc>
        <w:tc>
          <w:tcPr>
            <w:tcW w:type="dxa" w:w="1440"/>
          </w:tcPr>
          <w:p>
            <w:r>
              <w:t>[123]</w:t>
            </w:r>
          </w:p>
        </w:tc>
      </w:tr>
      <w:tr>
        <w:tc>
          <w:tcPr>
            <w:tcW w:type="dxa" w:w="1440"/>
          </w:tcPr>
          <w:p>
            <w:r>
              <w:t>Hot spot analysis: Work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[124]</w:t>
            </w:r>
          </w:p>
        </w:tc>
      </w:tr>
      <w:tr>
        <w:tc>
          <w:tcPr>
            <w:tcW w:type="dxa" w:w="1440"/>
          </w:tcPr>
          <w:p>
            <w:r>
              <w:t>NDVI change Site progress scene 2026-03-01 to Site progress scene 2026-09-01</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[125]</w:t>
            </w:r>
          </w:p>
        </w:tc>
      </w:tr>
      <w:tr>
        <w:tc>
          <w:tcPr>
            <w:tcW w:type="dxa" w:w="1440"/>
          </w:tcPr>
          <w:p>
            <w:r>
              <w:t>NDVI decrease / increase</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[126]</w:t>
            </w:r>
          </w:p>
        </w:tc>
      </w:tr>
      <w:tr>
        <w:tc>
          <w:tcPr>
            <w:tcW w:type="dxa" w:w="1440"/>
          </w:tcPr>
          <w:p>
            <w:r>
              <w:t>NDVI change polygons</w:t>
            </w:r>
          </w:p>
        </w:tc>
        <w:tc>
          <w:tcPr>
            <w:tcW w:type="dxa" w:w="1440"/>
          </w:tcPr>
          <w:p>
            <w:r>
              <w:t>layer, Polygon</w:t>
            </w:r>
          </w:p>
        </w:tc>
        <w:tc>
          <w:tcPr>
            <w:tcW w:type="dxa" w:w="1440"/>
          </w:tcPr>
          <w:p>
            <w:r>
              <w:t>1,078</w:t>
            </w:r>
          </w:p>
        </w:tc>
        <w:tc>
          <w:tcPr>
            <w:tcW w:type="dxa" w:w="1440"/>
          </w:tcPr>
          <w:p>
            <w:r/>
          </w:p>
        </w:tc>
        <w:tc>
          <w:tcPr>
            <w:tcW w:type="dxa" w:w="1440"/>
          </w:tcPr>
          <w:p>
            <w:r/>
          </w:p>
        </w:tc>
        <w:tc>
          <w:tcPr>
            <w:tcW w:type="dxa" w:w="1440"/>
          </w:tcPr>
          <w:p>
            <w:r>
              <w:t>[127]</w:t>
            </w:r>
          </w:p>
        </w:tc>
      </w:tr>
      <w:tr>
        <w:tc>
          <w:tcPr>
            <w:tcW w:type="dxa" w:w="1440"/>
          </w:tcPr>
          <w:p>
            <w:r>
              <w:t>Difference Site progress scene 2026-03-01 to Site progress scene 2026-09-01</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[128]</w:t>
            </w:r>
          </w:p>
        </w:tc>
      </w:tr>
      <w:tr>
        <w:tc>
          <w:tcPr>
            <w:tcW w:type="dxa" w:w="1440"/>
          </w:tcPr>
          <w:p>
            <w:r>
              <w:t>Calculate density: Inspections and defects</w:t>
            </w:r>
          </w:p>
        </w:tc>
        <w:tc>
          <w:tcPr>
            <w:tcW w:type="dxa" w:w="1440"/>
          </w:tcPr>
          <w:p>
            <w:r>
              <w:t>layer, Polygon</w:t>
            </w:r>
          </w:p>
        </w:tc>
        <w:tc>
          <w:tcPr>
            <w:tcW w:type="dxa" w:w="1440"/>
          </w:tcPr>
          <w:p>
            <w:r>
              <w:t>976</w:t>
            </w:r>
          </w:p>
        </w:tc>
        <w:tc>
          <w:tcPr>
            <w:tcW w:type="dxa" w:w="1440"/>
          </w:tcPr>
          <w:p>
            <w:r/>
          </w:p>
        </w:tc>
        <w:tc>
          <w:tcPr>
            <w:tcW w:type="dxa" w:w="1440"/>
          </w:tcPr>
          <w:p>
            <w:r/>
          </w:p>
        </w:tc>
        <w:tc>
          <w:tcPr>
            <w:tcW w:type="dxa" w:w="1440"/>
          </w:tcPr>
          <w:p>
            <w:r>
              <w:t>[129]</w:t>
            </w:r>
          </w:p>
        </w:tc>
      </w:tr>
      <w:tr>
        <w:tc>
          <w:tcPr>
            <w:tcW w:type="dxa" w:w="1440"/>
          </w:tcPr>
          <w:p>
            <w:r>
              <w:t>Calculate density: Settlement monitoring</w:t>
            </w:r>
          </w:p>
        </w:tc>
        <w:tc>
          <w:tcPr>
            <w:tcW w:type="dxa" w:w="1440"/>
          </w:tcPr>
          <w:p>
            <w:r>
              <w:t>layer, Polygon</w:t>
            </w:r>
          </w:p>
        </w:tc>
        <w:tc>
          <w:tcPr>
            <w:tcW w:type="dxa" w:w="1440"/>
          </w:tcPr>
          <w:p>
            <w:r>
              <w:t>806</w:t>
            </w:r>
          </w:p>
        </w:tc>
        <w:tc>
          <w:tcPr>
            <w:tcW w:type="dxa" w:w="1440"/>
          </w:tcPr>
          <w:p>
            <w:r/>
          </w:p>
        </w:tc>
        <w:tc>
          <w:tcPr>
            <w:tcW w:type="dxa" w:w="1440"/>
          </w:tcPr>
          <w:p>
            <w:r/>
          </w:p>
        </w:tc>
        <w:tc>
          <w:tcPr>
            <w:tcW w:type="dxa" w:w="1440"/>
          </w:tcPr>
          <w:p>
            <w:r>
              <w:t>[130]</w:t>
            </w:r>
          </w:p>
        </w:tc>
      </w:tr>
      <w:tr>
        <w:tc>
          <w:tcPr>
            <w:tcW w:type="dxa" w:w="1440"/>
          </w:tcPr>
          <w:p>
            <w:r>
              <w:t>Summarize within: Work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[131]</w:t>
            </w:r>
          </w:p>
        </w:tc>
      </w:tr>
      <w:tr>
        <w:tc>
          <w:tcPr>
            <w:tcW w:type="dxa" w:w="1440"/>
          </w:tcPr>
          <w:p>
            <w:r>
              <w:t>Summarize within: Work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[132]</w:t>
            </w:r>
          </w:p>
        </w:tc>
      </w:tr>
      <w:tr>
        <w:tc>
          <w:tcPr>
            <w:tcW w:type="dxa" w:w="1440"/>
          </w:tcPr>
          <w:p>
            <w:r>
              <w:t>Summarize within: Work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[133]</w:t>
            </w:r>
          </w:p>
        </w:tc>
      </w:tr>
      <w:tr>
        <w:tc>
          <w:tcPr>
            <w:tcW w:type="dxa" w:w="1440"/>
          </w:tcPr>
          <w:p>
            <w:r>
              <w:t>Slope (degrees)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[134]</w:t>
            </w:r>
          </w:p>
        </w:tc>
      </w:tr>
      <w:tr>
        <w:tc>
          <w:tcPr>
            <w:tcW w:type="dxa" w:w="1440"/>
          </w:tcPr>
          <w:p>
            <w:r>
              <w:t>Find point clusters: Inspections and defects</w:t>
            </w:r>
          </w:p>
        </w:tc>
        <w:tc>
          <w:tcPr>
            <w:tcW w:type="dxa" w:w="1440"/>
          </w:tcPr>
          <w:p>
            <w:r>
              <w:t>layer, Point</w:t>
            </w:r>
          </w:p>
        </w:tc>
        <w:tc>
          <w:tcPr>
            <w:tcW w:type="dxa" w:w="1440"/>
          </w:tcPr>
          <w:p>
            <w:r>
              <w:t>900</w:t>
            </w:r>
          </w:p>
        </w:tc>
        <w:tc>
          <w:tcPr>
            <w:tcW w:type="dxa" w:w="1440"/>
          </w:tcPr>
          <w:p>
            <w:r/>
          </w:p>
        </w:tc>
        <w:tc>
          <w:tcPr>
            <w:tcW w:type="dxa" w:w="1440"/>
          </w:tcPr>
          <w:p>
            <w:r/>
          </w:p>
        </w:tc>
        <w:tc>
          <w:tcPr>
            <w:tcW w:type="dxa" w:w="1440"/>
          </w:tcPr>
          <w:p>
            <w:r>
              <w:t>[135]</w:t>
            </w:r>
          </w:p>
        </w:tc>
      </w:tr>
      <w:tr>
        <w:tc>
          <w:tcPr>
            <w:tcW w:type="dxa" w:w="1440"/>
          </w:tcPr>
          <w:p>
            <w:r>
              <w:t>Find point clusters: cluster hulls</w:t>
            </w:r>
          </w:p>
        </w:tc>
        <w:tc>
          <w:tcPr>
            <w:tcW w:type="dxa" w:w="1440"/>
          </w:tcPr>
          <w:p>
            <w:r>
              <w:t>layer, Polygon</w:t>
            </w:r>
          </w:p>
        </w:tc>
        <w:tc>
          <w:tcPr>
            <w:tcW w:type="dxa" w:w="1440"/>
          </w:tcPr>
          <w:p>
            <w:r>
              <w:t>7</w:t>
            </w:r>
          </w:p>
        </w:tc>
        <w:tc>
          <w:tcPr>
            <w:tcW w:type="dxa" w:w="1440"/>
          </w:tcPr>
          <w:p>
            <w:r/>
          </w:p>
        </w:tc>
        <w:tc>
          <w:tcPr>
            <w:tcW w:type="dxa" w:w="1440"/>
          </w:tcPr>
          <w:p>
            <w:r/>
          </w:p>
        </w:tc>
        <w:tc>
          <w:tcPr>
            <w:tcW w:type="dxa" w:w="1440"/>
          </w:tcPr>
          <w:p>
            <w:r>
              <w:t>[136]</w:t>
            </w:r>
          </w:p>
        </w:tc>
      </w:tr>
      <w:tr>
        <w:tc>
          <w:tcPr>
            <w:tcW w:type="dxa" w:w="1440"/>
          </w:tcPr>
          <w:p>
            <w:r>
              <w:t>Find point clusters: Settlement monitoring</w:t>
            </w:r>
          </w:p>
        </w:tc>
        <w:tc>
          <w:tcPr>
            <w:tcW w:type="dxa" w:w="1440"/>
          </w:tcPr>
          <w:p>
            <w:r>
              <w:t>layer, Point</w:t>
            </w:r>
          </w:p>
        </w:tc>
        <w:tc>
          <w:tcPr>
            <w:tcW w:type="dxa" w:w="1440"/>
          </w:tcPr>
          <w:p>
            <w:r>
              <w:t>270</w:t>
            </w:r>
          </w:p>
        </w:tc>
        <w:tc>
          <w:tcPr>
            <w:tcW w:type="dxa" w:w="1440"/>
          </w:tcPr>
          <w:p>
            <w:r/>
          </w:p>
        </w:tc>
        <w:tc>
          <w:tcPr>
            <w:tcW w:type="dxa" w:w="1440"/>
          </w:tcPr>
          <w:p>
            <w:r/>
          </w:p>
        </w:tc>
        <w:tc>
          <w:tcPr>
            <w:tcW w:type="dxa" w:w="1440"/>
          </w:tcPr>
          <w:p>
            <w:r>
              <w:t>[137]</w:t>
            </w:r>
          </w:p>
        </w:tc>
      </w:tr>
      <w:tr>
        <w:tc>
          <w:tcPr>
            <w:tcW w:type="dxa" w:w="1440"/>
          </w:tcPr>
          <w:p>
            <w:r>
              <w:t>Find point clusters: cluster hulls</w:t>
            </w:r>
          </w:p>
        </w:tc>
        <w:tc>
          <w:tcPr>
            <w:tcW w:type="dxa" w:w="1440"/>
          </w:tcPr>
          <w:p>
            <w:r>
              <w:t>layer, Polygon</w:t>
            </w:r>
          </w:p>
        </w:tc>
        <w:tc>
          <w:tcPr>
            <w:tcW w:type="dxa" w:w="1440"/>
          </w:tcPr>
          <w:p>
            <w:r>
              <w:t>19</w:t>
            </w:r>
          </w:p>
        </w:tc>
        <w:tc>
          <w:tcPr>
            <w:tcW w:type="dxa" w:w="1440"/>
          </w:tcPr>
          <w:p>
            <w:r/>
          </w:p>
        </w:tc>
        <w:tc>
          <w:tcPr>
            <w:tcW w:type="dxa" w:w="1440"/>
          </w:tcPr>
          <w:p>
            <w:r/>
          </w:p>
        </w:tc>
        <w:tc>
          <w:tcPr>
            <w:tcW w:type="dxa" w:w="1440"/>
          </w:tcPr>
          <w:p>
            <w:r>
              <w:t>[138]</w:t>
            </w:r>
          </w:p>
        </w:tc>
      </w:tr>
      <w:tr>
        <w:tc>
          <w:tcPr>
            <w:tcW w:type="dxa" w:w="1440"/>
          </w:tcPr>
          <w:p>
            <w:r>
              <w:t>NDVI change polygons</w:t>
            </w:r>
          </w:p>
        </w:tc>
        <w:tc>
          <w:tcPr>
            <w:tcW w:type="dxa" w:w="1440"/>
          </w:tcPr>
          <w:p>
            <w:r>
              <w:t>layer, Polygon</w:t>
            </w:r>
          </w:p>
        </w:tc>
        <w:tc>
          <w:tcPr>
            <w:tcW w:type="dxa" w:w="1440"/>
          </w:tcPr>
          <w:p>
            <w:r>
              <w:t>1,078</w:t>
            </w:r>
          </w:p>
        </w:tc>
        <w:tc>
          <w:tcPr>
            <w:tcW w:type="dxa" w:w="1440"/>
          </w:tcPr>
          <w:p>
            <w:r/>
          </w:p>
        </w:tc>
        <w:tc>
          <w:tcPr>
            <w:tcW w:type="dxa" w:w="1440"/>
          </w:tcPr>
          <w:p>
            <w:r/>
          </w:p>
        </w:tc>
        <w:tc>
          <w:tcPr>
            <w:tcW w:type="dxa" w:w="1440"/>
          </w:tcPr>
          <w:p>
            <w:r>
              <w:t>[139]</w:t>
            </w:r>
          </w:p>
        </w:tc>
      </w:tr>
    </w:tbl>
    <w:p/>
    <w:p>
      <w:pPr>
        <w:pStyle w:val="Heading1"/>
      </w:pPr>
      <w:r>
        <w:t>Timeline</w:t>
      </w:r>
    </w:p>
    <w:p>
      <w:pPr>
        <w:jc w:val="center"/>
      </w:pPr>
      <w:r>
        <w:drawing>
          <wp:inline xmlns:a="http://schemas.openxmlformats.org/drawingml/2006/main" xmlns:pic="http://schemas.openxmlformats.org/drawingml/2006/picture">
            <wp:extent cx="5486400" cy="3980688"/>
            <wp:docPr id="1" name="Picture 1"/>
            <wp:cNvGraphicFramePr>
              <a:graphicFrameLocks noChangeAspect="1"/>
            </wp:cNvGraphicFramePr>
            <a:graphic>
              <a:graphicData uri="http://schemas.openxmlformats.org/drawingml/2006/picture">
                <pic:pic>
                  <pic:nvPicPr>
                    <pic:cNvPr id="0" name="071.jpg"/>
                    <pic:cNvPicPr/>
                  </pic:nvPicPr>
                  <pic:blipFill>
                    <a:blip r:embed="rId9"/>
                    <a:stretch>
                      <a:fillRect/>
                    </a:stretch>
                  </pic:blipFill>
                  <pic:spPr>
                    <a:xfrm>
                      <a:off x="0" y="0"/>
                      <a:ext cx="5486400" cy="3980688"/>
                    </a:xfrm>
                    <a:prstGeom prst="rect"/>
                  </pic:spPr>
                </pic:pic>
              </a:graphicData>
            </a:graphic>
          </wp:inline>
        </w:drawing>
      </w:r>
    </w:p>
    <w:p>
      <w:r>
        <w:rPr>
          <w:i/>
          <w:color w:val="525252"/>
          <w:sz w:val="17"/>
        </w:rPr>
        <w:t>Figure 1. Timeline: events per week by dataset [1]. Per week, 2025-12-29 to 2026-09-28. Source: Inspections and defects, Settlement monitoring, Daily progress by zone, Deliveries log (2,834 features). The data is in the appendix.</w:t>
      </w:r>
    </w:p>
    <w:p>
      <w:r>
        <w:rPr>
          <w:i w:val="0"/>
        </w:rPr>
        <w:t>The timeline counts 2,834 dated events in Inspections and defects, Settlement monitoring, Daily progress by zone and 1 more per week, from week of 2025-12-29 to week of 2026-09-28 [1][2][3][4][5]. By dataset: Daily progress by zone 1,264; Inspections and defects 900; Deliveries log 400; Settlement monitoring 270 [1]. The trend is +1.31 events per week; the second half of the weeks has 1,683 against 1,151 in the first (+46.2%) [1]. 6 of the 40 weeks had no events [1].</w:t>
      </w:r>
    </w:p>
    <w:p>
      <w:r>
        <w:rPr>
          <w:b/>
        </w:rPr>
        <w:t>Busiest weeks</w:t>
      </w:r>
    </w:p>
    <w:p>
      <w:pPr>
        <w:pStyle w:val="ListBullet"/>
      </w:pPr>
      <w:r>
        <w:t>week of 2026-03-30: 131 events [1]</w:t>
      </w:r>
    </w:p>
    <w:p>
      <w:pPr>
        <w:pStyle w:val="ListBullet"/>
      </w:pPr>
      <w:r>
        <w:t>week of 2026-07-27: 129 events [1]</w:t>
      </w:r>
    </w:p>
    <w:p>
      <w:pPr>
        <w:pStyle w:val="ListBullet"/>
      </w:pPr>
      <w:r>
        <w:t>week of 2026-06-01: 126 events [1]</w:t>
      </w:r>
    </w:p>
    <w:p>
      <w:r>
        <w:rPr>
          <w:b/>
        </w:rPr>
        <w:t>Quietest weeks with events</w:t>
      </w:r>
    </w:p>
    <w:p>
      <w:pPr>
        <w:pStyle w:val="ListBullet"/>
      </w:pPr>
      <w:r>
        <w:t>week of 2026-09-28: 22 events [1]</w:t>
      </w:r>
    </w:p>
    <w:p>
      <w:pPr>
        <w:pStyle w:val="ListBullet"/>
      </w:pPr>
      <w:r>
        <w:t>week of 2026-09-07: 26 events [1]</w:t>
      </w:r>
    </w:p>
    <w:p>
      <w:pPr>
        <w:pStyle w:val="ListBullet"/>
      </w:pPr>
      <w:r>
        <w:t>week of 2026-09-14: 27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[6]. In ArcGIS it is Emerging Hot Spot Analysis or Create Space Time Cube [6].</w:t>
      </w:r>
    </w:p>
    <w:p>
      <w:r>
        <w:rPr>
          <w:b/>
        </w:rPr>
        <w:t xml:space="preserve">Why it was run on this data. </w:t>
      </w:r>
      <w:r>
        <w:rPr>
          <w:i w:val="0"/>
        </w:rPr>
        <w:t>Inspections and defects carry dates in 'inspected_at': emerging hot spot analysis finds new, intensifying and fading hot spots per week [7].</w:t>
      </w:r>
    </w:p>
    <w:p>
      <w:r>
        <w:rPr>
          <w:b/>
        </w:rPr>
        <w:t xml:space="preserve">What it found. </w:t>
      </w:r>
      <w:r>
        <w:rPr>
          <w:i w:val="0"/>
        </w:rPr>
        <w:t>The `gp_space_time_hot_spots` tool was run using the `Inspections and defects` input layer [9] [8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28</w:t>
            </w:r>
          </w:p>
        </w:tc>
      </w:tr>
      <w:tr>
        <w:tc>
          <w:tcPr>
            <w:tcW w:type="dxa" w:w="4320"/>
          </w:tcPr>
          <w:p>
            <w:r>
              <w:t>result, elapsed ms</w:t>
            </w:r>
          </w:p>
        </w:tc>
        <w:tc>
          <w:tcPr>
            <w:tcW w:type="dxa" w:w="4320"/>
          </w:tcPr>
          <w:p>
            <w:r>
              <w:t>16</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900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0.145</w:t>
            </w:r>
          </w:p>
        </w:tc>
      </w:tr>
      <w:tr>
        <w:tc>
          <w:tcPr>
            <w:tcW w:type="dxa" w:w="4320"/>
          </w:tcPr>
          <w:p>
            <w:r>
              <w:t>billing, list price</w:t>
            </w:r>
          </w:p>
        </w:tc>
        <w:tc>
          <w:tcPr>
            <w:tcW w:type="dxa" w:w="4320"/>
          </w:tcPr>
          <w:p>
            <w:r>
              <w:t>0.145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Inspections and defects: Emerging hot spots: 1 layer saved: Emerging hot spots: Inspections and defects (28 features) [8][9].</w:t>
      </w:r>
    </w:p>
    <w:p>
      <w:pPr>
        <w:pStyle w:val="ListBullet"/>
      </w:pPr>
      <w:r>
        <w:rPr>
          <w:b/>
        </w:rPr>
        <w:t xml:space="preserve">Evidenced: </w:t>
      </w:r>
      <w:r>
        <w:t>It reported result, count 28; result, elapsed ms 16; result, resolution 9; result, features used 900; result, time neighbors 0; billing, cost 0.145 [8].</w:t>
      </w:r>
    </w:p>
    <w:p>
      <w:r>
        <w:rPr>
          <w:i/>
          <w:color w:val="525252"/>
          <w:sz w:val="17"/>
        </w:rPr>
        <w:t>Tool gp_space_time_hot_spots; parameters {"project": "d4e5404f-06e4-4689-a539-31a71b8348eb", "features": {"layer": "Inspections and defects (2d513b03)"}, "interval": "week", "bin_shape": "h3", "resolution": 9, "time_field": "inspected_at"}</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[6]. In ArcGIS it is Emerging Hot Spot Analysis or Create Space Time Cube [6].</w:t>
      </w:r>
    </w:p>
    <w:p>
      <w:r>
        <w:rPr>
          <w:b/>
        </w:rPr>
        <w:t xml:space="preserve">Why it was run on this data. </w:t>
      </w:r>
      <w:r>
        <w:rPr>
          <w:i w:val="0"/>
        </w:rPr>
        <w:t>Settlement monitoring carry dates in 'month': emerging hot spot analysis finds new, intensifying and fading hot spots per week [10].</w:t>
      </w:r>
    </w:p>
    <w:p>
      <w:r>
        <w:rPr>
          <w:b/>
        </w:rPr>
        <w:t xml:space="preserve">What it found. </w:t>
      </w:r>
      <w:r>
        <w:rPr>
          <w:i w:val="0"/>
        </w:rPr>
        <w:t>Space time hot spots on Settlement monitoring: Emerging hot spots: 1 layer saved: Emerging hot spots: Settlement monitoring (10 features) [11][12]. It reported result, count 10; result, elapsed ms 2; result, resolution 9; result, features used 270; result, time neighbors 0; billing, cost 0.1135 [11].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2</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270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0.1135</w:t>
            </w:r>
          </w:p>
        </w:tc>
      </w:tr>
      <w:tr>
        <w:tc>
          <w:tcPr>
            <w:tcW w:type="dxa" w:w="4320"/>
          </w:tcPr>
          <w:p>
            <w:r>
              <w:t>billing, list price</w:t>
            </w:r>
          </w:p>
        </w:tc>
        <w:tc>
          <w:tcPr>
            <w:tcW w:type="dxa" w:w="4320"/>
          </w:tcPr>
          <w:p>
            <w:r>
              <w:t>0.1135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Settlement monitoring: Emerging hot spots: 1 layer saved: Emerging hot spots: Settlement monitoring (10 features) [11][12].</w:t>
      </w:r>
    </w:p>
    <w:p>
      <w:pPr>
        <w:pStyle w:val="ListBullet"/>
      </w:pPr>
      <w:r>
        <w:rPr>
          <w:b/>
        </w:rPr>
        <w:t xml:space="preserve">Evidenced: </w:t>
      </w:r>
      <w:r>
        <w:t>It reported result, count 10; result, elapsed ms 2; result, resolution 9; result, features used 270; result, time neighbors 0; billing, cost 0.1135 [11].</w:t>
      </w:r>
    </w:p>
    <w:p>
      <w:r>
        <w:rPr>
          <w:i/>
          <w:color w:val="525252"/>
          <w:sz w:val="17"/>
        </w:rPr>
        <w:t>A model draft was discarded because a sentence did not cite a source of this section.</w:t>
      </w:r>
    </w:p>
    <w:p>
      <w:r>
        <w:rPr>
          <w:i/>
          <w:color w:val="525252"/>
          <w:sz w:val="17"/>
        </w:rPr>
        <w:t>Tool gp_space_time_hot_spots; parameters {"project": "d4e5404f-06e4-4689-a539-31a71b8348eb", "features": {"layer": "Settlement monitoring (425841af)"}, "interval": "week", "bin_shape": "h3", "resolution": 9, "time_field": "month"}</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[13]. In ArcGIS it is Repeat and Near Repeat Classification or Near Repeat Calculator [13].</w:t>
      </w:r>
    </w:p>
    <w:p>
      <w:r>
        <w:rPr>
          <w:b/>
        </w:rPr>
        <w:t xml:space="preserve">Why it was run on this data. </w:t>
      </w:r>
      <w:r>
        <w:rPr>
          <w:i w:val="0"/>
        </w:rPr>
        <w:t>Near repeat analysis tests whether Inspections and defects close in space also follow each other within 21 days [14].</w:t>
      </w:r>
    </w:p>
    <w:p>
      <w:r>
        <w:rPr>
          <w:b/>
        </w:rPr>
        <w:t xml:space="preserve">What it found. </w:t>
      </w:r>
      <w:r>
        <w:rPr>
          <w:i w:val="0"/>
        </w:rPr>
        <w:t>Near repeat on Inspections and defects: Repeat and near repeat classification: 1 layer saved: Repeat and near repeat classification: Inspections and defects (900 features) [9][15]. It reported result, days 21; result, count 900; result, chains 65; result, distance m 50; result, elapsed ms 78; result, pairs linked 3,856 [15].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21</w:t>
            </w:r>
          </w:p>
        </w:tc>
      </w:tr>
      <w:tr>
        <w:tc>
          <w:tcPr>
            <w:tcW w:type="dxa" w:w="4320"/>
          </w:tcPr>
          <w:p>
            <w:r>
              <w:t>result, count</w:t>
            </w:r>
          </w:p>
        </w:tc>
        <w:tc>
          <w:tcPr>
            <w:tcW w:type="dxa" w:w="4320"/>
          </w:tcPr>
          <w:p>
            <w:r>
              <w:t>900</w:t>
            </w:r>
          </w:p>
        </w:tc>
      </w:tr>
      <w:tr>
        <w:tc>
          <w:tcPr>
            <w:tcW w:type="dxa" w:w="4320"/>
          </w:tcPr>
          <w:p>
            <w:r>
              <w:t>result, chains</w:t>
            </w:r>
          </w:p>
        </w:tc>
        <w:tc>
          <w:tcPr>
            <w:tcW w:type="dxa" w:w="4320"/>
          </w:tcPr>
          <w:p>
            <w:r>
              <w:t>65</w:t>
            </w:r>
          </w:p>
        </w:tc>
      </w:tr>
      <w:tr>
        <w:tc>
          <w:tcPr>
            <w:tcW w:type="dxa" w:w="4320"/>
          </w:tcPr>
          <w:p>
            <w:r>
              <w:t>result, distance m</w:t>
            </w:r>
          </w:p>
        </w:tc>
        <w:tc>
          <w:tcPr>
            <w:tcW w:type="dxa" w:w="4320"/>
          </w:tcPr>
          <w:p>
            <w:r>
              <w:t>50</w:t>
            </w:r>
          </w:p>
        </w:tc>
      </w:tr>
      <w:tr>
        <w:tc>
          <w:tcPr>
            <w:tcW w:type="dxa" w:w="4320"/>
          </w:tcPr>
          <w:p>
            <w:r>
              <w:t>result, elapsed ms</w:t>
            </w:r>
          </w:p>
        </w:tc>
        <w:tc>
          <w:tcPr>
            <w:tcW w:type="dxa" w:w="4320"/>
          </w:tcPr>
          <w:p>
            <w:r>
              <w:t>78</w:t>
            </w:r>
          </w:p>
        </w:tc>
      </w:tr>
      <w:tr>
        <w:tc>
          <w:tcPr>
            <w:tcW w:type="dxa" w:w="4320"/>
          </w:tcPr>
          <w:p>
            <w:r>
              <w:t>result, pairs linked</w:t>
            </w:r>
          </w:p>
        </w:tc>
        <w:tc>
          <w:tcPr>
            <w:tcW w:type="dxa" w:w="4320"/>
          </w:tcPr>
          <w:p>
            <w:r>
              <w:t>3,856</w:t>
            </w:r>
          </w:p>
        </w:tc>
      </w:tr>
      <w:tr>
        <w:tc>
          <w:tcPr>
            <w:tcW w:type="dxa" w:w="4320"/>
          </w:tcPr>
          <w:p>
            <w:r>
              <w:t>billing, cost</w:t>
            </w:r>
          </w:p>
        </w:tc>
        <w:tc>
          <w:tcPr>
            <w:tcW w:type="dxa" w:w="4320"/>
          </w:tcPr>
          <w:p>
            <w:r>
              <w:t>0.077</w:t>
            </w:r>
          </w:p>
        </w:tc>
      </w:tr>
      <w:tr>
        <w:tc>
          <w:tcPr>
            <w:tcW w:type="dxa" w:w="4320"/>
          </w:tcPr>
          <w:p>
            <w:r>
              <w:t>billing, list price</w:t>
            </w:r>
          </w:p>
        </w:tc>
        <w:tc>
          <w:tcPr>
            <w:tcW w:type="dxa" w:w="4320"/>
          </w:tcPr>
          <w:p>
            <w:r>
              <w:t>0.077</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Inspections and defects: Repeat and near repeat classification: 1 layer saved: Repeat and near repeat classification: Inspections and defects (900 features) [9][15].</w:t>
      </w:r>
    </w:p>
    <w:p>
      <w:pPr>
        <w:pStyle w:val="ListBullet"/>
      </w:pPr>
      <w:r>
        <w:rPr>
          <w:b/>
        </w:rPr>
        <w:t xml:space="preserve">Evidenced: </w:t>
      </w:r>
      <w:r>
        <w:t>It reported result, days 21; result, count 900; result, chains 65; result, distance m 50; result, elapsed ms 78; result, pairs linked 3,856 [15].</w:t>
      </w:r>
    </w:p>
    <w:p>
      <w:r>
        <w:rPr>
          <w:i/>
          <w:color w:val="525252"/>
          <w:sz w:val="17"/>
        </w:rPr>
        <w:t>Tool gp_near_repeat; parameters {"days": 21, "project": "d4e5404f-06e4-4689-a539-31a71b8348eb", "features": {"layer": "Inspections and defects (2d513b03)"}, "distance_m": 50.0, "time_field": "inspected_at"}</w:t>
      </w:r>
    </w:p>
    <w:p>
      <w:pPr>
        <w:pStyle w:val="Heading1"/>
      </w:pPr>
      <w:r>
        <w:t>Hot spots</w:t>
      </w:r>
    </w:p>
    <w:p>
      <w:r>
        <w:rPr>
          <w:b/>
        </w:rPr>
        <w:t xml:space="preserve">What this analysis is. </w:t>
      </w:r>
      <w:r>
        <w:rPr>
          <w:i w:val="0"/>
        </w:rPr>
        <w:t>Hot spot analysis: Getis-Ord Gi* hot and cold spots with z-scores, p-values and confidence bins [16]. In ArcGIS it is Find Hot Spots or Hot Spot Analysis (Getis-Ord Gi*); in QGIS, qgis:hotspot (plugin) [16].</w:t>
      </w:r>
    </w:p>
    <w:p>
      <w:r>
        <w:rPr>
          <w:b/>
        </w:rPr>
        <w:t xml:space="preserve">Why it was run on this data. </w:t>
      </w:r>
      <w:r>
        <w:rPr>
          <w:i w:val="0"/>
        </w:rPr>
        <w:t>900 points: Getis-Ord Gi* tests whether the concentrations in Inspections and defects are statistically significant [17].</w:t>
      </w:r>
    </w:p>
    <w:p>
      <w:r>
        <w:rPr>
          <w:b/>
        </w:rPr>
        <w:t xml:space="preserve">What it found. </w:t>
      </w:r>
      <w:r>
        <w:rPr>
          <w:i w:val="0"/>
        </w:rPr>
        <w:t>The hot spot analysis was performed on the Inspections and defects layer [9], generating a result layer with 317 features [18]. This process used 900 incidents [18] and covered a distance band of 200 m [18]. The analysis report indicates a cell size of 100 m [18] and resulted in an elapsed time of 19 ms [18]. The total billing cost for this analysis was 0.068 [18].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317</w:t>
            </w:r>
          </w:p>
        </w:tc>
      </w:tr>
      <w:tr>
        <w:tc>
          <w:tcPr>
            <w:tcW w:type="dxa" w:w="4320"/>
          </w:tcPr>
          <w:p>
            <w:r>
              <w:t>result, count</w:t>
            </w:r>
          </w:p>
        </w:tc>
        <w:tc>
          <w:tcPr>
            <w:tcW w:type="dxa" w:w="4320"/>
          </w:tcPr>
          <w:p>
            <w:r>
              <w:t>317</w:t>
            </w:r>
          </w:p>
        </w:tc>
      </w:tr>
      <w:tr>
        <w:tc>
          <w:tcPr>
            <w:tcW w:type="dxa" w:w="4320"/>
          </w:tcPr>
          <w:p>
            <w:r>
              <w:t>result, elapsed ms</w:t>
            </w:r>
          </w:p>
        </w:tc>
        <w:tc>
          <w:tcPr>
            <w:tcW w:type="dxa" w:w="4320"/>
          </w:tcPr>
          <w:p>
            <w:r>
              <w:t>19</w:t>
            </w:r>
          </w:p>
        </w:tc>
      </w:tr>
      <w:tr>
        <w:tc>
          <w:tcPr>
            <w:tcW w:type="dxa" w:w="4320"/>
          </w:tcPr>
          <w:p>
            <w:r>
              <w:t>result, cell size m</w:t>
            </w:r>
          </w:p>
        </w:tc>
        <w:tc>
          <w:tcPr>
            <w:tcW w:type="dxa" w:w="4320"/>
          </w:tcPr>
          <w:p>
            <w:r>
              <w:t>100</w:t>
            </w:r>
          </w:p>
        </w:tc>
      </w:tr>
      <w:tr>
        <w:tc>
          <w:tcPr>
            <w:tcW w:type="dxa" w:w="4320"/>
          </w:tcPr>
          <w:p>
            <w:r>
              <w:t>result, incidents used</w:t>
            </w:r>
          </w:p>
        </w:tc>
        <w:tc>
          <w:tcPr>
            <w:tcW w:type="dxa" w:w="4320"/>
          </w:tcPr>
          <w:p>
            <w:r>
              <w:t>900</w:t>
            </w:r>
          </w:p>
        </w:tc>
      </w:tr>
      <w:tr>
        <w:tc>
          <w:tcPr>
            <w:tcW w:type="dxa" w:w="4320"/>
          </w:tcPr>
          <w:p>
            <w:r>
              <w:t>result, distance band m</w:t>
            </w:r>
          </w:p>
        </w:tc>
        <w:tc>
          <w:tcPr>
            <w:tcW w:type="dxa" w:w="4320"/>
          </w:tcPr>
          <w:p>
            <w:r>
              <w:t>200</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Inspections and defects: Hot spot analysis: 1 layer saved: Hot spot analysis: Inspections and defects (317 features) [9][18].</w:t>
      </w:r>
    </w:p>
    <w:p>
      <w:pPr>
        <w:pStyle w:val="ListBullet"/>
      </w:pPr>
      <w:r>
        <w:rPr>
          <w:b/>
        </w:rPr>
        <w:t xml:space="preserve">Evidenced: </w:t>
      </w:r>
      <w:r>
        <w:t>It reported result, bins 317; result, count 317; result, elapsed ms 19; result, cell size m 100; result, incidents used 900; result, distance band m 200 [18].</w:t>
      </w:r>
    </w:p>
    <w:p>
      <w:r>
        <w:rPr>
          <w:i/>
          <w:color w:val="525252"/>
          <w:sz w:val="17"/>
        </w:rPr>
        <w:t>Tool gp_hot_spots; parameters {"project": "d4e5404f-06e4-4689-a539-31a71b8348eb", "features": {"layer": "Inspections and defects (2d513b03)"}, "aggregation": "hexagon", "cell_size_m": 100.0, "distance_band_m": 200.0}</w:t>
      </w:r>
    </w:p>
    <w:p>
      <w:pPr>
        <w:pStyle w:val="Heading1"/>
      </w:pPr>
      <w:r>
        <w:t>Hot spots</w:t>
      </w:r>
    </w:p>
    <w:p>
      <w:r>
        <w:rPr>
          <w:b/>
        </w:rPr>
        <w:t xml:space="preserve">What this analysis is. </w:t>
      </w:r>
      <w:r>
        <w:rPr>
          <w:i w:val="0"/>
        </w:rPr>
        <w:t>Hot spot analysis: Getis-Ord Gi* hot and cold spots with z-scores, p-values and confidence bins [16]. In ArcGIS it is Find Hot Spots or Hot Spot Analysis (Getis-Ord Gi*); in QGIS, qgis:hotspot (plugin) [16].</w:t>
      </w:r>
    </w:p>
    <w:p>
      <w:r>
        <w:rPr>
          <w:b/>
        </w:rPr>
        <w:t xml:space="preserve">Why it was run on this data. </w:t>
      </w:r>
      <w:r>
        <w:rPr>
          <w:i w:val="0"/>
        </w:rPr>
        <w:t>270 points: Getis-Ord Gi* tests whether the concentrations in Settlement monitoring are statistically significant [19].</w:t>
      </w:r>
    </w:p>
    <w:p>
      <w:r>
        <w:rPr>
          <w:b/>
        </w:rPr>
        <w:t xml:space="preserve">What it found. </w:t>
      </w:r>
      <w:r>
        <w:rPr>
          <w:i w:val="0"/>
        </w:rPr>
        <w:t>Hot spots on Settlement monitoring: Hot spot analysis: 1 layer saved: Hot spot analysis: Settlement monitoring (87 features) [12][20]. It reported result, bins 87; result, count 87; result, elapsed ms 5; result, cell size m 50; result, incidents used 270; result, distance band m 100 [20].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87</w:t>
            </w:r>
          </w:p>
        </w:tc>
      </w:tr>
      <w:tr>
        <w:tc>
          <w:tcPr>
            <w:tcW w:type="dxa" w:w="4320"/>
          </w:tcPr>
          <w:p>
            <w:r>
              <w:t>result, count</w:t>
            </w:r>
          </w:p>
        </w:tc>
        <w:tc>
          <w:tcPr>
            <w:tcW w:type="dxa" w:w="4320"/>
          </w:tcPr>
          <w:p>
            <w:r>
              <w:t>87</w:t>
            </w:r>
          </w:p>
        </w:tc>
      </w:tr>
      <w:tr>
        <w:tc>
          <w:tcPr>
            <w:tcW w:type="dxa" w:w="4320"/>
          </w:tcPr>
          <w:p>
            <w:r>
              <w:t>result, elapsed ms</w:t>
            </w:r>
          </w:p>
        </w:tc>
        <w:tc>
          <w:tcPr>
            <w:tcW w:type="dxa" w:w="4320"/>
          </w:tcPr>
          <w:p>
            <w:r>
              <w:t>5</w:t>
            </w:r>
          </w:p>
        </w:tc>
      </w:tr>
      <w:tr>
        <w:tc>
          <w:tcPr>
            <w:tcW w:type="dxa" w:w="4320"/>
          </w:tcPr>
          <w:p>
            <w:r>
              <w:t>result, cell size m</w:t>
            </w:r>
          </w:p>
        </w:tc>
        <w:tc>
          <w:tcPr>
            <w:tcW w:type="dxa" w:w="4320"/>
          </w:tcPr>
          <w:p>
            <w:r>
              <w:t>50</w:t>
            </w:r>
          </w:p>
        </w:tc>
      </w:tr>
      <w:tr>
        <w:tc>
          <w:tcPr>
            <w:tcW w:type="dxa" w:w="4320"/>
          </w:tcPr>
          <w:p>
            <w:r>
              <w:t>result, incidents used</w:t>
            </w:r>
          </w:p>
        </w:tc>
        <w:tc>
          <w:tcPr>
            <w:tcW w:type="dxa" w:w="4320"/>
          </w:tcPr>
          <w:p>
            <w:r>
              <w:t>270</w:t>
            </w:r>
          </w:p>
        </w:tc>
      </w:tr>
      <w:tr>
        <w:tc>
          <w:tcPr>
            <w:tcW w:type="dxa" w:w="4320"/>
          </w:tcPr>
          <w:p>
            <w:r>
              <w:t>result, distance band m</w:t>
            </w:r>
          </w:p>
        </w:tc>
        <w:tc>
          <w:tcPr>
            <w:tcW w:type="dxa" w:w="4320"/>
          </w:tcPr>
          <w:p>
            <w:r>
              <w:t>100</w:t>
            </w:r>
          </w:p>
        </w:tc>
      </w:tr>
      <w:tr>
        <w:tc>
          <w:tcPr>
            <w:tcW w:type="dxa" w:w="4320"/>
          </w:tcPr>
          <w:p>
            <w:r>
              <w:t>billing, cost</w:t>
            </w:r>
          </w:p>
        </w:tc>
        <w:tc>
          <w:tcPr>
            <w:tcW w:type="dxa" w:w="4320"/>
          </w:tcPr>
          <w:p>
            <w:r>
              <w:t>0.0554</w:t>
            </w:r>
          </w:p>
        </w:tc>
      </w:tr>
      <w:tr>
        <w:tc>
          <w:tcPr>
            <w:tcW w:type="dxa" w:w="4320"/>
          </w:tcPr>
          <w:p>
            <w:r>
              <w:t>billing, list price</w:t>
            </w:r>
          </w:p>
        </w:tc>
        <w:tc>
          <w:tcPr>
            <w:tcW w:type="dxa" w:w="4320"/>
          </w:tcPr>
          <w:p>
            <w:r>
              <w:t>0.0554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Settlement monitoring: Hot spot analysis: 1 layer saved: Hot spot analysis: Settlement monitoring (87 features) [12][20].</w:t>
      </w:r>
    </w:p>
    <w:p>
      <w:pPr>
        <w:pStyle w:val="ListBullet"/>
      </w:pPr>
      <w:r>
        <w:rPr>
          <w:b/>
        </w:rPr>
        <w:t xml:space="preserve">Evidenced: </w:t>
      </w:r>
      <w:r>
        <w:t>It reported result, bins 87; result, count 87; result, elapsed ms 5; result, cell size m 50; result, incidents used 270; result, distance band m 100 [20].</w:t>
      </w:r>
    </w:p>
    <w:p>
      <w:r>
        <w:rPr>
          <w:i/>
          <w:color w:val="525252"/>
          <w:sz w:val="17"/>
        </w:rPr>
        <w:t>Tool gp_hot_spots; parameters {"project": "d4e5404f-06e4-4689-a539-31a71b8348eb", "features": {"layer": "Settlement monitoring (425841af)"}, "aggregation": "hexagon", "cell_size_m": 50.0, "distance_band_m": 100.0}</w:t>
      </w:r>
    </w:p>
    <w:p>
      <w:pPr>
        <w:pStyle w:val="Heading1"/>
      </w:pPr>
      <w:r>
        <w:t>Hot spots</w:t>
      </w:r>
    </w:p>
    <w:p>
      <w:r>
        <w:rPr>
          <w:b/>
        </w:rPr>
        <w:t xml:space="preserve">What this analysis is. </w:t>
      </w:r>
      <w:r>
        <w:rPr>
          <w:i w:val="0"/>
        </w:rPr>
        <w:t>Hot spot analysis: Getis-Ord Gi* hot and cold spots with z-scores, p-values and confidence bins [16]. In ArcGIS it is Find Hot Spots or Hot Spot Analysis (Getis-Ord Gi*); in QGIS, qgis:hotspot (plugin) [16].</w:t>
      </w:r>
    </w:p>
    <w:p>
      <w:r>
        <w:rPr>
          <w:b/>
        </w:rPr>
        <w:t xml:space="preserve">Why it was run on this data. </w:t>
      </w:r>
      <w:r>
        <w:rPr>
          <w:i w:val="0"/>
        </w:rPr>
        <w:t>Gi* hot spots of 'pct_complete' across the areas [21].</w:t>
      </w:r>
    </w:p>
    <w:p>
      <w:r>
        <w:rPr>
          <w:b/>
        </w:rPr>
        <w:t xml:space="preserve">What it found. </w:t>
      </w:r>
      <w:r>
        <w:rPr>
          <w:i w:val="0"/>
        </w:rPr>
        <w:t>The hot spot analysis was performed using the Work zones layer [23] and generated a saved layer titled Hot spot analysis: Work zones [22].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1</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872.7</w:t>
            </w:r>
          </w:p>
        </w:tc>
      </w:tr>
      <w:tr>
        <w:tc>
          <w:tcPr>
            <w:tcW w:type="dxa" w:w="4320"/>
          </w:tcPr>
          <w:p>
            <w:r>
              <w:t>billing, cost</w:t>
            </w:r>
          </w:p>
        </w:tc>
        <w:tc>
          <w:tcPr>
            <w:tcW w:type="dxa" w:w="4320"/>
          </w:tcPr>
          <w:p>
            <w:r>
              <w:t>0.05016</w:t>
            </w:r>
          </w:p>
        </w:tc>
      </w:tr>
      <w:tr>
        <w:tc>
          <w:tcPr>
            <w:tcW w:type="dxa" w:w="4320"/>
          </w:tcPr>
          <w:p>
            <w:r>
              <w:t>billing, list price</w:t>
            </w:r>
          </w:p>
        </w:tc>
        <w:tc>
          <w:tcPr>
            <w:tcW w:type="dxa" w:w="4320"/>
          </w:tcPr>
          <w:p>
            <w:r>
              <w:t>0.05016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Work zones: Hot spot analysis: 1 layer saved: Hot spot analysis: Work zones (8 features) [22][23].</w:t>
      </w:r>
    </w:p>
    <w:p>
      <w:pPr>
        <w:pStyle w:val="ListBullet"/>
      </w:pPr>
      <w:r>
        <w:rPr>
          <w:b/>
        </w:rPr>
        <w:t xml:space="preserve">Evidenced: </w:t>
      </w:r>
      <w:r>
        <w:t>It reported result, count 8; result, elapsed ms 1; result, excluded null 0; result, distance band m 872.7; billing, cost 0.05016; billing, list price 0.05016 [22].</w:t>
      </w:r>
    </w:p>
    <w:p>
      <w:r>
        <w:rPr>
          <w:i/>
          <w:color w:val="525252"/>
          <w:sz w:val="17"/>
        </w:rPr>
        <w:t>Tool gp_hot_spots; parameters {"field": "pct_complete", "project": "d4e5404f-06e4-4689-a539-31a71b8348eb", "features": {"layer": "Work zones (a87c9da1)"}}</w:t>
      </w:r>
    </w:p>
    <w:p>
      <w:pPr>
        <w:pStyle w:val="Heading1"/>
      </w:pPr>
      <w:r>
        <w:t>Index change</w:t>
      </w:r>
    </w:p>
    <w:p>
      <w:r>
        <w:rPr>
          <w:b/>
        </w:rPr>
        <w:t xml:space="preserve">What this analysis is. </w:t>
      </w:r>
      <w:r>
        <w:rPr>
          <w:i w:val="0"/>
        </w:rPr>
        <w:t>Spectral index change: Change of a spectral index (NDVI, NDWI, NDBI, NBR …) or a band expression between two images: before, after and difference rasters, decrease / increase classes beyond the threshold with polygons and areas; NBR also gives dNBR with burn severity classes [24].</w:t>
      </w:r>
    </w:p>
    <w:p>
      <w:r>
        <w:rPr>
          <w:b/>
        </w:rPr>
        <w:t xml:space="preserve">Why it was run on this data. </w:t>
      </w:r>
      <w:r>
        <w:rPr>
          <w:i w:val="0"/>
        </w:rPr>
        <w:t>Index change between Site progress scene 2026-03-01 (2026-03-01) and Site progress scene 2026-09-01 (2026-09-01): the changed area, with the changed places as polygons [25].</w:t>
      </w:r>
    </w:p>
    <w:p>
      <w:r>
        <w:rPr>
          <w:b/>
        </w:rPr>
        <w:t xml:space="preserve">What it found. </w:t>
      </w:r>
      <w:r>
        <w:rPr>
          <w:i w:val="0"/>
        </w:rPr>
        <w:t>Index change: Spectral index change: created NDVI change Site progress scene 2026-03-01 to Site progress scene 2026-09-01 (300 x 250 cells, 10.00 m) [26]. plus 1 more raster layer(s) [26]. and layer NDVI change polygons with 1078 feature(s) [26]. mean before 0.08239; mean after 0.08535; mean difference 0.002955; decrease ha 9.00; increase ha 15.70 [26]. It reported stats, polygons 1,078; stats, mean after 0.08535; stats, decrease ha 9; stats, increase ha 15.7; stats, mean before 0.08239; stats, masked pixels 0 [26].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polygons</w:t>
            </w:r>
          </w:p>
        </w:tc>
        <w:tc>
          <w:tcPr>
            <w:tcW w:type="dxa" w:w="4320"/>
          </w:tcPr>
          <w:p>
            <w:r>
              <w:t>1,078</w:t>
            </w:r>
          </w:p>
        </w:tc>
      </w:tr>
      <w:tr>
        <w:tc>
          <w:tcPr>
            <w:tcW w:type="dxa" w:w="4320"/>
          </w:tcPr>
          <w:p>
            <w:r>
              <w:t>stats, mean after</w:t>
            </w:r>
          </w:p>
        </w:tc>
        <w:tc>
          <w:tcPr>
            <w:tcW w:type="dxa" w:w="4320"/>
          </w:tcPr>
          <w:p>
            <w:r>
              <w:t>0.08535</w:t>
            </w:r>
          </w:p>
        </w:tc>
      </w:tr>
      <w:tr>
        <w:tc>
          <w:tcPr>
            <w:tcW w:type="dxa" w:w="4320"/>
          </w:tcPr>
          <w:p>
            <w:r>
              <w:t>stats, decrease ha</w:t>
            </w:r>
          </w:p>
        </w:tc>
        <w:tc>
          <w:tcPr>
            <w:tcW w:type="dxa" w:w="4320"/>
          </w:tcPr>
          <w:p>
            <w:r>
              <w:t>9</w:t>
            </w:r>
          </w:p>
        </w:tc>
      </w:tr>
      <w:tr>
        <w:tc>
          <w:tcPr>
            <w:tcW w:type="dxa" w:w="4320"/>
          </w:tcPr>
          <w:p>
            <w:r>
              <w:t>stats, increase ha</w:t>
            </w:r>
          </w:p>
        </w:tc>
        <w:tc>
          <w:tcPr>
            <w:tcW w:type="dxa" w:w="4320"/>
          </w:tcPr>
          <w:p>
            <w:r>
              <w:t>15.7</w:t>
            </w:r>
          </w:p>
        </w:tc>
      </w:tr>
      <w:tr>
        <w:tc>
          <w:tcPr>
            <w:tcW w:type="dxa" w:w="4320"/>
          </w:tcPr>
          <w:p>
            <w:r>
              <w:t>stats, mean before</w:t>
            </w:r>
          </w:p>
        </w:tc>
        <w:tc>
          <w:tcPr>
            <w:tcW w:type="dxa" w:w="4320"/>
          </w:tcPr>
          <w:p>
            <w:r>
              <w:t>0.08239</w:t>
            </w:r>
          </w:p>
        </w:tc>
      </w:tr>
      <w:tr>
        <w:tc>
          <w:tcPr>
            <w:tcW w:type="dxa" w:w="4320"/>
          </w:tcPr>
          <w:p>
            <w:r>
              <w:t>stats, masked pixels</w:t>
            </w:r>
          </w:p>
        </w:tc>
        <w:tc>
          <w:tcPr>
            <w:tcW w:type="dxa" w:w="4320"/>
          </w:tcPr>
          <w:p>
            <w:r>
              <w:t>0</w:t>
            </w:r>
          </w:p>
        </w:tc>
      </w:tr>
      <w:tr>
        <w:tc>
          <w:tcPr>
            <w:tcW w:type="dxa" w:w="4320"/>
          </w:tcPr>
          <w:p>
            <w:r>
              <w:t>stats, mean difference</w:t>
            </w:r>
          </w:p>
        </w:tc>
        <w:tc>
          <w:tcPr>
            <w:tcW w:type="dxa" w:w="4320"/>
          </w:tcPr>
          <w:p>
            <w:r>
              <w:t>0.002955</w:t>
            </w:r>
          </w:p>
        </w:tc>
      </w:tr>
      <w:tr>
        <w:tc>
          <w:tcPr>
            <w:tcW w:type="dxa" w:w="4320"/>
          </w:tcPr>
          <w:p>
            <w:r>
              <w:t>elapsed ms</w:t>
            </w:r>
          </w:p>
        </w:tc>
        <w:tc>
          <w:tcPr>
            <w:tcW w:type="dxa" w:w="4320"/>
          </w:tcPr>
          <w:p>
            <w:r>
              <w:t>692</w:t>
            </w:r>
          </w:p>
        </w:tc>
      </w:tr>
    </w:tbl>
    <w:p/>
    <w:p>
      <w:r>
        <w:rPr>
          <w:b/>
        </w:rPr>
        <w:t>Findings</w:t>
      </w:r>
    </w:p>
    <w:p>
      <w:pPr>
        <w:pStyle w:val="ListBullet"/>
      </w:pPr>
      <w:r>
        <w:rPr>
          <w:b/>
        </w:rPr>
        <w:t xml:space="preserve">Evidenced: </w:t>
      </w:r>
      <w:r>
        <w:t>Index change: Spectral index change: created NDVI change Site progress scene 2026-03-01 to Site progress scene 2026-09-01 (300 x 250 cells, 10.00 m) [26].</w:t>
      </w:r>
    </w:p>
    <w:p>
      <w:pPr>
        <w:pStyle w:val="ListBullet"/>
      </w:pPr>
      <w:r>
        <w:rPr>
          <w:b/>
        </w:rPr>
        <w:t xml:space="preserve">Evidenced: </w:t>
      </w:r>
      <w:r>
        <w:t>plus 1 more raster layer(s) [26].</w:t>
      </w:r>
    </w:p>
    <w:p>
      <w:pPr>
        <w:pStyle w:val="ListBullet"/>
      </w:pPr>
      <w:r>
        <w:rPr>
          <w:b/>
        </w:rPr>
        <w:t xml:space="preserve">Evidenced: </w:t>
      </w:r>
      <w:r>
        <w:t>and layer NDVI change polygons with 1078 feature(s) [26].</w:t>
      </w:r>
    </w:p>
    <w:p>
      <w:pPr>
        <w:pStyle w:val="ListBullet"/>
      </w:pPr>
      <w:r>
        <w:rPr>
          <w:b/>
        </w:rPr>
        <w:t xml:space="preserve">Evidenced: </w:t>
      </w:r>
      <w:r>
        <w:t>mean before 0.08239; mean after 0.08535; mean difference 0.002955; decrease ha 9.00; increase ha 15.70 [26].</w:t>
      </w:r>
    </w:p>
    <w:p>
      <w:pPr>
        <w:pStyle w:val="ListBullet"/>
      </w:pPr>
      <w:r>
        <w:rPr>
          <w:b/>
        </w:rPr>
        <w:t xml:space="preserve">Evidenced: </w:t>
      </w:r>
      <w:r>
        <w:t>It reported stats, polygons 1,078; stats, mean after 0.08535; stats, decrease ha 9; stats, increase ha 15.7; stats, mean before 0.08239; stats, masked pixels 0 [26].</w:t>
      </w:r>
    </w:p>
    <w:p>
      <w:r>
        <w:rPr>
          <w:i/>
          <w:color w:val="525252"/>
          <w:sz w:val="17"/>
        </w:rPr>
        <w:t>Tool im_index_change; parameters {"after_id": "Site progress scene 2026-09-01 (0e506696)", "polygons": true, "before_id": "Site progress scene 2026-03-01 (44bcba49)"}</w:t>
      </w:r>
    </w:p>
    <w:p>
      <w:pPr>
        <w:pStyle w:val="Heading1"/>
      </w:pPr>
      <w:r>
        <w:t>Compute change raster</w:t>
      </w:r>
    </w:p>
    <w:p>
      <w:r>
        <w:rPr>
          <w:b/>
        </w:rPr>
        <w:t xml:space="preserve">What this analysis is. </w:t>
      </w:r>
      <w:r>
        <w:rPr>
          <w:i w:val="0"/>
        </w:rPr>
        <w:t>Compute change raster: Pixel value or spectral change between two co-registered images: difference, relative difference, absolute difference, log ratio (radar, dB), Euclidean spectral distance, spectral angle (radians) or the band with most change [27].</w:t>
      </w:r>
    </w:p>
    <w:p>
      <w:r>
        <w:rPr>
          <w:b/>
        </w:rPr>
        <w:t xml:space="preserve">Why it was run on this data. </w:t>
      </w:r>
      <w:r>
        <w:rPr>
          <w:i w:val="0"/>
        </w:rPr>
        <w:t>A change raster between Site progress scene 2026-03-01 (2026-03-01) and Site progress scene 2026-09-01 (2026-09-01): where and how much the pixels changed [28].</w:t>
      </w:r>
    </w:p>
    <w:p>
      <w:r>
        <w:rPr>
          <w:b/>
        </w:rPr>
        <w:t xml:space="preserve">What it found. </w:t>
      </w:r>
      <w:r>
        <w:rPr>
          <w:i w:val="0"/>
        </w:rPr>
        <w:t>Compute change raster: Compute change raster: created Difference Site progress scene 2026-03-01 to Site progress scene 2026-09-01 (300 x 250 cells, 10.00 m) [29]. mean -0.001083; std 0.01804; min -0.134; max 0.091; masked pixels 0 [29]. It reported stats, max 0.091; stats, min -0.134; stats, std 0.01804; stats, mean -0.001083; stats, masked pixels 0; elapsed ms 115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max</w:t>
            </w:r>
          </w:p>
        </w:tc>
        <w:tc>
          <w:tcPr>
            <w:tcW w:type="dxa" w:w="4320"/>
          </w:tcPr>
          <w:p>
            <w:r>
              <w:t>0.091</w:t>
            </w:r>
          </w:p>
        </w:tc>
      </w:tr>
      <w:tr>
        <w:tc>
          <w:tcPr>
            <w:tcW w:type="dxa" w:w="4320"/>
          </w:tcPr>
          <w:p>
            <w:r>
              <w:t>stats, min</w:t>
            </w:r>
          </w:p>
        </w:tc>
        <w:tc>
          <w:tcPr>
            <w:tcW w:type="dxa" w:w="4320"/>
          </w:tcPr>
          <w:p>
            <w:r>
              <w:t>-0.134</w:t>
            </w:r>
          </w:p>
        </w:tc>
      </w:tr>
      <w:tr>
        <w:tc>
          <w:tcPr>
            <w:tcW w:type="dxa" w:w="4320"/>
          </w:tcPr>
          <w:p>
            <w:r>
              <w:t>stats, std</w:t>
            </w:r>
          </w:p>
        </w:tc>
        <w:tc>
          <w:tcPr>
            <w:tcW w:type="dxa" w:w="4320"/>
          </w:tcPr>
          <w:p>
            <w:r>
              <w:t>0.01804</w:t>
            </w:r>
          </w:p>
        </w:tc>
      </w:tr>
      <w:tr>
        <w:tc>
          <w:tcPr>
            <w:tcW w:type="dxa" w:w="4320"/>
          </w:tcPr>
          <w:p>
            <w:r>
              <w:t>stats, mean</w:t>
            </w:r>
          </w:p>
        </w:tc>
        <w:tc>
          <w:tcPr>
            <w:tcW w:type="dxa" w:w="4320"/>
          </w:tcPr>
          <w:p>
            <w:r>
              <w:t>-0.001083</w:t>
            </w:r>
          </w:p>
        </w:tc>
      </w:tr>
      <w:tr>
        <w:tc>
          <w:tcPr>
            <w:tcW w:type="dxa" w:w="4320"/>
          </w:tcPr>
          <w:p>
            <w:r>
              <w:t>stats, masked pixels</w:t>
            </w:r>
          </w:p>
        </w:tc>
        <w:tc>
          <w:tcPr>
            <w:tcW w:type="dxa" w:w="4320"/>
          </w:tcPr>
          <w:p>
            <w:r>
              <w:t>0</w:t>
            </w:r>
          </w:p>
        </w:tc>
      </w:tr>
      <w:tr>
        <w:tc>
          <w:tcPr>
            <w:tcW w:type="dxa" w:w="4320"/>
          </w:tcPr>
          <w:p>
            <w:r>
              <w:t>elapsed ms</w:t>
            </w:r>
          </w:p>
        </w:tc>
        <w:tc>
          <w:tcPr>
            <w:tcW w:type="dxa" w:w="4320"/>
          </w:tcPr>
          <w:p>
            <w:r>
              <w:t>115</w:t>
            </w:r>
          </w:p>
        </w:tc>
      </w:tr>
    </w:tbl>
    <w:p/>
    <w:p>
      <w:r>
        <w:rPr>
          <w:b/>
        </w:rPr>
        <w:t>Findings</w:t>
      </w:r>
    </w:p>
    <w:p>
      <w:pPr>
        <w:pStyle w:val="ListBullet"/>
      </w:pPr>
      <w:r>
        <w:rPr>
          <w:b/>
        </w:rPr>
        <w:t xml:space="preserve">Evidenced: </w:t>
      </w:r>
      <w:r>
        <w:t>Compute change raster: Compute change raster: created Difference Site progress scene 2026-03-01 to Site progress scene 2026-09-01 (300 x 250 cells, 10.00 m) [29].</w:t>
      </w:r>
    </w:p>
    <w:p>
      <w:pPr>
        <w:pStyle w:val="ListBullet"/>
      </w:pPr>
      <w:r>
        <w:rPr>
          <w:b/>
        </w:rPr>
        <w:t xml:space="preserve">Evidenced: </w:t>
      </w:r>
      <w:r>
        <w:t>mean -0.001083; std 0.01804; min -0.134; max 0.091; masked pixels 0 [29].</w:t>
      </w:r>
    </w:p>
    <w:p>
      <w:pPr>
        <w:pStyle w:val="ListBullet"/>
      </w:pPr>
      <w:r>
        <w:rPr>
          <w:b/>
        </w:rPr>
        <w:t xml:space="preserve">Evidenced: </w:t>
      </w:r>
      <w:r>
        <w:t>It reported stats, max 0.091; stats, min -0.134; stats, std 0.01804; stats, mean -0.001083; stats, masked pixels 0; elapsed ms 115 [29].</w:t>
      </w:r>
    </w:p>
    <w:p>
      <w:r>
        <w:rPr>
          <w:i/>
          <w:color w:val="525252"/>
          <w:sz w:val="17"/>
        </w:rPr>
        <w:t>Tool im_compute_change_raster; parameters {"after_id": "Site progress scene 2026-09-01 (0e506696)", "before_id": "Site progress scene 2026-03-01 (44bcba49)"}</w:t>
      </w:r>
    </w:p>
    <w:p>
      <w:pPr>
        <w:pStyle w:val="Heading1"/>
      </w:pPr>
      <w:r>
        <w:t>Calculate density</w:t>
      </w:r>
    </w:p>
    <w:p>
      <w:r>
        <w:rPr>
          <w:b/>
        </w:rPr>
        <w:t xml:space="preserve">What this analysis is. </w:t>
      </w:r>
      <w:r>
        <w:rPr>
          <w:i w:val="0"/>
        </w:rPr>
        <w:t>Calculate density: Kernel density per square kilometer on a grid [30]. In ArcGIS it is Calculate Density or Kernel Density; in QGIS, native:heatmapkerneldensityestimation [30].</w:t>
      </w:r>
    </w:p>
    <w:p>
      <w:r>
        <w:rPr>
          <w:b/>
        </w:rPr>
        <w:t xml:space="preserve">Why it was run on this data. </w:t>
      </w:r>
      <w:r>
        <w:rPr>
          <w:i w:val="0"/>
        </w:rPr>
        <w:t>900 points in Inspections and defects: a density surface shows where they concentrate [31].</w:t>
      </w:r>
    </w:p>
    <w:p>
      <w:r>
        <w:rPr>
          <w:b/>
        </w:rPr>
        <w:t xml:space="preserve">What it found. </w:t>
      </w:r>
      <w:r>
        <w:rPr>
          <w:i w:val="0"/>
        </w:rPr>
        <w:t>The calculation of density using Inspections and defects [9] generated a result containing 976 features [32]. The maximum density calculated was 7,380 per km2 [32]. This process was completed with an elapsed time of 36 ms [32] and incurred a cost of 0.068 [32].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976</w:t>
            </w:r>
          </w:p>
        </w:tc>
      </w:tr>
      <w:tr>
        <w:tc>
          <w:tcPr>
            <w:tcW w:type="dxa" w:w="4320"/>
          </w:tcPr>
          <w:p>
            <w:r>
              <w:t>result, elapsed ms</w:t>
            </w:r>
          </w:p>
        </w:tc>
        <w:tc>
          <w:tcPr>
            <w:tcW w:type="dxa" w:w="4320"/>
          </w:tcPr>
          <w:p>
            <w:r>
              <w:t>36</w:t>
            </w:r>
          </w:p>
        </w:tc>
      </w:tr>
      <w:tr>
        <w:tc>
          <w:tcPr>
            <w:tcW w:type="dxa" w:w="4320"/>
          </w:tcPr>
          <w:p>
            <w:r>
              <w:t>result, bandwidth m</w:t>
            </w:r>
          </w:p>
        </w:tc>
        <w:tc>
          <w:tcPr>
            <w:tcW w:type="dxa" w:w="4320"/>
          </w:tcPr>
          <w:p>
            <w:r>
              <w:t>200</w:t>
            </w:r>
          </w:p>
        </w:tc>
      </w:tr>
      <w:tr>
        <w:tc>
          <w:tcPr>
            <w:tcW w:type="dxa" w:w="4320"/>
          </w:tcPr>
          <w:p>
            <w:r>
              <w:t>result, cell size m</w:t>
            </w:r>
          </w:p>
        </w:tc>
        <w:tc>
          <w:tcPr>
            <w:tcW w:type="dxa" w:w="4320"/>
          </w:tcPr>
          <w:p>
            <w:r>
              <w:t>50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7,380</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Inspections and defects: Calculate density: 1 layer saved: Calculate density: Inspections and defects (976 features) [9][32].</w:t>
      </w:r>
    </w:p>
    <w:p>
      <w:pPr>
        <w:pStyle w:val="ListBullet"/>
      </w:pPr>
      <w:r>
        <w:rPr>
          <w:b/>
        </w:rPr>
        <w:t xml:space="preserve">Evidenced: </w:t>
      </w:r>
      <w:r>
        <w:t>It reported result, count 976; result, elapsed ms 36; result, bandwidth m 200; result, cell size m 50; result, excluded null 0; result, max density per km2 7,380 [32].</w:t>
      </w:r>
    </w:p>
    <w:p>
      <w:r>
        <w:rPr>
          <w:i/>
          <w:color w:val="525252"/>
          <w:sz w:val="17"/>
        </w:rPr>
        <w:t>Tool gp_calculate_density; parameters {"kernel": "quartic", "project": "d4e5404f-06e4-4689-a539-31a71b8348eb", "features": {"layer": "Inspections and defects (2d513b03)"}, "bandwidth_m": 200.0, "cell_size_m": 50.0}</w:t>
      </w:r>
    </w:p>
    <w:p>
      <w:pPr>
        <w:pStyle w:val="Heading1"/>
      </w:pPr>
      <w:r>
        <w:t>Calculate density</w:t>
      </w:r>
    </w:p>
    <w:p>
      <w:r>
        <w:rPr>
          <w:b/>
        </w:rPr>
        <w:t xml:space="preserve">What this analysis is. </w:t>
      </w:r>
      <w:r>
        <w:rPr>
          <w:i w:val="0"/>
        </w:rPr>
        <w:t>Calculate density: Kernel density per square kilometer on a grid [30]. In ArcGIS it is Calculate Density or Kernel Density; in QGIS, native:heatmapkerneldensityestimation [30].</w:t>
      </w:r>
    </w:p>
    <w:p>
      <w:r>
        <w:rPr>
          <w:b/>
        </w:rPr>
        <w:t xml:space="preserve">Why it was run on this data. </w:t>
      </w:r>
      <w:r>
        <w:rPr>
          <w:i w:val="0"/>
        </w:rPr>
        <w:t>270 points in Settlement monitoring: a density surface shows where they concentrate [33].</w:t>
      </w:r>
    </w:p>
    <w:p>
      <w:r>
        <w:rPr>
          <w:b/>
        </w:rPr>
        <w:t xml:space="preserve">What it found. </w:t>
      </w:r>
      <w:r>
        <w:rPr>
          <w:i w:val="0"/>
        </w:rPr>
        <w:t>Calculate density on Settlement monitoring: Calculate density: 1 layer saved: Calculate density: Settlement monitoring (806 features) [12][34]. It reported result, count 806; result, elapsed ms 22; result, bandwidth m 100; result, cell size m 20; result, excluded null 0; result, max density per km2 3,721 [34].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806</w:t>
            </w:r>
          </w:p>
        </w:tc>
      </w:tr>
      <w:tr>
        <w:tc>
          <w:tcPr>
            <w:tcW w:type="dxa" w:w="4320"/>
          </w:tcPr>
          <w:p>
            <w:r>
              <w:t>result, elapsed ms</w:t>
            </w:r>
          </w:p>
        </w:tc>
        <w:tc>
          <w:tcPr>
            <w:tcW w:type="dxa" w:w="4320"/>
          </w:tcPr>
          <w:p>
            <w:r>
              <w:t>22</w:t>
            </w:r>
          </w:p>
        </w:tc>
      </w:tr>
      <w:tr>
        <w:tc>
          <w:tcPr>
            <w:tcW w:type="dxa" w:w="4320"/>
          </w:tcPr>
          <w:p>
            <w:r>
              <w:t>result, bandwidth m</w:t>
            </w:r>
          </w:p>
        </w:tc>
        <w:tc>
          <w:tcPr>
            <w:tcW w:type="dxa" w:w="4320"/>
          </w:tcPr>
          <w:p>
            <w:r>
              <w:t>100</w:t>
            </w:r>
          </w:p>
        </w:tc>
      </w:tr>
      <w:tr>
        <w:tc>
          <w:tcPr>
            <w:tcW w:type="dxa" w:w="4320"/>
          </w:tcPr>
          <w:p>
            <w:r>
              <w:t>result, cell size m</w:t>
            </w:r>
          </w:p>
        </w:tc>
        <w:tc>
          <w:tcPr>
            <w:tcW w:type="dxa" w:w="4320"/>
          </w:tcPr>
          <w:p>
            <w:r>
              <w:t>20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3,721</w:t>
            </w:r>
          </w:p>
        </w:tc>
      </w:tr>
      <w:tr>
        <w:tc>
          <w:tcPr>
            <w:tcW w:type="dxa" w:w="4320"/>
          </w:tcPr>
          <w:p>
            <w:r>
              <w:t>billing, cost</w:t>
            </w:r>
          </w:p>
        </w:tc>
        <w:tc>
          <w:tcPr>
            <w:tcW w:type="dxa" w:w="4320"/>
          </w:tcPr>
          <w:p>
            <w:r>
              <w:t>0.0554</w:t>
            </w:r>
          </w:p>
        </w:tc>
      </w:tr>
      <w:tr>
        <w:tc>
          <w:tcPr>
            <w:tcW w:type="dxa" w:w="4320"/>
          </w:tcPr>
          <w:p>
            <w:r>
              <w:t>billing, list price</w:t>
            </w:r>
          </w:p>
        </w:tc>
        <w:tc>
          <w:tcPr>
            <w:tcW w:type="dxa" w:w="4320"/>
          </w:tcPr>
          <w:p>
            <w:r>
              <w:t>0.0554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Settlement monitoring: Calculate density: 1 layer saved: Calculate density: Settlement monitoring (806 features) [12][34].</w:t>
      </w:r>
    </w:p>
    <w:p>
      <w:pPr>
        <w:pStyle w:val="ListBullet"/>
      </w:pPr>
      <w:r>
        <w:rPr>
          <w:b/>
        </w:rPr>
        <w:t xml:space="preserve">Evidenced: </w:t>
      </w:r>
      <w:r>
        <w:t>It reported result, count 806; result, elapsed ms 22; result, bandwidth m 100; result, cell size m 20; result, excluded null 0; result, max density per km2 3,721 [34].</w:t>
      </w:r>
    </w:p>
    <w:p>
      <w:r>
        <w:rPr>
          <w:i/>
          <w:color w:val="525252"/>
          <w:sz w:val="17"/>
        </w:rPr>
        <w:t>Tool gp_calculate_density; parameters {"kernel": "quartic", "project": "d4e5404f-06e4-4689-a539-31a71b8348eb", "features": {"layer": "Settlement monitoring (425841af)"}, "bandwidth_m": 100.0, "cell_size_m": 20.0}</w:t>
      </w:r>
    </w:p>
    <w:p>
      <w:pPr>
        <w:pStyle w:val="Heading1"/>
      </w:pPr>
      <w:r>
        <w:t>Summarize within</w:t>
      </w:r>
    </w:p>
    <w:p>
      <w:r>
        <w:rPr>
          <w:b/>
        </w:rPr>
        <w:t xml:space="preserve">What this analysis is. </w:t>
      </w:r>
      <w:r>
        <w:rPr>
          <w:i w:val="0"/>
        </w:rPr>
        <w:t>Summarize within: Count and aggregate the features inside each polygon (or bin), proportionally for lines and polygons [35]. In ArcGIS it is Summarize Within or Aggregate Points; in QGIS, native:countpointsinpolygon or native:sumlinelengths [35].</w:t>
      </w:r>
    </w:p>
    <w:p>
      <w:r>
        <w:rPr>
          <w:b/>
        </w:rPr>
        <w:t xml:space="preserve">Why it was run on this data. </w:t>
      </w:r>
      <w:r>
        <w:rPr>
          <w:i w:val="0"/>
        </w:rPr>
        <w:t>Count Inspections and defects inside each feature of Work zones by type; the counts map as a choropleth (natural breaks, sequential colors) [36].</w:t>
      </w:r>
    </w:p>
    <w:p>
      <w:r>
        <w:rPr>
          <w:b/>
        </w:rPr>
        <w:t xml:space="preserve">What it found. </w:t>
      </w:r>
      <w:r>
        <w:rPr>
          <w:i w:val="0"/>
        </w:rPr>
        <w:t>Summarize within on Inspections and defects, Work zones: Summarize within: 1 layer saved: Summarize within: Work zones (8 features) [9][23][37]. It reported result, count 8; result, elapsed ms 1; billing, cost 0.02816; billing, list price 0.02816; billing, upstream cost 0 [37].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0.02816</w:t>
            </w:r>
          </w:p>
        </w:tc>
      </w:tr>
      <w:tr>
        <w:tc>
          <w:tcPr>
            <w:tcW w:type="dxa" w:w="4320"/>
          </w:tcPr>
          <w:p>
            <w:r>
              <w:t>billing, list price</w:t>
            </w:r>
          </w:p>
        </w:tc>
        <w:tc>
          <w:tcPr>
            <w:tcW w:type="dxa" w:w="4320"/>
          </w:tcPr>
          <w:p>
            <w:r>
              <w:t>0.02816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Inspections and defects, Work zones: Summarize within: 1 layer saved: Summarize within: Work zones (8 features) [9][23][37].</w:t>
      </w:r>
    </w:p>
    <w:p>
      <w:pPr>
        <w:pStyle w:val="ListBullet"/>
      </w:pPr>
      <w:r>
        <w:rPr>
          <w:b/>
        </w:rPr>
        <w:t xml:space="preserve">Evidenced: </w:t>
      </w:r>
      <w:r>
        <w:t>It reported result, count 8; result, elapsed ms 1; billing, cost 0.02816; billing, list price 0.02816; billing, upstream cost 0 [37].</w:t>
      </w:r>
    </w:p>
    <w:p>
      <w:r>
        <w:rPr>
          <w:i/>
          <w:color w:val="525252"/>
          <w:sz w:val="17"/>
        </w:rPr>
        <w:t>Tool gp_summarize_within; parameters {"stats": [], "project": "d4e5404f-06e4-4689-a539-31a71b8348eb", "features": {"layer": "Inspections and defects (2d513b03)"}, "group_by": "type", "polygons": {"layer": "Work zones (a87c9da1)"}}</w:t>
      </w:r>
    </w:p>
    <w:p>
      <w:pPr>
        <w:pStyle w:val="Heading1"/>
      </w:pPr>
      <w:r>
        <w:t>Summarize within</w:t>
      </w:r>
    </w:p>
    <w:p>
      <w:r>
        <w:rPr>
          <w:b/>
        </w:rPr>
        <w:t xml:space="preserve">What this analysis is. </w:t>
      </w:r>
      <w:r>
        <w:rPr>
          <w:i w:val="0"/>
        </w:rPr>
        <w:t>Summarize within: Count and aggregate the features inside each polygon (or bin), proportionally for lines and polygons [35]. In ArcGIS it is Summarize Within or Aggregate Points; in QGIS, native:countpointsinpolygon or native:sumlinelengths [35].</w:t>
      </w:r>
    </w:p>
    <w:p>
      <w:r>
        <w:rPr>
          <w:b/>
        </w:rPr>
        <w:t xml:space="preserve">Why it was run on this data. </w:t>
      </w:r>
      <w:r>
        <w:rPr>
          <w:i w:val="0"/>
        </w:rPr>
        <w:t>Count Inspections and defects inside each feature of Work zones by type; the counts map as a choropleth (natural breaks, sequential colors) [36].</w:t>
      </w:r>
    </w:p>
    <w:p>
      <w:r>
        <w:rPr>
          <w:b/>
        </w:rPr>
        <w:t xml:space="preserve">What it found. </w:t>
      </w:r>
      <w:r>
        <w:rPr>
          <w:i w:val="0"/>
        </w:rPr>
        <w:t>Summarize within on Settlement monitoring, Work zones: Summarize within: 1 layer saved: Summarize within: Work zones (8 features) [12][23][38]. It reported result, count 8; result, elapsed ms 0; billing, cost 0.01558; billing, list price 0.01558; billing, upstream cost 0 [38].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0.01558</w:t>
            </w:r>
          </w:p>
        </w:tc>
      </w:tr>
      <w:tr>
        <w:tc>
          <w:tcPr>
            <w:tcW w:type="dxa" w:w="4320"/>
          </w:tcPr>
          <w:p>
            <w:r>
              <w:t>billing, list price</w:t>
            </w:r>
          </w:p>
        </w:tc>
        <w:tc>
          <w:tcPr>
            <w:tcW w:type="dxa" w:w="4320"/>
          </w:tcPr>
          <w:p>
            <w:r>
              <w:t>0.01558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Settlement monitoring, Work zones: Summarize within: 1 layer saved: Summarize within: Work zones (8 features) [12][23][38].</w:t>
      </w:r>
    </w:p>
    <w:p>
      <w:pPr>
        <w:pStyle w:val="ListBullet"/>
      </w:pPr>
      <w:r>
        <w:rPr>
          <w:b/>
        </w:rPr>
        <w:t xml:space="preserve">Evidenced: </w:t>
      </w:r>
      <w:r>
        <w:t>It reported result, count 8; result, elapsed ms 0; billing, cost 0.01558; billing, list price 0.01558; billing, upstream cost 0 [38].</w:t>
      </w:r>
    </w:p>
    <w:p>
      <w:r>
        <w:rPr>
          <w:i/>
          <w:color w:val="525252"/>
          <w:sz w:val="17"/>
        </w:rPr>
        <w:t>Tool gp_summarize_within; parameters {"stats": [{"stat": "sum", "field": "settlement_mm"}], "project": "d4e5404f-06e4-4689-a539-31a71b8348eb", "features": {"layer": "Settlement monitoring (425841af)"}, "polygons": {"layer": "Work zones (a87c9da1)"}}</w:t>
      </w:r>
    </w:p>
    <w:p>
      <w:pPr>
        <w:pStyle w:val="Heading1"/>
      </w:pPr>
      <w:r>
        <w:t>Summarize within</w:t>
      </w:r>
    </w:p>
    <w:p>
      <w:r>
        <w:rPr>
          <w:b/>
        </w:rPr>
        <w:t xml:space="preserve">What this analysis is. </w:t>
      </w:r>
      <w:r>
        <w:rPr>
          <w:i w:val="0"/>
        </w:rPr>
        <w:t>Summarize within: Count and aggregate the features inside each polygon (or bin), proportionally for lines and polygons [35]. In ArcGIS it is Summarize Within or Aggregate Points; in QGIS, native:countpointsinpolygon or native:sumlinelengths [35].</w:t>
      </w:r>
    </w:p>
    <w:p>
      <w:r>
        <w:rPr>
          <w:b/>
        </w:rPr>
        <w:t xml:space="preserve">Why it was run on this data. </w:t>
      </w:r>
      <w:r>
        <w:rPr>
          <w:i w:val="0"/>
        </w:rPr>
        <w:t>Count Inspections and defects inside each feature of Work zones by type; the counts map as a choropleth (natural breaks, sequential colors) [36].</w:t>
      </w:r>
    </w:p>
    <w:p>
      <w:r>
        <w:rPr>
          <w:b/>
        </w:rPr>
        <w:t xml:space="preserve">What it found. </w:t>
      </w:r>
      <w:r>
        <w:rPr>
          <w:i w:val="0"/>
        </w:rPr>
        <w:t>Summarize within on Tower cranes, Work zones: Summarize within: 1 layer saved: Summarize within: Work zones (8 features) [23][39][40]. It reported result, count 8; result, elapsed ms 0; billing, cost 0.01026; billing, list price 0.01026; billing, upstream cost 0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0.01026</w:t>
            </w:r>
          </w:p>
        </w:tc>
      </w:tr>
      <w:tr>
        <w:tc>
          <w:tcPr>
            <w:tcW w:type="dxa" w:w="4320"/>
          </w:tcPr>
          <w:p>
            <w:r>
              <w:t>billing, list price</w:t>
            </w:r>
          </w:p>
        </w:tc>
        <w:tc>
          <w:tcPr>
            <w:tcW w:type="dxa" w:w="4320"/>
          </w:tcPr>
          <w:p>
            <w:r>
              <w:t>0.01026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Tower cranes, Work zones: Summarize within: 1 layer saved: Summarize within: Work zones (8 features) [23][39][40].</w:t>
      </w:r>
    </w:p>
    <w:p>
      <w:pPr>
        <w:pStyle w:val="ListBullet"/>
      </w:pPr>
      <w:r>
        <w:rPr>
          <w:b/>
        </w:rPr>
        <w:t xml:space="preserve">Evidenced: </w:t>
      </w:r>
      <w:r>
        <w:t>It reported result, count 8; result, elapsed ms 0; billing, cost 0.01026; billing, list price 0.01026; billing, upstream cost 0 [39].</w:t>
      </w:r>
    </w:p>
    <w:p>
      <w:r>
        <w:rPr>
          <w:i/>
          <w:color w:val="525252"/>
          <w:sz w:val="17"/>
        </w:rPr>
        <w:t>Tool gp_summarize_within; parameters {"stats": [{"stat": "sum", "field": "radius_m"}], "project": "d4e5404f-06e4-4689-a539-31a71b8348eb", "features": {"layer": "Tower cranes (a6101de1)"}, "polygons": {"layer": "Work zones (a87c9da1)"}}</w:t>
      </w:r>
    </w:p>
    <w:p>
      <w:pPr>
        <w:pStyle w:val="Heading1"/>
      </w:pPr>
      <w:r>
        <w:t>Zonal statistics</w:t>
      </w:r>
    </w:p>
    <w:p>
      <w:r>
        <w:rPr>
          <w:b/>
        </w:rPr>
        <w:t xml:space="preserve">What this analysis is. </w:t>
      </w:r>
      <w:r>
        <w:rPr>
          <w:i w:val="0"/>
        </w:rPr>
        <w:t>Zonal statistics: count/min/max/mean/std/sum/median/majority per polygon as a table and as GeoJSON [41]. In ArcGIS it is Zonal Statistics as Table (polygons) [41].</w:t>
      </w:r>
    </w:p>
    <w:p>
      <w:r>
        <w:rPr>
          <w:b/>
        </w:rPr>
        <w:t xml:space="preserve">Why it was run on this data. </w:t>
      </w:r>
      <w:r>
        <w:rPr>
          <w:i w:val="0"/>
        </w:rPr>
        <w:t>Statistics of Site terrain model (DEM) inside each feature of Work zones [42].</w:t>
      </w:r>
    </w:p>
    <w:p>
      <w:r>
        <w:rPr>
          <w:b/>
        </w:rPr>
        <w:t xml:space="preserve">What it found. </w:t>
      </w:r>
      <w:r>
        <w:rPr>
          <w:i w:val="0"/>
        </w:rPr>
        <w:t>The analysis utilized the Zonal statistics tool rs_zonal_statistics [43]. This tool processed 8 row(s) of zonal statistics [43]. The resulting analysis covered a total of 8 zones [43].</w:t>
      </w:r>
    </w:p>
    <w:p>
      <w:r>
        <w:rPr>
          <w:b/>
        </w:rPr>
        <w:t>Findings</w:t>
      </w:r>
    </w:p>
    <w:p>
      <w:pPr>
        <w:pStyle w:val="ListBullet"/>
      </w:pPr>
      <w:r>
        <w:rPr>
          <w:b/>
        </w:rPr>
        <w:t xml:space="preserve">Evidenced: </w:t>
      </w:r>
      <w:r>
        <w:t>Zonal statistics: Zonal statistics: 8 row(s) [43].</w:t>
      </w:r>
    </w:p>
    <w:p>
      <w:pPr>
        <w:pStyle w:val="ListBullet"/>
      </w:pPr>
      <w:r>
        <w:rPr>
          <w:b/>
        </w:rPr>
        <w:t xml:space="preserve">Evidenced: </w:t>
      </w:r>
      <w:r>
        <w:t>zones 8 [43].</w:t>
      </w:r>
    </w:p>
    <w:p>
      <w:r>
        <w:rPr>
          <w:i/>
          <w:color w:val="525252"/>
          <w:sz w:val="17"/>
        </w:rPr>
        <w:t>Tool rs_zonal_statistics; parameters {"stats": ["mean", "min", "max", "std"], "zones": "Work zones (a87c9da1)", "raster_id": "Site terrain model (DEM) (0c6d4acd)"}</w:t>
      </w:r>
    </w:p>
    <w:p>
      <w:pPr>
        <w:pStyle w:val="Heading1"/>
      </w:pPr>
      <w:r>
        <w:t>Zonal statistics</w:t>
      </w:r>
    </w:p>
    <w:p>
      <w:r>
        <w:rPr>
          <w:b/>
        </w:rPr>
        <w:t xml:space="preserve">What this analysis is. </w:t>
      </w:r>
      <w:r>
        <w:rPr>
          <w:i w:val="0"/>
        </w:rPr>
        <w:t>Zonal statistics: count/min/max/mean/std/sum/median/majority per polygon as a table and as GeoJSON [41]. In ArcGIS it is Zonal Statistics as Table (polygons) [41].</w:t>
      </w:r>
    </w:p>
    <w:p>
      <w:r>
        <w:rPr>
          <w:b/>
        </w:rPr>
        <w:t xml:space="preserve">Why it was run on this data. </w:t>
      </w:r>
      <w:r>
        <w:rPr>
          <w:i w:val="0"/>
        </w:rPr>
        <w:t>Statistics of Site terrain model (DEM) inside each feature of Work zones [42].</w:t>
      </w:r>
    </w:p>
    <w:p>
      <w:r>
        <w:rPr>
          <w:b/>
        </w:rPr>
        <w:t xml:space="preserve">What it found. </w:t>
      </w:r>
      <w:r>
        <w:rPr>
          <w:i w:val="0"/>
        </w:rPr>
        <w:t>The zonal statistics generated an output containing 1 row(s) spanning 1 zone [44]. The analysis confirmed that the count of zones was 1 and the count of features was 1 [44]. The process completed its execution in 31 elapsed ms [44].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zones</w:t>
            </w:r>
          </w:p>
        </w:tc>
        <w:tc>
          <w:tcPr>
            <w:tcW w:type="dxa" w:w="4320"/>
          </w:tcPr>
          <w:p>
            <w:r>
              <w:t>1</w:t>
            </w:r>
          </w:p>
        </w:tc>
      </w:tr>
      <w:tr>
        <w:tc>
          <w:tcPr>
            <w:tcW w:type="dxa" w:w="4320"/>
          </w:tcPr>
          <w:p>
            <w:r>
              <w:t>features, count</w:t>
            </w:r>
          </w:p>
        </w:tc>
        <w:tc>
          <w:tcPr>
            <w:tcW w:type="dxa" w:w="4320"/>
          </w:tcPr>
          <w:p>
            <w:r>
              <w:t>1</w:t>
            </w:r>
          </w:p>
        </w:tc>
      </w:tr>
      <w:tr>
        <w:tc>
          <w:tcPr>
            <w:tcW w:type="dxa" w:w="4320"/>
          </w:tcPr>
          <w:p>
            <w:r>
              <w:t>elapsed ms</w:t>
            </w:r>
          </w:p>
        </w:tc>
        <w:tc>
          <w:tcPr>
            <w:tcW w:type="dxa" w:w="4320"/>
          </w:tcPr>
          <w:p>
            <w:r>
              <w:t>31</w:t>
            </w:r>
          </w:p>
        </w:tc>
      </w:tr>
    </w:tbl>
    <w:p/>
    <w:p>
      <w:r>
        <w:rPr>
          <w:b/>
        </w:rPr>
        <w:t>Findings</w:t>
      </w:r>
    </w:p>
    <w:p>
      <w:pPr>
        <w:pStyle w:val="ListBullet"/>
      </w:pPr>
      <w:r>
        <w:rPr>
          <w:b/>
        </w:rPr>
        <w:t xml:space="preserve">Evidenced: </w:t>
      </w:r>
      <w:r>
        <w:t>Zonal statistics: Zonal statistics: 1 row(s) [44].</w:t>
      </w:r>
    </w:p>
    <w:p>
      <w:pPr>
        <w:pStyle w:val="ListBullet"/>
      </w:pPr>
      <w:r>
        <w:rPr>
          <w:b/>
        </w:rPr>
        <w:t xml:space="preserve">Evidenced: </w:t>
      </w:r>
      <w:r>
        <w:t>zones 1 [44].</w:t>
      </w:r>
    </w:p>
    <w:p>
      <w:pPr>
        <w:pStyle w:val="ListBullet"/>
      </w:pPr>
      <w:r>
        <w:rPr>
          <w:b/>
        </w:rPr>
        <w:t xml:space="preserve">Evidenced: </w:t>
      </w:r>
      <w:r>
        <w:t>It reported stats, zones 1; features, count 1; elapsed ms 31 [44].</w:t>
      </w:r>
    </w:p>
    <w:p>
      <w:r>
        <w:rPr>
          <w:i/>
          <w:color w:val="525252"/>
          <w:sz w:val="17"/>
        </w:rPr>
        <w:t>Tool rs_zonal_statistics; parameters {"stats": ["mean", "min", "max", "std"], "zones": "Site boundary (3902997c)", "raster_id": "Site terrain model (DEM) (0c6d4acd)"}</w:t>
      </w:r>
    </w:p>
    <w:p>
      <w:pPr>
        <w:pStyle w:val="Heading1"/>
      </w:pPr>
      <w:r>
        <w:t>Slope</w:t>
      </w:r>
    </w:p>
    <w:p>
      <w:r>
        <w:rPr>
          <w:b/>
        </w:rPr>
        <w:t xml:space="preserve">What this analysis is. </w:t>
      </w:r>
      <w:r>
        <w:rPr>
          <w:i w:val="0"/>
        </w:rPr>
        <w:t>Slope: Horn slope in degrees or percent, with the share of ground in six grade classes [45]. In ArcGIS it is Slope (Spatial Analyst); in QGIS, Slope (GDAL DEM) [45].</w:t>
      </w:r>
    </w:p>
    <w:p>
      <w:r>
        <w:rPr>
          <w:b/>
        </w:rPr>
        <w:t xml:space="preserve">Why it was run on this data. </w:t>
      </w:r>
      <w:r>
        <w:rPr>
          <w:i w:val="0"/>
        </w:rPr>
        <w:t>Slope of the Site terrain model (DEM) surface [46].</w:t>
      </w:r>
    </w:p>
    <w:p>
      <w:r>
        <w:rPr>
          <w:b/>
        </w:rPr>
        <w:t xml:space="preserve">What it found. </w:t>
      </w:r>
      <w:r>
        <w:rPr>
          <w:i w:val="0"/>
        </w:rPr>
        <w:t>The slope analysis over 7.50 km2 revealed a mean of 0.36 degrees and a maximum slope of 18.73 degrees; specifically, 1.19 of the ground was steeper than 15% [47]. This analysis utilized the Site terrain model (DEM) as its core input [48]. The resulting slope grid was defined by 500 rows and 600 columns [47].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dem, cols</w:t>
            </w:r>
          </w:p>
        </w:tc>
        <w:tc>
          <w:tcPr>
            <w:tcW w:type="dxa" w:w="4320"/>
          </w:tcPr>
          <w:p>
            <w:r>
              <w:t>600</w:t>
            </w:r>
          </w:p>
        </w:tc>
      </w:tr>
      <w:tr>
        <w:tc>
          <w:tcPr>
            <w:tcW w:type="dxa" w:w="4320"/>
          </w:tcPr>
          <w:p>
            <w:r>
              <w:t>dem, rows</w:t>
            </w:r>
          </w:p>
        </w:tc>
        <w:tc>
          <w:tcPr>
            <w:tcW w:type="dxa" w:w="4320"/>
          </w:tcPr>
          <w:p>
            <w:r>
              <w:t>500</w:t>
            </w:r>
          </w:p>
        </w:tc>
      </w:tr>
      <w:tr>
        <w:tc>
          <w:tcPr>
            <w:tcW w:type="dxa" w:w="4320"/>
          </w:tcPr>
          <w:p>
            <w:r>
              <w:t>dem, cell m</w:t>
            </w:r>
          </w:p>
        </w:tc>
        <w:tc>
          <w:tcPr>
            <w:tcW w:type="dxa" w:w="4320"/>
          </w:tcPr>
          <w:p>
            <w:r>
              <w:t>5</w:t>
            </w:r>
          </w:p>
        </w:tc>
      </w:tr>
      <w:tr>
        <w:tc>
          <w:tcPr>
            <w:tcW w:type="dxa" w:w="4320"/>
          </w:tcPr>
          <w:p>
            <w:r>
              <w:t>dem, relief m</w:t>
            </w:r>
          </w:p>
        </w:tc>
        <w:tc>
          <w:tcPr>
            <w:tcW w:type="dxa" w:w="4320"/>
          </w:tcPr>
          <w:p>
            <w:r>
              <w:t>20.94</w:t>
            </w:r>
          </w:p>
        </w:tc>
      </w:tr>
      <w:tr>
        <w:tc>
          <w:tcPr>
            <w:tcW w:type="dxa" w:w="4320"/>
          </w:tcPr>
          <w:p>
            <w:r>
              <w:t>dem, elev max m</w:t>
            </w:r>
          </w:p>
        </w:tc>
        <w:tc>
          <w:tcPr>
            <w:tcW w:type="dxa" w:w="4320"/>
          </w:tcPr>
          <w:p>
            <w:r>
              <w:t>10.14</w:t>
            </w:r>
          </w:p>
        </w:tc>
      </w:tr>
      <w:tr>
        <w:tc>
          <w:tcPr>
            <w:tcW w:type="dxa" w:w="4320"/>
          </w:tcPr>
          <w:p>
            <w:r>
              <w:t>dem, elev min m</w:t>
            </w:r>
          </w:p>
        </w:tc>
        <w:tc>
          <w:tcPr>
            <w:tcW w:type="dxa" w:w="4320"/>
          </w:tcPr>
          <w:p>
            <w:r>
              <w:t>-10.8</w:t>
            </w:r>
          </w:p>
        </w:tc>
      </w:tr>
      <w:tr>
        <w:tc>
          <w:tcPr>
            <w:tcW w:type="dxa" w:w="4320"/>
          </w:tcPr>
          <w:p>
            <w:r>
              <w:t>dem, elev mean m</w:t>
            </w:r>
          </w:p>
        </w:tc>
        <w:tc>
          <w:tcPr>
            <w:tcW w:type="dxa" w:w="4320"/>
          </w:tcPr>
          <w:p>
            <w:r>
              <w:t>3.4</w:t>
            </w:r>
          </w:p>
        </w:tc>
      </w:tr>
      <w:tr>
        <w:tc>
          <w:tcPr>
            <w:tcW w:type="dxa" w:w="4320"/>
          </w:tcPr>
          <w:p>
            <w:r>
              <w:t>dem, missing frac</w:t>
            </w:r>
          </w:p>
        </w:tc>
        <w:tc>
          <w:tcPr>
            <w:tcW w:type="dxa" w:w="4320"/>
          </w:tcPr>
          <w:p>
            <w:r>
              <w:t>0</w:t>
            </w:r>
          </w:p>
        </w:tc>
      </w:tr>
      <w:tr>
        <w:tc>
          <w:tcPr>
            <w:tcW w:type="dxa" w:w="4320"/>
          </w:tcPr>
          <w:p>
            <w:r>
              <w:t>cost, usd</w:t>
            </w:r>
          </w:p>
        </w:tc>
        <w:tc>
          <w:tcPr>
            <w:tcW w:type="dxa" w:w="4320"/>
          </w:tcPr>
          <w:p>
            <w:r>
              <w:t>0</w:t>
            </w:r>
          </w:p>
        </w:tc>
      </w:tr>
      <w:tr>
        <w:tc>
          <w:tcPr>
            <w:tcW w:type="dxa" w:w="4320"/>
          </w:tcPr>
          <w:p>
            <w:r>
              <w:t>grid, cols</w:t>
            </w:r>
          </w:p>
        </w:tc>
        <w:tc>
          <w:tcPr>
            <w:tcW w:type="dxa" w:w="4320"/>
          </w:tcPr>
          <w:p>
            <w:r>
              <w:t>600</w:t>
            </w:r>
          </w:p>
        </w:tc>
      </w:tr>
      <w:tr>
        <w:tc>
          <w:tcPr>
            <w:tcW w:type="dxa" w:w="4320"/>
          </w:tcPr>
          <w:p>
            <w:r>
              <w:t>grid, rows</w:t>
            </w:r>
          </w:p>
        </w:tc>
        <w:tc>
          <w:tcPr>
            <w:tcW w:type="dxa" w:w="4320"/>
          </w:tcPr>
          <w:p>
            <w:r>
              <w:t>500</w:t>
            </w:r>
          </w:p>
        </w:tc>
      </w:tr>
      <w:tr>
        <w:tc>
          <w:tcPr>
            <w:tcW w:type="dxa" w:w="4320"/>
          </w:tcPr>
          <w:p>
            <w:r>
              <w:t>grid, cell m</w:t>
            </w:r>
          </w:p>
        </w:tc>
        <w:tc>
          <w:tcPr>
            <w:tcW w:type="dxa" w:w="4320"/>
          </w:tcPr>
          <w:p>
            <w:r>
              <w:t>5</w:t>
            </w:r>
          </w:p>
        </w:tc>
      </w:tr>
      <w:tr>
        <w:tc>
          <w:tcPr>
            <w:tcW w:type="dxa" w:w="4320"/>
          </w:tcPr>
          <w:p>
            <w:r>
              <w:t>stats, max</w:t>
            </w:r>
          </w:p>
        </w:tc>
        <w:tc>
          <w:tcPr>
            <w:tcW w:type="dxa" w:w="4320"/>
          </w:tcPr>
          <w:p>
            <w:r>
              <w:t>18.73</w:t>
            </w:r>
          </w:p>
        </w:tc>
      </w:tr>
      <w:tr>
        <w:tc>
          <w:tcPr>
            <w:tcW w:type="dxa" w:w="4320"/>
          </w:tcPr>
          <w:p>
            <w:r>
              <w:t>stats, min</w:t>
            </w:r>
          </w:p>
        </w:tc>
        <w:tc>
          <w:tcPr>
            <w:tcW w:type="dxa" w:w="4320"/>
          </w:tcPr>
          <w:p>
            <w:r>
              <w:t>0</w:t>
            </w:r>
          </w:p>
        </w:tc>
      </w:tr>
      <w:tr>
        <w:tc>
          <w:tcPr>
            <w:tcW w:type="dxa" w:w="4320"/>
          </w:tcPr>
          <w:p>
            <w:r>
              <w:t>stats, mean</w:t>
            </w:r>
          </w:p>
        </w:tc>
        <w:tc>
          <w:tcPr>
            <w:tcW w:type="dxa" w:w="4320"/>
          </w:tcPr>
          <w:p>
            <w:r>
              <w:t>0.36</w:t>
            </w:r>
          </w:p>
        </w:tc>
      </w:tr>
      <w:tr>
        <w:tc>
          <w:tcPr>
            <w:tcW w:type="dxa" w:w="4320"/>
          </w:tcPr>
          <w:p>
            <w:r>
              <w:t>stats, median</w:t>
            </w:r>
          </w:p>
        </w:tc>
        <w:tc>
          <w:tcPr>
            <w:tcW w:type="dxa" w:w="4320"/>
          </w:tcPr>
          <w:p>
            <w:r>
              <w:t>0.16</w:t>
            </w:r>
          </w:p>
        </w:tc>
      </w:tr>
      <w:tr>
        <w:tc>
          <w:tcPr>
            <w:tcW w:type="dxa" w:w="4320"/>
          </w:tcPr>
          <w:p>
            <w:r>
              <w:t>stats, steeper than 15pct</w:t>
            </w:r>
          </w:p>
        </w:tc>
        <w:tc>
          <w:tcPr>
            <w:tcW w:type="dxa" w:w="4320"/>
          </w:tcPr>
          <w:p>
            <w:r>
              <w:t>1.19</w:t>
            </w:r>
          </w:p>
        </w:tc>
      </w:tr>
      <w:tr>
        <w:tc>
          <w:tcPr>
            <w:tcW w:type="dxa" w:w="4320"/>
          </w:tcPr>
          <w:p>
            <w:r>
              <w:t>rows left out</w:t>
            </w:r>
          </w:p>
        </w:tc>
        <w:tc>
          <w:tcPr>
            <w:tcW w:type="dxa" w:w="4320"/>
          </w:tcPr>
          <w:p>
            <w:r>
              <w:t>0</w:t>
            </w:r>
          </w:p>
        </w:tc>
      </w:tr>
    </w:tbl>
    <w:p/>
    <w:p>
      <w:r>
        <w:rPr>
          <w:b/>
        </w:rPr>
        <w:t>Findings</w:t>
      </w:r>
    </w:p>
    <w:p>
      <w:pPr>
        <w:pStyle w:val="ListBullet"/>
      </w:pPr>
      <w:r>
        <w:rPr>
          <w:b/>
        </w:rPr>
        <w:t xml:space="preserve">Evidenced: </w:t>
      </w:r>
      <w:r>
        <w:t>Slope on Site terrain model (DEM): Slope over 7.50 km2: mean 0.36 degrees, max 18.73 degrees; 1% of the ground is steeper than 15% [47][48].</w:t>
      </w:r>
    </w:p>
    <w:p>
      <w:pPr>
        <w:pStyle w:val="ListBullet"/>
      </w:pPr>
      <w:r>
        <w:rPr>
          <w:b/>
        </w:rPr>
        <w:t xml:space="preserve">Evidenced: </w:t>
      </w:r>
      <w:r>
        <w:t>DEM: Site terrain model (DEM) [47][48].</w:t>
      </w:r>
    </w:p>
    <w:p>
      <w:pPr>
        <w:pStyle w:val="ListBullet"/>
      </w:pPr>
      <w:r>
        <w:rPr>
          <w:b/>
        </w:rPr>
        <w:t xml:space="preserve">Evidenced: </w:t>
      </w:r>
      <w:r>
        <w:t>Verified: 2 checks passed [47][48].</w:t>
      </w:r>
    </w:p>
    <w:p>
      <w:pPr>
        <w:pStyle w:val="ListBullet"/>
      </w:pPr>
      <w:r>
        <w:rPr>
          <w:b/>
        </w:rPr>
        <w:t xml:space="preserve">Evidenced: </w:t>
      </w:r>
      <w:r>
        <w:t>It reported dem, cols 600; dem, rows 500; dem, cell m 5; dem, relief m 20.94; dem, elev max m 10.14; dem, elev min m -10.8 [47].</w:t>
      </w:r>
    </w:p>
    <w:p>
      <w:r>
        <w:rPr>
          <w:i/>
          <w:color w:val="525252"/>
          <w:sz w:val="17"/>
        </w:rPr>
        <w:t>Tool tr_slope; parameters {"dem": {"layer": "Site terrain model (DEM) (0c6d4acd)"}, "project": "d4e5404f-06e4-4689-a539-31a71b8348eb"}</w:t>
      </w:r>
    </w:p>
    <w:p>
      <w:pPr>
        <w:pStyle w:val="Heading1"/>
      </w:pPr>
      <w:r>
        <w:t>Find point clusters</w:t>
      </w:r>
    </w:p>
    <w:p>
      <w:r>
        <w:rPr>
          <w:b/>
        </w:rPr>
        <w:t xml:space="preserve">What this analysis is. </w:t>
      </w:r>
      <w:r>
        <w:rPr>
          <w:i w:val="0"/>
        </w:rPr>
        <w:t>Find point clusters: Density-based clusters (DBSCAN, HDBSCAN or OPTICS, optionally space-time) with hulls and noise [49]. In ArcGIS it is Find Point Clusters or Density-based Clustering; in QGIS, native:dbscanclustering or native:stdbscanclustering [49].</w:t>
      </w:r>
    </w:p>
    <w:p>
      <w:r>
        <w:rPr>
          <w:b/>
        </w:rPr>
        <w:t xml:space="preserve">Why it was run on this data. </w:t>
      </w:r>
      <w:r>
        <w:rPr>
          <w:i w:val="0"/>
        </w:rPr>
        <w:t>DBSCAN finds dense groups of Inspections and defects and separates noise [50].</w:t>
      </w:r>
    </w:p>
    <w:p>
      <w:r>
        <w:rPr>
          <w:b/>
        </w:rPr>
        <w:t xml:space="preserve">What it found. </w:t>
      </w:r>
      <w:r>
        <w:rPr>
          <w:i w:val="0"/>
        </w:rPr>
        <w:t>Find point clusters on Inspections and defects: Find point clusters: 2 layers saved: Find point clusters: Inspections and defects (900 features); Find point clusters: cluster hulls (7 features) [9][51]. It reported result, count 900; result, noise 43; result, distance m 100; result, elapsed ms 18; result, min points 20; billing, cost 0.068 [51].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900</w:t>
            </w:r>
          </w:p>
        </w:tc>
      </w:tr>
      <w:tr>
        <w:tc>
          <w:tcPr>
            <w:tcW w:type="dxa" w:w="4320"/>
          </w:tcPr>
          <w:p>
            <w:r>
              <w:t>result, noise</w:t>
            </w:r>
          </w:p>
        </w:tc>
        <w:tc>
          <w:tcPr>
            <w:tcW w:type="dxa" w:w="4320"/>
          </w:tcPr>
          <w:p>
            <w:r>
              <w:t>43</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18</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Inspections and defects: Find point clusters: 2 layers saved: Find point clusters: Inspections and defects (900 features); Find point clusters: cluster hulls (7 features) [9][51].</w:t>
      </w:r>
    </w:p>
    <w:p>
      <w:pPr>
        <w:pStyle w:val="ListBullet"/>
      </w:pPr>
      <w:r>
        <w:rPr>
          <w:b/>
        </w:rPr>
        <w:t xml:space="preserve">Evidenced: </w:t>
      </w:r>
      <w:r>
        <w:t>It reported result, count 900; result, noise 43; result, distance m 100; result, elapsed ms 18; result, min points 20; billing, cost 0.068 [51].</w:t>
      </w:r>
    </w:p>
    <w:p>
      <w:r>
        <w:rPr>
          <w:i/>
          <w:color w:val="525252"/>
          <w:sz w:val="17"/>
        </w:rPr>
        <w:t>Tool gp_find_point_clusters; parameters {"method": "dbscan", "project": "d4e5404f-06e4-4689-a539-31a71b8348eb", "features": {"layer": "Inspections and defects (2d513b03)"}, "distance_m": 100.0,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[49]. In ArcGIS it is Find Point Clusters or Density-based Clustering; in QGIS, native:dbscanclustering or native:stdbscanclustering [49].</w:t>
      </w:r>
    </w:p>
    <w:p>
      <w:r>
        <w:rPr>
          <w:b/>
        </w:rPr>
        <w:t xml:space="preserve">Why it was run on this data. </w:t>
      </w:r>
      <w:r>
        <w:rPr>
          <w:i w:val="0"/>
        </w:rPr>
        <w:t>DBSCAN finds dense groups of Settlement monitoring and separates noise [52].</w:t>
      </w:r>
    </w:p>
    <w:p>
      <w:r>
        <w:rPr>
          <w:b/>
        </w:rPr>
        <w:t xml:space="preserve">What it found. </w:t>
      </w:r>
      <w:r>
        <w:rPr>
          <w:i w:val="0"/>
        </w:rPr>
        <w:t>Find point clusters on Settlement monitoring: Find point clusters: 2 layers saved: Find point clusters: Settlement monitoring (270 features); Find point clusters: cluster hulls (19 features) [12][53]. It reported result, count 270; result, noise 0; result, distance m 50; result, elapsed ms 8; result, min points 7; billing, cost 0.0554 [53].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270</w:t>
            </w:r>
          </w:p>
        </w:tc>
      </w:tr>
      <w:tr>
        <w:tc>
          <w:tcPr>
            <w:tcW w:type="dxa" w:w="4320"/>
          </w:tcPr>
          <w:p>
            <w:r>
              <w:t>result, noise</w:t>
            </w:r>
          </w:p>
        </w:tc>
        <w:tc>
          <w:tcPr>
            <w:tcW w:type="dxa" w:w="4320"/>
          </w:tcPr>
          <w:p>
            <w:r>
              <w:t>0</w:t>
            </w:r>
          </w:p>
        </w:tc>
      </w:tr>
      <w:tr>
        <w:tc>
          <w:tcPr>
            <w:tcW w:type="dxa" w:w="4320"/>
          </w:tcPr>
          <w:p>
            <w:r>
              <w:t>result, distance m</w:t>
            </w:r>
          </w:p>
        </w:tc>
        <w:tc>
          <w:tcPr>
            <w:tcW w:type="dxa" w:w="4320"/>
          </w:tcPr>
          <w:p>
            <w:r>
              <w:t>50</w:t>
            </w:r>
          </w:p>
        </w:tc>
      </w:tr>
      <w:tr>
        <w:tc>
          <w:tcPr>
            <w:tcW w:type="dxa" w:w="4320"/>
          </w:tcPr>
          <w:p>
            <w:r>
              <w:t>result, elapsed ms</w:t>
            </w:r>
          </w:p>
        </w:tc>
        <w:tc>
          <w:tcPr>
            <w:tcW w:type="dxa" w:w="4320"/>
          </w:tcPr>
          <w:p>
            <w:r>
              <w:t>8</w:t>
            </w:r>
          </w:p>
        </w:tc>
      </w:tr>
      <w:tr>
        <w:tc>
          <w:tcPr>
            <w:tcW w:type="dxa" w:w="4320"/>
          </w:tcPr>
          <w:p>
            <w:r>
              <w:t>result, min points</w:t>
            </w:r>
          </w:p>
        </w:tc>
        <w:tc>
          <w:tcPr>
            <w:tcW w:type="dxa" w:w="4320"/>
          </w:tcPr>
          <w:p>
            <w:r>
              <w:t>7</w:t>
            </w:r>
          </w:p>
        </w:tc>
      </w:tr>
      <w:tr>
        <w:tc>
          <w:tcPr>
            <w:tcW w:type="dxa" w:w="4320"/>
          </w:tcPr>
          <w:p>
            <w:r>
              <w:t>billing, cost</w:t>
            </w:r>
          </w:p>
        </w:tc>
        <w:tc>
          <w:tcPr>
            <w:tcW w:type="dxa" w:w="4320"/>
          </w:tcPr>
          <w:p>
            <w:r>
              <w:t>0.0554</w:t>
            </w:r>
          </w:p>
        </w:tc>
      </w:tr>
      <w:tr>
        <w:tc>
          <w:tcPr>
            <w:tcW w:type="dxa" w:w="4320"/>
          </w:tcPr>
          <w:p>
            <w:r>
              <w:t>billing, list price</w:t>
            </w:r>
          </w:p>
        </w:tc>
        <w:tc>
          <w:tcPr>
            <w:tcW w:type="dxa" w:w="4320"/>
          </w:tcPr>
          <w:p>
            <w:r>
              <w:t>0.0554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Settlement monitoring: Find point clusters: 2 layers saved: Find point clusters: Settlement monitoring (270 features); Find point clusters: cluster hulls (19 features) [12][53].</w:t>
      </w:r>
    </w:p>
    <w:p>
      <w:pPr>
        <w:pStyle w:val="ListBullet"/>
      </w:pPr>
      <w:r>
        <w:rPr>
          <w:b/>
        </w:rPr>
        <w:t xml:space="preserve">Evidenced: </w:t>
      </w:r>
      <w:r>
        <w:t>It reported result, count 270; result, noise 0; result, distance m 50; result, elapsed ms 8; result, min points 7; billing, cost 0.0554 [53].</w:t>
      </w:r>
    </w:p>
    <w:p>
      <w:r>
        <w:rPr>
          <w:i/>
          <w:color w:val="525252"/>
          <w:sz w:val="17"/>
        </w:rPr>
        <w:t>Tool gp_find_point_clusters; parameters {"method": "dbscan", "project": "d4e5404f-06e4-4689-a539-31a71b8348eb", "features": {"layer": "Settlement monitoring (425841af)"}, "distance_m": 50.0, "min_points": 7}</w:t>
      </w:r>
    </w:p>
    <w:p>
      <w:pPr>
        <w:pStyle w:val="Heading1"/>
      </w:pPr>
      <w:r>
        <w:t>Nearest neighbor index</w:t>
      </w:r>
    </w:p>
    <w:p>
      <w:r>
        <w:rPr>
          <w:b/>
        </w:rPr>
        <w:t xml:space="preserve">What this analysis is. </w:t>
      </w:r>
      <w:r>
        <w:rPr>
          <w:i w:val="0"/>
        </w:rPr>
        <w:t>Average nearest neighbor: Clark-Evans ratio: clustered, dispersed or random [54]. In ArcGIS it is Average Nearest Neighbor; in QGIS, native:nearestneighbouranalysis [54].</w:t>
      </w:r>
    </w:p>
    <w:p>
      <w:r>
        <w:rPr>
          <w:b/>
        </w:rPr>
        <w:t xml:space="preserve">Why it was run on this data. </w:t>
      </w:r>
      <w:r>
        <w:rPr>
          <w:i w:val="0"/>
        </w:rPr>
        <w:t>The average nearest neighbor ratio says whether Inspections and defects are clustered, random or dispersed [55].</w:t>
      </w:r>
    </w:p>
    <w:p>
      <w:r>
        <w:rPr>
          <w:b/>
        </w:rPr>
        <w:t xml:space="preserve">What it found. </w:t>
      </w:r>
      <w:r>
        <w:rPr>
          <w:i w:val="0"/>
        </w:rPr>
        <w:t>Nearest neighbor index on Inspections and defects: Average nearest neighbor: done; no map output [9][56]. It reported result, n 900; result, p value 0; result, z score -36.26; result, elapsed ms 4; result, study area m2 2,804,596; result, nearest neighbor ratio 0.3682 [56].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900</w:t>
            </w:r>
          </w:p>
        </w:tc>
      </w:tr>
      <w:tr>
        <w:tc>
          <w:tcPr>
            <w:tcW w:type="dxa" w:w="4320"/>
          </w:tcPr>
          <w:p>
            <w:r>
              <w:t>result, p value</w:t>
            </w:r>
          </w:p>
        </w:tc>
        <w:tc>
          <w:tcPr>
            <w:tcW w:type="dxa" w:w="4320"/>
          </w:tcPr>
          <w:p>
            <w:r>
              <w:t>0</w:t>
            </w:r>
          </w:p>
        </w:tc>
      </w:tr>
      <w:tr>
        <w:tc>
          <w:tcPr>
            <w:tcW w:type="dxa" w:w="4320"/>
          </w:tcPr>
          <w:p>
            <w:r>
              <w:t>result, z score</w:t>
            </w:r>
          </w:p>
        </w:tc>
        <w:tc>
          <w:tcPr>
            <w:tcW w:type="dxa" w:w="4320"/>
          </w:tcPr>
          <w:p>
            <w:r>
              <w:t>-36.26</w:t>
            </w:r>
          </w:p>
        </w:tc>
      </w:tr>
      <w:tr>
        <w:tc>
          <w:tcPr>
            <w:tcW w:type="dxa" w:w="4320"/>
          </w:tcPr>
          <w:p>
            <w:r>
              <w:t>result, elapsed ms</w:t>
            </w:r>
          </w:p>
        </w:tc>
        <w:tc>
          <w:tcPr>
            <w:tcW w:type="dxa" w:w="4320"/>
          </w:tcPr>
          <w:p>
            <w:r>
              <w:t>4</w:t>
            </w:r>
          </w:p>
        </w:tc>
      </w:tr>
      <w:tr>
        <w:tc>
          <w:tcPr>
            <w:tcW w:type="dxa" w:w="4320"/>
          </w:tcPr>
          <w:p>
            <w:r>
              <w:t>result, study area m2</w:t>
            </w:r>
          </w:p>
        </w:tc>
        <w:tc>
          <w:tcPr>
            <w:tcW w:type="dxa" w:w="4320"/>
          </w:tcPr>
          <w:p>
            <w:r>
              <w:t>2,804,596</w:t>
            </w:r>
          </w:p>
        </w:tc>
      </w:tr>
      <w:tr>
        <w:tc>
          <w:tcPr>
            <w:tcW w:type="dxa" w:w="4320"/>
          </w:tcPr>
          <w:p>
            <w:r>
              <w:t>result, nearest neighbor ratio</w:t>
            </w:r>
          </w:p>
        </w:tc>
        <w:tc>
          <w:tcPr>
            <w:tcW w:type="dxa" w:w="4320"/>
          </w:tcPr>
          <w:p>
            <w:r>
              <w:t>0.3682</w:t>
            </w:r>
          </w:p>
        </w:tc>
      </w:tr>
      <w:tr>
        <w:tc>
          <w:tcPr>
            <w:tcW w:type="dxa" w:w="4320"/>
          </w:tcPr>
          <w:p>
            <w:r>
              <w:t>result, expected mean distance m</w:t>
            </w:r>
          </w:p>
        </w:tc>
        <w:tc>
          <w:tcPr>
            <w:tcW w:type="dxa" w:w="4320"/>
          </w:tcPr>
          <w:p>
            <w:r>
              <w:t>27.91</w:t>
            </w:r>
          </w:p>
        </w:tc>
      </w:tr>
      <w:tr>
        <w:tc>
          <w:tcPr>
            <w:tcW w:type="dxa" w:w="4320"/>
          </w:tcPr>
          <w:p>
            <w:r>
              <w:t>result, observed mean distance m</w:t>
            </w:r>
          </w:p>
        </w:tc>
        <w:tc>
          <w:tcPr>
            <w:tcW w:type="dxa" w:w="4320"/>
          </w:tcPr>
          <w:p>
            <w:r>
              <w:t>10.28</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Nearest neighbor index on Inspections and defects: Average nearest neighbor: done; no map output [9][56].</w:t>
      </w:r>
    </w:p>
    <w:p>
      <w:pPr>
        <w:pStyle w:val="ListBullet"/>
      </w:pPr>
      <w:r>
        <w:rPr>
          <w:b/>
        </w:rPr>
        <w:t xml:space="preserve">Evidenced: </w:t>
      </w:r>
      <w:r>
        <w:t>It reported result, n 900; result, p value 0; result, z score -36.26; result, elapsed ms 4; result, study area m2 2,804,596; result, nearest neighbor ratio 0.3682 [56].</w:t>
      </w:r>
    </w:p>
    <w:p>
      <w:r>
        <w:rPr>
          <w:i/>
          <w:color w:val="525252"/>
          <w:sz w:val="17"/>
        </w:rPr>
        <w:t>Tool gp_nearest_neighbor_index; parameters {"project": "d4e5404f-06e4-4689-a539-31a71b8348eb", "features": {"layer": "Inspections and defects (2d513b03)"}}</w:t>
      </w:r>
    </w:p>
    <w:p>
      <w:pPr>
        <w:pStyle w:val="Heading1"/>
      </w:pPr>
      <w:r>
        <w:t>Zonal statistics</w:t>
      </w:r>
    </w:p>
    <w:p>
      <w:r>
        <w:rPr>
          <w:b/>
        </w:rPr>
        <w:t xml:space="preserve">What this analysis is. </w:t>
      </w:r>
      <w:r>
        <w:rPr>
          <w:i w:val="0"/>
        </w:rPr>
        <w:t>Zonal statistics: count/min/max/mean/std/sum/median/majority per polygon as a table and as GeoJSON [41]. In ArcGIS it is Zonal Statistics as Table (polygons) [41].</w:t>
      </w:r>
    </w:p>
    <w:p>
      <w:r>
        <w:rPr>
          <w:b/>
        </w:rPr>
        <w:t xml:space="preserve">Why it was run on this data. </w:t>
      </w:r>
      <w:r>
        <w:rPr>
          <w:i w:val="0"/>
        </w:rPr>
        <w:t>Statistics of Site progress scene 2026-09-01 inside each feature of Work zones [57].</w:t>
      </w:r>
    </w:p>
    <w:p>
      <w:r>
        <w:rPr>
          <w:b/>
        </w:rPr>
        <w:t xml:space="preserve">What it found. </w:t>
      </w:r>
      <w:r>
        <w:rPr>
          <w:i w:val="0"/>
        </w:rPr>
        <w:t>The analysis utilized the Zonal statistics tool, specifically rs_zonal_statistics [58]. The summary generated by the tool states the completion of zonal statistics [58]. These results indicate there are 8 row(s) recorded [58]. Moreover, the analysis covered a total of 8 zones [58].</w:t>
      </w:r>
    </w:p>
    <w:p>
      <w:r>
        <w:rPr>
          <w:b/>
        </w:rPr>
        <w:t>Findings</w:t>
      </w:r>
    </w:p>
    <w:p>
      <w:pPr>
        <w:pStyle w:val="ListBullet"/>
      </w:pPr>
      <w:r>
        <w:rPr>
          <w:b/>
        </w:rPr>
        <w:t xml:space="preserve">Evidenced: </w:t>
      </w:r>
      <w:r>
        <w:t>Zonal statistics: Zonal statistics: 8 row(s) [58].</w:t>
      </w:r>
    </w:p>
    <w:p>
      <w:pPr>
        <w:pStyle w:val="ListBullet"/>
      </w:pPr>
      <w:r>
        <w:rPr>
          <w:b/>
        </w:rPr>
        <w:t xml:space="preserve">Evidenced: </w:t>
      </w:r>
      <w:r>
        <w:t>zones 8 [58].</w:t>
      </w:r>
    </w:p>
    <w:p>
      <w:r>
        <w:rPr>
          <w:i/>
          <w:color w:val="525252"/>
          <w:sz w:val="17"/>
        </w:rPr>
        <w:t>Tool rs_zonal_statistics; parameters {"stats": ["mean", "min", "max", "std"], "zones": "Work zones (a87c9da1)", "raster_id": "Site progress scene 2026-09-01 (0e506696)"}</w:t>
      </w:r>
    </w:p>
    <w:p>
      <w:pPr>
        <w:pStyle w:val="Heading1"/>
      </w:pPr>
      <w:r>
        <w:t>Zonal statistics</w:t>
      </w:r>
    </w:p>
    <w:p>
      <w:r>
        <w:rPr>
          <w:b/>
        </w:rPr>
        <w:t xml:space="preserve">What this analysis is. </w:t>
      </w:r>
      <w:r>
        <w:rPr>
          <w:i w:val="0"/>
        </w:rPr>
        <w:t>Zonal statistics: count/min/max/mean/std/sum/median/majority per polygon as a table and as GeoJSON [41]. In ArcGIS it is Zonal Statistics as Table (polygons) [41].</w:t>
      </w:r>
    </w:p>
    <w:p>
      <w:r>
        <w:rPr>
          <w:b/>
        </w:rPr>
        <w:t xml:space="preserve">Why it was run on this data. </w:t>
      </w:r>
      <w:r>
        <w:rPr>
          <w:i w:val="0"/>
        </w:rPr>
        <w:t>Statistics of Site progress scene 2026-09-01 inside each feature of Work zones [57].</w:t>
      </w:r>
    </w:p>
    <w:p>
      <w:r>
        <w:rPr>
          <w:b/>
        </w:rPr>
        <w:t xml:space="preserve">What it found. </w:t>
      </w:r>
      <w:r>
        <w:rPr>
          <w:i w:val="0"/>
        </w:rPr>
        <w:t>The analysis section utilized the `rs_zonal_statistics` tool for the first step [59]. The zonal statistics report indicates 1 row(s) analyzed across 1 zone [59].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zones</w:t>
            </w:r>
          </w:p>
        </w:tc>
        <w:tc>
          <w:tcPr>
            <w:tcW w:type="dxa" w:w="4320"/>
          </w:tcPr>
          <w:p>
            <w:r>
              <w:t>1</w:t>
            </w:r>
          </w:p>
        </w:tc>
      </w:tr>
      <w:tr>
        <w:tc>
          <w:tcPr>
            <w:tcW w:type="dxa" w:w="4320"/>
          </w:tcPr>
          <w:p>
            <w:r>
              <w:t>features, count</w:t>
            </w:r>
          </w:p>
        </w:tc>
        <w:tc>
          <w:tcPr>
            <w:tcW w:type="dxa" w:w="4320"/>
          </w:tcPr>
          <w:p>
            <w:r>
              <w:t>1</w:t>
            </w:r>
          </w:p>
        </w:tc>
      </w:tr>
      <w:tr>
        <w:tc>
          <w:tcPr>
            <w:tcW w:type="dxa" w:w="4320"/>
          </w:tcPr>
          <w:p>
            <w:r>
              <w:t>elapsed ms</w:t>
            </w:r>
          </w:p>
        </w:tc>
        <w:tc>
          <w:tcPr>
            <w:tcW w:type="dxa" w:w="4320"/>
          </w:tcPr>
          <w:p>
            <w:r>
              <w:t>35</w:t>
            </w:r>
          </w:p>
        </w:tc>
      </w:tr>
    </w:tbl>
    <w:p/>
    <w:p>
      <w:r>
        <w:rPr>
          <w:b/>
        </w:rPr>
        <w:t>Findings</w:t>
      </w:r>
    </w:p>
    <w:p>
      <w:pPr>
        <w:pStyle w:val="ListBullet"/>
      </w:pPr>
      <w:r>
        <w:rPr>
          <w:b/>
        </w:rPr>
        <w:t xml:space="preserve">Evidenced: </w:t>
      </w:r>
      <w:r>
        <w:t>Zonal statistics: Zonal statistics: 1 row(s) [59].</w:t>
      </w:r>
    </w:p>
    <w:p>
      <w:pPr>
        <w:pStyle w:val="ListBullet"/>
      </w:pPr>
      <w:r>
        <w:rPr>
          <w:b/>
        </w:rPr>
        <w:t xml:space="preserve">Evidenced: </w:t>
      </w:r>
      <w:r>
        <w:t>zones 1 [59].</w:t>
      </w:r>
    </w:p>
    <w:p>
      <w:pPr>
        <w:pStyle w:val="ListBullet"/>
      </w:pPr>
      <w:r>
        <w:rPr>
          <w:b/>
        </w:rPr>
        <w:t xml:space="preserve">Evidenced: </w:t>
      </w:r>
      <w:r>
        <w:t>It reported stats, zones 1; features, count 1; elapsed ms 35 [59].</w:t>
      </w:r>
    </w:p>
    <w:p>
      <w:r>
        <w:rPr>
          <w:i/>
          <w:color w:val="525252"/>
          <w:sz w:val="17"/>
        </w:rPr>
        <w:t>Tool rs_zonal_statistics; parameters {"stats": ["mean", "min", "max", "std"], "zones": "Site boundary (3902997c)", "raster_id": "Site progress scene 2026-09-01 (0e506696)"}</w:t>
      </w:r>
    </w:p>
    <w:p>
      <w:pPr>
        <w:pStyle w:val="Heading1"/>
      </w:pPr>
      <w:r>
        <w:t>Zonal statistics</w:t>
      </w:r>
    </w:p>
    <w:p>
      <w:r>
        <w:rPr>
          <w:b/>
        </w:rPr>
        <w:t xml:space="preserve">What this analysis is. </w:t>
      </w:r>
      <w:r>
        <w:rPr>
          <w:i w:val="0"/>
        </w:rPr>
        <w:t>Zonal statistics: count/min/max/mean/std/sum/median/majority per polygon as a table and as GeoJSON [41]. In ArcGIS it is Zonal Statistics as Table (polygons) [41].</w:t>
      </w:r>
    </w:p>
    <w:p>
      <w:r>
        <w:rPr>
          <w:b/>
        </w:rPr>
        <w:t xml:space="preserve">Why it was run on this data. </w:t>
      </w:r>
      <w:r>
        <w:rPr>
          <w:i w:val="0"/>
        </w:rPr>
        <w:t>Statistics of Site progress scene 2026-09-01 inside each feature of Work zones [57].</w:t>
      </w:r>
    </w:p>
    <w:p>
      <w:r>
        <w:rPr>
          <w:b/>
        </w:rPr>
        <w:t xml:space="preserve">What it found. </w:t>
      </w:r>
      <w:r>
        <w:rPr>
          <w:i w:val="0"/>
        </w:rPr>
        <w:t>Zonal statistics: Zonal statistics: 8 row(s) [60]. zones 8 [60].</w:t>
      </w:r>
    </w:p>
    <w:p>
      <w:r>
        <w:rPr>
          <w:b/>
        </w:rPr>
        <w:t>Findings</w:t>
      </w:r>
    </w:p>
    <w:p>
      <w:pPr>
        <w:pStyle w:val="ListBullet"/>
      </w:pPr>
      <w:r>
        <w:rPr>
          <w:b/>
        </w:rPr>
        <w:t xml:space="preserve">Evidenced: </w:t>
      </w:r>
      <w:r>
        <w:t>Zonal statistics: Zonal statistics: 8 row(s) [60].</w:t>
      </w:r>
    </w:p>
    <w:p>
      <w:pPr>
        <w:pStyle w:val="ListBullet"/>
      </w:pPr>
      <w:r>
        <w:rPr>
          <w:b/>
        </w:rPr>
        <w:t xml:space="preserve">Evidenced: </w:t>
      </w:r>
      <w:r>
        <w:t>zones 8 [60].</w:t>
      </w:r>
    </w:p>
    <w:p>
      <w:r>
        <w:rPr>
          <w:i/>
          <w:color w:val="525252"/>
          <w:sz w:val="17"/>
        </w:rPr>
        <w:t>Tool rs_zonal_statistics; parameters {"stats": ["mean", "min", "max", "std"], "zones": "Work zones (a87c9da1)", "raster_id": "Site progress scene 2026-03-01 (44bcba49)"}</w:t>
      </w:r>
    </w:p>
    <w:p>
      <w:pPr>
        <w:pStyle w:val="Heading1"/>
      </w:pPr>
      <w:r>
        <w:t>Index change</w:t>
      </w:r>
    </w:p>
    <w:p>
      <w:r>
        <w:rPr>
          <w:b/>
        </w:rPr>
        <w:t xml:space="preserve">What this analysis is. </w:t>
      </w:r>
      <w:r>
        <w:rPr>
          <w:i w:val="0"/>
        </w:rPr>
        <w:t>Spectral index change: Change of a spectral index (NDVI, NDWI, NDBI, NBR …) or a band expression between two images: before, after and difference rasters, decrease / increase classes beyond the threshold with polygons and areas; NBR also gives dNBR with burn severity classes [24].</w:t>
      </w:r>
    </w:p>
    <w:p>
      <w:r>
        <w:rPr>
          <w:b/>
        </w:rPr>
        <w:t xml:space="preserve">Why it was run on this data. </w:t>
      </w:r>
      <w:r>
        <w:rPr>
          <w:i w:val="0"/>
        </w:rPr>
        <w:t>Index change between Site progress scene 2026-03-01 (2026-03-01) and Site progress scene 2026-09-01 (2026-09-01): the changed area, with the changed places as polygons [25].</w:t>
      </w:r>
    </w:p>
    <w:p>
      <w:r>
        <w:rPr>
          <w:b/>
        </w:rPr>
        <w:t xml:space="preserve">What it found. </w:t>
      </w:r>
      <w:r>
        <w:rPr>
          <w:i w:val="0"/>
        </w:rPr>
        <w:t>Index change: Spectral index change: created NDVI change Site progress scene 2026-03-01 to Site progress scene 2026-09-01 (300 x 250 cells, 10.00 m) [61]. plus 1 more raster layer(s) [61]. and layer NDVI change polygons with 1078 feature(s) [61]. mean before 0.08239; mean after 0.08535; mean difference 0.002955; decrease ha 9.00; increase ha 15.70 [61]. It reported stats, polygons 1,078; stats, mean after 0.08535; stats, decrease ha 9; stats, increase ha 15.7; stats, mean before 0.08239; stats, masked pixels 0 [61].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polygons</w:t>
            </w:r>
          </w:p>
        </w:tc>
        <w:tc>
          <w:tcPr>
            <w:tcW w:type="dxa" w:w="4320"/>
          </w:tcPr>
          <w:p>
            <w:r>
              <w:t>1,078</w:t>
            </w:r>
          </w:p>
        </w:tc>
      </w:tr>
      <w:tr>
        <w:tc>
          <w:tcPr>
            <w:tcW w:type="dxa" w:w="4320"/>
          </w:tcPr>
          <w:p>
            <w:r>
              <w:t>stats, mean after</w:t>
            </w:r>
          </w:p>
        </w:tc>
        <w:tc>
          <w:tcPr>
            <w:tcW w:type="dxa" w:w="4320"/>
          </w:tcPr>
          <w:p>
            <w:r>
              <w:t>0.08535</w:t>
            </w:r>
          </w:p>
        </w:tc>
      </w:tr>
      <w:tr>
        <w:tc>
          <w:tcPr>
            <w:tcW w:type="dxa" w:w="4320"/>
          </w:tcPr>
          <w:p>
            <w:r>
              <w:t>stats, decrease ha</w:t>
            </w:r>
          </w:p>
        </w:tc>
        <w:tc>
          <w:tcPr>
            <w:tcW w:type="dxa" w:w="4320"/>
          </w:tcPr>
          <w:p>
            <w:r>
              <w:t>9</w:t>
            </w:r>
          </w:p>
        </w:tc>
      </w:tr>
      <w:tr>
        <w:tc>
          <w:tcPr>
            <w:tcW w:type="dxa" w:w="4320"/>
          </w:tcPr>
          <w:p>
            <w:r>
              <w:t>stats, increase ha</w:t>
            </w:r>
          </w:p>
        </w:tc>
        <w:tc>
          <w:tcPr>
            <w:tcW w:type="dxa" w:w="4320"/>
          </w:tcPr>
          <w:p>
            <w:r>
              <w:t>15.7</w:t>
            </w:r>
          </w:p>
        </w:tc>
      </w:tr>
      <w:tr>
        <w:tc>
          <w:tcPr>
            <w:tcW w:type="dxa" w:w="4320"/>
          </w:tcPr>
          <w:p>
            <w:r>
              <w:t>stats, mean before</w:t>
            </w:r>
          </w:p>
        </w:tc>
        <w:tc>
          <w:tcPr>
            <w:tcW w:type="dxa" w:w="4320"/>
          </w:tcPr>
          <w:p>
            <w:r>
              <w:t>0.08239</w:t>
            </w:r>
          </w:p>
        </w:tc>
      </w:tr>
      <w:tr>
        <w:tc>
          <w:tcPr>
            <w:tcW w:type="dxa" w:w="4320"/>
          </w:tcPr>
          <w:p>
            <w:r>
              <w:t>stats, masked pixels</w:t>
            </w:r>
          </w:p>
        </w:tc>
        <w:tc>
          <w:tcPr>
            <w:tcW w:type="dxa" w:w="4320"/>
          </w:tcPr>
          <w:p>
            <w:r>
              <w:t>0</w:t>
            </w:r>
          </w:p>
        </w:tc>
      </w:tr>
      <w:tr>
        <w:tc>
          <w:tcPr>
            <w:tcW w:type="dxa" w:w="4320"/>
          </w:tcPr>
          <w:p>
            <w:r>
              <w:t>stats, mean difference</w:t>
            </w:r>
          </w:p>
        </w:tc>
        <w:tc>
          <w:tcPr>
            <w:tcW w:type="dxa" w:w="4320"/>
          </w:tcPr>
          <w:p>
            <w:r>
              <w:t>0.002955</w:t>
            </w:r>
          </w:p>
        </w:tc>
      </w:tr>
      <w:tr>
        <w:tc>
          <w:tcPr>
            <w:tcW w:type="dxa" w:w="4320"/>
          </w:tcPr>
          <w:p>
            <w:r>
              <w:t>elapsed ms</w:t>
            </w:r>
          </w:p>
        </w:tc>
        <w:tc>
          <w:tcPr>
            <w:tcW w:type="dxa" w:w="4320"/>
          </w:tcPr>
          <w:p>
            <w:r>
              <w:t>537</w:t>
            </w:r>
          </w:p>
        </w:tc>
      </w:tr>
    </w:tbl>
    <w:p/>
    <w:p>
      <w:r>
        <w:rPr>
          <w:b/>
        </w:rPr>
        <w:t>Findings</w:t>
      </w:r>
    </w:p>
    <w:p>
      <w:pPr>
        <w:pStyle w:val="ListBullet"/>
      </w:pPr>
      <w:r>
        <w:rPr>
          <w:b/>
        </w:rPr>
        <w:t xml:space="preserve">Evidenced: </w:t>
      </w:r>
      <w:r>
        <w:t>Index change: Spectral index change: created NDVI change Site progress scene 2026-03-01 to Site progress scene 2026-09-01 (300 x 250 cells, 10.00 m) [61].</w:t>
      </w:r>
    </w:p>
    <w:p>
      <w:pPr>
        <w:pStyle w:val="ListBullet"/>
      </w:pPr>
      <w:r>
        <w:rPr>
          <w:b/>
        </w:rPr>
        <w:t xml:space="preserve">Evidenced: </w:t>
      </w:r>
      <w:r>
        <w:t>plus 1 more raster layer(s) [61].</w:t>
      </w:r>
    </w:p>
    <w:p>
      <w:pPr>
        <w:pStyle w:val="ListBullet"/>
      </w:pPr>
      <w:r>
        <w:rPr>
          <w:b/>
        </w:rPr>
        <w:t xml:space="preserve">Evidenced: </w:t>
      </w:r>
      <w:r>
        <w:t>and layer NDVI change polygons with 1078 feature(s) [61].</w:t>
      </w:r>
    </w:p>
    <w:p>
      <w:pPr>
        <w:pStyle w:val="ListBullet"/>
      </w:pPr>
      <w:r>
        <w:rPr>
          <w:b/>
        </w:rPr>
        <w:t xml:space="preserve">Evidenced: </w:t>
      </w:r>
      <w:r>
        <w:t>mean before 0.08239; mean after 0.08535; mean difference 0.002955; decrease ha 9.00; increase ha 15.70 [61].</w:t>
      </w:r>
    </w:p>
    <w:p>
      <w:pPr>
        <w:pStyle w:val="ListBullet"/>
      </w:pPr>
      <w:r>
        <w:rPr>
          <w:b/>
        </w:rPr>
        <w:t xml:space="preserve">Evidenced: </w:t>
      </w:r>
      <w:r>
        <w:t>It reported stats, polygons 1,078; stats, mean after 0.08535; stats, decrease ha 9; stats, increase ha 15.7; stats, mean before 0.08239; stats, masked pixels 0 [61].</w:t>
      </w:r>
    </w:p>
    <w:p>
      <w:r>
        <w:rPr>
          <w:i/>
          <w:color w:val="525252"/>
          <w:sz w:val="17"/>
        </w:rPr>
        <w:t>Tool im_index_change; parameters {"after_id": "Site progress scene 2026-09-01 (0e506696)", "polygons": true, "before_id": "Site progress scene 2026-03-01 (44bcba49)"}</w:t>
      </w:r>
    </w:p>
    <w:p>
      <w:pPr>
        <w:pStyle w:val="Heading1"/>
      </w:pPr>
      <w:r>
        <w:t>Compute change raster</w:t>
      </w:r>
    </w:p>
    <w:p>
      <w:r>
        <w:rPr>
          <w:b/>
        </w:rPr>
        <w:t xml:space="preserve">What this analysis is. </w:t>
      </w:r>
      <w:r>
        <w:rPr>
          <w:i w:val="0"/>
        </w:rPr>
        <w:t>Compute change raster: Pixel value or spectral change between two co-registered images: difference, relative difference, absolute difference, log ratio (radar, dB), Euclidean spectral distance, spectral angle (radians) or the band with most change [27].</w:t>
      </w:r>
    </w:p>
    <w:p>
      <w:r>
        <w:rPr>
          <w:b/>
        </w:rPr>
        <w:t xml:space="preserve">Why it was run on this data. </w:t>
      </w:r>
      <w:r>
        <w:rPr>
          <w:i w:val="0"/>
        </w:rPr>
        <w:t>A change raster between Site progress scene 2026-03-01 (2026-03-01) and Site progress scene 2026-09-01 (2026-09-01): where and how much the pixels changed [28].</w:t>
      </w:r>
    </w:p>
    <w:p>
      <w:r>
        <w:rPr>
          <w:b/>
        </w:rPr>
        <w:t xml:space="preserve">What it found. </w:t>
      </w:r>
      <w:r>
        <w:rPr>
          <w:i w:val="0"/>
        </w:rPr>
        <w:t>Compute change raster: Compute change raster: created Difference Site progress scene 2026-03-01 to Site progress scene 2026-09-01 (300 x 250 cells, 10.00 m) [62]. mean -0.001083; std 0.01804; min -0.134; max 0.091; masked pixels 0 [62]. It reported stats, max 0.091; stats, min -0.134; stats, std 0.01804; stats, mean -0.001083; stats, masked pixels 0; elapsed ms 151 [62].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max</w:t>
            </w:r>
          </w:p>
        </w:tc>
        <w:tc>
          <w:tcPr>
            <w:tcW w:type="dxa" w:w="4320"/>
          </w:tcPr>
          <w:p>
            <w:r>
              <w:t>0.091</w:t>
            </w:r>
          </w:p>
        </w:tc>
      </w:tr>
      <w:tr>
        <w:tc>
          <w:tcPr>
            <w:tcW w:type="dxa" w:w="4320"/>
          </w:tcPr>
          <w:p>
            <w:r>
              <w:t>stats, min</w:t>
            </w:r>
          </w:p>
        </w:tc>
        <w:tc>
          <w:tcPr>
            <w:tcW w:type="dxa" w:w="4320"/>
          </w:tcPr>
          <w:p>
            <w:r>
              <w:t>-0.134</w:t>
            </w:r>
          </w:p>
        </w:tc>
      </w:tr>
      <w:tr>
        <w:tc>
          <w:tcPr>
            <w:tcW w:type="dxa" w:w="4320"/>
          </w:tcPr>
          <w:p>
            <w:r>
              <w:t>stats, std</w:t>
            </w:r>
          </w:p>
        </w:tc>
        <w:tc>
          <w:tcPr>
            <w:tcW w:type="dxa" w:w="4320"/>
          </w:tcPr>
          <w:p>
            <w:r>
              <w:t>0.01804</w:t>
            </w:r>
          </w:p>
        </w:tc>
      </w:tr>
      <w:tr>
        <w:tc>
          <w:tcPr>
            <w:tcW w:type="dxa" w:w="4320"/>
          </w:tcPr>
          <w:p>
            <w:r>
              <w:t>stats, mean</w:t>
            </w:r>
          </w:p>
        </w:tc>
        <w:tc>
          <w:tcPr>
            <w:tcW w:type="dxa" w:w="4320"/>
          </w:tcPr>
          <w:p>
            <w:r>
              <w:t>-0.001083</w:t>
            </w:r>
          </w:p>
        </w:tc>
      </w:tr>
      <w:tr>
        <w:tc>
          <w:tcPr>
            <w:tcW w:type="dxa" w:w="4320"/>
          </w:tcPr>
          <w:p>
            <w:r>
              <w:t>stats, masked pixels</w:t>
            </w:r>
          </w:p>
        </w:tc>
        <w:tc>
          <w:tcPr>
            <w:tcW w:type="dxa" w:w="4320"/>
          </w:tcPr>
          <w:p>
            <w:r>
              <w:t>0</w:t>
            </w:r>
          </w:p>
        </w:tc>
      </w:tr>
      <w:tr>
        <w:tc>
          <w:tcPr>
            <w:tcW w:type="dxa" w:w="4320"/>
          </w:tcPr>
          <w:p>
            <w:r>
              <w:t>elapsed ms</w:t>
            </w:r>
          </w:p>
        </w:tc>
        <w:tc>
          <w:tcPr>
            <w:tcW w:type="dxa" w:w="4320"/>
          </w:tcPr>
          <w:p>
            <w:r>
              <w:t>151</w:t>
            </w:r>
          </w:p>
        </w:tc>
      </w:tr>
    </w:tbl>
    <w:p/>
    <w:p>
      <w:r>
        <w:rPr>
          <w:b/>
        </w:rPr>
        <w:t>Findings</w:t>
      </w:r>
    </w:p>
    <w:p>
      <w:pPr>
        <w:pStyle w:val="ListBullet"/>
      </w:pPr>
      <w:r>
        <w:rPr>
          <w:b/>
        </w:rPr>
        <w:t xml:space="preserve">Evidenced: </w:t>
      </w:r>
      <w:r>
        <w:t>Compute change raster: Compute change raster: created Difference Site progress scene 2026-03-01 to Site progress scene 2026-09-01 (300 x 250 cells, 10.00 m) [62].</w:t>
      </w:r>
    </w:p>
    <w:p>
      <w:pPr>
        <w:pStyle w:val="ListBullet"/>
      </w:pPr>
      <w:r>
        <w:rPr>
          <w:b/>
        </w:rPr>
        <w:t xml:space="preserve">Evidenced: </w:t>
      </w:r>
      <w:r>
        <w:t>mean -0.001083; std 0.01804; min -0.134; max 0.091; masked pixels 0 [62].</w:t>
      </w:r>
    </w:p>
    <w:p>
      <w:pPr>
        <w:pStyle w:val="ListBullet"/>
      </w:pPr>
      <w:r>
        <w:rPr>
          <w:b/>
        </w:rPr>
        <w:t xml:space="preserve">Evidenced: </w:t>
      </w:r>
      <w:r>
        <w:t>It reported stats, max 0.091; stats, min -0.134; stats, std 0.01804; stats, mean -0.001083; stats, masked pixels 0; elapsed ms 151 [62].</w:t>
      </w:r>
    </w:p>
    <w:p>
      <w:r>
        <w:rPr>
          <w:i/>
          <w:color w:val="525252"/>
          <w:sz w:val="17"/>
        </w:rPr>
        <w:t>Tool im_compute_change_raster; parameters {"method": "difference", "after_id": "Site progress scene 2026-09-01 (0e506696)", "before_id": "Site progress scene 2026-03-01 (44bcba49)"}</w:t>
      </w:r>
    </w:p>
    <w:p>
      <w:pPr>
        <w:pStyle w:val="Heading1"/>
      </w:pPr>
      <w:r>
        <w:t>Maps and charts</w:t>
      </w:r>
    </w:p>
    <w:p>
      <w:r>
        <w:rPr>
          <w:i w:val="0"/>
        </w:rPr>
        <w:t>The run also made 24 map image(s) [63][64][65][66][67][68][69][70][71][72][73][74][75][76][77][78][79][80][81][82][83][84][85][86] and 23 chart(s) [87][88][89][90][91][92][93][94][95][96][97][98][99][100][101][102][103][104][105][106][107][108][109].</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Inspections and defects [63]</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Emerging hot spots: Settlement monitoring [64]</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Repeat and near repeat classification: Inspections and defects [65]</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Inspections and defects [66]</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9.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Hot spot analysis: Settlement monitoring [67]</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1.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Hot spot analysis: Work zones [68]</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3.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NDVI change Site progress scene 2026-03-01 to Site progress scene 2026-09-01 [69]</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NDVI decrease / increase [70]</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NDVI change polygons [71]</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Difference Site progress scene 2026-03-01 to Site progress scene 2026-09-01 [72]</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Calculate density: Inspections and defects [73]</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Calculate density: Settlement monitoring [74]</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Summarize within: Work zones [75]</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Summarize within: Work zones [76]</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8.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Summarize within: Work zones [77]</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Slope (degrees) [78]</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3.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Find point clusters: Inspections and defects [79]</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Find point clusters: cluster hulls [80]</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7.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Find point clusters: Settlement monitoring [81]</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9.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Find point clusters: cluster hulls [82]</w:t>
      </w:r>
    </w:p>
    <w:p>
      <w:pPr>
        <w:jc w:val="center"/>
      </w:pPr>
      <w:r>
        <w:drawing>
          <wp:inline xmlns:a="http://schemas.openxmlformats.org/drawingml/2006/main" xmlns:pic="http://schemas.openxmlformats.org/drawingml/2006/picture">
            <wp:extent cx="5760720" cy="384048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760720" cy="3840480"/>
                    </a:xfrm>
                    <a:prstGeom prst="rect"/>
                  </pic:spPr>
                </pic:pic>
              </a:graphicData>
            </a:graphic>
          </wp:inline>
        </w:drawing>
      </w:r>
    </w:p>
    <w:p>
      <w:r>
        <w:rPr>
          <w:i/>
          <w:color w:val="525252"/>
          <w:sz w:val="17"/>
        </w:rPr>
        <w:t>Figure 22. Site Progress Scene Index Analysis NDVI change Site progress scene 2026-03-01 to Site progress scene 2026-09-01 [83]</w:t>
      </w:r>
    </w:p>
    <w:p>
      <w:pPr>
        <w:jc w:val="center"/>
      </w:pPr>
      <w:r>
        <w:drawing>
          <wp:inline xmlns:a="http://schemas.openxmlformats.org/drawingml/2006/main" xmlns:pic="http://schemas.openxmlformats.org/drawingml/2006/picture">
            <wp:extent cx="5760720" cy="3840480"/>
            <wp:docPr id="23" name="Picture 23"/>
            <wp:cNvGraphicFramePr>
              <a:graphicFrameLocks noChangeAspect="1"/>
            </wp:cNvGraphicFramePr>
            <a:graphic>
              <a:graphicData uri="http://schemas.openxmlformats.org/drawingml/2006/picture">
                <pic:pic>
                  <pic:nvPicPr>
                    <pic:cNvPr id="0" name="043.jpg"/>
                    <pic:cNvPicPr/>
                  </pic:nvPicPr>
                  <pic:blipFill>
                    <a:blip r:embed="rId31"/>
                    <a:stretch>
                      <a:fillRect/>
                    </a:stretch>
                  </pic:blipFill>
                  <pic:spPr>
                    <a:xfrm>
                      <a:off x="0" y="0"/>
                      <a:ext cx="5760720" cy="3840480"/>
                    </a:xfrm>
                    <a:prstGeom prst="rect"/>
                  </pic:spPr>
                </pic:pic>
              </a:graphicData>
            </a:graphic>
          </wp:inline>
        </w:drawing>
      </w:r>
    </w:p>
    <w:p>
      <w:r>
        <w:rPr>
          <w:i/>
          <w:color w:val="525252"/>
          <w:sz w:val="17"/>
        </w:rPr>
        <w:t>Figure 23. Site Progress Scene Index Analysis NDVI decrease / increase [84]</w:t>
      </w:r>
    </w:p>
    <w:p>
      <w:pPr>
        <w:jc w:val="center"/>
      </w:pPr>
      <w:r>
        <w:drawing>
          <wp:inline xmlns:a="http://schemas.openxmlformats.org/drawingml/2006/main" xmlns:pic="http://schemas.openxmlformats.org/drawingml/2006/picture">
            <wp:extent cx="5760720" cy="3840480"/>
            <wp:docPr id="24" name="Picture 24"/>
            <wp:cNvGraphicFramePr>
              <a:graphicFrameLocks noChangeAspect="1"/>
            </wp:cNvGraphicFramePr>
            <a:graphic>
              <a:graphicData uri="http://schemas.openxmlformats.org/drawingml/2006/picture">
                <pic:pic>
                  <pic:nvPicPr>
                    <pic:cNvPr id="0" name="044.jpg"/>
                    <pic:cNvPicPr/>
                  </pic:nvPicPr>
                  <pic:blipFill>
                    <a:blip r:embed="rId32"/>
                    <a:stretch>
                      <a:fillRect/>
                    </a:stretch>
                  </pic:blipFill>
                  <pic:spPr>
                    <a:xfrm>
                      <a:off x="0" y="0"/>
                      <a:ext cx="5760720" cy="3840480"/>
                    </a:xfrm>
                    <a:prstGeom prst="rect"/>
                  </pic:spPr>
                </pic:pic>
              </a:graphicData>
            </a:graphic>
          </wp:inline>
        </w:drawing>
      </w:r>
    </w:p>
    <w:p>
      <w:r>
        <w:rPr>
          <w:i/>
          <w:color w:val="525252"/>
          <w:sz w:val="17"/>
        </w:rPr>
        <w:t>Figure 24. Site Progress Scene Index Analysis NDVI change polygons [85]</w:t>
      </w:r>
    </w:p>
    <w:p>
      <w:pPr>
        <w:jc w:val="center"/>
      </w:pPr>
      <w:r>
        <w:drawing>
          <wp:inline xmlns:a="http://schemas.openxmlformats.org/drawingml/2006/main" xmlns:pic="http://schemas.openxmlformats.org/drawingml/2006/picture">
            <wp:extent cx="5760720" cy="3840480"/>
            <wp:docPr id="25" name="Picture 25"/>
            <wp:cNvGraphicFramePr>
              <a:graphicFrameLocks noChangeAspect="1"/>
            </wp:cNvGraphicFramePr>
            <a:graphic>
              <a:graphicData uri="http://schemas.openxmlformats.org/drawingml/2006/picture">
                <pic:pic>
                  <pic:nvPicPr>
                    <pic:cNvPr id="0" name="047.jpg"/>
                    <pic:cNvPicPr/>
                  </pic:nvPicPr>
                  <pic:blipFill>
                    <a:blip r:embed="rId33"/>
                    <a:stretch>
                      <a:fillRect/>
                    </a:stretch>
                  </pic:blipFill>
                  <pic:spPr>
                    <a:xfrm>
                      <a:off x="0" y="0"/>
                      <a:ext cx="5760720" cy="3840480"/>
                    </a:xfrm>
                    <a:prstGeom prst="rect"/>
                  </pic:spPr>
                </pic:pic>
              </a:graphicData>
            </a:graphic>
          </wp:inline>
        </w:drawing>
      </w:r>
    </w:p>
    <w:p>
      <w:r>
        <w:rPr>
          <w:i/>
          <w:color w:val="525252"/>
          <w:sz w:val="17"/>
        </w:rPr>
        <w:t>Figure 25. Site Progress Scene Index Analysis Difference Site progress scene 2026-03-01 to Site progress scene 2026-09-01 [86]</w:t>
      </w:r>
    </w:p>
    <w:p>
      <w:r>
        <w:rPr>
          <w:b/>
        </w:rPr>
        <w:t xml:space="preserve">What the map shows. </w:t>
      </w:r>
      <w:r>
        <w:rPr>
          <w:i/>
        </w:rPr>
        <w:t>The map is titled "Emerging spots: Inspections and defects" and appears to be a spatial analysis designed to identify unusual clustering of inspections or defects. According to the legend, the analysis result indicates that "No pattern detected" for emerging hot spots in this area. Though the map displays various adjacent polygons filled with gray tones, the formal analysis provided does not show any specific hot spots or significant geographic patterns of defects. Overall, the image reports a lack of detectable spatial [63]</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33216"/>
            <wp:docPr id="26" name="Picture 26"/>
            <wp:cNvGraphicFramePr>
              <a:graphicFrameLocks noChangeAspect="1"/>
            </wp:cNvGraphicFramePr>
            <a:graphic>
              <a:graphicData uri="http://schemas.openxmlformats.org/drawingml/2006/picture">
                <pic:pic>
                  <pic:nvPicPr>
                    <pic:cNvPr id="0" name="048.jpg"/>
                    <pic:cNvPicPr/>
                  </pic:nvPicPr>
                  <pic:blipFill>
                    <a:blip r:embed="rId34"/>
                    <a:stretch>
                      <a:fillRect/>
                    </a:stretch>
                  </pic:blipFill>
                  <pic:spPr>
                    <a:xfrm>
                      <a:off x="0" y="0"/>
                      <a:ext cx="5486400" cy="3633216"/>
                    </a:xfrm>
                    <a:prstGeom prst="rect"/>
                  </pic:spPr>
                </pic:pic>
              </a:graphicData>
            </a:graphic>
          </wp:inline>
        </w:drawing>
      </w:r>
    </w:p>
    <w:p>
      <w:r>
        <w:rPr>
          <w:i/>
          <w:color w:val="525252"/>
          <w:sz w:val="17"/>
        </w:rPr>
        <w:t>Figure 26. Settlement monitoring over time (month) [87]. Per week, 2025-12-29 to 2026-08-31. Source: Settlement monitoring (270 features). The data is in the appendix.</w:t>
      </w:r>
    </w:p>
    <w:p>
      <w:pPr>
        <w:jc w:val="center"/>
      </w:pPr>
      <w:r>
        <w:drawing>
          <wp:inline xmlns:a="http://schemas.openxmlformats.org/drawingml/2006/main" xmlns:pic="http://schemas.openxmlformats.org/drawingml/2006/picture">
            <wp:extent cx="5486400" cy="3627120"/>
            <wp:docPr id="27" name="Picture 27"/>
            <wp:cNvGraphicFramePr>
              <a:graphicFrameLocks noChangeAspect="1"/>
            </wp:cNvGraphicFramePr>
            <a:graphic>
              <a:graphicData uri="http://schemas.openxmlformats.org/drawingml/2006/picture">
                <pic:pic>
                  <pic:nvPicPr>
                    <pic:cNvPr id="0" name="049.jpg"/>
                    <pic:cNvPicPr/>
                  </pic:nvPicPr>
                  <pic:blipFill>
                    <a:blip r:embed="rId35"/>
                    <a:stretch>
                      <a:fillRect/>
                    </a:stretch>
                  </pic:blipFill>
                  <pic:spPr>
                    <a:xfrm>
                      <a:off x="0" y="0"/>
                      <a:ext cx="5486400" cy="3627120"/>
                    </a:xfrm>
                    <a:prstGeom prst="rect"/>
                  </pic:spPr>
                </pic:pic>
              </a:graphicData>
            </a:graphic>
          </wp:inline>
        </w:drawing>
      </w:r>
    </w:p>
    <w:p>
      <w:r>
        <w:rPr>
          <w:i/>
          <w:color w:val="525252"/>
          <w:sz w:val="17"/>
        </w:rPr>
        <w:t>Figure 27. Daily progress by zone over time (date) [88]. Per week, 2026-02-23 to 2026-08-31. Source: Daily progress by zone (1,264 features). The data is in the appendix.</w:t>
      </w:r>
    </w:p>
    <w:p>
      <w:pPr>
        <w:jc w:val="center"/>
      </w:pPr>
      <w:r>
        <w:drawing>
          <wp:inline xmlns:a="http://schemas.openxmlformats.org/drawingml/2006/main" xmlns:pic="http://schemas.openxmlformats.org/drawingml/2006/picture">
            <wp:extent cx="5486400" cy="3974592"/>
            <wp:docPr id="28" name="Picture 28"/>
            <wp:cNvGraphicFramePr>
              <a:graphicFrameLocks noChangeAspect="1"/>
            </wp:cNvGraphicFramePr>
            <a:graphic>
              <a:graphicData uri="http://schemas.openxmlformats.org/drawingml/2006/picture">
                <pic:pic>
                  <pic:nvPicPr>
                    <pic:cNvPr id="0" name="050.jpg"/>
                    <pic:cNvPicPr/>
                  </pic:nvPicPr>
                  <pic:blipFill>
                    <a:blip r:embed="rId36"/>
                    <a:stretch>
                      <a:fillRect/>
                    </a:stretch>
                  </pic:blipFill>
                  <pic:spPr>
                    <a:xfrm>
                      <a:off x="0" y="0"/>
                      <a:ext cx="5486400" cy="3974592"/>
                    </a:xfrm>
                    <a:prstGeom prst="rect"/>
                  </pic:spPr>
                </pic:pic>
              </a:graphicData>
            </a:graphic>
          </wp:inline>
        </w:drawing>
      </w:r>
    </w:p>
    <w:p>
      <w:r>
        <w:rPr>
          <w:i/>
          <w:color w:val="525252"/>
          <w:sz w:val="17"/>
        </w:rPr>
        <w:t>Figure 28. Deliveries log over time (date) [89]. Per week, 2026-02-23 to 2026-08-31. Source: Deliveries log (400 features). The data is in the appendix.</w:t>
      </w:r>
    </w:p>
    <w:p>
      <w:pPr>
        <w:jc w:val="center"/>
      </w:pPr>
      <w:r>
        <w:drawing>
          <wp:inline xmlns:a="http://schemas.openxmlformats.org/drawingml/2006/main" xmlns:pic="http://schemas.openxmlformats.org/drawingml/2006/picture">
            <wp:extent cx="5486400" cy="3712464"/>
            <wp:docPr id="29" name="Picture 29"/>
            <wp:cNvGraphicFramePr>
              <a:graphicFrameLocks noChangeAspect="1"/>
            </wp:cNvGraphicFramePr>
            <a:graphic>
              <a:graphicData uri="http://schemas.openxmlformats.org/drawingml/2006/picture">
                <pic:pic>
                  <pic:nvPicPr>
                    <pic:cNvPr id="0" name="051.jpg"/>
                    <pic:cNvPicPr/>
                  </pic:nvPicPr>
                  <pic:blipFill>
                    <a:blip r:embed="rId37"/>
                    <a:stretch>
                      <a:fillRect/>
                    </a:stretch>
                  </pic:blipFill>
                  <pic:spPr>
                    <a:xfrm>
                      <a:off x="0" y="0"/>
                      <a:ext cx="5486400" cy="3712464"/>
                    </a:xfrm>
                    <a:prstGeom prst="rect"/>
                  </pic:spPr>
                </pic:pic>
              </a:graphicData>
            </a:graphic>
          </wp:inline>
        </w:drawing>
      </w:r>
    </w:p>
    <w:p>
      <w:r>
        <w:rPr>
          <w:i/>
          <w:color w:val="525252"/>
          <w:sz w:val="17"/>
        </w:rPr>
        <w:t>Figure 29. Emerging hot spots: Inspections and defects [90]. Source: Emerging hot spots: Inspections and defects (28 features). The data is in the appendix.</w:t>
      </w:r>
    </w:p>
    <w:p>
      <w:pPr>
        <w:jc w:val="center"/>
      </w:pPr>
      <w:r>
        <w:drawing>
          <wp:inline xmlns:a="http://schemas.openxmlformats.org/drawingml/2006/main" xmlns:pic="http://schemas.openxmlformats.org/drawingml/2006/picture">
            <wp:extent cx="5486400" cy="3736848"/>
            <wp:docPr id="30" name="Picture 30"/>
            <wp:cNvGraphicFramePr>
              <a:graphicFrameLocks noChangeAspect="1"/>
            </wp:cNvGraphicFramePr>
            <a:graphic>
              <a:graphicData uri="http://schemas.openxmlformats.org/drawingml/2006/picture">
                <pic:pic>
                  <pic:nvPicPr>
                    <pic:cNvPr id="0" name="052.jpg"/>
                    <pic:cNvPicPr/>
                  </pic:nvPicPr>
                  <pic:blipFill>
                    <a:blip r:embed="rId38"/>
                    <a:stretch>
                      <a:fillRect/>
                    </a:stretch>
                  </pic:blipFill>
                  <pic:spPr>
                    <a:xfrm>
                      <a:off x="0" y="0"/>
                      <a:ext cx="5486400" cy="3736848"/>
                    </a:xfrm>
                    <a:prstGeom prst="rect"/>
                  </pic:spPr>
                </pic:pic>
              </a:graphicData>
            </a:graphic>
          </wp:inline>
        </w:drawing>
      </w:r>
    </w:p>
    <w:p>
      <w:r>
        <w:rPr>
          <w:i/>
          <w:color w:val="525252"/>
          <w:sz w:val="17"/>
        </w:rPr>
        <w:t>Figure 30. Emerging hot spots: Settlement monitoring [91]. Source: Emerging hot spots: Settlement monitoring (10 features). The data is in the appendix.</w:t>
      </w:r>
    </w:p>
    <w:p>
      <w:pPr>
        <w:jc w:val="center"/>
      </w:pPr>
      <w:r>
        <w:drawing>
          <wp:inline xmlns:a="http://schemas.openxmlformats.org/drawingml/2006/main" xmlns:pic="http://schemas.openxmlformats.org/drawingml/2006/picture">
            <wp:extent cx="5486400" cy="3980688"/>
            <wp:docPr id="31" name="Picture 31"/>
            <wp:cNvGraphicFramePr>
              <a:graphicFrameLocks noChangeAspect="1"/>
            </wp:cNvGraphicFramePr>
            <a:graphic>
              <a:graphicData uri="http://schemas.openxmlformats.org/drawingml/2006/picture">
                <pic:pic>
                  <pic:nvPicPr>
                    <pic:cNvPr id="0" name="053.jpg"/>
                    <pic:cNvPicPr/>
                  </pic:nvPicPr>
                  <pic:blipFill>
                    <a:blip r:embed="rId39"/>
                    <a:stretch>
                      <a:fillRect/>
                    </a:stretch>
                  </pic:blipFill>
                  <pic:spPr>
                    <a:xfrm>
                      <a:off x="0" y="0"/>
                      <a:ext cx="5486400" cy="3980688"/>
                    </a:xfrm>
                    <a:prstGeom prst="rect"/>
                  </pic:spPr>
                </pic:pic>
              </a:graphicData>
            </a:graphic>
          </wp:inline>
        </w:drawing>
      </w:r>
    </w:p>
    <w:p>
      <w:r>
        <w:rPr>
          <w:i/>
          <w:color w:val="525252"/>
          <w:sz w:val="17"/>
        </w:rPr>
        <w:t>Figure 31. Repeat and near repeat classification: Inspections and defects [92]. Per week, 2026-02-23 to 2026-09-28. Source: Repeat and near repeat classification: Inspections and defects (900 features). The data is in the appendix.</w:t>
      </w:r>
    </w:p>
    <w:p>
      <w:pPr>
        <w:jc w:val="center"/>
      </w:pPr>
      <w:r>
        <w:drawing>
          <wp:inline xmlns:a="http://schemas.openxmlformats.org/drawingml/2006/main" xmlns:pic="http://schemas.openxmlformats.org/drawingml/2006/picture">
            <wp:extent cx="5486400" cy="3846576"/>
            <wp:docPr id="32" name="Picture 32"/>
            <wp:cNvGraphicFramePr>
              <a:graphicFrameLocks noChangeAspect="1"/>
            </wp:cNvGraphicFramePr>
            <a:graphic>
              <a:graphicData uri="http://schemas.openxmlformats.org/drawingml/2006/picture">
                <pic:pic>
                  <pic:nvPicPr>
                    <pic:cNvPr id="0" name="054.jpg"/>
                    <pic:cNvPicPr/>
                  </pic:nvPicPr>
                  <pic:blipFill>
                    <a:blip r:embed="rId40"/>
                    <a:stretch>
                      <a:fillRect/>
                    </a:stretch>
                  </pic:blipFill>
                  <pic:spPr>
                    <a:xfrm>
                      <a:off x="0" y="0"/>
                      <a:ext cx="5486400" cy="3846576"/>
                    </a:xfrm>
                    <a:prstGeom prst="rect"/>
                  </pic:spPr>
                </pic:pic>
              </a:graphicData>
            </a:graphic>
          </wp:inline>
        </w:drawing>
      </w:r>
    </w:p>
    <w:p>
      <w:r>
        <w:rPr>
          <w:i/>
          <w:color w:val="525252"/>
          <w:sz w:val="17"/>
        </w:rPr>
        <w:t>Figure 32. Hot spot analysis: Inspections and defects [93]. Source: Hot spot analysis: Inspections and defects (317 features). The data is in the appendix.</w:t>
      </w:r>
    </w:p>
    <w:p>
      <w:pPr>
        <w:jc w:val="center"/>
      </w:pPr>
      <w:r>
        <w:drawing>
          <wp:inline xmlns:a="http://schemas.openxmlformats.org/drawingml/2006/main" xmlns:pic="http://schemas.openxmlformats.org/drawingml/2006/picture">
            <wp:extent cx="5486400" cy="2773680"/>
            <wp:docPr id="33" name="Picture 33"/>
            <wp:cNvGraphicFramePr>
              <a:graphicFrameLocks noChangeAspect="1"/>
            </wp:cNvGraphicFramePr>
            <a:graphic>
              <a:graphicData uri="http://schemas.openxmlformats.org/drawingml/2006/picture">
                <pic:pic>
                  <pic:nvPicPr>
                    <pic:cNvPr id="0" name="055.jpg"/>
                    <pic:cNvPicPr/>
                  </pic:nvPicPr>
                  <pic:blipFill>
                    <a:blip r:embed="rId41"/>
                    <a:stretch>
                      <a:fillRect/>
                    </a:stretch>
                  </pic:blipFill>
                  <pic:spPr>
                    <a:xfrm>
                      <a:off x="0" y="0"/>
                      <a:ext cx="5486400" cy="2773680"/>
                    </a:xfrm>
                    <a:prstGeom prst="rect"/>
                  </pic:spPr>
                </pic:pic>
              </a:graphicData>
            </a:graphic>
          </wp:inline>
        </w:drawing>
      </w:r>
    </w:p>
    <w:p>
      <w:r>
        <w:rPr>
          <w:i/>
          <w:color w:val="525252"/>
          <w:sz w:val="17"/>
        </w:rPr>
        <w:t>Figure 33. Hot spot analysis: Settlement monitoring [94]. Source: Hot spot analysis: Settlement monitoring (87 features). The data is in the appendix.</w:t>
      </w:r>
    </w:p>
    <w:p>
      <w:pPr>
        <w:jc w:val="center"/>
      </w:pPr>
      <w:r>
        <w:drawing>
          <wp:inline xmlns:a="http://schemas.openxmlformats.org/drawingml/2006/main" xmlns:pic="http://schemas.openxmlformats.org/drawingml/2006/picture">
            <wp:extent cx="5486400" cy="3852672"/>
            <wp:docPr id="34" name="Picture 34"/>
            <wp:cNvGraphicFramePr>
              <a:graphicFrameLocks noChangeAspect="1"/>
            </wp:cNvGraphicFramePr>
            <a:graphic>
              <a:graphicData uri="http://schemas.openxmlformats.org/drawingml/2006/picture">
                <pic:pic>
                  <pic:nvPicPr>
                    <pic:cNvPr id="0" name="056.jpg"/>
                    <pic:cNvPicPr/>
                  </pic:nvPicPr>
                  <pic:blipFill>
                    <a:blip r:embed="rId42"/>
                    <a:stretch>
                      <a:fillRect/>
                    </a:stretch>
                  </pic:blipFill>
                  <pic:spPr>
                    <a:xfrm>
                      <a:off x="0" y="0"/>
                      <a:ext cx="5486400" cy="3852672"/>
                    </a:xfrm>
                    <a:prstGeom prst="rect"/>
                  </pic:spPr>
                </pic:pic>
              </a:graphicData>
            </a:graphic>
          </wp:inline>
        </w:drawing>
      </w:r>
    </w:p>
    <w:p>
      <w:r>
        <w:rPr>
          <w:i/>
          <w:color w:val="525252"/>
          <w:sz w:val="17"/>
        </w:rPr>
        <w:t>Figure 34. Hot spot analysis: Work zones [95]. Source: Hot spot analysis: Work zones (8 features). The data is in the appendix.</w:t>
      </w:r>
    </w:p>
    <w:p>
      <w:pPr>
        <w:jc w:val="center"/>
      </w:pPr>
      <w:r>
        <w:drawing>
          <wp:inline xmlns:a="http://schemas.openxmlformats.org/drawingml/2006/main" xmlns:pic="http://schemas.openxmlformats.org/drawingml/2006/picture">
            <wp:extent cx="5486400" cy="3566160"/>
            <wp:docPr id="35" name="Picture 35"/>
            <wp:cNvGraphicFramePr>
              <a:graphicFrameLocks noChangeAspect="1"/>
            </wp:cNvGraphicFramePr>
            <a:graphic>
              <a:graphicData uri="http://schemas.openxmlformats.org/drawingml/2006/picture">
                <pic:pic>
                  <pic:nvPicPr>
                    <pic:cNvPr id="0" name="057.jpg"/>
                    <pic:cNvPicPr/>
                  </pic:nvPicPr>
                  <pic:blipFill>
                    <a:blip r:embed="rId43"/>
                    <a:stretch>
                      <a:fillRect/>
                    </a:stretch>
                  </pic:blipFill>
                  <pic:spPr>
                    <a:xfrm>
                      <a:off x="0" y="0"/>
                      <a:ext cx="5486400" cy="3566160"/>
                    </a:xfrm>
                    <a:prstGeom prst="rect"/>
                  </pic:spPr>
                </pic:pic>
              </a:graphicData>
            </a:graphic>
          </wp:inline>
        </w:drawing>
      </w:r>
    </w:p>
    <w:p>
      <w:r>
        <w:rPr>
          <w:i/>
          <w:color w:val="525252"/>
          <w:sz w:val="17"/>
        </w:rPr>
        <w:t>Figure 35. NDVI change polygons [96]. Source: NDVI change polygons (1,078 features). The data is in the appendix.</w:t>
      </w:r>
    </w:p>
    <w:p>
      <w:pPr>
        <w:jc w:val="center"/>
      </w:pPr>
      <w:r>
        <w:drawing>
          <wp:inline xmlns:a="http://schemas.openxmlformats.org/drawingml/2006/main" xmlns:pic="http://schemas.openxmlformats.org/drawingml/2006/picture">
            <wp:extent cx="5486400" cy="3578352"/>
            <wp:docPr id="36" name="Picture 36"/>
            <wp:cNvGraphicFramePr>
              <a:graphicFrameLocks noChangeAspect="1"/>
            </wp:cNvGraphicFramePr>
            <a:graphic>
              <a:graphicData uri="http://schemas.openxmlformats.org/drawingml/2006/picture">
                <pic:pic>
                  <pic:nvPicPr>
                    <pic:cNvPr id="0" name="058.jpg"/>
                    <pic:cNvPicPr/>
                  </pic:nvPicPr>
                  <pic:blipFill>
                    <a:blip r:embed="rId44"/>
                    <a:stretch>
                      <a:fillRect/>
                    </a:stretch>
                  </pic:blipFill>
                  <pic:spPr>
                    <a:xfrm>
                      <a:off x="0" y="0"/>
                      <a:ext cx="5486400" cy="3578352"/>
                    </a:xfrm>
                    <a:prstGeom prst="rect"/>
                  </pic:spPr>
                </pic:pic>
              </a:graphicData>
            </a:graphic>
          </wp:inline>
        </w:drawing>
      </w:r>
    </w:p>
    <w:p>
      <w:r>
        <w:rPr>
          <w:i/>
          <w:color w:val="525252"/>
          <w:sz w:val="17"/>
        </w:rPr>
        <w:t>Figure 36. Calculate density: Inspections and defects [97]. Source: Calculate density: Inspections and defects (976 features). The data is in the appendix.</w:t>
      </w:r>
    </w:p>
    <w:p>
      <w:pPr>
        <w:jc w:val="center"/>
      </w:pPr>
      <w:r>
        <w:drawing>
          <wp:inline xmlns:a="http://schemas.openxmlformats.org/drawingml/2006/main" xmlns:pic="http://schemas.openxmlformats.org/drawingml/2006/picture">
            <wp:extent cx="5486400" cy="3627120"/>
            <wp:docPr id="37" name="Picture 37"/>
            <wp:cNvGraphicFramePr>
              <a:graphicFrameLocks noChangeAspect="1"/>
            </wp:cNvGraphicFramePr>
            <a:graphic>
              <a:graphicData uri="http://schemas.openxmlformats.org/drawingml/2006/picture">
                <pic:pic>
                  <pic:nvPicPr>
                    <pic:cNvPr id="0" name="059.jpg"/>
                    <pic:cNvPicPr/>
                  </pic:nvPicPr>
                  <pic:blipFill>
                    <a:blip r:embed="rId45"/>
                    <a:stretch>
                      <a:fillRect/>
                    </a:stretch>
                  </pic:blipFill>
                  <pic:spPr>
                    <a:xfrm>
                      <a:off x="0" y="0"/>
                      <a:ext cx="5486400" cy="3627120"/>
                    </a:xfrm>
                    <a:prstGeom prst="rect"/>
                  </pic:spPr>
                </pic:pic>
              </a:graphicData>
            </a:graphic>
          </wp:inline>
        </w:drawing>
      </w:r>
    </w:p>
    <w:p>
      <w:r>
        <w:rPr>
          <w:i/>
          <w:color w:val="525252"/>
          <w:sz w:val="17"/>
        </w:rPr>
        <w:t>Figure 37. Calculate density: Settlement monitoring [98]. Source: Calculate density: Settlement monitoring (806 features). The data is in the appendix.</w:t>
      </w:r>
    </w:p>
    <w:p>
      <w:pPr>
        <w:jc w:val="center"/>
      </w:pPr>
      <w:r>
        <w:drawing>
          <wp:inline xmlns:a="http://schemas.openxmlformats.org/drawingml/2006/main" xmlns:pic="http://schemas.openxmlformats.org/drawingml/2006/picture">
            <wp:extent cx="5486400" cy="3730752"/>
            <wp:docPr id="38" name="Picture 38"/>
            <wp:cNvGraphicFramePr>
              <a:graphicFrameLocks noChangeAspect="1"/>
            </wp:cNvGraphicFramePr>
            <a:graphic>
              <a:graphicData uri="http://schemas.openxmlformats.org/drawingml/2006/picture">
                <pic:pic>
                  <pic:nvPicPr>
                    <pic:cNvPr id="0" name="060.jpg"/>
                    <pic:cNvPicPr/>
                  </pic:nvPicPr>
                  <pic:blipFill>
                    <a:blip r:embed="rId46"/>
                    <a:stretch>
                      <a:fillRect/>
                    </a:stretch>
                  </pic:blipFill>
                  <pic:spPr>
                    <a:xfrm>
                      <a:off x="0" y="0"/>
                      <a:ext cx="5486400" cy="3730752"/>
                    </a:xfrm>
                    <a:prstGeom prst="rect"/>
                  </pic:spPr>
                </pic:pic>
              </a:graphicData>
            </a:graphic>
          </wp:inline>
        </w:drawing>
      </w:r>
    </w:p>
    <w:p>
      <w:r>
        <w:rPr>
          <w:i/>
          <w:color w:val="525252"/>
          <w:sz w:val="17"/>
        </w:rPr>
        <w:t>Figure 38. Summarize within: Work zones [99]. Source: Summarize within: Work zones (8 features). The data is in the appendix.</w:t>
      </w:r>
    </w:p>
    <w:p>
      <w:pPr>
        <w:jc w:val="center"/>
      </w:pPr>
      <w:r>
        <w:drawing>
          <wp:inline xmlns:a="http://schemas.openxmlformats.org/drawingml/2006/main" xmlns:pic="http://schemas.openxmlformats.org/drawingml/2006/picture">
            <wp:extent cx="5486400" cy="3730752"/>
            <wp:docPr id="39" name="Picture 39"/>
            <wp:cNvGraphicFramePr>
              <a:graphicFrameLocks noChangeAspect="1"/>
            </wp:cNvGraphicFramePr>
            <a:graphic>
              <a:graphicData uri="http://schemas.openxmlformats.org/drawingml/2006/picture">
                <pic:pic>
                  <pic:nvPicPr>
                    <pic:cNvPr id="0" name="061.jpg"/>
                    <pic:cNvPicPr/>
                  </pic:nvPicPr>
                  <pic:blipFill>
                    <a:blip r:embed="rId47"/>
                    <a:stretch>
                      <a:fillRect/>
                    </a:stretch>
                  </pic:blipFill>
                  <pic:spPr>
                    <a:xfrm>
                      <a:off x="0" y="0"/>
                      <a:ext cx="5486400" cy="3730752"/>
                    </a:xfrm>
                    <a:prstGeom prst="rect"/>
                  </pic:spPr>
                </pic:pic>
              </a:graphicData>
            </a:graphic>
          </wp:inline>
        </w:drawing>
      </w:r>
    </w:p>
    <w:p>
      <w:r>
        <w:rPr>
          <w:i/>
          <w:color w:val="525252"/>
          <w:sz w:val="17"/>
        </w:rPr>
        <w:t>Figure 39. Summarize within: Work zones [100]. Source: Summarize within: Work zones (8 features). The data is in the appendix.</w:t>
      </w:r>
    </w:p>
    <w:p>
      <w:pPr>
        <w:jc w:val="center"/>
      </w:pPr>
      <w:r>
        <w:drawing>
          <wp:inline xmlns:a="http://schemas.openxmlformats.org/drawingml/2006/main" xmlns:pic="http://schemas.openxmlformats.org/drawingml/2006/picture">
            <wp:extent cx="5486400" cy="3730752"/>
            <wp:docPr id="40" name="Picture 40"/>
            <wp:cNvGraphicFramePr>
              <a:graphicFrameLocks noChangeAspect="1"/>
            </wp:cNvGraphicFramePr>
            <a:graphic>
              <a:graphicData uri="http://schemas.openxmlformats.org/drawingml/2006/picture">
                <pic:pic>
                  <pic:nvPicPr>
                    <pic:cNvPr id="0" name="062.jpg"/>
                    <pic:cNvPicPr/>
                  </pic:nvPicPr>
                  <pic:blipFill>
                    <a:blip r:embed="rId48"/>
                    <a:stretch>
                      <a:fillRect/>
                    </a:stretch>
                  </pic:blipFill>
                  <pic:spPr>
                    <a:xfrm>
                      <a:off x="0" y="0"/>
                      <a:ext cx="5486400" cy="3730752"/>
                    </a:xfrm>
                    <a:prstGeom prst="rect"/>
                  </pic:spPr>
                </pic:pic>
              </a:graphicData>
            </a:graphic>
          </wp:inline>
        </w:drawing>
      </w:r>
    </w:p>
    <w:p>
      <w:r>
        <w:rPr>
          <w:i/>
          <w:color w:val="525252"/>
          <w:sz w:val="17"/>
        </w:rPr>
        <w:t>Figure 40. Summarize within: Work zones [101]. Source: Summarize within: Work zones (8 features). The data is in the appendix.</w:t>
      </w:r>
    </w:p>
    <w:p>
      <w:pPr>
        <w:jc w:val="center"/>
      </w:pPr>
      <w:r>
        <w:drawing>
          <wp:inline xmlns:a="http://schemas.openxmlformats.org/drawingml/2006/main" xmlns:pic="http://schemas.openxmlformats.org/drawingml/2006/picture">
            <wp:extent cx="5486400" cy="3438144"/>
            <wp:docPr id="41" name="Picture 41"/>
            <wp:cNvGraphicFramePr>
              <a:graphicFrameLocks noChangeAspect="1"/>
            </wp:cNvGraphicFramePr>
            <a:graphic>
              <a:graphicData uri="http://schemas.openxmlformats.org/drawingml/2006/picture">
                <pic:pic>
                  <pic:nvPicPr>
                    <pic:cNvPr id="0" name="063.jpg"/>
                    <pic:cNvPicPr/>
                  </pic:nvPicPr>
                  <pic:blipFill>
                    <a:blip r:embed="rId49"/>
                    <a:stretch>
                      <a:fillRect/>
                    </a:stretch>
                  </pic:blipFill>
                  <pic:spPr>
                    <a:xfrm>
                      <a:off x="0" y="0"/>
                      <a:ext cx="5486400" cy="3438144"/>
                    </a:xfrm>
                    <a:prstGeom prst="rect"/>
                  </pic:spPr>
                </pic:pic>
              </a:graphicData>
            </a:graphic>
          </wp:inline>
        </w:drawing>
      </w:r>
    </w:p>
    <w:p>
      <w:r>
        <w:rPr>
          <w:i/>
          <w:color w:val="525252"/>
          <w:sz w:val="17"/>
        </w:rPr>
        <w:t>Figure 41. Find point clusters: Inspections and defects [102]. Period: 2026-03-01 to 2026-09-30 (inspected_at). Source: Find point clusters: Inspections and defects (900 features). The data is in the appendix.</w:t>
      </w:r>
    </w:p>
    <w:p>
      <w:pPr>
        <w:jc w:val="center"/>
      </w:pPr>
      <w:r>
        <w:drawing>
          <wp:inline xmlns:a="http://schemas.openxmlformats.org/drawingml/2006/main" xmlns:pic="http://schemas.openxmlformats.org/drawingml/2006/picture">
            <wp:extent cx="5486400" cy="3182112"/>
            <wp:docPr id="42" name="Picture 42"/>
            <wp:cNvGraphicFramePr>
              <a:graphicFrameLocks noChangeAspect="1"/>
            </wp:cNvGraphicFramePr>
            <a:graphic>
              <a:graphicData uri="http://schemas.openxmlformats.org/drawingml/2006/picture">
                <pic:pic>
                  <pic:nvPicPr>
                    <pic:cNvPr id="0" name="064.jpg"/>
                    <pic:cNvPicPr/>
                  </pic:nvPicPr>
                  <pic:blipFill>
                    <a:blip r:embed="rId50"/>
                    <a:stretch>
                      <a:fillRect/>
                    </a:stretch>
                  </pic:blipFill>
                  <pic:spPr>
                    <a:xfrm>
                      <a:off x="0" y="0"/>
                      <a:ext cx="5486400" cy="3182112"/>
                    </a:xfrm>
                    <a:prstGeom prst="rect"/>
                  </pic:spPr>
                </pic:pic>
              </a:graphicData>
            </a:graphic>
          </wp:inline>
        </w:drawing>
      </w:r>
    </w:p>
    <w:p>
      <w:r>
        <w:rPr>
          <w:i/>
          <w:color w:val="525252"/>
          <w:sz w:val="17"/>
        </w:rPr>
        <w:t>Figure 42. Find point clusters: cluster hulls [103]. Source: Find point clusters: cluster hulls (7 features). The data is in the appendix.</w:t>
      </w:r>
    </w:p>
    <w:p>
      <w:pPr>
        <w:jc w:val="center"/>
      </w:pPr>
      <w:r>
        <w:drawing>
          <wp:inline xmlns:a="http://schemas.openxmlformats.org/drawingml/2006/main" xmlns:pic="http://schemas.openxmlformats.org/drawingml/2006/picture">
            <wp:extent cx="5486400" cy="6242427"/>
            <wp:docPr id="43" name="Picture 43"/>
            <wp:cNvGraphicFramePr>
              <a:graphicFrameLocks noChangeAspect="1"/>
            </wp:cNvGraphicFramePr>
            <a:graphic>
              <a:graphicData uri="http://schemas.openxmlformats.org/drawingml/2006/picture">
                <pic:pic>
                  <pic:nvPicPr>
                    <pic:cNvPr id="0" name="065.jpg"/>
                    <pic:cNvPicPr/>
                  </pic:nvPicPr>
                  <pic:blipFill>
                    <a:blip r:embed="rId51"/>
                    <a:stretch>
                      <a:fillRect/>
                    </a:stretch>
                  </pic:blipFill>
                  <pic:spPr>
                    <a:xfrm>
                      <a:off x="0" y="0"/>
                      <a:ext cx="5486400" cy="6242427"/>
                    </a:xfrm>
                    <a:prstGeom prst="rect"/>
                  </pic:spPr>
                </pic:pic>
              </a:graphicData>
            </a:graphic>
          </wp:inline>
        </w:drawing>
      </w:r>
    </w:p>
    <w:p>
      <w:r>
        <w:rPr>
          <w:i/>
          <w:color w:val="525252"/>
          <w:sz w:val="17"/>
        </w:rPr>
        <w:t>Figure 43. Find point clusters: Settlement monitoring [104]. Period: 2026-01-01 to 2026-09-01 (month). Source: Find point clusters: Settlement monitoring (270 features). The data is in the appendix.</w:t>
      </w:r>
    </w:p>
    <w:p>
      <w:pPr>
        <w:jc w:val="center"/>
      </w:pPr>
      <w:r>
        <w:drawing>
          <wp:inline xmlns:a="http://schemas.openxmlformats.org/drawingml/2006/main" xmlns:pic="http://schemas.openxmlformats.org/drawingml/2006/picture">
            <wp:extent cx="5486400" cy="6242427"/>
            <wp:docPr id="44" name="Picture 44"/>
            <wp:cNvGraphicFramePr>
              <a:graphicFrameLocks noChangeAspect="1"/>
            </wp:cNvGraphicFramePr>
            <a:graphic>
              <a:graphicData uri="http://schemas.openxmlformats.org/drawingml/2006/picture">
                <pic:pic>
                  <pic:nvPicPr>
                    <pic:cNvPr id="0" name="066.jpg"/>
                    <pic:cNvPicPr/>
                  </pic:nvPicPr>
                  <pic:blipFill>
                    <a:blip r:embed="rId52"/>
                    <a:stretch>
                      <a:fillRect/>
                    </a:stretch>
                  </pic:blipFill>
                  <pic:spPr>
                    <a:xfrm>
                      <a:off x="0" y="0"/>
                      <a:ext cx="5486400" cy="6242427"/>
                    </a:xfrm>
                    <a:prstGeom prst="rect"/>
                  </pic:spPr>
                </pic:pic>
              </a:graphicData>
            </a:graphic>
          </wp:inline>
        </w:drawing>
      </w:r>
    </w:p>
    <w:p>
      <w:r>
        <w:rPr>
          <w:i/>
          <w:color w:val="525252"/>
          <w:sz w:val="17"/>
        </w:rPr>
        <w:t>Figure 44. Find point clusters: cluster hulls [105]. Source: Find point clusters: cluster hulls (19 features). The data is in the appendix.</w:t>
      </w:r>
    </w:p>
    <w:p>
      <w:pPr>
        <w:jc w:val="center"/>
      </w:pPr>
      <w:r>
        <w:drawing>
          <wp:inline xmlns:a="http://schemas.openxmlformats.org/drawingml/2006/main" xmlns:pic="http://schemas.openxmlformats.org/drawingml/2006/picture">
            <wp:extent cx="5486400" cy="3566160"/>
            <wp:docPr id="45" name="Picture 45"/>
            <wp:cNvGraphicFramePr>
              <a:graphicFrameLocks noChangeAspect="1"/>
            </wp:cNvGraphicFramePr>
            <a:graphic>
              <a:graphicData uri="http://schemas.openxmlformats.org/drawingml/2006/picture">
                <pic:pic>
                  <pic:nvPicPr>
                    <pic:cNvPr id="0" name="057.jpg"/>
                    <pic:cNvPicPr/>
                  </pic:nvPicPr>
                  <pic:blipFill>
                    <a:blip r:embed="rId43"/>
                    <a:stretch>
                      <a:fillRect/>
                    </a:stretch>
                  </pic:blipFill>
                  <pic:spPr>
                    <a:xfrm>
                      <a:off x="0" y="0"/>
                      <a:ext cx="5486400" cy="3566160"/>
                    </a:xfrm>
                    <a:prstGeom prst="rect"/>
                  </pic:spPr>
                </pic:pic>
              </a:graphicData>
            </a:graphic>
          </wp:inline>
        </w:drawing>
      </w:r>
    </w:p>
    <w:p>
      <w:r>
        <w:rPr>
          <w:i/>
          <w:color w:val="525252"/>
          <w:sz w:val="17"/>
        </w:rPr>
        <w:t>Figure 45. NDVI change polygons [106]. Source: NDVI change polygons (1,078 features). The data is in the appendix.</w:t>
      </w:r>
    </w:p>
    <w:p>
      <w:pPr>
        <w:jc w:val="center"/>
      </w:pPr>
      <w:r>
        <w:drawing>
          <wp:inline xmlns:a="http://schemas.openxmlformats.org/drawingml/2006/main" xmlns:pic="http://schemas.openxmlformats.org/drawingml/2006/picture">
            <wp:extent cx="5486400" cy="3633216"/>
            <wp:docPr id="46" name="Picture 46"/>
            <wp:cNvGraphicFramePr>
              <a:graphicFrameLocks noChangeAspect="1"/>
            </wp:cNvGraphicFramePr>
            <a:graphic>
              <a:graphicData uri="http://schemas.openxmlformats.org/drawingml/2006/picture">
                <pic:pic>
                  <pic:nvPicPr>
                    <pic:cNvPr id="0" name="068.jpg"/>
                    <pic:cNvPicPr/>
                  </pic:nvPicPr>
                  <pic:blipFill>
                    <a:blip r:embed="rId53"/>
                    <a:stretch>
                      <a:fillRect/>
                    </a:stretch>
                  </pic:blipFill>
                  <pic:spPr>
                    <a:xfrm>
                      <a:off x="0" y="0"/>
                      <a:ext cx="5486400" cy="3633216"/>
                    </a:xfrm>
                    <a:prstGeom prst="rect"/>
                  </pic:spPr>
                </pic:pic>
              </a:graphicData>
            </a:graphic>
          </wp:inline>
        </w:drawing>
      </w:r>
    </w:p>
    <w:p>
      <w:r>
        <w:rPr>
          <w:i/>
          <w:color w:val="525252"/>
          <w:sz w:val="17"/>
        </w:rPr>
        <w:t>Figure 46. Find point clusters: Settlement monitoring over time [107]. Per week, 2025-12-29 to 2026-08-31. Source: Find point clusters: Settlement monitoring (270 features). The data is in the appendix.</w:t>
      </w:r>
    </w:p>
    <w:p>
      <w:pPr>
        <w:jc w:val="center"/>
      </w:pPr>
      <w:r>
        <w:drawing>
          <wp:inline xmlns:a="http://schemas.openxmlformats.org/drawingml/2006/main" xmlns:pic="http://schemas.openxmlformats.org/drawingml/2006/picture">
            <wp:extent cx="5486400" cy="3980688"/>
            <wp:docPr id="47" name="Picture 47"/>
            <wp:cNvGraphicFramePr>
              <a:graphicFrameLocks noChangeAspect="1"/>
            </wp:cNvGraphicFramePr>
            <a:graphic>
              <a:graphicData uri="http://schemas.openxmlformats.org/drawingml/2006/picture">
                <pic:pic>
                  <pic:nvPicPr>
                    <pic:cNvPr id="0" name="069.jpg"/>
                    <pic:cNvPicPr/>
                  </pic:nvPicPr>
                  <pic:blipFill>
                    <a:blip r:embed="rId54"/>
                    <a:stretch>
                      <a:fillRect/>
                    </a:stretch>
                  </pic:blipFill>
                  <pic:spPr>
                    <a:xfrm>
                      <a:off x="0" y="0"/>
                      <a:ext cx="5486400" cy="3980688"/>
                    </a:xfrm>
                    <a:prstGeom prst="rect"/>
                  </pic:spPr>
                </pic:pic>
              </a:graphicData>
            </a:graphic>
          </wp:inline>
        </w:drawing>
      </w:r>
    </w:p>
    <w:p>
      <w:r>
        <w:rPr>
          <w:i/>
          <w:color w:val="525252"/>
          <w:sz w:val="17"/>
        </w:rPr>
        <w:t>Figure 47. Find point clusters: Inspections and defects over time [108]. Per week, 2026-02-23 to 2026-09-28. Source: Find point clusters: Inspections and defects (900 features). The data is in the appendix.</w:t>
      </w:r>
    </w:p>
    <w:p>
      <w:pPr>
        <w:jc w:val="center"/>
      </w:pPr>
      <w:r>
        <w:drawing>
          <wp:inline xmlns:a="http://schemas.openxmlformats.org/drawingml/2006/main" xmlns:pic="http://schemas.openxmlformats.org/drawingml/2006/picture">
            <wp:extent cx="5486400" cy="3980688"/>
            <wp:docPr id="48" name="Picture 48"/>
            <wp:cNvGraphicFramePr>
              <a:graphicFrameLocks noChangeAspect="1"/>
            </wp:cNvGraphicFramePr>
            <a:graphic>
              <a:graphicData uri="http://schemas.openxmlformats.org/drawingml/2006/picture">
                <pic:pic>
                  <pic:nvPicPr>
                    <pic:cNvPr id="0" name="053.jpg"/>
                    <pic:cNvPicPr/>
                  </pic:nvPicPr>
                  <pic:blipFill>
                    <a:blip r:embed="rId39"/>
                    <a:stretch>
                      <a:fillRect/>
                    </a:stretch>
                  </pic:blipFill>
                  <pic:spPr>
                    <a:xfrm>
                      <a:off x="0" y="0"/>
                      <a:ext cx="5486400" cy="3980688"/>
                    </a:xfrm>
                    <a:prstGeom prst="rect"/>
                  </pic:spPr>
                </pic:pic>
              </a:graphicData>
            </a:graphic>
          </wp:inline>
        </w:drawing>
      </w:r>
    </w:p>
    <w:p>
      <w:r>
        <w:rPr>
          <w:i/>
          <w:color w:val="525252"/>
          <w:sz w:val="17"/>
        </w:rPr>
        <w:t>Figure 48. Repeat and near repeat classification: Inspections and defects over time [109]. Per week, 2026-02-23 to 2026-09-28. Source: Repeat and near repeat classification: Inspections and defects (900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week by dataset. 160 rows (id 9f2bb274-af82-407c-9900-4bc77773b75b)</w:t>
      </w:r>
    </w:p>
    <w:p>
      <w:pPr>
        <w:spacing w:after="40"/>
      </w:pPr>
      <w:r>
        <w:t>[2] Dataset: Inspections and defects. vector, 900 rows (id 3a360dc7-0b8b-4224-98e8-aba6b17ab2e0)</w:t>
      </w:r>
    </w:p>
    <w:p>
      <w:pPr>
        <w:spacing w:after="40"/>
      </w:pPr>
      <w:r>
        <w:t>[3] Dataset: Settlement monitoring. vector, 270 rows (id 806d8b39-f228-4065-a394-d600f3812c49)</w:t>
      </w:r>
    </w:p>
    <w:p>
      <w:pPr>
        <w:spacing w:after="40"/>
      </w:pPr>
      <w:r>
        <w:t>[4] Dataset: Daily progress by zone. table, 1264 rows (id 85f34f63-e5d5-45af-b627-04240488c239)</w:t>
      </w:r>
    </w:p>
    <w:p>
      <w:pPr>
        <w:spacing w:after="40"/>
      </w:pPr>
      <w:r>
        <w:t>[5] Dataset: Deliveries log. table, 400 rows (id 25ca0509-fbcd-465c-ad7c-3d5ff8495ec0)</w:t>
      </w:r>
    </w:p>
    <w:p>
      <w:pPr>
        <w:spacing w:after="40"/>
      </w:pPr>
      <w:r>
        <w:t>[6]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[7] Plan: Space time hot spots of Inspections and defects (the Start plan's candidate c_daa895129d49). Inspections and defects carry dates in 'inspected_at': emerging hot spot analysis finds new, intensifying and fading hot spots per week. (id a0327f1f-63f3-4f6a-b834-207b8f9700a5:c_daa895129d49)</w:t>
      </w:r>
    </w:p>
    <w:p>
      <w:pPr>
        <w:spacing w:after="40"/>
      </w:pPr>
      <w:r>
        <w:t>[8] Tool result: gp_space_time_hot_spots, step 0. Emerging hot spots: 1 layer saved: Emerging hot spots: Inspections and defects (28 features). (id c3736b48-18ef-4b5f-917c-a3f44e49df09:0)</w:t>
      </w:r>
    </w:p>
    <w:p>
      <w:pPr>
        <w:spacing w:after="40"/>
      </w:pPr>
      <w:r>
        <w:t>[9] Layer: Inspections and defects. 900 features (id 2d513b03-8124-4d94-9ddd-e0e8d35ed9ae)</w:t>
      </w:r>
    </w:p>
    <w:p>
      <w:pPr>
        <w:spacing w:after="40"/>
      </w:pPr>
      <w:r>
        <w:t>[10] Plan: Space time hot spots of Settlement monitoring (the Start plan's candidate c_a657847729a2). Settlement monitoring carry dates in 'month': emerging hot spot analysis finds new, intensifying and fading hot spots per week. (id a0327f1f-63f3-4f6a-b834-207b8f9700a5:c_a657847729a2)</w:t>
      </w:r>
    </w:p>
    <w:p>
      <w:pPr>
        <w:spacing w:after="40"/>
      </w:pPr>
      <w:r>
        <w:t>[11] Tool result: gp_space_time_hot_spots, step 1. Emerging hot spots: 1 layer saved: Emerging hot spots: Settlement monitoring (10 features). (id c3736b48-18ef-4b5f-917c-a3f44e49df09:1)</w:t>
      </w:r>
    </w:p>
    <w:p>
      <w:pPr>
        <w:spacing w:after="40"/>
      </w:pPr>
      <w:r>
        <w:t>[12] Layer: Settlement monitoring. 270 features (id 425841af-4239-4ea3-bb9a-66322270d86d)</w:t>
      </w:r>
    </w:p>
    <w:p>
      <w:pPr>
        <w:spacing w:after="40"/>
      </w:pPr>
      <w:r>
        <w:t>[13]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[14] Plan: Near repeat of Inspections and defects (the Start plan's candidate c_dab5834d48f7). Near repeat analysis tests whether Inspections and defects close in space also follow each other within 21 days. (id a0327f1f-63f3-4f6a-b834-207b8f9700a5:c_dab5834d48f7)</w:t>
      </w:r>
    </w:p>
    <w:p>
      <w:pPr>
        <w:spacing w:after="40"/>
      </w:pPr>
      <w:r>
        <w:t>[15] Tool result: gp_near_repeat, step 2. Repeat and near repeat classification: 1 layer saved: Repeat and near repeat classification: Inspections and defects (900 features). (id c3736b48-18ef-4b5f-917c-a3f44e49df09:2)</w:t>
      </w:r>
    </w:p>
    <w:p>
      <w:pPr>
        <w:spacing w:after="40"/>
      </w:pPr>
      <w:r>
        <w:t>[16] Catalog: Hot spot analysis (operation catalog, gp_hot_spots). Getis-Ord Gi* hot and cold spots with z-scores, p-values and confidence bins. ArcGIS: Find Hot Spots, Hot Spot Analysis (Getis-Ord Gi*). QGIS: qgis:hotspot (plugin). (id gp_hot_spots)</w:t>
      </w:r>
    </w:p>
    <w:p>
      <w:pPr>
        <w:spacing w:after="40"/>
      </w:pPr>
      <w:r>
        <w:t>[17] Plan: Hot spots of Inspections and defects (the Start plan's candidate c_a14382cda44d). 900 points: Getis-Ord Gi* tests whether the concentrations in Inspections and defects are statistically significant. (id a0327f1f-63f3-4f6a-b834-207b8f9700a5:c_a14382cda44d)</w:t>
      </w:r>
    </w:p>
    <w:p>
      <w:pPr>
        <w:spacing w:after="40"/>
      </w:pPr>
      <w:r>
        <w:t>[18] Tool result: gp_hot_spots, step 0. Hot spot analysis: 1 layer saved: Hot spot analysis: Inspections and defects (317 features). (id b3ca19ef-101a-41ac-92ce-bbbc2c003a80:0)</w:t>
      </w:r>
    </w:p>
    <w:p>
      <w:pPr>
        <w:spacing w:after="40"/>
      </w:pPr>
      <w:r>
        <w:t>[19] Plan: Hot spots of Settlement monitoring (the Start plan's candidate c_40b66c08f429). 270 points: Getis-Ord Gi* tests whether the concentrations in Settlement monitoring are statistically significant. (id a0327f1f-63f3-4f6a-b834-207b8f9700a5:c_40b66c08f429)</w:t>
      </w:r>
    </w:p>
    <w:p>
      <w:pPr>
        <w:spacing w:after="40"/>
      </w:pPr>
      <w:r>
        <w:t>[20] Tool result: gp_hot_spots, step 1. Hot spot analysis: 1 layer saved: Hot spot analysis: Settlement monitoring (87 features). (id b3ca19ef-101a-41ac-92ce-bbbc2c003a80:1)</w:t>
      </w:r>
    </w:p>
    <w:p>
      <w:pPr>
        <w:spacing w:after="40"/>
      </w:pPr>
      <w:r>
        <w:t>[21] Plan: Hot spots of Work zones (the Start plan's candidate c_c596ca1fffb2). Gi* hot spots of 'pct_complete' across the areas. (id a0327f1f-63f3-4f6a-b834-207b8f9700a5:c_c596ca1fffb2)</w:t>
      </w:r>
    </w:p>
    <w:p>
      <w:pPr>
        <w:spacing w:after="40"/>
      </w:pPr>
      <w:r>
        <w:t>[22] Tool result: gp_hot_spots, step 2. Hot spot analysis: 1 layer saved: Hot spot analysis: Work zones (8 features). (id b3ca19ef-101a-41ac-92ce-bbbc2c003a80:2)</w:t>
      </w:r>
    </w:p>
    <w:p>
      <w:pPr>
        <w:spacing w:after="40"/>
      </w:pPr>
      <w:r>
        <w:t>[23] Layer: Work zones. 8 features (id a87c9da1-d753-4f2a-ab7d-b864dabbbe8f)</w:t>
      </w:r>
    </w:p>
    <w:p>
      <w:pPr>
        <w:spacing w:after="40"/>
      </w:pPr>
      <w:r>
        <w:t>[24] Catalog: Spectral index change (analysis catalog, im_index_change). Change of a spectral index (NDVI, NDWI, NDBI, NBR ...) or a band expression between two images: before, after and difference rasters, decrease / increase classes beyond the threshold with polygons and areas; NBR also gives dNBR with burn severity classes. (id im_index_change)</w:t>
      </w:r>
    </w:p>
    <w:p>
      <w:pPr>
        <w:spacing w:after="40"/>
      </w:pPr>
      <w:r>
        <w:t>[25] Plan: Index change of Site progress scene 2026-03-01 and Site progress scene 2026-09-01 (the Start plan's candidate c_be7290b1b94a). Index change between Site progress scene 2026-03-01 (2026-03-01) and Site progress scene 2026-09-01 (2026-09-01): the changed area, with the changed places as polygons. (id a0327f1f-63f3-4f6a-b834-207b8f9700a5:c_be7290b1b94a)</w:t>
      </w:r>
    </w:p>
    <w:p>
      <w:pPr>
        <w:spacing w:after="40"/>
      </w:pPr>
      <w:r>
        <w:t>[26] Tool result: im_index_change, step 0. Spectral index change: created NDVI change Site progress scene 2026-03-01 to Site progress scene 2026-09-01 (300 x 250 cells, 10.00 m). plus 1 more raster layer(s). and layer NDVI change polygons with 1078 feature(s). mean before 0.08239; mean after 0.08535; mean difference 0.002955; decrease ha 9.0 (id 7ffbeb87-0a83-4448-a1e2-6acaf335bc0c:0)</w:t>
      </w:r>
    </w:p>
    <w:p>
      <w:pPr>
        <w:spacing w:after="40"/>
      </w:pPr>
      <w:r>
        <w:t>[27] Catalog: Compute change raster (analysis catalog, im_compute_change_raster). Pixel value or spectral change between two co-registered images: difference, relative difference, absolute difference, log ratio (radar, dB), Euclidean spectral distance, spectral angle (radians) or the band with most change. Clouds and shadows are masked when the images have (id im_compute_change_raster)</w:t>
      </w:r>
    </w:p>
    <w:p>
      <w:pPr>
        <w:spacing w:after="40"/>
      </w:pPr>
      <w:r>
        <w:t>[28] Plan: Compute change raster of Site progress scene 2026-03-01 and Site progress scene 2026-09-01 (the Start plan's candidate c_7e48e7dad7f6). A change raster between Site progress scene 2026-03-01 (2026-03-01) and Site progress scene 2026-09-01 (2026-09-01): where and how much the pixels changed. (id a0327f1f-63f3-4f6a-b834-207b8f9700a5:c_7e48e7dad7f6)</w:t>
      </w:r>
    </w:p>
    <w:p>
      <w:pPr>
        <w:spacing w:after="40"/>
      </w:pPr>
      <w:r>
        <w:t>[29] Tool result: im_compute_change_raster, step 1. Compute change raster: created Difference Site progress scene 2026-03-01 to Site progress scene 2026-09-01 (300 x 250 cells, 10.00 m). mean -0.001083; std 0.01804; min -0.134; max 0.091; masked pixels 0. (id 7ffbeb87-0a83-4448-a1e2-6acaf335bc0c:1)</w:t>
      </w:r>
    </w:p>
    <w:p>
      <w:pPr>
        <w:spacing w:after="40"/>
      </w:pPr>
      <w:r>
        <w:t>[30] Catalog: Calculate density (operation catalog, gp_calculate_density). Kernel density per square kilometer on a grid. ArcGIS: Calculate Density, Kernel Density. QGIS: native:heatmapkerneldensityestimation. (id gp_calculate_density)</w:t>
      </w:r>
    </w:p>
    <w:p>
      <w:pPr>
        <w:spacing w:after="40"/>
      </w:pPr>
      <w:r>
        <w:t>[31] Plan: Kernel density of Inspections and defects (the Start plan's candidate c_b027c874c560). 900 points in Inspections and defects: a density surface shows where they concentrate. (id a0327f1f-63f3-4f6a-b834-207b8f9700a5:c_b027c874c560)</w:t>
      </w:r>
    </w:p>
    <w:p>
      <w:pPr>
        <w:spacing w:after="40"/>
      </w:pPr>
      <w:r>
        <w:t>[32] Tool result: gp_calculate_density, step 0. Calculate density: 1 layer saved: Calculate density: Inspections and defects (976 features). (id b4af9d8c-897b-4cb3-a492-826d8edde822:0)</w:t>
      </w:r>
    </w:p>
    <w:p>
      <w:pPr>
        <w:spacing w:after="40"/>
      </w:pPr>
      <w:r>
        <w:t>[33] Plan: Kernel density of Settlement monitoring (the Start plan's candidate c_d14b64b8c3f9). 270 points in Settlement monitoring: a density surface shows where they concentrate. (id a0327f1f-63f3-4f6a-b834-207b8f9700a5:c_d14b64b8c3f9)</w:t>
      </w:r>
    </w:p>
    <w:p>
      <w:pPr>
        <w:spacing w:after="40"/>
      </w:pPr>
      <w:r>
        <w:t>[34] Tool result: gp_calculate_density, step 1. Calculate density: 1 layer saved: Calculate density: Settlement monitoring (806 features). (id b4af9d8c-897b-4cb3-a492-826d8edde822:1)</w:t>
      </w:r>
    </w:p>
    <w:p>
      <w:pPr>
        <w:spacing w:after="40"/>
      </w:pPr>
      <w:r>
        <w:t>[35]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[36] Plan: Inspections and defects per feature of Work zones (the Start plan's candidate c_9b02c6bcc3d7). Count Inspections and defects inside each feature of Work zones by type; the counts map as a choropleth (natural breaks, sequential colors). (id a0327f1f-63f3-4f6a-b834-207b8f9700a5:c_9b02c6bcc3d7)</w:t>
      </w:r>
    </w:p>
    <w:p>
      <w:pPr>
        <w:spacing w:after="40"/>
      </w:pPr>
      <w:r>
        <w:t>[37] Tool result: gp_summarize_within, step 0. Summarize within: 1 layer saved: Summarize within: Work zones (8 features). (id c58995ca-42b1-4b4e-86fb-a88fb13acf0b:0)</w:t>
      </w:r>
    </w:p>
    <w:p>
      <w:pPr>
        <w:spacing w:after="40"/>
      </w:pPr>
      <w:r>
        <w:t>[38] Tool result: gp_summarize_within, step 1. Summarize within: 1 layer saved: Summarize within: Work zones (8 features). (id c58995ca-42b1-4b4e-86fb-a88fb13acf0b:1)</w:t>
      </w:r>
    </w:p>
    <w:p>
      <w:pPr>
        <w:spacing w:after="40"/>
      </w:pPr>
      <w:r>
        <w:t>[39] Tool result: gp_summarize_within, step 2. Summarize within: 1 layer saved: Summarize within: Work zones (8 features). (id c58995ca-42b1-4b4e-86fb-a88fb13acf0b:2)</w:t>
      </w:r>
    </w:p>
    <w:p>
      <w:pPr>
        <w:spacing w:after="40"/>
      </w:pPr>
      <w:r>
        <w:t>[40] Layer: Tower cranes. 4 features (id a6101de1-0f97-42bb-a976-2736f8fc42cd)</w:t>
      </w:r>
    </w:p>
    <w:p>
      <w:pPr>
        <w:spacing w:after="40"/>
      </w:pPr>
      <w:r>
        <w:t>[41] Catalog: Zonal statistics (analysis catalog, rs_zonal_statistics). count/min/max/mean/std/sum/median/majority per polygon as a table and as GeoJSON. ArcGIS: Zonal Statistics as Table (polygons). (id rs_zonal_statistics)</w:t>
      </w:r>
    </w:p>
    <w:p>
      <w:pPr>
        <w:spacing w:after="40"/>
      </w:pPr>
      <w:r>
        <w:t>[42] Plan: Zonal statistics of Site terrain model (DEM) and Work zones (the Start plan's candidate c_2be6fba28be6). Statistics of Site terrain model (DEM) inside each feature of Work zones. (id a0327f1f-63f3-4f6a-b834-207b8f9700a5:c_2be6fba28be6)</w:t>
      </w:r>
    </w:p>
    <w:p>
      <w:pPr>
        <w:spacing w:after="40"/>
      </w:pPr>
      <w:r>
        <w:t>[43] Tool result: rs_zonal_statistics, step 0. Zonal statistics: 8 row(s). zones 8. (id b9751382-9c63-45f7-aeeb-df532c540b48:0)</w:t>
      </w:r>
    </w:p>
    <w:p>
      <w:pPr>
        <w:spacing w:after="40"/>
      </w:pPr>
      <w:r>
        <w:t>[44] Tool result: rs_zonal_statistics, step 1. Zonal statistics: 1 row(s). zones 1. (id b9751382-9c63-45f7-aeeb-df532c540b48:1)</w:t>
      </w:r>
    </w:p>
    <w:p>
      <w:pPr>
        <w:spacing w:after="40"/>
      </w:pPr>
      <w:r>
        <w:t>[45] Catalog: Slope (analysis catalog, tr_slope). Horn slope in degrees or percent, with the share of ground in six grade classes. ArcGIS: Slope (Spatial Analyst). QGIS: Slope (GDAL DEM). (id tr_slope)</w:t>
      </w:r>
    </w:p>
    <w:p>
      <w:pPr>
        <w:spacing w:after="40"/>
      </w:pPr>
      <w:r>
        <w:t>[46] Plan: Slope of Site terrain model (DEM) (the Start plan's candidate c_9bcc9b88376e). Slope of the Site terrain model (DEM) surface. (id a0327f1f-63f3-4f6a-b834-207b8f9700a5:c_9bcc9b88376e)</w:t>
      </w:r>
    </w:p>
    <w:p>
      <w:pPr>
        <w:spacing w:after="40"/>
      </w:pPr>
      <w:r>
        <w:t>[47] Tool result: tr_slope, step 2. Slope over 7.50 km2: mean 0.36 degrees, max 18.73 degrees; 1% of the ground is steeper than 15%. DEM: Site terrain model (DEM). Verified: 2 checks passed. (id b9751382-9c63-45f7-aeeb-df532c540b48:2)</w:t>
      </w:r>
    </w:p>
    <w:p>
      <w:pPr>
        <w:spacing w:after="40"/>
      </w:pPr>
      <w:r>
        <w:t>[48] Layer: Site terrain model (DEM). 0 features (id 0c6d4acd-4d8d-4cf4-b654-e096f06f71ff)</w:t>
      </w:r>
    </w:p>
    <w:p>
      <w:pPr>
        <w:spacing w:after="40"/>
      </w:pPr>
      <w:r>
        <w:t>[49]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[50] Plan: Cluster points of Inspections and defects (the Start plan's candidate c_6339b071c51c). DBSCAN finds dense groups of Inspections and defects and separates noise. (id a0327f1f-63f3-4f6a-b834-207b8f9700a5:c_6339b071c51c)</w:t>
      </w:r>
    </w:p>
    <w:p>
      <w:pPr>
        <w:spacing w:after="40"/>
      </w:pPr>
      <w:r>
        <w:t>[51] Tool result: gp_find_point_clusters, step 0. Find point clusters: 2 layers saved: Find point clusters: Inspections and defects (900 features); Find point clusters: cluster hulls (7 features). (id a18ea698-d2a7-4e8a-b749-f525e603592f:0)</w:t>
      </w:r>
    </w:p>
    <w:p>
      <w:pPr>
        <w:spacing w:after="40"/>
      </w:pPr>
      <w:r>
        <w:t>[52] Plan: Cluster points of Settlement monitoring (the Start plan's candidate c_4199c930b59b). DBSCAN finds dense groups of Settlement monitoring and separates noise. (id a0327f1f-63f3-4f6a-b834-207b8f9700a5:c_4199c930b59b)</w:t>
      </w:r>
    </w:p>
    <w:p>
      <w:pPr>
        <w:spacing w:after="40"/>
      </w:pPr>
      <w:r>
        <w:t>[53] Tool result: gp_find_point_clusters, step 1. Find point clusters: 2 layers saved: Find point clusters: Settlement monitoring (270 features); Find point clusters: cluster hulls (19 features). (id a18ea698-d2a7-4e8a-b749-f525e603592f:1)</w:t>
      </w:r>
    </w:p>
    <w:p>
      <w:pPr>
        <w:spacing w:after="40"/>
      </w:pPr>
      <w:r>
        <w:t>[54] Catalog: Average nearest neighbor (operation catalog, gp_nearest_neighbor_index). Clark-Evans ratio: clustered, dispersed or random. ArcGIS: Average Nearest Neighbor. QGIS: native:nearestneighbouranalysis. (id gp_nearest_neighbor_index)</w:t>
      </w:r>
    </w:p>
    <w:p>
      <w:pPr>
        <w:spacing w:after="40"/>
      </w:pPr>
      <w:r>
        <w:t>[55] Plan: Nearest neighbor index of Inspections and defects (the Start plan's candidate c_16c101371f91). The average nearest neighbor ratio says whether Inspections and defects are clustered, random or dispersed. (id a0327f1f-63f3-4f6a-b834-207b8f9700a5:c_16c101371f91)</w:t>
      </w:r>
    </w:p>
    <w:p>
      <w:pPr>
        <w:spacing w:after="40"/>
      </w:pPr>
      <w:r>
        <w:t>[56] Tool result: gp_nearest_neighbor_index, step 2. Average nearest neighbor: done; no map output. (id a18ea698-d2a7-4e8a-b749-f525e603592f:2)</w:t>
      </w:r>
    </w:p>
    <w:p>
      <w:pPr>
        <w:spacing w:after="40"/>
      </w:pPr>
      <w:r>
        <w:t>[57] Plan: Zonal statistics of Site progress scene 2026-09-01 and Work zones (the Start plan's candidate c_fbbb0c518f13). Statistics of Site progress scene 2026-09-01 inside each feature of Work zones. (id a0327f1f-63f3-4f6a-b834-207b8f9700a5:c_fbbb0c518f13)</w:t>
      </w:r>
    </w:p>
    <w:p>
      <w:pPr>
        <w:spacing w:after="40"/>
      </w:pPr>
      <w:r>
        <w:t>[58] Tool result: rs_zonal_statistics, step 0. Zonal statistics: 8 row(s). zones 8. (id f697e2f1-f28e-4342-8c96-78425e7ef30c:0)</w:t>
      </w:r>
    </w:p>
    <w:p>
      <w:pPr>
        <w:spacing w:after="40"/>
      </w:pPr>
      <w:r>
        <w:t>[59] Tool result: rs_zonal_statistics, step 1. Zonal statistics: 1 row(s). zones 1. (id f697e2f1-f28e-4342-8c96-78425e7ef30c:1)</w:t>
      </w:r>
    </w:p>
    <w:p>
      <w:pPr>
        <w:spacing w:after="40"/>
      </w:pPr>
      <w:r>
        <w:t>[60] Tool result: rs_zonal_statistics, step 2. Zonal statistics: 8 row(s). zones 8. (id f697e2f1-f28e-4342-8c96-78425e7ef30c:2)</w:t>
      </w:r>
    </w:p>
    <w:p>
      <w:pPr>
        <w:spacing w:after="40"/>
      </w:pPr>
      <w:r>
        <w:t>[61] Tool result: im_index_change, step 0. Spectral index change: created NDVI change Site progress scene 2026-03-01 to Site progress scene 2026-09-01 (300 x 250 cells, 10.00 m). plus 1 more raster layer(s). and layer NDVI change polygons with 1078 feature(s). mean before 0.08239; mean after 0.08535; mean difference 0.002955; decrease ha 9.0 (id a50cf479-ac3c-4eaf-ba13-51b573e1a936:0)</w:t>
      </w:r>
    </w:p>
    <w:p>
      <w:pPr>
        <w:spacing w:after="40"/>
      </w:pPr>
      <w:r>
        <w:t>[62] Tool result: im_compute_change_raster, step 1. Compute change raster: created Difference Site progress scene 2026-03-01 to Site progress scene 2026-09-01 (300 x 250 cells, 10.00 m). mean -0.001083; std 0.01804; min -0.134; max 0.091; masked pixels 0. (id a50cf479-ac3c-4eaf-ba13-51b573e1a936:1)</w:t>
      </w:r>
    </w:p>
    <w:p>
      <w:pPr>
        <w:spacing w:after="40"/>
      </w:pPr>
      <w:r>
        <w:t>[63] Rendering: Map: Emerging hot spots: Inspections and defects (id 44c54df1-3ef4-4f48-bfdf-373e1dcae072)</w:t>
      </w:r>
    </w:p>
    <w:p>
      <w:pPr>
        <w:spacing w:after="40"/>
      </w:pPr>
      <w:r>
        <w:t>[64] Rendering: Map: Emerging hot spots: Settlement monitoring (id cc8b26b5-2189-437a-ae60-bb5505e01bb3)</w:t>
      </w:r>
    </w:p>
    <w:p>
      <w:pPr>
        <w:spacing w:after="40"/>
      </w:pPr>
      <w:r>
        <w:t>[65] Rendering: Map: Repeat and near repeat classification: Inspections and defects (id fa93e6d7-4351-4807-954d-94f0348da021)</w:t>
      </w:r>
    </w:p>
    <w:p>
      <w:pPr>
        <w:spacing w:after="40"/>
      </w:pPr>
      <w:r>
        <w:t>[66] Rendering: Map: Hot spot analysis: Inspections and defects (id f6d190a7-d4f9-4493-be19-1be9956826b5)</w:t>
      </w:r>
    </w:p>
    <w:p>
      <w:pPr>
        <w:spacing w:after="40"/>
      </w:pPr>
      <w:r>
        <w:t>[67] Rendering: Map: Hot spot analysis: Settlement monitoring (id fc9ccdba-f38f-47eb-997b-8a386b4ddb71)</w:t>
      </w:r>
    </w:p>
    <w:p>
      <w:pPr>
        <w:spacing w:after="40"/>
      </w:pPr>
      <w:r>
        <w:t>[68] Rendering: Map: Hot spot analysis: Work zones (id efda6f0a-8900-45e7-97f8-c2c08b7ee7a9)</w:t>
      </w:r>
    </w:p>
    <w:p>
      <w:pPr>
        <w:spacing w:after="40"/>
      </w:pPr>
      <w:r>
        <w:t>[69] Rendering: Map: NDVI change Site progress scene 2026-03-01 to Site progress scene 2026-09-01 (id 33bfa5c4-92ac-43df-86aa-b50106359dd2)</w:t>
      </w:r>
    </w:p>
    <w:p>
      <w:pPr>
        <w:spacing w:after="40"/>
      </w:pPr>
      <w:r>
        <w:t>[70] Rendering: Map: NDVI decrease / increase (id f22e9812-824b-4eb6-8554-f8a7732bce15)</w:t>
      </w:r>
    </w:p>
    <w:p>
      <w:pPr>
        <w:spacing w:after="40"/>
      </w:pPr>
      <w:r>
        <w:t>[71] Rendering: Map: NDVI change polygons (id 4fe5d947-63bf-4602-a7df-f7fceecf47aa)</w:t>
      </w:r>
    </w:p>
    <w:p>
      <w:pPr>
        <w:spacing w:after="40"/>
      </w:pPr>
      <w:r>
        <w:t>[72] Rendering: Map: Difference Site progress scene 2026-03-01 to Site progress scene 2026-09-01 (id 53be4756-2fc4-4c8f-8dff-b832cdf6d17a)</w:t>
      </w:r>
    </w:p>
    <w:p>
      <w:pPr>
        <w:spacing w:after="40"/>
      </w:pPr>
      <w:r>
        <w:t>[73] Rendering: Map: Calculate density: Inspections and defects (id 397fd56d-b01c-410e-84ef-a8e0aa7bcc27)</w:t>
      </w:r>
    </w:p>
    <w:p>
      <w:pPr>
        <w:spacing w:after="40"/>
      </w:pPr>
      <w:r>
        <w:t>[74] Rendering: Map: Calculate density: Settlement monitoring (id f12560e9-420f-49e4-a19c-4fe1b9459ba8)</w:t>
      </w:r>
    </w:p>
    <w:p>
      <w:pPr>
        <w:spacing w:after="40"/>
      </w:pPr>
      <w:r>
        <w:t>[75] Rendering: Map: Summarize within: Work zones (id 7d4caaef-9484-48dc-9123-64a0072860b6)</w:t>
      </w:r>
    </w:p>
    <w:p>
      <w:pPr>
        <w:spacing w:after="40"/>
      </w:pPr>
      <w:r>
        <w:t>[76] Rendering: Map: Summarize within: Work zones (id f7131359-06b3-4304-8a0c-6106da84afdc)</w:t>
      </w:r>
    </w:p>
    <w:p>
      <w:pPr>
        <w:spacing w:after="40"/>
      </w:pPr>
      <w:r>
        <w:t>[77] Rendering: Map: Summarize within: Work zones (id 43631e4b-9ad3-4475-8715-3bf283b8f106)</w:t>
      </w:r>
    </w:p>
    <w:p>
      <w:pPr>
        <w:spacing w:after="40"/>
      </w:pPr>
      <w:r>
        <w:t>[78] Rendering: Map: Slope (degrees) (id c3664af4-8bb7-47c6-abf3-7aceea809124)</w:t>
      </w:r>
    </w:p>
    <w:p>
      <w:pPr>
        <w:spacing w:after="40"/>
      </w:pPr>
      <w:r>
        <w:t>[79] Rendering: Map: Find point clusters: Inspections and defects (id cc3d7893-ab41-4034-a602-437ec73a0b31)</w:t>
      </w:r>
    </w:p>
    <w:p>
      <w:pPr>
        <w:spacing w:after="40"/>
      </w:pPr>
      <w:r>
        <w:t>[80] Rendering: Map: Find point clusters: cluster hulls (id 7d94af92-e519-4c82-8a96-ffde80cf991c)</w:t>
      </w:r>
    </w:p>
    <w:p>
      <w:pPr>
        <w:spacing w:after="40"/>
      </w:pPr>
      <w:r>
        <w:t>[81] Rendering: Map: Find point clusters: Settlement monitoring (id 96e2071a-d82a-40e3-9a4b-6cf33279bbbb)</w:t>
      </w:r>
    </w:p>
    <w:p>
      <w:pPr>
        <w:spacing w:after="40"/>
      </w:pPr>
      <w:r>
        <w:t>[82] Rendering: Map: Find point clusters: cluster hulls (id 2c3db94d-30bb-47b3-9454-ae7ef2846a1d)</w:t>
      </w:r>
    </w:p>
    <w:p>
      <w:pPr>
        <w:spacing w:after="40"/>
      </w:pPr>
      <w:r>
        <w:t>[83] Rendering: Map: Site Progress Scene Index Analysis NDVI change Site progress scene 2026-03-01 to Site progress scene 2026-09-01 (id 292b34c5-61b7-475e-96fe-f7b859c107ed)</w:t>
      </w:r>
    </w:p>
    <w:p>
      <w:pPr>
        <w:spacing w:after="40"/>
      </w:pPr>
      <w:r>
        <w:t>[84] Rendering: Map: Site Progress Scene Index Analysis NDVI decrease / increase (id 01e5e6a9-49bd-4ac6-b2e8-ddda771b5582)</w:t>
      </w:r>
    </w:p>
    <w:p>
      <w:pPr>
        <w:spacing w:after="40"/>
      </w:pPr>
      <w:r>
        <w:t>[85] Rendering: Map: Site Progress Scene Index Analysis NDVI change polygons (id 86d28d82-9108-431d-9ad3-a2feeec950c7)</w:t>
      </w:r>
    </w:p>
    <w:p>
      <w:pPr>
        <w:spacing w:after="40"/>
      </w:pPr>
      <w:r>
        <w:t>[86] Rendering: Map: Site Progress Scene Index Analysis Difference Site progress scene 2026-03-01 to Site progress scene 2026-09-01 (id 7a29f585-6966-47f6-9e4c-058f8691bb28)</w:t>
      </w:r>
    </w:p>
    <w:p>
      <w:pPr>
        <w:spacing w:after="40"/>
      </w:pPr>
      <w:r>
        <w:t>[87] Rendering: Chart: Settlement monitoring over time (month). 36 rows (id 9ead02da-348b-44ba-8ee7-269c1c2d63f3)</w:t>
      </w:r>
    </w:p>
    <w:p>
      <w:pPr>
        <w:spacing w:after="40"/>
      </w:pPr>
      <w:r>
        <w:t>[88] Rendering: Chart: Daily progress by zone over time (date). 28 rows (id 39d65924-a112-4224-9302-9115ac3dd0da)</w:t>
      </w:r>
    </w:p>
    <w:p>
      <w:pPr>
        <w:spacing w:after="40"/>
      </w:pPr>
      <w:r>
        <w:t>[89] Rendering: Chart: Deliveries log over time (date). 140 rows (id 8e7bf61d-a5a0-42f3-b502-875288bf1e29)</w:t>
      </w:r>
    </w:p>
    <w:p>
      <w:pPr>
        <w:spacing w:after="40"/>
      </w:pPr>
      <w:r>
        <w:t>[90] Rendering: Chart: Emerging hot spots: Inspections and defects. 6 rows (id ef7d42dd-f3fa-4e99-a910-15f7ec83297b)</w:t>
      </w:r>
    </w:p>
    <w:p>
      <w:pPr>
        <w:spacing w:after="40"/>
      </w:pPr>
      <w:r>
        <w:t>[91] Rendering: Chart: Emerging hot spots: Settlement monitoring. 5 rows (id dd35971b-2787-4a8d-9a43-aba57f75d47e)</w:t>
      </w:r>
    </w:p>
    <w:p>
      <w:pPr>
        <w:spacing w:after="40"/>
      </w:pPr>
      <w:r>
        <w:t>[92] Rendering: Chart: Repeat and near repeat classification: Inspections and defects. 96 rows (id 8ca20871-10d1-40b1-834b-38cd1849b4b8)</w:t>
      </w:r>
    </w:p>
    <w:p>
      <w:pPr>
        <w:spacing w:after="40"/>
      </w:pPr>
      <w:r>
        <w:t>[93] Rendering: Chart: Hot spot analysis: Inspections and defects. 15 rows (id 12698a56-ae20-4fae-aedd-bd8d3179f94f)</w:t>
      </w:r>
    </w:p>
    <w:p>
      <w:pPr>
        <w:spacing w:after="40"/>
      </w:pPr>
      <w:r>
        <w:t>[94] Rendering: Chart: Hot spot analysis: Settlement monitoring. 13 rows (id 02c89ac1-1d31-4844-914d-6077abf66479)</w:t>
      </w:r>
    </w:p>
    <w:p>
      <w:pPr>
        <w:spacing w:after="40"/>
      </w:pPr>
      <w:r>
        <w:t>[95] Rendering: Chart: Hot spot analysis: Work zones. 5 rows (id 9177a78d-8b65-410f-af6d-d56ceda4a636)</w:t>
      </w:r>
    </w:p>
    <w:p>
      <w:pPr>
        <w:spacing w:after="40"/>
      </w:pPr>
      <w:r>
        <w:t>[96] Rendering: Chart: NDVI change polygons. 12 rows (id 61c75041-5982-429d-ac74-d9605047def1)</w:t>
      </w:r>
    </w:p>
    <w:p>
      <w:pPr>
        <w:spacing w:after="40"/>
      </w:pPr>
      <w:r>
        <w:t>[97] Rendering: Chart: Calculate density: Inspections and defects. 11 rows (id abcf7e57-ebc5-4630-98dd-65228e550aa6)</w:t>
      </w:r>
    </w:p>
    <w:p>
      <w:pPr>
        <w:spacing w:after="40"/>
      </w:pPr>
      <w:r>
        <w:t>[98] Rendering: Chart: Calculate density: Settlement monitoring. 11 rows (id 0aa266b1-0ecb-4312-8fb6-a3063dc7c7e5)</w:t>
      </w:r>
    </w:p>
    <w:p>
      <w:pPr>
        <w:spacing w:after="40"/>
      </w:pPr>
      <w:r>
        <w:t>[99] Rendering: Chart: Summarize within: Work zones. 5 rows (id 5ee14e18-ab1d-46fd-8640-7feb7d508da7)</w:t>
      </w:r>
    </w:p>
    <w:p>
      <w:pPr>
        <w:spacing w:after="40"/>
      </w:pPr>
      <w:r>
        <w:t>[100] Rendering: Chart: Summarize within: Work zones. 5 rows (id 67e6d938-9903-48f6-9a48-91d47bee8a02)</w:t>
      </w:r>
    </w:p>
    <w:p>
      <w:pPr>
        <w:spacing w:after="40"/>
      </w:pPr>
      <w:r>
        <w:t>[101] Rendering: Chart: Summarize within: Work zones. 5 rows (id 2a7e5e5b-93c2-4898-8a7b-d8fb4045b928)</w:t>
      </w:r>
    </w:p>
    <w:p>
      <w:pPr>
        <w:spacing w:after="40"/>
      </w:pPr>
      <w:r>
        <w:t>[102] Rendering: Chart: Find point clusters: Inspections and defects. 8 rows (id 5fd0ca87-fab6-488d-b580-707c3e546506)</w:t>
      </w:r>
    </w:p>
    <w:p>
      <w:pPr>
        <w:spacing w:after="40"/>
      </w:pPr>
      <w:r>
        <w:t>[103] Rendering: Chart: Find point clusters: cluster hulls. 7 rows (id 0bbf6b08-675a-421e-a2b9-10bda913071e)</w:t>
      </w:r>
    </w:p>
    <w:p>
      <w:pPr>
        <w:spacing w:after="40"/>
      </w:pPr>
      <w:r>
        <w:t>[104] Rendering: Chart: Find point clusters: Settlement monitoring. 19 rows (id 668ea7e9-018e-4e3a-8dc8-d454151ecdba)</w:t>
      </w:r>
    </w:p>
    <w:p>
      <w:pPr>
        <w:spacing w:after="40"/>
      </w:pPr>
      <w:r>
        <w:t>[105] Rendering: Chart: Find point clusters: cluster hulls. 19 rows (id cce16250-17dc-44a0-90b3-1effbf06eee0)</w:t>
      </w:r>
    </w:p>
    <w:p>
      <w:pPr>
        <w:spacing w:after="40"/>
      </w:pPr>
      <w:r>
        <w:t>[106] Rendering: Chart: NDVI change polygons. 12 rows (id bf7e96fd-8ac6-4ea5-abba-531dddd6c242)</w:t>
      </w:r>
    </w:p>
    <w:p>
      <w:pPr>
        <w:spacing w:after="40"/>
      </w:pPr>
      <w:r>
        <w:t>[107] Rendering: Chart: Find point clusters: Settlement monitoring over time. 36 rows (id 8741d3df-a209-4ea2-b13f-828908da90f7)</w:t>
      </w:r>
    </w:p>
    <w:p>
      <w:pPr>
        <w:spacing w:after="40"/>
      </w:pPr>
      <w:r>
        <w:t>[108] Rendering: Chart: Find point clusters: Inspections and defects over time. 96 rows (id 1dd42be8-67ac-47fa-bdce-1ee0deeb71f1)</w:t>
      </w:r>
    </w:p>
    <w:p>
      <w:pPr>
        <w:spacing w:after="40"/>
      </w:pPr>
      <w:r>
        <w:t>[109] Rendering: Chart: Repeat and near repeat classification: Inspections and defects over time. 96 rows (id b8a63915-574e-487c-bc0e-b1f8099863a6)</w:t>
      </w:r>
    </w:p>
    <w:p>
      <w:pPr>
        <w:spacing w:after="40"/>
      </w:pPr>
      <w:r>
        <w:t>[110] Dataset: Site boundary. vector, 1 rows (id bb559260-1c80-48a4-b1cf-f8d45912c652)</w:t>
      </w:r>
    </w:p>
    <w:p>
      <w:pPr>
        <w:spacing w:after="40"/>
      </w:pPr>
      <w:r>
        <w:t>[111] Dataset: Work zones. vector, 8 rows (id 0e3a49ca-6c53-4c6a-9921-e5f541953931)</w:t>
      </w:r>
    </w:p>
    <w:p>
      <w:pPr>
        <w:spacing w:after="40"/>
      </w:pPr>
      <w:r>
        <w:t>[112] Dataset: Site progress scene 2026-03-01. raster, ? rows (id d5b68dc5-16d9-4cfd-968a-c8903d998eed)</w:t>
      </w:r>
    </w:p>
    <w:p>
      <w:pPr>
        <w:spacing w:after="40"/>
      </w:pPr>
      <w:r>
        <w:t>[113] Dataset: Site progress scene 2026-09-01. raster, ? rows (id 4032b2ca-3632-4bc3-b9ad-60d3a59b951f)</w:t>
      </w:r>
    </w:p>
    <w:p>
      <w:pPr>
        <w:spacing w:after="40"/>
      </w:pPr>
      <w:r>
        <w:t>[114] Dataset: Site terrain model (DEM). raster, ? rows (id 454c0b82-bbf9-4c73-9e4c-e939f6a3fb53)</w:t>
      </w:r>
    </w:p>
    <w:p>
      <w:pPr>
        <w:spacing w:after="40"/>
      </w:pPr>
      <w:r>
        <w:t>[115] Dataset: Site roads. vector, 3 rows (id 0f387307-aec2-41f8-92eb-4838eb3282bb)</w:t>
      </w:r>
    </w:p>
    <w:p>
      <w:pPr>
        <w:spacing w:after="40"/>
      </w:pPr>
      <w:r>
        <w:t>[116] Dataset: Tower cranes. vector, 4 rows (id 9f4ea7c1-9e1c-47e8-8184-8cb05533c4ac)</w:t>
      </w:r>
    </w:p>
    <w:p>
      <w:pPr>
        <w:spacing w:after="40"/>
      </w:pPr>
      <w:r>
        <w:t>[117] Dataset: Monthly progress report. document, ? rows (id 026a6911-73c9-4c20-aaf9-809a17446401)</w:t>
      </w:r>
    </w:p>
    <w:p>
      <w:pPr>
        <w:spacing w:after="40"/>
      </w:pPr>
      <w:r>
        <w:t>[118] Record: Sample: Construction, Al Reem Island (id d4e5404f-06e4-4689-a539-31a71b8348eb)</w:t>
      </w:r>
    </w:p>
    <w:p>
      <w:pPr>
        <w:spacing w:after="40"/>
      </w:pPr>
      <w:r>
        <w:t>[119] Layer: Emerging hot spots: Inspections and defects. 28 features (id b6e6a183-1b27-496c-a678-9f8df4e4b081)</w:t>
      </w:r>
    </w:p>
    <w:p>
      <w:pPr>
        <w:spacing w:after="40"/>
      </w:pPr>
      <w:r>
        <w:t>[120] Layer: Emerging hot spots: Settlement monitoring. 10 features (id 97e34fec-6ba0-4f5b-aa10-f76b28b24d30)</w:t>
      </w:r>
    </w:p>
    <w:p>
      <w:pPr>
        <w:spacing w:after="40"/>
      </w:pPr>
      <w:r>
        <w:t>[121] Layer: Repeat and near repeat classification: Inspections and defects. 900 features (id f23bce2c-8508-4e9c-8458-fd8faf8ec029)</w:t>
      </w:r>
    </w:p>
    <w:p>
      <w:pPr>
        <w:spacing w:after="40"/>
      </w:pPr>
      <w:r>
        <w:t>[122] Layer: Hot spot analysis: Inspections and defects. 317 features (id ef4eb056-e817-462a-9733-a58fd43d00cb)</w:t>
      </w:r>
    </w:p>
    <w:p>
      <w:pPr>
        <w:spacing w:after="40"/>
      </w:pPr>
      <w:r>
        <w:t>[123] Layer: Hot spot analysis: Settlement monitoring. 87 features (id cfbaa203-6871-498f-b688-d75ec0db6fa9)</w:t>
      </w:r>
    </w:p>
    <w:p>
      <w:pPr>
        <w:spacing w:after="40"/>
      </w:pPr>
      <w:r>
        <w:t>[124] Layer: Hot spot analysis: Work zones. 8 features (id 006e9ce1-b483-4c73-acfb-5f48e1852b8f)</w:t>
      </w:r>
    </w:p>
    <w:p>
      <w:pPr>
        <w:spacing w:after="40"/>
      </w:pPr>
      <w:r>
        <w:t>[125] Layer: NDVI change Site progress scene 2026-03-01 to Site progress scene 2026-09-01. 0 features (id 771ca68b-d2ee-4ff2-bbba-c4f0576cbae9)</w:t>
      </w:r>
    </w:p>
    <w:p>
      <w:pPr>
        <w:spacing w:after="40"/>
      </w:pPr>
      <w:r>
        <w:t>[126] Layer: NDVI decrease / increase. 0 features (id 15acb616-2cef-42cf-a5e4-15164cafb21e)</w:t>
      </w:r>
    </w:p>
    <w:p>
      <w:pPr>
        <w:spacing w:after="40"/>
      </w:pPr>
      <w:r>
        <w:t>[127] Layer: NDVI change polygons. 1,078 features (id 96ff870f-9163-461c-9f71-1cd79c835ecc)</w:t>
      </w:r>
    </w:p>
    <w:p>
      <w:pPr>
        <w:spacing w:after="40"/>
      </w:pPr>
      <w:r>
        <w:t>[128] Layer: Difference Site progress scene 2026-03-01 to Site progress scene 2026-09-01. 0 features (id b963eb25-56c3-4309-af9d-4e029ccf90c5)</w:t>
      </w:r>
    </w:p>
    <w:p>
      <w:pPr>
        <w:spacing w:after="40"/>
      </w:pPr>
      <w:r>
        <w:t>[129] Layer: Calculate density: Inspections and defects. 976 features (id 21b40807-b901-4510-b690-3a72503d53bb)</w:t>
      </w:r>
    </w:p>
    <w:p>
      <w:pPr>
        <w:spacing w:after="40"/>
      </w:pPr>
      <w:r>
        <w:t>[130] Layer: Calculate density: Settlement monitoring. 806 features (id 4c96ec2a-2ff3-470f-a6f4-a4fe2e2c0f31)</w:t>
      </w:r>
    </w:p>
    <w:p>
      <w:pPr>
        <w:spacing w:after="40"/>
      </w:pPr>
      <w:r>
        <w:t>[131] Layer: Summarize within: Work zones. 8 features (id 61db1d60-2cda-4ce2-ab31-ab3c66cf5242)</w:t>
      </w:r>
    </w:p>
    <w:p>
      <w:pPr>
        <w:spacing w:after="40"/>
      </w:pPr>
      <w:r>
        <w:t>[132] Layer: Summarize within: Work zones. 8 features (id b32e8596-c2a2-453b-9f24-50829120080e)</w:t>
      </w:r>
    </w:p>
    <w:p>
      <w:pPr>
        <w:spacing w:after="40"/>
      </w:pPr>
      <w:r>
        <w:t>[133] Layer: Summarize within: Work zones. 8 features (id 9b7216b5-5c39-4fa7-95fc-419178fd4681)</w:t>
      </w:r>
    </w:p>
    <w:p>
      <w:pPr>
        <w:spacing w:after="40"/>
      </w:pPr>
      <w:r>
        <w:t>[134] Layer: Slope (degrees). 0 features (id 04fe23a2-183b-4b40-99ed-00c0a1c62545)</w:t>
      </w:r>
    </w:p>
    <w:p>
      <w:pPr>
        <w:spacing w:after="40"/>
      </w:pPr>
      <w:r>
        <w:t>[135] Layer: Find point clusters: Inspections and defects. 900 features (id 483f389f-6f5f-4686-9358-d8ba8dfecc0c)</w:t>
      </w:r>
    </w:p>
    <w:p>
      <w:pPr>
        <w:spacing w:after="40"/>
      </w:pPr>
      <w:r>
        <w:t>[136] Layer: Find point clusters: cluster hulls. 7 features (id a3ed91a3-93ec-4c1d-8f39-d00038f33711)</w:t>
      </w:r>
    </w:p>
    <w:p>
      <w:pPr>
        <w:spacing w:after="40"/>
      </w:pPr>
      <w:r>
        <w:t>[137] Layer: Find point clusters: Settlement monitoring. 270 features (id e11e55d7-847b-4fb0-9ce1-b78d3ec3f87c)</w:t>
      </w:r>
    </w:p>
    <w:p>
      <w:pPr>
        <w:spacing w:after="40"/>
      </w:pPr>
      <w:r>
        <w:t>[138] Layer: Find point clusters: cluster hulls. 19 features (id b5149260-c6f8-4546-8616-94dd97d60029)</w:t>
      </w:r>
    </w:p>
    <w:p>
      <w:pPr>
        <w:spacing w:after="40"/>
      </w:pPr>
      <w:r>
        <w:t>[139] Layer: NDVI change polygons. 1,078 features (id ac97061d-6bed-44e0-9705-e3ab6f002d53)</w:t>
      </w:r>
    </w:p>
    <w:p>
      <w:pPr>
        <w:pStyle w:val="Heading1"/>
      </w:pPr>
      <w:r>
        <w:t>Appendix: the data behind the charts</w:t>
      </w:r>
    </w:p>
    <w:p>
      <w:pPr>
        <w:pStyle w:val="Heading2"/>
      </w:pPr>
      <w:r>
        <w:t>Figure 1. Timeline: events per week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2025-12-29</w:t>
            </w:r>
          </w:p>
        </w:tc>
        <w:tc>
          <w:tcPr>
            <w:tcW w:type="dxa" w:w="2880"/>
          </w:tcPr>
          <w:p>
            <w:r>
              <w:t>Daily progress by zone</w:t>
            </w:r>
          </w:p>
        </w:tc>
        <w:tc>
          <w:tcPr>
            <w:tcW w:type="dxa" w:w="2880"/>
          </w:tcPr>
          <w:p>
            <w:r>
              <w:t>0</w:t>
            </w:r>
          </w:p>
        </w:tc>
      </w:tr>
      <w:tr>
        <w:tc>
          <w:tcPr>
            <w:tcW w:type="dxa" w:w="2880"/>
          </w:tcPr>
          <w:p>
            <w:r>
              <w:t>2025-12-29</w:t>
            </w:r>
          </w:p>
        </w:tc>
        <w:tc>
          <w:tcPr>
            <w:tcW w:type="dxa" w:w="2880"/>
          </w:tcPr>
          <w:p>
            <w:r>
              <w:t>Inspections and defects</w:t>
            </w:r>
          </w:p>
        </w:tc>
        <w:tc>
          <w:tcPr>
            <w:tcW w:type="dxa" w:w="2880"/>
          </w:tcPr>
          <w:p>
            <w:r>
              <w:t>0</w:t>
            </w:r>
          </w:p>
        </w:tc>
      </w:tr>
      <w:tr>
        <w:tc>
          <w:tcPr>
            <w:tcW w:type="dxa" w:w="2880"/>
          </w:tcPr>
          <w:p>
            <w:r>
              <w:t>2025-12-29</w:t>
            </w:r>
          </w:p>
        </w:tc>
        <w:tc>
          <w:tcPr>
            <w:tcW w:type="dxa" w:w="2880"/>
          </w:tcPr>
          <w:p>
            <w:r>
              <w:t>Deliveries log</w:t>
            </w:r>
          </w:p>
        </w:tc>
        <w:tc>
          <w:tcPr>
            <w:tcW w:type="dxa" w:w="2880"/>
          </w:tcPr>
          <w:p>
            <w:r>
              <w:t>0</w:t>
            </w:r>
          </w:p>
        </w:tc>
      </w:tr>
      <w:tr>
        <w:tc>
          <w:tcPr>
            <w:tcW w:type="dxa" w:w="2880"/>
          </w:tcPr>
          <w:p>
            <w:r>
              <w:t>2025-12-29</w:t>
            </w:r>
          </w:p>
        </w:tc>
        <w:tc>
          <w:tcPr>
            <w:tcW w:type="dxa" w:w="2880"/>
          </w:tcPr>
          <w:p>
            <w:r>
              <w:t>Settlement monitoring</w:t>
            </w:r>
          </w:p>
        </w:tc>
        <w:tc>
          <w:tcPr>
            <w:tcW w:type="dxa" w:w="2880"/>
          </w:tcPr>
          <w:p>
            <w:r>
              <w:t>30</w:t>
            </w:r>
          </w:p>
        </w:tc>
      </w:tr>
      <w:tr>
        <w:tc>
          <w:tcPr>
            <w:tcW w:type="dxa" w:w="2880"/>
          </w:tcPr>
          <w:p>
            <w:r>
              <w:t>2026-01-05</w:t>
            </w:r>
          </w:p>
        </w:tc>
        <w:tc>
          <w:tcPr>
            <w:tcW w:type="dxa" w:w="2880"/>
          </w:tcPr>
          <w:p>
            <w:r>
              <w:t>Daily progress by zone</w:t>
            </w:r>
          </w:p>
        </w:tc>
        <w:tc>
          <w:tcPr>
            <w:tcW w:type="dxa" w:w="2880"/>
          </w:tcPr>
          <w:p>
            <w:r>
              <w:t>0</w:t>
            </w:r>
          </w:p>
        </w:tc>
      </w:tr>
      <w:tr>
        <w:tc>
          <w:tcPr>
            <w:tcW w:type="dxa" w:w="2880"/>
          </w:tcPr>
          <w:p>
            <w:r>
              <w:t>2026-01-05</w:t>
            </w:r>
          </w:p>
        </w:tc>
        <w:tc>
          <w:tcPr>
            <w:tcW w:type="dxa" w:w="2880"/>
          </w:tcPr>
          <w:p>
            <w:r>
              <w:t>Inspections and defects</w:t>
            </w:r>
          </w:p>
        </w:tc>
        <w:tc>
          <w:tcPr>
            <w:tcW w:type="dxa" w:w="2880"/>
          </w:tcPr>
          <w:p>
            <w:r>
              <w:t>0</w:t>
            </w:r>
          </w:p>
        </w:tc>
      </w:tr>
      <w:tr>
        <w:tc>
          <w:tcPr>
            <w:tcW w:type="dxa" w:w="2880"/>
          </w:tcPr>
          <w:p>
            <w:r>
              <w:t>2026-01-05</w:t>
            </w:r>
          </w:p>
        </w:tc>
        <w:tc>
          <w:tcPr>
            <w:tcW w:type="dxa" w:w="2880"/>
          </w:tcPr>
          <w:p>
            <w:r>
              <w:t>Deliveries log</w:t>
            </w:r>
          </w:p>
        </w:tc>
        <w:tc>
          <w:tcPr>
            <w:tcW w:type="dxa" w:w="2880"/>
          </w:tcPr>
          <w:p>
            <w:r>
              <w:t>0</w:t>
            </w:r>
          </w:p>
        </w:tc>
      </w:tr>
      <w:tr>
        <w:tc>
          <w:tcPr>
            <w:tcW w:type="dxa" w:w="2880"/>
          </w:tcPr>
          <w:p>
            <w:r>
              <w:t>2026-01-05</w:t>
            </w:r>
          </w:p>
        </w:tc>
        <w:tc>
          <w:tcPr>
            <w:tcW w:type="dxa" w:w="2880"/>
          </w:tcPr>
          <w:p>
            <w:r>
              <w:t>Settlement monitoring</w:t>
            </w:r>
          </w:p>
        </w:tc>
        <w:tc>
          <w:tcPr>
            <w:tcW w:type="dxa" w:w="2880"/>
          </w:tcPr>
          <w:p>
            <w:r>
              <w:t>0</w:t>
            </w:r>
          </w:p>
        </w:tc>
      </w:tr>
      <w:tr>
        <w:tc>
          <w:tcPr>
            <w:tcW w:type="dxa" w:w="2880"/>
          </w:tcPr>
          <w:p>
            <w:r>
              <w:t>2026-01-12</w:t>
            </w:r>
          </w:p>
        </w:tc>
        <w:tc>
          <w:tcPr>
            <w:tcW w:type="dxa" w:w="2880"/>
          </w:tcPr>
          <w:p>
            <w:r>
              <w:t>Daily progress by zone</w:t>
            </w:r>
          </w:p>
        </w:tc>
        <w:tc>
          <w:tcPr>
            <w:tcW w:type="dxa" w:w="2880"/>
          </w:tcPr>
          <w:p>
            <w:r>
              <w:t>0</w:t>
            </w:r>
          </w:p>
        </w:tc>
      </w:tr>
      <w:tr>
        <w:tc>
          <w:tcPr>
            <w:tcW w:type="dxa" w:w="2880"/>
          </w:tcPr>
          <w:p>
            <w:r>
              <w:t>2026-01-12</w:t>
            </w:r>
          </w:p>
        </w:tc>
        <w:tc>
          <w:tcPr>
            <w:tcW w:type="dxa" w:w="2880"/>
          </w:tcPr>
          <w:p>
            <w:r>
              <w:t>Inspections and defects</w:t>
            </w:r>
          </w:p>
        </w:tc>
        <w:tc>
          <w:tcPr>
            <w:tcW w:type="dxa" w:w="2880"/>
          </w:tcPr>
          <w:p>
            <w:r>
              <w:t>0</w:t>
            </w:r>
          </w:p>
        </w:tc>
      </w:tr>
      <w:tr>
        <w:tc>
          <w:tcPr>
            <w:tcW w:type="dxa" w:w="2880"/>
          </w:tcPr>
          <w:p>
            <w:r>
              <w:t>2026-01-12</w:t>
            </w:r>
          </w:p>
        </w:tc>
        <w:tc>
          <w:tcPr>
            <w:tcW w:type="dxa" w:w="2880"/>
          </w:tcPr>
          <w:p>
            <w:r>
              <w:t>Deliveries log</w:t>
            </w:r>
          </w:p>
        </w:tc>
        <w:tc>
          <w:tcPr>
            <w:tcW w:type="dxa" w:w="2880"/>
          </w:tcPr>
          <w:p>
            <w:r>
              <w:t>0</w:t>
            </w:r>
          </w:p>
        </w:tc>
      </w:tr>
      <w:tr>
        <w:tc>
          <w:tcPr>
            <w:tcW w:type="dxa" w:w="2880"/>
          </w:tcPr>
          <w:p>
            <w:r>
              <w:t>2026-01-12</w:t>
            </w:r>
          </w:p>
        </w:tc>
        <w:tc>
          <w:tcPr>
            <w:tcW w:type="dxa" w:w="2880"/>
          </w:tcPr>
          <w:p>
            <w:r>
              <w:t>Settlement monitoring</w:t>
            </w:r>
          </w:p>
        </w:tc>
        <w:tc>
          <w:tcPr>
            <w:tcW w:type="dxa" w:w="2880"/>
          </w:tcPr>
          <w:p>
            <w:r>
              <w:t>0</w:t>
            </w:r>
          </w:p>
        </w:tc>
      </w:tr>
      <w:tr>
        <w:tc>
          <w:tcPr>
            <w:tcW w:type="dxa" w:w="2880"/>
          </w:tcPr>
          <w:p>
            <w:r>
              <w:t>2026-01-19</w:t>
            </w:r>
          </w:p>
        </w:tc>
        <w:tc>
          <w:tcPr>
            <w:tcW w:type="dxa" w:w="2880"/>
          </w:tcPr>
          <w:p>
            <w:r>
              <w:t>Daily progress by zone</w:t>
            </w:r>
          </w:p>
        </w:tc>
        <w:tc>
          <w:tcPr>
            <w:tcW w:type="dxa" w:w="2880"/>
          </w:tcPr>
          <w:p>
            <w:r>
              <w:t>0</w:t>
            </w:r>
          </w:p>
        </w:tc>
      </w:tr>
      <w:tr>
        <w:tc>
          <w:tcPr>
            <w:tcW w:type="dxa" w:w="2880"/>
          </w:tcPr>
          <w:p>
            <w:r>
              <w:t>2026-01-19</w:t>
            </w:r>
          </w:p>
        </w:tc>
        <w:tc>
          <w:tcPr>
            <w:tcW w:type="dxa" w:w="2880"/>
          </w:tcPr>
          <w:p>
            <w:r>
              <w:t>Inspections and defects</w:t>
            </w:r>
          </w:p>
        </w:tc>
        <w:tc>
          <w:tcPr>
            <w:tcW w:type="dxa" w:w="2880"/>
          </w:tcPr>
          <w:p>
            <w:r>
              <w:t>0</w:t>
            </w:r>
          </w:p>
        </w:tc>
      </w:tr>
      <w:tr>
        <w:tc>
          <w:tcPr>
            <w:tcW w:type="dxa" w:w="2880"/>
          </w:tcPr>
          <w:p>
            <w:r>
              <w:t>2026-01-19</w:t>
            </w:r>
          </w:p>
        </w:tc>
        <w:tc>
          <w:tcPr>
            <w:tcW w:type="dxa" w:w="2880"/>
          </w:tcPr>
          <w:p>
            <w:r>
              <w:t>Deliveries log</w:t>
            </w:r>
          </w:p>
        </w:tc>
        <w:tc>
          <w:tcPr>
            <w:tcW w:type="dxa" w:w="2880"/>
          </w:tcPr>
          <w:p>
            <w:r>
              <w:t>0</w:t>
            </w:r>
          </w:p>
        </w:tc>
      </w:tr>
      <w:tr>
        <w:tc>
          <w:tcPr>
            <w:tcW w:type="dxa" w:w="2880"/>
          </w:tcPr>
          <w:p>
            <w:r>
              <w:t>2026-01-19</w:t>
            </w:r>
          </w:p>
        </w:tc>
        <w:tc>
          <w:tcPr>
            <w:tcW w:type="dxa" w:w="2880"/>
          </w:tcPr>
          <w:p>
            <w:r>
              <w:t>Settlement monitoring</w:t>
            </w:r>
          </w:p>
        </w:tc>
        <w:tc>
          <w:tcPr>
            <w:tcW w:type="dxa" w:w="2880"/>
          </w:tcPr>
          <w:p>
            <w:r>
              <w:t>0</w:t>
            </w:r>
          </w:p>
        </w:tc>
      </w:tr>
      <w:tr>
        <w:tc>
          <w:tcPr>
            <w:tcW w:type="dxa" w:w="2880"/>
          </w:tcPr>
          <w:p>
            <w:r>
              <w:t>2026-01-26</w:t>
            </w:r>
          </w:p>
        </w:tc>
        <w:tc>
          <w:tcPr>
            <w:tcW w:type="dxa" w:w="2880"/>
          </w:tcPr>
          <w:p>
            <w:r>
              <w:t>Daily progress by zone</w:t>
            </w:r>
          </w:p>
        </w:tc>
        <w:tc>
          <w:tcPr>
            <w:tcW w:type="dxa" w:w="2880"/>
          </w:tcPr>
          <w:p>
            <w:r>
              <w:t>0</w:t>
            </w:r>
          </w:p>
        </w:tc>
      </w:tr>
      <w:tr>
        <w:tc>
          <w:tcPr>
            <w:tcW w:type="dxa" w:w="2880"/>
          </w:tcPr>
          <w:p>
            <w:r>
              <w:t>2026-01-26</w:t>
            </w:r>
          </w:p>
        </w:tc>
        <w:tc>
          <w:tcPr>
            <w:tcW w:type="dxa" w:w="2880"/>
          </w:tcPr>
          <w:p>
            <w:r>
              <w:t>Inspections and defects</w:t>
            </w:r>
          </w:p>
        </w:tc>
        <w:tc>
          <w:tcPr>
            <w:tcW w:type="dxa" w:w="2880"/>
          </w:tcPr>
          <w:p>
            <w:r>
              <w:t>0</w:t>
            </w:r>
          </w:p>
        </w:tc>
      </w:tr>
      <w:tr>
        <w:tc>
          <w:tcPr>
            <w:tcW w:type="dxa" w:w="2880"/>
          </w:tcPr>
          <w:p>
            <w:r>
              <w:t>2026-01-26</w:t>
            </w:r>
          </w:p>
        </w:tc>
        <w:tc>
          <w:tcPr>
            <w:tcW w:type="dxa" w:w="2880"/>
          </w:tcPr>
          <w:p>
            <w:r>
              <w:t>Deliveries log</w:t>
            </w:r>
          </w:p>
        </w:tc>
        <w:tc>
          <w:tcPr>
            <w:tcW w:type="dxa" w:w="2880"/>
          </w:tcPr>
          <w:p>
            <w:r>
              <w:t>0</w:t>
            </w:r>
          </w:p>
        </w:tc>
      </w:tr>
      <w:tr>
        <w:tc>
          <w:tcPr>
            <w:tcW w:type="dxa" w:w="2880"/>
          </w:tcPr>
          <w:p>
            <w:r>
              <w:t>2026-01-26</w:t>
            </w:r>
          </w:p>
        </w:tc>
        <w:tc>
          <w:tcPr>
            <w:tcW w:type="dxa" w:w="2880"/>
          </w:tcPr>
          <w:p>
            <w:r>
              <w:t>Settlement monitoring</w:t>
            </w:r>
          </w:p>
        </w:tc>
        <w:tc>
          <w:tcPr>
            <w:tcW w:type="dxa" w:w="2880"/>
          </w:tcPr>
          <w:p>
            <w:r>
              <w:t>30</w:t>
            </w:r>
          </w:p>
        </w:tc>
      </w:tr>
      <w:tr>
        <w:tc>
          <w:tcPr>
            <w:tcW w:type="dxa" w:w="2880"/>
          </w:tcPr>
          <w:p>
            <w:r>
              <w:t>2026-02-02</w:t>
            </w:r>
          </w:p>
        </w:tc>
        <w:tc>
          <w:tcPr>
            <w:tcW w:type="dxa" w:w="2880"/>
          </w:tcPr>
          <w:p>
            <w:r>
              <w:t>Daily progress by zone</w:t>
            </w:r>
          </w:p>
        </w:tc>
        <w:tc>
          <w:tcPr>
            <w:tcW w:type="dxa" w:w="2880"/>
          </w:tcPr>
          <w:p>
            <w:r>
              <w:t>0</w:t>
            </w:r>
          </w:p>
        </w:tc>
      </w:tr>
      <w:tr>
        <w:tc>
          <w:tcPr>
            <w:tcW w:type="dxa" w:w="2880"/>
          </w:tcPr>
          <w:p>
            <w:r>
              <w:t>2026-02-02</w:t>
            </w:r>
          </w:p>
        </w:tc>
        <w:tc>
          <w:tcPr>
            <w:tcW w:type="dxa" w:w="2880"/>
          </w:tcPr>
          <w:p>
            <w:r>
              <w:t>Inspections and defects</w:t>
            </w:r>
          </w:p>
        </w:tc>
        <w:tc>
          <w:tcPr>
            <w:tcW w:type="dxa" w:w="2880"/>
          </w:tcPr>
          <w:p>
            <w:r>
              <w:t>0</w:t>
            </w:r>
          </w:p>
        </w:tc>
      </w:tr>
      <w:tr>
        <w:tc>
          <w:tcPr>
            <w:tcW w:type="dxa" w:w="2880"/>
          </w:tcPr>
          <w:p>
            <w:r>
              <w:t>2026-02-02</w:t>
            </w:r>
          </w:p>
        </w:tc>
        <w:tc>
          <w:tcPr>
            <w:tcW w:type="dxa" w:w="2880"/>
          </w:tcPr>
          <w:p>
            <w:r>
              <w:t>Deliveries log</w:t>
            </w:r>
          </w:p>
        </w:tc>
        <w:tc>
          <w:tcPr>
            <w:tcW w:type="dxa" w:w="2880"/>
          </w:tcPr>
          <w:p>
            <w:r>
              <w:t>0</w:t>
            </w:r>
          </w:p>
        </w:tc>
      </w:tr>
      <w:tr>
        <w:tc>
          <w:tcPr>
            <w:tcW w:type="dxa" w:w="2880"/>
          </w:tcPr>
          <w:p>
            <w:r>
              <w:t>2026-02-02</w:t>
            </w:r>
          </w:p>
        </w:tc>
        <w:tc>
          <w:tcPr>
            <w:tcW w:type="dxa" w:w="2880"/>
          </w:tcPr>
          <w:p>
            <w:r>
              <w:t>Settlement monitoring</w:t>
            </w:r>
          </w:p>
        </w:tc>
        <w:tc>
          <w:tcPr>
            <w:tcW w:type="dxa" w:w="2880"/>
          </w:tcPr>
          <w:p>
            <w:r>
              <w:t>0</w:t>
            </w:r>
          </w:p>
        </w:tc>
      </w:tr>
      <w:tr>
        <w:tc>
          <w:tcPr>
            <w:tcW w:type="dxa" w:w="2880"/>
          </w:tcPr>
          <w:p>
            <w:r>
              <w:t>2026-02-09</w:t>
            </w:r>
          </w:p>
        </w:tc>
        <w:tc>
          <w:tcPr>
            <w:tcW w:type="dxa" w:w="2880"/>
          </w:tcPr>
          <w:p>
            <w:r>
              <w:t>Daily progress by zone</w:t>
            </w:r>
          </w:p>
        </w:tc>
        <w:tc>
          <w:tcPr>
            <w:tcW w:type="dxa" w:w="2880"/>
          </w:tcPr>
          <w:p>
            <w:r>
              <w:t>0</w:t>
            </w:r>
          </w:p>
        </w:tc>
      </w:tr>
      <w:tr>
        <w:tc>
          <w:tcPr>
            <w:tcW w:type="dxa" w:w="2880"/>
          </w:tcPr>
          <w:p>
            <w:r>
              <w:t>2026-02-09</w:t>
            </w:r>
          </w:p>
        </w:tc>
        <w:tc>
          <w:tcPr>
            <w:tcW w:type="dxa" w:w="2880"/>
          </w:tcPr>
          <w:p>
            <w:r>
              <w:t>Inspections and defects</w:t>
            </w:r>
          </w:p>
        </w:tc>
        <w:tc>
          <w:tcPr>
            <w:tcW w:type="dxa" w:w="2880"/>
          </w:tcPr>
          <w:p>
            <w:r>
              <w:t>0</w:t>
            </w:r>
          </w:p>
        </w:tc>
      </w:tr>
      <w:tr>
        <w:tc>
          <w:tcPr>
            <w:tcW w:type="dxa" w:w="2880"/>
          </w:tcPr>
          <w:p>
            <w:r>
              <w:t>2026-02-09</w:t>
            </w:r>
          </w:p>
        </w:tc>
        <w:tc>
          <w:tcPr>
            <w:tcW w:type="dxa" w:w="2880"/>
          </w:tcPr>
          <w:p>
            <w:r>
              <w:t>Deliveries log</w:t>
            </w:r>
          </w:p>
        </w:tc>
        <w:tc>
          <w:tcPr>
            <w:tcW w:type="dxa" w:w="2880"/>
          </w:tcPr>
          <w:p>
            <w:r>
              <w:t>0</w:t>
            </w:r>
          </w:p>
        </w:tc>
      </w:tr>
      <w:tr>
        <w:tc>
          <w:tcPr>
            <w:tcW w:type="dxa" w:w="2880"/>
          </w:tcPr>
          <w:p>
            <w:r>
              <w:t>2026-02-09</w:t>
            </w:r>
          </w:p>
        </w:tc>
        <w:tc>
          <w:tcPr>
            <w:tcW w:type="dxa" w:w="2880"/>
          </w:tcPr>
          <w:p>
            <w:r>
              <w:t>Settlement monitoring</w:t>
            </w:r>
          </w:p>
        </w:tc>
        <w:tc>
          <w:tcPr>
            <w:tcW w:type="dxa" w:w="2880"/>
          </w:tcPr>
          <w:p>
            <w:r>
              <w:t>0</w:t>
            </w:r>
          </w:p>
        </w:tc>
      </w:tr>
      <w:tr>
        <w:tc>
          <w:tcPr>
            <w:tcW w:type="dxa" w:w="2880"/>
          </w:tcPr>
          <w:p>
            <w:r>
              <w:t>2026-02-16</w:t>
            </w:r>
          </w:p>
        </w:tc>
        <w:tc>
          <w:tcPr>
            <w:tcW w:type="dxa" w:w="2880"/>
          </w:tcPr>
          <w:p>
            <w:r>
              <w:t>Daily progress by zone</w:t>
            </w:r>
          </w:p>
        </w:tc>
        <w:tc>
          <w:tcPr>
            <w:tcW w:type="dxa" w:w="2880"/>
          </w:tcPr>
          <w:p>
            <w:r>
              <w:t>0</w:t>
            </w:r>
          </w:p>
        </w:tc>
      </w:tr>
      <w:tr>
        <w:tc>
          <w:tcPr>
            <w:tcW w:type="dxa" w:w="2880"/>
          </w:tcPr>
          <w:p>
            <w:r>
              <w:t>2026-02-16</w:t>
            </w:r>
          </w:p>
        </w:tc>
        <w:tc>
          <w:tcPr>
            <w:tcW w:type="dxa" w:w="2880"/>
          </w:tcPr>
          <w:p>
            <w:r>
              <w:t>Inspections and defects</w:t>
            </w:r>
          </w:p>
        </w:tc>
        <w:tc>
          <w:tcPr>
            <w:tcW w:type="dxa" w:w="2880"/>
          </w:tcPr>
          <w:p>
            <w:r>
              <w:t>0</w:t>
            </w:r>
          </w:p>
        </w:tc>
      </w:tr>
      <w:tr>
        <w:tc>
          <w:tcPr>
            <w:tcW w:type="dxa" w:w="2880"/>
          </w:tcPr>
          <w:p>
            <w:r>
              <w:t>2026-02-16</w:t>
            </w:r>
          </w:p>
        </w:tc>
        <w:tc>
          <w:tcPr>
            <w:tcW w:type="dxa" w:w="2880"/>
          </w:tcPr>
          <w:p>
            <w:r>
              <w:t>Deliveries log</w:t>
            </w:r>
          </w:p>
        </w:tc>
        <w:tc>
          <w:tcPr>
            <w:tcW w:type="dxa" w:w="2880"/>
          </w:tcPr>
          <w:p>
            <w:r>
              <w:t>0</w:t>
            </w:r>
          </w:p>
        </w:tc>
      </w:tr>
      <w:tr>
        <w:tc>
          <w:tcPr>
            <w:tcW w:type="dxa" w:w="2880"/>
          </w:tcPr>
          <w:p>
            <w:r>
              <w:t>2026-02-16</w:t>
            </w:r>
          </w:p>
        </w:tc>
        <w:tc>
          <w:tcPr>
            <w:tcW w:type="dxa" w:w="2880"/>
          </w:tcPr>
          <w:p>
            <w:r>
              <w:t>Settlement monitoring</w:t>
            </w:r>
          </w:p>
        </w:tc>
        <w:tc>
          <w:tcPr>
            <w:tcW w:type="dxa" w:w="2880"/>
          </w:tcPr>
          <w:p>
            <w:r>
              <w:t>0</w:t>
            </w:r>
          </w:p>
        </w:tc>
      </w:tr>
      <w:tr>
        <w:tc>
          <w:tcPr>
            <w:tcW w:type="dxa" w:w="2880"/>
          </w:tcPr>
          <w:p>
            <w:r>
              <w:t>2026-02-23</w:t>
            </w:r>
          </w:p>
        </w:tc>
        <w:tc>
          <w:tcPr>
            <w:tcW w:type="dxa" w:w="2880"/>
          </w:tcPr>
          <w:p>
            <w:r>
              <w:t>Daily progress by zone</w:t>
            </w:r>
          </w:p>
        </w:tc>
        <w:tc>
          <w:tcPr>
            <w:tcW w:type="dxa" w:w="2880"/>
          </w:tcPr>
          <w:p>
            <w:r>
              <w:t>8</w:t>
            </w:r>
          </w:p>
        </w:tc>
      </w:tr>
      <w:tr>
        <w:tc>
          <w:tcPr>
            <w:tcW w:type="dxa" w:w="2880"/>
          </w:tcPr>
          <w:p>
            <w:r>
              <w:t>2026-02-23</w:t>
            </w:r>
          </w:p>
        </w:tc>
        <w:tc>
          <w:tcPr>
            <w:tcW w:type="dxa" w:w="2880"/>
          </w:tcPr>
          <w:p>
            <w:r>
              <w:t>Inspections and defects</w:t>
            </w:r>
          </w:p>
        </w:tc>
        <w:tc>
          <w:tcPr>
            <w:tcW w:type="dxa" w:w="2880"/>
          </w:tcPr>
          <w:p>
            <w:r>
              <w:t>1</w:t>
            </w:r>
          </w:p>
        </w:tc>
      </w:tr>
      <w:tr>
        <w:tc>
          <w:tcPr>
            <w:tcW w:type="dxa" w:w="2880"/>
          </w:tcPr>
          <w:p>
            <w:r>
              <w:t>2026-02-23</w:t>
            </w:r>
          </w:p>
        </w:tc>
        <w:tc>
          <w:tcPr>
            <w:tcW w:type="dxa" w:w="2880"/>
          </w:tcPr>
          <w:p>
            <w:r>
              <w:t>Deliveries log</w:t>
            </w:r>
          </w:p>
        </w:tc>
        <w:tc>
          <w:tcPr>
            <w:tcW w:type="dxa" w:w="2880"/>
          </w:tcPr>
          <w:p>
            <w:r>
              <w:t>1</w:t>
            </w:r>
          </w:p>
        </w:tc>
      </w:tr>
      <w:tr>
        <w:tc>
          <w:tcPr>
            <w:tcW w:type="dxa" w:w="2880"/>
          </w:tcPr>
          <w:p>
            <w:r>
              <w:t>2026-02-23</w:t>
            </w:r>
          </w:p>
        </w:tc>
        <w:tc>
          <w:tcPr>
            <w:tcW w:type="dxa" w:w="2880"/>
          </w:tcPr>
          <w:p>
            <w:r>
              <w:t>Settlement monitoring</w:t>
            </w:r>
          </w:p>
        </w:tc>
        <w:tc>
          <w:tcPr>
            <w:tcW w:type="dxa" w:w="2880"/>
          </w:tcPr>
          <w:p>
            <w:r>
              <w:t>30</w:t>
            </w:r>
          </w:p>
        </w:tc>
      </w:tr>
      <w:tr>
        <w:tc>
          <w:tcPr>
            <w:tcW w:type="dxa" w:w="2880"/>
          </w:tcPr>
          <w:p>
            <w:r>
              <w:t>2026-03-02</w:t>
            </w:r>
          </w:p>
        </w:tc>
        <w:tc>
          <w:tcPr>
            <w:tcW w:type="dxa" w:w="2880"/>
          </w:tcPr>
          <w:p>
            <w:r>
              <w:t>Daily progress by zone</w:t>
            </w:r>
          </w:p>
        </w:tc>
        <w:tc>
          <w:tcPr>
            <w:tcW w:type="dxa" w:w="2880"/>
          </w:tcPr>
          <w:p>
            <w:r>
              <w:t>48</w:t>
            </w:r>
          </w:p>
        </w:tc>
      </w:tr>
      <w:tr>
        <w:tc>
          <w:tcPr>
            <w:tcW w:type="dxa" w:w="2880"/>
          </w:tcPr>
          <w:p>
            <w:r>
              <w:t>2026-03-02</w:t>
            </w:r>
          </w:p>
        </w:tc>
        <w:tc>
          <w:tcPr>
            <w:tcW w:type="dxa" w:w="2880"/>
          </w:tcPr>
          <w:p>
            <w:r>
              <w:t>Inspections and defects</w:t>
            </w:r>
          </w:p>
        </w:tc>
        <w:tc>
          <w:tcPr>
            <w:tcW w:type="dxa" w:w="2880"/>
          </w:tcPr>
          <w:p>
            <w:r>
              <w:t>23</w:t>
            </w:r>
          </w:p>
        </w:tc>
      </w:tr>
      <w:tr>
        <w:tc>
          <w:tcPr>
            <w:tcW w:type="dxa" w:w="2880"/>
          </w:tcPr>
          <w:p>
            <w:r>
              <w:t>2026-03-02</w:t>
            </w:r>
          </w:p>
        </w:tc>
        <w:tc>
          <w:tcPr>
            <w:tcW w:type="dxa" w:w="2880"/>
          </w:tcPr>
          <w:p>
            <w:r>
              <w:t>Deliveries log</w:t>
            </w:r>
          </w:p>
        </w:tc>
        <w:tc>
          <w:tcPr>
            <w:tcW w:type="dxa" w:w="2880"/>
          </w:tcPr>
          <w:p>
            <w:r>
              <w:t>22</w:t>
            </w:r>
          </w:p>
        </w:tc>
      </w:tr>
      <w:tr>
        <w:tc>
          <w:tcPr>
            <w:tcW w:type="dxa" w:w="2880"/>
          </w:tcPr>
          <w:p>
            <w:r>
              <w:t>2026-03-02</w:t>
            </w:r>
          </w:p>
        </w:tc>
        <w:tc>
          <w:tcPr>
            <w:tcW w:type="dxa" w:w="2880"/>
          </w:tcPr>
          <w:p>
            <w:r>
              <w:t>Settlement monitoring</w:t>
            </w:r>
          </w:p>
        </w:tc>
        <w:tc>
          <w:tcPr>
            <w:tcW w:type="dxa" w:w="2880"/>
          </w:tcPr>
          <w:p>
            <w:r>
              <w:t>0</w:t>
            </w:r>
          </w:p>
        </w:tc>
      </w:tr>
      <w:tr>
        <w:tc>
          <w:tcPr>
            <w:tcW w:type="dxa" w:w="2880"/>
          </w:tcPr>
          <w:p>
            <w:r>
              <w:t>2026-03-09</w:t>
            </w:r>
          </w:p>
        </w:tc>
        <w:tc>
          <w:tcPr>
            <w:tcW w:type="dxa" w:w="2880"/>
          </w:tcPr>
          <w:p>
            <w:r>
              <w:t>Daily progress by zone</w:t>
            </w:r>
          </w:p>
        </w:tc>
        <w:tc>
          <w:tcPr>
            <w:tcW w:type="dxa" w:w="2880"/>
          </w:tcPr>
          <w:p>
            <w:r>
              <w:t>48</w:t>
            </w:r>
          </w:p>
        </w:tc>
      </w:tr>
      <w:tr>
        <w:tc>
          <w:tcPr>
            <w:tcW w:type="dxa" w:w="2880"/>
          </w:tcPr>
          <w:p>
            <w:r>
              <w:t>2026-03-09</w:t>
            </w:r>
          </w:p>
        </w:tc>
        <w:tc>
          <w:tcPr>
            <w:tcW w:type="dxa" w:w="2880"/>
          </w:tcPr>
          <w:p>
            <w:r>
              <w:t>Inspections and defects</w:t>
            </w:r>
          </w:p>
        </w:tc>
        <w:tc>
          <w:tcPr>
            <w:tcW w:type="dxa" w:w="2880"/>
          </w:tcPr>
          <w:p>
            <w:r>
              <w:t>25</w:t>
            </w:r>
          </w:p>
        </w:tc>
      </w:tr>
      <w:tr>
        <w:tc>
          <w:tcPr>
            <w:tcW w:type="dxa" w:w="2880"/>
          </w:tcPr>
          <w:p>
            <w:r>
              <w:t>2026-03-09</w:t>
            </w:r>
          </w:p>
        </w:tc>
        <w:tc>
          <w:tcPr>
            <w:tcW w:type="dxa" w:w="2880"/>
          </w:tcPr>
          <w:p>
            <w:r>
              <w:t>Deliveries log</w:t>
            </w:r>
          </w:p>
        </w:tc>
        <w:tc>
          <w:tcPr>
            <w:tcW w:type="dxa" w:w="2880"/>
          </w:tcPr>
          <w:p>
            <w:r>
              <w:t>18</w:t>
            </w:r>
          </w:p>
        </w:tc>
      </w:tr>
      <w:tr>
        <w:tc>
          <w:tcPr>
            <w:tcW w:type="dxa" w:w="2880"/>
          </w:tcPr>
          <w:p>
            <w:r>
              <w:t>2026-03-09</w:t>
            </w:r>
          </w:p>
        </w:tc>
        <w:tc>
          <w:tcPr>
            <w:tcW w:type="dxa" w:w="2880"/>
          </w:tcPr>
          <w:p>
            <w:r>
              <w:t>Settlement monitoring</w:t>
            </w:r>
          </w:p>
        </w:tc>
        <w:tc>
          <w:tcPr>
            <w:tcW w:type="dxa" w:w="2880"/>
          </w:tcPr>
          <w:p>
            <w:r>
              <w:t>0</w:t>
            </w:r>
          </w:p>
        </w:tc>
      </w:tr>
      <w:tr>
        <w:tc>
          <w:tcPr>
            <w:tcW w:type="dxa" w:w="2880"/>
          </w:tcPr>
          <w:p>
            <w:r>
              <w:t>2026-03-16</w:t>
            </w:r>
          </w:p>
        </w:tc>
        <w:tc>
          <w:tcPr>
            <w:tcW w:type="dxa" w:w="2880"/>
          </w:tcPr>
          <w:p>
            <w:r>
              <w:t>Daily progress by zone</w:t>
            </w:r>
          </w:p>
        </w:tc>
        <w:tc>
          <w:tcPr>
            <w:tcW w:type="dxa" w:w="2880"/>
          </w:tcPr>
          <w:p>
            <w:r>
              <w:t>48</w:t>
            </w:r>
          </w:p>
        </w:tc>
      </w:tr>
      <w:tr>
        <w:tc>
          <w:tcPr>
            <w:tcW w:type="dxa" w:w="2880"/>
          </w:tcPr>
          <w:p>
            <w:r>
              <w:t>2026-03-16</w:t>
            </w:r>
          </w:p>
        </w:tc>
        <w:tc>
          <w:tcPr>
            <w:tcW w:type="dxa" w:w="2880"/>
          </w:tcPr>
          <w:p>
            <w:r>
              <w:t>Inspections and defects</w:t>
            </w:r>
          </w:p>
        </w:tc>
        <w:tc>
          <w:tcPr>
            <w:tcW w:type="dxa" w:w="2880"/>
          </w:tcPr>
          <w:p>
            <w:r>
              <w:t>25</w:t>
            </w:r>
          </w:p>
        </w:tc>
      </w:tr>
      <w:tr>
        <w:tc>
          <w:tcPr>
            <w:tcW w:type="dxa" w:w="2880"/>
          </w:tcPr>
          <w:p>
            <w:r>
              <w:t>2026-03-16</w:t>
            </w:r>
          </w:p>
        </w:tc>
        <w:tc>
          <w:tcPr>
            <w:tcW w:type="dxa" w:w="2880"/>
          </w:tcPr>
          <w:p>
            <w:r>
              <w:t>Deliveries log</w:t>
            </w:r>
          </w:p>
        </w:tc>
        <w:tc>
          <w:tcPr>
            <w:tcW w:type="dxa" w:w="2880"/>
          </w:tcPr>
          <w:p>
            <w:r>
              <w:t>8</w:t>
            </w:r>
          </w:p>
        </w:tc>
      </w:tr>
      <w:tr>
        <w:tc>
          <w:tcPr>
            <w:tcW w:type="dxa" w:w="2880"/>
          </w:tcPr>
          <w:p>
            <w:r>
              <w:t>2026-03-16</w:t>
            </w:r>
          </w:p>
        </w:tc>
        <w:tc>
          <w:tcPr>
            <w:tcW w:type="dxa" w:w="2880"/>
          </w:tcPr>
          <w:p>
            <w:r>
              <w:t>Settlement monitoring</w:t>
            </w:r>
          </w:p>
        </w:tc>
        <w:tc>
          <w:tcPr>
            <w:tcW w:type="dxa" w:w="2880"/>
          </w:tcPr>
          <w:p>
            <w:r>
              <w:t>0</w:t>
            </w:r>
          </w:p>
        </w:tc>
      </w:tr>
      <w:tr>
        <w:tc>
          <w:tcPr>
            <w:tcW w:type="dxa" w:w="2880"/>
          </w:tcPr>
          <w:p>
            <w:r>
              <w:t>2026-03-23</w:t>
            </w:r>
          </w:p>
        </w:tc>
        <w:tc>
          <w:tcPr>
            <w:tcW w:type="dxa" w:w="2880"/>
          </w:tcPr>
          <w:p>
            <w:r>
              <w:t>Daily progress by zone</w:t>
            </w:r>
          </w:p>
        </w:tc>
        <w:tc>
          <w:tcPr>
            <w:tcW w:type="dxa" w:w="2880"/>
          </w:tcPr>
          <w:p>
            <w:r>
              <w:t>48</w:t>
            </w:r>
          </w:p>
        </w:tc>
      </w:tr>
      <w:tr>
        <w:tc>
          <w:tcPr>
            <w:tcW w:type="dxa" w:w="2880"/>
          </w:tcPr>
          <w:p>
            <w:r>
              <w:t>2026-03-23</w:t>
            </w:r>
          </w:p>
        </w:tc>
        <w:tc>
          <w:tcPr>
            <w:tcW w:type="dxa" w:w="2880"/>
          </w:tcPr>
          <w:p>
            <w:r>
              <w:t>Inspections and defects</w:t>
            </w:r>
          </w:p>
        </w:tc>
        <w:tc>
          <w:tcPr>
            <w:tcW w:type="dxa" w:w="2880"/>
          </w:tcPr>
          <w:p>
            <w:r>
              <w:t>23</w:t>
            </w:r>
          </w:p>
        </w:tc>
      </w:tr>
      <w:tr>
        <w:tc>
          <w:tcPr>
            <w:tcW w:type="dxa" w:w="2880"/>
          </w:tcPr>
          <w:p>
            <w:r>
              <w:t>2026-03-23</w:t>
            </w:r>
          </w:p>
        </w:tc>
        <w:tc>
          <w:tcPr>
            <w:tcW w:type="dxa" w:w="2880"/>
          </w:tcPr>
          <w:p>
            <w:r>
              <w:t>Deliveries log</w:t>
            </w:r>
          </w:p>
        </w:tc>
        <w:tc>
          <w:tcPr>
            <w:tcW w:type="dxa" w:w="2880"/>
          </w:tcPr>
          <w:p>
            <w:r>
              <w:t>16</w:t>
            </w:r>
          </w:p>
        </w:tc>
      </w:tr>
      <w:tr>
        <w:tc>
          <w:tcPr>
            <w:tcW w:type="dxa" w:w="2880"/>
          </w:tcPr>
          <w:p>
            <w:r>
              <w:t>2026-03-23</w:t>
            </w:r>
          </w:p>
        </w:tc>
        <w:tc>
          <w:tcPr>
            <w:tcW w:type="dxa" w:w="2880"/>
          </w:tcPr>
          <w:p>
            <w:r>
              <w:t>Settlement monitoring</w:t>
            </w:r>
          </w:p>
        </w:tc>
        <w:tc>
          <w:tcPr>
            <w:tcW w:type="dxa" w:w="2880"/>
          </w:tcPr>
          <w:p>
            <w:r>
              <w:t>0</w:t>
            </w:r>
          </w:p>
        </w:tc>
      </w:tr>
      <w:tr>
        <w:tc>
          <w:tcPr>
            <w:tcW w:type="dxa" w:w="2880"/>
          </w:tcPr>
          <w:p>
            <w:r>
              <w:t>2026-03-30</w:t>
            </w:r>
          </w:p>
        </w:tc>
        <w:tc>
          <w:tcPr>
            <w:tcW w:type="dxa" w:w="2880"/>
          </w:tcPr>
          <w:p>
            <w:r>
              <w:t>Daily progress by zone</w:t>
            </w:r>
          </w:p>
        </w:tc>
        <w:tc>
          <w:tcPr>
            <w:tcW w:type="dxa" w:w="2880"/>
          </w:tcPr>
          <w:p>
            <w:r>
              <w:t>48</w:t>
            </w:r>
          </w:p>
        </w:tc>
      </w:tr>
      <w:tr>
        <w:tc>
          <w:tcPr>
            <w:tcW w:type="dxa" w:w="2880"/>
          </w:tcPr>
          <w:p>
            <w:r>
              <w:t>2026-03-30</w:t>
            </w:r>
          </w:p>
        </w:tc>
        <w:tc>
          <w:tcPr>
            <w:tcW w:type="dxa" w:w="2880"/>
          </w:tcPr>
          <w:p>
            <w:r>
              <w:t>Inspections and defects</w:t>
            </w:r>
          </w:p>
        </w:tc>
        <w:tc>
          <w:tcPr>
            <w:tcW w:type="dxa" w:w="2880"/>
          </w:tcPr>
          <w:p>
            <w:r>
              <w:t>36</w:t>
            </w:r>
          </w:p>
        </w:tc>
      </w:tr>
      <w:tr>
        <w:tc>
          <w:tcPr>
            <w:tcW w:type="dxa" w:w="2880"/>
          </w:tcPr>
          <w:p>
            <w:r>
              <w:t>2026-03-30</w:t>
            </w:r>
          </w:p>
        </w:tc>
        <w:tc>
          <w:tcPr>
            <w:tcW w:type="dxa" w:w="2880"/>
          </w:tcPr>
          <w:p>
            <w:r>
              <w:t>Deliveries log</w:t>
            </w:r>
          </w:p>
        </w:tc>
        <w:tc>
          <w:tcPr>
            <w:tcW w:type="dxa" w:w="2880"/>
          </w:tcPr>
          <w:p>
            <w:r>
              <w:t>17</w:t>
            </w:r>
          </w:p>
        </w:tc>
      </w:tr>
      <w:tr>
        <w:tc>
          <w:tcPr>
            <w:tcW w:type="dxa" w:w="2880"/>
          </w:tcPr>
          <w:p>
            <w:r>
              <w:t>2026-03-30</w:t>
            </w:r>
          </w:p>
        </w:tc>
        <w:tc>
          <w:tcPr>
            <w:tcW w:type="dxa" w:w="2880"/>
          </w:tcPr>
          <w:p>
            <w:r>
              <w:t>Settlement monitoring</w:t>
            </w:r>
          </w:p>
        </w:tc>
        <w:tc>
          <w:tcPr>
            <w:tcW w:type="dxa" w:w="2880"/>
          </w:tcPr>
          <w:p>
            <w:r>
              <w:t>30</w:t>
            </w:r>
          </w:p>
        </w:tc>
      </w:tr>
      <w:tr>
        <w:tc>
          <w:tcPr>
            <w:tcW w:type="dxa" w:w="2880"/>
          </w:tcPr>
          <w:p>
            <w:r>
              <w:t>2026-04-06</w:t>
            </w:r>
          </w:p>
        </w:tc>
        <w:tc>
          <w:tcPr>
            <w:tcW w:type="dxa" w:w="2880"/>
          </w:tcPr>
          <w:p>
            <w:r>
              <w:t>Daily progress by zone</w:t>
            </w:r>
          </w:p>
        </w:tc>
        <w:tc>
          <w:tcPr>
            <w:tcW w:type="dxa" w:w="2880"/>
          </w:tcPr>
          <w:p>
            <w:r>
              <w:t>48</w:t>
            </w:r>
          </w:p>
        </w:tc>
      </w:tr>
      <w:tr>
        <w:tc>
          <w:tcPr>
            <w:tcW w:type="dxa" w:w="2880"/>
          </w:tcPr>
          <w:p>
            <w:r>
              <w:t>2026-04-06</w:t>
            </w:r>
          </w:p>
        </w:tc>
        <w:tc>
          <w:tcPr>
            <w:tcW w:type="dxa" w:w="2880"/>
          </w:tcPr>
          <w:p>
            <w:r>
              <w:t>Inspections and defects</w:t>
            </w:r>
          </w:p>
        </w:tc>
        <w:tc>
          <w:tcPr>
            <w:tcW w:type="dxa" w:w="2880"/>
          </w:tcPr>
          <w:p>
            <w:r>
              <w:t>31</w:t>
            </w:r>
          </w:p>
        </w:tc>
      </w:tr>
      <w:tr>
        <w:tc>
          <w:tcPr>
            <w:tcW w:type="dxa" w:w="2880"/>
          </w:tcPr>
          <w:p>
            <w:r>
              <w:t>2026-04-06</w:t>
            </w:r>
          </w:p>
        </w:tc>
        <w:tc>
          <w:tcPr>
            <w:tcW w:type="dxa" w:w="2880"/>
          </w:tcPr>
          <w:p>
            <w:r>
              <w:t>Deliveries log</w:t>
            </w:r>
          </w:p>
        </w:tc>
        <w:tc>
          <w:tcPr>
            <w:tcW w:type="dxa" w:w="2880"/>
          </w:tcPr>
          <w:p>
            <w:r>
              <w:t>20</w:t>
            </w:r>
          </w:p>
        </w:tc>
      </w:tr>
      <w:tr>
        <w:tc>
          <w:tcPr>
            <w:tcW w:type="dxa" w:w="2880"/>
          </w:tcPr>
          <w:p>
            <w:r>
              <w:t>2026-04-06</w:t>
            </w:r>
          </w:p>
        </w:tc>
        <w:tc>
          <w:tcPr>
            <w:tcW w:type="dxa" w:w="2880"/>
          </w:tcPr>
          <w:p>
            <w:r>
              <w:t>Settlement monitoring</w:t>
            </w:r>
          </w:p>
        </w:tc>
        <w:tc>
          <w:tcPr>
            <w:tcW w:type="dxa" w:w="2880"/>
          </w:tcPr>
          <w:p>
            <w:r>
              <w:t>0</w:t>
            </w:r>
          </w:p>
        </w:tc>
      </w:tr>
      <w:tr>
        <w:tc>
          <w:tcPr>
            <w:tcW w:type="dxa" w:w="2880"/>
          </w:tcPr>
          <w:p>
            <w:r>
              <w:t>2026-04-13</w:t>
            </w:r>
          </w:p>
        </w:tc>
        <w:tc>
          <w:tcPr>
            <w:tcW w:type="dxa" w:w="2880"/>
          </w:tcPr>
          <w:p>
            <w:r>
              <w:t>Daily progress by zone</w:t>
            </w:r>
          </w:p>
        </w:tc>
        <w:tc>
          <w:tcPr>
            <w:tcW w:type="dxa" w:w="2880"/>
          </w:tcPr>
          <w:p>
            <w:r>
              <w:t>48</w:t>
            </w:r>
          </w:p>
        </w:tc>
      </w:tr>
      <w:tr>
        <w:tc>
          <w:tcPr>
            <w:tcW w:type="dxa" w:w="2880"/>
          </w:tcPr>
          <w:p>
            <w:r>
              <w:t>2026-04-13</w:t>
            </w:r>
          </w:p>
        </w:tc>
        <w:tc>
          <w:tcPr>
            <w:tcW w:type="dxa" w:w="2880"/>
          </w:tcPr>
          <w:p>
            <w:r>
              <w:t>Inspections and defects</w:t>
            </w:r>
          </w:p>
        </w:tc>
        <w:tc>
          <w:tcPr>
            <w:tcW w:type="dxa" w:w="2880"/>
          </w:tcPr>
          <w:p>
            <w:r>
              <w:t>24</w:t>
            </w:r>
          </w:p>
        </w:tc>
      </w:tr>
      <w:tr>
        <w:tc>
          <w:tcPr>
            <w:tcW w:type="dxa" w:w="2880"/>
          </w:tcPr>
          <w:p>
            <w:r>
              <w:t>2026-04-13</w:t>
            </w:r>
          </w:p>
        </w:tc>
        <w:tc>
          <w:tcPr>
            <w:tcW w:type="dxa" w:w="2880"/>
          </w:tcPr>
          <w:p>
            <w:r>
              <w:t>Deliveries log</w:t>
            </w:r>
          </w:p>
        </w:tc>
        <w:tc>
          <w:tcPr>
            <w:tcW w:type="dxa" w:w="2880"/>
          </w:tcPr>
          <w:p>
            <w:r>
              <w:t>19</w:t>
            </w:r>
          </w:p>
        </w:tc>
      </w:tr>
      <w:tr>
        <w:tc>
          <w:tcPr>
            <w:tcW w:type="dxa" w:w="2880"/>
          </w:tcPr>
          <w:p>
            <w:r>
              <w:t>2026-04-13</w:t>
            </w:r>
          </w:p>
        </w:tc>
        <w:tc>
          <w:tcPr>
            <w:tcW w:type="dxa" w:w="2880"/>
          </w:tcPr>
          <w:p>
            <w:r>
              <w:t>Settlement monitoring</w:t>
            </w:r>
          </w:p>
        </w:tc>
        <w:tc>
          <w:tcPr>
            <w:tcW w:type="dxa" w:w="2880"/>
          </w:tcPr>
          <w:p>
            <w:r>
              <w:t>0</w:t>
            </w:r>
          </w:p>
        </w:tc>
      </w:tr>
      <w:tr>
        <w:tc>
          <w:tcPr>
            <w:tcW w:type="dxa" w:w="2880"/>
          </w:tcPr>
          <w:p>
            <w:r>
              <w:t>2026-04-20</w:t>
            </w:r>
          </w:p>
        </w:tc>
        <w:tc>
          <w:tcPr>
            <w:tcW w:type="dxa" w:w="2880"/>
          </w:tcPr>
          <w:p>
            <w:r>
              <w:t>Daily progress by zone</w:t>
            </w:r>
          </w:p>
        </w:tc>
        <w:tc>
          <w:tcPr>
            <w:tcW w:type="dxa" w:w="2880"/>
          </w:tcPr>
          <w:p>
            <w:r>
              <w:t>48</w:t>
            </w:r>
          </w:p>
        </w:tc>
      </w:tr>
      <w:tr>
        <w:tc>
          <w:tcPr>
            <w:tcW w:type="dxa" w:w="2880"/>
          </w:tcPr>
          <w:p>
            <w:r>
              <w:t>2026-04-20</w:t>
            </w:r>
          </w:p>
        </w:tc>
        <w:tc>
          <w:tcPr>
            <w:tcW w:type="dxa" w:w="2880"/>
          </w:tcPr>
          <w:p>
            <w:r>
              <w:t>Inspections and defects</w:t>
            </w:r>
          </w:p>
        </w:tc>
        <w:tc>
          <w:tcPr>
            <w:tcW w:type="dxa" w:w="2880"/>
          </w:tcPr>
          <w:p>
            <w:r>
              <w:t>22</w:t>
            </w:r>
          </w:p>
        </w:tc>
      </w:tr>
      <w:tr>
        <w:tc>
          <w:tcPr>
            <w:tcW w:type="dxa" w:w="2880"/>
          </w:tcPr>
          <w:p>
            <w:r>
              <w:t>2026-04-20</w:t>
            </w:r>
          </w:p>
        </w:tc>
        <w:tc>
          <w:tcPr>
            <w:tcW w:type="dxa" w:w="2880"/>
          </w:tcPr>
          <w:p>
            <w:r>
              <w:t>Deliveries log</w:t>
            </w:r>
          </w:p>
        </w:tc>
        <w:tc>
          <w:tcPr>
            <w:tcW w:type="dxa" w:w="2880"/>
          </w:tcPr>
          <w:p>
            <w:r>
              <w:t>15</w:t>
            </w:r>
          </w:p>
        </w:tc>
      </w:tr>
      <w:tr>
        <w:tc>
          <w:tcPr>
            <w:tcW w:type="dxa" w:w="2880"/>
          </w:tcPr>
          <w:p>
            <w:r>
              <w:t>2026-04-20</w:t>
            </w:r>
          </w:p>
        </w:tc>
        <w:tc>
          <w:tcPr>
            <w:tcW w:type="dxa" w:w="2880"/>
          </w:tcPr>
          <w:p>
            <w:r>
              <w:t>Settlement monitoring</w:t>
            </w:r>
          </w:p>
        </w:tc>
        <w:tc>
          <w:tcPr>
            <w:tcW w:type="dxa" w:w="2880"/>
          </w:tcPr>
          <w:p>
            <w:r>
              <w:t>0</w:t>
            </w:r>
          </w:p>
        </w:tc>
      </w:tr>
      <w:tr>
        <w:tc>
          <w:tcPr>
            <w:tcW w:type="dxa" w:w="2880"/>
          </w:tcPr>
          <w:p>
            <w:r>
              <w:t>2026-04-27</w:t>
            </w:r>
          </w:p>
        </w:tc>
        <w:tc>
          <w:tcPr>
            <w:tcW w:type="dxa" w:w="2880"/>
          </w:tcPr>
          <w:p>
            <w:r>
              <w:t>Daily progress by zone</w:t>
            </w:r>
          </w:p>
        </w:tc>
        <w:tc>
          <w:tcPr>
            <w:tcW w:type="dxa" w:w="2880"/>
          </w:tcPr>
          <w:p>
            <w:r>
              <w:t>48</w:t>
            </w:r>
          </w:p>
        </w:tc>
      </w:tr>
      <w:tr>
        <w:tc>
          <w:tcPr>
            <w:tcW w:type="dxa" w:w="2880"/>
          </w:tcPr>
          <w:p>
            <w:r>
              <w:t>2026-04-27</w:t>
            </w:r>
          </w:p>
        </w:tc>
        <w:tc>
          <w:tcPr>
            <w:tcW w:type="dxa" w:w="2880"/>
          </w:tcPr>
          <w:p>
            <w:r>
              <w:t>Inspections and defects</w:t>
            </w:r>
          </w:p>
        </w:tc>
        <w:tc>
          <w:tcPr>
            <w:tcW w:type="dxa" w:w="2880"/>
          </w:tcPr>
          <w:p>
            <w:r>
              <w:t>19</w:t>
            </w:r>
          </w:p>
        </w:tc>
      </w:tr>
      <w:tr>
        <w:tc>
          <w:tcPr>
            <w:tcW w:type="dxa" w:w="2880"/>
          </w:tcPr>
          <w:p>
            <w:r>
              <w:t>2026-04-27</w:t>
            </w:r>
          </w:p>
        </w:tc>
        <w:tc>
          <w:tcPr>
            <w:tcW w:type="dxa" w:w="2880"/>
          </w:tcPr>
          <w:p>
            <w:r>
              <w:t>Deliveries log</w:t>
            </w:r>
          </w:p>
        </w:tc>
        <w:tc>
          <w:tcPr>
            <w:tcW w:type="dxa" w:w="2880"/>
          </w:tcPr>
          <w:p>
            <w:r>
              <w:t>7</w:t>
            </w:r>
          </w:p>
        </w:tc>
      </w:tr>
      <w:tr>
        <w:tc>
          <w:tcPr>
            <w:tcW w:type="dxa" w:w="2880"/>
          </w:tcPr>
          <w:p>
            <w:r>
              <w:t>2026-04-27</w:t>
            </w:r>
          </w:p>
        </w:tc>
        <w:tc>
          <w:tcPr>
            <w:tcW w:type="dxa" w:w="2880"/>
          </w:tcPr>
          <w:p>
            <w:r>
              <w:t>Settlement monitoring</w:t>
            </w:r>
          </w:p>
        </w:tc>
        <w:tc>
          <w:tcPr>
            <w:tcW w:type="dxa" w:w="2880"/>
          </w:tcPr>
          <w:p>
            <w:r>
              <w:t>30</w:t>
            </w:r>
          </w:p>
        </w:tc>
      </w:tr>
      <w:tr>
        <w:tc>
          <w:tcPr>
            <w:tcW w:type="dxa" w:w="2880"/>
          </w:tcPr>
          <w:p>
            <w:r>
              <w:t>2026-05-04</w:t>
            </w:r>
          </w:p>
        </w:tc>
        <w:tc>
          <w:tcPr>
            <w:tcW w:type="dxa" w:w="2880"/>
          </w:tcPr>
          <w:p>
            <w:r>
              <w:t>Daily progress by zone</w:t>
            </w:r>
          </w:p>
        </w:tc>
        <w:tc>
          <w:tcPr>
            <w:tcW w:type="dxa" w:w="2880"/>
          </w:tcPr>
          <w:p>
            <w:r>
              <w:t>48</w:t>
            </w:r>
          </w:p>
        </w:tc>
      </w:tr>
      <w:tr>
        <w:tc>
          <w:tcPr>
            <w:tcW w:type="dxa" w:w="2880"/>
          </w:tcPr>
          <w:p>
            <w:r>
              <w:t>2026-05-04</w:t>
            </w:r>
          </w:p>
        </w:tc>
        <w:tc>
          <w:tcPr>
            <w:tcW w:type="dxa" w:w="2880"/>
          </w:tcPr>
          <w:p>
            <w:r>
              <w:t>Inspections and defects</w:t>
            </w:r>
          </w:p>
        </w:tc>
        <w:tc>
          <w:tcPr>
            <w:tcW w:type="dxa" w:w="2880"/>
          </w:tcPr>
          <w:p>
            <w:r>
              <w:t>29</w:t>
            </w:r>
          </w:p>
        </w:tc>
      </w:tr>
      <w:tr>
        <w:tc>
          <w:tcPr>
            <w:tcW w:type="dxa" w:w="2880"/>
          </w:tcPr>
          <w:p>
            <w:r>
              <w:t>2026-05-04</w:t>
            </w:r>
          </w:p>
        </w:tc>
        <w:tc>
          <w:tcPr>
            <w:tcW w:type="dxa" w:w="2880"/>
          </w:tcPr>
          <w:p>
            <w:r>
              <w:t>Deliveries log</w:t>
            </w:r>
          </w:p>
        </w:tc>
        <w:tc>
          <w:tcPr>
            <w:tcW w:type="dxa" w:w="2880"/>
          </w:tcPr>
          <w:p>
            <w:r>
              <w:t>17</w:t>
            </w:r>
          </w:p>
        </w:tc>
      </w:tr>
      <w:tr>
        <w:tc>
          <w:tcPr>
            <w:tcW w:type="dxa" w:w="2880"/>
          </w:tcPr>
          <w:p>
            <w:r>
              <w:t>2026-05-04</w:t>
            </w:r>
          </w:p>
        </w:tc>
        <w:tc>
          <w:tcPr>
            <w:tcW w:type="dxa" w:w="2880"/>
          </w:tcPr>
          <w:p>
            <w:r>
              <w:t>Settlement monitoring</w:t>
            </w:r>
          </w:p>
        </w:tc>
        <w:tc>
          <w:tcPr>
            <w:tcW w:type="dxa" w:w="2880"/>
          </w:tcPr>
          <w:p>
            <w:r>
              <w:t>0</w:t>
            </w:r>
          </w:p>
        </w:tc>
      </w:tr>
      <w:tr>
        <w:tc>
          <w:tcPr>
            <w:tcW w:type="dxa" w:w="2880"/>
          </w:tcPr>
          <w:p>
            <w:r>
              <w:t>2026-05-11</w:t>
            </w:r>
          </w:p>
        </w:tc>
        <w:tc>
          <w:tcPr>
            <w:tcW w:type="dxa" w:w="2880"/>
          </w:tcPr>
          <w:p>
            <w:r>
              <w:t>Daily progress by zone</w:t>
            </w:r>
          </w:p>
        </w:tc>
        <w:tc>
          <w:tcPr>
            <w:tcW w:type="dxa" w:w="2880"/>
          </w:tcPr>
          <w:p>
            <w:r>
              <w:t>48</w:t>
            </w:r>
          </w:p>
        </w:tc>
      </w:tr>
      <w:tr>
        <w:tc>
          <w:tcPr>
            <w:tcW w:type="dxa" w:w="2880"/>
          </w:tcPr>
          <w:p>
            <w:r>
              <w:t>2026-05-11</w:t>
            </w:r>
          </w:p>
        </w:tc>
        <w:tc>
          <w:tcPr>
            <w:tcW w:type="dxa" w:w="2880"/>
          </w:tcPr>
          <w:p>
            <w:r>
              <w:t>Inspections and defects</w:t>
            </w:r>
          </w:p>
        </w:tc>
        <w:tc>
          <w:tcPr>
            <w:tcW w:type="dxa" w:w="2880"/>
          </w:tcPr>
          <w:p>
            <w:r>
              <w:t>28</w:t>
            </w:r>
          </w:p>
        </w:tc>
      </w:tr>
      <w:tr>
        <w:tc>
          <w:tcPr>
            <w:tcW w:type="dxa" w:w="2880"/>
          </w:tcPr>
          <w:p>
            <w:r>
              <w:t>2026-05-11</w:t>
            </w:r>
          </w:p>
        </w:tc>
        <w:tc>
          <w:tcPr>
            <w:tcW w:type="dxa" w:w="2880"/>
          </w:tcPr>
          <w:p>
            <w:r>
              <w:t>Deliveries log</w:t>
            </w:r>
          </w:p>
        </w:tc>
        <w:tc>
          <w:tcPr>
            <w:tcW w:type="dxa" w:w="2880"/>
          </w:tcPr>
          <w:p>
            <w:r>
              <w:t>19</w:t>
            </w:r>
          </w:p>
        </w:tc>
      </w:tr>
      <w:tr>
        <w:tc>
          <w:tcPr>
            <w:tcW w:type="dxa" w:w="2880"/>
          </w:tcPr>
          <w:p>
            <w:r>
              <w:t>2026-05-11</w:t>
            </w:r>
          </w:p>
        </w:tc>
        <w:tc>
          <w:tcPr>
            <w:tcW w:type="dxa" w:w="2880"/>
          </w:tcPr>
          <w:p>
            <w:r>
              <w:t>Settlement monitoring</w:t>
            </w:r>
          </w:p>
        </w:tc>
        <w:tc>
          <w:tcPr>
            <w:tcW w:type="dxa" w:w="2880"/>
          </w:tcPr>
          <w:p>
            <w:r>
              <w:t>0</w:t>
            </w:r>
          </w:p>
        </w:tc>
      </w:tr>
      <w:tr>
        <w:tc>
          <w:tcPr>
            <w:tcW w:type="dxa" w:w="2880"/>
          </w:tcPr>
          <w:p>
            <w:r>
              <w:t>2026-05-18</w:t>
            </w:r>
          </w:p>
        </w:tc>
        <w:tc>
          <w:tcPr>
            <w:tcW w:type="dxa" w:w="2880"/>
          </w:tcPr>
          <w:p>
            <w:r>
              <w:t>Daily progress by zone</w:t>
            </w:r>
          </w:p>
        </w:tc>
        <w:tc>
          <w:tcPr>
            <w:tcW w:type="dxa" w:w="2880"/>
          </w:tcPr>
          <w:p>
            <w:r>
              <w:t>48</w:t>
            </w:r>
          </w:p>
        </w:tc>
      </w:tr>
      <w:tr>
        <w:tc>
          <w:tcPr>
            <w:tcW w:type="dxa" w:w="2880"/>
          </w:tcPr>
          <w:p>
            <w:r>
              <w:t>2026-05-18</w:t>
            </w:r>
          </w:p>
        </w:tc>
        <w:tc>
          <w:tcPr>
            <w:tcW w:type="dxa" w:w="2880"/>
          </w:tcPr>
          <w:p>
            <w:r>
              <w:t>Inspections and defects</w:t>
            </w:r>
          </w:p>
        </w:tc>
        <w:tc>
          <w:tcPr>
            <w:tcW w:type="dxa" w:w="2880"/>
          </w:tcPr>
          <w:p>
            <w:r>
              <w:t>21</w:t>
            </w:r>
          </w:p>
        </w:tc>
      </w:tr>
      <w:tr>
        <w:tc>
          <w:tcPr>
            <w:tcW w:type="dxa" w:w="2880"/>
          </w:tcPr>
          <w:p>
            <w:r>
              <w:t>2026-05-18</w:t>
            </w:r>
          </w:p>
        </w:tc>
        <w:tc>
          <w:tcPr>
            <w:tcW w:type="dxa" w:w="2880"/>
          </w:tcPr>
          <w:p>
            <w:r>
              <w:t>Deliveries log</w:t>
            </w:r>
          </w:p>
        </w:tc>
        <w:tc>
          <w:tcPr>
            <w:tcW w:type="dxa" w:w="2880"/>
          </w:tcPr>
          <w:p>
            <w:r>
              <w:t>16</w:t>
            </w:r>
          </w:p>
        </w:tc>
      </w:tr>
      <w:tr>
        <w:tc>
          <w:tcPr>
            <w:tcW w:type="dxa" w:w="2880"/>
          </w:tcPr>
          <w:p>
            <w:r>
              <w:t>2026-05-18</w:t>
            </w:r>
          </w:p>
        </w:tc>
        <w:tc>
          <w:tcPr>
            <w:tcW w:type="dxa" w:w="2880"/>
          </w:tcPr>
          <w:p>
            <w:r>
              <w:t>Settlement monitoring</w:t>
            </w:r>
          </w:p>
        </w:tc>
        <w:tc>
          <w:tcPr>
            <w:tcW w:type="dxa" w:w="2880"/>
          </w:tcPr>
          <w:p>
            <w:r>
              <w:t>0</w:t>
            </w:r>
          </w:p>
        </w:tc>
      </w:tr>
      <w:tr>
        <w:tc>
          <w:tcPr>
            <w:tcW w:type="dxa" w:w="2880"/>
          </w:tcPr>
          <w:p>
            <w:r>
              <w:t>2026-05-25</w:t>
            </w:r>
          </w:p>
        </w:tc>
        <w:tc>
          <w:tcPr>
            <w:tcW w:type="dxa" w:w="2880"/>
          </w:tcPr>
          <w:p>
            <w:r>
              <w:t>Daily progress by zone</w:t>
            </w:r>
          </w:p>
        </w:tc>
        <w:tc>
          <w:tcPr>
            <w:tcW w:type="dxa" w:w="2880"/>
          </w:tcPr>
          <w:p>
            <w:r>
              <w:t>48</w:t>
            </w:r>
          </w:p>
        </w:tc>
      </w:tr>
      <w:tr>
        <w:tc>
          <w:tcPr>
            <w:tcW w:type="dxa" w:w="2880"/>
          </w:tcPr>
          <w:p>
            <w:r>
              <w:t>2026-05-25</w:t>
            </w:r>
          </w:p>
        </w:tc>
        <w:tc>
          <w:tcPr>
            <w:tcW w:type="dxa" w:w="2880"/>
          </w:tcPr>
          <w:p>
            <w:r>
              <w:t>Inspections and defects</w:t>
            </w:r>
          </w:p>
        </w:tc>
        <w:tc>
          <w:tcPr>
            <w:tcW w:type="dxa" w:w="2880"/>
          </w:tcPr>
          <w:p>
            <w:r>
              <w:t>31</w:t>
            </w:r>
          </w:p>
        </w:tc>
      </w:tr>
      <w:tr>
        <w:tc>
          <w:tcPr>
            <w:tcW w:type="dxa" w:w="2880"/>
          </w:tcPr>
          <w:p>
            <w:r>
              <w:t>2026-05-25</w:t>
            </w:r>
          </w:p>
        </w:tc>
        <w:tc>
          <w:tcPr>
            <w:tcW w:type="dxa" w:w="2880"/>
          </w:tcPr>
          <w:p>
            <w:r>
              <w:t>Deliveries log</w:t>
            </w:r>
          </w:p>
        </w:tc>
        <w:tc>
          <w:tcPr>
            <w:tcW w:type="dxa" w:w="2880"/>
          </w:tcPr>
          <w:p>
            <w:r>
              <w:t>17</w:t>
            </w:r>
          </w:p>
        </w:tc>
      </w:tr>
      <w:tr>
        <w:tc>
          <w:tcPr>
            <w:tcW w:type="dxa" w:w="2880"/>
          </w:tcPr>
          <w:p>
            <w:r>
              <w:t>2026-05-25</w:t>
            </w:r>
          </w:p>
        </w:tc>
        <w:tc>
          <w:tcPr>
            <w:tcW w:type="dxa" w:w="2880"/>
          </w:tcPr>
          <w:p>
            <w:r>
              <w:t>Settlement monitoring</w:t>
            </w:r>
          </w:p>
        </w:tc>
        <w:tc>
          <w:tcPr>
            <w:tcW w:type="dxa" w:w="2880"/>
          </w:tcPr>
          <w:p>
            <w:r>
              <w:t>0</w:t>
            </w:r>
          </w:p>
        </w:tc>
      </w:tr>
      <w:tr>
        <w:tc>
          <w:tcPr>
            <w:tcW w:type="dxa" w:w="2880"/>
          </w:tcPr>
          <w:p>
            <w:r>
              <w:t>2026-06-01</w:t>
            </w:r>
          </w:p>
        </w:tc>
        <w:tc>
          <w:tcPr>
            <w:tcW w:type="dxa" w:w="2880"/>
          </w:tcPr>
          <w:p>
            <w:r>
              <w:t>Daily progress by zone</w:t>
            </w:r>
          </w:p>
        </w:tc>
        <w:tc>
          <w:tcPr>
            <w:tcW w:type="dxa" w:w="2880"/>
          </w:tcPr>
          <w:p>
            <w:r>
              <w:t>48</w:t>
            </w:r>
          </w:p>
        </w:tc>
      </w:tr>
      <w:tr>
        <w:tc>
          <w:tcPr>
            <w:tcW w:type="dxa" w:w="2880"/>
          </w:tcPr>
          <w:p>
            <w:r>
              <w:t>2026-06-01</w:t>
            </w:r>
          </w:p>
        </w:tc>
        <w:tc>
          <w:tcPr>
            <w:tcW w:type="dxa" w:w="2880"/>
          </w:tcPr>
          <w:p>
            <w:r>
              <w:t>Inspections and defects</w:t>
            </w:r>
          </w:p>
        </w:tc>
        <w:tc>
          <w:tcPr>
            <w:tcW w:type="dxa" w:w="2880"/>
          </w:tcPr>
          <w:p>
            <w:r>
              <w:t>33</w:t>
            </w:r>
          </w:p>
        </w:tc>
      </w:tr>
      <w:tr>
        <w:tc>
          <w:tcPr>
            <w:tcW w:type="dxa" w:w="2880"/>
          </w:tcPr>
          <w:p>
            <w:r>
              <w:t>2026-06-01</w:t>
            </w:r>
          </w:p>
        </w:tc>
        <w:tc>
          <w:tcPr>
            <w:tcW w:type="dxa" w:w="2880"/>
          </w:tcPr>
          <w:p>
            <w:r>
              <w:t>Deliveries log</w:t>
            </w:r>
          </w:p>
        </w:tc>
        <w:tc>
          <w:tcPr>
            <w:tcW w:type="dxa" w:w="2880"/>
          </w:tcPr>
          <w:p>
            <w:r>
              <w:t>15</w:t>
            </w:r>
          </w:p>
        </w:tc>
      </w:tr>
      <w:tr>
        <w:tc>
          <w:tcPr>
            <w:tcW w:type="dxa" w:w="2880"/>
          </w:tcPr>
          <w:p>
            <w:r>
              <w:t>2026-06-01</w:t>
            </w:r>
          </w:p>
        </w:tc>
        <w:tc>
          <w:tcPr>
            <w:tcW w:type="dxa" w:w="2880"/>
          </w:tcPr>
          <w:p>
            <w:r>
              <w:t>Settlement monitoring</w:t>
            </w:r>
          </w:p>
        </w:tc>
        <w:tc>
          <w:tcPr>
            <w:tcW w:type="dxa" w:w="2880"/>
          </w:tcPr>
          <w:p>
            <w:r>
              <w:t>30</w:t>
            </w:r>
          </w:p>
        </w:tc>
      </w:tr>
      <w:tr>
        <w:tc>
          <w:tcPr>
            <w:tcW w:type="dxa" w:w="2880"/>
          </w:tcPr>
          <w:p>
            <w:r>
              <w:t>2026-06-08</w:t>
            </w:r>
          </w:p>
        </w:tc>
        <w:tc>
          <w:tcPr>
            <w:tcW w:type="dxa" w:w="2880"/>
          </w:tcPr>
          <w:p>
            <w:r>
              <w:t>Daily progress by zone</w:t>
            </w:r>
          </w:p>
        </w:tc>
        <w:tc>
          <w:tcPr>
            <w:tcW w:type="dxa" w:w="2880"/>
          </w:tcPr>
          <w:p>
            <w:r>
              <w:t>48</w:t>
            </w:r>
          </w:p>
        </w:tc>
      </w:tr>
      <w:tr>
        <w:tc>
          <w:tcPr>
            <w:tcW w:type="dxa" w:w="2880"/>
          </w:tcPr>
          <w:p>
            <w:r>
              <w:t>2026-06-08</w:t>
            </w:r>
          </w:p>
        </w:tc>
        <w:tc>
          <w:tcPr>
            <w:tcW w:type="dxa" w:w="2880"/>
          </w:tcPr>
          <w:p>
            <w:r>
              <w:t>Inspections and defects</w:t>
            </w:r>
          </w:p>
        </w:tc>
        <w:tc>
          <w:tcPr>
            <w:tcW w:type="dxa" w:w="2880"/>
          </w:tcPr>
          <w:p>
            <w:r>
              <w:t>35</w:t>
            </w:r>
          </w:p>
        </w:tc>
      </w:tr>
      <w:tr>
        <w:tc>
          <w:tcPr>
            <w:tcW w:type="dxa" w:w="2880"/>
          </w:tcPr>
          <w:p>
            <w:r>
              <w:t>2026-06-08</w:t>
            </w:r>
          </w:p>
        </w:tc>
        <w:tc>
          <w:tcPr>
            <w:tcW w:type="dxa" w:w="2880"/>
          </w:tcPr>
          <w:p>
            <w:r>
              <w:t>Deliveries log</w:t>
            </w:r>
          </w:p>
        </w:tc>
        <w:tc>
          <w:tcPr>
            <w:tcW w:type="dxa" w:w="2880"/>
          </w:tcPr>
          <w:p>
            <w:r>
              <w:t>15</w:t>
            </w:r>
          </w:p>
        </w:tc>
      </w:tr>
      <w:tr>
        <w:tc>
          <w:tcPr>
            <w:tcW w:type="dxa" w:w="2880"/>
          </w:tcPr>
          <w:p>
            <w:r>
              <w:t>2026-06-08</w:t>
            </w:r>
          </w:p>
        </w:tc>
        <w:tc>
          <w:tcPr>
            <w:tcW w:type="dxa" w:w="2880"/>
          </w:tcPr>
          <w:p>
            <w:r>
              <w:t>Settlement monitoring</w:t>
            </w:r>
          </w:p>
        </w:tc>
        <w:tc>
          <w:tcPr>
            <w:tcW w:type="dxa" w:w="2880"/>
          </w:tcPr>
          <w:p>
            <w:r>
              <w:t>0</w:t>
            </w:r>
          </w:p>
        </w:tc>
      </w:tr>
      <w:tr>
        <w:tc>
          <w:tcPr>
            <w:tcW w:type="dxa" w:w="2880"/>
          </w:tcPr>
          <w:p>
            <w:r>
              <w:t>2026-06-15</w:t>
            </w:r>
          </w:p>
        </w:tc>
        <w:tc>
          <w:tcPr>
            <w:tcW w:type="dxa" w:w="2880"/>
          </w:tcPr>
          <w:p>
            <w:r>
              <w:t>Daily progress by zone</w:t>
            </w:r>
          </w:p>
        </w:tc>
        <w:tc>
          <w:tcPr>
            <w:tcW w:type="dxa" w:w="2880"/>
          </w:tcPr>
          <w:p>
            <w:r>
              <w:t>48</w:t>
            </w:r>
          </w:p>
        </w:tc>
      </w:tr>
      <w:tr>
        <w:tc>
          <w:tcPr>
            <w:tcW w:type="dxa" w:w="2880"/>
          </w:tcPr>
          <w:p>
            <w:r>
              <w:t>2026-06-15</w:t>
            </w:r>
          </w:p>
        </w:tc>
        <w:tc>
          <w:tcPr>
            <w:tcW w:type="dxa" w:w="2880"/>
          </w:tcPr>
          <w:p>
            <w:r>
              <w:t>Inspections and defects</w:t>
            </w:r>
          </w:p>
        </w:tc>
        <w:tc>
          <w:tcPr>
            <w:tcW w:type="dxa" w:w="2880"/>
          </w:tcPr>
          <w:p>
            <w:r>
              <w:t>28</w:t>
            </w:r>
          </w:p>
        </w:tc>
      </w:tr>
      <w:tr>
        <w:tc>
          <w:tcPr>
            <w:tcW w:type="dxa" w:w="2880"/>
          </w:tcPr>
          <w:p>
            <w:r>
              <w:t>2026-06-15</w:t>
            </w:r>
          </w:p>
        </w:tc>
        <w:tc>
          <w:tcPr>
            <w:tcW w:type="dxa" w:w="2880"/>
          </w:tcPr>
          <w:p>
            <w:r>
              <w:t>Deliveries log</w:t>
            </w:r>
          </w:p>
        </w:tc>
        <w:tc>
          <w:tcPr>
            <w:tcW w:type="dxa" w:w="2880"/>
          </w:tcPr>
          <w:p>
            <w:r>
              <w:t>21</w:t>
            </w:r>
          </w:p>
        </w:tc>
      </w:tr>
      <w:tr>
        <w:tc>
          <w:tcPr>
            <w:tcW w:type="dxa" w:w="2880"/>
          </w:tcPr>
          <w:p>
            <w:r>
              <w:t>2026-06-15</w:t>
            </w:r>
          </w:p>
        </w:tc>
        <w:tc>
          <w:tcPr>
            <w:tcW w:type="dxa" w:w="2880"/>
          </w:tcPr>
          <w:p>
            <w:r>
              <w:t>Settlement monitoring</w:t>
            </w:r>
          </w:p>
        </w:tc>
        <w:tc>
          <w:tcPr>
            <w:tcW w:type="dxa" w:w="2880"/>
          </w:tcPr>
          <w:p>
            <w:r>
              <w:t>0</w:t>
            </w:r>
          </w:p>
        </w:tc>
      </w:tr>
      <w:tr>
        <w:tc>
          <w:tcPr>
            <w:tcW w:type="dxa" w:w="2880"/>
          </w:tcPr>
          <w:p>
            <w:r>
              <w:t>2026-06-22</w:t>
            </w:r>
          </w:p>
        </w:tc>
        <w:tc>
          <w:tcPr>
            <w:tcW w:type="dxa" w:w="2880"/>
          </w:tcPr>
          <w:p>
            <w:r>
              <w:t>Daily progress by zone</w:t>
            </w:r>
          </w:p>
        </w:tc>
        <w:tc>
          <w:tcPr>
            <w:tcW w:type="dxa" w:w="2880"/>
          </w:tcPr>
          <w:p>
            <w:r>
              <w:t>48</w:t>
            </w:r>
          </w:p>
        </w:tc>
      </w:tr>
      <w:tr>
        <w:tc>
          <w:tcPr>
            <w:tcW w:type="dxa" w:w="2880"/>
          </w:tcPr>
          <w:p>
            <w:r>
              <w:t>2026-06-22</w:t>
            </w:r>
          </w:p>
        </w:tc>
        <w:tc>
          <w:tcPr>
            <w:tcW w:type="dxa" w:w="2880"/>
          </w:tcPr>
          <w:p>
            <w:r>
              <w:t>Inspections and defects</w:t>
            </w:r>
          </w:p>
        </w:tc>
        <w:tc>
          <w:tcPr>
            <w:tcW w:type="dxa" w:w="2880"/>
          </w:tcPr>
          <w:p>
            <w:r>
              <w:t>36</w:t>
            </w:r>
          </w:p>
        </w:tc>
      </w:tr>
      <w:tr>
        <w:tc>
          <w:tcPr>
            <w:tcW w:type="dxa" w:w="2880"/>
          </w:tcPr>
          <w:p>
            <w:r>
              <w:t>2026-06-22</w:t>
            </w:r>
          </w:p>
        </w:tc>
        <w:tc>
          <w:tcPr>
            <w:tcW w:type="dxa" w:w="2880"/>
          </w:tcPr>
          <w:p>
            <w:r>
              <w:t>Deliveries log</w:t>
            </w:r>
          </w:p>
        </w:tc>
        <w:tc>
          <w:tcPr>
            <w:tcW w:type="dxa" w:w="2880"/>
          </w:tcPr>
          <w:p>
            <w:r>
              <w:t>13</w:t>
            </w:r>
          </w:p>
        </w:tc>
      </w:tr>
      <w:tr>
        <w:tc>
          <w:tcPr>
            <w:tcW w:type="dxa" w:w="2880"/>
          </w:tcPr>
          <w:p>
            <w:r>
              <w:t>2026-06-22</w:t>
            </w:r>
          </w:p>
        </w:tc>
        <w:tc>
          <w:tcPr>
            <w:tcW w:type="dxa" w:w="2880"/>
          </w:tcPr>
          <w:p>
            <w:r>
              <w:t>Settlement monitoring</w:t>
            </w:r>
          </w:p>
        </w:tc>
        <w:tc>
          <w:tcPr>
            <w:tcW w:type="dxa" w:w="2880"/>
          </w:tcPr>
          <w:p>
            <w:r>
              <w:t>0</w:t>
            </w:r>
          </w:p>
        </w:tc>
      </w:tr>
      <w:tr>
        <w:tc>
          <w:tcPr>
            <w:tcW w:type="dxa" w:w="2880"/>
          </w:tcPr>
          <w:p>
            <w:r>
              <w:t>2026-06-29</w:t>
            </w:r>
          </w:p>
        </w:tc>
        <w:tc>
          <w:tcPr>
            <w:tcW w:type="dxa" w:w="2880"/>
          </w:tcPr>
          <w:p>
            <w:r>
              <w:t>Daily progress by zone</w:t>
            </w:r>
          </w:p>
        </w:tc>
        <w:tc>
          <w:tcPr>
            <w:tcW w:type="dxa" w:w="2880"/>
          </w:tcPr>
          <w:p>
            <w:r>
              <w:t>48</w:t>
            </w:r>
          </w:p>
        </w:tc>
      </w:tr>
      <w:tr>
        <w:tc>
          <w:tcPr>
            <w:tcW w:type="dxa" w:w="2880"/>
          </w:tcPr>
          <w:p>
            <w:r>
              <w:t>2026-06-29</w:t>
            </w:r>
          </w:p>
        </w:tc>
        <w:tc>
          <w:tcPr>
            <w:tcW w:type="dxa" w:w="2880"/>
          </w:tcPr>
          <w:p>
            <w:r>
              <w:t>Inspections and defects</w:t>
            </w:r>
          </w:p>
        </w:tc>
        <w:tc>
          <w:tcPr>
            <w:tcW w:type="dxa" w:w="2880"/>
          </w:tcPr>
          <w:p>
            <w:r>
              <w:t>27</w:t>
            </w:r>
          </w:p>
        </w:tc>
      </w:tr>
      <w:tr>
        <w:tc>
          <w:tcPr>
            <w:tcW w:type="dxa" w:w="2880"/>
          </w:tcPr>
          <w:p>
            <w:r>
              <w:t>2026-06-29</w:t>
            </w:r>
          </w:p>
        </w:tc>
        <w:tc>
          <w:tcPr>
            <w:tcW w:type="dxa" w:w="2880"/>
          </w:tcPr>
          <w:p>
            <w:r>
              <w:t>Deliveries log</w:t>
            </w:r>
          </w:p>
        </w:tc>
        <w:tc>
          <w:tcPr>
            <w:tcW w:type="dxa" w:w="2880"/>
          </w:tcPr>
          <w:p>
            <w:r>
              <w:t>15</w:t>
            </w:r>
          </w:p>
        </w:tc>
      </w:tr>
      <w:tr>
        <w:tc>
          <w:tcPr>
            <w:tcW w:type="dxa" w:w="2880"/>
          </w:tcPr>
          <w:p>
            <w:r>
              <w:t>2026-06-29</w:t>
            </w:r>
          </w:p>
        </w:tc>
        <w:tc>
          <w:tcPr>
            <w:tcW w:type="dxa" w:w="2880"/>
          </w:tcPr>
          <w:p>
            <w:r>
              <w:t>Settlement monitoring</w:t>
            </w:r>
          </w:p>
        </w:tc>
        <w:tc>
          <w:tcPr>
            <w:tcW w:type="dxa" w:w="2880"/>
          </w:tcPr>
          <w:p>
            <w:r>
              <w:t>30</w:t>
            </w:r>
          </w:p>
        </w:tc>
      </w:tr>
      <w:tr>
        <w:tc>
          <w:tcPr>
            <w:tcW w:type="dxa" w:w="2880"/>
          </w:tcPr>
          <w:p>
            <w:r>
              <w:t>2026-07-06</w:t>
            </w:r>
          </w:p>
        </w:tc>
        <w:tc>
          <w:tcPr>
            <w:tcW w:type="dxa" w:w="2880"/>
          </w:tcPr>
          <w:p>
            <w:r>
              <w:t>Daily progress by zone</w:t>
            </w:r>
          </w:p>
        </w:tc>
        <w:tc>
          <w:tcPr>
            <w:tcW w:type="dxa" w:w="2880"/>
          </w:tcPr>
          <w:p>
            <w:r>
              <w:t>48</w:t>
            </w:r>
          </w:p>
        </w:tc>
      </w:tr>
      <w:tr>
        <w:tc>
          <w:tcPr>
            <w:tcW w:type="dxa" w:w="2880"/>
          </w:tcPr>
          <w:p>
            <w:r>
              <w:t>2026-07-06</w:t>
            </w:r>
          </w:p>
        </w:tc>
        <w:tc>
          <w:tcPr>
            <w:tcW w:type="dxa" w:w="2880"/>
          </w:tcPr>
          <w:p>
            <w:r>
              <w:t>Inspections and defects</w:t>
            </w:r>
          </w:p>
        </w:tc>
        <w:tc>
          <w:tcPr>
            <w:tcW w:type="dxa" w:w="2880"/>
          </w:tcPr>
          <w:p>
            <w:r>
              <w:t>32</w:t>
            </w:r>
          </w:p>
        </w:tc>
      </w:tr>
      <w:tr>
        <w:tc>
          <w:tcPr>
            <w:tcW w:type="dxa" w:w="2880"/>
          </w:tcPr>
          <w:p>
            <w:r>
              <w:t>2026-07-06</w:t>
            </w:r>
          </w:p>
        </w:tc>
        <w:tc>
          <w:tcPr>
            <w:tcW w:type="dxa" w:w="2880"/>
          </w:tcPr>
          <w:p>
            <w:r>
              <w:t>Deliveries log</w:t>
            </w:r>
          </w:p>
        </w:tc>
        <w:tc>
          <w:tcPr>
            <w:tcW w:type="dxa" w:w="2880"/>
          </w:tcPr>
          <w:p>
            <w:r>
              <w:t>17</w:t>
            </w:r>
          </w:p>
        </w:tc>
      </w:tr>
      <w:tr>
        <w:tc>
          <w:tcPr>
            <w:tcW w:type="dxa" w:w="2880"/>
          </w:tcPr>
          <w:p>
            <w:r>
              <w:t>2026-07-06</w:t>
            </w:r>
          </w:p>
        </w:tc>
        <w:tc>
          <w:tcPr>
            <w:tcW w:type="dxa" w:w="2880"/>
          </w:tcPr>
          <w:p>
            <w:r>
              <w:t>Settlement monitoring</w:t>
            </w:r>
          </w:p>
        </w:tc>
        <w:tc>
          <w:tcPr>
            <w:tcW w:type="dxa" w:w="2880"/>
          </w:tcPr>
          <w:p>
            <w:r>
              <w:t>0</w:t>
            </w:r>
          </w:p>
        </w:tc>
      </w:tr>
      <w:tr>
        <w:tc>
          <w:tcPr>
            <w:tcW w:type="dxa" w:w="2880"/>
          </w:tcPr>
          <w:p>
            <w:r>
              <w:t>2026-07-13</w:t>
            </w:r>
          </w:p>
        </w:tc>
        <w:tc>
          <w:tcPr>
            <w:tcW w:type="dxa" w:w="2880"/>
          </w:tcPr>
          <w:p>
            <w:r>
              <w:t>Daily progress by zone</w:t>
            </w:r>
          </w:p>
        </w:tc>
        <w:tc>
          <w:tcPr>
            <w:tcW w:type="dxa" w:w="2880"/>
          </w:tcPr>
          <w:p>
            <w:r>
              <w:t>48</w:t>
            </w:r>
          </w:p>
        </w:tc>
      </w:tr>
      <w:tr>
        <w:tc>
          <w:tcPr>
            <w:tcW w:type="dxa" w:w="2880"/>
          </w:tcPr>
          <w:p>
            <w:r>
              <w:t>2026-07-13</w:t>
            </w:r>
          </w:p>
        </w:tc>
        <w:tc>
          <w:tcPr>
            <w:tcW w:type="dxa" w:w="2880"/>
          </w:tcPr>
          <w:p>
            <w:r>
              <w:t>Inspections and defects</w:t>
            </w:r>
          </w:p>
        </w:tc>
        <w:tc>
          <w:tcPr>
            <w:tcW w:type="dxa" w:w="2880"/>
          </w:tcPr>
          <w:p>
            <w:r>
              <w:t>34</w:t>
            </w:r>
          </w:p>
        </w:tc>
      </w:tr>
      <w:tr>
        <w:tc>
          <w:tcPr>
            <w:tcW w:type="dxa" w:w="2880"/>
          </w:tcPr>
          <w:p>
            <w:r>
              <w:t>2026-07-13</w:t>
            </w:r>
          </w:p>
        </w:tc>
        <w:tc>
          <w:tcPr>
            <w:tcW w:type="dxa" w:w="2880"/>
          </w:tcPr>
          <w:p>
            <w:r>
              <w:t>Deliveries log</w:t>
            </w:r>
          </w:p>
        </w:tc>
        <w:tc>
          <w:tcPr>
            <w:tcW w:type="dxa" w:w="2880"/>
          </w:tcPr>
          <w:p>
            <w:r>
              <w:t>12</w:t>
            </w:r>
          </w:p>
        </w:tc>
      </w:tr>
      <w:tr>
        <w:tc>
          <w:tcPr>
            <w:tcW w:type="dxa" w:w="2880"/>
          </w:tcPr>
          <w:p>
            <w:r>
              <w:t>2026-07-13</w:t>
            </w:r>
          </w:p>
        </w:tc>
        <w:tc>
          <w:tcPr>
            <w:tcW w:type="dxa" w:w="2880"/>
          </w:tcPr>
          <w:p>
            <w:r>
              <w:t>Settlement monitoring</w:t>
            </w:r>
          </w:p>
        </w:tc>
        <w:tc>
          <w:tcPr>
            <w:tcW w:type="dxa" w:w="2880"/>
          </w:tcPr>
          <w:p>
            <w:r>
              <w:t>0</w:t>
            </w:r>
          </w:p>
        </w:tc>
      </w:tr>
      <w:tr>
        <w:tc>
          <w:tcPr>
            <w:tcW w:type="dxa" w:w="2880"/>
          </w:tcPr>
          <w:p>
            <w:r>
              <w:t>2026-07-20</w:t>
            </w:r>
          </w:p>
        </w:tc>
        <w:tc>
          <w:tcPr>
            <w:tcW w:type="dxa" w:w="2880"/>
          </w:tcPr>
          <w:p>
            <w:r>
              <w:t>Daily progress by zone</w:t>
            </w:r>
          </w:p>
        </w:tc>
        <w:tc>
          <w:tcPr>
            <w:tcW w:type="dxa" w:w="2880"/>
          </w:tcPr>
          <w:p>
            <w:r>
              <w:t>48</w:t>
            </w:r>
          </w:p>
        </w:tc>
      </w:tr>
      <w:tr>
        <w:tc>
          <w:tcPr>
            <w:tcW w:type="dxa" w:w="2880"/>
          </w:tcPr>
          <w:p>
            <w:r>
              <w:t>2026-07-20</w:t>
            </w:r>
          </w:p>
        </w:tc>
        <w:tc>
          <w:tcPr>
            <w:tcW w:type="dxa" w:w="2880"/>
          </w:tcPr>
          <w:p>
            <w:r>
              <w:t>Inspections and defects</w:t>
            </w:r>
          </w:p>
        </w:tc>
        <w:tc>
          <w:tcPr>
            <w:tcW w:type="dxa" w:w="2880"/>
          </w:tcPr>
          <w:p>
            <w:r>
              <w:t>34</w:t>
            </w:r>
          </w:p>
        </w:tc>
      </w:tr>
      <w:tr>
        <w:tc>
          <w:tcPr>
            <w:tcW w:type="dxa" w:w="2880"/>
          </w:tcPr>
          <w:p>
            <w:r>
              <w:t>2026-07-20</w:t>
            </w:r>
          </w:p>
        </w:tc>
        <w:tc>
          <w:tcPr>
            <w:tcW w:type="dxa" w:w="2880"/>
          </w:tcPr>
          <w:p>
            <w:r>
              <w:t>Deliveries log</w:t>
            </w:r>
          </w:p>
        </w:tc>
        <w:tc>
          <w:tcPr>
            <w:tcW w:type="dxa" w:w="2880"/>
          </w:tcPr>
          <w:p>
            <w:r>
              <w:t>12</w:t>
            </w:r>
          </w:p>
        </w:tc>
      </w:tr>
      <w:tr>
        <w:tc>
          <w:tcPr>
            <w:tcW w:type="dxa" w:w="2880"/>
          </w:tcPr>
          <w:p>
            <w:r>
              <w:t>2026-07-20</w:t>
            </w:r>
          </w:p>
        </w:tc>
        <w:tc>
          <w:tcPr>
            <w:tcW w:type="dxa" w:w="2880"/>
          </w:tcPr>
          <w:p>
            <w:r>
              <w:t>Settlement monitoring</w:t>
            </w:r>
          </w:p>
        </w:tc>
        <w:tc>
          <w:tcPr>
            <w:tcW w:type="dxa" w:w="2880"/>
          </w:tcPr>
          <w:p>
            <w:r>
              <w:t>0</w:t>
            </w:r>
          </w:p>
        </w:tc>
      </w:tr>
      <w:tr>
        <w:tc>
          <w:tcPr>
            <w:tcW w:type="dxa" w:w="2880"/>
          </w:tcPr>
          <w:p>
            <w:r>
              <w:t>2026-07-27</w:t>
            </w:r>
          </w:p>
        </w:tc>
        <w:tc>
          <w:tcPr>
            <w:tcW w:type="dxa" w:w="2880"/>
          </w:tcPr>
          <w:p>
            <w:r>
              <w:t>Daily progress by zone</w:t>
            </w:r>
          </w:p>
        </w:tc>
        <w:tc>
          <w:tcPr>
            <w:tcW w:type="dxa" w:w="2880"/>
          </w:tcPr>
          <w:p>
            <w:r>
              <w:t>48</w:t>
            </w:r>
          </w:p>
        </w:tc>
      </w:tr>
      <w:tr>
        <w:tc>
          <w:tcPr>
            <w:tcW w:type="dxa" w:w="2880"/>
          </w:tcPr>
          <w:p>
            <w:r>
              <w:t>2026-07-27</w:t>
            </w:r>
          </w:p>
        </w:tc>
        <w:tc>
          <w:tcPr>
            <w:tcW w:type="dxa" w:w="2880"/>
          </w:tcPr>
          <w:p>
            <w:r>
              <w:t>Inspections and defects</w:t>
            </w:r>
          </w:p>
        </w:tc>
        <w:tc>
          <w:tcPr>
            <w:tcW w:type="dxa" w:w="2880"/>
          </w:tcPr>
          <w:p>
            <w:r>
              <w:t>36</w:t>
            </w:r>
          </w:p>
        </w:tc>
      </w:tr>
      <w:tr>
        <w:tc>
          <w:tcPr>
            <w:tcW w:type="dxa" w:w="2880"/>
          </w:tcPr>
          <w:p>
            <w:r>
              <w:t>2026-07-27</w:t>
            </w:r>
          </w:p>
        </w:tc>
        <w:tc>
          <w:tcPr>
            <w:tcW w:type="dxa" w:w="2880"/>
          </w:tcPr>
          <w:p>
            <w:r>
              <w:t>Deliveries log</w:t>
            </w:r>
          </w:p>
        </w:tc>
        <w:tc>
          <w:tcPr>
            <w:tcW w:type="dxa" w:w="2880"/>
          </w:tcPr>
          <w:p>
            <w:r>
              <w:t>15</w:t>
            </w:r>
          </w:p>
        </w:tc>
      </w:tr>
      <w:tr>
        <w:tc>
          <w:tcPr>
            <w:tcW w:type="dxa" w:w="2880"/>
          </w:tcPr>
          <w:p>
            <w:r>
              <w:t>2026-07-27</w:t>
            </w:r>
          </w:p>
        </w:tc>
        <w:tc>
          <w:tcPr>
            <w:tcW w:type="dxa" w:w="2880"/>
          </w:tcPr>
          <w:p>
            <w:r>
              <w:t>Settlement monitoring</w:t>
            </w:r>
          </w:p>
        </w:tc>
        <w:tc>
          <w:tcPr>
            <w:tcW w:type="dxa" w:w="2880"/>
          </w:tcPr>
          <w:p>
            <w:r>
              <w:t>30</w:t>
            </w:r>
          </w:p>
        </w:tc>
      </w:tr>
      <w:tr>
        <w:tc>
          <w:tcPr>
            <w:tcW w:type="dxa" w:w="2880"/>
          </w:tcPr>
          <w:p>
            <w:r>
              <w:t>2026-08-03</w:t>
            </w:r>
          </w:p>
        </w:tc>
        <w:tc>
          <w:tcPr>
            <w:tcW w:type="dxa" w:w="2880"/>
          </w:tcPr>
          <w:p>
            <w:r>
              <w:t>Daily progress by zone</w:t>
            </w:r>
          </w:p>
        </w:tc>
        <w:tc>
          <w:tcPr>
            <w:tcW w:type="dxa" w:w="2880"/>
          </w:tcPr>
          <w:p>
            <w:r>
              <w:t>48</w:t>
            </w:r>
          </w:p>
        </w:tc>
      </w:tr>
      <w:tr>
        <w:tc>
          <w:tcPr>
            <w:tcW w:type="dxa" w:w="2880"/>
          </w:tcPr>
          <w:p>
            <w:r>
              <w:t>2026-08-03</w:t>
            </w:r>
          </w:p>
        </w:tc>
        <w:tc>
          <w:tcPr>
            <w:tcW w:type="dxa" w:w="2880"/>
          </w:tcPr>
          <w:p>
            <w:r>
              <w:t>Inspections and defects</w:t>
            </w:r>
          </w:p>
        </w:tc>
        <w:tc>
          <w:tcPr>
            <w:tcW w:type="dxa" w:w="2880"/>
          </w:tcPr>
          <w:p>
            <w:r>
              <w:t>32</w:t>
            </w:r>
          </w:p>
        </w:tc>
      </w:tr>
      <w:tr>
        <w:tc>
          <w:tcPr>
            <w:tcW w:type="dxa" w:w="2880"/>
          </w:tcPr>
          <w:p>
            <w:r>
              <w:t>2026-08-03</w:t>
            </w:r>
          </w:p>
        </w:tc>
        <w:tc>
          <w:tcPr>
            <w:tcW w:type="dxa" w:w="2880"/>
          </w:tcPr>
          <w:p>
            <w:r>
              <w:t>Deliveries log</w:t>
            </w:r>
          </w:p>
        </w:tc>
        <w:tc>
          <w:tcPr>
            <w:tcW w:type="dxa" w:w="2880"/>
          </w:tcPr>
          <w:p>
            <w:r>
              <w:t>9</w:t>
            </w:r>
          </w:p>
        </w:tc>
      </w:tr>
      <w:tr>
        <w:tc>
          <w:tcPr>
            <w:tcW w:type="dxa" w:w="2880"/>
          </w:tcPr>
          <w:p>
            <w:r>
              <w:t>2026-08-03</w:t>
            </w:r>
          </w:p>
        </w:tc>
        <w:tc>
          <w:tcPr>
            <w:tcW w:type="dxa" w:w="2880"/>
          </w:tcPr>
          <w:p>
            <w:r>
              <w:t>Settlement monitoring</w:t>
            </w:r>
          </w:p>
        </w:tc>
        <w:tc>
          <w:tcPr>
            <w:tcW w:type="dxa" w:w="2880"/>
          </w:tcPr>
          <w:p>
            <w:r>
              <w:t>0</w:t>
            </w:r>
          </w:p>
        </w:tc>
      </w:tr>
      <w:tr>
        <w:tc>
          <w:tcPr>
            <w:tcW w:type="dxa" w:w="2880"/>
          </w:tcPr>
          <w:p>
            <w:r>
              <w:t>2026-08-10</w:t>
            </w:r>
          </w:p>
        </w:tc>
        <w:tc>
          <w:tcPr>
            <w:tcW w:type="dxa" w:w="2880"/>
          </w:tcPr>
          <w:p>
            <w:r>
              <w:t>Daily progress by zone</w:t>
            </w:r>
          </w:p>
        </w:tc>
        <w:tc>
          <w:tcPr>
            <w:tcW w:type="dxa" w:w="2880"/>
          </w:tcPr>
          <w:p>
            <w:r>
              <w:t>48</w:t>
            </w:r>
          </w:p>
        </w:tc>
      </w:tr>
      <w:tr>
        <w:tc>
          <w:tcPr>
            <w:tcW w:type="dxa" w:w="2880"/>
          </w:tcPr>
          <w:p>
            <w:r>
              <w:t>2026-08-10</w:t>
            </w:r>
          </w:p>
        </w:tc>
        <w:tc>
          <w:tcPr>
            <w:tcW w:type="dxa" w:w="2880"/>
          </w:tcPr>
          <w:p>
            <w:r>
              <w:t>Inspections and defects</w:t>
            </w:r>
          </w:p>
        </w:tc>
        <w:tc>
          <w:tcPr>
            <w:tcW w:type="dxa" w:w="2880"/>
          </w:tcPr>
          <w:p>
            <w:r>
              <w:t>32</w:t>
            </w:r>
          </w:p>
        </w:tc>
      </w:tr>
      <w:tr>
        <w:tc>
          <w:tcPr>
            <w:tcW w:type="dxa" w:w="2880"/>
          </w:tcPr>
          <w:p>
            <w:r>
              <w:t>2026-08-10</w:t>
            </w:r>
          </w:p>
        </w:tc>
        <w:tc>
          <w:tcPr>
            <w:tcW w:type="dxa" w:w="2880"/>
          </w:tcPr>
          <w:p>
            <w:r>
              <w:t>Deliveries log</w:t>
            </w:r>
          </w:p>
        </w:tc>
        <w:tc>
          <w:tcPr>
            <w:tcW w:type="dxa" w:w="2880"/>
          </w:tcPr>
          <w:p>
            <w:r>
              <w:t>18</w:t>
            </w:r>
          </w:p>
        </w:tc>
      </w:tr>
      <w:tr>
        <w:tc>
          <w:tcPr>
            <w:tcW w:type="dxa" w:w="2880"/>
          </w:tcPr>
          <w:p>
            <w:r>
              <w:t>2026-08-10</w:t>
            </w:r>
          </w:p>
        </w:tc>
        <w:tc>
          <w:tcPr>
            <w:tcW w:type="dxa" w:w="2880"/>
          </w:tcPr>
          <w:p>
            <w:r>
              <w:t>Settlement monitoring</w:t>
            </w:r>
          </w:p>
        </w:tc>
        <w:tc>
          <w:tcPr>
            <w:tcW w:type="dxa" w:w="2880"/>
          </w:tcPr>
          <w:p>
            <w:r>
              <w:t>0</w:t>
            </w:r>
          </w:p>
        </w:tc>
      </w:tr>
      <w:tr>
        <w:tc>
          <w:tcPr>
            <w:tcW w:type="dxa" w:w="2880"/>
          </w:tcPr>
          <w:p>
            <w:r>
              <w:t>2026-08-17</w:t>
            </w:r>
          </w:p>
        </w:tc>
        <w:tc>
          <w:tcPr>
            <w:tcW w:type="dxa" w:w="2880"/>
          </w:tcPr>
          <w:p>
            <w:r>
              <w:t>Daily progress by zone</w:t>
            </w:r>
          </w:p>
        </w:tc>
        <w:tc>
          <w:tcPr>
            <w:tcW w:type="dxa" w:w="2880"/>
          </w:tcPr>
          <w:p>
            <w:r>
              <w:t>48</w:t>
            </w:r>
          </w:p>
        </w:tc>
      </w:tr>
      <w:tr>
        <w:tc>
          <w:tcPr>
            <w:tcW w:type="dxa" w:w="2880"/>
          </w:tcPr>
          <w:p>
            <w:r>
              <w:t>2026-08-17</w:t>
            </w:r>
          </w:p>
        </w:tc>
        <w:tc>
          <w:tcPr>
            <w:tcW w:type="dxa" w:w="2880"/>
          </w:tcPr>
          <w:p>
            <w:r>
              <w:t>Inspections and defects</w:t>
            </w:r>
          </w:p>
        </w:tc>
        <w:tc>
          <w:tcPr>
            <w:tcW w:type="dxa" w:w="2880"/>
          </w:tcPr>
          <w:p>
            <w:r>
              <w:t>38</w:t>
            </w:r>
          </w:p>
        </w:tc>
      </w:tr>
      <w:tr>
        <w:tc>
          <w:tcPr>
            <w:tcW w:type="dxa" w:w="2880"/>
          </w:tcPr>
          <w:p>
            <w:r>
              <w:t>2026-08-17</w:t>
            </w:r>
          </w:p>
        </w:tc>
        <w:tc>
          <w:tcPr>
            <w:tcW w:type="dxa" w:w="2880"/>
          </w:tcPr>
          <w:p>
            <w:r>
              <w:t>Deliveries log</w:t>
            </w:r>
          </w:p>
        </w:tc>
        <w:tc>
          <w:tcPr>
            <w:tcW w:type="dxa" w:w="2880"/>
          </w:tcPr>
          <w:p>
            <w:r>
              <w:t>9</w:t>
            </w:r>
          </w:p>
        </w:tc>
      </w:tr>
      <w:tr>
        <w:tc>
          <w:tcPr>
            <w:tcW w:type="dxa" w:w="2880"/>
          </w:tcPr>
          <w:p>
            <w:r>
              <w:t>2026-08-17</w:t>
            </w:r>
          </w:p>
        </w:tc>
        <w:tc>
          <w:tcPr>
            <w:tcW w:type="dxa" w:w="2880"/>
          </w:tcPr>
          <w:p>
            <w:r>
              <w:t>Settlement monitoring</w:t>
            </w:r>
          </w:p>
        </w:tc>
        <w:tc>
          <w:tcPr>
            <w:tcW w:type="dxa" w:w="2880"/>
          </w:tcPr>
          <w:p>
            <w:r>
              <w:t>0</w:t>
            </w:r>
          </w:p>
        </w:tc>
      </w:tr>
      <w:tr>
        <w:tc>
          <w:tcPr>
            <w:tcW w:type="dxa" w:w="2880"/>
          </w:tcPr>
          <w:p>
            <w:r>
              <w:t>2026-08-24</w:t>
            </w:r>
          </w:p>
        </w:tc>
        <w:tc>
          <w:tcPr>
            <w:tcW w:type="dxa" w:w="2880"/>
          </w:tcPr>
          <w:p>
            <w:r>
              <w:t>Daily progress by zone</w:t>
            </w:r>
          </w:p>
        </w:tc>
        <w:tc>
          <w:tcPr>
            <w:tcW w:type="dxa" w:w="2880"/>
          </w:tcPr>
          <w:p>
            <w:r>
              <w:t>48</w:t>
            </w:r>
          </w:p>
        </w:tc>
      </w:tr>
      <w:tr>
        <w:tc>
          <w:tcPr>
            <w:tcW w:type="dxa" w:w="2880"/>
          </w:tcPr>
          <w:p>
            <w:r>
              <w:t>2026-08-24</w:t>
            </w:r>
          </w:p>
        </w:tc>
        <w:tc>
          <w:tcPr>
            <w:tcW w:type="dxa" w:w="2880"/>
          </w:tcPr>
          <w:p>
            <w:r>
              <w:t>Inspections and defects</w:t>
            </w:r>
          </w:p>
        </w:tc>
        <w:tc>
          <w:tcPr>
            <w:tcW w:type="dxa" w:w="2880"/>
          </w:tcPr>
          <w:p>
            <w:r>
              <w:t>24</w:t>
            </w:r>
          </w:p>
        </w:tc>
      </w:tr>
      <w:tr>
        <w:tc>
          <w:tcPr>
            <w:tcW w:type="dxa" w:w="2880"/>
          </w:tcPr>
          <w:p>
            <w:r>
              <w:t>2026-08-24</w:t>
            </w:r>
          </w:p>
        </w:tc>
        <w:tc>
          <w:tcPr>
            <w:tcW w:type="dxa" w:w="2880"/>
          </w:tcPr>
          <w:p>
            <w:r>
              <w:t>Deliveries log</w:t>
            </w:r>
          </w:p>
        </w:tc>
        <w:tc>
          <w:tcPr>
            <w:tcW w:type="dxa" w:w="2880"/>
          </w:tcPr>
          <w:p>
            <w:r>
              <w:t>16</w:t>
            </w:r>
          </w:p>
        </w:tc>
      </w:tr>
      <w:tr>
        <w:tc>
          <w:tcPr>
            <w:tcW w:type="dxa" w:w="2880"/>
          </w:tcPr>
          <w:p>
            <w:r>
              <w:t>2026-08-24</w:t>
            </w:r>
          </w:p>
        </w:tc>
        <w:tc>
          <w:tcPr>
            <w:tcW w:type="dxa" w:w="2880"/>
          </w:tcPr>
          <w:p>
            <w:r>
              <w:t>Settlement monitoring</w:t>
            </w:r>
          </w:p>
        </w:tc>
        <w:tc>
          <w:tcPr>
            <w:tcW w:type="dxa" w:w="2880"/>
          </w:tcPr>
          <w:p>
            <w:r>
              <w:t>0</w:t>
            </w:r>
          </w:p>
        </w:tc>
      </w:tr>
      <w:tr>
        <w:tc>
          <w:tcPr>
            <w:tcW w:type="dxa" w:w="2880"/>
          </w:tcPr>
          <w:p>
            <w:r>
              <w:t>2026-08-31</w:t>
            </w:r>
          </w:p>
        </w:tc>
        <w:tc>
          <w:tcPr>
            <w:tcW w:type="dxa" w:w="2880"/>
          </w:tcPr>
          <w:p>
            <w:r>
              <w:t>Daily progress by zone</w:t>
            </w:r>
          </w:p>
        </w:tc>
        <w:tc>
          <w:tcPr>
            <w:tcW w:type="dxa" w:w="2880"/>
          </w:tcPr>
          <w:p>
            <w:r>
              <w:t>8</w:t>
            </w:r>
          </w:p>
        </w:tc>
      </w:tr>
      <w:tr>
        <w:tc>
          <w:tcPr>
            <w:tcW w:type="dxa" w:w="2880"/>
          </w:tcPr>
          <w:p>
            <w:r>
              <w:t>2026-08-31</w:t>
            </w:r>
          </w:p>
        </w:tc>
        <w:tc>
          <w:tcPr>
            <w:tcW w:type="dxa" w:w="2880"/>
          </w:tcPr>
          <w:p>
            <w:r>
              <w:t>Inspections and defects</w:t>
            </w:r>
          </w:p>
        </w:tc>
        <w:tc>
          <w:tcPr>
            <w:tcW w:type="dxa" w:w="2880"/>
          </w:tcPr>
          <w:p>
            <w:r>
              <w:t>35</w:t>
            </w:r>
          </w:p>
        </w:tc>
      </w:tr>
      <w:tr>
        <w:tc>
          <w:tcPr>
            <w:tcW w:type="dxa" w:w="2880"/>
          </w:tcPr>
          <w:p>
            <w:r>
              <w:t>2026-08-31</w:t>
            </w:r>
          </w:p>
        </w:tc>
        <w:tc>
          <w:tcPr>
            <w:tcW w:type="dxa" w:w="2880"/>
          </w:tcPr>
          <w:p>
            <w:r>
              <w:t>Deliveries log</w:t>
            </w:r>
          </w:p>
        </w:tc>
        <w:tc>
          <w:tcPr>
            <w:tcW w:type="dxa" w:w="2880"/>
          </w:tcPr>
          <w:p>
            <w:r>
              <w:t>1</w:t>
            </w:r>
          </w:p>
        </w:tc>
      </w:tr>
      <w:tr>
        <w:tc>
          <w:tcPr>
            <w:tcW w:type="dxa" w:w="2880"/>
          </w:tcPr>
          <w:p>
            <w:r>
              <w:t>2026-08-31</w:t>
            </w:r>
          </w:p>
        </w:tc>
        <w:tc>
          <w:tcPr>
            <w:tcW w:type="dxa" w:w="2880"/>
          </w:tcPr>
          <w:p>
            <w:r>
              <w:t>Settlement monitoring</w:t>
            </w:r>
          </w:p>
        </w:tc>
        <w:tc>
          <w:tcPr>
            <w:tcW w:type="dxa" w:w="2880"/>
          </w:tcPr>
          <w:p>
            <w:r>
              <w:t>30</w:t>
            </w:r>
          </w:p>
        </w:tc>
      </w:tr>
      <w:tr>
        <w:tc>
          <w:tcPr>
            <w:tcW w:type="dxa" w:w="2880"/>
          </w:tcPr>
          <w:p>
            <w:r>
              <w:t>2026-09-07</w:t>
            </w:r>
          </w:p>
        </w:tc>
        <w:tc>
          <w:tcPr>
            <w:tcW w:type="dxa" w:w="2880"/>
          </w:tcPr>
          <w:p>
            <w:r>
              <w:t>Daily progress by zone</w:t>
            </w:r>
          </w:p>
        </w:tc>
        <w:tc>
          <w:tcPr>
            <w:tcW w:type="dxa" w:w="2880"/>
          </w:tcPr>
          <w:p>
            <w:r>
              <w:t>0</w:t>
            </w:r>
          </w:p>
        </w:tc>
      </w:tr>
      <w:tr>
        <w:tc>
          <w:tcPr>
            <w:tcW w:type="dxa" w:w="2880"/>
          </w:tcPr>
          <w:p>
            <w:r>
              <w:t>2026-09-07</w:t>
            </w:r>
          </w:p>
        </w:tc>
        <w:tc>
          <w:tcPr>
            <w:tcW w:type="dxa" w:w="2880"/>
          </w:tcPr>
          <w:p>
            <w:r>
              <w:t>Inspections and defects</w:t>
            </w:r>
          </w:p>
        </w:tc>
        <w:tc>
          <w:tcPr>
            <w:tcW w:type="dxa" w:w="2880"/>
          </w:tcPr>
          <w:p>
            <w:r>
              <w:t>26</w:t>
            </w:r>
          </w:p>
        </w:tc>
      </w:tr>
      <w:tr>
        <w:tc>
          <w:tcPr>
            <w:tcW w:type="dxa" w:w="2880"/>
          </w:tcPr>
          <w:p>
            <w:r>
              <w:t>2026-09-07</w:t>
            </w:r>
          </w:p>
        </w:tc>
        <w:tc>
          <w:tcPr>
            <w:tcW w:type="dxa" w:w="2880"/>
          </w:tcPr>
          <w:p>
            <w:r>
              <w:t>Deliveries log</w:t>
            </w:r>
          </w:p>
        </w:tc>
        <w:tc>
          <w:tcPr>
            <w:tcW w:type="dxa" w:w="2880"/>
          </w:tcPr>
          <w:p>
            <w:r>
              <w:t>0</w:t>
            </w:r>
          </w:p>
        </w:tc>
      </w:tr>
      <w:tr>
        <w:tc>
          <w:tcPr>
            <w:tcW w:type="dxa" w:w="2880"/>
          </w:tcPr>
          <w:p>
            <w:r>
              <w:t>2026-09-07</w:t>
            </w:r>
          </w:p>
        </w:tc>
        <w:tc>
          <w:tcPr>
            <w:tcW w:type="dxa" w:w="2880"/>
          </w:tcPr>
          <w:p>
            <w:r>
              <w:t>Settlement monitoring</w:t>
            </w:r>
          </w:p>
        </w:tc>
        <w:tc>
          <w:tcPr>
            <w:tcW w:type="dxa" w:w="2880"/>
          </w:tcPr>
          <w:p>
            <w:r>
              <w:t>0</w:t>
            </w:r>
          </w:p>
        </w:tc>
      </w:tr>
      <w:tr>
        <w:tc>
          <w:tcPr>
            <w:tcW w:type="dxa" w:w="2880"/>
          </w:tcPr>
          <w:p>
            <w:r>
              <w:t>2026-09-14</w:t>
            </w:r>
          </w:p>
        </w:tc>
        <w:tc>
          <w:tcPr>
            <w:tcW w:type="dxa" w:w="2880"/>
          </w:tcPr>
          <w:p>
            <w:r>
              <w:t>Daily progress by zone</w:t>
            </w:r>
          </w:p>
        </w:tc>
        <w:tc>
          <w:tcPr>
            <w:tcW w:type="dxa" w:w="2880"/>
          </w:tcPr>
          <w:p>
            <w:r>
              <w:t>0</w:t>
            </w:r>
          </w:p>
        </w:tc>
      </w:tr>
      <w:tr>
        <w:tc>
          <w:tcPr>
            <w:tcW w:type="dxa" w:w="2880"/>
          </w:tcPr>
          <w:p>
            <w:r>
              <w:t>2026-09-14</w:t>
            </w:r>
          </w:p>
        </w:tc>
        <w:tc>
          <w:tcPr>
            <w:tcW w:type="dxa" w:w="2880"/>
          </w:tcPr>
          <w:p>
            <w:r>
              <w:t>Inspections and defects</w:t>
            </w:r>
          </w:p>
        </w:tc>
        <w:tc>
          <w:tcPr>
            <w:tcW w:type="dxa" w:w="2880"/>
          </w:tcPr>
          <w:p>
            <w:r>
              <w:t>27</w:t>
            </w:r>
          </w:p>
        </w:tc>
      </w:tr>
      <w:tr>
        <w:tc>
          <w:tcPr>
            <w:tcW w:type="dxa" w:w="2880"/>
          </w:tcPr>
          <w:p>
            <w:r>
              <w:t>2026-09-14</w:t>
            </w:r>
          </w:p>
        </w:tc>
        <w:tc>
          <w:tcPr>
            <w:tcW w:type="dxa" w:w="2880"/>
          </w:tcPr>
          <w:p>
            <w:r>
              <w:t>Deliveries log</w:t>
            </w:r>
          </w:p>
        </w:tc>
        <w:tc>
          <w:tcPr>
            <w:tcW w:type="dxa" w:w="2880"/>
          </w:tcPr>
          <w:p>
            <w:r>
              <w:t>0</w:t>
            </w:r>
          </w:p>
        </w:tc>
      </w:tr>
      <w:tr>
        <w:tc>
          <w:tcPr>
            <w:tcW w:type="dxa" w:w="2880"/>
          </w:tcPr>
          <w:p>
            <w:r>
              <w:t>2026-09-14</w:t>
            </w:r>
          </w:p>
        </w:tc>
        <w:tc>
          <w:tcPr>
            <w:tcW w:type="dxa" w:w="2880"/>
          </w:tcPr>
          <w:p>
            <w:r>
              <w:t>Settlement monitoring</w:t>
            </w:r>
          </w:p>
        </w:tc>
        <w:tc>
          <w:tcPr>
            <w:tcW w:type="dxa" w:w="2880"/>
          </w:tcPr>
          <w:p>
            <w:r>
              <w:t>0</w:t>
            </w:r>
          </w:p>
        </w:tc>
      </w:tr>
      <w:tr>
        <w:tc>
          <w:tcPr>
            <w:tcW w:type="dxa" w:w="2880"/>
          </w:tcPr>
          <w:p>
            <w:r>
              <w:t>2026-09-21</w:t>
            </w:r>
          </w:p>
        </w:tc>
        <w:tc>
          <w:tcPr>
            <w:tcW w:type="dxa" w:w="2880"/>
          </w:tcPr>
          <w:p>
            <w:r>
              <w:t>Daily progress by zone</w:t>
            </w:r>
          </w:p>
        </w:tc>
        <w:tc>
          <w:tcPr>
            <w:tcW w:type="dxa" w:w="2880"/>
          </w:tcPr>
          <w:p>
            <w:r>
              <w:t>0</w:t>
            </w:r>
          </w:p>
        </w:tc>
      </w:tr>
      <w:tr>
        <w:tc>
          <w:tcPr>
            <w:tcW w:type="dxa" w:w="2880"/>
          </w:tcPr>
          <w:p>
            <w:r>
              <w:t>2026-09-21</w:t>
            </w:r>
          </w:p>
        </w:tc>
        <w:tc>
          <w:tcPr>
            <w:tcW w:type="dxa" w:w="2880"/>
          </w:tcPr>
          <w:p>
            <w:r>
              <w:t>Inspections and defects</w:t>
            </w:r>
          </w:p>
        </w:tc>
        <w:tc>
          <w:tcPr>
            <w:tcW w:type="dxa" w:w="2880"/>
          </w:tcPr>
          <w:p>
            <w:r>
              <w:t>31</w:t>
            </w:r>
          </w:p>
        </w:tc>
      </w:tr>
      <w:tr>
        <w:tc>
          <w:tcPr>
            <w:tcW w:type="dxa" w:w="2880"/>
          </w:tcPr>
          <w:p>
            <w:r>
              <w:t>2026-09-21</w:t>
            </w:r>
          </w:p>
        </w:tc>
        <w:tc>
          <w:tcPr>
            <w:tcW w:type="dxa" w:w="2880"/>
          </w:tcPr>
          <w:p>
            <w:r>
              <w:t>Deliveries log</w:t>
            </w:r>
          </w:p>
        </w:tc>
        <w:tc>
          <w:tcPr>
            <w:tcW w:type="dxa" w:w="2880"/>
          </w:tcPr>
          <w:p>
            <w:r>
              <w:t>0</w:t>
            </w:r>
          </w:p>
        </w:tc>
      </w:tr>
      <w:tr>
        <w:tc>
          <w:tcPr>
            <w:tcW w:type="dxa" w:w="2880"/>
          </w:tcPr>
          <w:p>
            <w:r>
              <w:t>2026-09-21</w:t>
            </w:r>
          </w:p>
        </w:tc>
        <w:tc>
          <w:tcPr>
            <w:tcW w:type="dxa" w:w="2880"/>
          </w:tcPr>
          <w:p>
            <w:r>
              <w:t>Settlement monitoring</w:t>
            </w:r>
          </w:p>
        </w:tc>
        <w:tc>
          <w:tcPr>
            <w:tcW w:type="dxa" w:w="2880"/>
          </w:tcPr>
          <w:p>
            <w:r>
              <w:t>0</w:t>
            </w:r>
          </w:p>
        </w:tc>
      </w:tr>
      <w:tr>
        <w:tc>
          <w:tcPr>
            <w:tcW w:type="dxa" w:w="2880"/>
          </w:tcPr>
          <w:p>
            <w:r>
              <w:t>2026-09-28</w:t>
            </w:r>
          </w:p>
        </w:tc>
        <w:tc>
          <w:tcPr>
            <w:tcW w:type="dxa" w:w="2880"/>
          </w:tcPr>
          <w:p>
            <w:r>
              <w:t>Daily progress by zone</w:t>
            </w:r>
          </w:p>
        </w:tc>
        <w:tc>
          <w:tcPr>
            <w:tcW w:type="dxa" w:w="2880"/>
          </w:tcPr>
          <w:p>
            <w:r>
              <w:t>0</w:t>
            </w:r>
          </w:p>
        </w:tc>
      </w:tr>
      <w:tr>
        <w:tc>
          <w:tcPr>
            <w:tcW w:type="dxa" w:w="2880"/>
          </w:tcPr>
          <w:p>
            <w:r>
              <w:t>2026-09-28</w:t>
            </w:r>
          </w:p>
        </w:tc>
        <w:tc>
          <w:tcPr>
            <w:tcW w:type="dxa" w:w="2880"/>
          </w:tcPr>
          <w:p>
            <w:r>
              <w:t>Inspections and defects</w:t>
            </w:r>
          </w:p>
        </w:tc>
        <w:tc>
          <w:tcPr>
            <w:tcW w:type="dxa" w:w="2880"/>
          </w:tcPr>
          <w:p>
            <w:r>
              <w:t>22</w:t>
            </w:r>
          </w:p>
        </w:tc>
      </w:tr>
      <w:tr>
        <w:tc>
          <w:tcPr>
            <w:tcW w:type="dxa" w:w="2880"/>
          </w:tcPr>
          <w:p>
            <w:r>
              <w:t>2026-09-28</w:t>
            </w:r>
          </w:p>
        </w:tc>
        <w:tc>
          <w:tcPr>
            <w:tcW w:type="dxa" w:w="2880"/>
          </w:tcPr>
          <w:p>
            <w:r>
              <w:t>Deliveries log</w:t>
            </w:r>
          </w:p>
        </w:tc>
        <w:tc>
          <w:tcPr>
            <w:tcW w:type="dxa" w:w="2880"/>
          </w:tcPr>
          <w:p>
            <w:r>
              <w:t>0</w:t>
            </w:r>
          </w:p>
        </w:tc>
      </w:tr>
      <w:tr>
        <w:tc>
          <w:tcPr>
            <w:tcW w:type="dxa" w:w="2880"/>
          </w:tcPr>
          <w:p>
            <w:r>
              <w:t>2026-09-28</w:t>
            </w:r>
          </w:p>
        </w:tc>
        <w:tc>
          <w:tcPr>
            <w:tcW w:type="dxa" w:w="2880"/>
          </w:tcPr>
          <w:p>
            <w:r>
              <w:t>Settlement monitoring</w:t>
            </w:r>
          </w:p>
        </w:tc>
        <w:tc>
          <w:tcPr>
            <w:tcW w:type="dxa" w:w="2880"/>
          </w:tcPr>
          <w:p>
            <w:r>
              <w:t>0</w:t>
            </w:r>
          </w:p>
        </w:tc>
      </w:tr>
    </w:tbl>
    <w:p/>
    <w:p>
      <w:pPr>
        <w:pStyle w:val="Heading2"/>
      </w:pPr>
      <w:r>
        <w:t>Figure 26. Settlement monitoring over time (month) [87]</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2025-12-29</w:t>
            </w:r>
          </w:p>
        </w:tc>
        <w:tc>
          <w:tcPr>
            <w:tcW w:type="dxa" w:w="4320"/>
          </w:tcPr>
          <w:p>
            <w:r>
              <w:t>30</w:t>
            </w:r>
          </w:p>
        </w:tc>
      </w:tr>
      <w:tr>
        <w:tc>
          <w:tcPr>
            <w:tcW w:type="dxa" w:w="4320"/>
          </w:tcPr>
          <w:p>
            <w:r>
              <w:t>2026-01-05</w:t>
            </w:r>
          </w:p>
        </w:tc>
        <w:tc>
          <w:tcPr>
            <w:tcW w:type="dxa" w:w="4320"/>
          </w:tcPr>
          <w:p>
            <w:r>
              <w:t>0</w:t>
            </w:r>
          </w:p>
        </w:tc>
      </w:tr>
      <w:tr>
        <w:tc>
          <w:tcPr>
            <w:tcW w:type="dxa" w:w="4320"/>
          </w:tcPr>
          <w:p>
            <w:r>
              <w:t>2026-01-12</w:t>
            </w:r>
          </w:p>
        </w:tc>
        <w:tc>
          <w:tcPr>
            <w:tcW w:type="dxa" w:w="4320"/>
          </w:tcPr>
          <w:p>
            <w:r>
              <w:t>0</w:t>
            </w:r>
          </w:p>
        </w:tc>
      </w:tr>
      <w:tr>
        <w:tc>
          <w:tcPr>
            <w:tcW w:type="dxa" w:w="4320"/>
          </w:tcPr>
          <w:p>
            <w:r>
              <w:t>2026-01-19</w:t>
            </w:r>
          </w:p>
        </w:tc>
        <w:tc>
          <w:tcPr>
            <w:tcW w:type="dxa" w:w="4320"/>
          </w:tcPr>
          <w:p>
            <w:r>
              <w:t>0</w:t>
            </w:r>
          </w:p>
        </w:tc>
      </w:tr>
      <w:tr>
        <w:tc>
          <w:tcPr>
            <w:tcW w:type="dxa" w:w="4320"/>
          </w:tcPr>
          <w:p>
            <w:r>
              <w:t>2026-01-26</w:t>
            </w:r>
          </w:p>
        </w:tc>
        <w:tc>
          <w:tcPr>
            <w:tcW w:type="dxa" w:w="4320"/>
          </w:tcPr>
          <w:p>
            <w:r>
              <w:t>30</w:t>
            </w:r>
          </w:p>
        </w:tc>
      </w:tr>
      <w:tr>
        <w:tc>
          <w:tcPr>
            <w:tcW w:type="dxa" w:w="4320"/>
          </w:tcPr>
          <w:p>
            <w:r>
              <w:t>2026-02-02</w:t>
            </w:r>
          </w:p>
        </w:tc>
        <w:tc>
          <w:tcPr>
            <w:tcW w:type="dxa" w:w="4320"/>
          </w:tcPr>
          <w:p>
            <w:r>
              <w:t>0</w:t>
            </w:r>
          </w:p>
        </w:tc>
      </w:tr>
      <w:tr>
        <w:tc>
          <w:tcPr>
            <w:tcW w:type="dxa" w:w="4320"/>
          </w:tcPr>
          <w:p>
            <w:r>
              <w:t>2026-02-09</w:t>
            </w:r>
          </w:p>
        </w:tc>
        <w:tc>
          <w:tcPr>
            <w:tcW w:type="dxa" w:w="4320"/>
          </w:tcPr>
          <w:p>
            <w:r>
              <w:t>0</w:t>
            </w:r>
          </w:p>
        </w:tc>
      </w:tr>
      <w:tr>
        <w:tc>
          <w:tcPr>
            <w:tcW w:type="dxa" w:w="4320"/>
          </w:tcPr>
          <w:p>
            <w:r>
              <w:t>2026-02-16</w:t>
            </w:r>
          </w:p>
        </w:tc>
        <w:tc>
          <w:tcPr>
            <w:tcW w:type="dxa" w:w="4320"/>
          </w:tcPr>
          <w:p>
            <w:r>
              <w:t>0</w:t>
            </w:r>
          </w:p>
        </w:tc>
      </w:tr>
      <w:tr>
        <w:tc>
          <w:tcPr>
            <w:tcW w:type="dxa" w:w="4320"/>
          </w:tcPr>
          <w:p>
            <w:r>
              <w:t>2026-02-23</w:t>
            </w:r>
          </w:p>
        </w:tc>
        <w:tc>
          <w:tcPr>
            <w:tcW w:type="dxa" w:w="4320"/>
          </w:tcPr>
          <w:p>
            <w:r>
              <w:t>30</w:t>
            </w:r>
          </w:p>
        </w:tc>
      </w:tr>
      <w:tr>
        <w:tc>
          <w:tcPr>
            <w:tcW w:type="dxa" w:w="4320"/>
          </w:tcPr>
          <w:p>
            <w:r>
              <w:t>2026-03-02</w:t>
            </w:r>
          </w:p>
        </w:tc>
        <w:tc>
          <w:tcPr>
            <w:tcW w:type="dxa" w:w="4320"/>
          </w:tcPr>
          <w:p>
            <w:r>
              <w:t>0</w:t>
            </w:r>
          </w:p>
        </w:tc>
      </w:tr>
      <w:tr>
        <w:tc>
          <w:tcPr>
            <w:tcW w:type="dxa" w:w="4320"/>
          </w:tcPr>
          <w:p>
            <w:r>
              <w:t>2026-03-09</w:t>
            </w:r>
          </w:p>
        </w:tc>
        <w:tc>
          <w:tcPr>
            <w:tcW w:type="dxa" w:w="4320"/>
          </w:tcPr>
          <w:p>
            <w:r>
              <w:t>0</w:t>
            </w:r>
          </w:p>
        </w:tc>
      </w:tr>
      <w:tr>
        <w:tc>
          <w:tcPr>
            <w:tcW w:type="dxa" w:w="4320"/>
          </w:tcPr>
          <w:p>
            <w:r>
              <w:t>2026-03-16</w:t>
            </w:r>
          </w:p>
        </w:tc>
        <w:tc>
          <w:tcPr>
            <w:tcW w:type="dxa" w:w="4320"/>
          </w:tcPr>
          <w:p>
            <w:r>
              <w:t>0</w:t>
            </w:r>
          </w:p>
        </w:tc>
      </w:tr>
      <w:tr>
        <w:tc>
          <w:tcPr>
            <w:tcW w:type="dxa" w:w="4320"/>
          </w:tcPr>
          <w:p>
            <w:r>
              <w:t>2026-03-23</w:t>
            </w:r>
          </w:p>
        </w:tc>
        <w:tc>
          <w:tcPr>
            <w:tcW w:type="dxa" w:w="4320"/>
          </w:tcPr>
          <w:p>
            <w:r>
              <w:t>0</w:t>
            </w:r>
          </w:p>
        </w:tc>
      </w:tr>
      <w:tr>
        <w:tc>
          <w:tcPr>
            <w:tcW w:type="dxa" w:w="4320"/>
          </w:tcPr>
          <w:p>
            <w:r>
              <w:t>2026-03-30</w:t>
            </w:r>
          </w:p>
        </w:tc>
        <w:tc>
          <w:tcPr>
            <w:tcW w:type="dxa" w:w="4320"/>
          </w:tcPr>
          <w:p>
            <w:r>
              <w:t>30</w:t>
            </w:r>
          </w:p>
        </w:tc>
      </w:tr>
      <w:tr>
        <w:tc>
          <w:tcPr>
            <w:tcW w:type="dxa" w:w="4320"/>
          </w:tcPr>
          <w:p>
            <w:r>
              <w:t>2026-04-06</w:t>
            </w:r>
          </w:p>
        </w:tc>
        <w:tc>
          <w:tcPr>
            <w:tcW w:type="dxa" w:w="4320"/>
          </w:tcPr>
          <w:p>
            <w:r>
              <w:t>0</w:t>
            </w:r>
          </w:p>
        </w:tc>
      </w:tr>
      <w:tr>
        <w:tc>
          <w:tcPr>
            <w:tcW w:type="dxa" w:w="4320"/>
          </w:tcPr>
          <w:p>
            <w:r>
              <w:t>2026-04-13</w:t>
            </w:r>
          </w:p>
        </w:tc>
        <w:tc>
          <w:tcPr>
            <w:tcW w:type="dxa" w:w="4320"/>
          </w:tcPr>
          <w:p>
            <w:r>
              <w:t>0</w:t>
            </w:r>
          </w:p>
        </w:tc>
      </w:tr>
      <w:tr>
        <w:tc>
          <w:tcPr>
            <w:tcW w:type="dxa" w:w="4320"/>
          </w:tcPr>
          <w:p>
            <w:r>
              <w:t>2026-04-20</w:t>
            </w:r>
          </w:p>
        </w:tc>
        <w:tc>
          <w:tcPr>
            <w:tcW w:type="dxa" w:w="4320"/>
          </w:tcPr>
          <w:p>
            <w:r>
              <w:t>0</w:t>
            </w:r>
          </w:p>
        </w:tc>
      </w:tr>
      <w:tr>
        <w:tc>
          <w:tcPr>
            <w:tcW w:type="dxa" w:w="4320"/>
          </w:tcPr>
          <w:p>
            <w:r>
              <w:t>2026-04-27</w:t>
            </w:r>
          </w:p>
        </w:tc>
        <w:tc>
          <w:tcPr>
            <w:tcW w:type="dxa" w:w="4320"/>
          </w:tcPr>
          <w:p>
            <w:r>
              <w:t>30</w:t>
            </w:r>
          </w:p>
        </w:tc>
      </w:tr>
      <w:tr>
        <w:tc>
          <w:tcPr>
            <w:tcW w:type="dxa" w:w="4320"/>
          </w:tcPr>
          <w:p>
            <w:r>
              <w:t>2026-05-04</w:t>
            </w:r>
          </w:p>
        </w:tc>
        <w:tc>
          <w:tcPr>
            <w:tcW w:type="dxa" w:w="4320"/>
          </w:tcPr>
          <w:p>
            <w:r>
              <w:t>0</w:t>
            </w:r>
          </w:p>
        </w:tc>
      </w:tr>
      <w:tr>
        <w:tc>
          <w:tcPr>
            <w:tcW w:type="dxa" w:w="4320"/>
          </w:tcPr>
          <w:p>
            <w:r>
              <w:t>2026-05-11</w:t>
            </w:r>
          </w:p>
        </w:tc>
        <w:tc>
          <w:tcPr>
            <w:tcW w:type="dxa" w:w="4320"/>
          </w:tcPr>
          <w:p>
            <w:r>
              <w:t>0</w:t>
            </w:r>
          </w:p>
        </w:tc>
      </w:tr>
      <w:tr>
        <w:tc>
          <w:tcPr>
            <w:tcW w:type="dxa" w:w="4320"/>
          </w:tcPr>
          <w:p>
            <w:r>
              <w:t>2026-05-18</w:t>
            </w:r>
          </w:p>
        </w:tc>
        <w:tc>
          <w:tcPr>
            <w:tcW w:type="dxa" w:w="4320"/>
          </w:tcPr>
          <w:p>
            <w:r>
              <w:t>0</w:t>
            </w:r>
          </w:p>
        </w:tc>
      </w:tr>
      <w:tr>
        <w:tc>
          <w:tcPr>
            <w:tcW w:type="dxa" w:w="4320"/>
          </w:tcPr>
          <w:p>
            <w:r>
              <w:t>2026-05-25</w:t>
            </w:r>
          </w:p>
        </w:tc>
        <w:tc>
          <w:tcPr>
            <w:tcW w:type="dxa" w:w="4320"/>
          </w:tcPr>
          <w:p>
            <w:r>
              <w:t>0</w:t>
            </w:r>
          </w:p>
        </w:tc>
      </w:tr>
      <w:tr>
        <w:tc>
          <w:tcPr>
            <w:tcW w:type="dxa" w:w="4320"/>
          </w:tcPr>
          <w:p>
            <w:r>
              <w:t>2026-06-01</w:t>
            </w:r>
          </w:p>
        </w:tc>
        <w:tc>
          <w:tcPr>
            <w:tcW w:type="dxa" w:w="4320"/>
          </w:tcPr>
          <w:p>
            <w:r>
              <w:t>30</w:t>
            </w:r>
          </w:p>
        </w:tc>
      </w:tr>
      <w:tr>
        <w:tc>
          <w:tcPr>
            <w:tcW w:type="dxa" w:w="4320"/>
          </w:tcPr>
          <w:p>
            <w:r>
              <w:t>2026-06-08</w:t>
            </w:r>
          </w:p>
        </w:tc>
        <w:tc>
          <w:tcPr>
            <w:tcW w:type="dxa" w:w="4320"/>
          </w:tcPr>
          <w:p>
            <w:r>
              <w:t>0</w:t>
            </w:r>
          </w:p>
        </w:tc>
      </w:tr>
      <w:tr>
        <w:tc>
          <w:tcPr>
            <w:tcW w:type="dxa" w:w="4320"/>
          </w:tcPr>
          <w:p>
            <w:r>
              <w:t>2026-06-15</w:t>
            </w:r>
          </w:p>
        </w:tc>
        <w:tc>
          <w:tcPr>
            <w:tcW w:type="dxa" w:w="4320"/>
          </w:tcPr>
          <w:p>
            <w:r>
              <w:t>0</w:t>
            </w:r>
          </w:p>
        </w:tc>
      </w:tr>
      <w:tr>
        <w:tc>
          <w:tcPr>
            <w:tcW w:type="dxa" w:w="4320"/>
          </w:tcPr>
          <w:p>
            <w:r>
              <w:t>2026-06-22</w:t>
            </w:r>
          </w:p>
        </w:tc>
        <w:tc>
          <w:tcPr>
            <w:tcW w:type="dxa" w:w="4320"/>
          </w:tcPr>
          <w:p>
            <w:r>
              <w:t>0</w:t>
            </w:r>
          </w:p>
        </w:tc>
      </w:tr>
      <w:tr>
        <w:tc>
          <w:tcPr>
            <w:tcW w:type="dxa" w:w="4320"/>
          </w:tcPr>
          <w:p>
            <w:r>
              <w:t>2026-06-29</w:t>
            </w:r>
          </w:p>
        </w:tc>
        <w:tc>
          <w:tcPr>
            <w:tcW w:type="dxa" w:w="4320"/>
          </w:tcPr>
          <w:p>
            <w:r>
              <w:t>30</w:t>
            </w:r>
          </w:p>
        </w:tc>
      </w:tr>
      <w:tr>
        <w:tc>
          <w:tcPr>
            <w:tcW w:type="dxa" w:w="4320"/>
          </w:tcPr>
          <w:p>
            <w:r>
              <w:t>2026-07-06</w:t>
            </w:r>
          </w:p>
        </w:tc>
        <w:tc>
          <w:tcPr>
            <w:tcW w:type="dxa" w:w="4320"/>
          </w:tcPr>
          <w:p>
            <w:r>
              <w:t>0</w:t>
            </w:r>
          </w:p>
        </w:tc>
      </w:tr>
      <w:tr>
        <w:tc>
          <w:tcPr>
            <w:tcW w:type="dxa" w:w="4320"/>
          </w:tcPr>
          <w:p>
            <w:r>
              <w:t>2026-07-13</w:t>
            </w:r>
          </w:p>
        </w:tc>
        <w:tc>
          <w:tcPr>
            <w:tcW w:type="dxa" w:w="4320"/>
          </w:tcPr>
          <w:p>
            <w:r>
              <w:t>0</w:t>
            </w:r>
          </w:p>
        </w:tc>
      </w:tr>
      <w:tr>
        <w:tc>
          <w:tcPr>
            <w:tcW w:type="dxa" w:w="4320"/>
          </w:tcPr>
          <w:p>
            <w:r>
              <w:t>2026-07-20</w:t>
            </w:r>
          </w:p>
        </w:tc>
        <w:tc>
          <w:tcPr>
            <w:tcW w:type="dxa" w:w="4320"/>
          </w:tcPr>
          <w:p>
            <w:r>
              <w:t>0</w:t>
            </w:r>
          </w:p>
        </w:tc>
      </w:tr>
      <w:tr>
        <w:tc>
          <w:tcPr>
            <w:tcW w:type="dxa" w:w="4320"/>
          </w:tcPr>
          <w:p>
            <w:r>
              <w:t>2026-07-27</w:t>
            </w:r>
          </w:p>
        </w:tc>
        <w:tc>
          <w:tcPr>
            <w:tcW w:type="dxa" w:w="4320"/>
          </w:tcPr>
          <w:p>
            <w:r>
              <w:t>30</w:t>
            </w:r>
          </w:p>
        </w:tc>
      </w:tr>
      <w:tr>
        <w:tc>
          <w:tcPr>
            <w:tcW w:type="dxa" w:w="4320"/>
          </w:tcPr>
          <w:p>
            <w:r>
              <w:t>2026-08-03</w:t>
            </w:r>
          </w:p>
        </w:tc>
        <w:tc>
          <w:tcPr>
            <w:tcW w:type="dxa" w:w="4320"/>
          </w:tcPr>
          <w:p>
            <w:r>
              <w:t>0</w:t>
            </w:r>
          </w:p>
        </w:tc>
      </w:tr>
      <w:tr>
        <w:tc>
          <w:tcPr>
            <w:tcW w:type="dxa" w:w="4320"/>
          </w:tcPr>
          <w:p>
            <w:r>
              <w:t>2026-08-10</w:t>
            </w:r>
          </w:p>
        </w:tc>
        <w:tc>
          <w:tcPr>
            <w:tcW w:type="dxa" w:w="4320"/>
          </w:tcPr>
          <w:p>
            <w:r>
              <w:t>0</w:t>
            </w:r>
          </w:p>
        </w:tc>
      </w:tr>
      <w:tr>
        <w:tc>
          <w:tcPr>
            <w:tcW w:type="dxa" w:w="4320"/>
          </w:tcPr>
          <w:p>
            <w:r>
              <w:t>2026-08-17</w:t>
            </w:r>
          </w:p>
        </w:tc>
        <w:tc>
          <w:tcPr>
            <w:tcW w:type="dxa" w:w="4320"/>
          </w:tcPr>
          <w:p>
            <w:r>
              <w:t>0</w:t>
            </w:r>
          </w:p>
        </w:tc>
      </w:tr>
      <w:tr>
        <w:tc>
          <w:tcPr>
            <w:tcW w:type="dxa" w:w="4320"/>
          </w:tcPr>
          <w:p>
            <w:r>
              <w:t>2026-08-24</w:t>
            </w:r>
          </w:p>
        </w:tc>
        <w:tc>
          <w:tcPr>
            <w:tcW w:type="dxa" w:w="4320"/>
          </w:tcPr>
          <w:p>
            <w:r>
              <w:t>0</w:t>
            </w:r>
          </w:p>
        </w:tc>
      </w:tr>
      <w:tr>
        <w:tc>
          <w:tcPr>
            <w:tcW w:type="dxa" w:w="4320"/>
          </w:tcPr>
          <w:p>
            <w:r>
              <w:t>2026-08-31</w:t>
            </w:r>
          </w:p>
        </w:tc>
        <w:tc>
          <w:tcPr>
            <w:tcW w:type="dxa" w:w="4320"/>
          </w:tcPr>
          <w:p>
            <w:r>
              <w:t>30</w:t>
            </w:r>
          </w:p>
        </w:tc>
      </w:tr>
    </w:tbl>
    <w:p/>
    <w:p>
      <w:pPr>
        <w:pStyle w:val="Heading2"/>
      </w:pPr>
      <w:r>
        <w:t>Figure 27. Daily progress by zone over time (date) [88]</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2026-02-23</w:t>
            </w:r>
          </w:p>
        </w:tc>
        <w:tc>
          <w:tcPr>
            <w:tcW w:type="dxa" w:w="4320"/>
          </w:tcPr>
          <w:p>
            <w:r>
              <w:t>8</w:t>
            </w:r>
          </w:p>
        </w:tc>
      </w:tr>
      <w:tr>
        <w:tc>
          <w:tcPr>
            <w:tcW w:type="dxa" w:w="4320"/>
          </w:tcPr>
          <w:p>
            <w:r>
              <w:t>2026-03-02</w:t>
            </w:r>
          </w:p>
        </w:tc>
        <w:tc>
          <w:tcPr>
            <w:tcW w:type="dxa" w:w="4320"/>
          </w:tcPr>
          <w:p>
            <w:r>
              <w:t>48</w:t>
            </w:r>
          </w:p>
        </w:tc>
      </w:tr>
      <w:tr>
        <w:tc>
          <w:tcPr>
            <w:tcW w:type="dxa" w:w="4320"/>
          </w:tcPr>
          <w:p>
            <w:r>
              <w:t>2026-03-09</w:t>
            </w:r>
          </w:p>
        </w:tc>
        <w:tc>
          <w:tcPr>
            <w:tcW w:type="dxa" w:w="4320"/>
          </w:tcPr>
          <w:p>
            <w:r>
              <w:t>48</w:t>
            </w:r>
          </w:p>
        </w:tc>
      </w:tr>
      <w:tr>
        <w:tc>
          <w:tcPr>
            <w:tcW w:type="dxa" w:w="4320"/>
          </w:tcPr>
          <w:p>
            <w:r>
              <w:t>2026-03-16</w:t>
            </w:r>
          </w:p>
        </w:tc>
        <w:tc>
          <w:tcPr>
            <w:tcW w:type="dxa" w:w="4320"/>
          </w:tcPr>
          <w:p>
            <w:r>
              <w:t>48</w:t>
            </w:r>
          </w:p>
        </w:tc>
      </w:tr>
      <w:tr>
        <w:tc>
          <w:tcPr>
            <w:tcW w:type="dxa" w:w="4320"/>
          </w:tcPr>
          <w:p>
            <w:r>
              <w:t>2026-03-23</w:t>
            </w:r>
          </w:p>
        </w:tc>
        <w:tc>
          <w:tcPr>
            <w:tcW w:type="dxa" w:w="4320"/>
          </w:tcPr>
          <w:p>
            <w:r>
              <w:t>48</w:t>
            </w:r>
          </w:p>
        </w:tc>
      </w:tr>
      <w:tr>
        <w:tc>
          <w:tcPr>
            <w:tcW w:type="dxa" w:w="4320"/>
          </w:tcPr>
          <w:p>
            <w:r>
              <w:t>2026-03-30</w:t>
            </w:r>
          </w:p>
        </w:tc>
        <w:tc>
          <w:tcPr>
            <w:tcW w:type="dxa" w:w="4320"/>
          </w:tcPr>
          <w:p>
            <w:r>
              <w:t>48</w:t>
            </w:r>
          </w:p>
        </w:tc>
      </w:tr>
      <w:tr>
        <w:tc>
          <w:tcPr>
            <w:tcW w:type="dxa" w:w="4320"/>
          </w:tcPr>
          <w:p>
            <w:r>
              <w:t>2026-04-06</w:t>
            </w:r>
          </w:p>
        </w:tc>
        <w:tc>
          <w:tcPr>
            <w:tcW w:type="dxa" w:w="4320"/>
          </w:tcPr>
          <w:p>
            <w:r>
              <w:t>48</w:t>
            </w:r>
          </w:p>
        </w:tc>
      </w:tr>
      <w:tr>
        <w:tc>
          <w:tcPr>
            <w:tcW w:type="dxa" w:w="4320"/>
          </w:tcPr>
          <w:p>
            <w:r>
              <w:t>2026-04-13</w:t>
            </w:r>
          </w:p>
        </w:tc>
        <w:tc>
          <w:tcPr>
            <w:tcW w:type="dxa" w:w="4320"/>
          </w:tcPr>
          <w:p>
            <w:r>
              <w:t>48</w:t>
            </w:r>
          </w:p>
        </w:tc>
      </w:tr>
      <w:tr>
        <w:tc>
          <w:tcPr>
            <w:tcW w:type="dxa" w:w="4320"/>
          </w:tcPr>
          <w:p>
            <w:r>
              <w:t>2026-04-20</w:t>
            </w:r>
          </w:p>
        </w:tc>
        <w:tc>
          <w:tcPr>
            <w:tcW w:type="dxa" w:w="4320"/>
          </w:tcPr>
          <w:p>
            <w:r>
              <w:t>48</w:t>
            </w:r>
          </w:p>
        </w:tc>
      </w:tr>
      <w:tr>
        <w:tc>
          <w:tcPr>
            <w:tcW w:type="dxa" w:w="4320"/>
          </w:tcPr>
          <w:p>
            <w:r>
              <w:t>2026-04-27</w:t>
            </w:r>
          </w:p>
        </w:tc>
        <w:tc>
          <w:tcPr>
            <w:tcW w:type="dxa" w:w="4320"/>
          </w:tcPr>
          <w:p>
            <w:r>
              <w:t>48</w:t>
            </w:r>
          </w:p>
        </w:tc>
      </w:tr>
      <w:tr>
        <w:tc>
          <w:tcPr>
            <w:tcW w:type="dxa" w:w="4320"/>
          </w:tcPr>
          <w:p>
            <w:r>
              <w:t>2026-05-04</w:t>
            </w:r>
          </w:p>
        </w:tc>
        <w:tc>
          <w:tcPr>
            <w:tcW w:type="dxa" w:w="4320"/>
          </w:tcPr>
          <w:p>
            <w:r>
              <w:t>48</w:t>
            </w:r>
          </w:p>
        </w:tc>
      </w:tr>
      <w:tr>
        <w:tc>
          <w:tcPr>
            <w:tcW w:type="dxa" w:w="4320"/>
          </w:tcPr>
          <w:p>
            <w:r>
              <w:t>2026-05-11</w:t>
            </w:r>
          </w:p>
        </w:tc>
        <w:tc>
          <w:tcPr>
            <w:tcW w:type="dxa" w:w="4320"/>
          </w:tcPr>
          <w:p>
            <w:r>
              <w:t>48</w:t>
            </w:r>
          </w:p>
        </w:tc>
      </w:tr>
      <w:tr>
        <w:tc>
          <w:tcPr>
            <w:tcW w:type="dxa" w:w="4320"/>
          </w:tcPr>
          <w:p>
            <w:r>
              <w:t>2026-05-18</w:t>
            </w:r>
          </w:p>
        </w:tc>
        <w:tc>
          <w:tcPr>
            <w:tcW w:type="dxa" w:w="4320"/>
          </w:tcPr>
          <w:p>
            <w:r>
              <w:t>48</w:t>
            </w:r>
          </w:p>
        </w:tc>
      </w:tr>
      <w:tr>
        <w:tc>
          <w:tcPr>
            <w:tcW w:type="dxa" w:w="4320"/>
          </w:tcPr>
          <w:p>
            <w:r>
              <w:t>2026-05-25</w:t>
            </w:r>
          </w:p>
        </w:tc>
        <w:tc>
          <w:tcPr>
            <w:tcW w:type="dxa" w:w="4320"/>
          </w:tcPr>
          <w:p>
            <w:r>
              <w:t>48</w:t>
            </w:r>
          </w:p>
        </w:tc>
      </w:tr>
      <w:tr>
        <w:tc>
          <w:tcPr>
            <w:tcW w:type="dxa" w:w="4320"/>
          </w:tcPr>
          <w:p>
            <w:r>
              <w:t>2026-06-01</w:t>
            </w:r>
          </w:p>
        </w:tc>
        <w:tc>
          <w:tcPr>
            <w:tcW w:type="dxa" w:w="4320"/>
          </w:tcPr>
          <w:p>
            <w:r>
              <w:t>48</w:t>
            </w:r>
          </w:p>
        </w:tc>
      </w:tr>
      <w:tr>
        <w:tc>
          <w:tcPr>
            <w:tcW w:type="dxa" w:w="4320"/>
          </w:tcPr>
          <w:p>
            <w:r>
              <w:t>2026-06-08</w:t>
            </w:r>
          </w:p>
        </w:tc>
        <w:tc>
          <w:tcPr>
            <w:tcW w:type="dxa" w:w="4320"/>
          </w:tcPr>
          <w:p>
            <w:r>
              <w:t>48</w:t>
            </w:r>
          </w:p>
        </w:tc>
      </w:tr>
      <w:tr>
        <w:tc>
          <w:tcPr>
            <w:tcW w:type="dxa" w:w="4320"/>
          </w:tcPr>
          <w:p>
            <w:r>
              <w:t>2026-06-15</w:t>
            </w:r>
          </w:p>
        </w:tc>
        <w:tc>
          <w:tcPr>
            <w:tcW w:type="dxa" w:w="4320"/>
          </w:tcPr>
          <w:p>
            <w:r>
              <w:t>48</w:t>
            </w:r>
          </w:p>
        </w:tc>
      </w:tr>
      <w:tr>
        <w:tc>
          <w:tcPr>
            <w:tcW w:type="dxa" w:w="4320"/>
          </w:tcPr>
          <w:p>
            <w:r>
              <w:t>2026-06-22</w:t>
            </w:r>
          </w:p>
        </w:tc>
        <w:tc>
          <w:tcPr>
            <w:tcW w:type="dxa" w:w="4320"/>
          </w:tcPr>
          <w:p>
            <w:r>
              <w:t>48</w:t>
            </w:r>
          </w:p>
        </w:tc>
      </w:tr>
      <w:tr>
        <w:tc>
          <w:tcPr>
            <w:tcW w:type="dxa" w:w="4320"/>
          </w:tcPr>
          <w:p>
            <w:r>
              <w:t>2026-06-29</w:t>
            </w:r>
          </w:p>
        </w:tc>
        <w:tc>
          <w:tcPr>
            <w:tcW w:type="dxa" w:w="4320"/>
          </w:tcPr>
          <w:p>
            <w:r>
              <w:t>48</w:t>
            </w:r>
          </w:p>
        </w:tc>
      </w:tr>
      <w:tr>
        <w:tc>
          <w:tcPr>
            <w:tcW w:type="dxa" w:w="4320"/>
          </w:tcPr>
          <w:p>
            <w:r>
              <w:t>2026-07-06</w:t>
            </w:r>
          </w:p>
        </w:tc>
        <w:tc>
          <w:tcPr>
            <w:tcW w:type="dxa" w:w="4320"/>
          </w:tcPr>
          <w:p>
            <w:r>
              <w:t>48</w:t>
            </w:r>
          </w:p>
        </w:tc>
      </w:tr>
      <w:tr>
        <w:tc>
          <w:tcPr>
            <w:tcW w:type="dxa" w:w="4320"/>
          </w:tcPr>
          <w:p>
            <w:r>
              <w:t>2026-07-13</w:t>
            </w:r>
          </w:p>
        </w:tc>
        <w:tc>
          <w:tcPr>
            <w:tcW w:type="dxa" w:w="4320"/>
          </w:tcPr>
          <w:p>
            <w:r>
              <w:t>48</w:t>
            </w:r>
          </w:p>
        </w:tc>
      </w:tr>
      <w:tr>
        <w:tc>
          <w:tcPr>
            <w:tcW w:type="dxa" w:w="4320"/>
          </w:tcPr>
          <w:p>
            <w:r>
              <w:t>2026-07-20</w:t>
            </w:r>
          </w:p>
        </w:tc>
        <w:tc>
          <w:tcPr>
            <w:tcW w:type="dxa" w:w="4320"/>
          </w:tcPr>
          <w:p>
            <w:r>
              <w:t>48</w:t>
            </w:r>
          </w:p>
        </w:tc>
      </w:tr>
      <w:tr>
        <w:tc>
          <w:tcPr>
            <w:tcW w:type="dxa" w:w="4320"/>
          </w:tcPr>
          <w:p>
            <w:r>
              <w:t>2026-07-27</w:t>
            </w:r>
          </w:p>
        </w:tc>
        <w:tc>
          <w:tcPr>
            <w:tcW w:type="dxa" w:w="4320"/>
          </w:tcPr>
          <w:p>
            <w:r>
              <w:t>48</w:t>
            </w:r>
          </w:p>
        </w:tc>
      </w:tr>
      <w:tr>
        <w:tc>
          <w:tcPr>
            <w:tcW w:type="dxa" w:w="4320"/>
          </w:tcPr>
          <w:p>
            <w:r>
              <w:t>2026-08-03</w:t>
            </w:r>
          </w:p>
        </w:tc>
        <w:tc>
          <w:tcPr>
            <w:tcW w:type="dxa" w:w="4320"/>
          </w:tcPr>
          <w:p>
            <w:r>
              <w:t>48</w:t>
            </w:r>
          </w:p>
        </w:tc>
      </w:tr>
      <w:tr>
        <w:tc>
          <w:tcPr>
            <w:tcW w:type="dxa" w:w="4320"/>
          </w:tcPr>
          <w:p>
            <w:r>
              <w:t>2026-08-10</w:t>
            </w:r>
          </w:p>
        </w:tc>
        <w:tc>
          <w:tcPr>
            <w:tcW w:type="dxa" w:w="4320"/>
          </w:tcPr>
          <w:p>
            <w:r>
              <w:t>48</w:t>
            </w:r>
          </w:p>
        </w:tc>
      </w:tr>
      <w:tr>
        <w:tc>
          <w:tcPr>
            <w:tcW w:type="dxa" w:w="4320"/>
          </w:tcPr>
          <w:p>
            <w:r>
              <w:t>2026-08-17</w:t>
            </w:r>
          </w:p>
        </w:tc>
        <w:tc>
          <w:tcPr>
            <w:tcW w:type="dxa" w:w="4320"/>
          </w:tcPr>
          <w:p>
            <w:r>
              <w:t>48</w:t>
            </w:r>
          </w:p>
        </w:tc>
      </w:tr>
      <w:tr>
        <w:tc>
          <w:tcPr>
            <w:tcW w:type="dxa" w:w="4320"/>
          </w:tcPr>
          <w:p>
            <w:r>
              <w:t>2026-08-24</w:t>
            </w:r>
          </w:p>
        </w:tc>
        <w:tc>
          <w:tcPr>
            <w:tcW w:type="dxa" w:w="4320"/>
          </w:tcPr>
          <w:p>
            <w:r>
              <w:t>48</w:t>
            </w:r>
          </w:p>
        </w:tc>
      </w:tr>
      <w:tr>
        <w:tc>
          <w:tcPr>
            <w:tcW w:type="dxa" w:w="4320"/>
          </w:tcPr>
          <w:p>
            <w:r>
              <w:t>2026-08-31</w:t>
            </w:r>
          </w:p>
        </w:tc>
        <w:tc>
          <w:tcPr>
            <w:tcW w:type="dxa" w:w="4320"/>
          </w:tcPr>
          <w:p>
            <w:r>
              <w:t>8</w:t>
            </w:r>
          </w:p>
        </w:tc>
      </w:tr>
    </w:tbl>
    <w:p/>
    <w:p>
      <w:pPr>
        <w:pStyle w:val="Heading2"/>
      </w:pPr>
      <w:r>
        <w:t>Figure 28. Deliveries log over time (date)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ready-mix concrete</w:t>
            </w:r>
          </w:p>
        </w:tc>
        <w:tc>
          <w:tcPr>
            <w:tcW w:type="dxa" w:w="2880"/>
          </w:tcPr>
          <w:p>
            <w:r>
              <w:t>0</w:t>
            </w:r>
          </w:p>
        </w:tc>
      </w:tr>
      <w:tr>
        <w:tc>
          <w:tcPr>
            <w:tcW w:type="dxa" w:w="2880"/>
          </w:tcPr>
          <w:p>
            <w:r>
              <w:t>2026-02-23</w:t>
            </w:r>
          </w:p>
        </w:tc>
        <w:tc>
          <w:tcPr>
            <w:tcW w:type="dxa" w:w="2880"/>
          </w:tcPr>
          <w:p>
            <w:r>
              <w:t>rebar</w:t>
            </w:r>
          </w:p>
        </w:tc>
        <w:tc>
          <w:tcPr>
            <w:tcW w:type="dxa" w:w="2880"/>
          </w:tcPr>
          <w:p>
            <w:r>
              <w:t>1</w:t>
            </w:r>
          </w:p>
        </w:tc>
      </w:tr>
      <w:tr>
        <w:tc>
          <w:tcPr>
            <w:tcW w:type="dxa" w:w="2880"/>
          </w:tcPr>
          <w:p>
            <w:r>
              <w:t>2026-02-23</w:t>
            </w:r>
          </w:p>
        </w:tc>
        <w:tc>
          <w:tcPr>
            <w:tcW w:type="dxa" w:w="2880"/>
          </w:tcPr>
          <w:p>
            <w:r>
              <w:t>MEP</w:t>
            </w:r>
          </w:p>
        </w:tc>
        <w:tc>
          <w:tcPr>
            <w:tcW w:type="dxa" w:w="2880"/>
          </w:tcPr>
          <w:p>
            <w:r>
              <w:t>0</w:t>
            </w:r>
          </w:p>
        </w:tc>
      </w:tr>
      <w:tr>
        <w:tc>
          <w:tcPr>
            <w:tcW w:type="dxa" w:w="2880"/>
          </w:tcPr>
          <w:p>
            <w:r>
              <w:t>2026-02-23</w:t>
            </w:r>
          </w:p>
        </w:tc>
        <w:tc>
          <w:tcPr>
            <w:tcW w:type="dxa" w:w="2880"/>
          </w:tcPr>
          <w:p>
            <w:r>
              <w:t>precast</w:t>
            </w:r>
          </w:p>
        </w:tc>
        <w:tc>
          <w:tcPr>
            <w:tcW w:type="dxa" w:w="2880"/>
          </w:tcPr>
          <w:p>
            <w:r>
              <w:t>0</w:t>
            </w:r>
          </w:p>
        </w:tc>
      </w:tr>
      <w:tr>
        <w:tc>
          <w:tcPr>
            <w:tcW w:type="dxa" w:w="2880"/>
          </w:tcPr>
          <w:p>
            <w:r>
              <w:t>2026-02-23</w:t>
            </w:r>
          </w:p>
        </w:tc>
        <w:tc>
          <w:tcPr>
            <w:tcW w:type="dxa" w:w="2880"/>
          </w:tcPr>
          <w:p>
            <w:r>
              <w:t>formwork</w:t>
            </w:r>
          </w:p>
        </w:tc>
        <w:tc>
          <w:tcPr>
            <w:tcW w:type="dxa" w:w="2880"/>
          </w:tcPr>
          <w:p>
            <w:r>
              <w:t>0</w:t>
            </w:r>
          </w:p>
        </w:tc>
      </w:tr>
      <w:tr>
        <w:tc>
          <w:tcPr>
            <w:tcW w:type="dxa" w:w="2880"/>
          </w:tcPr>
          <w:p>
            <w:r>
              <w:t>2026-03-02</w:t>
            </w:r>
          </w:p>
        </w:tc>
        <w:tc>
          <w:tcPr>
            <w:tcW w:type="dxa" w:w="2880"/>
          </w:tcPr>
          <w:p>
            <w:r>
              <w:t>ready-mix concrete</w:t>
            </w:r>
          </w:p>
        </w:tc>
        <w:tc>
          <w:tcPr>
            <w:tcW w:type="dxa" w:w="2880"/>
          </w:tcPr>
          <w:p>
            <w:r>
              <w:t>6</w:t>
            </w:r>
          </w:p>
        </w:tc>
      </w:tr>
      <w:tr>
        <w:tc>
          <w:tcPr>
            <w:tcW w:type="dxa" w:w="2880"/>
          </w:tcPr>
          <w:p>
            <w:r>
              <w:t>2026-03-02</w:t>
            </w:r>
          </w:p>
        </w:tc>
        <w:tc>
          <w:tcPr>
            <w:tcW w:type="dxa" w:w="2880"/>
          </w:tcPr>
          <w:p>
            <w:r>
              <w:t>rebar</w:t>
            </w:r>
          </w:p>
        </w:tc>
        <w:tc>
          <w:tcPr>
            <w:tcW w:type="dxa" w:w="2880"/>
          </w:tcPr>
          <w:p>
            <w:r>
              <w:t>0</w:t>
            </w:r>
          </w:p>
        </w:tc>
      </w:tr>
      <w:tr>
        <w:tc>
          <w:tcPr>
            <w:tcW w:type="dxa" w:w="2880"/>
          </w:tcPr>
          <w:p>
            <w:r>
              <w:t>2026-03-02</w:t>
            </w:r>
          </w:p>
        </w:tc>
        <w:tc>
          <w:tcPr>
            <w:tcW w:type="dxa" w:w="2880"/>
          </w:tcPr>
          <w:p>
            <w:r>
              <w:t>MEP</w:t>
            </w:r>
          </w:p>
        </w:tc>
        <w:tc>
          <w:tcPr>
            <w:tcW w:type="dxa" w:w="2880"/>
          </w:tcPr>
          <w:p>
            <w:r>
              <w:t>3</w:t>
            </w:r>
          </w:p>
        </w:tc>
      </w:tr>
      <w:tr>
        <w:tc>
          <w:tcPr>
            <w:tcW w:type="dxa" w:w="2880"/>
          </w:tcPr>
          <w:p>
            <w:r>
              <w:t>2026-03-02</w:t>
            </w:r>
          </w:p>
        </w:tc>
        <w:tc>
          <w:tcPr>
            <w:tcW w:type="dxa" w:w="2880"/>
          </w:tcPr>
          <w:p>
            <w:r>
              <w:t>precast</w:t>
            </w:r>
          </w:p>
        </w:tc>
        <w:tc>
          <w:tcPr>
            <w:tcW w:type="dxa" w:w="2880"/>
          </w:tcPr>
          <w:p>
            <w:r>
              <w:t>4</w:t>
            </w:r>
          </w:p>
        </w:tc>
      </w:tr>
      <w:tr>
        <w:tc>
          <w:tcPr>
            <w:tcW w:type="dxa" w:w="2880"/>
          </w:tcPr>
          <w:p>
            <w:r>
              <w:t>2026-03-02</w:t>
            </w:r>
          </w:p>
        </w:tc>
        <w:tc>
          <w:tcPr>
            <w:tcW w:type="dxa" w:w="2880"/>
          </w:tcPr>
          <w:p>
            <w:r>
              <w:t>formwork</w:t>
            </w:r>
          </w:p>
        </w:tc>
        <w:tc>
          <w:tcPr>
            <w:tcW w:type="dxa" w:w="2880"/>
          </w:tcPr>
          <w:p>
            <w:r>
              <w:t>9</w:t>
            </w:r>
          </w:p>
        </w:tc>
      </w:tr>
      <w:tr>
        <w:tc>
          <w:tcPr>
            <w:tcW w:type="dxa" w:w="2880"/>
          </w:tcPr>
          <w:p>
            <w:r>
              <w:t>2026-03-09</w:t>
            </w:r>
          </w:p>
        </w:tc>
        <w:tc>
          <w:tcPr>
            <w:tcW w:type="dxa" w:w="2880"/>
          </w:tcPr>
          <w:p>
            <w:r>
              <w:t>ready-mix concrete</w:t>
            </w:r>
          </w:p>
        </w:tc>
        <w:tc>
          <w:tcPr>
            <w:tcW w:type="dxa" w:w="2880"/>
          </w:tcPr>
          <w:p>
            <w:r>
              <w:t>5</w:t>
            </w:r>
          </w:p>
        </w:tc>
      </w:tr>
      <w:tr>
        <w:tc>
          <w:tcPr>
            <w:tcW w:type="dxa" w:w="2880"/>
          </w:tcPr>
          <w:p>
            <w:r>
              <w:t>2026-03-09</w:t>
            </w:r>
          </w:p>
        </w:tc>
        <w:tc>
          <w:tcPr>
            <w:tcW w:type="dxa" w:w="2880"/>
          </w:tcPr>
          <w:p>
            <w:r>
              <w:t>rebar</w:t>
            </w:r>
          </w:p>
        </w:tc>
        <w:tc>
          <w:tcPr>
            <w:tcW w:type="dxa" w:w="2880"/>
          </w:tcPr>
          <w:p>
            <w:r>
              <w:t>3</w:t>
            </w:r>
          </w:p>
        </w:tc>
      </w:tr>
      <w:tr>
        <w:tc>
          <w:tcPr>
            <w:tcW w:type="dxa" w:w="2880"/>
          </w:tcPr>
          <w:p>
            <w:r>
              <w:t>2026-03-09</w:t>
            </w:r>
          </w:p>
        </w:tc>
        <w:tc>
          <w:tcPr>
            <w:tcW w:type="dxa" w:w="2880"/>
          </w:tcPr>
          <w:p>
            <w:r>
              <w:t>MEP</w:t>
            </w:r>
          </w:p>
        </w:tc>
        <w:tc>
          <w:tcPr>
            <w:tcW w:type="dxa" w:w="2880"/>
          </w:tcPr>
          <w:p>
            <w:r>
              <w:t>7</w:t>
            </w:r>
          </w:p>
        </w:tc>
      </w:tr>
      <w:tr>
        <w:tc>
          <w:tcPr>
            <w:tcW w:type="dxa" w:w="2880"/>
          </w:tcPr>
          <w:p>
            <w:r>
              <w:t>2026-03-09</w:t>
            </w:r>
          </w:p>
        </w:tc>
        <w:tc>
          <w:tcPr>
            <w:tcW w:type="dxa" w:w="2880"/>
          </w:tcPr>
          <w:p>
            <w:r>
              <w:t>precast</w:t>
            </w:r>
          </w:p>
        </w:tc>
        <w:tc>
          <w:tcPr>
            <w:tcW w:type="dxa" w:w="2880"/>
          </w:tcPr>
          <w:p>
            <w:r>
              <w:t>2</w:t>
            </w:r>
          </w:p>
        </w:tc>
      </w:tr>
      <w:tr>
        <w:tc>
          <w:tcPr>
            <w:tcW w:type="dxa" w:w="2880"/>
          </w:tcPr>
          <w:p>
            <w:r>
              <w:t>2026-03-09</w:t>
            </w:r>
          </w:p>
        </w:tc>
        <w:tc>
          <w:tcPr>
            <w:tcW w:type="dxa" w:w="2880"/>
          </w:tcPr>
          <w:p>
            <w:r>
              <w:t>formwork</w:t>
            </w:r>
          </w:p>
        </w:tc>
        <w:tc>
          <w:tcPr>
            <w:tcW w:type="dxa" w:w="2880"/>
          </w:tcPr>
          <w:p>
            <w:r>
              <w:t>1</w:t>
            </w:r>
          </w:p>
        </w:tc>
      </w:tr>
      <w:tr>
        <w:tc>
          <w:tcPr>
            <w:tcW w:type="dxa" w:w="2880"/>
          </w:tcPr>
          <w:p>
            <w:r>
              <w:t>2026-03-16</w:t>
            </w:r>
          </w:p>
        </w:tc>
        <w:tc>
          <w:tcPr>
            <w:tcW w:type="dxa" w:w="2880"/>
          </w:tcPr>
          <w:p>
            <w:r>
              <w:t>ready-mix concrete</w:t>
            </w:r>
          </w:p>
        </w:tc>
        <w:tc>
          <w:tcPr>
            <w:tcW w:type="dxa" w:w="2880"/>
          </w:tcPr>
          <w:p>
            <w:r>
              <w:t>1</w:t>
            </w:r>
          </w:p>
        </w:tc>
      </w:tr>
      <w:tr>
        <w:tc>
          <w:tcPr>
            <w:tcW w:type="dxa" w:w="2880"/>
          </w:tcPr>
          <w:p>
            <w:r>
              <w:t>2026-03-16</w:t>
            </w:r>
          </w:p>
        </w:tc>
        <w:tc>
          <w:tcPr>
            <w:tcW w:type="dxa" w:w="2880"/>
          </w:tcPr>
          <w:p>
            <w:r>
              <w:t>rebar</w:t>
            </w:r>
          </w:p>
        </w:tc>
        <w:tc>
          <w:tcPr>
            <w:tcW w:type="dxa" w:w="2880"/>
          </w:tcPr>
          <w:p>
            <w:r>
              <w:t>2</w:t>
            </w:r>
          </w:p>
        </w:tc>
      </w:tr>
      <w:tr>
        <w:tc>
          <w:tcPr>
            <w:tcW w:type="dxa" w:w="2880"/>
          </w:tcPr>
          <w:p>
            <w:r>
              <w:t>2026-03-16</w:t>
            </w:r>
          </w:p>
        </w:tc>
        <w:tc>
          <w:tcPr>
            <w:tcW w:type="dxa" w:w="2880"/>
          </w:tcPr>
          <w:p>
            <w:r>
              <w:t>MEP</w:t>
            </w:r>
          </w:p>
        </w:tc>
        <w:tc>
          <w:tcPr>
            <w:tcW w:type="dxa" w:w="2880"/>
          </w:tcPr>
          <w:p>
            <w:r>
              <w:t>2</w:t>
            </w:r>
          </w:p>
        </w:tc>
      </w:tr>
      <w:tr>
        <w:tc>
          <w:tcPr>
            <w:tcW w:type="dxa" w:w="2880"/>
          </w:tcPr>
          <w:p>
            <w:r>
              <w:t>2026-03-16</w:t>
            </w:r>
          </w:p>
        </w:tc>
        <w:tc>
          <w:tcPr>
            <w:tcW w:type="dxa" w:w="2880"/>
          </w:tcPr>
          <w:p>
            <w:r>
              <w:t>precast</w:t>
            </w:r>
          </w:p>
        </w:tc>
        <w:tc>
          <w:tcPr>
            <w:tcW w:type="dxa" w:w="2880"/>
          </w:tcPr>
          <w:p>
            <w:r>
              <w:t>2</w:t>
            </w:r>
          </w:p>
        </w:tc>
      </w:tr>
      <w:tr>
        <w:tc>
          <w:tcPr>
            <w:tcW w:type="dxa" w:w="2880"/>
          </w:tcPr>
          <w:p>
            <w:r>
              <w:t>2026-03-16</w:t>
            </w:r>
          </w:p>
        </w:tc>
        <w:tc>
          <w:tcPr>
            <w:tcW w:type="dxa" w:w="2880"/>
          </w:tcPr>
          <w:p>
            <w:r>
              <w:t>formwork</w:t>
            </w:r>
          </w:p>
        </w:tc>
        <w:tc>
          <w:tcPr>
            <w:tcW w:type="dxa" w:w="2880"/>
          </w:tcPr>
          <w:p>
            <w:r>
              <w:t>1</w:t>
            </w:r>
          </w:p>
        </w:tc>
      </w:tr>
      <w:tr>
        <w:tc>
          <w:tcPr>
            <w:tcW w:type="dxa" w:w="2880"/>
          </w:tcPr>
          <w:p>
            <w:r>
              <w:t>2026-03-23</w:t>
            </w:r>
          </w:p>
        </w:tc>
        <w:tc>
          <w:tcPr>
            <w:tcW w:type="dxa" w:w="2880"/>
          </w:tcPr>
          <w:p>
            <w:r>
              <w:t>ready-mix concrete</w:t>
            </w:r>
          </w:p>
        </w:tc>
        <w:tc>
          <w:tcPr>
            <w:tcW w:type="dxa" w:w="2880"/>
          </w:tcPr>
          <w:p>
            <w:r>
              <w:t>3</w:t>
            </w:r>
          </w:p>
        </w:tc>
      </w:tr>
      <w:tr>
        <w:tc>
          <w:tcPr>
            <w:tcW w:type="dxa" w:w="2880"/>
          </w:tcPr>
          <w:p>
            <w:r>
              <w:t>2026-03-23</w:t>
            </w:r>
          </w:p>
        </w:tc>
        <w:tc>
          <w:tcPr>
            <w:tcW w:type="dxa" w:w="2880"/>
          </w:tcPr>
          <w:p>
            <w:r>
              <w:t>rebar</w:t>
            </w:r>
          </w:p>
        </w:tc>
        <w:tc>
          <w:tcPr>
            <w:tcW w:type="dxa" w:w="2880"/>
          </w:tcPr>
          <w:p>
            <w:r>
              <w:t>4</w:t>
            </w:r>
          </w:p>
        </w:tc>
      </w:tr>
      <w:tr>
        <w:tc>
          <w:tcPr>
            <w:tcW w:type="dxa" w:w="2880"/>
          </w:tcPr>
          <w:p>
            <w:r>
              <w:t>2026-03-23</w:t>
            </w:r>
          </w:p>
        </w:tc>
        <w:tc>
          <w:tcPr>
            <w:tcW w:type="dxa" w:w="2880"/>
          </w:tcPr>
          <w:p>
            <w:r>
              <w:t>MEP</w:t>
            </w:r>
          </w:p>
        </w:tc>
        <w:tc>
          <w:tcPr>
            <w:tcW w:type="dxa" w:w="2880"/>
          </w:tcPr>
          <w:p>
            <w:r>
              <w:t>4</w:t>
            </w:r>
          </w:p>
        </w:tc>
      </w:tr>
      <w:tr>
        <w:tc>
          <w:tcPr>
            <w:tcW w:type="dxa" w:w="2880"/>
          </w:tcPr>
          <w:p>
            <w:r>
              <w:t>2026-03-23</w:t>
            </w:r>
          </w:p>
        </w:tc>
        <w:tc>
          <w:tcPr>
            <w:tcW w:type="dxa" w:w="2880"/>
          </w:tcPr>
          <w:p>
            <w:r>
              <w:t>precast</w:t>
            </w:r>
          </w:p>
        </w:tc>
        <w:tc>
          <w:tcPr>
            <w:tcW w:type="dxa" w:w="2880"/>
          </w:tcPr>
          <w:p>
            <w:r>
              <w:t>3</w:t>
            </w:r>
          </w:p>
        </w:tc>
      </w:tr>
      <w:tr>
        <w:tc>
          <w:tcPr>
            <w:tcW w:type="dxa" w:w="2880"/>
          </w:tcPr>
          <w:p>
            <w:r>
              <w:t>2026-03-23</w:t>
            </w:r>
          </w:p>
        </w:tc>
        <w:tc>
          <w:tcPr>
            <w:tcW w:type="dxa" w:w="2880"/>
          </w:tcPr>
          <w:p>
            <w:r>
              <w:t>formwork</w:t>
            </w:r>
          </w:p>
        </w:tc>
        <w:tc>
          <w:tcPr>
            <w:tcW w:type="dxa" w:w="2880"/>
          </w:tcPr>
          <w:p>
            <w:r>
              <w:t>2</w:t>
            </w:r>
          </w:p>
        </w:tc>
      </w:tr>
      <w:tr>
        <w:tc>
          <w:tcPr>
            <w:tcW w:type="dxa" w:w="2880"/>
          </w:tcPr>
          <w:p>
            <w:r>
              <w:t>2026-03-30</w:t>
            </w:r>
          </w:p>
        </w:tc>
        <w:tc>
          <w:tcPr>
            <w:tcW w:type="dxa" w:w="2880"/>
          </w:tcPr>
          <w:p>
            <w:r>
              <w:t>ready-mix concrete</w:t>
            </w:r>
          </w:p>
        </w:tc>
        <w:tc>
          <w:tcPr>
            <w:tcW w:type="dxa" w:w="2880"/>
          </w:tcPr>
          <w:p>
            <w:r>
              <w:t>4</w:t>
            </w:r>
          </w:p>
        </w:tc>
      </w:tr>
      <w:tr>
        <w:tc>
          <w:tcPr>
            <w:tcW w:type="dxa" w:w="2880"/>
          </w:tcPr>
          <w:p>
            <w:r>
              <w:t>2026-03-30</w:t>
            </w:r>
          </w:p>
        </w:tc>
        <w:tc>
          <w:tcPr>
            <w:tcW w:type="dxa" w:w="2880"/>
          </w:tcPr>
          <w:p>
            <w:r>
              <w:t>rebar</w:t>
            </w:r>
          </w:p>
        </w:tc>
        <w:tc>
          <w:tcPr>
            <w:tcW w:type="dxa" w:w="2880"/>
          </w:tcPr>
          <w:p>
            <w:r>
              <w:t>1</w:t>
            </w:r>
          </w:p>
        </w:tc>
      </w:tr>
      <w:tr>
        <w:tc>
          <w:tcPr>
            <w:tcW w:type="dxa" w:w="2880"/>
          </w:tcPr>
          <w:p>
            <w:r>
              <w:t>2026-03-30</w:t>
            </w:r>
          </w:p>
        </w:tc>
        <w:tc>
          <w:tcPr>
            <w:tcW w:type="dxa" w:w="2880"/>
          </w:tcPr>
          <w:p>
            <w:r>
              <w:t>MEP</w:t>
            </w:r>
          </w:p>
        </w:tc>
        <w:tc>
          <w:tcPr>
            <w:tcW w:type="dxa" w:w="2880"/>
          </w:tcPr>
          <w:p>
            <w:r>
              <w:t>8</w:t>
            </w:r>
          </w:p>
        </w:tc>
      </w:tr>
      <w:tr>
        <w:tc>
          <w:tcPr>
            <w:tcW w:type="dxa" w:w="2880"/>
          </w:tcPr>
          <w:p>
            <w:r>
              <w:t>2026-03-30</w:t>
            </w:r>
          </w:p>
        </w:tc>
        <w:tc>
          <w:tcPr>
            <w:tcW w:type="dxa" w:w="2880"/>
          </w:tcPr>
          <w:p>
            <w:r>
              <w:t>precast</w:t>
            </w:r>
          </w:p>
        </w:tc>
        <w:tc>
          <w:tcPr>
            <w:tcW w:type="dxa" w:w="2880"/>
          </w:tcPr>
          <w:p>
            <w:r>
              <w:t>1</w:t>
            </w:r>
          </w:p>
        </w:tc>
      </w:tr>
      <w:tr>
        <w:tc>
          <w:tcPr>
            <w:tcW w:type="dxa" w:w="2880"/>
          </w:tcPr>
          <w:p>
            <w:r>
              <w:t>2026-03-30</w:t>
            </w:r>
          </w:p>
        </w:tc>
        <w:tc>
          <w:tcPr>
            <w:tcW w:type="dxa" w:w="2880"/>
          </w:tcPr>
          <w:p>
            <w:r>
              <w:t>formwork</w:t>
            </w:r>
          </w:p>
        </w:tc>
        <w:tc>
          <w:tcPr>
            <w:tcW w:type="dxa" w:w="2880"/>
          </w:tcPr>
          <w:p>
            <w:r>
              <w:t>3</w:t>
            </w:r>
          </w:p>
        </w:tc>
      </w:tr>
      <w:tr>
        <w:tc>
          <w:tcPr>
            <w:tcW w:type="dxa" w:w="2880"/>
          </w:tcPr>
          <w:p>
            <w:r>
              <w:t>2026-04-06</w:t>
            </w:r>
          </w:p>
        </w:tc>
        <w:tc>
          <w:tcPr>
            <w:tcW w:type="dxa" w:w="2880"/>
          </w:tcPr>
          <w:p>
            <w:r>
              <w:t>ready-mix concrete</w:t>
            </w:r>
          </w:p>
        </w:tc>
        <w:tc>
          <w:tcPr>
            <w:tcW w:type="dxa" w:w="2880"/>
          </w:tcPr>
          <w:p>
            <w:r>
              <w:t>4</w:t>
            </w:r>
          </w:p>
        </w:tc>
      </w:tr>
      <w:tr>
        <w:tc>
          <w:tcPr>
            <w:tcW w:type="dxa" w:w="2880"/>
          </w:tcPr>
          <w:p>
            <w:r>
              <w:t>2026-04-06</w:t>
            </w:r>
          </w:p>
        </w:tc>
        <w:tc>
          <w:tcPr>
            <w:tcW w:type="dxa" w:w="2880"/>
          </w:tcPr>
          <w:p>
            <w:r>
              <w:t>rebar</w:t>
            </w:r>
          </w:p>
        </w:tc>
        <w:tc>
          <w:tcPr>
            <w:tcW w:type="dxa" w:w="2880"/>
          </w:tcPr>
          <w:p>
            <w:r>
              <w:t>3</w:t>
            </w:r>
          </w:p>
        </w:tc>
      </w:tr>
      <w:tr>
        <w:tc>
          <w:tcPr>
            <w:tcW w:type="dxa" w:w="2880"/>
          </w:tcPr>
          <w:p>
            <w:r>
              <w:t>2026-04-06</w:t>
            </w:r>
          </w:p>
        </w:tc>
        <w:tc>
          <w:tcPr>
            <w:tcW w:type="dxa" w:w="2880"/>
          </w:tcPr>
          <w:p>
            <w:r>
              <w:t>MEP</w:t>
            </w:r>
          </w:p>
        </w:tc>
        <w:tc>
          <w:tcPr>
            <w:tcW w:type="dxa" w:w="2880"/>
          </w:tcPr>
          <w:p>
            <w:r>
              <w:t>2</w:t>
            </w:r>
          </w:p>
        </w:tc>
      </w:tr>
      <w:tr>
        <w:tc>
          <w:tcPr>
            <w:tcW w:type="dxa" w:w="2880"/>
          </w:tcPr>
          <w:p>
            <w:r>
              <w:t>2026-04-06</w:t>
            </w:r>
          </w:p>
        </w:tc>
        <w:tc>
          <w:tcPr>
            <w:tcW w:type="dxa" w:w="2880"/>
          </w:tcPr>
          <w:p>
            <w:r>
              <w:t>precast</w:t>
            </w:r>
          </w:p>
        </w:tc>
        <w:tc>
          <w:tcPr>
            <w:tcW w:type="dxa" w:w="2880"/>
          </w:tcPr>
          <w:p>
            <w:r>
              <w:t>7</w:t>
            </w:r>
          </w:p>
        </w:tc>
      </w:tr>
      <w:tr>
        <w:tc>
          <w:tcPr>
            <w:tcW w:type="dxa" w:w="2880"/>
          </w:tcPr>
          <w:p>
            <w:r>
              <w:t>2026-04-06</w:t>
            </w:r>
          </w:p>
        </w:tc>
        <w:tc>
          <w:tcPr>
            <w:tcW w:type="dxa" w:w="2880"/>
          </w:tcPr>
          <w:p>
            <w:r>
              <w:t>formwork</w:t>
            </w:r>
          </w:p>
        </w:tc>
        <w:tc>
          <w:tcPr>
            <w:tcW w:type="dxa" w:w="2880"/>
          </w:tcPr>
          <w:p>
            <w:r>
              <w:t>4</w:t>
            </w:r>
          </w:p>
        </w:tc>
      </w:tr>
      <w:tr>
        <w:tc>
          <w:tcPr>
            <w:tcW w:type="dxa" w:w="2880"/>
          </w:tcPr>
          <w:p>
            <w:r>
              <w:t>2026-04-13</w:t>
            </w:r>
          </w:p>
        </w:tc>
        <w:tc>
          <w:tcPr>
            <w:tcW w:type="dxa" w:w="2880"/>
          </w:tcPr>
          <w:p>
            <w:r>
              <w:t>ready-mix concrete</w:t>
            </w:r>
          </w:p>
        </w:tc>
        <w:tc>
          <w:tcPr>
            <w:tcW w:type="dxa" w:w="2880"/>
          </w:tcPr>
          <w:p>
            <w:r>
              <w:t>3</w:t>
            </w:r>
          </w:p>
        </w:tc>
      </w:tr>
      <w:tr>
        <w:tc>
          <w:tcPr>
            <w:tcW w:type="dxa" w:w="2880"/>
          </w:tcPr>
          <w:p>
            <w:r>
              <w:t>2026-04-13</w:t>
            </w:r>
          </w:p>
        </w:tc>
        <w:tc>
          <w:tcPr>
            <w:tcW w:type="dxa" w:w="2880"/>
          </w:tcPr>
          <w:p>
            <w:r>
              <w:t>rebar</w:t>
            </w:r>
          </w:p>
        </w:tc>
        <w:tc>
          <w:tcPr>
            <w:tcW w:type="dxa" w:w="2880"/>
          </w:tcPr>
          <w:p>
            <w:r>
              <w:t>2</w:t>
            </w:r>
          </w:p>
        </w:tc>
      </w:tr>
      <w:tr>
        <w:tc>
          <w:tcPr>
            <w:tcW w:type="dxa" w:w="2880"/>
          </w:tcPr>
          <w:p>
            <w:r>
              <w:t>2026-04-13</w:t>
            </w:r>
          </w:p>
        </w:tc>
        <w:tc>
          <w:tcPr>
            <w:tcW w:type="dxa" w:w="2880"/>
          </w:tcPr>
          <w:p>
            <w:r>
              <w:t>MEP</w:t>
            </w:r>
          </w:p>
        </w:tc>
        <w:tc>
          <w:tcPr>
            <w:tcW w:type="dxa" w:w="2880"/>
          </w:tcPr>
          <w:p>
            <w:r>
              <w:t>2</w:t>
            </w:r>
          </w:p>
        </w:tc>
      </w:tr>
      <w:tr>
        <w:tc>
          <w:tcPr>
            <w:tcW w:type="dxa" w:w="2880"/>
          </w:tcPr>
          <w:p>
            <w:r>
              <w:t>2026-04-13</w:t>
            </w:r>
          </w:p>
        </w:tc>
        <w:tc>
          <w:tcPr>
            <w:tcW w:type="dxa" w:w="2880"/>
          </w:tcPr>
          <w:p>
            <w:r>
              <w:t>precast</w:t>
            </w:r>
          </w:p>
        </w:tc>
        <w:tc>
          <w:tcPr>
            <w:tcW w:type="dxa" w:w="2880"/>
          </w:tcPr>
          <w:p>
            <w:r>
              <w:t>7</w:t>
            </w:r>
          </w:p>
        </w:tc>
      </w:tr>
      <w:tr>
        <w:tc>
          <w:tcPr>
            <w:tcW w:type="dxa" w:w="2880"/>
          </w:tcPr>
          <w:p>
            <w:r>
              <w:t>2026-04-13</w:t>
            </w:r>
          </w:p>
        </w:tc>
        <w:tc>
          <w:tcPr>
            <w:tcW w:type="dxa" w:w="2880"/>
          </w:tcPr>
          <w:p>
            <w:r>
              <w:t>formwork</w:t>
            </w:r>
          </w:p>
        </w:tc>
        <w:tc>
          <w:tcPr>
            <w:tcW w:type="dxa" w:w="2880"/>
          </w:tcPr>
          <w:p>
            <w:r>
              <w:t>5</w:t>
            </w:r>
          </w:p>
        </w:tc>
      </w:tr>
      <w:tr>
        <w:tc>
          <w:tcPr>
            <w:tcW w:type="dxa" w:w="2880"/>
          </w:tcPr>
          <w:p>
            <w:r>
              <w:t>2026-04-20</w:t>
            </w:r>
          </w:p>
        </w:tc>
        <w:tc>
          <w:tcPr>
            <w:tcW w:type="dxa" w:w="2880"/>
          </w:tcPr>
          <w:p>
            <w:r>
              <w:t>ready-mix concrete</w:t>
            </w:r>
          </w:p>
        </w:tc>
        <w:tc>
          <w:tcPr>
            <w:tcW w:type="dxa" w:w="2880"/>
          </w:tcPr>
          <w:p>
            <w:r>
              <w:t>2</w:t>
            </w:r>
          </w:p>
        </w:tc>
      </w:tr>
      <w:tr>
        <w:tc>
          <w:tcPr>
            <w:tcW w:type="dxa" w:w="2880"/>
          </w:tcPr>
          <w:p>
            <w:r>
              <w:t>2026-04-20</w:t>
            </w:r>
          </w:p>
        </w:tc>
        <w:tc>
          <w:tcPr>
            <w:tcW w:type="dxa" w:w="2880"/>
          </w:tcPr>
          <w:p>
            <w:r>
              <w:t>rebar</w:t>
            </w:r>
          </w:p>
        </w:tc>
        <w:tc>
          <w:tcPr>
            <w:tcW w:type="dxa" w:w="2880"/>
          </w:tcPr>
          <w:p>
            <w:r>
              <w:t>4</w:t>
            </w:r>
          </w:p>
        </w:tc>
      </w:tr>
      <w:tr>
        <w:tc>
          <w:tcPr>
            <w:tcW w:type="dxa" w:w="2880"/>
          </w:tcPr>
          <w:p>
            <w:r>
              <w:t>2026-04-20</w:t>
            </w:r>
          </w:p>
        </w:tc>
        <w:tc>
          <w:tcPr>
            <w:tcW w:type="dxa" w:w="2880"/>
          </w:tcPr>
          <w:p>
            <w:r>
              <w:t>MEP</w:t>
            </w:r>
          </w:p>
        </w:tc>
        <w:tc>
          <w:tcPr>
            <w:tcW w:type="dxa" w:w="2880"/>
          </w:tcPr>
          <w:p>
            <w:r>
              <w:t>3</w:t>
            </w:r>
          </w:p>
        </w:tc>
      </w:tr>
      <w:tr>
        <w:tc>
          <w:tcPr>
            <w:tcW w:type="dxa" w:w="2880"/>
          </w:tcPr>
          <w:p>
            <w:r>
              <w:t>2026-04-20</w:t>
            </w:r>
          </w:p>
        </w:tc>
        <w:tc>
          <w:tcPr>
            <w:tcW w:type="dxa" w:w="2880"/>
          </w:tcPr>
          <w:p>
            <w:r>
              <w:t>precast</w:t>
            </w:r>
          </w:p>
        </w:tc>
        <w:tc>
          <w:tcPr>
            <w:tcW w:type="dxa" w:w="2880"/>
          </w:tcPr>
          <w:p>
            <w:r>
              <w:t>2</w:t>
            </w:r>
          </w:p>
        </w:tc>
      </w:tr>
      <w:tr>
        <w:tc>
          <w:tcPr>
            <w:tcW w:type="dxa" w:w="2880"/>
          </w:tcPr>
          <w:p>
            <w:r>
              <w:t>2026-04-20</w:t>
            </w:r>
          </w:p>
        </w:tc>
        <w:tc>
          <w:tcPr>
            <w:tcW w:type="dxa" w:w="2880"/>
          </w:tcPr>
          <w:p>
            <w:r>
              <w:t>formwork</w:t>
            </w:r>
          </w:p>
        </w:tc>
        <w:tc>
          <w:tcPr>
            <w:tcW w:type="dxa" w:w="2880"/>
          </w:tcPr>
          <w:p>
            <w:r>
              <w:t>4</w:t>
            </w:r>
          </w:p>
        </w:tc>
      </w:tr>
      <w:tr>
        <w:tc>
          <w:tcPr>
            <w:tcW w:type="dxa" w:w="2880"/>
          </w:tcPr>
          <w:p>
            <w:r>
              <w:t>2026-04-27</w:t>
            </w:r>
          </w:p>
        </w:tc>
        <w:tc>
          <w:tcPr>
            <w:tcW w:type="dxa" w:w="2880"/>
          </w:tcPr>
          <w:p>
            <w:r>
              <w:t>ready-mix concrete</w:t>
            </w:r>
          </w:p>
        </w:tc>
        <w:tc>
          <w:tcPr>
            <w:tcW w:type="dxa" w:w="2880"/>
          </w:tcPr>
          <w:p>
            <w:r>
              <w:t>2</w:t>
            </w:r>
          </w:p>
        </w:tc>
      </w:tr>
      <w:tr>
        <w:tc>
          <w:tcPr>
            <w:tcW w:type="dxa" w:w="2880"/>
          </w:tcPr>
          <w:p>
            <w:r>
              <w:t>2026-04-27</w:t>
            </w:r>
          </w:p>
        </w:tc>
        <w:tc>
          <w:tcPr>
            <w:tcW w:type="dxa" w:w="2880"/>
          </w:tcPr>
          <w:p>
            <w:r>
              <w:t>rebar</w:t>
            </w:r>
          </w:p>
        </w:tc>
        <w:tc>
          <w:tcPr>
            <w:tcW w:type="dxa" w:w="2880"/>
          </w:tcPr>
          <w:p>
            <w:r>
              <w:t>1</w:t>
            </w:r>
          </w:p>
        </w:tc>
      </w:tr>
      <w:tr>
        <w:tc>
          <w:tcPr>
            <w:tcW w:type="dxa" w:w="2880"/>
          </w:tcPr>
          <w:p>
            <w:r>
              <w:t>2026-04-27</w:t>
            </w:r>
          </w:p>
        </w:tc>
        <w:tc>
          <w:tcPr>
            <w:tcW w:type="dxa" w:w="2880"/>
          </w:tcPr>
          <w:p>
            <w:r>
              <w:t>MEP</w:t>
            </w:r>
          </w:p>
        </w:tc>
        <w:tc>
          <w:tcPr>
            <w:tcW w:type="dxa" w:w="2880"/>
          </w:tcPr>
          <w:p>
            <w:r>
              <w:t>1</w:t>
            </w:r>
          </w:p>
        </w:tc>
      </w:tr>
      <w:tr>
        <w:tc>
          <w:tcPr>
            <w:tcW w:type="dxa" w:w="2880"/>
          </w:tcPr>
          <w:p>
            <w:r>
              <w:t>2026-04-27</w:t>
            </w:r>
          </w:p>
        </w:tc>
        <w:tc>
          <w:tcPr>
            <w:tcW w:type="dxa" w:w="2880"/>
          </w:tcPr>
          <w:p>
            <w:r>
              <w:t>precast</w:t>
            </w:r>
          </w:p>
        </w:tc>
        <w:tc>
          <w:tcPr>
            <w:tcW w:type="dxa" w:w="2880"/>
          </w:tcPr>
          <w:p>
            <w:r>
              <w:t>1</w:t>
            </w:r>
          </w:p>
        </w:tc>
      </w:tr>
      <w:tr>
        <w:tc>
          <w:tcPr>
            <w:tcW w:type="dxa" w:w="2880"/>
          </w:tcPr>
          <w:p>
            <w:r>
              <w:t>2026-04-27</w:t>
            </w:r>
          </w:p>
        </w:tc>
        <w:tc>
          <w:tcPr>
            <w:tcW w:type="dxa" w:w="2880"/>
          </w:tcPr>
          <w:p>
            <w:r>
              <w:t>formwork</w:t>
            </w:r>
          </w:p>
        </w:tc>
        <w:tc>
          <w:tcPr>
            <w:tcW w:type="dxa" w:w="2880"/>
          </w:tcPr>
          <w:p>
            <w:r>
              <w:t>2</w:t>
            </w:r>
          </w:p>
        </w:tc>
      </w:tr>
      <w:tr>
        <w:tc>
          <w:tcPr>
            <w:tcW w:type="dxa" w:w="2880"/>
          </w:tcPr>
          <w:p>
            <w:r>
              <w:t>2026-05-04</w:t>
            </w:r>
          </w:p>
        </w:tc>
        <w:tc>
          <w:tcPr>
            <w:tcW w:type="dxa" w:w="2880"/>
          </w:tcPr>
          <w:p>
            <w:r>
              <w:t>ready-mix concrete</w:t>
            </w:r>
          </w:p>
        </w:tc>
        <w:tc>
          <w:tcPr>
            <w:tcW w:type="dxa" w:w="2880"/>
          </w:tcPr>
          <w:p>
            <w:r>
              <w:t>1</w:t>
            </w:r>
          </w:p>
        </w:tc>
      </w:tr>
      <w:tr>
        <w:tc>
          <w:tcPr>
            <w:tcW w:type="dxa" w:w="2880"/>
          </w:tcPr>
          <w:p>
            <w:r>
              <w:t>2026-05-04</w:t>
            </w:r>
          </w:p>
        </w:tc>
        <w:tc>
          <w:tcPr>
            <w:tcW w:type="dxa" w:w="2880"/>
          </w:tcPr>
          <w:p>
            <w:r>
              <w:t>rebar</w:t>
            </w:r>
          </w:p>
        </w:tc>
        <w:tc>
          <w:tcPr>
            <w:tcW w:type="dxa" w:w="2880"/>
          </w:tcPr>
          <w:p>
            <w:r>
              <w:t>4</w:t>
            </w:r>
          </w:p>
        </w:tc>
      </w:tr>
      <w:tr>
        <w:tc>
          <w:tcPr>
            <w:tcW w:type="dxa" w:w="2880"/>
          </w:tcPr>
          <w:p>
            <w:r>
              <w:t>2026-05-04</w:t>
            </w:r>
          </w:p>
        </w:tc>
        <w:tc>
          <w:tcPr>
            <w:tcW w:type="dxa" w:w="2880"/>
          </w:tcPr>
          <w:p>
            <w:r>
              <w:t>MEP</w:t>
            </w:r>
          </w:p>
        </w:tc>
        <w:tc>
          <w:tcPr>
            <w:tcW w:type="dxa" w:w="2880"/>
          </w:tcPr>
          <w:p>
            <w:r>
              <w:t>9</w:t>
            </w:r>
          </w:p>
        </w:tc>
      </w:tr>
      <w:tr>
        <w:tc>
          <w:tcPr>
            <w:tcW w:type="dxa" w:w="2880"/>
          </w:tcPr>
          <w:p>
            <w:r>
              <w:t>2026-05-04</w:t>
            </w:r>
          </w:p>
        </w:tc>
        <w:tc>
          <w:tcPr>
            <w:tcW w:type="dxa" w:w="2880"/>
          </w:tcPr>
          <w:p>
            <w:r>
              <w:t>precast</w:t>
            </w:r>
          </w:p>
        </w:tc>
        <w:tc>
          <w:tcPr>
            <w:tcW w:type="dxa" w:w="2880"/>
          </w:tcPr>
          <w:p>
            <w:r>
              <w:t>1</w:t>
            </w:r>
          </w:p>
        </w:tc>
      </w:tr>
      <w:tr>
        <w:tc>
          <w:tcPr>
            <w:tcW w:type="dxa" w:w="2880"/>
          </w:tcPr>
          <w:p>
            <w:r>
              <w:t>2026-05-04</w:t>
            </w:r>
          </w:p>
        </w:tc>
        <w:tc>
          <w:tcPr>
            <w:tcW w:type="dxa" w:w="2880"/>
          </w:tcPr>
          <w:p>
            <w:r>
              <w:t>formwork</w:t>
            </w:r>
          </w:p>
        </w:tc>
        <w:tc>
          <w:tcPr>
            <w:tcW w:type="dxa" w:w="2880"/>
          </w:tcPr>
          <w:p>
            <w:r>
              <w:t>2</w:t>
            </w:r>
          </w:p>
        </w:tc>
      </w:tr>
      <w:tr>
        <w:tc>
          <w:tcPr>
            <w:tcW w:type="dxa" w:w="2880"/>
          </w:tcPr>
          <w:p>
            <w:r>
              <w:t>2026-05-11</w:t>
            </w:r>
          </w:p>
        </w:tc>
        <w:tc>
          <w:tcPr>
            <w:tcW w:type="dxa" w:w="2880"/>
          </w:tcPr>
          <w:p>
            <w:r>
              <w:t>ready-mix concrete</w:t>
            </w:r>
          </w:p>
        </w:tc>
        <w:tc>
          <w:tcPr>
            <w:tcW w:type="dxa" w:w="2880"/>
          </w:tcPr>
          <w:p>
            <w:r>
              <w:t>4</w:t>
            </w:r>
          </w:p>
        </w:tc>
      </w:tr>
      <w:tr>
        <w:tc>
          <w:tcPr>
            <w:tcW w:type="dxa" w:w="2880"/>
          </w:tcPr>
          <w:p>
            <w:r>
              <w:t>2026-05-11</w:t>
            </w:r>
          </w:p>
        </w:tc>
        <w:tc>
          <w:tcPr>
            <w:tcW w:type="dxa" w:w="2880"/>
          </w:tcPr>
          <w:p>
            <w:r>
              <w:t>rebar</w:t>
            </w:r>
          </w:p>
        </w:tc>
        <w:tc>
          <w:tcPr>
            <w:tcW w:type="dxa" w:w="2880"/>
          </w:tcPr>
          <w:p>
            <w:r>
              <w:t>6</w:t>
            </w:r>
          </w:p>
        </w:tc>
      </w:tr>
      <w:tr>
        <w:tc>
          <w:tcPr>
            <w:tcW w:type="dxa" w:w="2880"/>
          </w:tcPr>
          <w:p>
            <w:r>
              <w:t>2026-05-11</w:t>
            </w:r>
          </w:p>
        </w:tc>
        <w:tc>
          <w:tcPr>
            <w:tcW w:type="dxa" w:w="2880"/>
          </w:tcPr>
          <w:p>
            <w:r>
              <w:t>MEP</w:t>
            </w:r>
          </w:p>
        </w:tc>
        <w:tc>
          <w:tcPr>
            <w:tcW w:type="dxa" w:w="2880"/>
          </w:tcPr>
          <w:p>
            <w:r>
              <w:t>3</w:t>
            </w:r>
          </w:p>
        </w:tc>
      </w:tr>
      <w:tr>
        <w:tc>
          <w:tcPr>
            <w:tcW w:type="dxa" w:w="2880"/>
          </w:tcPr>
          <w:p>
            <w:r>
              <w:t>2026-05-11</w:t>
            </w:r>
          </w:p>
        </w:tc>
        <w:tc>
          <w:tcPr>
            <w:tcW w:type="dxa" w:w="2880"/>
          </w:tcPr>
          <w:p>
            <w:r>
              <w:t>precast</w:t>
            </w:r>
          </w:p>
        </w:tc>
        <w:tc>
          <w:tcPr>
            <w:tcW w:type="dxa" w:w="2880"/>
          </w:tcPr>
          <w:p>
            <w:r>
              <w:t>2</w:t>
            </w:r>
          </w:p>
        </w:tc>
      </w:tr>
      <w:tr>
        <w:tc>
          <w:tcPr>
            <w:tcW w:type="dxa" w:w="2880"/>
          </w:tcPr>
          <w:p>
            <w:r>
              <w:t>2026-05-11</w:t>
            </w:r>
          </w:p>
        </w:tc>
        <w:tc>
          <w:tcPr>
            <w:tcW w:type="dxa" w:w="2880"/>
          </w:tcPr>
          <w:p>
            <w:r>
              <w:t>formwork</w:t>
            </w:r>
          </w:p>
        </w:tc>
        <w:tc>
          <w:tcPr>
            <w:tcW w:type="dxa" w:w="2880"/>
          </w:tcPr>
          <w:p>
            <w:r>
              <w:t>4</w:t>
            </w:r>
          </w:p>
        </w:tc>
      </w:tr>
      <w:tr>
        <w:tc>
          <w:tcPr>
            <w:tcW w:type="dxa" w:w="2880"/>
          </w:tcPr>
          <w:p>
            <w:r>
              <w:t>2026-05-18</w:t>
            </w:r>
          </w:p>
        </w:tc>
        <w:tc>
          <w:tcPr>
            <w:tcW w:type="dxa" w:w="2880"/>
          </w:tcPr>
          <w:p>
            <w:r>
              <w:t>ready-mix concrete</w:t>
            </w:r>
          </w:p>
        </w:tc>
        <w:tc>
          <w:tcPr>
            <w:tcW w:type="dxa" w:w="2880"/>
          </w:tcPr>
          <w:p>
            <w:r>
              <w:t>4</w:t>
            </w:r>
          </w:p>
        </w:tc>
      </w:tr>
      <w:tr>
        <w:tc>
          <w:tcPr>
            <w:tcW w:type="dxa" w:w="2880"/>
          </w:tcPr>
          <w:p>
            <w:r>
              <w:t>2026-05-18</w:t>
            </w:r>
          </w:p>
        </w:tc>
        <w:tc>
          <w:tcPr>
            <w:tcW w:type="dxa" w:w="2880"/>
          </w:tcPr>
          <w:p>
            <w:r>
              <w:t>rebar</w:t>
            </w:r>
          </w:p>
        </w:tc>
        <w:tc>
          <w:tcPr>
            <w:tcW w:type="dxa" w:w="2880"/>
          </w:tcPr>
          <w:p>
            <w:r>
              <w:t>4</w:t>
            </w:r>
          </w:p>
        </w:tc>
      </w:tr>
      <w:tr>
        <w:tc>
          <w:tcPr>
            <w:tcW w:type="dxa" w:w="2880"/>
          </w:tcPr>
          <w:p>
            <w:r>
              <w:t>2026-05-18</w:t>
            </w:r>
          </w:p>
        </w:tc>
        <w:tc>
          <w:tcPr>
            <w:tcW w:type="dxa" w:w="2880"/>
          </w:tcPr>
          <w:p>
            <w:r>
              <w:t>MEP</w:t>
            </w:r>
          </w:p>
        </w:tc>
        <w:tc>
          <w:tcPr>
            <w:tcW w:type="dxa" w:w="2880"/>
          </w:tcPr>
          <w:p>
            <w:r>
              <w:t>2</w:t>
            </w:r>
          </w:p>
        </w:tc>
      </w:tr>
      <w:tr>
        <w:tc>
          <w:tcPr>
            <w:tcW w:type="dxa" w:w="2880"/>
          </w:tcPr>
          <w:p>
            <w:r>
              <w:t>2026-05-18</w:t>
            </w:r>
          </w:p>
        </w:tc>
        <w:tc>
          <w:tcPr>
            <w:tcW w:type="dxa" w:w="2880"/>
          </w:tcPr>
          <w:p>
            <w:r>
              <w:t>precast</w:t>
            </w:r>
          </w:p>
        </w:tc>
        <w:tc>
          <w:tcPr>
            <w:tcW w:type="dxa" w:w="2880"/>
          </w:tcPr>
          <w:p>
            <w:r>
              <w:t>4</w:t>
            </w:r>
          </w:p>
        </w:tc>
      </w:tr>
      <w:tr>
        <w:tc>
          <w:tcPr>
            <w:tcW w:type="dxa" w:w="2880"/>
          </w:tcPr>
          <w:p>
            <w:r>
              <w:t>2026-05-18</w:t>
            </w:r>
          </w:p>
        </w:tc>
        <w:tc>
          <w:tcPr>
            <w:tcW w:type="dxa" w:w="2880"/>
          </w:tcPr>
          <w:p>
            <w:r>
              <w:t>formwork</w:t>
            </w:r>
          </w:p>
        </w:tc>
        <w:tc>
          <w:tcPr>
            <w:tcW w:type="dxa" w:w="2880"/>
          </w:tcPr>
          <w:p>
            <w:r>
              <w:t>2</w:t>
            </w:r>
          </w:p>
        </w:tc>
      </w:tr>
      <w:tr>
        <w:tc>
          <w:tcPr>
            <w:tcW w:type="dxa" w:w="2880"/>
          </w:tcPr>
          <w:p>
            <w:r>
              <w:t>2026-05-25</w:t>
            </w:r>
          </w:p>
        </w:tc>
        <w:tc>
          <w:tcPr>
            <w:tcW w:type="dxa" w:w="2880"/>
          </w:tcPr>
          <w:p>
            <w:r>
              <w:t>ready-mix concrete</w:t>
            </w:r>
          </w:p>
        </w:tc>
        <w:tc>
          <w:tcPr>
            <w:tcW w:type="dxa" w:w="2880"/>
          </w:tcPr>
          <w:p>
            <w:r>
              <w:t>7</w:t>
            </w:r>
          </w:p>
        </w:tc>
      </w:tr>
      <w:tr>
        <w:tc>
          <w:tcPr>
            <w:tcW w:type="dxa" w:w="2880"/>
          </w:tcPr>
          <w:p>
            <w:r>
              <w:t>2026-05-25</w:t>
            </w:r>
          </w:p>
        </w:tc>
        <w:tc>
          <w:tcPr>
            <w:tcW w:type="dxa" w:w="2880"/>
          </w:tcPr>
          <w:p>
            <w:r>
              <w:t>rebar</w:t>
            </w:r>
          </w:p>
        </w:tc>
        <w:tc>
          <w:tcPr>
            <w:tcW w:type="dxa" w:w="2880"/>
          </w:tcPr>
          <w:p>
            <w:r>
              <w:t>5</w:t>
            </w:r>
          </w:p>
        </w:tc>
      </w:tr>
      <w:tr>
        <w:tc>
          <w:tcPr>
            <w:tcW w:type="dxa" w:w="2880"/>
          </w:tcPr>
          <w:p>
            <w:r>
              <w:t>2026-05-25</w:t>
            </w:r>
          </w:p>
        </w:tc>
        <w:tc>
          <w:tcPr>
            <w:tcW w:type="dxa" w:w="2880"/>
          </w:tcPr>
          <w:p>
            <w:r>
              <w:t>MEP</w:t>
            </w:r>
          </w:p>
        </w:tc>
        <w:tc>
          <w:tcPr>
            <w:tcW w:type="dxa" w:w="2880"/>
          </w:tcPr>
          <w:p>
            <w:r>
              <w:t>1</w:t>
            </w:r>
          </w:p>
        </w:tc>
      </w:tr>
      <w:tr>
        <w:tc>
          <w:tcPr>
            <w:tcW w:type="dxa" w:w="2880"/>
          </w:tcPr>
          <w:p>
            <w:r>
              <w:t>2026-05-25</w:t>
            </w:r>
          </w:p>
        </w:tc>
        <w:tc>
          <w:tcPr>
            <w:tcW w:type="dxa" w:w="2880"/>
          </w:tcPr>
          <w:p>
            <w:r>
              <w:t>precast</w:t>
            </w:r>
          </w:p>
        </w:tc>
        <w:tc>
          <w:tcPr>
            <w:tcW w:type="dxa" w:w="2880"/>
          </w:tcPr>
          <w:p>
            <w:r>
              <w:t>2</w:t>
            </w:r>
          </w:p>
        </w:tc>
      </w:tr>
      <w:tr>
        <w:tc>
          <w:tcPr>
            <w:tcW w:type="dxa" w:w="2880"/>
          </w:tcPr>
          <w:p>
            <w:r>
              <w:t>2026-05-25</w:t>
            </w:r>
          </w:p>
        </w:tc>
        <w:tc>
          <w:tcPr>
            <w:tcW w:type="dxa" w:w="2880"/>
          </w:tcPr>
          <w:p>
            <w:r>
              <w:t>formwork</w:t>
            </w:r>
          </w:p>
        </w:tc>
        <w:tc>
          <w:tcPr>
            <w:tcW w:type="dxa" w:w="2880"/>
          </w:tcPr>
          <w:p>
            <w:r>
              <w:t>2</w:t>
            </w:r>
          </w:p>
        </w:tc>
      </w:tr>
      <w:tr>
        <w:tc>
          <w:tcPr>
            <w:tcW w:type="dxa" w:w="2880"/>
          </w:tcPr>
          <w:p>
            <w:r>
              <w:t>2026-06-01</w:t>
            </w:r>
          </w:p>
        </w:tc>
        <w:tc>
          <w:tcPr>
            <w:tcW w:type="dxa" w:w="2880"/>
          </w:tcPr>
          <w:p>
            <w:r>
              <w:t>ready-mix concrete</w:t>
            </w:r>
          </w:p>
        </w:tc>
        <w:tc>
          <w:tcPr>
            <w:tcW w:type="dxa" w:w="2880"/>
          </w:tcPr>
          <w:p>
            <w:r>
              <w:t>7</w:t>
            </w:r>
          </w:p>
        </w:tc>
      </w:tr>
      <w:tr>
        <w:tc>
          <w:tcPr>
            <w:tcW w:type="dxa" w:w="2880"/>
          </w:tcPr>
          <w:p>
            <w:r>
              <w:t>2026-06-01</w:t>
            </w:r>
          </w:p>
        </w:tc>
        <w:tc>
          <w:tcPr>
            <w:tcW w:type="dxa" w:w="2880"/>
          </w:tcPr>
          <w:p>
            <w:r>
              <w:t>rebar</w:t>
            </w:r>
          </w:p>
        </w:tc>
        <w:tc>
          <w:tcPr>
            <w:tcW w:type="dxa" w:w="2880"/>
          </w:tcPr>
          <w:p>
            <w:r>
              <w:t>1</w:t>
            </w:r>
          </w:p>
        </w:tc>
      </w:tr>
      <w:tr>
        <w:tc>
          <w:tcPr>
            <w:tcW w:type="dxa" w:w="2880"/>
          </w:tcPr>
          <w:p>
            <w:r>
              <w:t>2026-06-01</w:t>
            </w:r>
          </w:p>
        </w:tc>
        <w:tc>
          <w:tcPr>
            <w:tcW w:type="dxa" w:w="2880"/>
          </w:tcPr>
          <w:p>
            <w:r>
              <w:t>MEP</w:t>
            </w:r>
          </w:p>
        </w:tc>
        <w:tc>
          <w:tcPr>
            <w:tcW w:type="dxa" w:w="2880"/>
          </w:tcPr>
          <w:p>
            <w:r>
              <w:t>6</w:t>
            </w:r>
          </w:p>
        </w:tc>
      </w:tr>
      <w:tr>
        <w:tc>
          <w:tcPr>
            <w:tcW w:type="dxa" w:w="2880"/>
          </w:tcPr>
          <w:p>
            <w:r>
              <w:t>2026-06-01</w:t>
            </w:r>
          </w:p>
        </w:tc>
        <w:tc>
          <w:tcPr>
            <w:tcW w:type="dxa" w:w="2880"/>
          </w:tcPr>
          <w:p>
            <w:r>
              <w:t>precast</w:t>
            </w:r>
          </w:p>
        </w:tc>
        <w:tc>
          <w:tcPr>
            <w:tcW w:type="dxa" w:w="2880"/>
          </w:tcPr>
          <w:p>
            <w:r>
              <w:t>0</w:t>
            </w:r>
          </w:p>
        </w:tc>
      </w:tr>
      <w:tr>
        <w:tc>
          <w:tcPr>
            <w:tcW w:type="dxa" w:w="2880"/>
          </w:tcPr>
          <w:p>
            <w:r>
              <w:t>2026-06-01</w:t>
            </w:r>
          </w:p>
        </w:tc>
        <w:tc>
          <w:tcPr>
            <w:tcW w:type="dxa" w:w="2880"/>
          </w:tcPr>
          <w:p>
            <w:r>
              <w:t>formwork</w:t>
            </w:r>
          </w:p>
        </w:tc>
        <w:tc>
          <w:tcPr>
            <w:tcW w:type="dxa" w:w="2880"/>
          </w:tcPr>
          <w:p>
            <w:r>
              <w:t>1</w:t>
            </w:r>
          </w:p>
        </w:tc>
      </w:tr>
      <w:tr>
        <w:tc>
          <w:tcPr>
            <w:tcW w:type="dxa" w:w="2880"/>
          </w:tcPr>
          <w:p>
            <w:r>
              <w:t>2026-06-08</w:t>
            </w:r>
          </w:p>
        </w:tc>
        <w:tc>
          <w:tcPr>
            <w:tcW w:type="dxa" w:w="2880"/>
          </w:tcPr>
          <w:p>
            <w:r>
              <w:t>ready-mix concrete</w:t>
            </w:r>
          </w:p>
        </w:tc>
        <w:tc>
          <w:tcPr>
            <w:tcW w:type="dxa" w:w="2880"/>
          </w:tcPr>
          <w:p>
            <w:r>
              <w:t>3</w:t>
            </w:r>
          </w:p>
        </w:tc>
      </w:tr>
      <w:tr>
        <w:tc>
          <w:tcPr>
            <w:tcW w:type="dxa" w:w="2880"/>
          </w:tcPr>
          <w:p>
            <w:r>
              <w:t>2026-06-08</w:t>
            </w:r>
          </w:p>
        </w:tc>
        <w:tc>
          <w:tcPr>
            <w:tcW w:type="dxa" w:w="2880"/>
          </w:tcPr>
          <w:p>
            <w:r>
              <w:t>rebar</w:t>
            </w:r>
          </w:p>
        </w:tc>
        <w:tc>
          <w:tcPr>
            <w:tcW w:type="dxa" w:w="2880"/>
          </w:tcPr>
          <w:p>
            <w:r>
              <w:t>5</w:t>
            </w:r>
          </w:p>
        </w:tc>
      </w:tr>
      <w:tr>
        <w:tc>
          <w:tcPr>
            <w:tcW w:type="dxa" w:w="2880"/>
          </w:tcPr>
          <w:p>
            <w:r>
              <w:t>2026-06-08</w:t>
            </w:r>
          </w:p>
        </w:tc>
        <w:tc>
          <w:tcPr>
            <w:tcW w:type="dxa" w:w="2880"/>
          </w:tcPr>
          <w:p>
            <w:r>
              <w:t>MEP</w:t>
            </w:r>
          </w:p>
        </w:tc>
        <w:tc>
          <w:tcPr>
            <w:tcW w:type="dxa" w:w="2880"/>
          </w:tcPr>
          <w:p>
            <w:r>
              <w:t>2</w:t>
            </w:r>
          </w:p>
        </w:tc>
      </w:tr>
      <w:tr>
        <w:tc>
          <w:tcPr>
            <w:tcW w:type="dxa" w:w="2880"/>
          </w:tcPr>
          <w:p>
            <w:r>
              <w:t>2026-06-08</w:t>
            </w:r>
          </w:p>
        </w:tc>
        <w:tc>
          <w:tcPr>
            <w:tcW w:type="dxa" w:w="2880"/>
          </w:tcPr>
          <w:p>
            <w:r>
              <w:t>precast</w:t>
            </w:r>
          </w:p>
        </w:tc>
        <w:tc>
          <w:tcPr>
            <w:tcW w:type="dxa" w:w="2880"/>
          </w:tcPr>
          <w:p>
            <w:r>
              <w:t>3</w:t>
            </w:r>
          </w:p>
        </w:tc>
      </w:tr>
      <w:tr>
        <w:tc>
          <w:tcPr>
            <w:tcW w:type="dxa" w:w="2880"/>
          </w:tcPr>
          <w:p>
            <w:r>
              <w:t>2026-06-08</w:t>
            </w:r>
          </w:p>
        </w:tc>
        <w:tc>
          <w:tcPr>
            <w:tcW w:type="dxa" w:w="2880"/>
          </w:tcPr>
          <w:p>
            <w:r>
              <w:t>formwork</w:t>
            </w:r>
          </w:p>
        </w:tc>
        <w:tc>
          <w:tcPr>
            <w:tcW w:type="dxa" w:w="2880"/>
          </w:tcPr>
          <w:p>
            <w:r>
              <w:t>2</w:t>
            </w:r>
          </w:p>
        </w:tc>
      </w:tr>
      <w:tr>
        <w:tc>
          <w:tcPr>
            <w:tcW w:type="dxa" w:w="2880"/>
          </w:tcPr>
          <w:p>
            <w:r>
              <w:t>2026-06-15</w:t>
            </w:r>
          </w:p>
        </w:tc>
        <w:tc>
          <w:tcPr>
            <w:tcW w:type="dxa" w:w="2880"/>
          </w:tcPr>
          <w:p>
            <w:r>
              <w:t>ready-mix concrete</w:t>
            </w:r>
          </w:p>
        </w:tc>
        <w:tc>
          <w:tcPr>
            <w:tcW w:type="dxa" w:w="2880"/>
          </w:tcPr>
          <w:p>
            <w:r>
              <w:t>5</w:t>
            </w:r>
          </w:p>
        </w:tc>
      </w:tr>
      <w:tr>
        <w:tc>
          <w:tcPr>
            <w:tcW w:type="dxa" w:w="2880"/>
          </w:tcPr>
          <w:p>
            <w:r>
              <w:t>2026-06-15</w:t>
            </w:r>
          </w:p>
        </w:tc>
        <w:tc>
          <w:tcPr>
            <w:tcW w:type="dxa" w:w="2880"/>
          </w:tcPr>
          <w:p>
            <w:r>
              <w:t>rebar</w:t>
            </w:r>
          </w:p>
        </w:tc>
        <w:tc>
          <w:tcPr>
            <w:tcW w:type="dxa" w:w="2880"/>
          </w:tcPr>
          <w:p>
            <w:r>
              <w:t>6</w:t>
            </w:r>
          </w:p>
        </w:tc>
      </w:tr>
      <w:tr>
        <w:tc>
          <w:tcPr>
            <w:tcW w:type="dxa" w:w="2880"/>
          </w:tcPr>
          <w:p>
            <w:r>
              <w:t>2026-06-15</w:t>
            </w:r>
          </w:p>
        </w:tc>
        <w:tc>
          <w:tcPr>
            <w:tcW w:type="dxa" w:w="2880"/>
          </w:tcPr>
          <w:p>
            <w:r>
              <w:t>MEP</w:t>
            </w:r>
          </w:p>
        </w:tc>
        <w:tc>
          <w:tcPr>
            <w:tcW w:type="dxa" w:w="2880"/>
          </w:tcPr>
          <w:p>
            <w:r>
              <w:t>3</w:t>
            </w:r>
          </w:p>
        </w:tc>
      </w:tr>
      <w:tr>
        <w:tc>
          <w:tcPr>
            <w:tcW w:type="dxa" w:w="2880"/>
          </w:tcPr>
          <w:p>
            <w:r>
              <w:t>2026-06-15</w:t>
            </w:r>
          </w:p>
        </w:tc>
        <w:tc>
          <w:tcPr>
            <w:tcW w:type="dxa" w:w="2880"/>
          </w:tcPr>
          <w:p>
            <w:r>
              <w:t>precast</w:t>
            </w:r>
          </w:p>
        </w:tc>
        <w:tc>
          <w:tcPr>
            <w:tcW w:type="dxa" w:w="2880"/>
          </w:tcPr>
          <w:p>
            <w:r>
              <w:t>5</w:t>
            </w:r>
          </w:p>
        </w:tc>
      </w:tr>
      <w:tr>
        <w:tc>
          <w:tcPr>
            <w:tcW w:type="dxa" w:w="2880"/>
          </w:tcPr>
          <w:p>
            <w:r>
              <w:t>2026-06-15</w:t>
            </w:r>
          </w:p>
        </w:tc>
        <w:tc>
          <w:tcPr>
            <w:tcW w:type="dxa" w:w="2880"/>
          </w:tcPr>
          <w:p>
            <w:r>
              <w:t>formwork</w:t>
            </w:r>
          </w:p>
        </w:tc>
        <w:tc>
          <w:tcPr>
            <w:tcW w:type="dxa" w:w="2880"/>
          </w:tcPr>
          <w:p>
            <w:r>
              <w:t>2</w:t>
            </w:r>
          </w:p>
        </w:tc>
      </w:tr>
      <w:tr>
        <w:tc>
          <w:tcPr>
            <w:tcW w:type="dxa" w:w="2880"/>
          </w:tcPr>
          <w:p>
            <w:r>
              <w:t>2026-06-22</w:t>
            </w:r>
          </w:p>
        </w:tc>
        <w:tc>
          <w:tcPr>
            <w:tcW w:type="dxa" w:w="2880"/>
          </w:tcPr>
          <w:p>
            <w:r>
              <w:t>ready-mix concrete</w:t>
            </w:r>
          </w:p>
        </w:tc>
        <w:tc>
          <w:tcPr>
            <w:tcW w:type="dxa" w:w="2880"/>
          </w:tcPr>
          <w:p>
            <w:r>
              <w:t>5</w:t>
            </w:r>
          </w:p>
        </w:tc>
      </w:tr>
      <w:tr>
        <w:tc>
          <w:tcPr>
            <w:tcW w:type="dxa" w:w="2880"/>
          </w:tcPr>
          <w:p>
            <w:r>
              <w:t>2026-06-22</w:t>
            </w:r>
          </w:p>
        </w:tc>
        <w:tc>
          <w:tcPr>
            <w:tcW w:type="dxa" w:w="2880"/>
          </w:tcPr>
          <w:p>
            <w:r>
              <w:t>rebar</w:t>
            </w:r>
          </w:p>
        </w:tc>
        <w:tc>
          <w:tcPr>
            <w:tcW w:type="dxa" w:w="2880"/>
          </w:tcPr>
          <w:p>
            <w:r>
              <w:t>1</w:t>
            </w:r>
          </w:p>
        </w:tc>
      </w:tr>
      <w:tr>
        <w:tc>
          <w:tcPr>
            <w:tcW w:type="dxa" w:w="2880"/>
          </w:tcPr>
          <w:p>
            <w:r>
              <w:t>2026-06-22</w:t>
            </w:r>
          </w:p>
        </w:tc>
        <w:tc>
          <w:tcPr>
            <w:tcW w:type="dxa" w:w="2880"/>
          </w:tcPr>
          <w:p>
            <w:r>
              <w:t>MEP</w:t>
            </w:r>
          </w:p>
        </w:tc>
        <w:tc>
          <w:tcPr>
            <w:tcW w:type="dxa" w:w="2880"/>
          </w:tcPr>
          <w:p>
            <w:r>
              <w:t>1</w:t>
            </w:r>
          </w:p>
        </w:tc>
      </w:tr>
      <w:tr>
        <w:tc>
          <w:tcPr>
            <w:tcW w:type="dxa" w:w="2880"/>
          </w:tcPr>
          <w:p>
            <w:r>
              <w:t>2026-06-22</w:t>
            </w:r>
          </w:p>
        </w:tc>
        <w:tc>
          <w:tcPr>
            <w:tcW w:type="dxa" w:w="2880"/>
          </w:tcPr>
          <w:p>
            <w:r>
              <w:t>precast</w:t>
            </w:r>
          </w:p>
        </w:tc>
        <w:tc>
          <w:tcPr>
            <w:tcW w:type="dxa" w:w="2880"/>
          </w:tcPr>
          <w:p>
            <w:r>
              <w:t>4</w:t>
            </w:r>
          </w:p>
        </w:tc>
      </w:tr>
      <w:tr>
        <w:tc>
          <w:tcPr>
            <w:tcW w:type="dxa" w:w="2880"/>
          </w:tcPr>
          <w:p>
            <w:r>
              <w:t>2026-06-22</w:t>
            </w:r>
          </w:p>
        </w:tc>
        <w:tc>
          <w:tcPr>
            <w:tcW w:type="dxa" w:w="2880"/>
          </w:tcPr>
          <w:p>
            <w:r>
              <w:t>formwork</w:t>
            </w:r>
          </w:p>
        </w:tc>
        <w:tc>
          <w:tcPr>
            <w:tcW w:type="dxa" w:w="2880"/>
          </w:tcPr>
          <w:p>
            <w:r>
              <w:t>2</w:t>
            </w:r>
          </w:p>
        </w:tc>
      </w:tr>
      <w:tr>
        <w:tc>
          <w:tcPr>
            <w:tcW w:type="dxa" w:w="2880"/>
          </w:tcPr>
          <w:p>
            <w:r>
              <w:t>2026-06-29</w:t>
            </w:r>
          </w:p>
        </w:tc>
        <w:tc>
          <w:tcPr>
            <w:tcW w:type="dxa" w:w="2880"/>
          </w:tcPr>
          <w:p>
            <w:r>
              <w:t>ready-mix concrete</w:t>
            </w:r>
          </w:p>
        </w:tc>
        <w:tc>
          <w:tcPr>
            <w:tcW w:type="dxa" w:w="2880"/>
          </w:tcPr>
          <w:p>
            <w:r>
              <w:t>4</w:t>
            </w:r>
          </w:p>
        </w:tc>
      </w:tr>
      <w:tr>
        <w:tc>
          <w:tcPr>
            <w:tcW w:type="dxa" w:w="2880"/>
          </w:tcPr>
          <w:p>
            <w:r>
              <w:t>2026-06-29</w:t>
            </w:r>
          </w:p>
        </w:tc>
        <w:tc>
          <w:tcPr>
            <w:tcW w:type="dxa" w:w="2880"/>
          </w:tcPr>
          <w:p>
            <w:r>
              <w:t>rebar</w:t>
            </w:r>
          </w:p>
        </w:tc>
        <w:tc>
          <w:tcPr>
            <w:tcW w:type="dxa" w:w="2880"/>
          </w:tcPr>
          <w:p>
            <w:r>
              <w:t>2</w:t>
            </w:r>
          </w:p>
        </w:tc>
      </w:tr>
      <w:tr>
        <w:tc>
          <w:tcPr>
            <w:tcW w:type="dxa" w:w="2880"/>
          </w:tcPr>
          <w:p>
            <w:r>
              <w:t>2026-06-29</w:t>
            </w:r>
          </w:p>
        </w:tc>
        <w:tc>
          <w:tcPr>
            <w:tcW w:type="dxa" w:w="2880"/>
          </w:tcPr>
          <w:p>
            <w:r>
              <w:t>MEP</w:t>
            </w:r>
          </w:p>
        </w:tc>
        <w:tc>
          <w:tcPr>
            <w:tcW w:type="dxa" w:w="2880"/>
          </w:tcPr>
          <w:p>
            <w:r>
              <w:t>4</w:t>
            </w:r>
          </w:p>
        </w:tc>
      </w:tr>
      <w:tr>
        <w:tc>
          <w:tcPr>
            <w:tcW w:type="dxa" w:w="2880"/>
          </w:tcPr>
          <w:p>
            <w:r>
              <w:t>2026-06-29</w:t>
            </w:r>
          </w:p>
        </w:tc>
        <w:tc>
          <w:tcPr>
            <w:tcW w:type="dxa" w:w="2880"/>
          </w:tcPr>
          <w:p>
            <w:r>
              <w:t>precast</w:t>
            </w:r>
          </w:p>
        </w:tc>
        <w:tc>
          <w:tcPr>
            <w:tcW w:type="dxa" w:w="2880"/>
          </w:tcPr>
          <w:p>
            <w:r>
              <w:t>2</w:t>
            </w:r>
          </w:p>
        </w:tc>
      </w:tr>
      <w:tr>
        <w:tc>
          <w:tcPr>
            <w:tcW w:type="dxa" w:w="2880"/>
          </w:tcPr>
          <w:p>
            <w:r>
              <w:t>2026-06-29</w:t>
            </w:r>
          </w:p>
        </w:tc>
        <w:tc>
          <w:tcPr>
            <w:tcW w:type="dxa" w:w="2880"/>
          </w:tcPr>
          <w:p>
            <w:r>
              <w:t>formwork</w:t>
            </w:r>
          </w:p>
        </w:tc>
        <w:tc>
          <w:tcPr>
            <w:tcW w:type="dxa" w:w="2880"/>
          </w:tcPr>
          <w:p>
            <w:r>
              <w:t>3</w:t>
            </w:r>
          </w:p>
        </w:tc>
      </w:tr>
      <w:tr>
        <w:tc>
          <w:tcPr>
            <w:tcW w:type="dxa" w:w="2880"/>
          </w:tcPr>
          <w:p>
            <w:r>
              <w:t>2026-07-06</w:t>
            </w:r>
          </w:p>
        </w:tc>
        <w:tc>
          <w:tcPr>
            <w:tcW w:type="dxa" w:w="2880"/>
          </w:tcPr>
          <w:p>
            <w:r>
              <w:t>ready-mix concrete</w:t>
            </w:r>
          </w:p>
        </w:tc>
        <w:tc>
          <w:tcPr>
            <w:tcW w:type="dxa" w:w="2880"/>
          </w:tcPr>
          <w:p>
            <w:r>
              <w:t>3</w:t>
            </w:r>
          </w:p>
        </w:tc>
      </w:tr>
      <w:tr>
        <w:tc>
          <w:tcPr>
            <w:tcW w:type="dxa" w:w="2880"/>
          </w:tcPr>
          <w:p>
            <w:r>
              <w:t>2026-07-06</w:t>
            </w:r>
          </w:p>
        </w:tc>
        <w:tc>
          <w:tcPr>
            <w:tcW w:type="dxa" w:w="2880"/>
          </w:tcPr>
          <w:p>
            <w:r>
              <w:t>rebar</w:t>
            </w:r>
          </w:p>
        </w:tc>
        <w:tc>
          <w:tcPr>
            <w:tcW w:type="dxa" w:w="2880"/>
          </w:tcPr>
          <w:p>
            <w:r>
              <w:t>3</w:t>
            </w:r>
          </w:p>
        </w:tc>
      </w:tr>
      <w:tr>
        <w:tc>
          <w:tcPr>
            <w:tcW w:type="dxa" w:w="2880"/>
          </w:tcPr>
          <w:p>
            <w:r>
              <w:t>2026-07-06</w:t>
            </w:r>
          </w:p>
        </w:tc>
        <w:tc>
          <w:tcPr>
            <w:tcW w:type="dxa" w:w="2880"/>
          </w:tcPr>
          <w:p>
            <w:r>
              <w:t>MEP</w:t>
            </w:r>
          </w:p>
        </w:tc>
        <w:tc>
          <w:tcPr>
            <w:tcW w:type="dxa" w:w="2880"/>
          </w:tcPr>
          <w:p>
            <w:r>
              <w:t>3</w:t>
            </w:r>
          </w:p>
        </w:tc>
      </w:tr>
      <w:tr>
        <w:tc>
          <w:tcPr>
            <w:tcW w:type="dxa" w:w="2880"/>
          </w:tcPr>
          <w:p>
            <w:r>
              <w:t>2026-07-06</w:t>
            </w:r>
          </w:p>
        </w:tc>
        <w:tc>
          <w:tcPr>
            <w:tcW w:type="dxa" w:w="2880"/>
          </w:tcPr>
          <w:p>
            <w:r>
              <w:t>precast</w:t>
            </w:r>
          </w:p>
        </w:tc>
        <w:tc>
          <w:tcPr>
            <w:tcW w:type="dxa" w:w="2880"/>
          </w:tcPr>
          <w:p>
            <w:r>
              <w:t>3</w:t>
            </w:r>
          </w:p>
        </w:tc>
      </w:tr>
      <w:tr>
        <w:tc>
          <w:tcPr>
            <w:tcW w:type="dxa" w:w="2880"/>
          </w:tcPr>
          <w:p>
            <w:r>
              <w:t>2026-07-06</w:t>
            </w:r>
          </w:p>
        </w:tc>
        <w:tc>
          <w:tcPr>
            <w:tcW w:type="dxa" w:w="2880"/>
          </w:tcPr>
          <w:p>
            <w:r>
              <w:t>formwork</w:t>
            </w:r>
          </w:p>
        </w:tc>
        <w:tc>
          <w:tcPr>
            <w:tcW w:type="dxa" w:w="2880"/>
          </w:tcPr>
          <w:p>
            <w:r>
              <w:t>5</w:t>
            </w:r>
          </w:p>
        </w:tc>
      </w:tr>
      <w:tr>
        <w:tc>
          <w:tcPr>
            <w:tcW w:type="dxa" w:w="2880"/>
          </w:tcPr>
          <w:p>
            <w:r>
              <w:t>2026-07-13</w:t>
            </w:r>
          </w:p>
        </w:tc>
        <w:tc>
          <w:tcPr>
            <w:tcW w:type="dxa" w:w="2880"/>
          </w:tcPr>
          <w:p>
            <w:r>
              <w:t>ready-mix concrete</w:t>
            </w:r>
          </w:p>
        </w:tc>
        <w:tc>
          <w:tcPr>
            <w:tcW w:type="dxa" w:w="2880"/>
          </w:tcPr>
          <w:p>
            <w:r>
              <w:t>1</w:t>
            </w:r>
          </w:p>
        </w:tc>
      </w:tr>
      <w:tr>
        <w:tc>
          <w:tcPr>
            <w:tcW w:type="dxa" w:w="2880"/>
          </w:tcPr>
          <w:p>
            <w:r>
              <w:t>2026-07-13</w:t>
            </w:r>
          </w:p>
        </w:tc>
        <w:tc>
          <w:tcPr>
            <w:tcW w:type="dxa" w:w="2880"/>
          </w:tcPr>
          <w:p>
            <w:r>
              <w:t>rebar</w:t>
            </w:r>
          </w:p>
        </w:tc>
        <w:tc>
          <w:tcPr>
            <w:tcW w:type="dxa" w:w="2880"/>
          </w:tcPr>
          <w:p>
            <w:r>
              <w:t>4</w:t>
            </w:r>
          </w:p>
        </w:tc>
      </w:tr>
      <w:tr>
        <w:tc>
          <w:tcPr>
            <w:tcW w:type="dxa" w:w="2880"/>
          </w:tcPr>
          <w:p>
            <w:r>
              <w:t>2026-07-13</w:t>
            </w:r>
          </w:p>
        </w:tc>
        <w:tc>
          <w:tcPr>
            <w:tcW w:type="dxa" w:w="2880"/>
          </w:tcPr>
          <w:p>
            <w:r>
              <w:t>MEP</w:t>
            </w:r>
          </w:p>
        </w:tc>
        <w:tc>
          <w:tcPr>
            <w:tcW w:type="dxa" w:w="2880"/>
          </w:tcPr>
          <w:p>
            <w:r>
              <w:t>2</w:t>
            </w:r>
          </w:p>
        </w:tc>
      </w:tr>
      <w:tr>
        <w:tc>
          <w:tcPr>
            <w:tcW w:type="dxa" w:w="2880"/>
          </w:tcPr>
          <w:p>
            <w:r>
              <w:t>2026-07-13</w:t>
            </w:r>
          </w:p>
        </w:tc>
        <w:tc>
          <w:tcPr>
            <w:tcW w:type="dxa" w:w="2880"/>
          </w:tcPr>
          <w:p>
            <w:r>
              <w:t>precast</w:t>
            </w:r>
          </w:p>
        </w:tc>
        <w:tc>
          <w:tcPr>
            <w:tcW w:type="dxa" w:w="2880"/>
          </w:tcPr>
          <w:p>
            <w:r>
              <w:t>2</w:t>
            </w:r>
          </w:p>
        </w:tc>
      </w:tr>
      <w:tr>
        <w:tc>
          <w:tcPr>
            <w:tcW w:type="dxa" w:w="2880"/>
          </w:tcPr>
          <w:p>
            <w:r>
              <w:t>2026-07-13</w:t>
            </w:r>
          </w:p>
        </w:tc>
        <w:tc>
          <w:tcPr>
            <w:tcW w:type="dxa" w:w="2880"/>
          </w:tcPr>
          <w:p>
            <w:r>
              <w:t>formwork</w:t>
            </w:r>
          </w:p>
        </w:tc>
        <w:tc>
          <w:tcPr>
            <w:tcW w:type="dxa" w:w="2880"/>
          </w:tcPr>
          <w:p>
            <w:r>
              <w:t>3</w:t>
            </w:r>
          </w:p>
        </w:tc>
      </w:tr>
      <w:tr>
        <w:tc>
          <w:tcPr>
            <w:tcW w:type="dxa" w:w="2880"/>
          </w:tcPr>
          <w:p>
            <w:r>
              <w:t>2026-07-20</w:t>
            </w:r>
          </w:p>
        </w:tc>
        <w:tc>
          <w:tcPr>
            <w:tcW w:type="dxa" w:w="2880"/>
          </w:tcPr>
          <w:p>
            <w:r>
              <w:t>ready-mix concrete</w:t>
            </w:r>
          </w:p>
        </w:tc>
        <w:tc>
          <w:tcPr>
            <w:tcW w:type="dxa" w:w="2880"/>
          </w:tcPr>
          <w:p>
            <w:r>
              <w:t>2</w:t>
            </w:r>
          </w:p>
        </w:tc>
      </w:tr>
      <w:tr>
        <w:tc>
          <w:tcPr>
            <w:tcW w:type="dxa" w:w="2880"/>
          </w:tcPr>
          <w:p>
            <w:r>
              <w:t>2026-07-20</w:t>
            </w:r>
          </w:p>
        </w:tc>
        <w:tc>
          <w:tcPr>
            <w:tcW w:type="dxa" w:w="2880"/>
          </w:tcPr>
          <w:p>
            <w:r>
              <w:t>rebar</w:t>
            </w:r>
          </w:p>
        </w:tc>
        <w:tc>
          <w:tcPr>
            <w:tcW w:type="dxa" w:w="2880"/>
          </w:tcPr>
          <w:p>
            <w:r>
              <w:t>1</w:t>
            </w:r>
          </w:p>
        </w:tc>
      </w:tr>
      <w:tr>
        <w:tc>
          <w:tcPr>
            <w:tcW w:type="dxa" w:w="2880"/>
          </w:tcPr>
          <w:p>
            <w:r>
              <w:t>2026-07-20</w:t>
            </w:r>
          </w:p>
        </w:tc>
        <w:tc>
          <w:tcPr>
            <w:tcW w:type="dxa" w:w="2880"/>
          </w:tcPr>
          <w:p>
            <w:r>
              <w:t>MEP</w:t>
            </w:r>
          </w:p>
        </w:tc>
        <w:tc>
          <w:tcPr>
            <w:tcW w:type="dxa" w:w="2880"/>
          </w:tcPr>
          <w:p>
            <w:r>
              <w:t>4</w:t>
            </w:r>
          </w:p>
        </w:tc>
      </w:tr>
      <w:tr>
        <w:tc>
          <w:tcPr>
            <w:tcW w:type="dxa" w:w="2880"/>
          </w:tcPr>
          <w:p>
            <w:r>
              <w:t>2026-07-20</w:t>
            </w:r>
          </w:p>
        </w:tc>
        <w:tc>
          <w:tcPr>
            <w:tcW w:type="dxa" w:w="2880"/>
          </w:tcPr>
          <w:p>
            <w:r>
              <w:t>precast</w:t>
            </w:r>
          </w:p>
        </w:tc>
        <w:tc>
          <w:tcPr>
            <w:tcW w:type="dxa" w:w="2880"/>
          </w:tcPr>
          <w:p>
            <w:r>
              <w:t>3</w:t>
            </w:r>
          </w:p>
        </w:tc>
      </w:tr>
      <w:tr>
        <w:tc>
          <w:tcPr>
            <w:tcW w:type="dxa" w:w="2880"/>
          </w:tcPr>
          <w:p>
            <w:r>
              <w:t>2026-07-20</w:t>
            </w:r>
          </w:p>
        </w:tc>
        <w:tc>
          <w:tcPr>
            <w:tcW w:type="dxa" w:w="2880"/>
          </w:tcPr>
          <w:p>
            <w:r>
              <w:t>formwork</w:t>
            </w:r>
          </w:p>
        </w:tc>
        <w:tc>
          <w:tcPr>
            <w:tcW w:type="dxa" w:w="2880"/>
          </w:tcPr>
          <w:p>
            <w:r>
              <w:t>2</w:t>
            </w:r>
          </w:p>
        </w:tc>
      </w:tr>
      <w:tr>
        <w:tc>
          <w:tcPr>
            <w:tcW w:type="dxa" w:w="2880"/>
          </w:tcPr>
          <w:p>
            <w:r>
              <w:t>2026-07-27</w:t>
            </w:r>
          </w:p>
        </w:tc>
        <w:tc>
          <w:tcPr>
            <w:tcW w:type="dxa" w:w="2880"/>
          </w:tcPr>
          <w:p>
            <w:r>
              <w:t>ready-mix concrete</w:t>
            </w:r>
          </w:p>
        </w:tc>
        <w:tc>
          <w:tcPr>
            <w:tcW w:type="dxa" w:w="2880"/>
          </w:tcPr>
          <w:p>
            <w:r>
              <w:t>4</w:t>
            </w:r>
          </w:p>
        </w:tc>
      </w:tr>
      <w:tr>
        <w:tc>
          <w:tcPr>
            <w:tcW w:type="dxa" w:w="2880"/>
          </w:tcPr>
          <w:p>
            <w:r>
              <w:t>2026-07-27</w:t>
            </w:r>
          </w:p>
        </w:tc>
        <w:tc>
          <w:tcPr>
            <w:tcW w:type="dxa" w:w="2880"/>
          </w:tcPr>
          <w:p>
            <w:r>
              <w:t>rebar</w:t>
            </w:r>
          </w:p>
        </w:tc>
        <w:tc>
          <w:tcPr>
            <w:tcW w:type="dxa" w:w="2880"/>
          </w:tcPr>
          <w:p>
            <w:r>
              <w:t>5</w:t>
            </w:r>
          </w:p>
        </w:tc>
      </w:tr>
      <w:tr>
        <w:tc>
          <w:tcPr>
            <w:tcW w:type="dxa" w:w="2880"/>
          </w:tcPr>
          <w:p>
            <w:r>
              <w:t>2026-07-27</w:t>
            </w:r>
          </w:p>
        </w:tc>
        <w:tc>
          <w:tcPr>
            <w:tcW w:type="dxa" w:w="2880"/>
          </w:tcPr>
          <w:p>
            <w:r>
              <w:t>MEP</w:t>
            </w:r>
          </w:p>
        </w:tc>
        <w:tc>
          <w:tcPr>
            <w:tcW w:type="dxa" w:w="2880"/>
          </w:tcPr>
          <w:p>
            <w:r>
              <w:t>0</w:t>
            </w:r>
          </w:p>
        </w:tc>
      </w:tr>
      <w:tr>
        <w:tc>
          <w:tcPr>
            <w:tcW w:type="dxa" w:w="2880"/>
          </w:tcPr>
          <w:p>
            <w:r>
              <w:t>2026-07-27</w:t>
            </w:r>
          </w:p>
        </w:tc>
        <w:tc>
          <w:tcPr>
            <w:tcW w:type="dxa" w:w="2880"/>
          </w:tcPr>
          <w:p>
            <w:r>
              <w:t>precast</w:t>
            </w:r>
          </w:p>
        </w:tc>
        <w:tc>
          <w:tcPr>
            <w:tcW w:type="dxa" w:w="2880"/>
          </w:tcPr>
          <w:p>
            <w:r>
              <w:t>1</w:t>
            </w:r>
          </w:p>
        </w:tc>
      </w:tr>
      <w:tr>
        <w:tc>
          <w:tcPr>
            <w:tcW w:type="dxa" w:w="2880"/>
          </w:tcPr>
          <w:p>
            <w:r>
              <w:t>2026-07-27</w:t>
            </w:r>
          </w:p>
        </w:tc>
        <w:tc>
          <w:tcPr>
            <w:tcW w:type="dxa" w:w="2880"/>
          </w:tcPr>
          <w:p>
            <w:r>
              <w:t>formwork</w:t>
            </w:r>
          </w:p>
        </w:tc>
        <w:tc>
          <w:tcPr>
            <w:tcW w:type="dxa" w:w="2880"/>
          </w:tcPr>
          <w:p>
            <w:r>
              <w:t>5</w:t>
            </w:r>
          </w:p>
        </w:tc>
      </w:tr>
      <w:tr>
        <w:tc>
          <w:tcPr>
            <w:tcW w:type="dxa" w:w="2880"/>
          </w:tcPr>
          <w:p>
            <w:r>
              <w:t>2026-08-03</w:t>
            </w:r>
          </w:p>
        </w:tc>
        <w:tc>
          <w:tcPr>
            <w:tcW w:type="dxa" w:w="2880"/>
          </w:tcPr>
          <w:p>
            <w:r>
              <w:t>ready-mix concrete</w:t>
            </w:r>
          </w:p>
        </w:tc>
        <w:tc>
          <w:tcPr>
            <w:tcW w:type="dxa" w:w="2880"/>
          </w:tcPr>
          <w:p>
            <w:r>
              <w:t>2</w:t>
            </w:r>
          </w:p>
        </w:tc>
      </w:tr>
      <w:tr>
        <w:tc>
          <w:tcPr>
            <w:tcW w:type="dxa" w:w="2880"/>
          </w:tcPr>
          <w:p>
            <w:r>
              <w:t>2026-08-03</w:t>
            </w:r>
          </w:p>
        </w:tc>
        <w:tc>
          <w:tcPr>
            <w:tcW w:type="dxa" w:w="2880"/>
          </w:tcPr>
          <w:p>
            <w:r>
              <w:t>rebar</w:t>
            </w:r>
          </w:p>
        </w:tc>
        <w:tc>
          <w:tcPr>
            <w:tcW w:type="dxa" w:w="2880"/>
          </w:tcPr>
          <w:p>
            <w:r>
              <w:t>3</w:t>
            </w:r>
          </w:p>
        </w:tc>
      </w:tr>
      <w:tr>
        <w:tc>
          <w:tcPr>
            <w:tcW w:type="dxa" w:w="2880"/>
          </w:tcPr>
          <w:p>
            <w:r>
              <w:t>2026-08-03</w:t>
            </w:r>
          </w:p>
        </w:tc>
        <w:tc>
          <w:tcPr>
            <w:tcW w:type="dxa" w:w="2880"/>
          </w:tcPr>
          <w:p>
            <w:r>
              <w:t>MEP</w:t>
            </w:r>
          </w:p>
        </w:tc>
        <w:tc>
          <w:tcPr>
            <w:tcW w:type="dxa" w:w="2880"/>
          </w:tcPr>
          <w:p>
            <w:r>
              <w:t>0</w:t>
            </w:r>
          </w:p>
        </w:tc>
      </w:tr>
      <w:tr>
        <w:tc>
          <w:tcPr>
            <w:tcW w:type="dxa" w:w="2880"/>
          </w:tcPr>
          <w:p>
            <w:r>
              <w:t>2026-08-03</w:t>
            </w:r>
          </w:p>
        </w:tc>
        <w:tc>
          <w:tcPr>
            <w:tcW w:type="dxa" w:w="2880"/>
          </w:tcPr>
          <w:p>
            <w:r>
              <w:t>precast</w:t>
            </w:r>
          </w:p>
        </w:tc>
        <w:tc>
          <w:tcPr>
            <w:tcW w:type="dxa" w:w="2880"/>
          </w:tcPr>
          <w:p>
            <w:r>
              <w:t>3</w:t>
            </w:r>
          </w:p>
        </w:tc>
      </w:tr>
      <w:tr>
        <w:tc>
          <w:tcPr>
            <w:tcW w:type="dxa" w:w="2880"/>
          </w:tcPr>
          <w:p>
            <w:r>
              <w:t>2026-08-03</w:t>
            </w:r>
          </w:p>
        </w:tc>
        <w:tc>
          <w:tcPr>
            <w:tcW w:type="dxa" w:w="2880"/>
          </w:tcPr>
          <w:p>
            <w:r>
              <w:t>formwork</w:t>
            </w:r>
          </w:p>
        </w:tc>
        <w:tc>
          <w:tcPr>
            <w:tcW w:type="dxa" w:w="2880"/>
          </w:tcPr>
          <w:p>
            <w:r>
              <w:t>1</w:t>
            </w:r>
          </w:p>
        </w:tc>
      </w:tr>
      <w:tr>
        <w:tc>
          <w:tcPr>
            <w:tcW w:type="dxa" w:w="2880"/>
          </w:tcPr>
          <w:p>
            <w:r>
              <w:t>2026-08-10</w:t>
            </w:r>
          </w:p>
        </w:tc>
        <w:tc>
          <w:tcPr>
            <w:tcW w:type="dxa" w:w="2880"/>
          </w:tcPr>
          <w:p>
            <w:r>
              <w:t>ready-mix concrete</w:t>
            </w:r>
          </w:p>
        </w:tc>
        <w:tc>
          <w:tcPr>
            <w:tcW w:type="dxa" w:w="2880"/>
          </w:tcPr>
          <w:p>
            <w:r>
              <w:t>4</w:t>
            </w:r>
          </w:p>
        </w:tc>
      </w:tr>
      <w:tr>
        <w:tc>
          <w:tcPr>
            <w:tcW w:type="dxa" w:w="2880"/>
          </w:tcPr>
          <w:p>
            <w:r>
              <w:t>2026-08-10</w:t>
            </w:r>
          </w:p>
        </w:tc>
        <w:tc>
          <w:tcPr>
            <w:tcW w:type="dxa" w:w="2880"/>
          </w:tcPr>
          <w:p>
            <w:r>
              <w:t>rebar</w:t>
            </w:r>
          </w:p>
        </w:tc>
        <w:tc>
          <w:tcPr>
            <w:tcW w:type="dxa" w:w="2880"/>
          </w:tcPr>
          <w:p>
            <w:r>
              <w:t>4</w:t>
            </w:r>
          </w:p>
        </w:tc>
      </w:tr>
      <w:tr>
        <w:tc>
          <w:tcPr>
            <w:tcW w:type="dxa" w:w="2880"/>
          </w:tcPr>
          <w:p>
            <w:r>
              <w:t>2026-08-10</w:t>
            </w:r>
          </w:p>
        </w:tc>
        <w:tc>
          <w:tcPr>
            <w:tcW w:type="dxa" w:w="2880"/>
          </w:tcPr>
          <w:p>
            <w:r>
              <w:t>MEP</w:t>
            </w:r>
          </w:p>
        </w:tc>
        <w:tc>
          <w:tcPr>
            <w:tcW w:type="dxa" w:w="2880"/>
          </w:tcPr>
          <w:p>
            <w:r>
              <w:t>2</w:t>
            </w:r>
          </w:p>
        </w:tc>
      </w:tr>
      <w:tr>
        <w:tc>
          <w:tcPr>
            <w:tcW w:type="dxa" w:w="2880"/>
          </w:tcPr>
          <w:p>
            <w:r>
              <w:t>2026-08-10</w:t>
            </w:r>
          </w:p>
        </w:tc>
        <w:tc>
          <w:tcPr>
            <w:tcW w:type="dxa" w:w="2880"/>
          </w:tcPr>
          <w:p>
            <w:r>
              <w:t>precast</w:t>
            </w:r>
          </w:p>
        </w:tc>
        <w:tc>
          <w:tcPr>
            <w:tcW w:type="dxa" w:w="2880"/>
          </w:tcPr>
          <w:p>
            <w:r>
              <w:t>4</w:t>
            </w:r>
          </w:p>
        </w:tc>
      </w:tr>
      <w:tr>
        <w:tc>
          <w:tcPr>
            <w:tcW w:type="dxa" w:w="2880"/>
          </w:tcPr>
          <w:p>
            <w:r>
              <w:t>2026-08-10</w:t>
            </w:r>
          </w:p>
        </w:tc>
        <w:tc>
          <w:tcPr>
            <w:tcW w:type="dxa" w:w="2880"/>
          </w:tcPr>
          <w:p>
            <w:r>
              <w:t>formwork</w:t>
            </w:r>
          </w:p>
        </w:tc>
        <w:tc>
          <w:tcPr>
            <w:tcW w:type="dxa" w:w="2880"/>
          </w:tcPr>
          <w:p>
            <w:r>
              <w:t>4</w:t>
            </w:r>
          </w:p>
        </w:tc>
      </w:tr>
      <w:tr>
        <w:tc>
          <w:tcPr>
            <w:tcW w:type="dxa" w:w="2880"/>
          </w:tcPr>
          <w:p>
            <w:r>
              <w:t>2026-08-17</w:t>
            </w:r>
          </w:p>
        </w:tc>
        <w:tc>
          <w:tcPr>
            <w:tcW w:type="dxa" w:w="2880"/>
          </w:tcPr>
          <w:p>
            <w:r>
              <w:t>ready-mix concrete</w:t>
            </w:r>
          </w:p>
        </w:tc>
        <w:tc>
          <w:tcPr>
            <w:tcW w:type="dxa" w:w="2880"/>
          </w:tcPr>
          <w:p>
            <w:r>
              <w:t>0</w:t>
            </w:r>
          </w:p>
        </w:tc>
      </w:tr>
      <w:tr>
        <w:tc>
          <w:tcPr>
            <w:tcW w:type="dxa" w:w="2880"/>
          </w:tcPr>
          <w:p>
            <w:r>
              <w:t>2026-08-17</w:t>
            </w:r>
          </w:p>
        </w:tc>
        <w:tc>
          <w:tcPr>
            <w:tcW w:type="dxa" w:w="2880"/>
          </w:tcPr>
          <w:p>
            <w:r>
              <w:t>rebar</w:t>
            </w:r>
          </w:p>
        </w:tc>
        <w:tc>
          <w:tcPr>
            <w:tcW w:type="dxa" w:w="2880"/>
          </w:tcPr>
          <w:p>
            <w:r>
              <w:t>3</w:t>
            </w:r>
          </w:p>
        </w:tc>
      </w:tr>
      <w:tr>
        <w:tc>
          <w:tcPr>
            <w:tcW w:type="dxa" w:w="2880"/>
          </w:tcPr>
          <w:p>
            <w:r>
              <w:t>2026-08-17</w:t>
            </w:r>
          </w:p>
        </w:tc>
        <w:tc>
          <w:tcPr>
            <w:tcW w:type="dxa" w:w="2880"/>
          </w:tcPr>
          <w:p>
            <w:r>
              <w:t>MEP</w:t>
            </w:r>
          </w:p>
        </w:tc>
        <w:tc>
          <w:tcPr>
            <w:tcW w:type="dxa" w:w="2880"/>
          </w:tcPr>
          <w:p>
            <w:r>
              <w:t>1</w:t>
            </w:r>
          </w:p>
        </w:tc>
      </w:tr>
      <w:tr>
        <w:tc>
          <w:tcPr>
            <w:tcW w:type="dxa" w:w="2880"/>
          </w:tcPr>
          <w:p>
            <w:r>
              <w:t>2026-08-17</w:t>
            </w:r>
          </w:p>
        </w:tc>
        <w:tc>
          <w:tcPr>
            <w:tcW w:type="dxa" w:w="2880"/>
          </w:tcPr>
          <w:p>
            <w:r>
              <w:t>precast</w:t>
            </w:r>
          </w:p>
        </w:tc>
        <w:tc>
          <w:tcPr>
            <w:tcW w:type="dxa" w:w="2880"/>
          </w:tcPr>
          <w:p>
            <w:r>
              <w:t>5</w:t>
            </w:r>
          </w:p>
        </w:tc>
      </w:tr>
      <w:tr>
        <w:tc>
          <w:tcPr>
            <w:tcW w:type="dxa" w:w="2880"/>
          </w:tcPr>
          <w:p>
            <w:r>
              <w:t>2026-08-17</w:t>
            </w:r>
          </w:p>
        </w:tc>
        <w:tc>
          <w:tcPr>
            <w:tcW w:type="dxa" w:w="2880"/>
          </w:tcPr>
          <w:p>
            <w:r>
              <w:t>formwork</w:t>
            </w:r>
          </w:p>
        </w:tc>
        <w:tc>
          <w:tcPr>
            <w:tcW w:type="dxa" w:w="2880"/>
          </w:tcPr>
          <w:p>
            <w:r>
              <w:t>0</w:t>
            </w:r>
          </w:p>
        </w:tc>
      </w:tr>
      <w:tr>
        <w:tc>
          <w:tcPr>
            <w:tcW w:type="dxa" w:w="2880"/>
          </w:tcPr>
          <w:p>
            <w:r>
              <w:t>2026-08-24</w:t>
            </w:r>
          </w:p>
        </w:tc>
        <w:tc>
          <w:tcPr>
            <w:tcW w:type="dxa" w:w="2880"/>
          </w:tcPr>
          <w:p>
            <w:r>
              <w:t>ready-mix concrete</w:t>
            </w:r>
          </w:p>
        </w:tc>
        <w:tc>
          <w:tcPr>
            <w:tcW w:type="dxa" w:w="2880"/>
          </w:tcPr>
          <w:p>
            <w:r>
              <w:t>7</w:t>
            </w:r>
          </w:p>
        </w:tc>
      </w:tr>
      <w:tr>
        <w:tc>
          <w:tcPr>
            <w:tcW w:type="dxa" w:w="2880"/>
          </w:tcPr>
          <w:p>
            <w:r>
              <w:t>2026-08-24</w:t>
            </w:r>
          </w:p>
        </w:tc>
        <w:tc>
          <w:tcPr>
            <w:tcW w:type="dxa" w:w="2880"/>
          </w:tcPr>
          <w:p>
            <w:r>
              <w:t>rebar</w:t>
            </w:r>
          </w:p>
        </w:tc>
        <w:tc>
          <w:tcPr>
            <w:tcW w:type="dxa" w:w="2880"/>
          </w:tcPr>
          <w:p>
            <w:r>
              <w:t>2</w:t>
            </w:r>
          </w:p>
        </w:tc>
      </w:tr>
      <w:tr>
        <w:tc>
          <w:tcPr>
            <w:tcW w:type="dxa" w:w="2880"/>
          </w:tcPr>
          <w:p>
            <w:r>
              <w:t>2026-08-24</w:t>
            </w:r>
          </w:p>
        </w:tc>
        <w:tc>
          <w:tcPr>
            <w:tcW w:type="dxa" w:w="2880"/>
          </w:tcPr>
          <w:p>
            <w:r>
              <w:t>MEP</w:t>
            </w:r>
          </w:p>
        </w:tc>
        <w:tc>
          <w:tcPr>
            <w:tcW w:type="dxa" w:w="2880"/>
          </w:tcPr>
          <w:p>
            <w:r>
              <w:t>2</w:t>
            </w:r>
          </w:p>
        </w:tc>
      </w:tr>
      <w:tr>
        <w:tc>
          <w:tcPr>
            <w:tcW w:type="dxa" w:w="2880"/>
          </w:tcPr>
          <w:p>
            <w:r>
              <w:t>2026-08-24</w:t>
            </w:r>
          </w:p>
        </w:tc>
        <w:tc>
          <w:tcPr>
            <w:tcW w:type="dxa" w:w="2880"/>
          </w:tcPr>
          <w:p>
            <w:r>
              <w:t>precast</w:t>
            </w:r>
          </w:p>
        </w:tc>
        <w:tc>
          <w:tcPr>
            <w:tcW w:type="dxa" w:w="2880"/>
          </w:tcPr>
          <w:p>
            <w:r>
              <w:t>2</w:t>
            </w:r>
          </w:p>
        </w:tc>
      </w:tr>
      <w:tr>
        <w:tc>
          <w:tcPr>
            <w:tcW w:type="dxa" w:w="2880"/>
          </w:tcPr>
          <w:p>
            <w:r>
              <w:t>2026-08-24</w:t>
            </w:r>
          </w:p>
        </w:tc>
        <w:tc>
          <w:tcPr>
            <w:tcW w:type="dxa" w:w="2880"/>
          </w:tcPr>
          <w:p>
            <w:r>
              <w:t>formwork</w:t>
            </w:r>
          </w:p>
        </w:tc>
        <w:tc>
          <w:tcPr>
            <w:tcW w:type="dxa" w:w="2880"/>
          </w:tcPr>
          <w:p>
            <w:r>
              <w:t>3</w:t>
            </w:r>
          </w:p>
        </w:tc>
      </w:tr>
      <w:tr>
        <w:tc>
          <w:tcPr>
            <w:tcW w:type="dxa" w:w="2880"/>
          </w:tcPr>
          <w:p>
            <w:r>
              <w:t>2026-08-31</w:t>
            </w:r>
          </w:p>
        </w:tc>
        <w:tc>
          <w:tcPr>
            <w:tcW w:type="dxa" w:w="2880"/>
          </w:tcPr>
          <w:p>
            <w:r>
              <w:t>ready-mix concrete</w:t>
            </w:r>
          </w:p>
        </w:tc>
        <w:tc>
          <w:tcPr>
            <w:tcW w:type="dxa" w:w="2880"/>
          </w:tcPr>
          <w:p>
            <w:r>
              <w:t>0</w:t>
            </w:r>
          </w:p>
        </w:tc>
      </w:tr>
      <w:tr>
        <w:tc>
          <w:tcPr>
            <w:tcW w:type="dxa" w:w="2880"/>
          </w:tcPr>
          <w:p>
            <w:r>
              <w:t>2026-08-31</w:t>
            </w:r>
          </w:p>
        </w:tc>
        <w:tc>
          <w:tcPr>
            <w:tcW w:type="dxa" w:w="2880"/>
          </w:tcPr>
          <w:p>
            <w:r>
              <w:t>rebar</w:t>
            </w:r>
          </w:p>
        </w:tc>
        <w:tc>
          <w:tcPr>
            <w:tcW w:type="dxa" w:w="2880"/>
          </w:tcPr>
          <w:p>
            <w:r>
              <w:t>0</w:t>
            </w:r>
          </w:p>
        </w:tc>
      </w:tr>
      <w:tr>
        <w:tc>
          <w:tcPr>
            <w:tcW w:type="dxa" w:w="2880"/>
          </w:tcPr>
          <w:p>
            <w:r>
              <w:t>2026-08-31</w:t>
            </w:r>
          </w:p>
        </w:tc>
        <w:tc>
          <w:tcPr>
            <w:tcW w:type="dxa" w:w="2880"/>
          </w:tcPr>
          <w:p>
            <w:r>
              <w:t>MEP</w:t>
            </w:r>
          </w:p>
        </w:tc>
        <w:tc>
          <w:tcPr>
            <w:tcW w:type="dxa" w:w="2880"/>
          </w:tcPr>
          <w:p>
            <w:r>
              <w:t>0</w:t>
            </w:r>
          </w:p>
        </w:tc>
      </w:tr>
      <w:tr>
        <w:tc>
          <w:tcPr>
            <w:tcW w:type="dxa" w:w="2880"/>
          </w:tcPr>
          <w:p>
            <w:r>
              <w:t>2026-08-31</w:t>
            </w:r>
          </w:p>
        </w:tc>
        <w:tc>
          <w:tcPr>
            <w:tcW w:type="dxa" w:w="2880"/>
          </w:tcPr>
          <w:p>
            <w:r>
              <w:t>precast</w:t>
            </w:r>
          </w:p>
        </w:tc>
        <w:tc>
          <w:tcPr>
            <w:tcW w:type="dxa" w:w="2880"/>
          </w:tcPr>
          <w:p>
            <w:r>
              <w:t>1</w:t>
            </w:r>
          </w:p>
        </w:tc>
      </w:tr>
      <w:tr>
        <w:tc>
          <w:tcPr>
            <w:tcW w:type="dxa" w:w="2880"/>
          </w:tcPr>
          <w:p>
            <w:r>
              <w:t>2026-08-31</w:t>
            </w:r>
          </w:p>
        </w:tc>
        <w:tc>
          <w:tcPr>
            <w:tcW w:type="dxa" w:w="2880"/>
          </w:tcPr>
          <w:p>
            <w:r>
              <w:t>formwork</w:t>
            </w:r>
          </w:p>
        </w:tc>
        <w:tc>
          <w:tcPr>
            <w:tcW w:type="dxa" w:w="2880"/>
          </w:tcPr>
          <w:p>
            <w:r>
              <w:t>0</w:t>
            </w:r>
          </w:p>
        </w:tc>
      </w:tr>
    </w:tbl>
    <w:p/>
    <w:p>
      <w:pPr>
        <w:pStyle w:val="Heading2"/>
      </w:pPr>
      <w:r>
        <w:t>Figure 29. Emerging hot spots: Inspections and defects [90]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-0.608</w:t>
            </w:r>
          </w:p>
        </w:tc>
        <w:tc>
          <w:tcPr>
            <w:tcW w:type="dxa" w:w="2880"/>
          </w:tcPr>
          <w:p>
            <w:r>
              <w:t>-0.226</w:t>
            </w:r>
          </w:p>
        </w:tc>
        <w:tc>
          <w:tcPr>
            <w:tcW w:type="dxa" w:w="2880"/>
          </w:tcPr>
          <w:p>
            <w:r>
              <w:t>10</w:t>
            </w:r>
          </w:p>
        </w:tc>
      </w:tr>
      <w:tr>
        <w:tc>
          <w:tcPr>
            <w:tcW w:type="dxa" w:w="2880"/>
          </w:tcPr>
          <w:p>
            <w:r>
              <w:t>-0.226</w:t>
            </w:r>
          </w:p>
        </w:tc>
        <w:tc>
          <w:tcPr>
            <w:tcW w:type="dxa" w:w="2880"/>
          </w:tcPr>
          <w:p>
            <w:r>
              <w:t>0.156</w:t>
            </w:r>
          </w:p>
        </w:tc>
        <w:tc>
          <w:tcPr>
            <w:tcW w:type="dxa" w:w="2880"/>
          </w:tcPr>
          <w:p>
            <w:r>
              <w:t>3</w:t>
            </w:r>
          </w:p>
        </w:tc>
      </w:tr>
      <w:tr>
        <w:tc>
          <w:tcPr>
            <w:tcW w:type="dxa" w:w="2880"/>
          </w:tcPr>
          <w:p>
            <w:r>
              <w:t>0.156</w:t>
            </w:r>
          </w:p>
        </w:tc>
        <w:tc>
          <w:tcPr>
            <w:tcW w:type="dxa" w:w="2880"/>
          </w:tcPr>
          <w:p>
            <w:r>
              <w:t>0.538</w:t>
            </w:r>
          </w:p>
        </w:tc>
        <w:tc>
          <w:tcPr>
            <w:tcW w:type="dxa" w:w="2880"/>
          </w:tcPr>
          <w:p>
            <w:r>
              <w:t>4</w:t>
            </w:r>
          </w:p>
        </w:tc>
      </w:tr>
      <w:tr>
        <w:tc>
          <w:tcPr>
            <w:tcW w:type="dxa" w:w="2880"/>
          </w:tcPr>
          <w:p>
            <w:r>
              <w:t>0.538</w:t>
            </w:r>
          </w:p>
        </w:tc>
        <w:tc>
          <w:tcPr>
            <w:tcW w:type="dxa" w:w="2880"/>
          </w:tcPr>
          <w:p>
            <w:r>
              <w:t>0.92</w:t>
            </w:r>
          </w:p>
        </w:tc>
        <w:tc>
          <w:tcPr>
            <w:tcW w:type="dxa" w:w="2880"/>
          </w:tcPr>
          <w:p>
            <w:r>
              <w:t>4</w:t>
            </w:r>
          </w:p>
        </w:tc>
      </w:tr>
      <w:tr>
        <w:tc>
          <w:tcPr>
            <w:tcW w:type="dxa" w:w="2880"/>
          </w:tcPr>
          <w:p>
            <w:r>
              <w:t>0.92</w:t>
            </w:r>
          </w:p>
        </w:tc>
        <w:tc>
          <w:tcPr>
            <w:tcW w:type="dxa" w:w="2880"/>
          </w:tcPr>
          <w:p>
            <w:r>
              <w:t>1.302</w:t>
            </w:r>
          </w:p>
        </w:tc>
        <w:tc>
          <w:tcPr>
            <w:tcW w:type="dxa" w:w="2880"/>
          </w:tcPr>
          <w:p>
            <w:r>
              <w:t>6</w:t>
            </w:r>
          </w:p>
        </w:tc>
      </w:tr>
      <w:tr>
        <w:tc>
          <w:tcPr>
            <w:tcW w:type="dxa" w:w="2880"/>
          </w:tcPr>
          <w:p>
            <w:r>
              <w:t>1.302</w:t>
            </w:r>
          </w:p>
        </w:tc>
        <w:tc>
          <w:tcPr>
            <w:tcW w:type="dxa" w:w="2880"/>
          </w:tcPr>
          <w:p>
            <w:r>
              <w:t>1.684</w:t>
            </w:r>
          </w:p>
        </w:tc>
        <w:tc>
          <w:tcPr>
            <w:tcW w:type="dxa" w:w="2880"/>
          </w:tcPr>
          <w:p>
            <w:r>
              <w:t>1</w:t>
            </w:r>
          </w:p>
        </w:tc>
      </w:tr>
    </w:tbl>
    <w:p/>
    <w:p>
      <w:pPr>
        <w:pStyle w:val="Heading2"/>
      </w:pPr>
      <w:r>
        <w:t>Figure 30. Emerging hot spots: Settlement monitoring [91]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2.101</w:t>
            </w:r>
          </w:p>
        </w:tc>
        <w:tc>
          <w:tcPr>
            <w:tcW w:type="dxa" w:w="2880"/>
          </w:tcPr>
          <w:p>
            <w:r>
              <w:t>2.529</w:t>
            </w:r>
          </w:p>
        </w:tc>
        <w:tc>
          <w:tcPr>
            <w:tcW w:type="dxa" w:w="2880"/>
          </w:tcPr>
          <w:p>
            <w:r>
              <w:t>5</w:t>
            </w:r>
          </w:p>
        </w:tc>
      </w:tr>
      <w:tr>
        <w:tc>
          <w:tcPr>
            <w:tcW w:type="dxa" w:w="2880"/>
          </w:tcPr>
          <w:p>
            <w:r>
              <w:t>2.529</w:t>
            </w:r>
          </w:p>
        </w:tc>
        <w:tc>
          <w:tcPr>
            <w:tcW w:type="dxa" w:w="2880"/>
          </w:tcPr>
          <w:p>
            <w:r>
              <w:t>2.958</w:t>
            </w:r>
          </w:p>
        </w:tc>
        <w:tc>
          <w:tcPr>
            <w:tcW w:type="dxa" w:w="2880"/>
          </w:tcPr>
          <w:p>
            <w:r>
              <w:t>1</w:t>
            </w:r>
          </w:p>
        </w:tc>
      </w:tr>
      <w:tr>
        <w:tc>
          <w:tcPr>
            <w:tcW w:type="dxa" w:w="2880"/>
          </w:tcPr>
          <w:p>
            <w:r>
              <w:t>2.958</w:t>
            </w:r>
          </w:p>
        </w:tc>
        <w:tc>
          <w:tcPr>
            <w:tcW w:type="dxa" w:w="2880"/>
          </w:tcPr>
          <w:p>
            <w:r>
              <w:t>3.386</w:t>
            </w:r>
          </w:p>
        </w:tc>
        <w:tc>
          <w:tcPr>
            <w:tcW w:type="dxa" w:w="2880"/>
          </w:tcPr>
          <w:p>
            <w:r>
              <w:t>0</w:t>
            </w:r>
          </w:p>
        </w:tc>
      </w:tr>
      <w:tr>
        <w:tc>
          <w:tcPr>
            <w:tcW w:type="dxa" w:w="2880"/>
          </w:tcPr>
          <w:p>
            <w:r>
              <w:t>3.386</w:t>
            </w:r>
          </w:p>
        </w:tc>
        <w:tc>
          <w:tcPr>
            <w:tcW w:type="dxa" w:w="2880"/>
          </w:tcPr>
          <w:p>
            <w:r>
              <w:t>3.815</w:t>
            </w:r>
          </w:p>
        </w:tc>
        <w:tc>
          <w:tcPr>
            <w:tcW w:type="dxa" w:w="2880"/>
          </w:tcPr>
          <w:p>
            <w:r>
              <w:t>1</w:t>
            </w:r>
          </w:p>
        </w:tc>
      </w:tr>
      <w:tr>
        <w:tc>
          <w:tcPr>
            <w:tcW w:type="dxa" w:w="2880"/>
          </w:tcPr>
          <w:p>
            <w:r>
              <w:t>3.815</w:t>
            </w:r>
          </w:p>
        </w:tc>
        <w:tc>
          <w:tcPr>
            <w:tcW w:type="dxa" w:w="2880"/>
          </w:tcPr>
          <w:p>
            <w:r>
              <w:t>4.243</w:t>
            </w:r>
          </w:p>
        </w:tc>
        <w:tc>
          <w:tcPr>
            <w:tcW w:type="dxa" w:w="2880"/>
          </w:tcPr>
          <w:p>
            <w:r>
              <w:t>3</w:t>
            </w:r>
          </w:p>
        </w:tc>
      </w:tr>
    </w:tbl>
    <w:p/>
    <w:p>
      <w:pPr>
        <w:pStyle w:val="Heading2"/>
      </w:pPr>
      <w:r>
        <w:t>Figure 31. Repeat and near repeat classification: Inspections and defects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quality</w:t>
            </w:r>
          </w:p>
        </w:tc>
        <w:tc>
          <w:tcPr>
            <w:tcW w:type="dxa" w:w="2880"/>
          </w:tcPr>
          <w:p>
            <w:r>
              <w:t>0</w:t>
            </w:r>
          </w:p>
        </w:tc>
      </w:tr>
      <w:tr>
        <w:tc>
          <w:tcPr>
            <w:tcW w:type="dxa" w:w="2880"/>
          </w:tcPr>
          <w:p>
            <w:r>
              <w:t>2026-02-23</w:t>
            </w:r>
          </w:p>
        </w:tc>
        <w:tc>
          <w:tcPr>
            <w:tcW w:type="dxa" w:w="2880"/>
          </w:tcPr>
          <w:p>
            <w:r>
              <w:t>safety</w:t>
            </w:r>
          </w:p>
        </w:tc>
        <w:tc>
          <w:tcPr>
            <w:tcW w:type="dxa" w:w="2880"/>
          </w:tcPr>
          <w:p>
            <w:r>
              <w:t>1</w:t>
            </w:r>
          </w:p>
        </w:tc>
      </w:tr>
      <w:tr>
        <w:tc>
          <w:tcPr>
            <w:tcW w:type="dxa" w:w="2880"/>
          </w:tcPr>
          <w:p>
            <w:r>
              <w:t>2026-02-23</w:t>
            </w:r>
          </w:p>
        </w:tc>
        <w:tc>
          <w:tcPr>
            <w:tcW w:type="dxa" w:w="2880"/>
          </w:tcPr>
          <w:p>
            <w:r>
              <w:t>environmental</w:t>
            </w:r>
          </w:p>
        </w:tc>
        <w:tc>
          <w:tcPr>
            <w:tcW w:type="dxa" w:w="2880"/>
          </w:tcPr>
          <w:p>
            <w:r>
              <w:t>0</w:t>
            </w:r>
          </w:p>
        </w:tc>
      </w:tr>
      <w:tr>
        <w:tc>
          <w:tcPr>
            <w:tcW w:type="dxa" w:w="2880"/>
          </w:tcPr>
          <w:p>
            <w:r>
              <w:t>2026-03-02</w:t>
            </w:r>
          </w:p>
        </w:tc>
        <w:tc>
          <w:tcPr>
            <w:tcW w:type="dxa" w:w="2880"/>
          </w:tcPr>
          <w:p>
            <w:r>
              <w:t>quality</w:t>
            </w:r>
          </w:p>
        </w:tc>
        <w:tc>
          <w:tcPr>
            <w:tcW w:type="dxa" w:w="2880"/>
          </w:tcPr>
          <w:p>
            <w:r>
              <w:t>10</w:t>
            </w:r>
          </w:p>
        </w:tc>
      </w:tr>
      <w:tr>
        <w:tc>
          <w:tcPr>
            <w:tcW w:type="dxa" w:w="2880"/>
          </w:tcPr>
          <w:p>
            <w:r>
              <w:t>2026-03-02</w:t>
            </w:r>
          </w:p>
        </w:tc>
        <w:tc>
          <w:tcPr>
            <w:tcW w:type="dxa" w:w="2880"/>
          </w:tcPr>
          <w:p>
            <w:r>
              <w:t>safety</w:t>
            </w:r>
          </w:p>
        </w:tc>
        <w:tc>
          <w:tcPr>
            <w:tcW w:type="dxa" w:w="2880"/>
          </w:tcPr>
          <w:p>
            <w:r>
              <w:t>11</w:t>
            </w:r>
          </w:p>
        </w:tc>
      </w:tr>
      <w:tr>
        <w:tc>
          <w:tcPr>
            <w:tcW w:type="dxa" w:w="2880"/>
          </w:tcPr>
          <w:p>
            <w:r>
              <w:t>2026-03-02</w:t>
            </w:r>
          </w:p>
        </w:tc>
        <w:tc>
          <w:tcPr>
            <w:tcW w:type="dxa" w:w="2880"/>
          </w:tcPr>
          <w:p>
            <w:r>
              <w:t>environmental</w:t>
            </w:r>
          </w:p>
        </w:tc>
        <w:tc>
          <w:tcPr>
            <w:tcW w:type="dxa" w:w="2880"/>
          </w:tcPr>
          <w:p>
            <w:r>
              <w:t>2</w:t>
            </w:r>
          </w:p>
        </w:tc>
      </w:tr>
      <w:tr>
        <w:tc>
          <w:tcPr>
            <w:tcW w:type="dxa" w:w="2880"/>
          </w:tcPr>
          <w:p>
            <w:r>
              <w:t>2026-03-09</w:t>
            </w:r>
          </w:p>
        </w:tc>
        <w:tc>
          <w:tcPr>
            <w:tcW w:type="dxa" w:w="2880"/>
          </w:tcPr>
          <w:p>
            <w:r>
              <w:t>quality</w:t>
            </w:r>
          </w:p>
        </w:tc>
        <w:tc>
          <w:tcPr>
            <w:tcW w:type="dxa" w:w="2880"/>
          </w:tcPr>
          <w:p>
            <w:r>
              <w:t>10</w:t>
            </w:r>
          </w:p>
        </w:tc>
      </w:tr>
      <w:tr>
        <w:tc>
          <w:tcPr>
            <w:tcW w:type="dxa" w:w="2880"/>
          </w:tcPr>
          <w:p>
            <w:r>
              <w:t>2026-03-09</w:t>
            </w:r>
          </w:p>
        </w:tc>
        <w:tc>
          <w:tcPr>
            <w:tcW w:type="dxa" w:w="2880"/>
          </w:tcPr>
          <w:p>
            <w:r>
              <w:t>safety</w:t>
            </w:r>
          </w:p>
        </w:tc>
        <w:tc>
          <w:tcPr>
            <w:tcW w:type="dxa" w:w="2880"/>
          </w:tcPr>
          <w:p>
            <w:r>
              <w:t>11</w:t>
            </w:r>
          </w:p>
        </w:tc>
      </w:tr>
      <w:tr>
        <w:tc>
          <w:tcPr>
            <w:tcW w:type="dxa" w:w="2880"/>
          </w:tcPr>
          <w:p>
            <w:r>
              <w:t>2026-03-09</w:t>
            </w:r>
          </w:p>
        </w:tc>
        <w:tc>
          <w:tcPr>
            <w:tcW w:type="dxa" w:w="2880"/>
          </w:tcPr>
          <w:p>
            <w:r>
              <w:t>environmental</w:t>
            </w:r>
          </w:p>
        </w:tc>
        <w:tc>
          <w:tcPr>
            <w:tcW w:type="dxa" w:w="2880"/>
          </w:tcPr>
          <w:p>
            <w:r>
              <w:t>4</w:t>
            </w:r>
          </w:p>
        </w:tc>
      </w:tr>
      <w:tr>
        <w:tc>
          <w:tcPr>
            <w:tcW w:type="dxa" w:w="2880"/>
          </w:tcPr>
          <w:p>
            <w:r>
              <w:t>2026-03-16</w:t>
            </w:r>
          </w:p>
        </w:tc>
        <w:tc>
          <w:tcPr>
            <w:tcW w:type="dxa" w:w="2880"/>
          </w:tcPr>
          <w:p>
            <w:r>
              <w:t>quality</w:t>
            </w:r>
          </w:p>
        </w:tc>
        <w:tc>
          <w:tcPr>
            <w:tcW w:type="dxa" w:w="2880"/>
          </w:tcPr>
          <w:p>
            <w:r>
              <w:t>14</w:t>
            </w:r>
          </w:p>
        </w:tc>
      </w:tr>
      <w:tr>
        <w:tc>
          <w:tcPr>
            <w:tcW w:type="dxa" w:w="2880"/>
          </w:tcPr>
          <w:p>
            <w:r>
              <w:t>2026-03-16</w:t>
            </w:r>
          </w:p>
        </w:tc>
        <w:tc>
          <w:tcPr>
            <w:tcW w:type="dxa" w:w="2880"/>
          </w:tcPr>
          <w:p>
            <w:r>
              <w:t>safety</w:t>
            </w:r>
          </w:p>
        </w:tc>
        <w:tc>
          <w:tcPr>
            <w:tcW w:type="dxa" w:w="2880"/>
          </w:tcPr>
          <w:p>
            <w:r>
              <w:t>7</w:t>
            </w:r>
          </w:p>
        </w:tc>
      </w:tr>
      <w:tr>
        <w:tc>
          <w:tcPr>
            <w:tcW w:type="dxa" w:w="2880"/>
          </w:tcPr>
          <w:p>
            <w:r>
              <w:t>2026-03-16</w:t>
            </w:r>
          </w:p>
        </w:tc>
        <w:tc>
          <w:tcPr>
            <w:tcW w:type="dxa" w:w="2880"/>
          </w:tcPr>
          <w:p>
            <w:r>
              <w:t>environmental</w:t>
            </w:r>
          </w:p>
        </w:tc>
        <w:tc>
          <w:tcPr>
            <w:tcW w:type="dxa" w:w="2880"/>
          </w:tcPr>
          <w:p>
            <w:r>
              <w:t>4</w:t>
            </w:r>
          </w:p>
        </w:tc>
      </w:tr>
      <w:tr>
        <w:tc>
          <w:tcPr>
            <w:tcW w:type="dxa" w:w="2880"/>
          </w:tcPr>
          <w:p>
            <w:r>
              <w:t>2026-03-23</w:t>
            </w:r>
          </w:p>
        </w:tc>
        <w:tc>
          <w:tcPr>
            <w:tcW w:type="dxa" w:w="2880"/>
          </w:tcPr>
          <w:p>
            <w:r>
              <w:t>quality</w:t>
            </w:r>
          </w:p>
        </w:tc>
        <w:tc>
          <w:tcPr>
            <w:tcW w:type="dxa" w:w="2880"/>
          </w:tcPr>
          <w:p>
            <w:r>
              <w:t>12</w:t>
            </w:r>
          </w:p>
        </w:tc>
      </w:tr>
      <w:tr>
        <w:tc>
          <w:tcPr>
            <w:tcW w:type="dxa" w:w="2880"/>
          </w:tcPr>
          <w:p>
            <w:r>
              <w:t>2026-03-23</w:t>
            </w:r>
          </w:p>
        </w:tc>
        <w:tc>
          <w:tcPr>
            <w:tcW w:type="dxa" w:w="2880"/>
          </w:tcPr>
          <w:p>
            <w:r>
              <w:t>safety</w:t>
            </w:r>
          </w:p>
        </w:tc>
        <w:tc>
          <w:tcPr>
            <w:tcW w:type="dxa" w:w="2880"/>
          </w:tcPr>
          <w:p>
            <w:r>
              <w:t>9</w:t>
            </w:r>
          </w:p>
        </w:tc>
      </w:tr>
      <w:tr>
        <w:tc>
          <w:tcPr>
            <w:tcW w:type="dxa" w:w="2880"/>
          </w:tcPr>
          <w:p>
            <w:r>
              <w:t>2026-03-23</w:t>
            </w:r>
          </w:p>
        </w:tc>
        <w:tc>
          <w:tcPr>
            <w:tcW w:type="dxa" w:w="2880"/>
          </w:tcPr>
          <w:p>
            <w:r>
              <w:t>environmental</w:t>
            </w:r>
          </w:p>
        </w:tc>
        <w:tc>
          <w:tcPr>
            <w:tcW w:type="dxa" w:w="2880"/>
          </w:tcPr>
          <w:p>
            <w:r>
              <w:t>2</w:t>
            </w:r>
          </w:p>
        </w:tc>
      </w:tr>
      <w:tr>
        <w:tc>
          <w:tcPr>
            <w:tcW w:type="dxa" w:w="2880"/>
          </w:tcPr>
          <w:p>
            <w:r>
              <w:t>2026-03-30</w:t>
            </w:r>
          </w:p>
        </w:tc>
        <w:tc>
          <w:tcPr>
            <w:tcW w:type="dxa" w:w="2880"/>
          </w:tcPr>
          <w:p>
            <w:r>
              <w:t>quality</w:t>
            </w:r>
          </w:p>
        </w:tc>
        <w:tc>
          <w:tcPr>
            <w:tcW w:type="dxa" w:w="2880"/>
          </w:tcPr>
          <w:p>
            <w:r>
              <w:t>15</w:t>
            </w:r>
          </w:p>
        </w:tc>
      </w:tr>
      <w:tr>
        <w:tc>
          <w:tcPr>
            <w:tcW w:type="dxa" w:w="2880"/>
          </w:tcPr>
          <w:p>
            <w:r>
              <w:t>2026-03-30</w:t>
            </w:r>
          </w:p>
        </w:tc>
        <w:tc>
          <w:tcPr>
            <w:tcW w:type="dxa" w:w="2880"/>
          </w:tcPr>
          <w:p>
            <w:r>
              <w:t>safety</w:t>
            </w:r>
          </w:p>
        </w:tc>
        <w:tc>
          <w:tcPr>
            <w:tcW w:type="dxa" w:w="2880"/>
          </w:tcPr>
          <w:p>
            <w:r>
              <w:t>16</w:t>
            </w:r>
          </w:p>
        </w:tc>
      </w:tr>
      <w:tr>
        <w:tc>
          <w:tcPr>
            <w:tcW w:type="dxa" w:w="2880"/>
          </w:tcPr>
          <w:p>
            <w:r>
              <w:t>2026-03-30</w:t>
            </w:r>
          </w:p>
        </w:tc>
        <w:tc>
          <w:tcPr>
            <w:tcW w:type="dxa" w:w="2880"/>
          </w:tcPr>
          <w:p>
            <w:r>
              <w:t>environmental</w:t>
            </w:r>
          </w:p>
        </w:tc>
        <w:tc>
          <w:tcPr>
            <w:tcW w:type="dxa" w:w="2880"/>
          </w:tcPr>
          <w:p>
            <w:r>
              <w:t>5</w:t>
            </w:r>
          </w:p>
        </w:tc>
      </w:tr>
      <w:tr>
        <w:tc>
          <w:tcPr>
            <w:tcW w:type="dxa" w:w="2880"/>
          </w:tcPr>
          <w:p>
            <w:r>
              <w:t>2026-04-06</w:t>
            </w:r>
          </w:p>
        </w:tc>
        <w:tc>
          <w:tcPr>
            <w:tcW w:type="dxa" w:w="2880"/>
          </w:tcPr>
          <w:p>
            <w:r>
              <w:t>quality</w:t>
            </w:r>
          </w:p>
        </w:tc>
        <w:tc>
          <w:tcPr>
            <w:tcW w:type="dxa" w:w="2880"/>
          </w:tcPr>
          <w:p>
            <w:r>
              <w:t>22</w:t>
            </w:r>
          </w:p>
        </w:tc>
      </w:tr>
      <w:tr>
        <w:tc>
          <w:tcPr>
            <w:tcW w:type="dxa" w:w="2880"/>
          </w:tcPr>
          <w:p>
            <w:r>
              <w:t>2026-04-06</w:t>
            </w:r>
          </w:p>
        </w:tc>
        <w:tc>
          <w:tcPr>
            <w:tcW w:type="dxa" w:w="2880"/>
          </w:tcPr>
          <w:p>
            <w:r>
              <w:t>safety</w:t>
            </w:r>
          </w:p>
        </w:tc>
        <w:tc>
          <w:tcPr>
            <w:tcW w:type="dxa" w:w="2880"/>
          </w:tcPr>
          <w:p>
            <w:r>
              <w:t>7</w:t>
            </w:r>
          </w:p>
        </w:tc>
      </w:tr>
      <w:tr>
        <w:tc>
          <w:tcPr>
            <w:tcW w:type="dxa" w:w="2880"/>
          </w:tcPr>
          <w:p>
            <w:r>
              <w:t>2026-04-06</w:t>
            </w:r>
          </w:p>
        </w:tc>
        <w:tc>
          <w:tcPr>
            <w:tcW w:type="dxa" w:w="2880"/>
          </w:tcPr>
          <w:p>
            <w:r>
              <w:t>environmental</w:t>
            </w:r>
          </w:p>
        </w:tc>
        <w:tc>
          <w:tcPr>
            <w:tcW w:type="dxa" w:w="2880"/>
          </w:tcPr>
          <w:p>
            <w:r>
              <w:t>2</w:t>
            </w:r>
          </w:p>
        </w:tc>
      </w:tr>
      <w:tr>
        <w:tc>
          <w:tcPr>
            <w:tcW w:type="dxa" w:w="2880"/>
          </w:tcPr>
          <w:p>
            <w:r>
              <w:t>2026-04-13</w:t>
            </w:r>
          </w:p>
        </w:tc>
        <w:tc>
          <w:tcPr>
            <w:tcW w:type="dxa" w:w="2880"/>
          </w:tcPr>
          <w:p>
            <w:r>
              <w:t>quality</w:t>
            </w:r>
          </w:p>
        </w:tc>
        <w:tc>
          <w:tcPr>
            <w:tcW w:type="dxa" w:w="2880"/>
          </w:tcPr>
          <w:p>
            <w:r>
              <w:t>16</w:t>
            </w:r>
          </w:p>
        </w:tc>
      </w:tr>
      <w:tr>
        <w:tc>
          <w:tcPr>
            <w:tcW w:type="dxa" w:w="2880"/>
          </w:tcPr>
          <w:p>
            <w:r>
              <w:t>2026-04-13</w:t>
            </w:r>
          </w:p>
        </w:tc>
        <w:tc>
          <w:tcPr>
            <w:tcW w:type="dxa" w:w="2880"/>
          </w:tcPr>
          <w:p>
            <w:r>
              <w:t>safety</w:t>
            </w:r>
          </w:p>
        </w:tc>
        <w:tc>
          <w:tcPr>
            <w:tcW w:type="dxa" w:w="2880"/>
          </w:tcPr>
          <w:p>
            <w:r>
              <w:t>8</w:t>
            </w:r>
          </w:p>
        </w:tc>
      </w:tr>
      <w:tr>
        <w:tc>
          <w:tcPr>
            <w:tcW w:type="dxa" w:w="2880"/>
          </w:tcPr>
          <w:p>
            <w:r>
              <w:t>2026-04-13</w:t>
            </w:r>
          </w:p>
        </w:tc>
        <w:tc>
          <w:tcPr>
            <w:tcW w:type="dxa" w:w="2880"/>
          </w:tcPr>
          <w:p>
            <w:r>
              <w:t>environmental</w:t>
            </w:r>
          </w:p>
        </w:tc>
        <w:tc>
          <w:tcPr>
            <w:tcW w:type="dxa" w:w="2880"/>
          </w:tcPr>
          <w:p>
            <w:r>
              <w:t>0</w:t>
            </w:r>
          </w:p>
        </w:tc>
      </w:tr>
      <w:tr>
        <w:tc>
          <w:tcPr>
            <w:tcW w:type="dxa" w:w="2880"/>
          </w:tcPr>
          <w:p>
            <w:r>
              <w:t>2026-04-20</w:t>
            </w:r>
          </w:p>
        </w:tc>
        <w:tc>
          <w:tcPr>
            <w:tcW w:type="dxa" w:w="2880"/>
          </w:tcPr>
          <w:p>
            <w:r>
              <w:t>quality</w:t>
            </w:r>
          </w:p>
        </w:tc>
        <w:tc>
          <w:tcPr>
            <w:tcW w:type="dxa" w:w="2880"/>
          </w:tcPr>
          <w:p>
            <w:r>
              <w:t>9</w:t>
            </w:r>
          </w:p>
        </w:tc>
      </w:tr>
      <w:tr>
        <w:tc>
          <w:tcPr>
            <w:tcW w:type="dxa" w:w="2880"/>
          </w:tcPr>
          <w:p>
            <w:r>
              <w:t>2026-04-20</w:t>
            </w:r>
          </w:p>
        </w:tc>
        <w:tc>
          <w:tcPr>
            <w:tcW w:type="dxa" w:w="2880"/>
          </w:tcPr>
          <w:p>
            <w:r>
              <w:t>safety</w:t>
            </w:r>
          </w:p>
        </w:tc>
        <w:tc>
          <w:tcPr>
            <w:tcW w:type="dxa" w:w="2880"/>
          </w:tcPr>
          <w:p>
            <w:r>
              <w:t>12</w:t>
            </w:r>
          </w:p>
        </w:tc>
      </w:tr>
      <w:tr>
        <w:tc>
          <w:tcPr>
            <w:tcW w:type="dxa" w:w="2880"/>
          </w:tcPr>
          <w:p>
            <w:r>
              <w:t>2026-04-20</w:t>
            </w:r>
          </w:p>
        </w:tc>
        <w:tc>
          <w:tcPr>
            <w:tcW w:type="dxa" w:w="2880"/>
          </w:tcPr>
          <w:p>
            <w:r>
              <w:t>environmental</w:t>
            </w:r>
          </w:p>
        </w:tc>
        <w:tc>
          <w:tcPr>
            <w:tcW w:type="dxa" w:w="2880"/>
          </w:tcPr>
          <w:p>
            <w:r>
              <w:t>1</w:t>
            </w:r>
          </w:p>
        </w:tc>
      </w:tr>
      <w:tr>
        <w:tc>
          <w:tcPr>
            <w:tcW w:type="dxa" w:w="2880"/>
          </w:tcPr>
          <w:p>
            <w:r>
              <w:t>2026-04-27</w:t>
            </w:r>
          </w:p>
        </w:tc>
        <w:tc>
          <w:tcPr>
            <w:tcW w:type="dxa" w:w="2880"/>
          </w:tcPr>
          <w:p>
            <w:r>
              <w:t>quality</w:t>
            </w:r>
          </w:p>
        </w:tc>
        <w:tc>
          <w:tcPr>
            <w:tcW w:type="dxa" w:w="2880"/>
          </w:tcPr>
          <w:p>
            <w:r>
              <w:t>8</w:t>
            </w:r>
          </w:p>
        </w:tc>
      </w:tr>
      <w:tr>
        <w:tc>
          <w:tcPr>
            <w:tcW w:type="dxa" w:w="2880"/>
          </w:tcPr>
          <w:p>
            <w:r>
              <w:t>2026-04-27</w:t>
            </w:r>
          </w:p>
        </w:tc>
        <w:tc>
          <w:tcPr>
            <w:tcW w:type="dxa" w:w="2880"/>
          </w:tcPr>
          <w:p>
            <w:r>
              <w:t>safety</w:t>
            </w:r>
          </w:p>
        </w:tc>
        <w:tc>
          <w:tcPr>
            <w:tcW w:type="dxa" w:w="2880"/>
          </w:tcPr>
          <w:p>
            <w:r>
              <w:t>11</w:t>
            </w:r>
          </w:p>
        </w:tc>
      </w:tr>
      <w:tr>
        <w:tc>
          <w:tcPr>
            <w:tcW w:type="dxa" w:w="2880"/>
          </w:tcPr>
          <w:p>
            <w:r>
              <w:t>2026-04-27</w:t>
            </w:r>
          </w:p>
        </w:tc>
        <w:tc>
          <w:tcPr>
            <w:tcW w:type="dxa" w:w="2880"/>
          </w:tcPr>
          <w:p>
            <w:r>
              <w:t>environmental</w:t>
            </w:r>
          </w:p>
        </w:tc>
        <w:tc>
          <w:tcPr>
            <w:tcW w:type="dxa" w:w="2880"/>
          </w:tcPr>
          <w:p>
            <w:r>
              <w:t>0</w:t>
            </w:r>
          </w:p>
        </w:tc>
      </w:tr>
      <w:tr>
        <w:tc>
          <w:tcPr>
            <w:tcW w:type="dxa" w:w="2880"/>
          </w:tcPr>
          <w:p>
            <w:r>
              <w:t>2026-05-04</w:t>
            </w:r>
          </w:p>
        </w:tc>
        <w:tc>
          <w:tcPr>
            <w:tcW w:type="dxa" w:w="2880"/>
          </w:tcPr>
          <w:p>
            <w:r>
              <w:t>quality</w:t>
            </w:r>
          </w:p>
        </w:tc>
        <w:tc>
          <w:tcPr>
            <w:tcW w:type="dxa" w:w="2880"/>
          </w:tcPr>
          <w:p>
            <w:r>
              <w:t>11</w:t>
            </w:r>
          </w:p>
        </w:tc>
      </w:tr>
      <w:tr>
        <w:tc>
          <w:tcPr>
            <w:tcW w:type="dxa" w:w="2880"/>
          </w:tcPr>
          <w:p>
            <w:r>
              <w:t>2026-05-04</w:t>
            </w:r>
          </w:p>
        </w:tc>
        <w:tc>
          <w:tcPr>
            <w:tcW w:type="dxa" w:w="2880"/>
          </w:tcPr>
          <w:p>
            <w:r>
              <w:t>safety</w:t>
            </w:r>
          </w:p>
        </w:tc>
        <w:tc>
          <w:tcPr>
            <w:tcW w:type="dxa" w:w="2880"/>
          </w:tcPr>
          <w:p>
            <w:r>
              <w:t>12</w:t>
            </w:r>
          </w:p>
        </w:tc>
      </w:tr>
      <w:tr>
        <w:tc>
          <w:tcPr>
            <w:tcW w:type="dxa" w:w="2880"/>
          </w:tcPr>
          <w:p>
            <w:r>
              <w:t>2026-05-04</w:t>
            </w:r>
          </w:p>
        </w:tc>
        <w:tc>
          <w:tcPr>
            <w:tcW w:type="dxa" w:w="2880"/>
          </w:tcPr>
          <w:p>
            <w:r>
              <w:t>environmental</w:t>
            </w:r>
          </w:p>
        </w:tc>
        <w:tc>
          <w:tcPr>
            <w:tcW w:type="dxa" w:w="2880"/>
          </w:tcPr>
          <w:p>
            <w:r>
              <w:t>6</w:t>
            </w:r>
          </w:p>
        </w:tc>
      </w:tr>
      <w:tr>
        <w:tc>
          <w:tcPr>
            <w:tcW w:type="dxa" w:w="2880"/>
          </w:tcPr>
          <w:p>
            <w:r>
              <w:t>2026-05-11</w:t>
            </w:r>
          </w:p>
        </w:tc>
        <w:tc>
          <w:tcPr>
            <w:tcW w:type="dxa" w:w="2880"/>
          </w:tcPr>
          <w:p>
            <w:r>
              <w:t>quality</w:t>
            </w:r>
          </w:p>
        </w:tc>
        <w:tc>
          <w:tcPr>
            <w:tcW w:type="dxa" w:w="2880"/>
          </w:tcPr>
          <w:p>
            <w:r>
              <w:t>16</w:t>
            </w:r>
          </w:p>
        </w:tc>
      </w:tr>
      <w:tr>
        <w:tc>
          <w:tcPr>
            <w:tcW w:type="dxa" w:w="2880"/>
          </w:tcPr>
          <w:p>
            <w:r>
              <w:t>2026-05-11</w:t>
            </w:r>
          </w:p>
        </w:tc>
        <w:tc>
          <w:tcPr>
            <w:tcW w:type="dxa" w:w="2880"/>
          </w:tcPr>
          <w:p>
            <w:r>
              <w:t>safety</w:t>
            </w:r>
          </w:p>
        </w:tc>
        <w:tc>
          <w:tcPr>
            <w:tcW w:type="dxa" w:w="2880"/>
          </w:tcPr>
          <w:p>
            <w:r>
              <w:t>10</w:t>
            </w:r>
          </w:p>
        </w:tc>
      </w:tr>
      <w:tr>
        <w:tc>
          <w:tcPr>
            <w:tcW w:type="dxa" w:w="2880"/>
          </w:tcPr>
          <w:p>
            <w:r>
              <w:t>2026-05-11</w:t>
            </w:r>
          </w:p>
        </w:tc>
        <w:tc>
          <w:tcPr>
            <w:tcW w:type="dxa" w:w="2880"/>
          </w:tcPr>
          <w:p>
            <w:r>
              <w:t>environmental</w:t>
            </w:r>
          </w:p>
        </w:tc>
        <w:tc>
          <w:tcPr>
            <w:tcW w:type="dxa" w:w="2880"/>
          </w:tcPr>
          <w:p>
            <w:r>
              <w:t>2</w:t>
            </w:r>
          </w:p>
        </w:tc>
      </w:tr>
      <w:tr>
        <w:tc>
          <w:tcPr>
            <w:tcW w:type="dxa" w:w="2880"/>
          </w:tcPr>
          <w:p>
            <w:r>
              <w:t>2026-05-18</w:t>
            </w:r>
          </w:p>
        </w:tc>
        <w:tc>
          <w:tcPr>
            <w:tcW w:type="dxa" w:w="2880"/>
          </w:tcPr>
          <w:p>
            <w:r>
              <w:t>quality</w:t>
            </w:r>
          </w:p>
        </w:tc>
        <w:tc>
          <w:tcPr>
            <w:tcW w:type="dxa" w:w="2880"/>
          </w:tcPr>
          <w:p>
            <w:r>
              <w:t>9</w:t>
            </w:r>
          </w:p>
        </w:tc>
      </w:tr>
      <w:tr>
        <w:tc>
          <w:tcPr>
            <w:tcW w:type="dxa" w:w="2880"/>
          </w:tcPr>
          <w:p>
            <w:r>
              <w:t>2026-05-18</w:t>
            </w:r>
          </w:p>
        </w:tc>
        <w:tc>
          <w:tcPr>
            <w:tcW w:type="dxa" w:w="2880"/>
          </w:tcPr>
          <w:p>
            <w:r>
              <w:t>safety</w:t>
            </w:r>
          </w:p>
        </w:tc>
        <w:tc>
          <w:tcPr>
            <w:tcW w:type="dxa" w:w="2880"/>
          </w:tcPr>
          <w:p>
            <w:r>
              <w:t>9</w:t>
            </w:r>
          </w:p>
        </w:tc>
      </w:tr>
      <w:tr>
        <w:tc>
          <w:tcPr>
            <w:tcW w:type="dxa" w:w="2880"/>
          </w:tcPr>
          <w:p>
            <w:r>
              <w:t>2026-05-18</w:t>
            </w:r>
          </w:p>
        </w:tc>
        <w:tc>
          <w:tcPr>
            <w:tcW w:type="dxa" w:w="2880"/>
          </w:tcPr>
          <w:p>
            <w:r>
              <w:t>environmental</w:t>
            </w:r>
          </w:p>
        </w:tc>
        <w:tc>
          <w:tcPr>
            <w:tcW w:type="dxa" w:w="2880"/>
          </w:tcPr>
          <w:p>
            <w:r>
              <w:t>3</w:t>
            </w:r>
          </w:p>
        </w:tc>
      </w:tr>
      <w:tr>
        <w:tc>
          <w:tcPr>
            <w:tcW w:type="dxa" w:w="2880"/>
          </w:tcPr>
          <w:p>
            <w:r>
              <w:t>2026-05-25</w:t>
            </w:r>
          </w:p>
        </w:tc>
        <w:tc>
          <w:tcPr>
            <w:tcW w:type="dxa" w:w="2880"/>
          </w:tcPr>
          <w:p>
            <w:r>
              <w:t>quality</w:t>
            </w:r>
          </w:p>
        </w:tc>
        <w:tc>
          <w:tcPr>
            <w:tcW w:type="dxa" w:w="2880"/>
          </w:tcPr>
          <w:p>
            <w:r>
              <w:t>17</w:t>
            </w:r>
          </w:p>
        </w:tc>
      </w:tr>
      <w:tr>
        <w:tc>
          <w:tcPr>
            <w:tcW w:type="dxa" w:w="2880"/>
          </w:tcPr>
          <w:p>
            <w:r>
              <w:t>2026-05-25</w:t>
            </w:r>
          </w:p>
        </w:tc>
        <w:tc>
          <w:tcPr>
            <w:tcW w:type="dxa" w:w="2880"/>
          </w:tcPr>
          <w:p>
            <w:r>
              <w:t>safety</w:t>
            </w:r>
          </w:p>
        </w:tc>
        <w:tc>
          <w:tcPr>
            <w:tcW w:type="dxa" w:w="2880"/>
          </w:tcPr>
          <w:p>
            <w:r>
              <w:t>12</w:t>
            </w:r>
          </w:p>
        </w:tc>
      </w:tr>
      <w:tr>
        <w:tc>
          <w:tcPr>
            <w:tcW w:type="dxa" w:w="2880"/>
          </w:tcPr>
          <w:p>
            <w:r>
              <w:t>2026-05-25</w:t>
            </w:r>
          </w:p>
        </w:tc>
        <w:tc>
          <w:tcPr>
            <w:tcW w:type="dxa" w:w="2880"/>
          </w:tcPr>
          <w:p>
            <w:r>
              <w:t>environmental</w:t>
            </w:r>
          </w:p>
        </w:tc>
        <w:tc>
          <w:tcPr>
            <w:tcW w:type="dxa" w:w="2880"/>
          </w:tcPr>
          <w:p>
            <w:r>
              <w:t>2</w:t>
            </w:r>
          </w:p>
        </w:tc>
      </w:tr>
      <w:tr>
        <w:tc>
          <w:tcPr>
            <w:tcW w:type="dxa" w:w="2880"/>
          </w:tcPr>
          <w:p>
            <w:r>
              <w:t>2026-06-01</w:t>
            </w:r>
          </w:p>
        </w:tc>
        <w:tc>
          <w:tcPr>
            <w:tcW w:type="dxa" w:w="2880"/>
          </w:tcPr>
          <w:p>
            <w:r>
              <w:t>quality</w:t>
            </w:r>
          </w:p>
        </w:tc>
        <w:tc>
          <w:tcPr>
            <w:tcW w:type="dxa" w:w="2880"/>
          </w:tcPr>
          <w:p>
            <w:r>
              <w:t>15</w:t>
            </w:r>
          </w:p>
        </w:tc>
      </w:tr>
      <w:tr>
        <w:tc>
          <w:tcPr>
            <w:tcW w:type="dxa" w:w="2880"/>
          </w:tcPr>
          <w:p>
            <w:r>
              <w:t>2026-06-01</w:t>
            </w:r>
          </w:p>
        </w:tc>
        <w:tc>
          <w:tcPr>
            <w:tcW w:type="dxa" w:w="2880"/>
          </w:tcPr>
          <w:p>
            <w:r>
              <w:t>safety</w:t>
            </w:r>
          </w:p>
        </w:tc>
        <w:tc>
          <w:tcPr>
            <w:tcW w:type="dxa" w:w="2880"/>
          </w:tcPr>
          <w:p>
            <w:r>
              <w:t>15</w:t>
            </w:r>
          </w:p>
        </w:tc>
      </w:tr>
      <w:tr>
        <w:tc>
          <w:tcPr>
            <w:tcW w:type="dxa" w:w="2880"/>
          </w:tcPr>
          <w:p>
            <w:r>
              <w:t>2026-06-01</w:t>
            </w:r>
          </w:p>
        </w:tc>
        <w:tc>
          <w:tcPr>
            <w:tcW w:type="dxa" w:w="2880"/>
          </w:tcPr>
          <w:p>
            <w:r>
              <w:t>environmental</w:t>
            </w:r>
          </w:p>
        </w:tc>
        <w:tc>
          <w:tcPr>
            <w:tcW w:type="dxa" w:w="2880"/>
          </w:tcPr>
          <w:p>
            <w:r>
              <w:t>3</w:t>
            </w:r>
          </w:p>
        </w:tc>
      </w:tr>
      <w:tr>
        <w:tc>
          <w:tcPr>
            <w:tcW w:type="dxa" w:w="2880"/>
          </w:tcPr>
          <w:p>
            <w:r>
              <w:t>2026-06-08</w:t>
            </w:r>
          </w:p>
        </w:tc>
        <w:tc>
          <w:tcPr>
            <w:tcW w:type="dxa" w:w="2880"/>
          </w:tcPr>
          <w:p>
            <w:r>
              <w:t>quality</w:t>
            </w:r>
          </w:p>
        </w:tc>
        <w:tc>
          <w:tcPr>
            <w:tcW w:type="dxa" w:w="2880"/>
          </w:tcPr>
          <w:p>
            <w:r>
              <w:t>17</w:t>
            </w:r>
          </w:p>
        </w:tc>
      </w:tr>
      <w:tr>
        <w:tc>
          <w:tcPr>
            <w:tcW w:type="dxa" w:w="2880"/>
          </w:tcPr>
          <w:p>
            <w:r>
              <w:t>2026-06-08</w:t>
            </w:r>
          </w:p>
        </w:tc>
        <w:tc>
          <w:tcPr>
            <w:tcW w:type="dxa" w:w="2880"/>
          </w:tcPr>
          <w:p>
            <w:r>
              <w:t>safety</w:t>
            </w:r>
          </w:p>
        </w:tc>
        <w:tc>
          <w:tcPr>
            <w:tcW w:type="dxa" w:w="2880"/>
          </w:tcPr>
          <w:p>
            <w:r>
              <w:t>12</w:t>
            </w:r>
          </w:p>
        </w:tc>
      </w:tr>
      <w:tr>
        <w:tc>
          <w:tcPr>
            <w:tcW w:type="dxa" w:w="2880"/>
          </w:tcPr>
          <w:p>
            <w:r>
              <w:t>2026-06-08</w:t>
            </w:r>
          </w:p>
        </w:tc>
        <w:tc>
          <w:tcPr>
            <w:tcW w:type="dxa" w:w="2880"/>
          </w:tcPr>
          <w:p>
            <w:r>
              <w:t>environmental</w:t>
            </w:r>
          </w:p>
        </w:tc>
        <w:tc>
          <w:tcPr>
            <w:tcW w:type="dxa" w:w="2880"/>
          </w:tcPr>
          <w:p>
            <w:r>
              <w:t>6</w:t>
            </w:r>
          </w:p>
        </w:tc>
      </w:tr>
      <w:tr>
        <w:tc>
          <w:tcPr>
            <w:tcW w:type="dxa" w:w="2880"/>
          </w:tcPr>
          <w:p>
            <w:r>
              <w:t>2026-06-15</w:t>
            </w:r>
          </w:p>
        </w:tc>
        <w:tc>
          <w:tcPr>
            <w:tcW w:type="dxa" w:w="2880"/>
          </w:tcPr>
          <w:p>
            <w:r>
              <w:t>quality</w:t>
            </w:r>
          </w:p>
        </w:tc>
        <w:tc>
          <w:tcPr>
            <w:tcW w:type="dxa" w:w="2880"/>
          </w:tcPr>
          <w:p>
            <w:r>
              <w:t>19</w:t>
            </w:r>
          </w:p>
        </w:tc>
      </w:tr>
      <w:tr>
        <w:tc>
          <w:tcPr>
            <w:tcW w:type="dxa" w:w="2880"/>
          </w:tcPr>
          <w:p>
            <w:r>
              <w:t>2026-06-15</w:t>
            </w:r>
          </w:p>
        </w:tc>
        <w:tc>
          <w:tcPr>
            <w:tcW w:type="dxa" w:w="2880"/>
          </w:tcPr>
          <w:p>
            <w:r>
              <w:t>safety</w:t>
            </w:r>
          </w:p>
        </w:tc>
        <w:tc>
          <w:tcPr>
            <w:tcW w:type="dxa" w:w="2880"/>
          </w:tcPr>
          <w:p>
            <w:r>
              <w:t>8</w:t>
            </w:r>
          </w:p>
        </w:tc>
      </w:tr>
      <w:tr>
        <w:tc>
          <w:tcPr>
            <w:tcW w:type="dxa" w:w="2880"/>
          </w:tcPr>
          <w:p>
            <w:r>
              <w:t>2026-06-15</w:t>
            </w:r>
          </w:p>
        </w:tc>
        <w:tc>
          <w:tcPr>
            <w:tcW w:type="dxa" w:w="2880"/>
          </w:tcPr>
          <w:p>
            <w:r>
              <w:t>environmental</w:t>
            </w:r>
          </w:p>
        </w:tc>
        <w:tc>
          <w:tcPr>
            <w:tcW w:type="dxa" w:w="2880"/>
          </w:tcPr>
          <w:p>
            <w:r>
              <w:t>1</w:t>
            </w:r>
          </w:p>
        </w:tc>
      </w:tr>
      <w:tr>
        <w:tc>
          <w:tcPr>
            <w:tcW w:type="dxa" w:w="2880"/>
          </w:tcPr>
          <w:p>
            <w:r>
              <w:t>2026-06-22</w:t>
            </w:r>
          </w:p>
        </w:tc>
        <w:tc>
          <w:tcPr>
            <w:tcW w:type="dxa" w:w="2880"/>
          </w:tcPr>
          <w:p>
            <w:r>
              <w:t>quality</w:t>
            </w:r>
          </w:p>
        </w:tc>
        <w:tc>
          <w:tcPr>
            <w:tcW w:type="dxa" w:w="2880"/>
          </w:tcPr>
          <w:p>
            <w:r>
              <w:t>19</w:t>
            </w:r>
          </w:p>
        </w:tc>
      </w:tr>
      <w:tr>
        <w:tc>
          <w:tcPr>
            <w:tcW w:type="dxa" w:w="2880"/>
          </w:tcPr>
          <w:p>
            <w:r>
              <w:t>2026-06-22</w:t>
            </w:r>
          </w:p>
        </w:tc>
        <w:tc>
          <w:tcPr>
            <w:tcW w:type="dxa" w:w="2880"/>
          </w:tcPr>
          <w:p>
            <w:r>
              <w:t>safety</w:t>
            </w:r>
          </w:p>
        </w:tc>
        <w:tc>
          <w:tcPr>
            <w:tcW w:type="dxa" w:w="2880"/>
          </w:tcPr>
          <w:p>
            <w:r>
              <w:t>10</w:t>
            </w:r>
          </w:p>
        </w:tc>
      </w:tr>
      <w:tr>
        <w:tc>
          <w:tcPr>
            <w:tcW w:type="dxa" w:w="2880"/>
          </w:tcPr>
          <w:p>
            <w:r>
              <w:t>2026-06-22</w:t>
            </w:r>
          </w:p>
        </w:tc>
        <w:tc>
          <w:tcPr>
            <w:tcW w:type="dxa" w:w="2880"/>
          </w:tcPr>
          <w:p>
            <w:r>
              <w:t>environmental</w:t>
            </w:r>
          </w:p>
        </w:tc>
        <w:tc>
          <w:tcPr>
            <w:tcW w:type="dxa" w:w="2880"/>
          </w:tcPr>
          <w:p>
            <w:r>
              <w:t>7</w:t>
            </w:r>
          </w:p>
        </w:tc>
      </w:tr>
      <w:tr>
        <w:tc>
          <w:tcPr>
            <w:tcW w:type="dxa" w:w="2880"/>
          </w:tcPr>
          <w:p>
            <w:r>
              <w:t>2026-06-29</w:t>
            </w:r>
          </w:p>
        </w:tc>
        <w:tc>
          <w:tcPr>
            <w:tcW w:type="dxa" w:w="2880"/>
          </w:tcPr>
          <w:p>
            <w:r>
              <w:t>quality</w:t>
            </w:r>
          </w:p>
        </w:tc>
        <w:tc>
          <w:tcPr>
            <w:tcW w:type="dxa" w:w="2880"/>
          </w:tcPr>
          <w:p>
            <w:r>
              <w:t>11</w:t>
            </w:r>
          </w:p>
        </w:tc>
      </w:tr>
      <w:tr>
        <w:tc>
          <w:tcPr>
            <w:tcW w:type="dxa" w:w="2880"/>
          </w:tcPr>
          <w:p>
            <w:r>
              <w:t>2026-06-29</w:t>
            </w:r>
          </w:p>
        </w:tc>
        <w:tc>
          <w:tcPr>
            <w:tcW w:type="dxa" w:w="2880"/>
          </w:tcPr>
          <w:p>
            <w:r>
              <w:t>safety</w:t>
            </w:r>
          </w:p>
        </w:tc>
        <w:tc>
          <w:tcPr>
            <w:tcW w:type="dxa" w:w="2880"/>
          </w:tcPr>
          <w:p>
            <w:r>
              <w:t>13</w:t>
            </w:r>
          </w:p>
        </w:tc>
      </w:tr>
      <w:tr>
        <w:tc>
          <w:tcPr>
            <w:tcW w:type="dxa" w:w="2880"/>
          </w:tcPr>
          <w:p>
            <w:r>
              <w:t>2026-06-29</w:t>
            </w:r>
          </w:p>
        </w:tc>
        <w:tc>
          <w:tcPr>
            <w:tcW w:type="dxa" w:w="2880"/>
          </w:tcPr>
          <w:p>
            <w:r>
              <w:t>environmental</w:t>
            </w:r>
          </w:p>
        </w:tc>
        <w:tc>
          <w:tcPr>
            <w:tcW w:type="dxa" w:w="2880"/>
          </w:tcPr>
          <w:p>
            <w:r>
              <w:t>3</w:t>
            </w:r>
          </w:p>
        </w:tc>
      </w:tr>
      <w:tr>
        <w:tc>
          <w:tcPr>
            <w:tcW w:type="dxa" w:w="2880"/>
          </w:tcPr>
          <w:p>
            <w:r>
              <w:t>2026-07-06</w:t>
            </w:r>
          </w:p>
        </w:tc>
        <w:tc>
          <w:tcPr>
            <w:tcW w:type="dxa" w:w="2880"/>
          </w:tcPr>
          <w:p>
            <w:r>
              <w:t>quality</w:t>
            </w:r>
          </w:p>
        </w:tc>
        <w:tc>
          <w:tcPr>
            <w:tcW w:type="dxa" w:w="2880"/>
          </w:tcPr>
          <w:p>
            <w:r>
              <w:t>16</w:t>
            </w:r>
          </w:p>
        </w:tc>
      </w:tr>
      <w:tr>
        <w:tc>
          <w:tcPr>
            <w:tcW w:type="dxa" w:w="2880"/>
          </w:tcPr>
          <w:p>
            <w:r>
              <w:t>2026-07-06</w:t>
            </w:r>
          </w:p>
        </w:tc>
        <w:tc>
          <w:tcPr>
            <w:tcW w:type="dxa" w:w="2880"/>
          </w:tcPr>
          <w:p>
            <w:r>
              <w:t>safety</w:t>
            </w:r>
          </w:p>
        </w:tc>
        <w:tc>
          <w:tcPr>
            <w:tcW w:type="dxa" w:w="2880"/>
          </w:tcPr>
          <w:p>
            <w:r>
              <w:t>13</w:t>
            </w:r>
          </w:p>
        </w:tc>
      </w:tr>
      <w:tr>
        <w:tc>
          <w:tcPr>
            <w:tcW w:type="dxa" w:w="2880"/>
          </w:tcPr>
          <w:p>
            <w:r>
              <w:t>2026-07-06</w:t>
            </w:r>
          </w:p>
        </w:tc>
        <w:tc>
          <w:tcPr>
            <w:tcW w:type="dxa" w:w="2880"/>
          </w:tcPr>
          <w:p>
            <w:r>
              <w:t>environmental</w:t>
            </w:r>
          </w:p>
        </w:tc>
        <w:tc>
          <w:tcPr>
            <w:tcW w:type="dxa" w:w="2880"/>
          </w:tcPr>
          <w:p>
            <w:r>
              <w:t>3</w:t>
            </w:r>
          </w:p>
        </w:tc>
      </w:tr>
      <w:tr>
        <w:tc>
          <w:tcPr>
            <w:tcW w:type="dxa" w:w="2880"/>
          </w:tcPr>
          <w:p>
            <w:r>
              <w:t>2026-07-13</w:t>
            </w:r>
          </w:p>
        </w:tc>
        <w:tc>
          <w:tcPr>
            <w:tcW w:type="dxa" w:w="2880"/>
          </w:tcPr>
          <w:p>
            <w:r>
              <w:t>quality</w:t>
            </w:r>
          </w:p>
        </w:tc>
        <w:tc>
          <w:tcPr>
            <w:tcW w:type="dxa" w:w="2880"/>
          </w:tcPr>
          <w:p>
            <w:r>
              <w:t>15</w:t>
            </w:r>
          </w:p>
        </w:tc>
      </w:tr>
      <w:tr>
        <w:tc>
          <w:tcPr>
            <w:tcW w:type="dxa" w:w="2880"/>
          </w:tcPr>
          <w:p>
            <w:r>
              <w:t>2026-07-13</w:t>
            </w:r>
          </w:p>
        </w:tc>
        <w:tc>
          <w:tcPr>
            <w:tcW w:type="dxa" w:w="2880"/>
          </w:tcPr>
          <w:p>
            <w:r>
              <w:t>safety</w:t>
            </w:r>
          </w:p>
        </w:tc>
        <w:tc>
          <w:tcPr>
            <w:tcW w:type="dxa" w:w="2880"/>
          </w:tcPr>
          <w:p>
            <w:r>
              <w:t>13</w:t>
            </w:r>
          </w:p>
        </w:tc>
      </w:tr>
      <w:tr>
        <w:tc>
          <w:tcPr>
            <w:tcW w:type="dxa" w:w="2880"/>
          </w:tcPr>
          <w:p>
            <w:r>
              <w:t>2026-07-13</w:t>
            </w:r>
          </w:p>
        </w:tc>
        <w:tc>
          <w:tcPr>
            <w:tcW w:type="dxa" w:w="2880"/>
          </w:tcPr>
          <w:p>
            <w:r>
              <w:t>environmental</w:t>
            </w:r>
          </w:p>
        </w:tc>
        <w:tc>
          <w:tcPr>
            <w:tcW w:type="dxa" w:w="2880"/>
          </w:tcPr>
          <w:p>
            <w:r>
              <w:t>6</w:t>
            </w:r>
          </w:p>
        </w:tc>
      </w:tr>
      <w:tr>
        <w:tc>
          <w:tcPr>
            <w:tcW w:type="dxa" w:w="2880"/>
          </w:tcPr>
          <w:p>
            <w:r>
              <w:t>2026-07-20</w:t>
            </w:r>
          </w:p>
        </w:tc>
        <w:tc>
          <w:tcPr>
            <w:tcW w:type="dxa" w:w="2880"/>
          </w:tcPr>
          <w:p>
            <w:r>
              <w:t>quality</w:t>
            </w:r>
          </w:p>
        </w:tc>
        <w:tc>
          <w:tcPr>
            <w:tcW w:type="dxa" w:w="2880"/>
          </w:tcPr>
          <w:p>
            <w:r>
              <w:t>13</w:t>
            </w:r>
          </w:p>
        </w:tc>
      </w:tr>
      <w:tr>
        <w:tc>
          <w:tcPr>
            <w:tcW w:type="dxa" w:w="2880"/>
          </w:tcPr>
          <w:p>
            <w:r>
              <w:t>2026-07-20</w:t>
            </w:r>
          </w:p>
        </w:tc>
        <w:tc>
          <w:tcPr>
            <w:tcW w:type="dxa" w:w="2880"/>
          </w:tcPr>
          <w:p>
            <w:r>
              <w:t>safety</w:t>
            </w:r>
          </w:p>
        </w:tc>
        <w:tc>
          <w:tcPr>
            <w:tcW w:type="dxa" w:w="2880"/>
          </w:tcPr>
          <w:p>
            <w:r>
              <w:t>17</w:t>
            </w:r>
          </w:p>
        </w:tc>
      </w:tr>
      <w:tr>
        <w:tc>
          <w:tcPr>
            <w:tcW w:type="dxa" w:w="2880"/>
          </w:tcPr>
          <w:p>
            <w:r>
              <w:t>2026-07-20</w:t>
            </w:r>
          </w:p>
        </w:tc>
        <w:tc>
          <w:tcPr>
            <w:tcW w:type="dxa" w:w="2880"/>
          </w:tcPr>
          <w:p>
            <w:r>
              <w:t>environmental</w:t>
            </w:r>
          </w:p>
        </w:tc>
        <w:tc>
          <w:tcPr>
            <w:tcW w:type="dxa" w:w="2880"/>
          </w:tcPr>
          <w:p>
            <w:r>
              <w:t>4</w:t>
            </w:r>
          </w:p>
        </w:tc>
      </w:tr>
      <w:tr>
        <w:tc>
          <w:tcPr>
            <w:tcW w:type="dxa" w:w="2880"/>
          </w:tcPr>
          <w:p>
            <w:r>
              <w:t>2026-07-27</w:t>
            </w:r>
          </w:p>
        </w:tc>
        <w:tc>
          <w:tcPr>
            <w:tcW w:type="dxa" w:w="2880"/>
          </w:tcPr>
          <w:p>
            <w:r>
              <w:t>quality</w:t>
            </w:r>
          </w:p>
        </w:tc>
        <w:tc>
          <w:tcPr>
            <w:tcW w:type="dxa" w:w="2880"/>
          </w:tcPr>
          <w:p>
            <w:r>
              <w:t>20</w:t>
            </w:r>
          </w:p>
        </w:tc>
      </w:tr>
      <w:tr>
        <w:tc>
          <w:tcPr>
            <w:tcW w:type="dxa" w:w="2880"/>
          </w:tcPr>
          <w:p>
            <w:r>
              <w:t>2026-07-27</w:t>
            </w:r>
          </w:p>
        </w:tc>
        <w:tc>
          <w:tcPr>
            <w:tcW w:type="dxa" w:w="2880"/>
          </w:tcPr>
          <w:p>
            <w:r>
              <w:t>safety</w:t>
            </w:r>
          </w:p>
        </w:tc>
        <w:tc>
          <w:tcPr>
            <w:tcW w:type="dxa" w:w="2880"/>
          </w:tcPr>
          <w:p>
            <w:r>
              <w:t>14</w:t>
            </w:r>
          </w:p>
        </w:tc>
      </w:tr>
      <w:tr>
        <w:tc>
          <w:tcPr>
            <w:tcW w:type="dxa" w:w="2880"/>
          </w:tcPr>
          <w:p>
            <w:r>
              <w:t>2026-07-27</w:t>
            </w:r>
          </w:p>
        </w:tc>
        <w:tc>
          <w:tcPr>
            <w:tcW w:type="dxa" w:w="2880"/>
          </w:tcPr>
          <w:p>
            <w:r>
              <w:t>environmental</w:t>
            </w:r>
          </w:p>
        </w:tc>
        <w:tc>
          <w:tcPr>
            <w:tcW w:type="dxa" w:w="2880"/>
          </w:tcPr>
          <w:p>
            <w:r>
              <w:t>2</w:t>
            </w:r>
          </w:p>
        </w:tc>
      </w:tr>
      <w:tr>
        <w:tc>
          <w:tcPr>
            <w:tcW w:type="dxa" w:w="2880"/>
          </w:tcPr>
          <w:p>
            <w:r>
              <w:t>2026-08-03</w:t>
            </w:r>
          </w:p>
        </w:tc>
        <w:tc>
          <w:tcPr>
            <w:tcW w:type="dxa" w:w="2880"/>
          </w:tcPr>
          <w:p>
            <w:r>
              <w:t>quality</w:t>
            </w:r>
          </w:p>
        </w:tc>
        <w:tc>
          <w:tcPr>
            <w:tcW w:type="dxa" w:w="2880"/>
          </w:tcPr>
          <w:p>
            <w:r>
              <w:t>11</w:t>
            </w:r>
          </w:p>
        </w:tc>
      </w:tr>
      <w:tr>
        <w:tc>
          <w:tcPr>
            <w:tcW w:type="dxa" w:w="2880"/>
          </w:tcPr>
          <w:p>
            <w:r>
              <w:t>2026-08-03</w:t>
            </w:r>
          </w:p>
        </w:tc>
        <w:tc>
          <w:tcPr>
            <w:tcW w:type="dxa" w:w="2880"/>
          </w:tcPr>
          <w:p>
            <w:r>
              <w:t>safety</w:t>
            </w:r>
          </w:p>
        </w:tc>
        <w:tc>
          <w:tcPr>
            <w:tcW w:type="dxa" w:w="2880"/>
          </w:tcPr>
          <w:p>
            <w:r>
              <w:t>18</w:t>
            </w:r>
          </w:p>
        </w:tc>
      </w:tr>
      <w:tr>
        <w:tc>
          <w:tcPr>
            <w:tcW w:type="dxa" w:w="2880"/>
          </w:tcPr>
          <w:p>
            <w:r>
              <w:t>2026-08-03</w:t>
            </w:r>
          </w:p>
        </w:tc>
        <w:tc>
          <w:tcPr>
            <w:tcW w:type="dxa" w:w="2880"/>
          </w:tcPr>
          <w:p>
            <w:r>
              <w:t>environmental</w:t>
            </w:r>
          </w:p>
        </w:tc>
        <w:tc>
          <w:tcPr>
            <w:tcW w:type="dxa" w:w="2880"/>
          </w:tcPr>
          <w:p>
            <w:r>
              <w:t>3</w:t>
            </w:r>
          </w:p>
        </w:tc>
      </w:tr>
      <w:tr>
        <w:tc>
          <w:tcPr>
            <w:tcW w:type="dxa" w:w="2880"/>
          </w:tcPr>
          <w:p>
            <w:r>
              <w:t>2026-08-10</w:t>
            </w:r>
          </w:p>
        </w:tc>
        <w:tc>
          <w:tcPr>
            <w:tcW w:type="dxa" w:w="2880"/>
          </w:tcPr>
          <w:p>
            <w:r>
              <w:t>quality</w:t>
            </w:r>
          </w:p>
        </w:tc>
        <w:tc>
          <w:tcPr>
            <w:tcW w:type="dxa" w:w="2880"/>
          </w:tcPr>
          <w:p>
            <w:r>
              <w:t>19</w:t>
            </w:r>
          </w:p>
        </w:tc>
      </w:tr>
      <w:tr>
        <w:tc>
          <w:tcPr>
            <w:tcW w:type="dxa" w:w="2880"/>
          </w:tcPr>
          <w:p>
            <w:r>
              <w:t>2026-08-10</w:t>
            </w:r>
          </w:p>
        </w:tc>
        <w:tc>
          <w:tcPr>
            <w:tcW w:type="dxa" w:w="2880"/>
          </w:tcPr>
          <w:p>
            <w:r>
              <w:t>safety</w:t>
            </w:r>
          </w:p>
        </w:tc>
        <w:tc>
          <w:tcPr>
            <w:tcW w:type="dxa" w:w="2880"/>
          </w:tcPr>
          <w:p>
            <w:r>
              <w:t>11</w:t>
            </w:r>
          </w:p>
        </w:tc>
      </w:tr>
      <w:tr>
        <w:tc>
          <w:tcPr>
            <w:tcW w:type="dxa" w:w="2880"/>
          </w:tcPr>
          <w:p>
            <w:r>
              <w:t>2026-08-10</w:t>
            </w:r>
          </w:p>
        </w:tc>
        <w:tc>
          <w:tcPr>
            <w:tcW w:type="dxa" w:w="2880"/>
          </w:tcPr>
          <w:p>
            <w:r>
              <w:t>environmental</w:t>
            </w:r>
          </w:p>
        </w:tc>
        <w:tc>
          <w:tcPr>
            <w:tcW w:type="dxa" w:w="2880"/>
          </w:tcPr>
          <w:p>
            <w:r>
              <w:t>2</w:t>
            </w:r>
          </w:p>
        </w:tc>
      </w:tr>
      <w:tr>
        <w:tc>
          <w:tcPr>
            <w:tcW w:type="dxa" w:w="2880"/>
          </w:tcPr>
          <w:p>
            <w:r>
              <w:t>2026-08-17</w:t>
            </w:r>
          </w:p>
        </w:tc>
        <w:tc>
          <w:tcPr>
            <w:tcW w:type="dxa" w:w="2880"/>
          </w:tcPr>
          <w:p>
            <w:r>
              <w:t>quality</w:t>
            </w:r>
          </w:p>
        </w:tc>
        <w:tc>
          <w:tcPr>
            <w:tcW w:type="dxa" w:w="2880"/>
          </w:tcPr>
          <w:p>
            <w:r>
              <w:t>19</w:t>
            </w:r>
          </w:p>
        </w:tc>
      </w:tr>
      <w:tr>
        <w:tc>
          <w:tcPr>
            <w:tcW w:type="dxa" w:w="2880"/>
          </w:tcPr>
          <w:p>
            <w:r>
              <w:t>2026-08-17</w:t>
            </w:r>
          </w:p>
        </w:tc>
        <w:tc>
          <w:tcPr>
            <w:tcW w:type="dxa" w:w="2880"/>
          </w:tcPr>
          <w:p>
            <w:r>
              <w:t>safety</w:t>
            </w:r>
          </w:p>
        </w:tc>
        <w:tc>
          <w:tcPr>
            <w:tcW w:type="dxa" w:w="2880"/>
          </w:tcPr>
          <w:p>
            <w:r>
              <w:t>15</w:t>
            </w:r>
          </w:p>
        </w:tc>
      </w:tr>
      <w:tr>
        <w:tc>
          <w:tcPr>
            <w:tcW w:type="dxa" w:w="2880"/>
          </w:tcPr>
          <w:p>
            <w:r>
              <w:t>2026-08-17</w:t>
            </w:r>
          </w:p>
        </w:tc>
        <w:tc>
          <w:tcPr>
            <w:tcW w:type="dxa" w:w="2880"/>
          </w:tcPr>
          <w:p>
            <w:r>
              <w:t>environmental</w:t>
            </w:r>
          </w:p>
        </w:tc>
        <w:tc>
          <w:tcPr>
            <w:tcW w:type="dxa" w:w="2880"/>
          </w:tcPr>
          <w:p>
            <w:r>
              <w:t>4</w:t>
            </w:r>
          </w:p>
        </w:tc>
      </w:tr>
      <w:tr>
        <w:tc>
          <w:tcPr>
            <w:tcW w:type="dxa" w:w="2880"/>
          </w:tcPr>
          <w:p>
            <w:r>
              <w:t>2026-08-24</w:t>
            </w:r>
          </w:p>
        </w:tc>
        <w:tc>
          <w:tcPr>
            <w:tcW w:type="dxa" w:w="2880"/>
          </w:tcPr>
          <w:p>
            <w:r>
              <w:t>quality</w:t>
            </w:r>
          </w:p>
        </w:tc>
        <w:tc>
          <w:tcPr>
            <w:tcW w:type="dxa" w:w="2880"/>
          </w:tcPr>
          <w:p>
            <w:r>
              <w:t>11</w:t>
            </w:r>
          </w:p>
        </w:tc>
      </w:tr>
      <w:tr>
        <w:tc>
          <w:tcPr>
            <w:tcW w:type="dxa" w:w="2880"/>
          </w:tcPr>
          <w:p>
            <w:r>
              <w:t>2026-08-24</w:t>
            </w:r>
          </w:p>
        </w:tc>
        <w:tc>
          <w:tcPr>
            <w:tcW w:type="dxa" w:w="2880"/>
          </w:tcPr>
          <w:p>
            <w:r>
              <w:t>safety</w:t>
            </w:r>
          </w:p>
        </w:tc>
        <w:tc>
          <w:tcPr>
            <w:tcW w:type="dxa" w:w="2880"/>
          </w:tcPr>
          <w:p>
            <w:r>
              <w:t>10</w:t>
            </w:r>
          </w:p>
        </w:tc>
      </w:tr>
      <w:tr>
        <w:tc>
          <w:tcPr>
            <w:tcW w:type="dxa" w:w="2880"/>
          </w:tcPr>
          <w:p>
            <w:r>
              <w:t>2026-08-24</w:t>
            </w:r>
          </w:p>
        </w:tc>
        <w:tc>
          <w:tcPr>
            <w:tcW w:type="dxa" w:w="2880"/>
          </w:tcPr>
          <w:p>
            <w:r>
              <w:t>environmental</w:t>
            </w:r>
          </w:p>
        </w:tc>
        <w:tc>
          <w:tcPr>
            <w:tcW w:type="dxa" w:w="2880"/>
          </w:tcPr>
          <w:p>
            <w:r>
              <w:t>3</w:t>
            </w:r>
          </w:p>
        </w:tc>
      </w:tr>
      <w:tr>
        <w:tc>
          <w:tcPr>
            <w:tcW w:type="dxa" w:w="2880"/>
          </w:tcPr>
          <w:p>
            <w:r>
              <w:t>2026-08-31</w:t>
            </w:r>
          </w:p>
        </w:tc>
        <w:tc>
          <w:tcPr>
            <w:tcW w:type="dxa" w:w="2880"/>
          </w:tcPr>
          <w:p>
            <w:r>
              <w:t>quality</w:t>
            </w:r>
          </w:p>
        </w:tc>
        <w:tc>
          <w:tcPr>
            <w:tcW w:type="dxa" w:w="2880"/>
          </w:tcPr>
          <w:p>
            <w:r>
              <w:t>24</w:t>
            </w:r>
          </w:p>
        </w:tc>
      </w:tr>
      <w:tr>
        <w:tc>
          <w:tcPr>
            <w:tcW w:type="dxa" w:w="2880"/>
          </w:tcPr>
          <w:p>
            <w:r>
              <w:t>2026-08-31</w:t>
            </w:r>
          </w:p>
        </w:tc>
        <w:tc>
          <w:tcPr>
            <w:tcW w:type="dxa" w:w="2880"/>
          </w:tcPr>
          <w:p>
            <w:r>
              <w:t>safety</w:t>
            </w:r>
          </w:p>
        </w:tc>
        <w:tc>
          <w:tcPr>
            <w:tcW w:type="dxa" w:w="2880"/>
          </w:tcPr>
          <w:p>
            <w:r>
              <w:t>8</w:t>
            </w:r>
          </w:p>
        </w:tc>
      </w:tr>
      <w:tr>
        <w:tc>
          <w:tcPr>
            <w:tcW w:type="dxa" w:w="2880"/>
          </w:tcPr>
          <w:p>
            <w:r>
              <w:t>2026-08-31</w:t>
            </w:r>
          </w:p>
        </w:tc>
        <w:tc>
          <w:tcPr>
            <w:tcW w:type="dxa" w:w="2880"/>
          </w:tcPr>
          <w:p>
            <w:r>
              <w:t>environmental</w:t>
            </w:r>
          </w:p>
        </w:tc>
        <w:tc>
          <w:tcPr>
            <w:tcW w:type="dxa" w:w="2880"/>
          </w:tcPr>
          <w:p>
            <w:r>
              <w:t>3</w:t>
            </w:r>
          </w:p>
        </w:tc>
      </w:tr>
      <w:tr>
        <w:tc>
          <w:tcPr>
            <w:tcW w:type="dxa" w:w="2880"/>
          </w:tcPr>
          <w:p>
            <w:r>
              <w:t>2026-09-07</w:t>
            </w:r>
          </w:p>
        </w:tc>
        <w:tc>
          <w:tcPr>
            <w:tcW w:type="dxa" w:w="2880"/>
          </w:tcPr>
          <w:p>
            <w:r>
              <w:t>quality</w:t>
            </w:r>
          </w:p>
        </w:tc>
        <w:tc>
          <w:tcPr>
            <w:tcW w:type="dxa" w:w="2880"/>
          </w:tcPr>
          <w:p>
            <w:r>
              <w:t>12</w:t>
            </w:r>
          </w:p>
        </w:tc>
      </w:tr>
      <w:tr>
        <w:tc>
          <w:tcPr>
            <w:tcW w:type="dxa" w:w="2880"/>
          </w:tcPr>
          <w:p>
            <w:r>
              <w:t>2026-09-07</w:t>
            </w:r>
          </w:p>
        </w:tc>
        <w:tc>
          <w:tcPr>
            <w:tcW w:type="dxa" w:w="2880"/>
          </w:tcPr>
          <w:p>
            <w:r>
              <w:t>safety</w:t>
            </w:r>
          </w:p>
        </w:tc>
        <w:tc>
          <w:tcPr>
            <w:tcW w:type="dxa" w:w="2880"/>
          </w:tcPr>
          <w:p>
            <w:r>
              <w:t>9</w:t>
            </w:r>
          </w:p>
        </w:tc>
      </w:tr>
      <w:tr>
        <w:tc>
          <w:tcPr>
            <w:tcW w:type="dxa" w:w="2880"/>
          </w:tcPr>
          <w:p>
            <w:r>
              <w:t>2026-09-07</w:t>
            </w:r>
          </w:p>
        </w:tc>
        <w:tc>
          <w:tcPr>
            <w:tcW w:type="dxa" w:w="2880"/>
          </w:tcPr>
          <w:p>
            <w:r>
              <w:t>environmental</w:t>
            </w:r>
          </w:p>
        </w:tc>
        <w:tc>
          <w:tcPr>
            <w:tcW w:type="dxa" w:w="2880"/>
          </w:tcPr>
          <w:p>
            <w:r>
              <w:t>5</w:t>
            </w:r>
          </w:p>
        </w:tc>
      </w:tr>
      <w:tr>
        <w:tc>
          <w:tcPr>
            <w:tcW w:type="dxa" w:w="2880"/>
          </w:tcPr>
          <w:p>
            <w:r>
              <w:t>2026-09-14</w:t>
            </w:r>
          </w:p>
        </w:tc>
        <w:tc>
          <w:tcPr>
            <w:tcW w:type="dxa" w:w="2880"/>
          </w:tcPr>
          <w:p>
            <w:r>
              <w:t>quality</w:t>
            </w:r>
          </w:p>
        </w:tc>
        <w:tc>
          <w:tcPr>
            <w:tcW w:type="dxa" w:w="2880"/>
          </w:tcPr>
          <w:p>
            <w:r>
              <w:t>16</w:t>
            </w:r>
          </w:p>
        </w:tc>
      </w:tr>
      <w:tr>
        <w:tc>
          <w:tcPr>
            <w:tcW w:type="dxa" w:w="2880"/>
          </w:tcPr>
          <w:p>
            <w:r>
              <w:t>2026-09-14</w:t>
            </w:r>
          </w:p>
        </w:tc>
        <w:tc>
          <w:tcPr>
            <w:tcW w:type="dxa" w:w="2880"/>
          </w:tcPr>
          <w:p>
            <w:r>
              <w:t>safety</w:t>
            </w:r>
          </w:p>
        </w:tc>
        <w:tc>
          <w:tcPr>
            <w:tcW w:type="dxa" w:w="2880"/>
          </w:tcPr>
          <w:p>
            <w:r>
              <w:t>10</w:t>
            </w:r>
          </w:p>
        </w:tc>
      </w:tr>
      <w:tr>
        <w:tc>
          <w:tcPr>
            <w:tcW w:type="dxa" w:w="2880"/>
          </w:tcPr>
          <w:p>
            <w:r>
              <w:t>2026-09-14</w:t>
            </w:r>
          </w:p>
        </w:tc>
        <w:tc>
          <w:tcPr>
            <w:tcW w:type="dxa" w:w="2880"/>
          </w:tcPr>
          <w:p>
            <w:r>
              <w:t>environmental</w:t>
            </w:r>
          </w:p>
        </w:tc>
        <w:tc>
          <w:tcPr>
            <w:tcW w:type="dxa" w:w="2880"/>
          </w:tcPr>
          <w:p>
            <w:r>
              <w:t>1</w:t>
            </w:r>
          </w:p>
        </w:tc>
      </w:tr>
      <w:tr>
        <w:tc>
          <w:tcPr>
            <w:tcW w:type="dxa" w:w="2880"/>
          </w:tcPr>
          <w:p>
            <w:r>
              <w:t>2026-09-21</w:t>
            </w:r>
          </w:p>
        </w:tc>
        <w:tc>
          <w:tcPr>
            <w:tcW w:type="dxa" w:w="2880"/>
          </w:tcPr>
          <w:p>
            <w:r>
              <w:t>quality</w:t>
            </w:r>
          </w:p>
        </w:tc>
        <w:tc>
          <w:tcPr>
            <w:tcW w:type="dxa" w:w="2880"/>
          </w:tcPr>
          <w:p>
            <w:r>
              <w:t>19</w:t>
            </w:r>
          </w:p>
        </w:tc>
      </w:tr>
      <w:tr>
        <w:tc>
          <w:tcPr>
            <w:tcW w:type="dxa" w:w="2880"/>
          </w:tcPr>
          <w:p>
            <w:r>
              <w:t>2026-09-21</w:t>
            </w:r>
          </w:p>
        </w:tc>
        <w:tc>
          <w:tcPr>
            <w:tcW w:type="dxa" w:w="2880"/>
          </w:tcPr>
          <w:p>
            <w:r>
              <w:t>safety</w:t>
            </w:r>
          </w:p>
        </w:tc>
        <w:tc>
          <w:tcPr>
            <w:tcW w:type="dxa" w:w="2880"/>
          </w:tcPr>
          <w:p>
            <w:r>
              <w:t>10</w:t>
            </w:r>
          </w:p>
        </w:tc>
      </w:tr>
      <w:tr>
        <w:tc>
          <w:tcPr>
            <w:tcW w:type="dxa" w:w="2880"/>
          </w:tcPr>
          <w:p>
            <w:r>
              <w:t>2026-09-21</w:t>
            </w:r>
          </w:p>
        </w:tc>
        <w:tc>
          <w:tcPr>
            <w:tcW w:type="dxa" w:w="2880"/>
          </w:tcPr>
          <w:p>
            <w:r>
              <w:t>environmental</w:t>
            </w:r>
          </w:p>
        </w:tc>
        <w:tc>
          <w:tcPr>
            <w:tcW w:type="dxa" w:w="2880"/>
          </w:tcPr>
          <w:p>
            <w:r>
              <w:t>2</w:t>
            </w:r>
          </w:p>
        </w:tc>
      </w:tr>
      <w:tr>
        <w:tc>
          <w:tcPr>
            <w:tcW w:type="dxa" w:w="2880"/>
          </w:tcPr>
          <w:p>
            <w:r>
              <w:t>2026-09-28</w:t>
            </w:r>
          </w:p>
        </w:tc>
        <w:tc>
          <w:tcPr>
            <w:tcW w:type="dxa" w:w="2880"/>
          </w:tcPr>
          <w:p>
            <w:r>
              <w:t>quality</w:t>
            </w:r>
          </w:p>
        </w:tc>
        <w:tc>
          <w:tcPr>
            <w:tcW w:type="dxa" w:w="2880"/>
          </w:tcPr>
          <w:p>
            <w:r>
              <w:t>13</w:t>
            </w:r>
          </w:p>
        </w:tc>
      </w:tr>
      <w:tr>
        <w:tc>
          <w:tcPr>
            <w:tcW w:type="dxa" w:w="2880"/>
          </w:tcPr>
          <w:p>
            <w:r>
              <w:t>2026-09-28</w:t>
            </w:r>
          </w:p>
        </w:tc>
        <w:tc>
          <w:tcPr>
            <w:tcW w:type="dxa" w:w="2880"/>
          </w:tcPr>
          <w:p>
            <w:r>
              <w:t>safety</w:t>
            </w:r>
          </w:p>
        </w:tc>
        <w:tc>
          <w:tcPr>
            <w:tcW w:type="dxa" w:w="2880"/>
          </w:tcPr>
          <w:p>
            <w:r>
              <w:t>7</w:t>
            </w:r>
          </w:p>
        </w:tc>
      </w:tr>
      <w:tr>
        <w:tc>
          <w:tcPr>
            <w:tcW w:type="dxa" w:w="2880"/>
          </w:tcPr>
          <w:p>
            <w:r>
              <w:t>2026-09-28</w:t>
            </w:r>
          </w:p>
        </w:tc>
        <w:tc>
          <w:tcPr>
            <w:tcW w:type="dxa" w:w="2880"/>
          </w:tcPr>
          <w:p>
            <w:r>
              <w:t>environmental</w:t>
            </w:r>
          </w:p>
        </w:tc>
        <w:tc>
          <w:tcPr>
            <w:tcW w:type="dxa" w:w="2880"/>
          </w:tcPr>
          <w:p>
            <w:r>
              <w:t>2</w:t>
            </w:r>
          </w:p>
        </w:tc>
      </w:tr>
    </w:tbl>
    <w:p/>
    <w:p>
      <w:pPr>
        <w:pStyle w:val="Heading2"/>
      </w:pPr>
      <w:r>
        <w:t>Figure 32. Hot spot analysis: Inspections and defects [93]</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173</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35</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28</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11</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9</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2</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2</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3</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1</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1</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2</w:t>
            </w:r>
          </w:p>
        </w:tc>
      </w:tr>
      <w:tr>
        <w:tc>
          <w:tcPr>
            <w:tcW w:type="dxa" w:w="1728"/>
          </w:tcPr>
          <w:p>
            <w:r>
              <w:t>7</w:t>
            </w:r>
          </w:p>
        </w:tc>
        <w:tc>
          <w:tcPr>
            <w:tcW w:type="dxa" w:w="1728"/>
          </w:tcPr>
          <w:p>
            <w:r>
              <w:t>7.5</w:t>
            </w:r>
          </w:p>
        </w:tc>
        <w:tc>
          <w:tcPr>
            <w:tcW w:type="dxa" w:w="1728"/>
          </w:tcPr>
          <w:p>
            <w:r>
              <w:t>hot_99</w:t>
            </w:r>
          </w:p>
        </w:tc>
        <w:tc>
          <w:tcPr>
            <w:tcW w:type="dxa" w:w="1728"/>
          </w:tcPr>
          <w:p>
            <w:r>
              <w:t>Hot spot, 99% confidence</w:t>
            </w:r>
          </w:p>
        </w:tc>
        <w:tc>
          <w:tcPr>
            <w:tcW w:type="dxa" w:w="1728"/>
          </w:tcPr>
          <w:p>
            <w:r>
              <w:t>1</w:t>
            </w:r>
          </w:p>
        </w:tc>
      </w:tr>
      <w:tr>
        <w:tc>
          <w:tcPr>
            <w:tcW w:type="dxa" w:w="1728"/>
          </w:tcPr>
          <w:p>
            <w:r>
              <w:t>7.5</w:t>
            </w:r>
          </w:p>
        </w:tc>
        <w:tc>
          <w:tcPr>
            <w:tcW w:type="dxa" w:w="1728"/>
          </w:tcPr>
          <w:p>
            <w:r>
              <w:t>8</w:t>
            </w:r>
          </w:p>
        </w:tc>
        <w:tc>
          <w:tcPr>
            <w:tcW w:type="dxa" w:w="1728"/>
          </w:tcPr>
          <w:p>
            <w:r>
              <w:t>hot_99</w:t>
            </w:r>
          </w:p>
        </w:tc>
        <w:tc>
          <w:tcPr>
            <w:tcW w:type="dxa" w:w="1728"/>
          </w:tcPr>
          <w:p>
            <w:r>
              <w:t>Hot spot, 99% confidence</w:t>
            </w:r>
          </w:p>
        </w:tc>
        <w:tc>
          <w:tcPr>
            <w:tcW w:type="dxa" w:w="1728"/>
          </w:tcPr>
          <w:p>
            <w:r>
              <w:t>1</w:t>
            </w:r>
          </w:p>
        </w:tc>
      </w:tr>
      <w:tr>
        <w:tc>
          <w:tcPr>
            <w:tcW w:type="dxa" w:w="1728"/>
          </w:tcPr>
          <w:p>
            <w:r>
              <w:t>8</w:t>
            </w:r>
          </w:p>
        </w:tc>
        <w:tc>
          <w:tcPr>
            <w:tcW w:type="dxa" w:w="1728"/>
          </w:tcPr>
          <w:p>
            <w:r>
              <w:t>8.5</w:t>
            </w:r>
          </w:p>
        </w:tc>
        <w:tc>
          <w:tcPr>
            <w:tcW w:type="dxa" w:w="1728"/>
          </w:tcPr>
          <w:p>
            <w:r>
              <w:t>hot_99</w:t>
            </w:r>
          </w:p>
        </w:tc>
        <w:tc>
          <w:tcPr>
            <w:tcW w:type="dxa" w:w="1728"/>
          </w:tcPr>
          <w:p>
            <w:r>
              <w:t>Hot spot, 99% confidence</w:t>
            </w:r>
          </w:p>
        </w:tc>
        <w:tc>
          <w:tcPr>
            <w:tcW w:type="dxa" w:w="1728"/>
          </w:tcPr>
          <w:p>
            <w:r>
              <w:t>3</w:t>
            </w:r>
          </w:p>
        </w:tc>
      </w:tr>
    </w:tbl>
    <w:p/>
    <w:p>
      <w:pPr>
        <w:pStyle w:val="Heading2"/>
      </w:pPr>
      <w:r>
        <w:t>Figure 33. Hot spot analysis: Settlement monitoring [94]</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1</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1</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12</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17</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20</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3</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9</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2</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w:t>
            </w:r>
          </w:p>
        </w:tc>
      </w:tr>
    </w:tbl>
    <w:p/>
    <w:p>
      <w:pPr>
        <w:pStyle w:val="Heading2"/>
      </w:pPr>
      <w:r>
        <w:t>Figure 34. Hot spot analysis: Work zones [95]</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1</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35. NDVI change polygons [96]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0.01</w:t>
            </w:r>
          </w:p>
        </w:tc>
        <w:tc>
          <w:tcPr>
            <w:tcW w:type="dxa" w:w="2880"/>
          </w:tcPr>
          <w:p>
            <w:r>
              <w:t>0.5958</w:t>
            </w:r>
          </w:p>
        </w:tc>
        <w:tc>
          <w:tcPr>
            <w:tcW w:type="dxa" w:w="2880"/>
          </w:tcPr>
          <w:p>
            <w:r>
              <w:t>1,077</w:t>
            </w:r>
          </w:p>
        </w:tc>
      </w:tr>
      <w:tr>
        <w:tc>
          <w:tcPr>
            <w:tcW w:type="dxa" w:w="2880"/>
          </w:tcPr>
          <w:p>
            <w:r>
              <w:t>0.5958</w:t>
            </w:r>
          </w:p>
        </w:tc>
        <w:tc>
          <w:tcPr>
            <w:tcW w:type="dxa" w:w="2880"/>
          </w:tcPr>
          <w:p>
            <w:r>
              <w:t>1.182</w:t>
            </w:r>
          </w:p>
        </w:tc>
        <w:tc>
          <w:tcPr>
            <w:tcW w:type="dxa" w:w="2880"/>
          </w:tcPr>
          <w:p>
            <w:r>
              <w:t>0</w:t>
            </w:r>
          </w:p>
        </w:tc>
      </w:tr>
      <w:tr>
        <w:tc>
          <w:tcPr>
            <w:tcW w:type="dxa" w:w="2880"/>
          </w:tcPr>
          <w:p>
            <w:r>
              <w:t>1.182</w:t>
            </w:r>
          </w:p>
        </w:tc>
        <w:tc>
          <w:tcPr>
            <w:tcW w:type="dxa" w:w="2880"/>
          </w:tcPr>
          <w:p>
            <w:r>
              <w:t>1.768</w:t>
            </w:r>
          </w:p>
        </w:tc>
        <w:tc>
          <w:tcPr>
            <w:tcW w:type="dxa" w:w="2880"/>
          </w:tcPr>
          <w:p>
            <w:r>
              <w:t>0</w:t>
            </w:r>
          </w:p>
        </w:tc>
      </w:tr>
      <w:tr>
        <w:tc>
          <w:tcPr>
            <w:tcW w:type="dxa" w:w="2880"/>
          </w:tcPr>
          <w:p>
            <w:r>
              <w:t>1.768</w:t>
            </w:r>
          </w:p>
        </w:tc>
        <w:tc>
          <w:tcPr>
            <w:tcW w:type="dxa" w:w="2880"/>
          </w:tcPr>
          <w:p>
            <w:r>
              <w:t>2.353</w:t>
            </w:r>
          </w:p>
        </w:tc>
        <w:tc>
          <w:tcPr>
            <w:tcW w:type="dxa" w:w="2880"/>
          </w:tcPr>
          <w:p>
            <w:r>
              <w:t>0</w:t>
            </w:r>
          </w:p>
        </w:tc>
      </w:tr>
      <w:tr>
        <w:tc>
          <w:tcPr>
            <w:tcW w:type="dxa" w:w="2880"/>
          </w:tcPr>
          <w:p>
            <w:r>
              <w:t>2.353</w:t>
            </w:r>
          </w:p>
        </w:tc>
        <w:tc>
          <w:tcPr>
            <w:tcW w:type="dxa" w:w="2880"/>
          </w:tcPr>
          <w:p>
            <w:r>
              <w:t>2.939</w:t>
            </w:r>
          </w:p>
        </w:tc>
        <w:tc>
          <w:tcPr>
            <w:tcW w:type="dxa" w:w="2880"/>
          </w:tcPr>
          <w:p>
            <w:r>
              <w:t>0</w:t>
            </w:r>
          </w:p>
        </w:tc>
      </w:tr>
      <w:tr>
        <w:tc>
          <w:tcPr>
            <w:tcW w:type="dxa" w:w="2880"/>
          </w:tcPr>
          <w:p>
            <w:r>
              <w:t>2.939</w:t>
            </w:r>
          </w:p>
        </w:tc>
        <w:tc>
          <w:tcPr>
            <w:tcW w:type="dxa" w:w="2880"/>
          </w:tcPr>
          <w:p>
            <w:r>
              <w:t>3.525</w:t>
            </w:r>
          </w:p>
        </w:tc>
        <w:tc>
          <w:tcPr>
            <w:tcW w:type="dxa" w:w="2880"/>
          </w:tcPr>
          <w:p>
            <w:r>
              <w:t>0</w:t>
            </w:r>
          </w:p>
        </w:tc>
      </w:tr>
      <w:tr>
        <w:tc>
          <w:tcPr>
            <w:tcW w:type="dxa" w:w="2880"/>
          </w:tcPr>
          <w:p>
            <w:r>
              <w:t>3.525</w:t>
            </w:r>
          </w:p>
        </w:tc>
        <w:tc>
          <w:tcPr>
            <w:tcW w:type="dxa" w:w="2880"/>
          </w:tcPr>
          <w:p>
            <w:r>
              <w:t>4.111</w:t>
            </w:r>
          </w:p>
        </w:tc>
        <w:tc>
          <w:tcPr>
            <w:tcW w:type="dxa" w:w="2880"/>
          </w:tcPr>
          <w:p>
            <w:r>
              <w:t>0</w:t>
            </w:r>
          </w:p>
        </w:tc>
      </w:tr>
      <w:tr>
        <w:tc>
          <w:tcPr>
            <w:tcW w:type="dxa" w:w="2880"/>
          </w:tcPr>
          <w:p>
            <w:r>
              <w:t>4.111</w:t>
            </w:r>
          </w:p>
        </w:tc>
        <w:tc>
          <w:tcPr>
            <w:tcW w:type="dxa" w:w="2880"/>
          </w:tcPr>
          <w:p>
            <w:r>
              <w:t>4.697</w:t>
            </w:r>
          </w:p>
        </w:tc>
        <w:tc>
          <w:tcPr>
            <w:tcW w:type="dxa" w:w="2880"/>
          </w:tcPr>
          <w:p>
            <w:r>
              <w:t>0</w:t>
            </w:r>
          </w:p>
        </w:tc>
      </w:tr>
      <w:tr>
        <w:tc>
          <w:tcPr>
            <w:tcW w:type="dxa" w:w="2880"/>
          </w:tcPr>
          <w:p>
            <w:r>
              <w:t>4.697</w:t>
            </w:r>
          </w:p>
        </w:tc>
        <w:tc>
          <w:tcPr>
            <w:tcW w:type="dxa" w:w="2880"/>
          </w:tcPr>
          <w:p>
            <w:r>
              <w:t>5.282</w:t>
            </w:r>
          </w:p>
        </w:tc>
        <w:tc>
          <w:tcPr>
            <w:tcW w:type="dxa" w:w="2880"/>
          </w:tcPr>
          <w:p>
            <w:r>
              <w:t>0</w:t>
            </w:r>
          </w:p>
        </w:tc>
      </w:tr>
      <w:tr>
        <w:tc>
          <w:tcPr>
            <w:tcW w:type="dxa" w:w="2880"/>
          </w:tcPr>
          <w:p>
            <w:r>
              <w:t>5.282</w:t>
            </w:r>
          </w:p>
        </w:tc>
        <w:tc>
          <w:tcPr>
            <w:tcW w:type="dxa" w:w="2880"/>
          </w:tcPr>
          <w:p>
            <w:r>
              <w:t>5.868</w:t>
            </w:r>
          </w:p>
        </w:tc>
        <w:tc>
          <w:tcPr>
            <w:tcW w:type="dxa" w:w="2880"/>
          </w:tcPr>
          <w:p>
            <w:r>
              <w:t>0</w:t>
            </w:r>
          </w:p>
        </w:tc>
      </w:tr>
      <w:tr>
        <w:tc>
          <w:tcPr>
            <w:tcW w:type="dxa" w:w="2880"/>
          </w:tcPr>
          <w:p>
            <w:r>
              <w:t>5.868</w:t>
            </w:r>
          </w:p>
        </w:tc>
        <w:tc>
          <w:tcPr>
            <w:tcW w:type="dxa" w:w="2880"/>
          </w:tcPr>
          <w:p>
            <w:r>
              <w:t>6.454</w:t>
            </w:r>
          </w:p>
        </w:tc>
        <w:tc>
          <w:tcPr>
            <w:tcW w:type="dxa" w:w="2880"/>
          </w:tcPr>
          <w:p>
            <w:r>
              <w:t>0</w:t>
            </w:r>
          </w:p>
        </w:tc>
      </w:tr>
      <w:tr>
        <w:tc>
          <w:tcPr>
            <w:tcW w:type="dxa" w:w="2880"/>
          </w:tcPr>
          <w:p>
            <w:r>
              <w:t>6.454</w:t>
            </w:r>
          </w:p>
        </w:tc>
        <w:tc>
          <w:tcPr>
            <w:tcW w:type="dxa" w:w="2880"/>
          </w:tcPr>
          <w:p>
            <w:r>
              <w:t>7.04</w:t>
            </w:r>
          </w:p>
        </w:tc>
        <w:tc>
          <w:tcPr>
            <w:tcW w:type="dxa" w:w="2880"/>
          </w:tcPr>
          <w:p>
            <w:r>
              <w:t>1</w:t>
            </w:r>
          </w:p>
        </w:tc>
      </w:tr>
    </w:tbl>
    <w:p/>
    <w:p>
      <w:pPr>
        <w:pStyle w:val="Heading2"/>
      </w:pPr>
      <w:r>
        <w:t>Figure 36. Calculate density: Inspections and defects [97]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5</w:t>
            </w:r>
          </w:p>
        </w:tc>
        <w:tc>
          <w:tcPr>
            <w:tcW w:type="dxa" w:w="2880"/>
          </w:tcPr>
          <w:p>
            <w:r>
              <w:t>58</w:t>
            </w:r>
          </w:p>
        </w:tc>
      </w:tr>
      <w:tr>
        <w:tc>
          <w:tcPr>
            <w:tcW w:type="dxa" w:w="2880"/>
          </w:tcPr>
          <w:p>
            <w:r>
              <w:t>5</w:t>
            </w:r>
          </w:p>
        </w:tc>
        <w:tc>
          <w:tcPr>
            <w:tcW w:type="dxa" w:w="2880"/>
          </w:tcPr>
          <w:p>
            <w:r>
              <w:t>10</w:t>
            </w:r>
          </w:p>
        </w:tc>
        <w:tc>
          <w:tcPr>
            <w:tcW w:type="dxa" w:w="2880"/>
          </w:tcPr>
          <w:p>
            <w:r>
              <w:t>105</w:t>
            </w:r>
          </w:p>
        </w:tc>
      </w:tr>
      <w:tr>
        <w:tc>
          <w:tcPr>
            <w:tcW w:type="dxa" w:w="2880"/>
          </w:tcPr>
          <w:p>
            <w:r>
              <w:t>10</w:t>
            </w:r>
          </w:p>
        </w:tc>
        <w:tc>
          <w:tcPr>
            <w:tcW w:type="dxa" w:w="2880"/>
          </w:tcPr>
          <w:p>
            <w:r>
              <w:t>15</w:t>
            </w:r>
          </w:p>
        </w:tc>
        <w:tc>
          <w:tcPr>
            <w:tcW w:type="dxa" w:w="2880"/>
          </w:tcPr>
          <w:p>
            <w:r>
              <w:t>104</w:t>
            </w:r>
          </w:p>
        </w:tc>
      </w:tr>
      <w:tr>
        <w:tc>
          <w:tcPr>
            <w:tcW w:type="dxa" w:w="2880"/>
          </w:tcPr>
          <w:p>
            <w:r>
              <w:t>15</w:t>
            </w:r>
          </w:p>
        </w:tc>
        <w:tc>
          <w:tcPr>
            <w:tcW w:type="dxa" w:w="2880"/>
          </w:tcPr>
          <w:p>
            <w:r>
              <w:t>20</w:t>
            </w:r>
          </w:p>
        </w:tc>
        <w:tc>
          <w:tcPr>
            <w:tcW w:type="dxa" w:w="2880"/>
          </w:tcPr>
          <w:p>
            <w:r>
              <w:t>75</w:t>
            </w:r>
          </w:p>
        </w:tc>
      </w:tr>
      <w:tr>
        <w:tc>
          <w:tcPr>
            <w:tcW w:type="dxa" w:w="2880"/>
          </w:tcPr>
          <w:p>
            <w:r>
              <w:t>20</w:t>
            </w:r>
          </w:p>
        </w:tc>
        <w:tc>
          <w:tcPr>
            <w:tcW w:type="dxa" w:w="2880"/>
          </w:tcPr>
          <w:p>
            <w:r>
              <w:t>25</w:t>
            </w:r>
          </w:p>
        </w:tc>
        <w:tc>
          <w:tcPr>
            <w:tcW w:type="dxa" w:w="2880"/>
          </w:tcPr>
          <w:p>
            <w:r>
              <w:t>95</w:t>
            </w:r>
          </w:p>
        </w:tc>
      </w:tr>
      <w:tr>
        <w:tc>
          <w:tcPr>
            <w:tcW w:type="dxa" w:w="2880"/>
          </w:tcPr>
          <w:p>
            <w:r>
              <w:t>25</w:t>
            </w:r>
          </w:p>
        </w:tc>
        <w:tc>
          <w:tcPr>
            <w:tcW w:type="dxa" w:w="2880"/>
          </w:tcPr>
          <w:p>
            <w:r>
              <w:t>30</w:t>
            </w:r>
          </w:p>
        </w:tc>
        <w:tc>
          <w:tcPr>
            <w:tcW w:type="dxa" w:w="2880"/>
          </w:tcPr>
          <w:p>
            <w:r>
              <w:t>82</w:t>
            </w:r>
          </w:p>
        </w:tc>
      </w:tr>
      <w:tr>
        <w:tc>
          <w:tcPr>
            <w:tcW w:type="dxa" w:w="2880"/>
          </w:tcPr>
          <w:p>
            <w:r>
              <w:t>30</w:t>
            </w:r>
          </w:p>
        </w:tc>
        <w:tc>
          <w:tcPr>
            <w:tcW w:type="dxa" w:w="2880"/>
          </w:tcPr>
          <w:p>
            <w:r>
              <w:t>35</w:t>
            </w:r>
          </w:p>
        </w:tc>
        <w:tc>
          <w:tcPr>
            <w:tcW w:type="dxa" w:w="2880"/>
          </w:tcPr>
          <w:p>
            <w:r>
              <w:t>123</w:t>
            </w:r>
          </w:p>
        </w:tc>
      </w:tr>
      <w:tr>
        <w:tc>
          <w:tcPr>
            <w:tcW w:type="dxa" w:w="2880"/>
          </w:tcPr>
          <w:p>
            <w:r>
              <w:t>35</w:t>
            </w:r>
          </w:p>
        </w:tc>
        <w:tc>
          <w:tcPr>
            <w:tcW w:type="dxa" w:w="2880"/>
          </w:tcPr>
          <w:p>
            <w:r>
              <w:t>40</w:t>
            </w:r>
          </w:p>
        </w:tc>
        <w:tc>
          <w:tcPr>
            <w:tcW w:type="dxa" w:w="2880"/>
          </w:tcPr>
          <w:p>
            <w:r>
              <w:t>121</w:t>
            </w:r>
          </w:p>
        </w:tc>
      </w:tr>
      <w:tr>
        <w:tc>
          <w:tcPr>
            <w:tcW w:type="dxa" w:w="2880"/>
          </w:tcPr>
          <w:p>
            <w:r>
              <w:t>40</w:t>
            </w:r>
          </w:p>
        </w:tc>
        <w:tc>
          <w:tcPr>
            <w:tcW w:type="dxa" w:w="2880"/>
          </w:tcPr>
          <w:p>
            <w:r>
              <w:t>45</w:t>
            </w:r>
          </w:p>
        </w:tc>
        <w:tc>
          <w:tcPr>
            <w:tcW w:type="dxa" w:w="2880"/>
          </w:tcPr>
          <w:p>
            <w:r>
              <w:t>95</w:t>
            </w:r>
          </w:p>
        </w:tc>
      </w:tr>
      <w:tr>
        <w:tc>
          <w:tcPr>
            <w:tcW w:type="dxa" w:w="2880"/>
          </w:tcPr>
          <w:p>
            <w:r>
              <w:t>45</w:t>
            </w:r>
          </w:p>
        </w:tc>
        <w:tc>
          <w:tcPr>
            <w:tcW w:type="dxa" w:w="2880"/>
          </w:tcPr>
          <w:p>
            <w:r>
              <w:t>50</w:t>
            </w:r>
          </w:p>
        </w:tc>
        <w:tc>
          <w:tcPr>
            <w:tcW w:type="dxa" w:w="2880"/>
          </w:tcPr>
          <w:p>
            <w:r>
              <w:t>60</w:t>
            </w:r>
          </w:p>
        </w:tc>
      </w:tr>
      <w:tr>
        <w:tc>
          <w:tcPr>
            <w:tcW w:type="dxa" w:w="2880"/>
          </w:tcPr>
          <w:p>
            <w:r>
              <w:t>50</w:t>
            </w:r>
          </w:p>
        </w:tc>
        <w:tc>
          <w:tcPr>
            <w:tcW w:type="dxa" w:w="2880"/>
          </w:tcPr>
          <w:p>
            <w:r>
              <w:t>55</w:t>
            </w:r>
          </w:p>
        </w:tc>
        <w:tc>
          <w:tcPr>
            <w:tcW w:type="dxa" w:w="2880"/>
          </w:tcPr>
          <w:p>
            <w:r>
              <w:t>58</w:t>
            </w:r>
          </w:p>
        </w:tc>
      </w:tr>
    </w:tbl>
    <w:p/>
    <w:p>
      <w:pPr>
        <w:pStyle w:val="Heading2"/>
      </w:pPr>
      <w:r>
        <w:t>Figure 37. Calculate density: Settlement monitoring [98]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3.182</w:t>
            </w:r>
          </w:p>
        </w:tc>
        <w:tc>
          <w:tcPr>
            <w:tcW w:type="dxa" w:w="2880"/>
          </w:tcPr>
          <w:p>
            <w:r>
              <w:t>52</w:t>
            </w:r>
          </w:p>
        </w:tc>
      </w:tr>
      <w:tr>
        <w:tc>
          <w:tcPr>
            <w:tcW w:type="dxa" w:w="2880"/>
          </w:tcPr>
          <w:p>
            <w:r>
              <w:t>3.182</w:t>
            </w:r>
          </w:p>
        </w:tc>
        <w:tc>
          <w:tcPr>
            <w:tcW w:type="dxa" w:w="2880"/>
          </w:tcPr>
          <w:p>
            <w:r>
              <w:t>6.364</w:t>
            </w:r>
          </w:p>
        </w:tc>
        <w:tc>
          <w:tcPr>
            <w:tcW w:type="dxa" w:w="2880"/>
          </w:tcPr>
          <w:p>
            <w:r>
              <w:t>69</w:t>
            </w:r>
          </w:p>
        </w:tc>
      </w:tr>
      <w:tr>
        <w:tc>
          <w:tcPr>
            <w:tcW w:type="dxa" w:w="2880"/>
          </w:tcPr>
          <w:p>
            <w:r>
              <w:t>6.364</w:t>
            </w:r>
          </w:p>
        </w:tc>
        <w:tc>
          <w:tcPr>
            <w:tcW w:type="dxa" w:w="2880"/>
          </w:tcPr>
          <w:p>
            <w:r>
              <w:t>9.545</w:t>
            </w:r>
          </w:p>
        </w:tc>
        <w:tc>
          <w:tcPr>
            <w:tcW w:type="dxa" w:w="2880"/>
          </w:tcPr>
          <w:p>
            <w:r>
              <w:t>67</w:t>
            </w:r>
          </w:p>
        </w:tc>
      </w:tr>
      <w:tr>
        <w:tc>
          <w:tcPr>
            <w:tcW w:type="dxa" w:w="2880"/>
          </w:tcPr>
          <w:p>
            <w:r>
              <w:t>9.545</w:t>
            </w:r>
          </w:p>
        </w:tc>
        <w:tc>
          <w:tcPr>
            <w:tcW w:type="dxa" w:w="2880"/>
          </w:tcPr>
          <w:p>
            <w:r>
              <w:t>12.73</w:t>
            </w:r>
          </w:p>
        </w:tc>
        <w:tc>
          <w:tcPr>
            <w:tcW w:type="dxa" w:w="2880"/>
          </w:tcPr>
          <w:p>
            <w:r>
              <w:t>63</w:t>
            </w:r>
          </w:p>
        </w:tc>
      </w:tr>
      <w:tr>
        <w:tc>
          <w:tcPr>
            <w:tcW w:type="dxa" w:w="2880"/>
          </w:tcPr>
          <w:p>
            <w:r>
              <w:t>12.73</w:t>
            </w:r>
          </w:p>
        </w:tc>
        <w:tc>
          <w:tcPr>
            <w:tcW w:type="dxa" w:w="2880"/>
          </w:tcPr>
          <w:p>
            <w:r>
              <w:t>15.91</w:t>
            </w:r>
          </w:p>
        </w:tc>
        <w:tc>
          <w:tcPr>
            <w:tcW w:type="dxa" w:w="2880"/>
          </w:tcPr>
          <w:p>
            <w:r>
              <w:t>63</w:t>
            </w:r>
          </w:p>
        </w:tc>
      </w:tr>
      <w:tr>
        <w:tc>
          <w:tcPr>
            <w:tcW w:type="dxa" w:w="2880"/>
          </w:tcPr>
          <w:p>
            <w:r>
              <w:t>15.91</w:t>
            </w:r>
          </w:p>
        </w:tc>
        <w:tc>
          <w:tcPr>
            <w:tcW w:type="dxa" w:w="2880"/>
          </w:tcPr>
          <w:p>
            <w:r>
              <w:t>19.09</w:t>
            </w:r>
          </w:p>
        </w:tc>
        <w:tc>
          <w:tcPr>
            <w:tcW w:type="dxa" w:w="2880"/>
          </w:tcPr>
          <w:p>
            <w:r>
              <w:t>108</w:t>
            </w:r>
          </w:p>
        </w:tc>
      </w:tr>
      <w:tr>
        <w:tc>
          <w:tcPr>
            <w:tcW w:type="dxa" w:w="2880"/>
          </w:tcPr>
          <w:p>
            <w:r>
              <w:t>19.09</w:t>
            </w:r>
          </w:p>
        </w:tc>
        <w:tc>
          <w:tcPr>
            <w:tcW w:type="dxa" w:w="2880"/>
          </w:tcPr>
          <w:p>
            <w:r>
              <w:t>22.27</w:t>
            </w:r>
          </w:p>
        </w:tc>
        <w:tc>
          <w:tcPr>
            <w:tcW w:type="dxa" w:w="2880"/>
          </w:tcPr>
          <w:p>
            <w:r>
              <w:t>87</w:t>
            </w:r>
          </w:p>
        </w:tc>
      </w:tr>
      <w:tr>
        <w:tc>
          <w:tcPr>
            <w:tcW w:type="dxa" w:w="2880"/>
          </w:tcPr>
          <w:p>
            <w:r>
              <w:t>22.27</w:t>
            </w:r>
          </w:p>
        </w:tc>
        <w:tc>
          <w:tcPr>
            <w:tcW w:type="dxa" w:w="2880"/>
          </w:tcPr>
          <w:p>
            <w:r>
              <w:t>25.45</w:t>
            </w:r>
          </w:p>
        </w:tc>
        <w:tc>
          <w:tcPr>
            <w:tcW w:type="dxa" w:w="2880"/>
          </w:tcPr>
          <w:p>
            <w:r>
              <w:t>84</w:t>
            </w:r>
          </w:p>
        </w:tc>
      </w:tr>
      <w:tr>
        <w:tc>
          <w:tcPr>
            <w:tcW w:type="dxa" w:w="2880"/>
          </w:tcPr>
          <w:p>
            <w:r>
              <w:t>25.45</w:t>
            </w:r>
          </w:p>
        </w:tc>
        <w:tc>
          <w:tcPr>
            <w:tcW w:type="dxa" w:w="2880"/>
          </w:tcPr>
          <w:p>
            <w:r>
              <w:t>28.64</w:t>
            </w:r>
          </w:p>
        </w:tc>
        <w:tc>
          <w:tcPr>
            <w:tcW w:type="dxa" w:w="2880"/>
          </w:tcPr>
          <w:p>
            <w:r>
              <w:t>81</w:t>
            </w:r>
          </w:p>
        </w:tc>
      </w:tr>
      <w:tr>
        <w:tc>
          <w:tcPr>
            <w:tcW w:type="dxa" w:w="2880"/>
          </w:tcPr>
          <w:p>
            <w:r>
              <w:t>28.64</w:t>
            </w:r>
          </w:p>
        </w:tc>
        <w:tc>
          <w:tcPr>
            <w:tcW w:type="dxa" w:w="2880"/>
          </w:tcPr>
          <w:p>
            <w:r>
              <w:t>31.82</w:t>
            </w:r>
          </w:p>
        </w:tc>
        <w:tc>
          <w:tcPr>
            <w:tcW w:type="dxa" w:w="2880"/>
          </w:tcPr>
          <w:p>
            <w:r>
              <w:t>80</w:t>
            </w:r>
          </w:p>
        </w:tc>
      </w:tr>
      <w:tr>
        <w:tc>
          <w:tcPr>
            <w:tcW w:type="dxa" w:w="2880"/>
          </w:tcPr>
          <w:p>
            <w:r>
              <w:t>31.82</w:t>
            </w:r>
          </w:p>
        </w:tc>
        <w:tc>
          <w:tcPr>
            <w:tcW w:type="dxa" w:w="2880"/>
          </w:tcPr>
          <w:p>
            <w:r>
              <w:t>35</w:t>
            </w:r>
          </w:p>
        </w:tc>
        <w:tc>
          <w:tcPr>
            <w:tcW w:type="dxa" w:w="2880"/>
          </w:tcPr>
          <w:p>
            <w:r>
              <w:t>52</w:t>
            </w:r>
          </w:p>
        </w:tc>
      </w:tr>
    </w:tbl>
    <w:p/>
    <w:p>
      <w:pPr>
        <w:pStyle w:val="Heading2"/>
      </w:pPr>
      <w:r>
        <w:t>Figure 38. Summarize within: Work zones [99]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72</w:t>
            </w:r>
          </w:p>
        </w:tc>
        <w:tc>
          <w:tcPr>
            <w:tcW w:type="dxa" w:w="2880"/>
          </w:tcPr>
          <w:p>
            <w:r>
              <w:t>135</w:t>
            </w:r>
          </w:p>
        </w:tc>
        <w:tc>
          <w:tcPr>
            <w:tcW w:type="dxa" w:w="2880"/>
          </w:tcPr>
          <w:p>
            <w:r>
              <w:t>6</w:t>
            </w:r>
          </w:p>
        </w:tc>
      </w:tr>
      <w:tr>
        <w:tc>
          <w:tcPr>
            <w:tcW w:type="dxa" w:w="2880"/>
          </w:tcPr>
          <w:p>
            <w:r>
              <w:t>135</w:t>
            </w:r>
          </w:p>
        </w:tc>
        <w:tc>
          <w:tcPr>
            <w:tcW w:type="dxa" w:w="2880"/>
          </w:tcPr>
          <w:p>
            <w:r>
              <w:t>198</w:t>
            </w:r>
          </w:p>
        </w:tc>
        <w:tc>
          <w:tcPr>
            <w:tcW w:type="dxa" w:w="2880"/>
          </w:tcPr>
          <w:p>
            <w:r>
              <w:t>1</w:t>
            </w:r>
          </w:p>
        </w:tc>
      </w:tr>
      <w:tr>
        <w:tc>
          <w:tcPr>
            <w:tcW w:type="dxa" w:w="2880"/>
          </w:tcPr>
          <w:p>
            <w:r>
              <w:t>198</w:t>
            </w:r>
          </w:p>
        </w:tc>
        <w:tc>
          <w:tcPr>
            <w:tcW w:type="dxa" w:w="2880"/>
          </w:tcPr>
          <w:p>
            <w:r>
              <w:t>261</w:t>
            </w:r>
          </w:p>
        </w:tc>
        <w:tc>
          <w:tcPr>
            <w:tcW w:type="dxa" w:w="2880"/>
          </w:tcPr>
          <w:p>
            <w:r>
              <w:t>0</w:t>
            </w:r>
          </w:p>
        </w:tc>
      </w:tr>
      <w:tr>
        <w:tc>
          <w:tcPr>
            <w:tcW w:type="dxa" w:w="2880"/>
          </w:tcPr>
          <w:p>
            <w:r>
              <w:t>261</w:t>
            </w:r>
          </w:p>
        </w:tc>
        <w:tc>
          <w:tcPr>
            <w:tcW w:type="dxa" w:w="2880"/>
          </w:tcPr>
          <w:p>
            <w:r>
              <w:t>324</w:t>
            </w:r>
          </w:p>
        </w:tc>
        <w:tc>
          <w:tcPr>
            <w:tcW w:type="dxa" w:w="2880"/>
          </w:tcPr>
          <w:p>
            <w:r>
              <w:t>0</w:t>
            </w:r>
          </w:p>
        </w:tc>
      </w:tr>
      <w:tr>
        <w:tc>
          <w:tcPr>
            <w:tcW w:type="dxa" w:w="2880"/>
          </w:tcPr>
          <w:p>
            <w:r>
              <w:t>324</w:t>
            </w:r>
          </w:p>
        </w:tc>
        <w:tc>
          <w:tcPr>
            <w:tcW w:type="dxa" w:w="2880"/>
          </w:tcPr>
          <w:p>
            <w:r>
              <w:t>387</w:t>
            </w:r>
          </w:p>
        </w:tc>
        <w:tc>
          <w:tcPr>
            <w:tcW w:type="dxa" w:w="2880"/>
          </w:tcPr>
          <w:p>
            <w:r>
              <w:t>1</w:t>
            </w:r>
          </w:p>
        </w:tc>
      </w:tr>
    </w:tbl>
    <w:p/>
    <w:p>
      <w:pPr>
        <w:pStyle w:val="Heading2"/>
      </w:pPr>
      <w:r>
        <w:t>Figure 39. Summarize within: Work zones [100]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39.6</w:t>
            </w:r>
          </w:p>
        </w:tc>
        <w:tc>
          <w:tcPr>
            <w:tcW w:type="dxa" w:w="2880"/>
          </w:tcPr>
          <w:p>
            <w:r>
              <w:t>7</w:t>
            </w:r>
          </w:p>
        </w:tc>
      </w:tr>
      <w:tr>
        <w:tc>
          <w:tcPr>
            <w:tcW w:type="dxa" w:w="2880"/>
          </w:tcPr>
          <w:p>
            <w:r>
              <w:t>39.6</w:t>
            </w:r>
          </w:p>
        </w:tc>
        <w:tc>
          <w:tcPr>
            <w:tcW w:type="dxa" w:w="2880"/>
          </w:tcPr>
          <w:p>
            <w:r>
              <w:t>79.2</w:t>
            </w:r>
          </w:p>
        </w:tc>
        <w:tc>
          <w:tcPr>
            <w:tcW w:type="dxa" w:w="2880"/>
          </w:tcPr>
          <w:p>
            <w:r>
              <w:t>0</w:t>
            </w:r>
          </w:p>
        </w:tc>
      </w:tr>
      <w:tr>
        <w:tc>
          <w:tcPr>
            <w:tcW w:type="dxa" w:w="2880"/>
          </w:tcPr>
          <w:p>
            <w:r>
              <w:t>79.2</w:t>
            </w:r>
          </w:p>
        </w:tc>
        <w:tc>
          <w:tcPr>
            <w:tcW w:type="dxa" w:w="2880"/>
          </w:tcPr>
          <w:p>
            <w:r>
              <w:t>118.8</w:t>
            </w:r>
          </w:p>
        </w:tc>
        <w:tc>
          <w:tcPr>
            <w:tcW w:type="dxa" w:w="2880"/>
          </w:tcPr>
          <w:p>
            <w:r>
              <w:t>0</w:t>
            </w:r>
          </w:p>
        </w:tc>
      </w:tr>
      <w:tr>
        <w:tc>
          <w:tcPr>
            <w:tcW w:type="dxa" w:w="2880"/>
          </w:tcPr>
          <w:p>
            <w:r>
              <w:t>118.8</w:t>
            </w:r>
          </w:p>
        </w:tc>
        <w:tc>
          <w:tcPr>
            <w:tcW w:type="dxa" w:w="2880"/>
          </w:tcPr>
          <w:p>
            <w:r>
              <w:t>158.4</w:t>
            </w:r>
          </w:p>
        </w:tc>
        <w:tc>
          <w:tcPr>
            <w:tcW w:type="dxa" w:w="2880"/>
          </w:tcPr>
          <w:p>
            <w:r>
              <w:t>0</w:t>
            </w:r>
          </w:p>
        </w:tc>
      </w:tr>
      <w:tr>
        <w:tc>
          <w:tcPr>
            <w:tcW w:type="dxa" w:w="2880"/>
          </w:tcPr>
          <w:p>
            <w:r>
              <w:t>158.4</w:t>
            </w:r>
          </w:p>
        </w:tc>
        <w:tc>
          <w:tcPr>
            <w:tcW w:type="dxa" w:w="2880"/>
          </w:tcPr>
          <w:p>
            <w:r>
              <w:t>198</w:t>
            </w:r>
          </w:p>
        </w:tc>
        <w:tc>
          <w:tcPr>
            <w:tcW w:type="dxa" w:w="2880"/>
          </w:tcPr>
          <w:p>
            <w:r>
              <w:t>1</w:t>
            </w:r>
          </w:p>
        </w:tc>
      </w:tr>
    </w:tbl>
    <w:p/>
    <w:p>
      <w:pPr>
        <w:pStyle w:val="Heading2"/>
      </w:pPr>
      <w:r>
        <w:t>Figure 40. Summarize within: Work zones [101]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0.2</w:t>
            </w:r>
          </w:p>
        </w:tc>
        <w:tc>
          <w:tcPr>
            <w:tcW w:type="dxa" w:w="2880"/>
          </w:tcPr>
          <w:p>
            <w:r>
              <w:t>3</w:t>
            </w:r>
          </w:p>
        </w:tc>
      </w:tr>
      <w:tr>
        <w:tc>
          <w:tcPr>
            <w:tcW w:type="dxa" w:w="2880"/>
          </w:tcPr>
          <w:p>
            <w:r>
              <w:t>0.2</w:t>
            </w:r>
          </w:p>
        </w:tc>
        <w:tc>
          <w:tcPr>
            <w:tcW w:type="dxa" w:w="2880"/>
          </w:tcPr>
          <w:p>
            <w:r>
              <w:t>0.4</w:t>
            </w:r>
          </w:p>
        </w:tc>
        <w:tc>
          <w:tcPr>
            <w:tcW w:type="dxa" w:w="2880"/>
          </w:tcPr>
          <w:p>
            <w:r>
              <w:t>0</w:t>
            </w:r>
          </w:p>
        </w:tc>
      </w:tr>
      <w:tr>
        <w:tc>
          <w:tcPr>
            <w:tcW w:type="dxa" w:w="2880"/>
          </w:tcPr>
          <w:p>
            <w:r>
              <w:t>0.4</w:t>
            </w:r>
          </w:p>
        </w:tc>
        <w:tc>
          <w:tcPr>
            <w:tcW w:type="dxa" w:w="2880"/>
          </w:tcPr>
          <w:p>
            <w:r>
              <w:t>0.6</w:t>
            </w:r>
          </w:p>
        </w:tc>
        <w:tc>
          <w:tcPr>
            <w:tcW w:type="dxa" w:w="2880"/>
          </w:tcPr>
          <w:p>
            <w:r>
              <w:t>0</w:t>
            </w:r>
          </w:p>
        </w:tc>
      </w:tr>
      <w:tr>
        <w:tc>
          <w:tcPr>
            <w:tcW w:type="dxa" w:w="2880"/>
          </w:tcPr>
          <w:p>
            <w:r>
              <w:t>0.6</w:t>
            </w:r>
          </w:p>
        </w:tc>
        <w:tc>
          <w:tcPr>
            <w:tcW w:type="dxa" w:w="2880"/>
          </w:tcPr>
          <w:p>
            <w:r>
              <w:t>0.8</w:t>
            </w:r>
          </w:p>
        </w:tc>
        <w:tc>
          <w:tcPr>
            <w:tcW w:type="dxa" w:w="2880"/>
          </w:tcPr>
          <w:p>
            <w:r>
              <w:t>0</w:t>
            </w:r>
          </w:p>
        </w:tc>
      </w:tr>
      <w:tr>
        <w:tc>
          <w:tcPr>
            <w:tcW w:type="dxa" w:w="2880"/>
          </w:tcPr>
          <w:p>
            <w:r>
              <w:t>0.8</w:t>
            </w:r>
          </w:p>
        </w:tc>
        <w:tc>
          <w:tcPr>
            <w:tcW w:type="dxa" w:w="2880"/>
          </w:tcPr>
          <w:p>
            <w:r>
              <w:t>1</w:t>
            </w:r>
          </w:p>
        </w:tc>
        <w:tc>
          <w:tcPr>
            <w:tcW w:type="dxa" w:w="2880"/>
          </w:tcPr>
          <w:p>
            <w:r>
              <w:t>5</w:t>
            </w:r>
          </w:p>
        </w:tc>
      </w:tr>
    </w:tbl>
    <w:p/>
    <w:p>
      <w:pPr>
        <w:pStyle w:val="Heading2"/>
      </w:pPr>
      <w:r>
        <w:t>Figure 41. Find point clusters: Inspections and defects [102]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1</w:t>
            </w:r>
          </w:p>
        </w:tc>
        <w:tc>
          <w:tcPr>
            <w:tcW w:type="dxa" w:w="2160"/>
          </w:tcPr>
          <w:p>
            <w:r>
              <w:t>387</w:t>
            </w:r>
          </w:p>
        </w:tc>
        <w:tc>
          <w:tcPr>
            <w:tcW w:type="dxa" w:w="2160"/>
          </w:tcPr>
          <w:p>
            <w:r>
              <w:t>0.43</w:t>
            </w:r>
          </w:p>
        </w:tc>
        <w:tc>
          <w:tcPr>
            <w:tcW w:type="dxa" w:w="2160"/>
          </w:tcPr>
          <w:p>
            <w:r>
              <w:t>43.0%</w:t>
            </w:r>
          </w:p>
        </w:tc>
      </w:tr>
      <w:tr>
        <w:tc>
          <w:tcPr>
            <w:tcW w:type="dxa" w:w="2160"/>
          </w:tcPr>
          <w:p>
            <w:r>
              <w:t>0</w:t>
            </w:r>
          </w:p>
        </w:tc>
        <w:tc>
          <w:tcPr>
            <w:tcW w:type="dxa" w:w="2160"/>
          </w:tcPr>
          <w:p>
            <w:r>
              <w:t>131</w:t>
            </w:r>
          </w:p>
        </w:tc>
        <w:tc>
          <w:tcPr>
            <w:tcW w:type="dxa" w:w="2160"/>
          </w:tcPr>
          <w:p>
            <w:r>
              <w:t>0.1456</w:t>
            </w:r>
          </w:p>
        </w:tc>
        <w:tc>
          <w:tcPr>
            <w:tcW w:type="dxa" w:w="2160"/>
          </w:tcPr>
          <w:p>
            <w:r>
              <w:t>14.6%</w:t>
            </w:r>
          </w:p>
        </w:tc>
      </w:tr>
      <w:tr>
        <w:tc>
          <w:tcPr>
            <w:tcW w:type="dxa" w:w="2160"/>
          </w:tcPr>
          <w:p>
            <w:r>
              <w:t>4</w:t>
            </w:r>
          </w:p>
        </w:tc>
        <w:tc>
          <w:tcPr>
            <w:tcW w:type="dxa" w:w="2160"/>
          </w:tcPr>
          <w:p>
            <w:r>
              <w:t>75</w:t>
            </w:r>
          </w:p>
        </w:tc>
        <w:tc>
          <w:tcPr>
            <w:tcW w:type="dxa" w:w="2160"/>
          </w:tcPr>
          <w:p>
            <w:r>
              <w:t>0.08333</w:t>
            </w:r>
          </w:p>
        </w:tc>
        <w:tc>
          <w:tcPr>
            <w:tcW w:type="dxa" w:w="2160"/>
          </w:tcPr>
          <w:p>
            <w:r>
              <w:t>8.3%</w:t>
            </w:r>
          </w:p>
        </w:tc>
      </w:tr>
      <w:tr>
        <w:tc>
          <w:tcPr>
            <w:tcW w:type="dxa" w:w="2160"/>
          </w:tcPr>
          <w:p>
            <w:r>
              <w:t>6</w:t>
            </w:r>
          </w:p>
        </w:tc>
        <w:tc>
          <w:tcPr>
            <w:tcW w:type="dxa" w:w="2160"/>
          </w:tcPr>
          <w:p>
            <w:r>
              <w:t>75</w:t>
            </w:r>
          </w:p>
        </w:tc>
        <w:tc>
          <w:tcPr>
            <w:tcW w:type="dxa" w:w="2160"/>
          </w:tcPr>
          <w:p>
            <w:r>
              <w:t>0.08333</w:t>
            </w:r>
          </w:p>
        </w:tc>
        <w:tc>
          <w:tcPr>
            <w:tcW w:type="dxa" w:w="2160"/>
          </w:tcPr>
          <w:p>
            <w:r>
              <w:t>8.3%</w:t>
            </w:r>
          </w:p>
        </w:tc>
      </w:tr>
      <w:tr>
        <w:tc>
          <w:tcPr>
            <w:tcW w:type="dxa" w:w="2160"/>
          </w:tcPr>
          <w:p>
            <w:r>
              <w:t>5</w:t>
            </w:r>
          </w:p>
        </w:tc>
        <w:tc>
          <w:tcPr>
            <w:tcW w:type="dxa" w:w="2160"/>
          </w:tcPr>
          <w:p>
            <w:r>
              <w:t>73</w:t>
            </w:r>
          </w:p>
        </w:tc>
        <w:tc>
          <w:tcPr>
            <w:tcW w:type="dxa" w:w="2160"/>
          </w:tcPr>
          <w:p>
            <w:r>
              <w:t>0.08111</w:t>
            </w:r>
          </w:p>
        </w:tc>
        <w:tc>
          <w:tcPr>
            <w:tcW w:type="dxa" w:w="2160"/>
          </w:tcPr>
          <w:p>
            <w:r>
              <w:t>8.1%</w:t>
            </w:r>
          </w:p>
        </w:tc>
      </w:tr>
      <w:tr>
        <w:tc>
          <w:tcPr>
            <w:tcW w:type="dxa" w:w="2160"/>
          </w:tcPr>
          <w:p>
            <w:r>
              <w:t>3</w:t>
            </w:r>
          </w:p>
        </w:tc>
        <w:tc>
          <w:tcPr>
            <w:tcW w:type="dxa" w:w="2160"/>
          </w:tcPr>
          <w:p>
            <w:r>
              <w:t>72</w:t>
            </w:r>
          </w:p>
        </w:tc>
        <w:tc>
          <w:tcPr>
            <w:tcW w:type="dxa" w:w="2160"/>
          </w:tcPr>
          <w:p>
            <w:r>
              <w:t>0.08</w:t>
            </w:r>
          </w:p>
        </w:tc>
        <w:tc>
          <w:tcPr>
            <w:tcW w:type="dxa" w:w="2160"/>
          </w:tcPr>
          <w:p>
            <w:r>
              <w:t>8.0%</w:t>
            </w:r>
          </w:p>
        </w:tc>
      </w:tr>
      <w:tr>
        <w:tc>
          <w:tcPr>
            <w:tcW w:type="dxa" w:w="2160"/>
          </w:tcPr>
          <w:p>
            <w:r>
              <w:t>2</w:t>
            </w:r>
          </w:p>
        </w:tc>
        <w:tc>
          <w:tcPr>
            <w:tcW w:type="dxa" w:w="2160"/>
          </w:tcPr>
          <w:p>
            <w:r>
              <w:t>44</w:t>
            </w:r>
          </w:p>
        </w:tc>
        <w:tc>
          <w:tcPr>
            <w:tcW w:type="dxa" w:w="2160"/>
          </w:tcPr>
          <w:p>
            <w:r>
              <w:t>0.04889</w:t>
            </w:r>
          </w:p>
        </w:tc>
        <w:tc>
          <w:tcPr>
            <w:tcW w:type="dxa" w:w="2160"/>
          </w:tcPr>
          <w:p>
            <w:r>
              <w:t>4.9%</w:t>
            </w:r>
          </w:p>
        </w:tc>
      </w:tr>
      <w:tr>
        <w:tc>
          <w:tcPr>
            <w:tcW w:type="dxa" w:w="2160"/>
          </w:tcPr>
          <w:p>
            <w:r>
              <w:t>Noise</w:t>
            </w:r>
          </w:p>
        </w:tc>
        <w:tc>
          <w:tcPr>
            <w:tcW w:type="dxa" w:w="2160"/>
          </w:tcPr>
          <w:p>
            <w:r>
              <w:t>43</w:t>
            </w:r>
          </w:p>
        </w:tc>
        <w:tc>
          <w:tcPr>
            <w:tcW w:type="dxa" w:w="2160"/>
          </w:tcPr>
          <w:p>
            <w:r>
              <w:t>0.04778</w:t>
            </w:r>
          </w:p>
        </w:tc>
        <w:tc>
          <w:tcPr>
            <w:tcW w:type="dxa" w:w="2160"/>
          </w:tcPr>
          <w:p>
            <w:r>
              <w:t>4.8%</w:t>
            </w:r>
          </w:p>
        </w:tc>
      </w:tr>
    </w:tbl>
    <w:p/>
    <w:p>
      <w:pPr>
        <w:pStyle w:val="Heading2"/>
      </w:pPr>
      <w:r>
        <w:t>Figure 42. Find point clusters: cluster hulls [103]</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0.1429</w:t>
            </w:r>
          </w:p>
        </w:tc>
        <w:tc>
          <w:tcPr>
            <w:tcW w:type="dxa" w:w="2160"/>
          </w:tcPr>
          <w:p>
            <w:r>
              <w:t>14.3%</w:t>
            </w:r>
          </w:p>
        </w:tc>
      </w:tr>
      <w:tr>
        <w:tc>
          <w:tcPr>
            <w:tcW w:type="dxa" w:w="2160"/>
          </w:tcPr>
          <w:p>
            <w:r>
              <w:t>1</w:t>
            </w:r>
          </w:p>
        </w:tc>
        <w:tc>
          <w:tcPr>
            <w:tcW w:type="dxa" w:w="2160"/>
          </w:tcPr>
          <w:p>
            <w:r>
              <w:t>1</w:t>
            </w:r>
          </w:p>
        </w:tc>
        <w:tc>
          <w:tcPr>
            <w:tcW w:type="dxa" w:w="2160"/>
          </w:tcPr>
          <w:p>
            <w:r>
              <w:t>0.1429</w:t>
            </w:r>
          </w:p>
        </w:tc>
        <w:tc>
          <w:tcPr>
            <w:tcW w:type="dxa" w:w="2160"/>
          </w:tcPr>
          <w:p>
            <w:r>
              <w:t>14.3%</w:t>
            </w:r>
          </w:p>
        </w:tc>
      </w:tr>
      <w:tr>
        <w:tc>
          <w:tcPr>
            <w:tcW w:type="dxa" w:w="2160"/>
          </w:tcPr>
          <w:p>
            <w:r>
              <w:t>2</w:t>
            </w:r>
          </w:p>
        </w:tc>
        <w:tc>
          <w:tcPr>
            <w:tcW w:type="dxa" w:w="2160"/>
          </w:tcPr>
          <w:p>
            <w:r>
              <w:t>1</w:t>
            </w:r>
          </w:p>
        </w:tc>
        <w:tc>
          <w:tcPr>
            <w:tcW w:type="dxa" w:w="2160"/>
          </w:tcPr>
          <w:p>
            <w:r>
              <w:t>0.1429</w:t>
            </w:r>
          </w:p>
        </w:tc>
        <w:tc>
          <w:tcPr>
            <w:tcW w:type="dxa" w:w="2160"/>
          </w:tcPr>
          <w:p>
            <w:r>
              <w:t>14.3%</w:t>
            </w:r>
          </w:p>
        </w:tc>
      </w:tr>
      <w:tr>
        <w:tc>
          <w:tcPr>
            <w:tcW w:type="dxa" w:w="2160"/>
          </w:tcPr>
          <w:p>
            <w:r>
              <w:t>3</w:t>
            </w:r>
          </w:p>
        </w:tc>
        <w:tc>
          <w:tcPr>
            <w:tcW w:type="dxa" w:w="2160"/>
          </w:tcPr>
          <w:p>
            <w:r>
              <w:t>1</w:t>
            </w:r>
          </w:p>
        </w:tc>
        <w:tc>
          <w:tcPr>
            <w:tcW w:type="dxa" w:w="2160"/>
          </w:tcPr>
          <w:p>
            <w:r>
              <w:t>0.1429</w:t>
            </w:r>
          </w:p>
        </w:tc>
        <w:tc>
          <w:tcPr>
            <w:tcW w:type="dxa" w:w="2160"/>
          </w:tcPr>
          <w:p>
            <w:r>
              <w:t>14.3%</w:t>
            </w:r>
          </w:p>
        </w:tc>
      </w:tr>
      <w:tr>
        <w:tc>
          <w:tcPr>
            <w:tcW w:type="dxa" w:w="2160"/>
          </w:tcPr>
          <w:p>
            <w:r>
              <w:t>4</w:t>
            </w:r>
          </w:p>
        </w:tc>
        <w:tc>
          <w:tcPr>
            <w:tcW w:type="dxa" w:w="2160"/>
          </w:tcPr>
          <w:p>
            <w:r>
              <w:t>1</w:t>
            </w:r>
          </w:p>
        </w:tc>
        <w:tc>
          <w:tcPr>
            <w:tcW w:type="dxa" w:w="2160"/>
          </w:tcPr>
          <w:p>
            <w:r>
              <w:t>0.1429</w:t>
            </w:r>
          </w:p>
        </w:tc>
        <w:tc>
          <w:tcPr>
            <w:tcW w:type="dxa" w:w="2160"/>
          </w:tcPr>
          <w:p>
            <w:r>
              <w:t>14.3%</w:t>
            </w:r>
          </w:p>
        </w:tc>
      </w:tr>
      <w:tr>
        <w:tc>
          <w:tcPr>
            <w:tcW w:type="dxa" w:w="2160"/>
          </w:tcPr>
          <w:p>
            <w:r>
              <w:t>5</w:t>
            </w:r>
          </w:p>
        </w:tc>
        <w:tc>
          <w:tcPr>
            <w:tcW w:type="dxa" w:w="2160"/>
          </w:tcPr>
          <w:p>
            <w:r>
              <w:t>1</w:t>
            </w:r>
          </w:p>
        </w:tc>
        <w:tc>
          <w:tcPr>
            <w:tcW w:type="dxa" w:w="2160"/>
          </w:tcPr>
          <w:p>
            <w:r>
              <w:t>0.1429</w:t>
            </w:r>
          </w:p>
        </w:tc>
        <w:tc>
          <w:tcPr>
            <w:tcW w:type="dxa" w:w="2160"/>
          </w:tcPr>
          <w:p>
            <w:r>
              <w:t>14.3%</w:t>
            </w:r>
          </w:p>
        </w:tc>
      </w:tr>
      <w:tr>
        <w:tc>
          <w:tcPr>
            <w:tcW w:type="dxa" w:w="2160"/>
          </w:tcPr>
          <w:p>
            <w:r>
              <w:t>6</w:t>
            </w:r>
          </w:p>
        </w:tc>
        <w:tc>
          <w:tcPr>
            <w:tcW w:type="dxa" w:w="2160"/>
          </w:tcPr>
          <w:p>
            <w:r>
              <w:t>1</w:t>
            </w:r>
          </w:p>
        </w:tc>
        <w:tc>
          <w:tcPr>
            <w:tcW w:type="dxa" w:w="2160"/>
          </w:tcPr>
          <w:p>
            <w:r>
              <w:t>0.1429</w:t>
            </w:r>
          </w:p>
        </w:tc>
        <w:tc>
          <w:tcPr>
            <w:tcW w:type="dxa" w:w="2160"/>
          </w:tcPr>
          <w:p>
            <w:r>
              <w:t>14.3%</w:t>
            </w:r>
          </w:p>
        </w:tc>
      </w:tr>
    </w:tbl>
    <w:p/>
    <w:p>
      <w:pPr>
        <w:pStyle w:val="Heading2"/>
      </w:pPr>
      <w:r>
        <w:t>Figure 43. Find point clusters: Settlement monitoring [104]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2</w:t>
            </w:r>
          </w:p>
        </w:tc>
        <w:tc>
          <w:tcPr>
            <w:tcW w:type="dxa" w:w="2160"/>
          </w:tcPr>
          <w:p>
            <w:r>
              <w:t>54</w:t>
            </w:r>
          </w:p>
        </w:tc>
        <w:tc>
          <w:tcPr>
            <w:tcW w:type="dxa" w:w="2160"/>
          </w:tcPr>
          <w:p>
            <w:r>
              <w:t>0.2</w:t>
            </w:r>
          </w:p>
        </w:tc>
        <w:tc>
          <w:tcPr>
            <w:tcW w:type="dxa" w:w="2160"/>
          </w:tcPr>
          <w:p>
            <w:r>
              <w:t>20.0%</w:t>
            </w:r>
          </w:p>
        </w:tc>
      </w:tr>
      <w:tr>
        <w:tc>
          <w:tcPr>
            <w:tcW w:type="dxa" w:w="2160"/>
          </w:tcPr>
          <w:p>
            <w:r>
              <w:t>16</w:t>
            </w:r>
          </w:p>
        </w:tc>
        <w:tc>
          <w:tcPr>
            <w:tcW w:type="dxa" w:w="2160"/>
          </w:tcPr>
          <w:p>
            <w:r>
              <w:t>36</w:t>
            </w:r>
          </w:p>
        </w:tc>
        <w:tc>
          <w:tcPr>
            <w:tcW w:type="dxa" w:w="2160"/>
          </w:tcPr>
          <w:p>
            <w:r>
              <w:t>0.1333</w:t>
            </w:r>
          </w:p>
        </w:tc>
        <w:tc>
          <w:tcPr>
            <w:tcW w:type="dxa" w:w="2160"/>
          </w:tcPr>
          <w:p>
            <w:r>
              <w:t>13.3%</w:t>
            </w:r>
          </w:p>
        </w:tc>
      </w:tr>
      <w:tr>
        <w:tc>
          <w:tcPr>
            <w:tcW w:type="dxa" w:w="2160"/>
          </w:tcPr>
          <w:p>
            <w:r>
              <w:t>12</w:t>
            </w:r>
          </w:p>
        </w:tc>
        <w:tc>
          <w:tcPr>
            <w:tcW w:type="dxa" w:w="2160"/>
          </w:tcPr>
          <w:p>
            <w:r>
              <w:t>18</w:t>
            </w:r>
          </w:p>
        </w:tc>
        <w:tc>
          <w:tcPr>
            <w:tcW w:type="dxa" w:w="2160"/>
          </w:tcPr>
          <w:p>
            <w:r>
              <w:t>0.06667</w:t>
            </w:r>
          </w:p>
        </w:tc>
        <w:tc>
          <w:tcPr>
            <w:tcW w:type="dxa" w:w="2160"/>
          </w:tcPr>
          <w:p>
            <w:r>
              <w:t>6.7%</w:t>
            </w:r>
          </w:p>
        </w:tc>
      </w:tr>
      <w:tr>
        <w:tc>
          <w:tcPr>
            <w:tcW w:type="dxa" w:w="2160"/>
          </w:tcPr>
          <w:p>
            <w:r>
              <w:t>18</w:t>
            </w:r>
          </w:p>
        </w:tc>
        <w:tc>
          <w:tcPr>
            <w:tcW w:type="dxa" w:w="2160"/>
          </w:tcPr>
          <w:p>
            <w:r>
              <w:t>18</w:t>
            </w:r>
          </w:p>
        </w:tc>
        <w:tc>
          <w:tcPr>
            <w:tcW w:type="dxa" w:w="2160"/>
          </w:tcPr>
          <w:p>
            <w:r>
              <w:t>0.06667</w:t>
            </w:r>
          </w:p>
        </w:tc>
        <w:tc>
          <w:tcPr>
            <w:tcW w:type="dxa" w:w="2160"/>
          </w:tcPr>
          <w:p>
            <w:r>
              <w:t>6.7%</w:t>
            </w:r>
          </w:p>
        </w:tc>
      </w:tr>
      <w:tr>
        <w:tc>
          <w:tcPr>
            <w:tcW w:type="dxa" w:w="2160"/>
          </w:tcPr>
          <w:p>
            <w:r>
              <w:t>5</w:t>
            </w:r>
          </w:p>
        </w:tc>
        <w:tc>
          <w:tcPr>
            <w:tcW w:type="dxa" w:w="2160"/>
          </w:tcPr>
          <w:p>
            <w:r>
              <w:t>18</w:t>
            </w:r>
          </w:p>
        </w:tc>
        <w:tc>
          <w:tcPr>
            <w:tcW w:type="dxa" w:w="2160"/>
          </w:tcPr>
          <w:p>
            <w:r>
              <w:t>0.06667</w:t>
            </w:r>
          </w:p>
        </w:tc>
        <w:tc>
          <w:tcPr>
            <w:tcW w:type="dxa" w:w="2160"/>
          </w:tcPr>
          <w:p>
            <w:r>
              <w:t>6.7%</w:t>
            </w:r>
          </w:p>
        </w:tc>
      </w:tr>
      <w:tr>
        <w:tc>
          <w:tcPr>
            <w:tcW w:type="dxa" w:w="2160"/>
          </w:tcPr>
          <w:p>
            <w:r>
              <w:t>0</w:t>
            </w:r>
          </w:p>
        </w:tc>
        <w:tc>
          <w:tcPr>
            <w:tcW w:type="dxa" w:w="2160"/>
          </w:tcPr>
          <w:p>
            <w:r>
              <w:t>9</w:t>
            </w:r>
          </w:p>
        </w:tc>
        <w:tc>
          <w:tcPr>
            <w:tcW w:type="dxa" w:w="2160"/>
          </w:tcPr>
          <w:p>
            <w:r>
              <w:t>0.03333</w:t>
            </w:r>
          </w:p>
        </w:tc>
        <w:tc>
          <w:tcPr>
            <w:tcW w:type="dxa" w:w="2160"/>
          </w:tcPr>
          <w:p>
            <w:r>
              <w:t>3.3%</w:t>
            </w:r>
          </w:p>
        </w:tc>
      </w:tr>
      <w:tr>
        <w:tc>
          <w:tcPr>
            <w:tcW w:type="dxa" w:w="2160"/>
          </w:tcPr>
          <w:p>
            <w:r>
              <w:t>1</w:t>
            </w:r>
          </w:p>
        </w:tc>
        <w:tc>
          <w:tcPr>
            <w:tcW w:type="dxa" w:w="2160"/>
          </w:tcPr>
          <w:p>
            <w:r>
              <w:t>9</w:t>
            </w:r>
          </w:p>
        </w:tc>
        <w:tc>
          <w:tcPr>
            <w:tcW w:type="dxa" w:w="2160"/>
          </w:tcPr>
          <w:p>
            <w:r>
              <w:t>0.03333</w:t>
            </w:r>
          </w:p>
        </w:tc>
        <w:tc>
          <w:tcPr>
            <w:tcW w:type="dxa" w:w="2160"/>
          </w:tcPr>
          <w:p>
            <w:r>
              <w:t>3.3%</w:t>
            </w:r>
          </w:p>
        </w:tc>
      </w:tr>
      <w:tr>
        <w:tc>
          <w:tcPr>
            <w:tcW w:type="dxa" w:w="2160"/>
          </w:tcPr>
          <w:p>
            <w:r>
              <w:t>10</w:t>
            </w:r>
          </w:p>
        </w:tc>
        <w:tc>
          <w:tcPr>
            <w:tcW w:type="dxa" w:w="2160"/>
          </w:tcPr>
          <w:p>
            <w:r>
              <w:t>9</w:t>
            </w:r>
          </w:p>
        </w:tc>
        <w:tc>
          <w:tcPr>
            <w:tcW w:type="dxa" w:w="2160"/>
          </w:tcPr>
          <w:p>
            <w:r>
              <w:t>0.03333</w:t>
            </w:r>
          </w:p>
        </w:tc>
        <w:tc>
          <w:tcPr>
            <w:tcW w:type="dxa" w:w="2160"/>
          </w:tcPr>
          <w:p>
            <w:r>
              <w:t>3.3%</w:t>
            </w:r>
          </w:p>
        </w:tc>
      </w:tr>
      <w:tr>
        <w:tc>
          <w:tcPr>
            <w:tcW w:type="dxa" w:w="2160"/>
          </w:tcPr>
          <w:p>
            <w:r>
              <w:t>11</w:t>
            </w:r>
          </w:p>
        </w:tc>
        <w:tc>
          <w:tcPr>
            <w:tcW w:type="dxa" w:w="2160"/>
          </w:tcPr>
          <w:p>
            <w:r>
              <w:t>9</w:t>
            </w:r>
          </w:p>
        </w:tc>
        <w:tc>
          <w:tcPr>
            <w:tcW w:type="dxa" w:w="2160"/>
          </w:tcPr>
          <w:p>
            <w:r>
              <w:t>0.03333</w:t>
            </w:r>
          </w:p>
        </w:tc>
        <w:tc>
          <w:tcPr>
            <w:tcW w:type="dxa" w:w="2160"/>
          </w:tcPr>
          <w:p>
            <w:r>
              <w:t>3.3%</w:t>
            </w:r>
          </w:p>
        </w:tc>
      </w:tr>
      <w:tr>
        <w:tc>
          <w:tcPr>
            <w:tcW w:type="dxa" w:w="2160"/>
          </w:tcPr>
          <w:p>
            <w:r>
              <w:t>13</w:t>
            </w:r>
          </w:p>
        </w:tc>
        <w:tc>
          <w:tcPr>
            <w:tcW w:type="dxa" w:w="2160"/>
          </w:tcPr>
          <w:p>
            <w:r>
              <w:t>9</w:t>
            </w:r>
          </w:p>
        </w:tc>
        <w:tc>
          <w:tcPr>
            <w:tcW w:type="dxa" w:w="2160"/>
          </w:tcPr>
          <w:p>
            <w:r>
              <w:t>0.03333</w:t>
            </w:r>
          </w:p>
        </w:tc>
        <w:tc>
          <w:tcPr>
            <w:tcW w:type="dxa" w:w="2160"/>
          </w:tcPr>
          <w:p>
            <w:r>
              <w:t>3.3%</w:t>
            </w:r>
          </w:p>
        </w:tc>
      </w:tr>
      <w:tr>
        <w:tc>
          <w:tcPr>
            <w:tcW w:type="dxa" w:w="2160"/>
          </w:tcPr>
          <w:p>
            <w:r>
              <w:t>14</w:t>
            </w:r>
          </w:p>
        </w:tc>
        <w:tc>
          <w:tcPr>
            <w:tcW w:type="dxa" w:w="2160"/>
          </w:tcPr>
          <w:p>
            <w:r>
              <w:t>9</w:t>
            </w:r>
          </w:p>
        </w:tc>
        <w:tc>
          <w:tcPr>
            <w:tcW w:type="dxa" w:w="2160"/>
          </w:tcPr>
          <w:p>
            <w:r>
              <w:t>0.03333</w:t>
            </w:r>
          </w:p>
        </w:tc>
        <w:tc>
          <w:tcPr>
            <w:tcW w:type="dxa" w:w="2160"/>
          </w:tcPr>
          <w:p>
            <w:r>
              <w:t>3.3%</w:t>
            </w:r>
          </w:p>
        </w:tc>
      </w:tr>
      <w:tr>
        <w:tc>
          <w:tcPr>
            <w:tcW w:type="dxa" w:w="2160"/>
          </w:tcPr>
          <w:p>
            <w:r>
              <w:t>15</w:t>
            </w:r>
          </w:p>
        </w:tc>
        <w:tc>
          <w:tcPr>
            <w:tcW w:type="dxa" w:w="2160"/>
          </w:tcPr>
          <w:p>
            <w:r>
              <w:t>9</w:t>
            </w:r>
          </w:p>
        </w:tc>
        <w:tc>
          <w:tcPr>
            <w:tcW w:type="dxa" w:w="2160"/>
          </w:tcPr>
          <w:p>
            <w:r>
              <w:t>0.03333</w:t>
            </w:r>
          </w:p>
        </w:tc>
        <w:tc>
          <w:tcPr>
            <w:tcW w:type="dxa" w:w="2160"/>
          </w:tcPr>
          <w:p>
            <w:r>
              <w:t>3.3%</w:t>
            </w:r>
          </w:p>
        </w:tc>
      </w:tr>
      <w:tr>
        <w:tc>
          <w:tcPr>
            <w:tcW w:type="dxa" w:w="2160"/>
          </w:tcPr>
          <w:p>
            <w:r>
              <w:t>17</w:t>
            </w:r>
          </w:p>
        </w:tc>
        <w:tc>
          <w:tcPr>
            <w:tcW w:type="dxa" w:w="2160"/>
          </w:tcPr>
          <w:p>
            <w:r>
              <w:t>9</w:t>
            </w:r>
          </w:p>
        </w:tc>
        <w:tc>
          <w:tcPr>
            <w:tcW w:type="dxa" w:w="2160"/>
          </w:tcPr>
          <w:p>
            <w:r>
              <w:t>0.03333</w:t>
            </w:r>
          </w:p>
        </w:tc>
        <w:tc>
          <w:tcPr>
            <w:tcW w:type="dxa" w:w="2160"/>
          </w:tcPr>
          <w:p>
            <w:r>
              <w:t>3.3%</w:t>
            </w:r>
          </w:p>
        </w:tc>
      </w:tr>
      <w:tr>
        <w:tc>
          <w:tcPr>
            <w:tcW w:type="dxa" w:w="2160"/>
          </w:tcPr>
          <w:p>
            <w:r>
              <w:t>3</w:t>
            </w:r>
          </w:p>
        </w:tc>
        <w:tc>
          <w:tcPr>
            <w:tcW w:type="dxa" w:w="2160"/>
          </w:tcPr>
          <w:p>
            <w:r>
              <w:t>9</w:t>
            </w:r>
          </w:p>
        </w:tc>
        <w:tc>
          <w:tcPr>
            <w:tcW w:type="dxa" w:w="2160"/>
          </w:tcPr>
          <w:p>
            <w:r>
              <w:t>0.03333</w:t>
            </w:r>
          </w:p>
        </w:tc>
        <w:tc>
          <w:tcPr>
            <w:tcW w:type="dxa" w:w="2160"/>
          </w:tcPr>
          <w:p>
            <w:r>
              <w:t>3.3%</w:t>
            </w:r>
          </w:p>
        </w:tc>
      </w:tr>
      <w:tr>
        <w:tc>
          <w:tcPr>
            <w:tcW w:type="dxa" w:w="2160"/>
          </w:tcPr>
          <w:p>
            <w:r>
              <w:t>4</w:t>
            </w:r>
          </w:p>
        </w:tc>
        <w:tc>
          <w:tcPr>
            <w:tcW w:type="dxa" w:w="2160"/>
          </w:tcPr>
          <w:p>
            <w:r>
              <w:t>9</w:t>
            </w:r>
          </w:p>
        </w:tc>
        <w:tc>
          <w:tcPr>
            <w:tcW w:type="dxa" w:w="2160"/>
          </w:tcPr>
          <w:p>
            <w:r>
              <w:t>0.03333</w:t>
            </w:r>
          </w:p>
        </w:tc>
        <w:tc>
          <w:tcPr>
            <w:tcW w:type="dxa" w:w="2160"/>
          </w:tcPr>
          <w:p>
            <w:r>
              <w:t>3.3%</w:t>
            </w:r>
          </w:p>
        </w:tc>
      </w:tr>
      <w:tr>
        <w:tc>
          <w:tcPr>
            <w:tcW w:type="dxa" w:w="2160"/>
          </w:tcPr>
          <w:p>
            <w:r>
              <w:t>6</w:t>
            </w:r>
          </w:p>
        </w:tc>
        <w:tc>
          <w:tcPr>
            <w:tcW w:type="dxa" w:w="2160"/>
          </w:tcPr>
          <w:p>
            <w:r>
              <w:t>9</w:t>
            </w:r>
          </w:p>
        </w:tc>
        <w:tc>
          <w:tcPr>
            <w:tcW w:type="dxa" w:w="2160"/>
          </w:tcPr>
          <w:p>
            <w:r>
              <w:t>0.03333</w:t>
            </w:r>
          </w:p>
        </w:tc>
        <w:tc>
          <w:tcPr>
            <w:tcW w:type="dxa" w:w="2160"/>
          </w:tcPr>
          <w:p>
            <w:r>
              <w:t>3.3%</w:t>
            </w:r>
          </w:p>
        </w:tc>
      </w:tr>
      <w:tr>
        <w:tc>
          <w:tcPr>
            <w:tcW w:type="dxa" w:w="2160"/>
          </w:tcPr>
          <w:p>
            <w:r>
              <w:t>7</w:t>
            </w:r>
          </w:p>
        </w:tc>
        <w:tc>
          <w:tcPr>
            <w:tcW w:type="dxa" w:w="2160"/>
          </w:tcPr>
          <w:p>
            <w:r>
              <w:t>9</w:t>
            </w:r>
          </w:p>
        </w:tc>
        <w:tc>
          <w:tcPr>
            <w:tcW w:type="dxa" w:w="2160"/>
          </w:tcPr>
          <w:p>
            <w:r>
              <w:t>0.03333</w:t>
            </w:r>
          </w:p>
        </w:tc>
        <w:tc>
          <w:tcPr>
            <w:tcW w:type="dxa" w:w="2160"/>
          </w:tcPr>
          <w:p>
            <w:r>
              <w:t>3.3%</w:t>
            </w:r>
          </w:p>
        </w:tc>
      </w:tr>
      <w:tr>
        <w:tc>
          <w:tcPr>
            <w:tcW w:type="dxa" w:w="2160"/>
          </w:tcPr>
          <w:p>
            <w:r>
              <w:t>8</w:t>
            </w:r>
          </w:p>
        </w:tc>
        <w:tc>
          <w:tcPr>
            <w:tcW w:type="dxa" w:w="2160"/>
          </w:tcPr>
          <w:p>
            <w:r>
              <w:t>9</w:t>
            </w:r>
          </w:p>
        </w:tc>
        <w:tc>
          <w:tcPr>
            <w:tcW w:type="dxa" w:w="2160"/>
          </w:tcPr>
          <w:p>
            <w:r>
              <w:t>0.03333</w:t>
            </w:r>
          </w:p>
        </w:tc>
        <w:tc>
          <w:tcPr>
            <w:tcW w:type="dxa" w:w="2160"/>
          </w:tcPr>
          <w:p>
            <w:r>
              <w:t>3.3%</w:t>
            </w:r>
          </w:p>
        </w:tc>
      </w:tr>
      <w:tr>
        <w:tc>
          <w:tcPr>
            <w:tcW w:type="dxa" w:w="2160"/>
          </w:tcPr>
          <w:p>
            <w:r>
              <w:t>9</w:t>
            </w:r>
          </w:p>
        </w:tc>
        <w:tc>
          <w:tcPr>
            <w:tcW w:type="dxa" w:w="2160"/>
          </w:tcPr>
          <w:p>
            <w:r>
              <w:t>9</w:t>
            </w:r>
          </w:p>
        </w:tc>
        <w:tc>
          <w:tcPr>
            <w:tcW w:type="dxa" w:w="2160"/>
          </w:tcPr>
          <w:p>
            <w:r>
              <w:t>0.03333</w:t>
            </w:r>
          </w:p>
        </w:tc>
        <w:tc>
          <w:tcPr>
            <w:tcW w:type="dxa" w:w="2160"/>
          </w:tcPr>
          <w:p>
            <w:r>
              <w:t>3.3%</w:t>
            </w:r>
          </w:p>
        </w:tc>
      </w:tr>
    </w:tbl>
    <w:p/>
    <w:p>
      <w:pPr>
        <w:pStyle w:val="Heading2"/>
      </w:pPr>
      <w:r>
        <w:t>Figure 44. Find point clusters: cluster hulls [105]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0.05263</w:t>
            </w:r>
          </w:p>
        </w:tc>
        <w:tc>
          <w:tcPr>
            <w:tcW w:type="dxa" w:w="2160"/>
          </w:tcPr>
          <w:p>
            <w:r>
              <w:t>5.3%</w:t>
            </w:r>
          </w:p>
        </w:tc>
      </w:tr>
      <w:tr>
        <w:tc>
          <w:tcPr>
            <w:tcW w:type="dxa" w:w="2160"/>
          </w:tcPr>
          <w:p>
            <w:r>
              <w:t>1</w:t>
            </w:r>
          </w:p>
        </w:tc>
        <w:tc>
          <w:tcPr>
            <w:tcW w:type="dxa" w:w="2160"/>
          </w:tcPr>
          <w:p>
            <w:r>
              <w:t>1</w:t>
            </w:r>
          </w:p>
        </w:tc>
        <w:tc>
          <w:tcPr>
            <w:tcW w:type="dxa" w:w="2160"/>
          </w:tcPr>
          <w:p>
            <w:r>
              <w:t>0.05263</w:t>
            </w:r>
          </w:p>
        </w:tc>
        <w:tc>
          <w:tcPr>
            <w:tcW w:type="dxa" w:w="2160"/>
          </w:tcPr>
          <w:p>
            <w:r>
              <w:t>5.3%</w:t>
            </w:r>
          </w:p>
        </w:tc>
      </w:tr>
      <w:tr>
        <w:tc>
          <w:tcPr>
            <w:tcW w:type="dxa" w:w="2160"/>
          </w:tcPr>
          <w:p>
            <w:r>
              <w:t>10</w:t>
            </w:r>
          </w:p>
        </w:tc>
        <w:tc>
          <w:tcPr>
            <w:tcW w:type="dxa" w:w="2160"/>
          </w:tcPr>
          <w:p>
            <w:r>
              <w:t>1</w:t>
            </w:r>
          </w:p>
        </w:tc>
        <w:tc>
          <w:tcPr>
            <w:tcW w:type="dxa" w:w="2160"/>
          </w:tcPr>
          <w:p>
            <w:r>
              <w:t>0.05263</w:t>
            </w:r>
          </w:p>
        </w:tc>
        <w:tc>
          <w:tcPr>
            <w:tcW w:type="dxa" w:w="2160"/>
          </w:tcPr>
          <w:p>
            <w:r>
              <w:t>5.3%</w:t>
            </w:r>
          </w:p>
        </w:tc>
      </w:tr>
      <w:tr>
        <w:tc>
          <w:tcPr>
            <w:tcW w:type="dxa" w:w="2160"/>
          </w:tcPr>
          <w:p>
            <w:r>
              <w:t>11</w:t>
            </w:r>
          </w:p>
        </w:tc>
        <w:tc>
          <w:tcPr>
            <w:tcW w:type="dxa" w:w="2160"/>
          </w:tcPr>
          <w:p>
            <w:r>
              <w:t>1</w:t>
            </w:r>
          </w:p>
        </w:tc>
        <w:tc>
          <w:tcPr>
            <w:tcW w:type="dxa" w:w="2160"/>
          </w:tcPr>
          <w:p>
            <w:r>
              <w:t>0.05263</w:t>
            </w:r>
          </w:p>
        </w:tc>
        <w:tc>
          <w:tcPr>
            <w:tcW w:type="dxa" w:w="2160"/>
          </w:tcPr>
          <w:p>
            <w:r>
              <w:t>5.3%</w:t>
            </w:r>
          </w:p>
        </w:tc>
      </w:tr>
      <w:tr>
        <w:tc>
          <w:tcPr>
            <w:tcW w:type="dxa" w:w="2160"/>
          </w:tcPr>
          <w:p>
            <w:r>
              <w:t>12</w:t>
            </w:r>
          </w:p>
        </w:tc>
        <w:tc>
          <w:tcPr>
            <w:tcW w:type="dxa" w:w="2160"/>
          </w:tcPr>
          <w:p>
            <w:r>
              <w:t>1</w:t>
            </w:r>
          </w:p>
        </w:tc>
        <w:tc>
          <w:tcPr>
            <w:tcW w:type="dxa" w:w="2160"/>
          </w:tcPr>
          <w:p>
            <w:r>
              <w:t>0.05263</w:t>
            </w:r>
          </w:p>
        </w:tc>
        <w:tc>
          <w:tcPr>
            <w:tcW w:type="dxa" w:w="2160"/>
          </w:tcPr>
          <w:p>
            <w:r>
              <w:t>5.3%</w:t>
            </w:r>
          </w:p>
        </w:tc>
      </w:tr>
      <w:tr>
        <w:tc>
          <w:tcPr>
            <w:tcW w:type="dxa" w:w="2160"/>
          </w:tcPr>
          <w:p>
            <w:r>
              <w:t>13</w:t>
            </w:r>
          </w:p>
        </w:tc>
        <w:tc>
          <w:tcPr>
            <w:tcW w:type="dxa" w:w="2160"/>
          </w:tcPr>
          <w:p>
            <w:r>
              <w:t>1</w:t>
            </w:r>
          </w:p>
        </w:tc>
        <w:tc>
          <w:tcPr>
            <w:tcW w:type="dxa" w:w="2160"/>
          </w:tcPr>
          <w:p>
            <w:r>
              <w:t>0.05263</w:t>
            </w:r>
          </w:p>
        </w:tc>
        <w:tc>
          <w:tcPr>
            <w:tcW w:type="dxa" w:w="2160"/>
          </w:tcPr>
          <w:p>
            <w:r>
              <w:t>5.3%</w:t>
            </w:r>
          </w:p>
        </w:tc>
      </w:tr>
      <w:tr>
        <w:tc>
          <w:tcPr>
            <w:tcW w:type="dxa" w:w="2160"/>
          </w:tcPr>
          <w:p>
            <w:r>
              <w:t>14</w:t>
            </w:r>
          </w:p>
        </w:tc>
        <w:tc>
          <w:tcPr>
            <w:tcW w:type="dxa" w:w="2160"/>
          </w:tcPr>
          <w:p>
            <w:r>
              <w:t>1</w:t>
            </w:r>
          </w:p>
        </w:tc>
        <w:tc>
          <w:tcPr>
            <w:tcW w:type="dxa" w:w="2160"/>
          </w:tcPr>
          <w:p>
            <w:r>
              <w:t>0.05263</w:t>
            </w:r>
          </w:p>
        </w:tc>
        <w:tc>
          <w:tcPr>
            <w:tcW w:type="dxa" w:w="2160"/>
          </w:tcPr>
          <w:p>
            <w:r>
              <w:t>5.3%</w:t>
            </w:r>
          </w:p>
        </w:tc>
      </w:tr>
      <w:tr>
        <w:tc>
          <w:tcPr>
            <w:tcW w:type="dxa" w:w="2160"/>
          </w:tcPr>
          <w:p>
            <w:r>
              <w:t>15</w:t>
            </w:r>
          </w:p>
        </w:tc>
        <w:tc>
          <w:tcPr>
            <w:tcW w:type="dxa" w:w="2160"/>
          </w:tcPr>
          <w:p>
            <w:r>
              <w:t>1</w:t>
            </w:r>
          </w:p>
        </w:tc>
        <w:tc>
          <w:tcPr>
            <w:tcW w:type="dxa" w:w="2160"/>
          </w:tcPr>
          <w:p>
            <w:r>
              <w:t>0.05263</w:t>
            </w:r>
          </w:p>
        </w:tc>
        <w:tc>
          <w:tcPr>
            <w:tcW w:type="dxa" w:w="2160"/>
          </w:tcPr>
          <w:p>
            <w:r>
              <w:t>5.3%</w:t>
            </w:r>
          </w:p>
        </w:tc>
      </w:tr>
      <w:tr>
        <w:tc>
          <w:tcPr>
            <w:tcW w:type="dxa" w:w="2160"/>
          </w:tcPr>
          <w:p>
            <w:r>
              <w:t>16</w:t>
            </w:r>
          </w:p>
        </w:tc>
        <w:tc>
          <w:tcPr>
            <w:tcW w:type="dxa" w:w="2160"/>
          </w:tcPr>
          <w:p>
            <w:r>
              <w:t>1</w:t>
            </w:r>
          </w:p>
        </w:tc>
        <w:tc>
          <w:tcPr>
            <w:tcW w:type="dxa" w:w="2160"/>
          </w:tcPr>
          <w:p>
            <w:r>
              <w:t>0.05263</w:t>
            </w:r>
          </w:p>
        </w:tc>
        <w:tc>
          <w:tcPr>
            <w:tcW w:type="dxa" w:w="2160"/>
          </w:tcPr>
          <w:p>
            <w:r>
              <w:t>5.3%</w:t>
            </w:r>
          </w:p>
        </w:tc>
      </w:tr>
      <w:tr>
        <w:tc>
          <w:tcPr>
            <w:tcW w:type="dxa" w:w="2160"/>
          </w:tcPr>
          <w:p>
            <w:r>
              <w:t>17</w:t>
            </w:r>
          </w:p>
        </w:tc>
        <w:tc>
          <w:tcPr>
            <w:tcW w:type="dxa" w:w="2160"/>
          </w:tcPr>
          <w:p>
            <w:r>
              <w:t>1</w:t>
            </w:r>
          </w:p>
        </w:tc>
        <w:tc>
          <w:tcPr>
            <w:tcW w:type="dxa" w:w="2160"/>
          </w:tcPr>
          <w:p>
            <w:r>
              <w:t>0.05263</w:t>
            </w:r>
          </w:p>
        </w:tc>
        <w:tc>
          <w:tcPr>
            <w:tcW w:type="dxa" w:w="2160"/>
          </w:tcPr>
          <w:p>
            <w:r>
              <w:t>5.3%</w:t>
            </w:r>
          </w:p>
        </w:tc>
      </w:tr>
      <w:tr>
        <w:tc>
          <w:tcPr>
            <w:tcW w:type="dxa" w:w="2160"/>
          </w:tcPr>
          <w:p>
            <w:r>
              <w:t>18</w:t>
            </w:r>
          </w:p>
        </w:tc>
        <w:tc>
          <w:tcPr>
            <w:tcW w:type="dxa" w:w="2160"/>
          </w:tcPr>
          <w:p>
            <w:r>
              <w:t>1</w:t>
            </w:r>
          </w:p>
        </w:tc>
        <w:tc>
          <w:tcPr>
            <w:tcW w:type="dxa" w:w="2160"/>
          </w:tcPr>
          <w:p>
            <w:r>
              <w:t>0.05263</w:t>
            </w:r>
          </w:p>
        </w:tc>
        <w:tc>
          <w:tcPr>
            <w:tcW w:type="dxa" w:w="2160"/>
          </w:tcPr>
          <w:p>
            <w:r>
              <w:t>5.3%</w:t>
            </w:r>
          </w:p>
        </w:tc>
      </w:tr>
      <w:tr>
        <w:tc>
          <w:tcPr>
            <w:tcW w:type="dxa" w:w="2160"/>
          </w:tcPr>
          <w:p>
            <w:r>
              <w:t>2</w:t>
            </w:r>
          </w:p>
        </w:tc>
        <w:tc>
          <w:tcPr>
            <w:tcW w:type="dxa" w:w="2160"/>
          </w:tcPr>
          <w:p>
            <w:r>
              <w:t>1</w:t>
            </w:r>
          </w:p>
        </w:tc>
        <w:tc>
          <w:tcPr>
            <w:tcW w:type="dxa" w:w="2160"/>
          </w:tcPr>
          <w:p>
            <w:r>
              <w:t>0.05263</w:t>
            </w:r>
          </w:p>
        </w:tc>
        <w:tc>
          <w:tcPr>
            <w:tcW w:type="dxa" w:w="2160"/>
          </w:tcPr>
          <w:p>
            <w:r>
              <w:t>5.3%</w:t>
            </w:r>
          </w:p>
        </w:tc>
      </w:tr>
      <w:tr>
        <w:tc>
          <w:tcPr>
            <w:tcW w:type="dxa" w:w="2160"/>
          </w:tcPr>
          <w:p>
            <w:r>
              <w:t>3</w:t>
            </w:r>
          </w:p>
        </w:tc>
        <w:tc>
          <w:tcPr>
            <w:tcW w:type="dxa" w:w="2160"/>
          </w:tcPr>
          <w:p>
            <w:r>
              <w:t>1</w:t>
            </w:r>
          </w:p>
        </w:tc>
        <w:tc>
          <w:tcPr>
            <w:tcW w:type="dxa" w:w="2160"/>
          </w:tcPr>
          <w:p>
            <w:r>
              <w:t>0.05263</w:t>
            </w:r>
          </w:p>
        </w:tc>
        <w:tc>
          <w:tcPr>
            <w:tcW w:type="dxa" w:w="2160"/>
          </w:tcPr>
          <w:p>
            <w:r>
              <w:t>5.3%</w:t>
            </w:r>
          </w:p>
        </w:tc>
      </w:tr>
      <w:tr>
        <w:tc>
          <w:tcPr>
            <w:tcW w:type="dxa" w:w="2160"/>
          </w:tcPr>
          <w:p>
            <w:r>
              <w:t>4</w:t>
            </w:r>
          </w:p>
        </w:tc>
        <w:tc>
          <w:tcPr>
            <w:tcW w:type="dxa" w:w="2160"/>
          </w:tcPr>
          <w:p>
            <w:r>
              <w:t>1</w:t>
            </w:r>
          </w:p>
        </w:tc>
        <w:tc>
          <w:tcPr>
            <w:tcW w:type="dxa" w:w="2160"/>
          </w:tcPr>
          <w:p>
            <w:r>
              <w:t>0.05263</w:t>
            </w:r>
          </w:p>
        </w:tc>
        <w:tc>
          <w:tcPr>
            <w:tcW w:type="dxa" w:w="2160"/>
          </w:tcPr>
          <w:p>
            <w:r>
              <w:t>5.3%</w:t>
            </w:r>
          </w:p>
        </w:tc>
      </w:tr>
      <w:tr>
        <w:tc>
          <w:tcPr>
            <w:tcW w:type="dxa" w:w="2160"/>
          </w:tcPr>
          <w:p>
            <w:r>
              <w:t>5</w:t>
            </w:r>
          </w:p>
        </w:tc>
        <w:tc>
          <w:tcPr>
            <w:tcW w:type="dxa" w:w="2160"/>
          </w:tcPr>
          <w:p>
            <w:r>
              <w:t>1</w:t>
            </w:r>
          </w:p>
        </w:tc>
        <w:tc>
          <w:tcPr>
            <w:tcW w:type="dxa" w:w="2160"/>
          </w:tcPr>
          <w:p>
            <w:r>
              <w:t>0.05263</w:t>
            </w:r>
          </w:p>
        </w:tc>
        <w:tc>
          <w:tcPr>
            <w:tcW w:type="dxa" w:w="2160"/>
          </w:tcPr>
          <w:p>
            <w:r>
              <w:t>5.3%</w:t>
            </w:r>
          </w:p>
        </w:tc>
      </w:tr>
      <w:tr>
        <w:tc>
          <w:tcPr>
            <w:tcW w:type="dxa" w:w="2160"/>
          </w:tcPr>
          <w:p>
            <w:r>
              <w:t>6</w:t>
            </w:r>
          </w:p>
        </w:tc>
        <w:tc>
          <w:tcPr>
            <w:tcW w:type="dxa" w:w="2160"/>
          </w:tcPr>
          <w:p>
            <w:r>
              <w:t>1</w:t>
            </w:r>
          </w:p>
        </w:tc>
        <w:tc>
          <w:tcPr>
            <w:tcW w:type="dxa" w:w="2160"/>
          </w:tcPr>
          <w:p>
            <w:r>
              <w:t>0.05263</w:t>
            </w:r>
          </w:p>
        </w:tc>
        <w:tc>
          <w:tcPr>
            <w:tcW w:type="dxa" w:w="2160"/>
          </w:tcPr>
          <w:p>
            <w:r>
              <w:t>5.3%</w:t>
            </w:r>
          </w:p>
        </w:tc>
      </w:tr>
      <w:tr>
        <w:tc>
          <w:tcPr>
            <w:tcW w:type="dxa" w:w="2160"/>
          </w:tcPr>
          <w:p>
            <w:r>
              <w:t>7</w:t>
            </w:r>
          </w:p>
        </w:tc>
        <w:tc>
          <w:tcPr>
            <w:tcW w:type="dxa" w:w="2160"/>
          </w:tcPr>
          <w:p>
            <w:r>
              <w:t>1</w:t>
            </w:r>
          </w:p>
        </w:tc>
        <w:tc>
          <w:tcPr>
            <w:tcW w:type="dxa" w:w="2160"/>
          </w:tcPr>
          <w:p>
            <w:r>
              <w:t>0.05263</w:t>
            </w:r>
          </w:p>
        </w:tc>
        <w:tc>
          <w:tcPr>
            <w:tcW w:type="dxa" w:w="2160"/>
          </w:tcPr>
          <w:p>
            <w:r>
              <w:t>5.3%</w:t>
            </w:r>
          </w:p>
        </w:tc>
      </w:tr>
      <w:tr>
        <w:tc>
          <w:tcPr>
            <w:tcW w:type="dxa" w:w="2160"/>
          </w:tcPr>
          <w:p>
            <w:r>
              <w:t>8</w:t>
            </w:r>
          </w:p>
        </w:tc>
        <w:tc>
          <w:tcPr>
            <w:tcW w:type="dxa" w:w="2160"/>
          </w:tcPr>
          <w:p>
            <w:r>
              <w:t>1</w:t>
            </w:r>
          </w:p>
        </w:tc>
        <w:tc>
          <w:tcPr>
            <w:tcW w:type="dxa" w:w="2160"/>
          </w:tcPr>
          <w:p>
            <w:r>
              <w:t>0.05263</w:t>
            </w:r>
          </w:p>
        </w:tc>
        <w:tc>
          <w:tcPr>
            <w:tcW w:type="dxa" w:w="2160"/>
          </w:tcPr>
          <w:p>
            <w:r>
              <w:t>5.3%</w:t>
            </w:r>
          </w:p>
        </w:tc>
      </w:tr>
      <w:tr>
        <w:tc>
          <w:tcPr>
            <w:tcW w:type="dxa" w:w="2160"/>
          </w:tcPr>
          <w:p>
            <w:r>
              <w:t>9</w:t>
            </w:r>
          </w:p>
        </w:tc>
        <w:tc>
          <w:tcPr>
            <w:tcW w:type="dxa" w:w="2160"/>
          </w:tcPr>
          <w:p>
            <w:r>
              <w:t>1</w:t>
            </w:r>
          </w:p>
        </w:tc>
        <w:tc>
          <w:tcPr>
            <w:tcW w:type="dxa" w:w="2160"/>
          </w:tcPr>
          <w:p>
            <w:r>
              <w:t>0.05263</w:t>
            </w:r>
          </w:p>
        </w:tc>
        <w:tc>
          <w:tcPr>
            <w:tcW w:type="dxa" w:w="2160"/>
          </w:tcPr>
          <w:p>
            <w:r>
              <w:t>5.3%</w:t>
            </w:r>
          </w:p>
        </w:tc>
      </w:tr>
    </w:tbl>
    <w:p/>
    <w:p>
      <w:pPr>
        <w:pStyle w:val="Heading2"/>
      </w:pPr>
      <w:r>
        <w:t>Figure 45. NDVI change polygons [106]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0.01</w:t>
            </w:r>
          </w:p>
        </w:tc>
        <w:tc>
          <w:tcPr>
            <w:tcW w:type="dxa" w:w="2880"/>
          </w:tcPr>
          <w:p>
            <w:r>
              <w:t>0.5958</w:t>
            </w:r>
          </w:p>
        </w:tc>
        <w:tc>
          <w:tcPr>
            <w:tcW w:type="dxa" w:w="2880"/>
          </w:tcPr>
          <w:p>
            <w:r>
              <w:t>1,077</w:t>
            </w:r>
          </w:p>
        </w:tc>
      </w:tr>
      <w:tr>
        <w:tc>
          <w:tcPr>
            <w:tcW w:type="dxa" w:w="2880"/>
          </w:tcPr>
          <w:p>
            <w:r>
              <w:t>0.5958</w:t>
            </w:r>
          </w:p>
        </w:tc>
        <w:tc>
          <w:tcPr>
            <w:tcW w:type="dxa" w:w="2880"/>
          </w:tcPr>
          <w:p>
            <w:r>
              <w:t>1.182</w:t>
            </w:r>
          </w:p>
        </w:tc>
        <w:tc>
          <w:tcPr>
            <w:tcW w:type="dxa" w:w="2880"/>
          </w:tcPr>
          <w:p>
            <w:r>
              <w:t>0</w:t>
            </w:r>
          </w:p>
        </w:tc>
      </w:tr>
      <w:tr>
        <w:tc>
          <w:tcPr>
            <w:tcW w:type="dxa" w:w="2880"/>
          </w:tcPr>
          <w:p>
            <w:r>
              <w:t>1.182</w:t>
            </w:r>
          </w:p>
        </w:tc>
        <w:tc>
          <w:tcPr>
            <w:tcW w:type="dxa" w:w="2880"/>
          </w:tcPr>
          <w:p>
            <w:r>
              <w:t>1.768</w:t>
            </w:r>
          </w:p>
        </w:tc>
        <w:tc>
          <w:tcPr>
            <w:tcW w:type="dxa" w:w="2880"/>
          </w:tcPr>
          <w:p>
            <w:r>
              <w:t>0</w:t>
            </w:r>
          </w:p>
        </w:tc>
      </w:tr>
      <w:tr>
        <w:tc>
          <w:tcPr>
            <w:tcW w:type="dxa" w:w="2880"/>
          </w:tcPr>
          <w:p>
            <w:r>
              <w:t>1.768</w:t>
            </w:r>
          </w:p>
        </w:tc>
        <w:tc>
          <w:tcPr>
            <w:tcW w:type="dxa" w:w="2880"/>
          </w:tcPr>
          <w:p>
            <w:r>
              <w:t>2.353</w:t>
            </w:r>
          </w:p>
        </w:tc>
        <w:tc>
          <w:tcPr>
            <w:tcW w:type="dxa" w:w="2880"/>
          </w:tcPr>
          <w:p>
            <w:r>
              <w:t>0</w:t>
            </w:r>
          </w:p>
        </w:tc>
      </w:tr>
      <w:tr>
        <w:tc>
          <w:tcPr>
            <w:tcW w:type="dxa" w:w="2880"/>
          </w:tcPr>
          <w:p>
            <w:r>
              <w:t>2.353</w:t>
            </w:r>
          </w:p>
        </w:tc>
        <w:tc>
          <w:tcPr>
            <w:tcW w:type="dxa" w:w="2880"/>
          </w:tcPr>
          <w:p>
            <w:r>
              <w:t>2.939</w:t>
            </w:r>
          </w:p>
        </w:tc>
        <w:tc>
          <w:tcPr>
            <w:tcW w:type="dxa" w:w="2880"/>
          </w:tcPr>
          <w:p>
            <w:r>
              <w:t>0</w:t>
            </w:r>
          </w:p>
        </w:tc>
      </w:tr>
      <w:tr>
        <w:tc>
          <w:tcPr>
            <w:tcW w:type="dxa" w:w="2880"/>
          </w:tcPr>
          <w:p>
            <w:r>
              <w:t>2.939</w:t>
            </w:r>
          </w:p>
        </w:tc>
        <w:tc>
          <w:tcPr>
            <w:tcW w:type="dxa" w:w="2880"/>
          </w:tcPr>
          <w:p>
            <w:r>
              <w:t>3.525</w:t>
            </w:r>
          </w:p>
        </w:tc>
        <w:tc>
          <w:tcPr>
            <w:tcW w:type="dxa" w:w="2880"/>
          </w:tcPr>
          <w:p>
            <w:r>
              <w:t>0</w:t>
            </w:r>
          </w:p>
        </w:tc>
      </w:tr>
      <w:tr>
        <w:tc>
          <w:tcPr>
            <w:tcW w:type="dxa" w:w="2880"/>
          </w:tcPr>
          <w:p>
            <w:r>
              <w:t>3.525</w:t>
            </w:r>
          </w:p>
        </w:tc>
        <w:tc>
          <w:tcPr>
            <w:tcW w:type="dxa" w:w="2880"/>
          </w:tcPr>
          <w:p>
            <w:r>
              <w:t>4.111</w:t>
            </w:r>
          </w:p>
        </w:tc>
        <w:tc>
          <w:tcPr>
            <w:tcW w:type="dxa" w:w="2880"/>
          </w:tcPr>
          <w:p>
            <w:r>
              <w:t>0</w:t>
            </w:r>
          </w:p>
        </w:tc>
      </w:tr>
      <w:tr>
        <w:tc>
          <w:tcPr>
            <w:tcW w:type="dxa" w:w="2880"/>
          </w:tcPr>
          <w:p>
            <w:r>
              <w:t>4.111</w:t>
            </w:r>
          </w:p>
        </w:tc>
        <w:tc>
          <w:tcPr>
            <w:tcW w:type="dxa" w:w="2880"/>
          </w:tcPr>
          <w:p>
            <w:r>
              <w:t>4.697</w:t>
            </w:r>
          </w:p>
        </w:tc>
        <w:tc>
          <w:tcPr>
            <w:tcW w:type="dxa" w:w="2880"/>
          </w:tcPr>
          <w:p>
            <w:r>
              <w:t>0</w:t>
            </w:r>
          </w:p>
        </w:tc>
      </w:tr>
      <w:tr>
        <w:tc>
          <w:tcPr>
            <w:tcW w:type="dxa" w:w="2880"/>
          </w:tcPr>
          <w:p>
            <w:r>
              <w:t>4.697</w:t>
            </w:r>
          </w:p>
        </w:tc>
        <w:tc>
          <w:tcPr>
            <w:tcW w:type="dxa" w:w="2880"/>
          </w:tcPr>
          <w:p>
            <w:r>
              <w:t>5.282</w:t>
            </w:r>
          </w:p>
        </w:tc>
        <w:tc>
          <w:tcPr>
            <w:tcW w:type="dxa" w:w="2880"/>
          </w:tcPr>
          <w:p>
            <w:r>
              <w:t>0</w:t>
            </w:r>
          </w:p>
        </w:tc>
      </w:tr>
      <w:tr>
        <w:tc>
          <w:tcPr>
            <w:tcW w:type="dxa" w:w="2880"/>
          </w:tcPr>
          <w:p>
            <w:r>
              <w:t>5.282</w:t>
            </w:r>
          </w:p>
        </w:tc>
        <w:tc>
          <w:tcPr>
            <w:tcW w:type="dxa" w:w="2880"/>
          </w:tcPr>
          <w:p>
            <w:r>
              <w:t>5.868</w:t>
            </w:r>
          </w:p>
        </w:tc>
        <w:tc>
          <w:tcPr>
            <w:tcW w:type="dxa" w:w="2880"/>
          </w:tcPr>
          <w:p>
            <w:r>
              <w:t>0</w:t>
            </w:r>
          </w:p>
        </w:tc>
      </w:tr>
      <w:tr>
        <w:tc>
          <w:tcPr>
            <w:tcW w:type="dxa" w:w="2880"/>
          </w:tcPr>
          <w:p>
            <w:r>
              <w:t>5.868</w:t>
            </w:r>
          </w:p>
        </w:tc>
        <w:tc>
          <w:tcPr>
            <w:tcW w:type="dxa" w:w="2880"/>
          </w:tcPr>
          <w:p>
            <w:r>
              <w:t>6.454</w:t>
            </w:r>
          </w:p>
        </w:tc>
        <w:tc>
          <w:tcPr>
            <w:tcW w:type="dxa" w:w="2880"/>
          </w:tcPr>
          <w:p>
            <w:r>
              <w:t>0</w:t>
            </w:r>
          </w:p>
        </w:tc>
      </w:tr>
      <w:tr>
        <w:tc>
          <w:tcPr>
            <w:tcW w:type="dxa" w:w="2880"/>
          </w:tcPr>
          <w:p>
            <w:r>
              <w:t>6.454</w:t>
            </w:r>
          </w:p>
        </w:tc>
        <w:tc>
          <w:tcPr>
            <w:tcW w:type="dxa" w:w="2880"/>
          </w:tcPr>
          <w:p>
            <w:r>
              <w:t>7.04</w:t>
            </w:r>
          </w:p>
        </w:tc>
        <w:tc>
          <w:tcPr>
            <w:tcW w:type="dxa" w:w="2880"/>
          </w:tcPr>
          <w:p>
            <w:r>
              <w:t>1</w:t>
            </w:r>
          </w:p>
        </w:tc>
      </w:tr>
    </w:tbl>
    <w:p/>
    <w:p>
      <w:pPr>
        <w:pStyle w:val="Heading2"/>
      </w:pPr>
      <w:r>
        <w:t>Figure 46. Find point clusters: Settlement monitoring over time [107]</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2025-12-29</w:t>
            </w:r>
          </w:p>
        </w:tc>
        <w:tc>
          <w:tcPr>
            <w:tcW w:type="dxa" w:w="4320"/>
          </w:tcPr>
          <w:p>
            <w:r>
              <w:t>30</w:t>
            </w:r>
          </w:p>
        </w:tc>
      </w:tr>
      <w:tr>
        <w:tc>
          <w:tcPr>
            <w:tcW w:type="dxa" w:w="4320"/>
          </w:tcPr>
          <w:p>
            <w:r>
              <w:t>2026-01-05</w:t>
            </w:r>
          </w:p>
        </w:tc>
        <w:tc>
          <w:tcPr>
            <w:tcW w:type="dxa" w:w="4320"/>
          </w:tcPr>
          <w:p>
            <w:r>
              <w:t>0</w:t>
            </w:r>
          </w:p>
        </w:tc>
      </w:tr>
      <w:tr>
        <w:tc>
          <w:tcPr>
            <w:tcW w:type="dxa" w:w="4320"/>
          </w:tcPr>
          <w:p>
            <w:r>
              <w:t>2026-01-12</w:t>
            </w:r>
          </w:p>
        </w:tc>
        <w:tc>
          <w:tcPr>
            <w:tcW w:type="dxa" w:w="4320"/>
          </w:tcPr>
          <w:p>
            <w:r>
              <w:t>0</w:t>
            </w:r>
          </w:p>
        </w:tc>
      </w:tr>
      <w:tr>
        <w:tc>
          <w:tcPr>
            <w:tcW w:type="dxa" w:w="4320"/>
          </w:tcPr>
          <w:p>
            <w:r>
              <w:t>2026-01-19</w:t>
            </w:r>
          </w:p>
        </w:tc>
        <w:tc>
          <w:tcPr>
            <w:tcW w:type="dxa" w:w="4320"/>
          </w:tcPr>
          <w:p>
            <w:r>
              <w:t>0</w:t>
            </w:r>
          </w:p>
        </w:tc>
      </w:tr>
      <w:tr>
        <w:tc>
          <w:tcPr>
            <w:tcW w:type="dxa" w:w="4320"/>
          </w:tcPr>
          <w:p>
            <w:r>
              <w:t>2026-01-26</w:t>
            </w:r>
          </w:p>
        </w:tc>
        <w:tc>
          <w:tcPr>
            <w:tcW w:type="dxa" w:w="4320"/>
          </w:tcPr>
          <w:p>
            <w:r>
              <w:t>30</w:t>
            </w:r>
          </w:p>
        </w:tc>
      </w:tr>
      <w:tr>
        <w:tc>
          <w:tcPr>
            <w:tcW w:type="dxa" w:w="4320"/>
          </w:tcPr>
          <w:p>
            <w:r>
              <w:t>2026-02-02</w:t>
            </w:r>
          </w:p>
        </w:tc>
        <w:tc>
          <w:tcPr>
            <w:tcW w:type="dxa" w:w="4320"/>
          </w:tcPr>
          <w:p>
            <w:r>
              <w:t>0</w:t>
            </w:r>
          </w:p>
        </w:tc>
      </w:tr>
      <w:tr>
        <w:tc>
          <w:tcPr>
            <w:tcW w:type="dxa" w:w="4320"/>
          </w:tcPr>
          <w:p>
            <w:r>
              <w:t>2026-02-09</w:t>
            </w:r>
          </w:p>
        </w:tc>
        <w:tc>
          <w:tcPr>
            <w:tcW w:type="dxa" w:w="4320"/>
          </w:tcPr>
          <w:p>
            <w:r>
              <w:t>0</w:t>
            </w:r>
          </w:p>
        </w:tc>
      </w:tr>
      <w:tr>
        <w:tc>
          <w:tcPr>
            <w:tcW w:type="dxa" w:w="4320"/>
          </w:tcPr>
          <w:p>
            <w:r>
              <w:t>2026-02-16</w:t>
            </w:r>
          </w:p>
        </w:tc>
        <w:tc>
          <w:tcPr>
            <w:tcW w:type="dxa" w:w="4320"/>
          </w:tcPr>
          <w:p>
            <w:r>
              <w:t>0</w:t>
            </w:r>
          </w:p>
        </w:tc>
      </w:tr>
      <w:tr>
        <w:tc>
          <w:tcPr>
            <w:tcW w:type="dxa" w:w="4320"/>
          </w:tcPr>
          <w:p>
            <w:r>
              <w:t>2026-02-23</w:t>
            </w:r>
          </w:p>
        </w:tc>
        <w:tc>
          <w:tcPr>
            <w:tcW w:type="dxa" w:w="4320"/>
          </w:tcPr>
          <w:p>
            <w:r>
              <w:t>30</w:t>
            </w:r>
          </w:p>
        </w:tc>
      </w:tr>
      <w:tr>
        <w:tc>
          <w:tcPr>
            <w:tcW w:type="dxa" w:w="4320"/>
          </w:tcPr>
          <w:p>
            <w:r>
              <w:t>2026-03-02</w:t>
            </w:r>
          </w:p>
        </w:tc>
        <w:tc>
          <w:tcPr>
            <w:tcW w:type="dxa" w:w="4320"/>
          </w:tcPr>
          <w:p>
            <w:r>
              <w:t>0</w:t>
            </w:r>
          </w:p>
        </w:tc>
      </w:tr>
      <w:tr>
        <w:tc>
          <w:tcPr>
            <w:tcW w:type="dxa" w:w="4320"/>
          </w:tcPr>
          <w:p>
            <w:r>
              <w:t>2026-03-09</w:t>
            </w:r>
          </w:p>
        </w:tc>
        <w:tc>
          <w:tcPr>
            <w:tcW w:type="dxa" w:w="4320"/>
          </w:tcPr>
          <w:p>
            <w:r>
              <w:t>0</w:t>
            </w:r>
          </w:p>
        </w:tc>
      </w:tr>
      <w:tr>
        <w:tc>
          <w:tcPr>
            <w:tcW w:type="dxa" w:w="4320"/>
          </w:tcPr>
          <w:p>
            <w:r>
              <w:t>2026-03-16</w:t>
            </w:r>
          </w:p>
        </w:tc>
        <w:tc>
          <w:tcPr>
            <w:tcW w:type="dxa" w:w="4320"/>
          </w:tcPr>
          <w:p>
            <w:r>
              <w:t>0</w:t>
            </w:r>
          </w:p>
        </w:tc>
      </w:tr>
      <w:tr>
        <w:tc>
          <w:tcPr>
            <w:tcW w:type="dxa" w:w="4320"/>
          </w:tcPr>
          <w:p>
            <w:r>
              <w:t>2026-03-23</w:t>
            </w:r>
          </w:p>
        </w:tc>
        <w:tc>
          <w:tcPr>
            <w:tcW w:type="dxa" w:w="4320"/>
          </w:tcPr>
          <w:p>
            <w:r>
              <w:t>0</w:t>
            </w:r>
          </w:p>
        </w:tc>
      </w:tr>
      <w:tr>
        <w:tc>
          <w:tcPr>
            <w:tcW w:type="dxa" w:w="4320"/>
          </w:tcPr>
          <w:p>
            <w:r>
              <w:t>2026-03-30</w:t>
            </w:r>
          </w:p>
        </w:tc>
        <w:tc>
          <w:tcPr>
            <w:tcW w:type="dxa" w:w="4320"/>
          </w:tcPr>
          <w:p>
            <w:r>
              <w:t>30</w:t>
            </w:r>
          </w:p>
        </w:tc>
      </w:tr>
      <w:tr>
        <w:tc>
          <w:tcPr>
            <w:tcW w:type="dxa" w:w="4320"/>
          </w:tcPr>
          <w:p>
            <w:r>
              <w:t>2026-04-06</w:t>
            </w:r>
          </w:p>
        </w:tc>
        <w:tc>
          <w:tcPr>
            <w:tcW w:type="dxa" w:w="4320"/>
          </w:tcPr>
          <w:p>
            <w:r>
              <w:t>0</w:t>
            </w:r>
          </w:p>
        </w:tc>
      </w:tr>
      <w:tr>
        <w:tc>
          <w:tcPr>
            <w:tcW w:type="dxa" w:w="4320"/>
          </w:tcPr>
          <w:p>
            <w:r>
              <w:t>2026-04-13</w:t>
            </w:r>
          </w:p>
        </w:tc>
        <w:tc>
          <w:tcPr>
            <w:tcW w:type="dxa" w:w="4320"/>
          </w:tcPr>
          <w:p>
            <w:r>
              <w:t>0</w:t>
            </w:r>
          </w:p>
        </w:tc>
      </w:tr>
      <w:tr>
        <w:tc>
          <w:tcPr>
            <w:tcW w:type="dxa" w:w="4320"/>
          </w:tcPr>
          <w:p>
            <w:r>
              <w:t>2026-04-20</w:t>
            </w:r>
          </w:p>
        </w:tc>
        <w:tc>
          <w:tcPr>
            <w:tcW w:type="dxa" w:w="4320"/>
          </w:tcPr>
          <w:p>
            <w:r>
              <w:t>0</w:t>
            </w:r>
          </w:p>
        </w:tc>
      </w:tr>
      <w:tr>
        <w:tc>
          <w:tcPr>
            <w:tcW w:type="dxa" w:w="4320"/>
          </w:tcPr>
          <w:p>
            <w:r>
              <w:t>2026-04-27</w:t>
            </w:r>
          </w:p>
        </w:tc>
        <w:tc>
          <w:tcPr>
            <w:tcW w:type="dxa" w:w="4320"/>
          </w:tcPr>
          <w:p>
            <w:r>
              <w:t>30</w:t>
            </w:r>
          </w:p>
        </w:tc>
      </w:tr>
      <w:tr>
        <w:tc>
          <w:tcPr>
            <w:tcW w:type="dxa" w:w="4320"/>
          </w:tcPr>
          <w:p>
            <w:r>
              <w:t>2026-05-04</w:t>
            </w:r>
          </w:p>
        </w:tc>
        <w:tc>
          <w:tcPr>
            <w:tcW w:type="dxa" w:w="4320"/>
          </w:tcPr>
          <w:p>
            <w:r>
              <w:t>0</w:t>
            </w:r>
          </w:p>
        </w:tc>
      </w:tr>
      <w:tr>
        <w:tc>
          <w:tcPr>
            <w:tcW w:type="dxa" w:w="4320"/>
          </w:tcPr>
          <w:p>
            <w:r>
              <w:t>2026-05-11</w:t>
            </w:r>
          </w:p>
        </w:tc>
        <w:tc>
          <w:tcPr>
            <w:tcW w:type="dxa" w:w="4320"/>
          </w:tcPr>
          <w:p>
            <w:r>
              <w:t>0</w:t>
            </w:r>
          </w:p>
        </w:tc>
      </w:tr>
      <w:tr>
        <w:tc>
          <w:tcPr>
            <w:tcW w:type="dxa" w:w="4320"/>
          </w:tcPr>
          <w:p>
            <w:r>
              <w:t>2026-05-18</w:t>
            </w:r>
          </w:p>
        </w:tc>
        <w:tc>
          <w:tcPr>
            <w:tcW w:type="dxa" w:w="4320"/>
          </w:tcPr>
          <w:p>
            <w:r>
              <w:t>0</w:t>
            </w:r>
          </w:p>
        </w:tc>
      </w:tr>
      <w:tr>
        <w:tc>
          <w:tcPr>
            <w:tcW w:type="dxa" w:w="4320"/>
          </w:tcPr>
          <w:p>
            <w:r>
              <w:t>2026-05-25</w:t>
            </w:r>
          </w:p>
        </w:tc>
        <w:tc>
          <w:tcPr>
            <w:tcW w:type="dxa" w:w="4320"/>
          </w:tcPr>
          <w:p>
            <w:r>
              <w:t>0</w:t>
            </w:r>
          </w:p>
        </w:tc>
      </w:tr>
      <w:tr>
        <w:tc>
          <w:tcPr>
            <w:tcW w:type="dxa" w:w="4320"/>
          </w:tcPr>
          <w:p>
            <w:r>
              <w:t>2026-06-01</w:t>
            </w:r>
          </w:p>
        </w:tc>
        <w:tc>
          <w:tcPr>
            <w:tcW w:type="dxa" w:w="4320"/>
          </w:tcPr>
          <w:p>
            <w:r>
              <w:t>30</w:t>
            </w:r>
          </w:p>
        </w:tc>
      </w:tr>
      <w:tr>
        <w:tc>
          <w:tcPr>
            <w:tcW w:type="dxa" w:w="4320"/>
          </w:tcPr>
          <w:p>
            <w:r>
              <w:t>2026-06-08</w:t>
            </w:r>
          </w:p>
        </w:tc>
        <w:tc>
          <w:tcPr>
            <w:tcW w:type="dxa" w:w="4320"/>
          </w:tcPr>
          <w:p>
            <w:r>
              <w:t>0</w:t>
            </w:r>
          </w:p>
        </w:tc>
      </w:tr>
      <w:tr>
        <w:tc>
          <w:tcPr>
            <w:tcW w:type="dxa" w:w="4320"/>
          </w:tcPr>
          <w:p>
            <w:r>
              <w:t>2026-06-15</w:t>
            </w:r>
          </w:p>
        </w:tc>
        <w:tc>
          <w:tcPr>
            <w:tcW w:type="dxa" w:w="4320"/>
          </w:tcPr>
          <w:p>
            <w:r>
              <w:t>0</w:t>
            </w:r>
          </w:p>
        </w:tc>
      </w:tr>
      <w:tr>
        <w:tc>
          <w:tcPr>
            <w:tcW w:type="dxa" w:w="4320"/>
          </w:tcPr>
          <w:p>
            <w:r>
              <w:t>2026-06-22</w:t>
            </w:r>
          </w:p>
        </w:tc>
        <w:tc>
          <w:tcPr>
            <w:tcW w:type="dxa" w:w="4320"/>
          </w:tcPr>
          <w:p>
            <w:r>
              <w:t>0</w:t>
            </w:r>
          </w:p>
        </w:tc>
      </w:tr>
      <w:tr>
        <w:tc>
          <w:tcPr>
            <w:tcW w:type="dxa" w:w="4320"/>
          </w:tcPr>
          <w:p>
            <w:r>
              <w:t>2026-06-29</w:t>
            </w:r>
          </w:p>
        </w:tc>
        <w:tc>
          <w:tcPr>
            <w:tcW w:type="dxa" w:w="4320"/>
          </w:tcPr>
          <w:p>
            <w:r>
              <w:t>30</w:t>
            </w:r>
          </w:p>
        </w:tc>
      </w:tr>
      <w:tr>
        <w:tc>
          <w:tcPr>
            <w:tcW w:type="dxa" w:w="4320"/>
          </w:tcPr>
          <w:p>
            <w:r>
              <w:t>2026-07-06</w:t>
            </w:r>
          </w:p>
        </w:tc>
        <w:tc>
          <w:tcPr>
            <w:tcW w:type="dxa" w:w="4320"/>
          </w:tcPr>
          <w:p>
            <w:r>
              <w:t>0</w:t>
            </w:r>
          </w:p>
        </w:tc>
      </w:tr>
      <w:tr>
        <w:tc>
          <w:tcPr>
            <w:tcW w:type="dxa" w:w="4320"/>
          </w:tcPr>
          <w:p>
            <w:r>
              <w:t>2026-07-13</w:t>
            </w:r>
          </w:p>
        </w:tc>
        <w:tc>
          <w:tcPr>
            <w:tcW w:type="dxa" w:w="4320"/>
          </w:tcPr>
          <w:p>
            <w:r>
              <w:t>0</w:t>
            </w:r>
          </w:p>
        </w:tc>
      </w:tr>
      <w:tr>
        <w:tc>
          <w:tcPr>
            <w:tcW w:type="dxa" w:w="4320"/>
          </w:tcPr>
          <w:p>
            <w:r>
              <w:t>2026-07-20</w:t>
            </w:r>
          </w:p>
        </w:tc>
        <w:tc>
          <w:tcPr>
            <w:tcW w:type="dxa" w:w="4320"/>
          </w:tcPr>
          <w:p>
            <w:r>
              <w:t>0</w:t>
            </w:r>
          </w:p>
        </w:tc>
      </w:tr>
      <w:tr>
        <w:tc>
          <w:tcPr>
            <w:tcW w:type="dxa" w:w="4320"/>
          </w:tcPr>
          <w:p>
            <w:r>
              <w:t>2026-07-27</w:t>
            </w:r>
          </w:p>
        </w:tc>
        <w:tc>
          <w:tcPr>
            <w:tcW w:type="dxa" w:w="4320"/>
          </w:tcPr>
          <w:p>
            <w:r>
              <w:t>30</w:t>
            </w:r>
          </w:p>
        </w:tc>
      </w:tr>
      <w:tr>
        <w:tc>
          <w:tcPr>
            <w:tcW w:type="dxa" w:w="4320"/>
          </w:tcPr>
          <w:p>
            <w:r>
              <w:t>2026-08-03</w:t>
            </w:r>
          </w:p>
        </w:tc>
        <w:tc>
          <w:tcPr>
            <w:tcW w:type="dxa" w:w="4320"/>
          </w:tcPr>
          <w:p>
            <w:r>
              <w:t>0</w:t>
            </w:r>
          </w:p>
        </w:tc>
      </w:tr>
      <w:tr>
        <w:tc>
          <w:tcPr>
            <w:tcW w:type="dxa" w:w="4320"/>
          </w:tcPr>
          <w:p>
            <w:r>
              <w:t>2026-08-10</w:t>
            </w:r>
          </w:p>
        </w:tc>
        <w:tc>
          <w:tcPr>
            <w:tcW w:type="dxa" w:w="4320"/>
          </w:tcPr>
          <w:p>
            <w:r>
              <w:t>0</w:t>
            </w:r>
          </w:p>
        </w:tc>
      </w:tr>
      <w:tr>
        <w:tc>
          <w:tcPr>
            <w:tcW w:type="dxa" w:w="4320"/>
          </w:tcPr>
          <w:p>
            <w:r>
              <w:t>2026-08-17</w:t>
            </w:r>
          </w:p>
        </w:tc>
        <w:tc>
          <w:tcPr>
            <w:tcW w:type="dxa" w:w="4320"/>
          </w:tcPr>
          <w:p>
            <w:r>
              <w:t>0</w:t>
            </w:r>
          </w:p>
        </w:tc>
      </w:tr>
      <w:tr>
        <w:tc>
          <w:tcPr>
            <w:tcW w:type="dxa" w:w="4320"/>
          </w:tcPr>
          <w:p>
            <w:r>
              <w:t>2026-08-24</w:t>
            </w:r>
          </w:p>
        </w:tc>
        <w:tc>
          <w:tcPr>
            <w:tcW w:type="dxa" w:w="4320"/>
          </w:tcPr>
          <w:p>
            <w:r>
              <w:t>0</w:t>
            </w:r>
          </w:p>
        </w:tc>
      </w:tr>
      <w:tr>
        <w:tc>
          <w:tcPr>
            <w:tcW w:type="dxa" w:w="4320"/>
          </w:tcPr>
          <w:p>
            <w:r>
              <w:t>2026-08-31</w:t>
            </w:r>
          </w:p>
        </w:tc>
        <w:tc>
          <w:tcPr>
            <w:tcW w:type="dxa" w:w="4320"/>
          </w:tcPr>
          <w:p>
            <w:r>
              <w:t>30</w:t>
            </w:r>
          </w:p>
        </w:tc>
      </w:tr>
    </w:tbl>
    <w:p/>
    <w:p>
      <w:pPr>
        <w:pStyle w:val="Heading2"/>
      </w:pPr>
      <w:r>
        <w:t>Figure 47. Find point clusters: Inspections and defects over time [108]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quality</w:t>
            </w:r>
          </w:p>
        </w:tc>
        <w:tc>
          <w:tcPr>
            <w:tcW w:type="dxa" w:w="2880"/>
          </w:tcPr>
          <w:p>
            <w:r>
              <w:t>0</w:t>
            </w:r>
          </w:p>
        </w:tc>
      </w:tr>
      <w:tr>
        <w:tc>
          <w:tcPr>
            <w:tcW w:type="dxa" w:w="2880"/>
          </w:tcPr>
          <w:p>
            <w:r>
              <w:t>2026-02-23</w:t>
            </w:r>
          </w:p>
        </w:tc>
        <w:tc>
          <w:tcPr>
            <w:tcW w:type="dxa" w:w="2880"/>
          </w:tcPr>
          <w:p>
            <w:r>
              <w:t>safety</w:t>
            </w:r>
          </w:p>
        </w:tc>
        <w:tc>
          <w:tcPr>
            <w:tcW w:type="dxa" w:w="2880"/>
          </w:tcPr>
          <w:p>
            <w:r>
              <w:t>1</w:t>
            </w:r>
          </w:p>
        </w:tc>
      </w:tr>
      <w:tr>
        <w:tc>
          <w:tcPr>
            <w:tcW w:type="dxa" w:w="2880"/>
          </w:tcPr>
          <w:p>
            <w:r>
              <w:t>2026-02-23</w:t>
            </w:r>
          </w:p>
        </w:tc>
        <w:tc>
          <w:tcPr>
            <w:tcW w:type="dxa" w:w="2880"/>
          </w:tcPr>
          <w:p>
            <w:r>
              <w:t>environmental</w:t>
            </w:r>
          </w:p>
        </w:tc>
        <w:tc>
          <w:tcPr>
            <w:tcW w:type="dxa" w:w="2880"/>
          </w:tcPr>
          <w:p>
            <w:r>
              <w:t>0</w:t>
            </w:r>
          </w:p>
        </w:tc>
      </w:tr>
      <w:tr>
        <w:tc>
          <w:tcPr>
            <w:tcW w:type="dxa" w:w="2880"/>
          </w:tcPr>
          <w:p>
            <w:r>
              <w:t>2026-03-02</w:t>
            </w:r>
          </w:p>
        </w:tc>
        <w:tc>
          <w:tcPr>
            <w:tcW w:type="dxa" w:w="2880"/>
          </w:tcPr>
          <w:p>
            <w:r>
              <w:t>quality</w:t>
            </w:r>
          </w:p>
        </w:tc>
        <w:tc>
          <w:tcPr>
            <w:tcW w:type="dxa" w:w="2880"/>
          </w:tcPr>
          <w:p>
            <w:r>
              <w:t>10</w:t>
            </w:r>
          </w:p>
        </w:tc>
      </w:tr>
      <w:tr>
        <w:tc>
          <w:tcPr>
            <w:tcW w:type="dxa" w:w="2880"/>
          </w:tcPr>
          <w:p>
            <w:r>
              <w:t>2026-03-02</w:t>
            </w:r>
          </w:p>
        </w:tc>
        <w:tc>
          <w:tcPr>
            <w:tcW w:type="dxa" w:w="2880"/>
          </w:tcPr>
          <w:p>
            <w:r>
              <w:t>safety</w:t>
            </w:r>
          </w:p>
        </w:tc>
        <w:tc>
          <w:tcPr>
            <w:tcW w:type="dxa" w:w="2880"/>
          </w:tcPr>
          <w:p>
            <w:r>
              <w:t>11</w:t>
            </w:r>
          </w:p>
        </w:tc>
      </w:tr>
      <w:tr>
        <w:tc>
          <w:tcPr>
            <w:tcW w:type="dxa" w:w="2880"/>
          </w:tcPr>
          <w:p>
            <w:r>
              <w:t>2026-03-02</w:t>
            </w:r>
          </w:p>
        </w:tc>
        <w:tc>
          <w:tcPr>
            <w:tcW w:type="dxa" w:w="2880"/>
          </w:tcPr>
          <w:p>
            <w:r>
              <w:t>environmental</w:t>
            </w:r>
          </w:p>
        </w:tc>
        <w:tc>
          <w:tcPr>
            <w:tcW w:type="dxa" w:w="2880"/>
          </w:tcPr>
          <w:p>
            <w:r>
              <w:t>2</w:t>
            </w:r>
          </w:p>
        </w:tc>
      </w:tr>
      <w:tr>
        <w:tc>
          <w:tcPr>
            <w:tcW w:type="dxa" w:w="2880"/>
          </w:tcPr>
          <w:p>
            <w:r>
              <w:t>2026-03-09</w:t>
            </w:r>
          </w:p>
        </w:tc>
        <w:tc>
          <w:tcPr>
            <w:tcW w:type="dxa" w:w="2880"/>
          </w:tcPr>
          <w:p>
            <w:r>
              <w:t>quality</w:t>
            </w:r>
          </w:p>
        </w:tc>
        <w:tc>
          <w:tcPr>
            <w:tcW w:type="dxa" w:w="2880"/>
          </w:tcPr>
          <w:p>
            <w:r>
              <w:t>10</w:t>
            </w:r>
          </w:p>
        </w:tc>
      </w:tr>
      <w:tr>
        <w:tc>
          <w:tcPr>
            <w:tcW w:type="dxa" w:w="2880"/>
          </w:tcPr>
          <w:p>
            <w:r>
              <w:t>2026-03-09</w:t>
            </w:r>
          </w:p>
        </w:tc>
        <w:tc>
          <w:tcPr>
            <w:tcW w:type="dxa" w:w="2880"/>
          </w:tcPr>
          <w:p>
            <w:r>
              <w:t>safety</w:t>
            </w:r>
          </w:p>
        </w:tc>
        <w:tc>
          <w:tcPr>
            <w:tcW w:type="dxa" w:w="2880"/>
          </w:tcPr>
          <w:p>
            <w:r>
              <w:t>11</w:t>
            </w:r>
          </w:p>
        </w:tc>
      </w:tr>
      <w:tr>
        <w:tc>
          <w:tcPr>
            <w:tcW w:type="dxa" w:w="2880"/>
          </w:tcPr>
          <w:p>
            <w:r>
              <w:t>2026-03-09</w:t>
            </w:r>
          </w:p>
        </w:tc>
        <w:tc>
          <w:tcPr>
            <w:tcW w:type="dxa" w:w="2880"/>
          </w:tcPr>
          <w:p>
            <w:r>
              <w:t>environmental</w:t>
            </w:r>
          </w:p>
        </w:tc>
        <w:tc>
          <w:tcPr>
            <w:tcW w:type="dxa" w:w="2880"/>
          </w:tcPr>
          <w:p>
            <w:r>
              <w:t>4</w:t>
            </w:r>
          </w:p>
        </w:tc>
      </w:tr>
      <w:tr>
        <w:tc>
          <w:tcPr>
            <w:tcW w:type="dxa" w:w="2880"/>
          </w:tcPr>
          <w:p>
            <w:r>
              <w:t>2026-03-16</w:t>
            </w:r>
          </w:p>
        </w:tc>
        <w:tc>
          <w:tcPr>
            <w:tcW w:type="dxa" w:w="2880"/>
          </w:tcPr>
          <w:p>
            <w:r>
              <w:t>quality</w:t>
            </w:r>
          </w:p>
        </w:tc>
        <w:tc>
          <w:tcPr>
            <w:tcW w:type="dxa" w:w="2880"/>
          </w:tcPr>
          <w:p>
            <w:r>
              <w:t>14</w:t>
            </w:r>
          </w:p>
        </w:tc>
      </w:tr>
      <w:tr>
        <w:tc>
          <w:tcPr>
            <w:tcW w:type="dxa" w:w="2880"/>
          </w:tcPr>
          <w:p>
            <w:r>
              <w:t>2026-03-16</w:t>
            </w:r>
          </w:p>
        </w:tc>
        <w:tc>
          <w:tcPr>
            <w:tcW w:type="dxa" w:w="2880"/>
          </w:tcPr>
          <w:p>
            <w:r>
              <w:t>safety</w:t>
            </w:r>
          </w:p>
        </w:tc>
        <w:tc>
          <w:tcPr>
            <w:tcW w:type="dxa" w:w="2880"/>
          </w:tcPr>
          <w:p>
            <w:r>
              <w:t>7</w:t>
            </w:r>
          </w:p>
        </w:tc>
      </w:tr>
      <w:tr>
        <w:tc>
          <w:tcPr>
            <w:tcW w:type="dxa" w:w="2880"/>
          </w:tcPr>
          <w:p>
            <w:r>
              <w:t>2026-03-16</w:t>
            </w:r>
          </w:p>
        </w:tc>
        <w:tc>
          <w:tcPr>
            <w:tcW w:type="dxa" w:w="2880"/>
          </w:tcPr>
          <w:p>
            <w:r>
              <w:t>environmental</w:t>
            </w:r>
          </w:p>
        </w:tc>
        <w:tc>
          <w:tcPr>
            <w:tcW w:type="dxa" w:w="2880"/>
          </w:tcPr>
          <w:p>
            <w:r>
              <w:t>4</w:t>
            </w:r>
          </w:p>
        </w:tc>
      </w:tr>
      <w:tr>
        <w:tc>
          <w:tcPr>
            <w:tcW w:type="dxa" w:w="2880"/>
          </w:tcPr>
          <w:p>
            <w:r>
              <w:t>2026-03-23</w:t>
            </w:r>
          </w:p>
        </w:tc>
        <w:tc>
          <w:tcPr>
            <w:tcW w:type="dxa" w:w="2880"/>
          </w:tcPr>
          <w:p>
            <w:r>
              <w:t>quality</w:t>
            </w:r>
          </w:p>
        </w:tc>
        <w:tc>
          <w:tcPr>
            <w:tcW w:type="dxa" w:w="2880"/>
          </w:tcPr>
          <w:p>
            <w:r>
              <w:t>12</w:t>
            </w:r>
          </w:p>
        </w:tc>
      </w:tr>
      <w:tr>
        <w:tc>
          <w:tcPr>
            <w:tcW w:type="dxa" w:w="2880"/>
          </w:tcPr>
          <w:p>
            <w:r>
              <w:t>2026-03-23</w:t>
            </w:r>
          </w:p>
        </w:tc>
        <w:tc>
          <w:tcPr>
            <w:tcW w:type="dxa" w:w="2880"/>
          </w:tcPr>
          <w:p>
            <w:r>
              <w:t>safety</w:t>
            </w:r>
          </w:p>
        </w:tc>
        <w:tc>
          <w:tcPr>
            <w:tcW w:type="dxa" w:w="2880"/>
          </w:tcPr>
          <w:p>
            <w:r>
              <w:t>9</w:t>
            </w:r>
          </w:p>
        </w:tc>
      </w:tr>
      <w:tr>
        <w:tc>
          <w:tcPr>
            <w:tcW w:type="dxa" w:w="2880"/>
          </w:tcPr>
          <w:p>
            <w:r>
              <w:t>2026-03-23</w:t>
            </w:r>
          </w:p>
        </w:tc>
        <w:tc>
          <w:tcPr>
            <w:tcW w:type="dxa" w:w="2880"/>
          </w:tcPr>
          <w:p>
            <w:r>
              <w:t>environmental</w:t>
            </w:r>
          </w:p>
        </w:tc>
        <w:tc>
          <w:tcPr>
            <w:tcW w:type="dxa" w:w="2880"/>
          </w:tcPr>
          <w:p>
            <w:r>
              <w:t>2</w:t>
            </w:r>
          </w:p>
        </w:tc>
      </w:tr>
      <w:tr>
        <w:tc>
          <w:tcPr>
            <w:tcW w:type="dxa" w:w="2880"/>
          </w:tcPr>
          <w:p>
            <w:r>
              <w:t>2026-03-30</w:t>
            </w:r>
          </w:p>
        </w:tc>
        <w:tc>
          <w:tcPr>
            <w:tcW w:type="dxa" w:w="2880"/>
          </w:tcPr>
          <w:p>
            <w:r>
              <w:t>quality</w:t>
            </w:r>
          </w:p>
        </w:tc>
        <w:tc>
          <w:tcPr>
            <w:tcW w:type="dxa" w:w="2880"/>
          </w:tcPr>
          <w:p>
            <w:r>
              <w:t>15</w:t>
            </w:r>
          </w:p>
        </w:tc>
      </w:tr>
      <w:tr>
        <w:tc>
          <w:tcPr>
            <w:tcW w:type="dxa" w:w="2880"/>
          </w:tcPr>
          <w:p>
            <w:r>
              <w:t>2026-03-30</w:t>
            </w:r>
          </w:p>
        </w:tc>
        <w:tc>
          <w:tcPr>
            <w:tcW w:type="dxa" w:w="2880"/>
          </w:tcPr>
          <w:p>
            <w:r>
              <w:t>safety</w:t>
            </w:r>
          </w:p>
        </w:tc>
        <w:tc>
          <w:tcPr>
            <w:tcW w:type="dxa" w:w="2880"/>
          </w:tcPr>
          <w:p>
            <w:r>
              <w:t>16</w:t>
            </w:r>
          </w:p>
        </w:tc>
      </w:tr>
      <w:tr>
        <w:tc>
          <w:tcPr>
            <w:tcW w:type="dxa" w:w="2880"/>
          </w:tcPr>
          <w:p>
            <w:r>
              <w:t>2026-03-30</w:t>
            </w:r>
          </w:p>
        </w:tc>
        <w:tc>
          <w:tcPr>
            <w:tcW w:type="dxa" w:w="2880"/>
          </w:tcPr>
          <w:p>
            <w:r>
              <w:t>environmental</w:t>
            </w:r>
          </w:p>
        </w:tc>
        <w:tc>
          <w:tcPr>
            <w:tcW w:type="dxa" w:w="2880"/>
          </w:tcPr>
          <w:p>
            <w:r>
              <w:t>5</w:t>
            </w:r>
          </w:p>
        </w:tc>
      </w:tr>
      <w:tr>
        <w:tc>
          <w:tcPr>
            <w:tcW w:type="dxa" w:w="2880"/>
          </w:tcPr>
          <w:p>
            <w:r>
              <w:t>2026-04-06</w:t>
            </w:r>
          </w:p>
        </w:tc>
        <w:tc>
          <w:tcPr>
            <w:tcW w:type="dxa" w:w="2880"/>
          </w:tcPr>
          <w:p>
            <w:r>
              <w:t>quality</w:t>
            </w:r>
          </w:p>
        </w:tc>
        <w:tc>
          <w:tcPr>
            <w:tcW w:type="dxa" w:w="2880"/>
          </w:tcPr>
          <w:p>
            <w:r>
              <w:t>22</w:t>
            </w:r>
          </w:p>
        </w:tc>
      </w:tr>
      <w:tr>
        <w:tc>
          <w:tcPr>
            <w:tcW w:type="dxa" w:w="2880"/>
          </w:tcPr>
          <w:p>
            <w:r>
              <w:t>2026-04-06</w:t>
            </w:r>
          </w:p>
        </w:tc>
        <w:tc>
          <w:tcPr>
            <w:tcW w:type="dxa" w:w="2880"/>
          </w:tcPr>
          <w:p>
            <w:r>
              <w:t>safety</w:t>
            </w:r>
          </w:p>
        </w:tc>
        <w:tc>
          <w:tcPr>
            <w:tcW w:type="dxa" w:w="2880"/>
          </w:tcPr>
          <w:p>
            <w:r>
              <w:t>7</w:t>
            </w:r>
          </w:p>
        </w:tc>
      </w:tr>
      <w:tr>
        <w:tc>
          <w:tcPr>
            <w:tcW w:type="dxa" w:w="2880"/>
          </w:tcPr>
          <w:p>
            <w:r>
              <w:t>2026-04-06</w:t>
            </w:r>
          </w:p>
        </w:tc>
        <w:tc>
          <w:tcPr>
            <w:tcW w:type="dxa" w:w="2880"/>
          </w:tcPr>
          <w:p>
            <w:r>
              <w:t>environmental</w:t>
            </w:r>
          </w:p>
        </w:tc>
        <w:tc>
          <w:tcPr>
            <w:tcW w:type="dxa" w:w="2880"/>
          </w:tcPr>
          <w:p>
            <w:r>
              <w:t>2</w:t>
            </w:r>
          </w:p>
        </w:tc>
      </w:tr>
      <w:tr>
        <w:tc>
          <w:tcPr>
            <w:tcW w:type="dxa" w:w="2880"/>
          </w:tcPr>
          <w:p>
            <w:r>
              <w:t>2026-04-13</w:t>
            </w:r>
          </w:p>
        </w:tc>
        <w:tc>
          <w:tcPr>
            <w:tcW w:type="dxa" w:w="2880"/>
          </w:tcPr>
          <w:p>
            <w:r>
              <w:t>quality</w:t>
            </w:r>
          </w:p>
        </w:tc>
        <w:tc>
          <w:tcPr>
            <w:tcW w:type="dxa" w:w="2880"/>
          </w:tcPr>
          <w:p>
            <w:r>
              <w:t>16</w:t>
            </w:r>
          </w:p>
        </w:tc>
      </w:tr>
      <w:tr>
        <w:tc>
          <w:tcPr>
            <w:tcW w:type="dxa" w:w="2880"/>
          </w:tcPr>
          <w:p>
            <w:r>
              <w:t>2026-04-13</w:t>
            </w:r>
          </w:p>
        </w:tc>
        <w:tc>
          <w:tcPr>
            <w:tcW w:type="dxa" w:w="2880"/>
          </w:tcPr>
          <w:p>
            <w:r>
              <w:t>safety</w:t>
            </w:r>
          </w:p>
        </w:tc>
        <w:tc>
          <w:tcPr>
            <w:tcW w:type="dxa" w:w="2880"/>
          </w:tcPr>
          <w:p>
            <w:r>
              <w:t>8</w:t>
            </w:r>
          </w:p>
        </w:tc>
      </w:tr>
      <w:tr>
        <w:tc>
          <w:tcPr>
            <w:tcW w:type="dxa" w:w="2880"/>
          </w:tcPr>
          <w:p>
            <w:r>
              <w:t>2026-04-13</w:t>
            </w:r>
          </w:p>
        </w:tc>
        <w:tc>
          <w:tcPr>
            <w:tcW w:type="dxa" w:w="2880"/>
          </w:tcPr>
          <w:p>
            <w:r>
              <w:t>environmental</w:t>
            </w:r>
          </w:p>
        </w:tc>
        <w:tc>
          <w:tcPr>
            <w:tcW w:type="dxa" w:w="2880"/>
          </w:tcPr>
          <w:p>
            <w:r>
              <w:t>0</w:t>
            </w:r>
          </w:p>
        </w:tc>
      </w:tr>
      <w:tr>
        <w:tc>
          <w:tcPr>
            <w:tcW w:type="dxa" w:w="2880"/>
          </w:tcPr>
          <w:p>
            <w:r>
              <w:t>2026-04-20</w:t>
            </w:r>
          </w:p>
        </w:tc>
        <w:tc>
          <w:tcPr>
            <w:tcW w:type="dxa" w:w="2880"/>
          </w:tcPr>
          <w:p>
            <w:r>
              <w:t>quality</w:t>
            </w:r>
          </w:p>
        </w:tc>
        <w:tc>
          <w:tcPr>
            <w:tcW w:type="dxa" w:w="2880"/>
          </w:tcPr>
          <w:p>
            <w:r>
              <w:t>9</w:t>
            </w:r>
          </w:p>
        </w:tc>
      </w:tr>
      <w:tr>
        <w:tc>
          <w:tcPr>
            <w:tcW w:type="dxa" w:w="2880"/>
          </w:tcPr>
          <w:p>
            <w:r>
              <w:t>2026-04-20</w:t>
            </w:r>
          </w:p>
        </w:tc>
        <w:tc>
          <w:tcPr>
            <w:tcW w:type="dxa" w:w="2880"/>
          </w:tcPr>
          <w:p>
            <w:r>
              <w:t>safety</w:t>
            </w:r>
          </w:p>
        </w:tc>
        <w:tc>
          <w:tcPr>
            <w:tcW w:type="dxa" w:w="2880"/>
          </w:tcPr>
          <w:p>
            <w:r>
              <w:t>12</w:t>
            </w:r>
          </w:p>
        </w:tc>
      </w:tr>
      <w:tr>
        <w:tc>
          <w:tcPr>
            <w:tcW w:type="dxa" w:w="2880"/>
          </w:tcPr>
          <w:p>
            <w:r>
              <w:t>2026-04-20</w:t>
            </w:r>
          </w:p>
        </w:tc>
        <w:tc>
          <w:tcPr>
            <w:tcW w:type="dxa" w:w="2880"/>
          </w:tcPr>
          <w:p>
            <w:r>
              <w:t>environmental</w:t>
            </w:r>
          </w:p>
        </w:tc>
        <w:tc>
          <w:tcPr>
            <w:tcW w:type="dxa" w:w="2880"/>
          </w:tcPr>
          <w:p>
            <w:r>
              <w:t>1</w:t>
            </w:r>
          </w:p>
        </w:tc>
      </w:tr>
      <w:tr>
        <w:tc>
          <w:tcPr>
            <w:tcW w:type="dxa" w:w="2880"/>
          </w:tcPr>
          <w:p>
            <w:r>
              <w:t>2026-04-27</w:t>
            </w:r>
          </w:p>
        </w:tc>
        <w:tc>
          <w:tcPr>
            <w:tcW w:type="dxa" w:w="2880"/>
          </w:tcPr>
          <w:p>
            <w:r>
              <w:t>quality</w:t>
            </w:r>
          </w:p>
        </w:tc>
        <w:tc>
          <w:tcPr>
            <w:tcW w:type="dxa" w:w="2880"/>
          </w:tcPr>
          <w:p>
            <w:r>
              <w:t>8</w:t>
            </w:r>
          </w:p>
        </w:tc>
      </w:tr>
      <w:tr>
        <w:tc>
          <w:tcPr>
            <w:tcW w:type="dxa" w:w="2880"/>
          </w:tcPr>
          <w:p>
            <w:r>
              <w:t>2026-04-27</w:t>
            </w:r>
          </w:p>
        </w:tc>
        <w:tc>
          <w:tcPr>
            <w:tcW w:type="dxa" w:w="2880"/>
          </w:tcPr>
          <w:p>
            <w:r>
              <w:t>safety</w:t>
            </w:r>
          </w:p>
        </w:tc>
        <w:tc>
          <w:tcPr>
            <w:tcW w:type="dxa" w:w="2880"/>
          </w:tcPr>
          <w:p>
            <w:r>
              <w:t>11</w:t>
            </w:r>
          </w:p>
        </w:tc>
      </w:tr>
      <w:tr>
        <w:tc>
          <w:tcPr>
            <w:tcW w:type="dxa" w:w="2880"/>
          </w:tcPr>
          <w:p>
            <w:r>
              <w:t>2026-04-27</w:t>
            </w:r>
          </w:p>
        </w:tc>
        <w:tc>
          <w:tcPr>
            <w:tcW w:type="dxa" w:w="2880"/>
          </w:tcPr>
          <w:p>
            <w:r>
              <w:t>environmental</w:t>
            </w:r>
          </w:p>
        </w:tc>
        <w:tc>
          <w:tcPr>
            <w:tcW w:type="dxa" w:w="2880"/>
          </w:tcPr>
          <w:p>
            <w:r>
              <w:t>0</w:t>
            </w:r>
          </w:p>
        </w:tc>
      </w:tr>
      <w:tr>
        <w:tc>
          <w:tcPr>
            <w:tcW w:type="dxa" w:w="2880"/>
          </w:tcPr>
          <w:p>
            <w:r>
              <w:t>2026-05-04</w:t>
            </w:r>
          </w:p>
        </w:tc>
        <w:tc>
          <w:tcPr>
            <w:tcW w:type="dxa" w:w="2880"/>
          </w:tcPr>
          <w:p>
            <w:r>
              <w:t>quality</w:t>
            </w:r>
          </w:p>
        </w:tc>
        <w:tc>
          <w:tcPr>
            <w:tcW w:type="dxa" w:w="2880"/>
          </w:tcPr>
          <w:p>
            <w:r>
              <w:t>11</w:t>
            </w:r>
          </w:p>
        </w:tc>
      </w:tr>
      <w:tr>
        <w:tc>
          <w:tcPr>
            <w:tcW w:type="dxa" w:w="2880"/>
          </w:tcPr>
          <w:p>
            <w:r>
              <w:t>2026-05-04</w:t>
            </w:r>
          </w:p>
        </w:tc>
        <w:tc>
          <w:tcPr>
            <w:tcW w:type="dxa" w:w="2880"/>
          </w:tcPr>
          <w:p>
            <w:r>
              <w:t>safety</w:t>
            </w:r>
          </w:p>
        </w:tc>
        <w:tc>
          <w:tcPr>
            <w:tcW w:type="dxa" w:w="2880"/>
          </w:tcPr>
          <w:p>
            <w:r>
              <w:t>12</w:t>
            </w:r>
          </w:p>
        </w:tc>
      </w:tr>
      <w:tr>
        <w:tc>
          <w:tcPr>
            <w:tcW w:type="dxa" w:w="2880"/>
          </w:tcPr>
          <w:p>
            <w:r>
              <w:t>2026-05-04</w:t>
            </w:r>
          </w:p>
        </w:tc>
        <w:tc>
          <w:tcPr>
            <w:tcW w:type="dxa" w:w="2880"/>
          </w:tcPr>
          <w:p>
            <w:r>
              <w:t>environmental</w:t>
            </w:r>
          </w:p>
        </w:tc>
        <w:tc>
          <w:tcPr>
            <w:tcW w:type="dxa" w:w="2880"/>
          </w:tcPr>
          <w:p>
            <w:r>
              <w:t>6</w:t>
            </w:r>
          </w:p>
        </w:tc>
      </w:tr>
      <w:tr>
        <w:tc>
          <w:tcPr>
            <w:tcW w:type="dxa" w:w="2880"/>
          </w:tcPr>
          <w:p>
            <w:r>
              <w:t>2026-05-11</w:t>
            </w:r>
          </w:p>
        </w:tc>
        <w:tc>
          <w:tcPr>
            <w:tcW w:type="dxa" w:w="2880"/>
          </w:tcPr>
          <w:p>
            <w:r>
              <w:t>quality</w:t>
            </w:r>
          </w:p>
        </w:tc>
        <w:tc>
          <w:tcPr>
            <w:tcW w:type="dxa" w:w="2880"/>
          </w:tcPr>
          <w:p>
            <w:r>
              <w:t>16</w:t>
            </w:r>
          </w:p>
        </w:tc>
      </w:tr>
      <w:tr>
        <w:tc>
          <w:tcPr>
            <w:tcW w:type="dxa" w:w="2880"/>
          </w:tcPr>
          <w:p>
            <w:r>
              <w:t>2026-05-11</w:t>
            </w:r>
          </w:p>
        </w:tc>
        <w:tc>
          <w:tcPr>
            <w:tcW w:type="dxa" w:w="2880"/>
          </w:tcPr>
          <w:p>
            <w:r>
              <w:t>safety</w:t>
            </w:r>
          </w:p>
        </w:tc>
        <w:tc>
          <w:tcPr>
            <w:tcW w:type="dxa" w:w="2880"/>
          </w:tcPr>
          <w:p>
            <w:r>
              <w:t>10</w:t>
            </w:r>
          </w:p>
        </w:tc>
      </w:tr>
      <w:tr>
        <w:tc>
          <w:tcPr>
            <w:tcW w:type="dxa" w:w="2880"/>
          </w:tcPr>
          <w:p>
            <w:r>
              <w:t>2026-05-11</w:t>
            </w:r>
          </w:p>
        </w:tc>
        <w:tc>
          <w:tcPr>
            <w:tcW w:type="dxa" w:w="2880"/>
          </w:tcPr>
          <w:p>
            <w:r>
              <w:t>environmental</w:t>
            </w:r>
          </w:p>
        </w:tc>
        <w:tc>
          <w:tcPr>
            <w:tcW w:type="dxa" w:w="2880"/>
          </w:tcPr>
          <w:p>
            <w:r>
              <w:t>2</w:t>
            </w:r>
          </w:p>
        </w:tc>
      </w:tr>
      <w:tr>
        <w:tc>
          <w:tcPr>
            <w:tcW w:type="dxa" w:w="2880"/>
          </w:tcPr>
          <w:p>
            <w:r>
              <w:t>2026-05-18</w:t>
            </w:r>
          </w:p>
        </w:tc>
        <w:tc>
          <w:tcPr>
            <w:tcW w:type="dxa" w:w="2880"/>
          </w:tcPr>
          <w:p>
            <w:r>
              <w:t>quality</w:t>
            </w:r>
          </w:p>
        </w:tc>
        <w:tc>
          <w:tcPr>
            <w:tcW w:type="dxa" w:w="2880"/>
          </w:tcPr>
          <w:p>
            <w:r>
              <w:t>9</w:t>
            </w:r>
          </w:p>
        </w:tc>
      </w:tr>
      <w:tr>
        <w:tc>
          <w:tcPr>
            <w:tcW w:type="dxa" w:w="2880"/>
          </w:tcPr>
          <w:p>
            <w:r>
              <w:t>2026-05-18</w:t>
            </w:r>
          </w:p>
        </w:tc>
        <w:tc>
          <w:tcPr>
            <w:tcW w:type="dxa" w:w="2880"/>
          </w:tcPr>
          <w:p>
            <w:r>
              <w:t>safety</w:t>
            </w:r>
          </w:p>
        </w:tc>
        <w:tc>
          <w:tcPr>
            <w:tcW w:type="dxa" w:w="2880"/>
          </w:tcPr>
          <w:p>
            <w:r>
              <w:t>9</w:t>
            </w:r>
          </w:p>
        </w:tc>
      </w:tr>
      <w:tr>
        <w:tc>
          <w:tcPr>
            <w:tcW w:type="dxa" w:w="2880"/>
          </w:tcPr>
          <w:p>
            <w:r>
              <w:t>2026-05-18</w:t>
            </w:r>
          </w:p>
        </w:tc>
        <w:tc>
          <w:tcPr>
            <w:tcW w:type="dxa" w:w="2880"/>
          </w:tcPr>
          <w:p>
            <w:r>
              <w:t>environmental</w:t>
            </w:r>
          </w:p>
        </w:tc>
        <w:tc>
          <w:tcPr>
            <w:tcW w:type="dxa" w:w="2880"/>
          </w:tcPr>
          <w:p>
            <w:r>
              <w:t>3</w:t>
            </w:r>
          </w:p>
        </w:tc>
      </w:tr>
      <w:tr>
        <w:tc>
          <w:tcPr>
            <w:tcW w:type="dxa" w:w="2880"/>
          </w:tcPr>
          <w:p>
            <w:r>
              <w:t>2026-05-25</w:t>
            </w:r>
          </w:p>
        </w:tc>
        <w:tc>
          <w:tcPr>
            <w:tcW w:type="dxa" w:w="2880"/>
          </w:tcPr>
          <w:p>
            <w:r>
              <w:t>quality</w:t>
            </w:r>
          </w:p>
        </w:tc>
        <w:tc>
          <w:tcPr>
            <w:tcW w:type="dxa" w:w="2880"/>
          </w:tcPr>
          <w:p>
            <w:r>
              <w:t>17</w:t>
            </w:r>
          </w:p>
        </w:tc>
      </w:tr>
      <w:tr>
        <w:tc>
          <w:tcPr>
            <w:tcW w:type="dxa" w:w="2880"/>
          </w:tcPr>
          <w:p>
            <w:r>
              <w:t>2026-05-25</w:t>
            </w:r>
          </w:p>
        </w:tc>
        <w:tc>
          <w:tcPr>
            <w:tcW w:type="dxa" w:w="2880"/>
          </w:tcPr>
          <w:p>
            <w:r>
              <w:t>safety</w:t>
            </w:r>
          </w:p>
        </w:tc>
        <w:tc>
          <w:tcPr>
            <w:tcW w:type="dxa" w:w="2880"/>
          </w:tcPr>
          <w:p>
            <w:r>
              <w:t>12</w:t>
            </w:r>
          </w:p>
        </w:tc>
      </w:tr>
      <w:tr>
        <w:tc>
          <w:tcPr>
            <w:tcW w:type="dxa" w:w="2880"/>
          </w:tcPr>
          <w:p>
            <w:r>
              <w:t>2026-05-25</w:t>
            </w:r>
          </w:p>
        </w:tc>
        <w:tc>
          <w:tcPr>
            <w:tcW w:type="dxa" w:w="2880"/>
          </w:tcPr>
          <w:p>
            <w:r>
              <w:t>environmental</w:t>
            </w:r>
          </w:p>
        </w:tc>
        <w:tc>
          <w:tcPr>
            <w:tcW w:type="dxa" w:w="2880"/>
          </w:tcPr>
          <w:p>
            <w:r>
              <w:t>2</w:t>
            </w:r>
          </w:p>
        </w:tc>
      </w:tr>
      <w:tr>
        <w:tc>
          <w:tcPr>
            <w:tcW w:type="dxa" w:w="2880"/>
          </w:tcPr>
          <w:p>
            <w:r>
              <w:t>2026-06-01</w:t>
            </w:r>
          </w:p>
        </w:tc>
        <w:tc>
          <w:tcPr>
            <w:tcW w:type="dxa" w:w="2880"/>
          </w:tcPr>
          <w:p>
            <w:r>
              <w:t>quality</w:t>
            </w:r>
          </w:p>
        </w:tc>
        <w:tc>
          <w:tcPr>
            <w:tcW w:type="dxa" w:w="2880"/>
          </w:tcPr>
          <w:p>
            <w:r>
              <w:t>15</w:t>
            </w:r>
          </w:p>
        </w:tc>
      </w:tr>
      <w:tr>
        <w:tc>
          <w:tcPr>
            <w:tcW w:type="dxa" w:w="2880"/>
          </w:tcPr>
          <w:p>
            <w:r>
              <w:t>2026-06-01</w:t>
            </w:r>
          </w:p>
        </w:tc>
        <w:tc>
          <w:tcPr>
            <w:tcW w:type="dxa" w:w="2880"/>
          </w:tcPr>
          <w:p>
            <w:r>
              <w:t>safety</w:t>
            </w:r>
          </w:p>
        </w:tc>
        <w:tc>
          <w:tcPr>
            <w:tcW w:type="dxa" w:w="2880"/>
          </w:tcPr>
          <w:p>
            <w:r>
              <w:t>15</w:t>
            </w:r>
          </w:p>
        </w:tc>
      </w:tr>
      <w:tr>
        <w:tc>
          <w:tcPr>
            <w:tcW w:type="dxa" w:w="2880"/>
          </w:tcPr>
          <w:p>
            <w:r>
              <w:t>2026-06-01</w:t>
            </w:r>
          </w:p>
        </w:tc>
        <w:tc>
          <w:tcPr>
            <w:tcW w:type="dxa" w:w="2880"/>
          </w:tcPr>
          <w:p>
            <w:r>
              <w:t>environmental</w:t>
            </w:r>
          </w:p>
        </w:tc>
        <w:tc>
          <w:tcPr>
            <w:tcW w:type="dxa" w:w="2880"/>
          </w:tcPr>
          <w:p>
            <w:r>
              <w:t>3</w:t>
            </w:r>
          </w:p>
        </w:tc>
      </w:tr>
      <w:tr>
        <w:tc>
          <w:tcPr>
            <w:tcW w:type="dxa" w:w="2880"/>
          </w:tcPr>
          <w:p>
            <w:r>
              <w:t>2026-06-08</w:t>
            </w:r>
          </w:p>
        </w:tc>
        <w:tc>
          <w:tcPr>
            <w:tcW w:type="dxa" w:w="2880"/>
          </w:tcPr>
          <w:p>
            <w:r>
              <w:t>quality</w:t>
            </w:r>
          </w:p>
        </w:tc>
        <w:tc>
          <w:tcPr>
            <w:tcW w:type="dxa" w:w="2880"/>
          </w:tcPr>
          <w:p>
            <w:r>
              <w:t>17</w:t>
            </w:r>
          </w:p>
        </w:tc>
      </w:tr>
      <w:tr>
        <w:tc>
          <w:tcPr>
            <w:tcW w:type="dxa" w:w="2880"/>
          </w:tcPr>
          <w:p>
            <w:r>
              <w:t>2026-06-08</w:t>
            </w:r>
          </w:p>
        </w:tc>
        <w:tc>
          <w:tcPr>
            <w:tcW w:type="dxa" w:w="2880"/>
          </w:tcPr>
          <w:p>
            <w:r>
              <w:t>safety</w:t>
            </w:r>
          </w:p>
        </w:tc>
        <w:tc>
          <w:tcPr>
            <w:tcW w:type="dxa" w:w="2880"/>
          </w:tcPr>
          <w:p>
            <w:r>
              <w:t>12</w:t>
            </w:r>
          </w:p>
        </w:tc>
      </w:tr>
      <w:tr>
        <w:tc>
          <w:tcPr>
            <w:tcW w:type="dxa" w:w="2880"/>
          </w:tcPr>
          <w:p>
            <w:r>
              <w:t>2026-06-08</w:t>
            </w:r>
          </w:p>
        </w:tc>
        <w:tc>
          <w:tcPr>
            <w:tcW w:type="dxa" w:w="2880"/>
          </w:tcPr>
          <w:p>
            <w:r>
              <w:t>environmental</w:t>
            </w:r>
          </w:p>
        </w:tc>
        <w:tc>
          <w:tcPr>
            <w:tcW w:type="dxa" w:w="2880"/>
          </w:tcPr>
          <w:p>
            <w:r>
              <w:t>6</w:t>
            </w:r>
          </w:p>
        </w:tc>
      </w:tr>
      <w:tr>
        <w:tc>
          <w:tcPr>
            <w:tcW w:type="dxa" w:w="2880"/>
          </w:tcPr>
          <w:p>
            <w:r>
              <w:t>2026-06-15</w:t>
            </w:r>
          </w:p>
        </w:tc>
        <w:tc>
          <w:tcPr>
            <w:tcW w:type="dxa" w:w="2880"/>
          </w:tcPr>
          <w:p>
            <w:r>
              <w:t>quality</w:t>
            </w:r>
          </w:p>
        </w:tc>
        <w:tc>
          <w:tcPr>
            <w:tcW w:type="dxa" w:w="2880"/>
          </w:tcPr>
          <w:p>
            <w:r>
              <w:t>19</w:t>
            </w:r>
          </w:p>
        </w:tc>
      </w:tr>
      <w:tr>
        <w:tc>
          <w:tcPr>
            <w:tcW w:type="dxa" w:w="2880"/>
          </w:tcPr>
          <w:p>
            <w:r>
              <w:t>2026-06-15</w:t>
            </w:r>
          </w:p>
        </w:tc>
        <w:tc>
          <w:tcPr>
            <w:tcW w:type="dxa" w:w="2880"/>
          </w:tcPr>
          <w:p>
            <w:r>
              <w:t>safety</w:t>
            </w:r>
          </w:p>
        </w:tc>
        <w:tc>
          <w:tcPr>
            <w:tcW w:type="dxa" w:w="2880"/>
          </w:tcPr>
          <w:p>
            <w:r>
              <w:t>8</w:t>
            </w:r>
          </w:p>
        </w:tc>
      </w:tr>
      <w:tr>
        <w:tc>
          <w:tcPr>
            <w:tcW w:type="dxa" w:w="2880"/>
          </w:tcPr>
          <w:p>
            <w:r>
              <w:t>2026-06-15</w:t>
            </w:r>
          </w:p>
        </w:tc>
        <w:tc>
          <w:tcPr>
            <w:tcW w:type="dxa" w:w="2880"/>
          </w:tcPr>
          <w:p>
            <w:r>
              <w:t>environmental</w:t>
            </w:r>
          </w:p>
        </w:tc>
        <w:tc>
          <w:tcPr>
            <w:tcW w:type="dxa" w:w="2880"/>
          </w:tcPr>
          <w:p>
            <w:r>
              <w:t>1</w:t>
            </w:r>
          </w:p>
        </w:tc>
      </w:tr>
      <w:tr>
        <w:tc>
          <w:tcPr>
            <w:tcW w:type="dxa" w:w="2880"/>
          </w:tcPr>
          <w:p>
            <w:r>
              <w:t>2026-06-22</w:t>
            </w:r>
          </w:p>
        </w:tc>
        <w:tc>
          <w:tcPr>
            <w:tcW w:type="dxa" w:w="2880"/>
          </w:tcPr>
          <w:p>
            <w:r>
              <w:t>quality</w:t>
            </w:r>
          </w:p>
        </w:tc>
        <w:tc>
          <w:tcPr>
            <w:tcW w:type="dxa" w:w="2880"/>
          </w:tcPr>
          <w:p>
            <w:r>
              <w:t>19</w:t>
            </w:r>
          </w:p>
        </w:tc>
      </w:tr>
      <w:tr>
        <w:tc>
          <w:tcPr>
            <w:tcW w:type="dxa" w:w="2880"/>
          </w:tcPr>
          <w:p>
            <w:r>
              <w:t>2026-06-22</w:t>
            </w:r>
          </w:p>
        </w:tc>
        <w:tc>
          <w:tcPr>
            <w:tcW w:type="dxa" w:w="2880"/>
          </w:tcPr>
          <w:p>
            <w:r>
              <w:t>safety</w:t>
            </w:r>
          </w:p>
        </w:tc>
        <w:tc>
          <w:tcPr>
            <w:tcW w:type="dxa" w:w="2880"/>
          </w:tcPr>
          <w:p>
            <w:r>
              <w:t>10</w:t>
            </w:r>
          </w:p>
        </w:tc>
      </w:tr>
      <w:tr>
        <w:tc>
          <w:tcPr>
            <w:tcW w:type="dxa" w:w="2880"/>
          </w:tcPr>
          <w:p>
            <w:r>
              <w:t>2026-06-22</w:t>
            </w:r>
          </w:p>
        </w:tc>
        <w:tc>
          <w:tcPr>
            <w:tcW w:type="dxa" w:w="2880"/>
          </w:tcPr>
          <w:p>
            <w:r>
              <w:t>environmental</w:t>
            </w:r>
          </w:p>
        </w:tc>
        <w:tc>
          <w:tcPr>
            <w:tcW w:type="dxa" w:w="2880"/>
          </w:tcPr>
          <w:p>
            <w:r>
              <w:t>7</w:t>
            </w:r>
          </w:p>
        </w:tc>
      </w:tr>
      <w:tr>
        <w:tc>
          <w:tcPr>
            <w:tcW w:type="dxa" w:w="2880"/>
          </w:tcPr>
          <w:p>
            <w:r>
              <w:t>2026-06-29</w:t>
            </w:r>
          </w:p>
        </w:tc>
        <w:tc>
          <w:tcPr>
            <w:tcW w:type="dxa" w:w="2880"/>
          </w:tcPr>
          <w:p>
            <w:r>
              <w:t>quality</w:t>
            </w:r>
          </w:p>
        </w:tc>
        <w:tc>
          <w:tcPr>
            <w:tcW w:type="dxa" w:w="2880"/>
          </w:tcPr>
          <w:p>
            <w:r>
              <w:t>11</w:t>
            </w:r>
          </w:p>
        </w:tc>
      </w:tr>
      <w:tr>
        <w:tc>
          <w:tcPr>
            <w:tcW w:type="dxa" w:w="2880"/>
          </w:tcPr>
          <w:p>
            <w:r>
              <w:t>2026-06-29</w:t>
            </w:r>
          </w:p>
        </w:tc>
        <w:tc>
          <w:tcPr>
            <w:tcW w:type="dxa" w:w="2880"/>
          </w:tcPr>
          <w:p>
            <w:r>
              <w:t>safety</w:t>
            </w:r>
          </w:p>
        </w:tc>
        <w:tc>
          <w:tcPr>
            <w:tcW w:type="dxa" w:w="2880"/>
          </w:tcPr>
          <w:p>
            <w:r>
              <w:t>13</w:t>
            </w:r>
          </w:p>
        </w:tc>
      </w:tr>
      <w:tr>
        <w:tc>
          <w:tcPr>
            <w:tcW w:type="dxa" w:w="2880"/>
          </w:tcPr>
          <w:p>
            <w:r>
              <w:t>2026-06-29</w:t>
            </w:r>
          </w:p>
        </w:tc>
        <w:tc>
          <w:tcPr>
            <w:tcW w:type="dxa" w:w="2880"/>
          </w:tcPr>
          <w:p>
            <w:r>
              <w:t>environmental</w:t>
            </w:r>
          </w:p>
        </w:tc>
        <w:tc>
          <w:tcPr>
            <w:tcW w:type="dxa" w:w="2880"/>
          </w:tcPr>
          <w:p>
            <w:r>
              <w:t>3</w:t>
            </w:r>
          </w:p>
        </w:tc>
      </w:tr>
      <w:tr>
        <w:tc>
          <w:tcPr>
            <w:tcW w:type="dxa" w:w="2880"/>
          </w:tcPr>
          <w:p>
            <w:r>
              <w:t>2026-07-06</w:t>
            </w:r>
          </w:p>
        </w:tc>
        <w:tc>
          <w:tcPr>
            <w:tcW w:type="dxa" w:w="2880"/>
          </w:tcPr>
          <w:p>
            <w:r>
              <w:t>quality</w:t>
            </w:r>
          </w:p>
        </w:tc>
        <w:tc>
          <w:tcPr>
            <w:tcW w:type="dxa" w:w="2880"/>
          </w:tcPr>
          <w:p>
            <w:r>
              <w:t>16</w:t>
            </w:r>
          </w:p>
        </w:tc>
      </w:tr>
      <w:tr>
        <w:tc>
          <w:tcPr>
            <w:tcW w:type="dxa" w:w="2880"/>
          </w:tcPr>
          <w:p>
            <w:r>
              <w:t>2026-07-06</w:t>
            </w:r>
          </w:p>
        </w:tc>
        <w:tc>
          <w:tcPr>
            <w:tcW w:type="dxa" w:w="2880"/>
          </w:tcPr>
          <w:p>
            <w:r>
              <w:t>safety</w:t>
            </w:r>
          </w:p>
        </w:tc>
        <w:tc>
          <w:tcPr>
            <w:tcW w:type="dxa" w:w="2880"/>
          </w:tcPr>
          <w:p>
            <w:r>
              <w:t>13</w:t>
            </w:r>
          </w:p>
        </w:tc>
      </w:tr>
      <w:tr>
        <w:tc>
          <w:tcPr>
            <w:tcW w:type="dxa" w:w="2880"/>
          </w:tcPr>
          <w:p>
            <w:r>
              <w:t>2026-07-06</w:t>
            </w:r>
          </w:p>
        </w:tc>
        <w:tc>
          <w:tcPr>
            <w:tcW w:type="dxa" w:w="2880"/>
          </w:tcPr>
          <w:p>
            <w:r>
              <w:t>environmental</w:t>
            </w:r>
          </w:p>
        </w:tc>
        <w:tc>
          <w:tcPr>
            <w:tcW w:type="dxa" w:w="2880"/>
          </w:tcPr>
          <w:p>
            <w:r>
              <w:t>3</w:t>
            </w:r>
          </w:p>
        </w:tc>
      </w:tr>
      <w:tr>
        <w:tc>
          <w:tcPr>
            <w:tcW w:type="dxa" w:w="2880"/>
          </w:tcPr>
          <w:p>
            <w:r>
              <w:t>2026-07-13</w:t>
            </w:r>
          </w:p>
        </w:tc>
        <w:tc>
          <w:tcPr>
            <w:tcW w:type="dxa" w:w="2880"/>
          </w:tcPr>
          <w:p>
            <w:r>
              <w:t>quality</w:t>
            </w:r>
          </w:p>
        </w:tc>
        <w:tc>
          <w:tcPr>
            <w:tcW w:type="dxa" w:w="2880"/>
          </w:tcPr>
          <w:p>
            <w:r>
              <w:t>15</w:t>
            </w:r>
          </w:p>
        </w:tc>
      </w:tr>
      <w:tr>
        <w:tc>
          <w:tcPr>
            <w:tcW w:type="dxa" w:w="2880"/>
          </w:tcPr>
          <w:p>
            <w:r>
              <w:t>2026-07-13</w:t>
            </w:r>
          </w:p>
        </w:tc>
        <w:tc>
          <w:tcPr>
            <w:tcW w:type="dxa" w:w="2880"/>
          </w:tcPr>
          <w:p>
            <w:r>
              <w:t>safety</w:t>
            </w:r>
          </w:p>
        </w:tc>
        <w:tc>
          <w:tcPr>
            <w:tcW w:type="dxa" w:w="2880"/>
          </w:tcPr>
          <w:p>
            <w:r>
              <w:t>13</w:t>
            </w:r>
          </w:p>
        </w:tc>
      </w:tr>
      <w:tr>
        <w:tc>
          <w:tcPr>
            <w:tcW w:type="dxa" w:w="2880"/>
          </w:tcPr>
          <w:p>
            <w:r>
              <w:t>2026-07-13</w:t>
            </w:r>
          </w:p>
        </w:tc>
        <w:tc>
          <w:tcPr>
            <w:tcW w:type="dxa" w:w="2880"/>
          </w:tcPr>
          <w:p>
            <w:r>
              <w:t>environmental</w:t>
            </w:r>
          </w:p>
        </w:tc>
        <w:tc>
          <w:tcPr>
            <w:tcW w:type="dxa" w:w="2880"/>
          </w:tcPr>
          <w:p>
            <w:r>
              <w:t>6</w:t>
            </w:r>
          </w:p>
        </w:tc>
      </w:tr>
      <w:tr>
        <w:tc>
          <w:tcPr>
            <w:tcW w:type="dxa" w:w="2880"/>
          </w:tcPr>
          <w:p>
            <w:r>
              <w:t>2026-07-20</w:t>
            </w:r>
          </w:p>
        </w:tc>
        <w:tc>
          <w:tcPr>
            <w:tcW w:type="dxa" w:w="2880"/>
          </w:tcPr>
          <w:p>
            <w:r>
              <w:t>quality</w:t>
            </w:r>
          </w:p>
        </w:tc>
        <w:tc>
          <w:tcPr>
            <w:tcW w:type="dxa" w:w="2880"/>
          </w:tcPr>
          <w:p>
            <w:r>
              <w:t>13</w:t>
            </w:r>
          </w:p>
        </w:tc>
      </w:tr>
      <w:tr>
        <w:tc>
          <w:tcPr>
            <w:tcW w:type="dxa" w:w="2880"/>
          </w:tcPr>
          <w:p>
            <w:r>
              <w:t>2026-07-20</w:t>
            </w:r>
          </w:p>
        </w:tc>
        <w:tc>
          <w:tcPr>
            <w:tcW w:type="dxa" w:w="2880"/>
          </w:tcPr>
          <w:p>
            <w:r>
              <w:t>safety</w:t>
            </w:r>
          </w:p>
        </w:tc>
        <w:tc>
          <w:tcPr>
            <w:tcW w:type="dxa" w:w="2880"/>
          </w:tcPr>
          <w:p>
            <w:r>
              <w:t>17</w:t>
            </w:r>
          </w:p>
        </w:tc>
      </w:tr>
      <w:tr>
        <w:tc>
          <w:tcPr>
            <w:tcW w:type="dxa" w:w="2880"/>
          </w:tcPr>
          <w:p>
            <w:r>
              <w:t>2026-07-20</w:t>
            </w:r>
          </w:p>
        </w:tc>
        <w:tc>
          <w:tcPr>
            <w:tcW w:type="dxa" w:w="2880"/>
          </w:tcPr>
          <w:p>
            <w:r>
              <w:t>environmental</w:t>
            </w:r>
          </w:p>
        </w:tc>
        <w:tc>
          <w:tcPr>
            <w:tcW w:type="dxa" w:w="2880"/>
          </w:tcPr>
          <w:p>
            <w:r>
              <w:t>4</w:t>
            </w:r>
          </w:p>
        </w:tc>
      </w:tr>
      <w:tr>
        <w:tc>
          <w:tcPr>
            <w:tcW w:type="dxa" w:w="2880"/>
          </w:tcPr>
          <w:p>
            <w:r>
              <w:t>2026-07-27</w:t>
            </w:r>
          </w:p>
        </w:tc>
        <w:tc>
          <w:tcPr>
            <w:tcW w:type="dxa" w:w="2880"/>
          </w:tcPr>
          <w:p>
            <w:r>
              <w:t>quality</w:t>
            </w:r>
          </w:p>
        </w:tc>
        <w:tc>
          <w:tcPr>
            <w:tcW w:type="dxa" w:w="2880"/>
          </w:tcPr>
          <w:p>
            <w:r>
              <w:t>20</w:t>
            </w:r>
          </w:p>
        </w:tc>
      </w:tr>
      <w:tr>
        <w:tc>
          <w:tcPr>
            <w:tcW w:type="dxa" w:w="2880"/>
          </w:tcPr>
          <w:p>
            <w:r>
              <w:t>2026-07-27</w:t>
            </w:r>
          </w:p>
        </w:tc>
        <w:tc>
          <w:tcPr>
            <w:tcW w:type="dxa" w:w="2880"/>
          </w:tcPr>
          <w:p>
            <w:r>
              <w:t>safety</w:t>
            </w:r>
          </w:p>
        </w:tc>
        <w:tc>
          <w:tcPr>
            <w:tcW w:type="dxa" w:w="2880"/>
          </w:tcPr>
          <w:p>
            <w:r>
              <w:t>14</w:t>
            </w:r>
          </w:p>
        </w:tc>
      </w:tr>
      <w:tr>
        <w:tc>
          <w:tcPr>
            <w:tcW w:type="dxa" w:w="2880"/>
          </w:tcPr>
          <w:p>
            <w:r>
              <w:t>2026-07-27</w:t>
            </w:r>
          </w:p>
        </w:tc>
        <w:tc>
          <w:tcPr>
            <w:tcW w:type="dxa" w:w="2880"/>
          </w:tcPr>
          <w:p>
            <w:r>
              <w:t>environmental</w:t>
            </w:r>
          </w:p>
        </w:tc>
        <w:tc>
          <w:tcPr>
            <w:tcW w:type="dxa" w:w="2880"/>
          </w:tcPr>
          <w:p>
            <w:r>
              <w:t>2</w:t>
            </w:r>
          </w:p>
        </w:tc>
      </w:tr>
      <w:tr>
        <w:tc>
          <w:tcPr>
            <w:tcW w:type="dxa" w:w="2880"/>
          </w:tcPr>
          <w:p>
            <w:r>
              <w:t>2026-08-03</w:t>
            </w:r>
          </w:p>
        </w:tc>
        <w:tc>
          <w:tcPr>
            <w:tcW w:type="dxa" w:w="2880"/>
          </w:tcPr>
          <w:p>
            <w:r>
              <w:t>quality</w:t>
            </w:r>
          </w:p>
        </w:tc>
        <w:tc>
          <w:tcPr>
            <w:tcW w:type="dxa" w:w="2880"/>
          </w:tcPr>
          <w:p>
            <w:r>
              <w:t>11</w:t>
            </w:r>
          </w:p>
        </w:tc>
      </w:tr>
      <w:tr>
        <w:tc>
          <w:tcPr>
            <w:tcW w:type="dxa" w:w="2880"/>
          </w:tcPr>
          <w:p>
            <w:r>
              <w:t>2026-08-03</w:t>
            </w:r>
          </w:p>
        </w:tc>
        <w:tc>
          <w:tcPr>
            <w:tcW w:type="dxa" w:w="2880"/>
          </w:tcPr>
          <w:p>
            <w:r>
              <w:t>safety</w:t>
            </w:r>
          </w:p>
        </w:tc>
        <w:tc>
          <w:tcPr>
            <w:tcW w:type="dxa" w:w="2880"/>
          </w:tcPr>
          <w:p>
            <w:r>
              <w:t>18</w:t>
            </w:r>
          </w:p>
        </w:tc>
      </w:tr>
      <w:tr>
        <w:tc>
          <w:tcPr>
            <w:tcW w:type="dxa" w:w="2880"/>
          </w:tcPr>
          <w:p>
            <w:r>
              <w:t>2026-08-03</w:t>
            </w:r>
          </w:p>
        </w:tc>
        <w:tc>
          <w:tcPr>
            <w:tcW w:type="dxa" w:w="2880"/>
          </w:tcPr>
          <w:p>
            <w:r>
              <w:t>environmental</w:t>
            </w:r>
          </w:p>
        </w:tc>
        <w:tc>
          <w:tcPr>
            <w:tcW w:type="dxa" w:w="2880"/>
          </w:tcPr>
          <w:p>
            <w:r>
              <w:t>3</w:t>
            </w:r>
          </w:p>
        </w:tc>
      </w:tr>
      <w:tr>
        <w:tc>
          <w:tcPr>
            <w:tcW w:type="dxa" w:w="2880"/>
          </w:tcPr>
          <w:p>
            <w:r>
              <w:t>2026-08-10</w:t>
            </w:r>
          </w:p>
        </w:tc>
        <w:tc>
          <w:tcPr>
            <w:tcW w:type="dxa" w:w="2880"/>
          </w:tcPr>
          <w:p>
            <w:r>
              <w:t>quality</w:t>
            </w:r>
          </w:p>
        </w:tc>
        <w:tc>
          <w:tcPr>
            <w:tcW w:type="dxa" w:w="2880"/>
          </w:tcPr>
          <w:p>
            <w:r>
              <w:t>19</w:t>
            </w:r>
          </w:p>
        </w:tc>
      </w:tr>
      <w:tr>
        <w:tc>
          <w:tcPr>
            <w:tcW w:type="dxa" w:w="2880"/>
          </w:tcPr>
          <w:p>
            <w:r>
              <w:t>2026-08-10</w:t>
            </w:r>
          </w:p>
        </w:tc>
        <w:tc>
          <w:tcPr>
            <w:tcW w:type="dxa" w:w="2880"/>
          </w:tcPr>
          <w:p>
            <w:r>
              <w:t>safety</w:t>
            </w:r>
          </w:p>
        </w:tc>
        <w:tc>
          <w:tcPr>
            <w:tcW w:type="dxa" w:w="2880"/>
          </w:tcPr>
          <w:p>
            <w:r>
              <w:t>11</w:t>
            </w:r>
          </w:p>
        </w:tc>
      </w:tr>
      <w:tr>
        <w:tc>
          <w:tcPr>
            <w:tcW w:type="dxa" w:w="2880"/>
          </w:tcPr>
          <w:p>
            <w:r>
              <w:t>2026-08-10</w:t>
            </w:r>
          </w:p>
        </w:tc>
        <w:tc>
          <w:tcPr>
            <w:tcW w:type="dxa" w:w="2880"/>
          </w:tcPr>
          <w:p>
            <w:r>
              <w:t>environmental</w:t>
            </w:r>
          </w:p>
        </w:tc>
        <w:tc>
          <w:tcPr>
            <w:tcW w:type="dxa" w:w="2880"/>
          </w:tcPr>
          <w:p>
            <w:r>
              <w:t>2</w:t>
            </w:r>
          </w:p>
        </w:tc>
      </w:tr>
      <w:tr>
        <w:tc>
          <w:tcPr>
            <w:tcW w:type="dxa" w:w="2880"/>
          </w:tcPr>
          <w:p>
            <w:r>
              <w:t>2026-08-17</w:t>
            </w:r>
          </w:p>
        </w:tc>
        <w:tc>
          <w:tcPr>
            <w:tcW w:type="dxa" w:w="2880"/>
          </w:tcPr>
          <w:p>
            <w:r>
              <w:t>quality</w:t>
            </w:r>
          </w:p>
        </w:tc>
        <w:tc>
          <w:tcPr>
            <w:tcW w:type="dxa" w:w="2880"/>
          </w:tcPr>
          <w:p>
            <w:r>
              <w:t>19</w:t>
            </w:r>
          </w:p>
        </w:tc>
      </w:tr>
      <w:tr>
        <w:tc>
          <w:tcPr>
            <w:tcW w:type="dxa" w:w="2880"/>
          </w:tcPr>
          <w:p>
            <w:r>
              <w:t>2026-08-17</w:t>
            </w:r>
          </w:p>
        </w:tc>
        <w:tc>
          <w:tcPr>
            <w:tcW w:type="dxa" w:w="2880"/>
          </w:tcPr>
          <w:p>
            <w:r>
              <w:t>safety</w:t>
            </w:r>
          </w:p>
        </w:tc>
        <w:tc>
          <w:tcPr>
            <w:tcW w:type="dxa" w:w="2880"/>
          </w:tcPr>
          <w:p>
            <w:r>
              <w:t>15</w:t>
            </w:r>
          </w:p>
        </w:tc>
      </w:tr>
      <w:tr>
        <w:tc>
          <w:tcPr>
            <w:tcW w:type="dxa" w:w="2880"/>
          </w:tcPr>
          <w:p>
            <w:r>
              <w:t>2026-08-17</w:t>
            </w:r>
          </w:p>
        </w:tc>
        <w:tc>
          <w:tcPr>
            <w:tcW w:type="dxa" w:w="2880"/>
          </w:tcPr>
          <w:p>
            <w:r>
              <w:t>environmental</w:t>
            </w:r>
          </w:p>
        </w:tc>
        <w:tc>
          <w:tcPr>
            <w:tcW w:type="dxa" w:w="2880"/>
          </w:tcPr>
          <w:p>
            <w:r>
              <w:t>4</w:t>
            </w:r>
          </w:p>
        </w:tc>
      </w:tr>
      <w:tr>
        <w:tc>
          <w:tcPr>
            <w:tcW w:type="dxa" w:w="2880"/>
          </w:tcPr>
          <w:p>
            <w:r>
              <w:t>2026-08-24</w:t>
            </w:r>
          </w:p>
        </w:tc>
        <w:tc>
          <w:tcPr>
            <w:tcW w:type="dxa" w:w="2880"/>
          </w:tcPr>
          <w:p>
            <w:r>
              <w:t>quality</w:t>
            </w:r>
          </w:p>
        </w:tc>
        <w:tc>
          <w:tcPr>
            <w:tcW w:type="dxa" w:w="2880"/>
          </w:tcPr>
          <w:p>
            <w:r>
              <w:t>11</w:t>
            </w:r>
          </w:p>
        </w:tc>
      </w:tr>
      <w:tr>
        <w:tc>
          <w:tcPr>
            <w:tcW w:type="dxa" w:w="2880"/>
          </w:tcPr>
          <w:p>
            <w:r>
              <w:t>2026-08-24</w:t>
            </w:r>
          </w:p>
        </w:tc>
        <w:tc>
          <w:tcPr>
            <w:tcW w:type="dxa" w:w="2880"/>
          </w:tcPr>
          <w:p>
            <w:r>
              <w:t>safety</w:t>
            </w:r>
          </w:p>
        </w:tc>
        <w:tc>
          <w:tcPr>
            <w:tcW w:type="dxa" w:w="2880"/>
          </w:tcPr>
          <w:p>
            <w:r>
              <w:t>10</w:t>
            </w:r>
          </w:p>
        </w:tc>
      </w:tr>
      <w:tr>
        <w:tc>
          <w:tcPr>
            <w:tcW w:type="dxa" w:w="2880"/>
          </w:tcPr>
          <w:p>
            <w:r>
              <w:t>2026-08-24</w:t>
            </w:r>
          </w:p>
        </w:tc>
        <w:tc>
          <w:tcPr>
            <w:tcW w:type="dxa" w:w="2880"/>
          </w:tcPr>
          <w:p>
            <w:r>
              <w:t>environmental</w:t>
            </w:r>
          </w:p>
        </w:tc>
        <w:tc>
          <w:tcPr>
            <w:tcW w:type="dxa" w:w="2880"/>
          </w:tcPr>
          <w:p>
            <w:r>
              <w:t>3</w:t>
            </w:r>
          </w:p>
        </w:tc>
      </w:tr>
      <w:tr>
        <w:tc>
          <w:tcPr>
            <w:tcW w:type="dxa" w:w="2880"/>
          </w:tcPr>
          <w:p>
            <w:r>
              <w:t>2026-08-31</w:t>
            </w:r>
          </w:p>
        </w:tc>
        <w:tc>
          <w:tcPr>
            <w:tcW w:type="dxa" w:w="2880"/>
          </w:tcPr>
          <w:p>
            <w:r>
              <w:t>quality</w:t>
            </w:r>
          </w:p>
        </w:tc>
        <w:tc>
          <w:tcPr>
            <w:tcW w:type="dxa" w:w="2880"/>
          </w:tcPr>
          <w:p>
            <w:r>
              <w:t>24</w:t>
            </w:r>
          </w:p>
        </w:tc>
      </w:tr>
      <w:tr>
        <w:tc>
          <w:tcPr>
            <w:tcW w:type="dxa" w:w="2880"/>
          </w:tcPr>
          <w:p>
            <w:r>
              <w:t>2026-08-31</w:t>
            </w:r>
          </w:p>
        </w:tc>
        <w:tc>
          <w:tcPr>
            <w:tcW w:type="dxa" w:w="2880"/>
          </w:tcPr>
          <w:p>
            <w:r>
              <w:t>safety</w:t>
            </w:r>
          </w:p>
        </w:tc>
        <w:tc>
          <w:tcPr>
            <w:tcW w:type="dxa" w:w="2880"/>
          </w:tcPr>
          <w:p>
            <w:r>
              <w:t>8</w:t>
            </w:r>
          </w:p>
        </w:tc>
      </w:tr>
      <w:tr>
        <w:tc>
          <w:tcPr>
            <w:tcW w:type="dxa" w:w="2880"/>
          </w:tcPr>
          <w:p>
            <w:r>
              <w:t>2026-08-31</w:t>
            </w:r>
          </w:p>
        </w:tc>
        <w:tc>
          <w:tcPr>
            <w:tcW w:type="dxa" w:w="2880"/>
          </w:tcPr>
          <w:p>
            <w:r>
              <w:t>environmental</w:t>
            </w:r>
          </w:p>
        </w:tc>
        <w:tc>
          <w:tcPr>
            <w:tcW w:type="dxa" w:w="2880"/>
          </w:tcPr>
          <w:p>
            <w:r>
              <w:t>3</w:t>
            </w:r>
          </w:p>
        </w:tc>
      </w:tr>
      <w:tr>
        <w:tc>
          <w:tcPr>
            <w:tcW w:type="dxa" w:w="2880"/>
          </w:tcPr>
          <w:p>
            <w:r>
              <w:t>2026-09-07</w:t>
            </w:r>
          </w:p>
        </w:tc>
        <w:tc>
          <w:tcPr>
            <w:tcW w:type="dxa" w:w="2880"/>
          </w:tcPr>
          <w:p>
            <w:r>
              <w:t>quality</w:t>
            </w:r>
          </w:p>
        </w:tc>
        <w:tc>
          <w:tcPr>
            <w:tcW w:type="dxa" w:w="2880"/>
          </w:tcPr>
          <w:p>
            <w:r>
              <w:t>12</w:t>
            </w:r>
          </w:p>
        </w:tc>
      </w:tr>
      <w:tr>
        <w:tc>
          <w:tcPr>
            <w:tcW w:type="dxa" w:w="2880"/>
          </w:tcPr>
          <w:p>
            <w:r>
              <w:t>2026-09-07</w:t>
            </w:r>
          </w:p>
        </w:tc>
        <w:tc>
          <w:tcPr>
            <w:tcW w:type="dxa" w:w="2880"/>
          </w:tcPr>
          <w:p>
            <w:r>
              <w:t>safety</w:t>
            </w:r>
          </w:p>
        </w:tc>
        <w:tc>
          <w:tcPr>
            <w:tcW w:type="dxa" w:w="2880"/>
          </w:tcPr>
          <w:p>
            <w:r>
              <w:t>9</w:t>
            </w:r>
          </w:p>
        </w:tc>
      </w:tr>
      <w:tr>
        <w:tc>
          <w:tcPr>
            <w:tcW w:type="dxa" w:w="2880"/>
          </w:tcPr>
          <w:p>
            <w:r>
              <w:t>2026-09-07</w:t>
            </w:r>
          </w:p>
        </w:tc>
        <w:tc>
          <w:tcPr>
            <w:tcW w:type="dxa" w:w="2880"/>
          </w:tcPr>
          <w:p>
            <w:r>
              <w:t>environmental</w:t>
            </w:r>
          </w:p>
        </w:tc>
        <w:tc>
          <w:tcPr>
            <w:tcW w:type="dxa" w:w="2880"/>
          </w:tcPr>
          <w:p>
            <w:r>
              <w:t>5</w:t>
            </w:r>
          </w:p>
        </w:tc>
      </w:tr>
      <w:tr>
        <w:tc>
          <w:tcPr>
            <w:tcW w:type="dxa" w:w="2880"/>
          </w:tcPr>
          <w:p>
            <w:r>
              <w:t>2026-09-14</w:t>
            </w:r>
          </w:p>
        </w:tc>
        <w:tc>
          <w:tcPr>
            <w:tcW w:type="dxa" w:w="2880"/>
          </w:tcPr>
          <w:p>
            <w:r>
              <w:t>quality</w:t>
            </w:r>
          </w:p>
        </w:tc>
        <w:tc>
          <w:tcPr>
            <w:tcW w:type="dxa" w:w="2880"/>
          </w:tcPr>
          <w:p>
            <w:r>
              <w:t>16</w:t>
            </w:r>
          </w:p>
        </w:tc>
      </w:tr>
      <w:tr>
        <w:tc>
          <w:tcPr>
            <w:tcW w:type="dxa" w:w="2880"/>
          </w:tcPr>
          <w:p>
            <w:r>
              <w:t>2026-09-14</w:t>
            </w:r>
          </w:p>
        </w:tc>
        <w:tc>
          <w:tcPr>
            <w:tcW w:type="dxa" w:w="2880"/>
          </w:tcPr>
          <w:p>
            <w:r>
              <w:t>safety</w:t>
            </w:r>
          </w:p>
        </w:tc>
        <w:tc>
          <w:tcPr>
            <w:tcW w:type="dxa" w:w="2880"/>
          </w:tcPr>
          <w:p>
            <w:r>
              <w:t>10</w:t>
            </w:r>
          </w:p>
        </w:tc>
      </w:tr>
      <w:tr>
        <w:tc>
          <w:tcPr>
            <w:tcW w:type="dxa" w:w="2880"/>
          </w:tcPr>
          <w:p>
            <w:r>
              <w:t>2026-09-14</w:t>
            </w:r>
          </w:p>
        </w:tc>
        <w:tc>
          <w:tcPr>
            <w:tcW w:type="dxa" w:w="2880"/>
          </w:tcPr>
          <w:p>
            <w:r>
              <w:t>environmental</w:t>
            </w:r>
          </w:p>
        </w:tc>
        <w:tc>
          <w:tcPr>
            <w:tcW w:type="dxa" w:w="2880"/>
          </w:tcPr>
          <w:p>
            <w:r>
              <w:t>1</w:t>
            </w:r>
          </w:p>
        </w:tc>
      </w:tr>
      <w:tr>
        <w:tc>
          <w:tcPr>
            <w:tcW w:type="dxa" w:w="2880"/>
          </w:tcPr>
          <w:p>
            <w:r>
              <w:t>2026-09-21</w:t>
            </w:r>
          </w:p>
        </w:tc>
        <w:tc>
          <w:tcPr>
            <w:tcW w:type="dxa" w:w="2880"/>
          </w:tcPr>
          <w:p>
            <w:r>
              <w:t>quality</w:t>
            </w:r>
          </w:p>
        </w:tc>
        <w:tc>
          <w:tcPr>
            <w:tcW w:type="dxa" w:w="2880"/>
          </w:tcPr>
          <w:p>
            <w:r>
              <w:t>19</w:t>
            </w:r>
          </w:p>
        </w:tc>
      </w:tr>
      <w:tr>
        <w:tc>
          <w:tcPr>
            <w:tcW w:type="dxa" w:w="2880"/>
          </w:tcPr>
          <w:p>
            <w:r>
              <w:t>2026-09-21</w:t>
            </w:r>
          </w:p>
        </w:tc>
        <w:tc>
          <w:tcPr>
            <w:tcW w:type="dxa" w:w="2880"/>
          </w:tcPr>
          <w:p>
            <w:r>
              <w:t>safety</w:t>
            </w:r>
          </w:p>
        </w:tc>
        <w:tc>
          <w:tcPr>
            <w:tcW w:type="dxa" w:w="2880"/>
          </w:tcPr>
          <w:p>
            <w:r>
              <w:t>10</w:t>
            </w:r>
          </w:p>
        </w:tc>
      </w:tr>
      <w:tr>
        <w:tc>
          <w:tcPr>
            <w:tcW w:type="dxa" w:w="2880"/>
          </w:tcPr>
          <w:p>
            <w:r>
              <w:t>2026-09-21</w:t>
            </w:r>
          </w:p>
        </w:tc>
        <w:tc>
          <w:tcPr>
            <w:tcW w:type="dxa" w:w="2880"/>
          </w:tcPr>
          <w:p>
            <w:r>
              <w:t>environmental</w:t>
            </w:r>
          </w:p>
        </w:tc>
        <w:tc>
          <w:tcPr>
            <w:tcW w:type="dxa" w:w="2880"/>
          </w:tcPr>
          <w:p>
            <w:r>
              <w:t>2</w:t>
            </w:r>
          </w:p>
        </w:tc>
      </w:tr>
      <w:tr>
        <w:tc>
          <w:tcPr>
            <w:tcW w:type="dxa" w:w="2880"/>
          </w:tcPr>
          <w:p>
            <w:r>
              <w:t>2026-09-28</w:t>
            </w:r>
          </w:p>
        </w:tc>
        <w:tc>
          <w:tcPr>
            <w:tcW w:type="dxa" w:w="2880"/>
          </w:tcPr>
          <w:p>
            <w:r>
              <w:t>quality</w:t>
            </w:r>
          </w:p>
        </w:tc>
        <w:tc>
          <w:tcPr>
            <w:tcW w:type="dxa" w:w="2880"/>
          </w:tcPr>
          <w:p>
            <w:r>
              <w:t>13</w:t>
            </w:r>
          </w:p>
        </w:tc>
      </w:tr>
      <w:tr>
        <w:tc>
          <w:tcPr>
            <w:tcW w:type="dxa" w:w="2880"/>
          </w:tcPr>
          <w:p>
            <w:r>
              <w:t>2026-09-28</w:t>
            </w:r>
          </w:p>
        </w:tc>
        <w:tc>
          <w:tcPr>
            <w:tcW w:type="dxa" w:w="2880"/>
          </w:tcPr>
          <w:p>
            <w:r>
              <w:t>safety</w:t>
            </w:r>
          </w:p>
        </w:tc>
        <w:tc>
          <w:tcPr>
            <w:tcW w:type="dxa" w:w="2880"/>
          </w:tcPr>
          <w:p>
            <w:r>
              <w:t>7</w:t>
            </w:r>
          </w:p>
        </w:tc>
      </w:tr>
      <w:tr>
        <w:tc>
          <w:tcPr>
            <w:tcW w:type="dxa" w:w="2880"/>
          </w:tcPr>
          <w:p>
            <w:r>
              <w:t>2026-09-28</w:t>
            </w:r>
          </w:p>
        </w:tc>
        <w:tc>
          <w:tcPr>
            <w:tcW w:type="dxa" w:w="2880"/>
          </w:tcPr>
          <w:p>
            <w:r>
              <w:t>environmental</w:t>
            </w:r>
          </w:p>
        </w:tc>
        <w:tc>
          <w:tcPr>
            <w:tcW w:type="dxa" w:w="2880"/>
          </w:tcPr>
          <w:p>
            <w:r>
              <w:t>2</w:t>
            </w:r>
          </w:p>
        </w:tc>
      </w:tr>
    </w:tbl>
    <w:p/>
    <w:p>
      <w:pPr>
        <w:pStyle w:val="Heading2"/>
      </w:pPr>
      <w:r>
        <w:t>Figure 48. Repeat and near repeat classification: Inspections and defects over time [109]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quality</w:t>
            </w:r>
          </w:p>
        </w:tc>
        <w:tc>
          <w:tcPr>
            <w:tcW w:type="dxa" w:w="2880"/>
          </w:tcPr>
          <w:p>
            <w:r>
              <w:t>0</w:t>
            </w:r>
          </w:p>
        </w:tc>
      </w:tr>
      <w:tr>
        <w:tc>
          <w:tcPr>
            <w:tcW w:type="dxa" w:w="2880"/>
          </w:tcPr>
          <w:p>
            <w:r>
              <w:t>2026-02-23</w:t>
            </w:r>
          </w:p>
        </w:tc>
        <w:tc>
          <w:tcPr>
            <w:tcW w:type="dxa" w:w="2880"/>
          </w:tcPr>
          <w:p>
            <w:r>
              <w:t>safety</w:t>
            </w:r>
          </w:p>
        </w:tc>
        <w:tc>
          <w:tcPr>
            <w:tcW w:type="dxa" w:w="2880"/>
          </w:tcPr>
          <w:p>
            <w:r>
              <w:t>1</w:t>
            </w:r>
          </w:p>
        </w:tc>
      </w:tr>
      <w:tr>
        <w:tc>
          <w:tcPr>
            <w:tcW w:type="dxa" w:w="2880"/>
          </w:tcPr>
          <w:p>
            <w:r>
              <w:t>2026-02-23</w:t>
            </w:r>
          </w:p>
        </w:tc>
        <w:tc>
          <w:tcPr>
            <w:tcW w:type="dxa" w:w="2880"/>
          </w:tcPr>
          <w:p>
            <w:r>
              <w:t>environmental</w:t>
            </w:r>
          </w:p>
        </w:tc>
        <w:tc>
          <w:tcPr>
            <w:tcW w:type="dxa" w:w="2880"/>
          </w:tcPr>
          <w:p>
            <w:r>
              <w:t>0</w:t>
            </w:r>
          </w:p>
        </w:tc>
      </w:tr>
      <w:tr>
        <w:tc>
          <w:tcPr>
            <w:tcW w:type="dxa" w:w="2880"/>
          </w:tcPr>
          <w:p>
            <w:r>
              <w:t>2026-03-02</w:t>
            </w:r>
          </w:p>
        </w:tc>
        <w:tc>
          <w:tcPr>
            <w:tcW w:type="dxa" w:w="2880"/>
          </w:tcPr>
          <w:p>
            <w:r>
              <w:t>quality</w:t>
            </w:r>
          </w:p>
        </w:tc>
        <w:tc>
          <w:tcPr>
            <w:tcW w:type="dxa" w:w="2880"/>
          </w:tcPr>
          <w:p>
            <w:r>
              <w:t>10</w:t>
            </w:r>
          </w:p>
        </w:tc>
      </w:tr>
      <w:tr>
        <w:tc>
          <w:tcPr>
            <w:tcW w:type="dxa" w:w="2880"/>
          </w:tcPr>
          <w:p>
            <w:r>
              <w:t>2026-03-02</w:t>
            </w:r>
          </w:p>
        </w:tc>
        <w:tc>
          <w:tcPr>
            <w:tcW w:type="dxa" w:w="2880"/>
          </w:tcPr>
          <w:p>
            <w:r>
              <w:t>safety</w:t>
            </w:r>
          </w:p>
        </w:tc>
        <w:tc>
          <w:tcPr>
            <w:tcW w:type="dxa" w:w="2880"/>
          </w:tcPr>
          <w:p>
            <w:r>
              <w:t>11</w:t>
            </w:r>
          </w:p>
        </w:tc>
      </w:tr>
      <w:tr>
        <w:tc>
          <w:tcPr>
            <w:tcW w:type="dxa" w:w="2880"/>
          </w:tcPr>
          <w:p>
            <w:r>
              <w:t>2026-03-02</w:t>
            </w:r>
          </w:p>
        </w:tc>
        <w:tc>
          <w:tcPr>
            <w:tcW w:type="dxa" w:w="2880"/>
          </w:tcPr>
          <w:p>
            <w:r>
              <w:t>environmental</w:t>
            </w:r>
          </w:p>
        </w:tc>
        <w:tc>
          <w:tcPr>
            <w:tcW w:type="dxa" w:w="2880"/>
          </w:tcPr>
          <w:p>
            <w:r>
              <w:t>2</w:t>
            </w:r>
          </w:p>
        </w:tc>
      </w:tr>
      <w:tr>
        <w:tc>
          <w:tcPr>
            <w:tcW w:type="dxa" w:w="2880"/>
          </w:tcPr>
          <w:p>
            <w:r>
              <w:t>2026-03-09</w:t>
            </w:r>
          </w:p>
        </w:tc>
        <w:tc>
          <w:tcPr>
            <w:tcW w:type="dxa" w:w="2880"/>
          </w:tcPr>
          <w:p>
            <w:r>
              <w:t>quality</w:t>
            </w:r>
          </w:p>
        </w:tc>
        <w:tc>
          <w:tcPr>
            <w:tcW w:type="dxa" w:w="2880"/>
          </w:tcPr>
          <w:p>
            <w:r>
              <w:t>10</w:t>
            </w:r>
          </w:p>
        </w:tc>
      </w:tr>
      <w:tr>
        <w:tc>
          <w:tcPr>
            <w:tcW w:type="dxa" w:w="2880"/>
          </w:tcPr>
          <w:p>
            <w:r>
              <w:t>2026-03-09</w:t>
            </w:r>
          </w:p>
        </w:tc>
        <w:tc>
          <w:tcPr>
            <w:tcW w:type="dxa" w:w="2880"/>
          </w:tcPr>
          <w:p>
            <w:r>
              <w:t>safety</w:t>
            </w:r>
          </w:p>
        </w:tc>
        <w:tc>
          <w:tcPr>
            <w:tcW w:type="dxa" w:w="2880"/>
          </w:tcPr>
          <w:p>
            <w:r>
              <w:t>11</w:t>
            </w:r>
          </w:p>
        </w:tc>
      </w:tr>
      <w:tr>
        <w:tc>
          <w:tcPr>
            <w:tcW w:type="dxa" w:w="2880"/>
          </w:tcPr>
          <w:p>
            <w:r>
              <w:t>2026-03-09</w:t>
            </w:r>
          </w:p>
        </w:tc>
        <w:tc>
          <w:tcPr>
            <w:tcW w:type="dxa" w:w="2880"/>
          </w:tcPr>
          <w:p>
            <w:r>
              <w:t>environmental</w:t>
            </w:r>
          </w:p>
        </w:tc>
        <w:tc>
          <w:tcPr>
            <w:tcW w:type="dxa" w:w="2880"/>
          </w:tcPr>
          <w:p>
            <w:r>
              <w:t>4</w:t>
            </w:r>
          </w:p>
        </w:tc>
      </w:tr>
      <w:tr>
        <w:tc>
          <w:tcPr>
            <w:tcW w:type="dxa" w:w="2880"/>
          </w:tcPr>
          <w:p>
            <w:r>
              <w:t>2026-03-16</w:t>
            </w:r>
          </w:p>
        </w:tc>
        <w:tc>
          <w:tcPr>
            <w:tcW w:type="dxa" w:w="2880"/>
          </w:tcPr>
          <w:p>
            <w:r>
              <w:t>quality</w:t>
            </w:r>
          </w:p>
        </w:tc>
        <w:tc>
          <w:tcPr>
            <w:tcW w:type="dxa" w:w="2880"/>
          </w:tcPr>
          <w:p>
            <w:r>
              <w:t>14</w:t>
            </w:r>
          </w:p>
        </w:tc>
      </w:tr>
      <w:tr>
        <w:tc>
          <w:tcPr>
            <w:tcW w:type="dxa" w:w="2880"/>
          </w:tcPr>
          <w:p>
            <w:r>
              <w:t>2026-03-16</w:t>
            </w:r>
          </w:p>
        </w:tc>
        <w:tc>
          <w:tcPr>
            <w:tcW w:type="dxa" w:w="2880"/>
          </w:tcPr>
          <w:p>
            <w:r>
              <w:t>safety</w:t>
            </w:r>
          </w:p>
        </w:tc>
        <w:tc>
          <w:tcPr>
            <w:tcW w:type="dxa" w:w="2880"/>
          </w:tcPr>
          <w:p>
            <w:r>
              <w:t>7</w:t>
            </w:r>
          </w:p>
        </w:tc>
      </w:tr>
      <w:tr>
        <w:tc>
          <w:tcPr>
            <w:tcW w:type="dxa" w:w="2880"/>
          </w:tcPr>
          <w:p>
            <w:r>
              <w:t>2026-03-16</w:t>
            </w:r>
          </w:p>
        </w:tc>
        <w:tc>
          <w:tcPr>
            <w:tcW w:type="dxa" w:w="2880"/>
          </w:tcPr>
          <w:p>
            <w:r>
              <w:t>environmental</w:t>
            </w:r>
          </w:p>
        </w:tc>
        <w:tc>
          <w:tcPr>
            <w:tcW w:type="dxa" w:w="2880"/>
          </w:tcPr>
          <w:p>
            <w:r>
              <w:t>4</w:t>
            </w:r>
          </w:p>
        </w:tc>
      </w:tr>
      <w:tr>
        <w:tc>
          <w:tcPr>
            <w:tcW w:type="dxa" w:w="2880"/>
          </w:tcPr>
          <w:p>
            <w:r>
              <w:t>2026-03-23</w:t>
            </w:r>
          </w:p>
        </w:tc>
        <w:tc>
          <w:tcPr>
            <w:tcW w:type="dxa" w:w="2880"/>
          </w:tcPr>
          <w:p>
            <w:r>
              <w:t>quality</w:t>
            </w:r>
          </w:p>
        </w:tc>
        <w:tc>
          <w:tcPr>
            <w:tcW w:type="dxa" w:w="2880"/>
          </w:tcPr>
          <w:p>
            <w:r>
              <w:t>12</w:t>
            </w:r>
          </w:p>
        </w:tc>
      </w:tr>
      <w:tr>
        <w:tc>
          <w:tcPr>
            <w:tcW w:type="dxa" w:w="2880"/>
          </w:tcPr>
          <w:p>
            <w:r>
              <w:t>2026-03-23</w:t>
            </w:r>
          </w:p>
        </w:tc>
        <w:tc>
          <w:tcPr>
            <w:tcW w:type="dxa" w:w="2880"/>
          </w:tcPr>
          <w:p>
            <w:r>
              <w:t>safety</w:t>
            </w:r>
          </w:p>
        </w:tc>
        <w:tc>
          <w:tcPr>
            <w:tcW w:type="dxa" w:w="2880"/>
          </w:tcPr>
          <w:p>
            <w:r>
              <w:t>9</w:t>
            </w:r>
          </w:p>
        </w:tc>
      </w:tr>
      <w:tr>
        <w:tc>
          <w:tcPr>
            <w:tcW w:type="dxa" w:w="2880"/>
          </w:tcPr>
          <w:p>
            <w:r>
              <w:t>2026-03-23</w:t>
            </w:r>
          </w:p>
        </w:tc>
        <w:tc>
          <w:tcPr>
            <w:tcW w:type="dxa" w:w="2880"/>
          </w:tcPr>
          <w:p>
            <w:r>
              <w:t>environmental</w:t>
            </w:r>
          </w:p>
        </w:tc>
        <w:tc>
          <w:tcPr>
            <w:tcW w:type="dxa" w:w="2880"/>
          </w:tcPr>
          <w:p>
            <w:r>
              <w:t>2</w:t>
            </w:r>
          </w:p>
        </w:tc>
      </w:tr>
      <w:tr>
        <w:tc>
          <w:tcPr>
            <w:tcW w:type="dxa" w:w="2880"/>
          </w:tcPr>
          <w:p>
            <w:r>
              <w:t>2026-03-30</w:t>
            </w:r>
          </w:p>
        </w:tc>
        <w:tc>
          <w:tcPr>
            <w:tcW w:type="dxa" w:w="2880"/>
          </w:tcPr>
          <w:p>
            <w:r>
              <w:t>quality</w:t>
            </w:r>
          </w:p>
        </w:tc>
        <w:tc>
          <w:tcPr>
            <w:tcW w:type="dxa" w:w="2880"/>
          </w:tcPr>
          <w:p>
            <w:r>
              <w:t>15</w:t>
            </w:r>
          </w:p>
        </w:tc>
      </w:tr>
      <w:tr>
        <w:tc>
          <w:tcPr>
            <w:tcW w:type="dxa" w:w="2880"/>
          </w:tcPr>
          <w:p>
            <w:r>
              <w:t>2026-03-30</w:t>
            </w:r>
          </w:p>
        </w:tc>
        <w:tc>
          <w:tcPr>
            <w:tcW w:type="dxa" w:w="2880"/>
          </w:tcPr>
          <w:p>
            <w:r>
              <w:t>safety</w:t>
            </w:r>
          </w:p>
        </w:tc>
        <w:tc>
          <w:tcPr>
            <w:tcW w:type="dxa" w:w="2880"/>
          </w:tcPr>
          <w:p>
            <w:r>
              <w:t>16</w:t>
            </w:r>
          </w:p>
        </w:tc>
      </w:tr>
      <w:tr>
        <w:tc>
          <w:tcPr>
            <w:tcW w:type="dxa" w:w="2880"/>
          </w:tcPr>
          <w:p>
            <w:r>
              <w:t>2026-03-30</w:t>
            </w:r>
          </w:p>
        </w:tc>
        <w:tc>
          <w:tcPr>
            <w:tcW w:type="dxa" w:w="2880"/>
          </w:tcPr>
          <w:p>
            <w:r>
              <w:t>environmental</w:t>
            </w:r>
          </w:p>
        </w:tc>
        <w:tc>
          <w:tcPr>
            <w:tcW w:type="dxa" w:w="2880"/>
          </w:tcPr>
          <w:p>
            <w:r>
              <w:t>5</w:t>
            </w:r>
          </w:p>
        </w:tc>
      </w:tr>
      <w:tr>
        <w:tc>
          <w:tcPr>
            <w:tcW w:type="dxa" w:w="2880"/>
          </w:tcPr>
          <w:p>
            <w:r>
              <w:t>2026-04-06</w:t>
            </w:r>
          </w:p>
        </w:tc>
        <w:tc>
          <w:tcPr>
            <w:tcW w:type="dxa" w:w="2880"/>
          </w:tcPr>
          <w:p>
            <w:r>
              <w:t>quality</w:t>
            </w:r>
          </w:p>
        </w:tc>
        <w:tc>
          <w:tcPr>
            <w:tcW w:type="dxa" w:w="2880"/>
          </w:tcPr>
          <w:p>
            <w:r>
              <w:t>22</w:t>
            </w:r>
          </w:p>
        </w:tc>
      </w:tr>
      <w:tr>
        <w:tc>
          <w:tcPr>
            <w:tcW w:type="dxa" w:w="2880"/>
          </w:tcPr>
          <w:p>
            <w:r>
              <w:t>2026-04-06</w:t>
            </w:r>
          </w:p>
        </w:tc>
        <w:tc>
          <w:tcPr>
            <w:tcW w:type="dxa" w:w="2880"/>
          </w:tcPr>
          <w:p>
            <w:r>
              <w:t>safety</w:t>
            </w:r>
          </w:p>
        </w:tc>
        <w:tc>
          <w:tcPr>
            <w:tcW w:type="dxa" w:w="2880"/>
          </w:tcPr>
          <w:p>
            <w:r>
              <w:t>7</w:t>
            </w:r>
          </w:p>
        </w:tc>
      </w:tr>
      <w:tr>
        <w:tc>
          <w:tcPr>
            <w:tcW w:type="dxa" w:w="2880"/>
          </w:tcPr>
          <w:p>
            <w:r>
              <w:t>2026-04-06</w:t>
            </w:r>
          </w:p>
        </w:tc>
        <w:tc>
          <w:tcPr>
            <w:tcW w:type="dxa" w:w="2880"/>
          </w:tcPr>
          <w:p>
            <w:r>
              <w:t>environmental</w:t>
            </w:r>
          </w:p>
        </w:tc>
        <w:tc>
          <w:tcPr>
            <w:tcW w:type="dxa" w:w="2880"/>
          </w:tcPr>
          <w:p>
            <w:r>
              <w:t>2</w:t>
            </w:r>
          </w:p>
        </w:tc>
      </w:tr>
      <w:tr>
        <w:tc>
          <w:tcPr>
            <w:tcW w:type="dxa" w:w="2880"/>
          </w:tcPr>
          <w:p>
            <w:r>
              <w:t>2026-04-13</w:t>
            </w:r>
          </w:p>
        </w:tc>
        <w:tc>
          <w:tcPr>
            <w:tcW w:type="dxa" w:w="2880"/>
          </w:tcPr>
          <w:p>
            <w:r>
              <w:t>quality</w:t>
            </w:r>
          </w:p>
        </w:tc>
        <w:tc>
          <w:tcPr>
            <w:tcW w:type="dxa" w:w="2880"/>
          </w:tcPr>
          <w:p>
            <w:r>
              <w:t>16</w:t>
            </w:r>
          </w:p>
        </w:tc>
      </w:tr>
      <w:tr>
        <w:tc>
          <w:tcPr>
            <w:tcW w:type="dxa" w:w="2880"/>
          </w:tcPr>
          <w:p>
            <w:r>
              <w:t>2026-04-13</w:t>
            </w:r>
          </w:p>
        </w:tc>
        <w:tc>
          <w:tcPr>
            <w:tcW w:type="dxa" w:w="2880"/>
          </w:tcPr>
          <w:p>
            <w:r>
              <w:t>safety</w:t>
            </w:r>
          </w:p>
        </w:tc>
        <w:tc>
          <w:tcPr>
            <w:tcW w:type="dxa" w:w="2880"/>
          </w:tcPr>
          <w:p>
            <w:r>
              <w:t>8</w:t>
            </w:r>
          </w:p>
        </w:tc>
      </w:tr>
      <w:tr>
        <w:tc>
          <w:tcPr>
            <w:tcW w:type="dxa" w:w="2880"/>
          </w:tcPr>
          <w:p>
            <w:r>
              <w:t>2026-04-13</w:t>
            </w:r>
          </w:p>
        </w:tc>
        <w:tc>
          <w:tcPr>
            <w:tcW w:type="dxa" w:w="2880"/>
          </w:tcPr>
          <w:p>
            <w:r>
              <w:t>environmental</w:t>
            </w:r>
          </w:p>
        </w:tc>
        <w:tc>
          <w:tcPr>
            <w:tcW w:type="dxa" w:w="2880"/>
          </w:tcPr>
          <w:p>
            <w:r>
              <w:t>0</w:t>
            </w:r>
          </w:p>
        </w:tc>
      </w:tr>
      <w:tr>
        <w:tc>
          <w:tcPr>
            <w:tcW w:type="dxa" w:w="2880"/>
          </w:tcPr>
          <w:p>
            <w:r>
              <w:t>2026-04-20</w:t>
            </w:r>
          </w:p>
        </w:tc>
        <w:tc>
          <w:tcPr>
            <w:tcW w:type="dxa" w:w="2880"/>
          </w:tcPr>
          <w:p>
            <w:r>
              <w:t>quality</w:t>
            </w:r>
          </w:p>
        </w:tc>
        <w:tc>
          <w:tcPr>
            <w:tcW w:type="dxa" w:w="2880"/>
          </w:tcPr>
          <w:p>
            <w:r>
              <w:t>9</w:t>
            </w:r>
          </w:p>
        </w:tc>
      </w:tr>
      <w:tr>
        <w:tc>
          <w:tcPr>
            <w:tcW w:type="dxa" w:w="2880"/>
          </w:tcPr>
          <w:p>
            <w:r>
              <w:t>2026-04-20</w:t>
            </w:r>
          </w:p>
        </w:tc>
        <w:tc>
          <w:tcPr>
            <w:tcW w:type="dxa" w:w="2880"/>
          </w:tcPr>
          <w:p>
            <w:r>
              <w:t>safety</w:t>
            </w:r>
          </w:p>
        </w:tc>
        <w:tc>
          <w:tcPr>
            <w:tcW w:type="dxa" w:w="2880"/>
          </w:tcPr>
          <w:p>
            <w:r>
              <w:t>12</w:t>
            </w:r>
          </w:p>
        </w:tc>
      </w:tr>
      <w:tr>
        <w:tc>
          <w:tcPr>
            <w:tcW w:type="dxa" w:w="2880"/>
          </w:tcPr>
          <w:p>
            <w:r>
              <w:t>2026-04-20</w:t>
            </w:r>
          </w:p>
        </w:tc>
        <w:tc>
          <w:tcPr>
            <w:tcW w:type="dxa" w:w="2880"/>
          </w:tcPr>
          <w:p>
            <w:r>
              <w:t>environmental</w:t>
            </w:r>
          </w:p>
        </w:tc>
        <w:tc>
          <w:tcPr>
            <w:tcW w:type="dxa" w:w="2880"/>
          </w:tcPr>
          <w:p>
            <w:r>
              <w:t>1</w:t>
            </w:r>
          </w:p>
        </w:tc>
      </w:tr>
      <w:tr>
        <w:tc>
          <w:tcPr>
            <w:tcW w:type="dxa" w:w="2880"/>
          </w:tcPr>
          <w:p>
            <w:r>
              <w:t>2026-04-27</w:t>
            </w:r>
          </w:p>
        </w:tc>
        <w:tc>
          <w:tcPr>
            <w:tcW w:type="dxa" w:w="2880"/>
          </w:tcPr>
          <w:p>
            <w:r>
              <w:t>quality</w:t>
            </w:r>
          </w:p>
        </w:tc>
        <w:tc>
          <w:tcPr>
            <w:tcW w:type="dxa" w:w="2880"/>
          </w:tcPr>
          <w:p>
            <w:r>
              <w:t>8</w:t>
            </w:r>
          </w:p>
        </w:tc>
      </w:tr>
      <w:tr>
        <w:tc>
          <w:tcPr>
            <w:tcW w:type="dxa" w:w="2880"/>
          </w:tcPr>
          <w:p>
            <w:r>
              <w:t>2026-04-27</w:t>
            </w:r>
          </w:p>
        </w:tc>
        <w:tc>
          <w:tcPr>
            <w:tcW w:type="dxa" w:w="2880"/>
          </w:tcPr>
          <w:p>
            <w:r>
              <w:t>safety</w:t>
            </w:r>
          </w:p>
        </w:tc>
        <w:tc>
          <w:tcPr>
            <w:tcW w:type="dxa" w:w="2880"/>
          </w:tcPr>
          <w:p>
            <w:r>
              <w:t>11</w:t>
            </w:r>
          </w:p>
        </w:tc>
      </w:tr>
      <w:tr>
        <w:tc>
          <w:tcPr>
            <w:tcW w:type="dxa" w:w="2880"/>
          </w:tcPr>
          <w:p>
            <w:r>
              <w:t>2026-04-27</w:t>
            </w:r>
          </w:p>
        </w:tc>
        <w:tc>
          <w:tcPr>
            <w:tcW w:type="dxa" w:w="2880"/>
          </w:tcPr>
          <w:p>
            <w:r>
              <w:t>environmental</w:t>
            </w:r>
          </w:p>
        </w:tc>
        <w:tc>
          <w:tcPr>
            <w:tcW w:type="dxa" w:w="2880"/>
          </w:tcPr>
          <w:p>
            <w:r>
              <w:t>0</w:t>
            </w:r>
          </w:p>
        </w:tc>
      </w:tr>
      <w:tr>
        <w:tc>
          <w:tcPr>
            <w:tcW w:type="dxa" w:w="2880"/>
          </w:tcPr>
          <w:p>
            <w:r>
              <w:t>2026-05-04</w:t>
            </w:r>
          </w:p>
        </w:tc>
        <w:tc>
          <w:tcPr>
            <w:tcW w:type="dxa" w:w="2880"/>
          </w:tcPr>
          <w:p>
            <w:r>
              <w:t>quality</w:t>
            </w:r>
          </w:p>
        </w:tc>
        <w:tc>
          <w:tcPr>
            <w:tcW w:type="dxa" w:w="2880"/>
          </w:tcPr>
          <w:p>
            <w:r>
              <w:t>11</w:t>
            </w:r>
          </w:p>
        </w:tc>
      </w:tr>
      <w:tr>
        <w:tc>
          <w:tcPr>
            <w:tcW w:type="dxa" w:w="2880"/>
          </w:tcPr>
          <w:p>
            <w:r>
              <w:t>2026-05-04</w:t>
            </w:r>
          </w:p>
        </w:tc>
        <w:tc>
          <w:tcPr>
            <w:tcW w:type="dxa" w:w="2880"/>
          </w:tcPr>
          <w:p>
            <w:r>
              <w:t>safety</w:t>
            </w:r>
          </w:p>
        </w:tc>
        <w:tc>
          <w:tcPr>
            <w:tcW w:type="dxa" w:w="2880"/>
          </w:tcPr>
          <w:p>
            <w:r>
              <w:t>12</w:t>
            </w:r>
          </w:p>
        </w:tc>
      </w:tr>
      <w:tr>
        <w:tc>
          <w:tcPr>
            <w:tcW w:type="dxa" w:w="2880"/>
          </w:tcPr>
          <w:p>
            <w:r>
              <w:t>2026-05-04</w:t>
            </w:r>
          </w:p>
        </w:tc>
        <w:tc>
          <w:tcPr>
            <w:tcW w:type="dxa" w:w="2880"/>
          </w:tcPr>
          <w:p>
            <w:r>
              <w:t>environmental</w:t>
            </w:r>
          </w:p>
        </w:tc>
        <w:tc>
          <w:tcPr>
            <w:tcW w:type="dxa" w:w="2880"/>
          </w:tcPr>
          <w:p>
            <w:r>
              <w:t>6</w:t>
            </w:r>
          </w:p>
        </w:tc>
      </w:tr>
      <w:tr>
        <w:tc>
          <w:tcPr>
            <w:tcW w:type="dxa" w:w="2880"/>
          </w:tcPr>
          <w:p>
            <w:r>
              <w:t>2026-05-11</w:t>
            </w:r>
          </w:p>
        </w:tc>
        <w:tc>
          <w:tcPr>
            <w:tcW w:type="dxa" w:w="2880"/>
          </w:tcPr>
          <w:p>
            <w:r>
              <w:t>quality</w:t>
            </w:r>
          </w:p>
        </w:tc>
        <w:tc>
          <w:tcPr>
            <w:tcW w:type="dxa" w:w="2880"/>
          </w:tcPr>
          <w:p>
            <w:r>
              <w:t>16</w:t>
            </w:r>
          </w:p>
        </w:tc>
      </w:tr>
      <w:tr>
        <w:tc>
          <w:tcPr>
            <w:tcW w:type="dxa" w:w="2880"/>
          </w:tcPr>
          <w:p>
            <w:r>
              <w:t>2026-05-11</w:t>
            </w:r>
          </w:p>
        </w:tc>
        <w:tc>
          <w:tcPr>
            <w:tcW w:type="dxa" w:w="2880"/>
          </w:tcPr>
          <w:p>
            <w:r>
              <w:t>safety</w:t>
            </w:r>
          </w:p>
        </w:tc>
        <w:tc>
          <w:tcPr>
            <w:tcW w:type="dxa" w:w="2880"/>
          </w:tcPr>
          <w:p>
            <w:r>
              <w:t>10</w:t>
            </w:r>
          </w:p>
        </w:tc>
      </w:tr>
      <w:tr>
        <w:tc>
          <w:tcPr>
            <w:tcW w:type="dxa" w:w="2880"/>
          </w:tcPr>
          <w:p>
            <w:r>
              <w:t>2026-05-11</w:t>
            </w:r>
          </w:p>
        </w:tc>
        <w:tc>
          <w:tcPr>
            <w:tcW w:type="dxa" w:w="2880"/>
          </w:tcPr>
          <w:p>
            <w:r>
              <w:t>environmental</w:t>
            </w:r>
          </w:p>
        </w:tc>
        <w:tc>
          <w:tcPr>
            <w:tcW w:type="dxa" w:w="2880"/>
          </w:tcPr>
          <w:p>
            <w:r>
              <w:t>2</w:t>
            </w:r>
          </w:p>
        </w:tc>
      </w:tr>
      <w:tr>
        <w:tc>
          <w:tcPr>
            <w:tcW w:type="dxa" w:w="2880"/>
          </w:tcPr>
          <w:p>
            <w:r>
              <w:t>2026-05-18</w:t>
            </w:r>
          </w:p>
        </w:tc>
        <w:tc>
          <w:tcPr>
            <w:tcW w:type="dxa" w:w="2880"/>
          </w:tcPr>
          <w:p>
            <w:r>
              <w:t>quality</w:t>
            </w:r>
          </w:p>
        </w:tc>
        <w:tc>
          <w:tcPr>
            <w:tcW w:type="dxa" w:w="2880"/>
          </w:tcPr>
          <w:p>
            <w:r>
              <w:t>9</w:t>
            </w:r>
          </w:p>
        </w:tc>
      </w:tr>
      <w:tr>
        <w:tc>
          <w:tcPr>
            <w:tcW w:type="dxa" w:w="2880"/>
          </w:tcPr>
          <w:p>
            <w:r>
              <w:t>2026-05-18</w:t>
            </w:r>
          </w:p>
        </w:tc>
        <w:tc>
          <w:tcPr>
            <w:tcW w:type="dxa" w:w="2880"/>
          </w:tcPr>
          <w:p>
            <w:r>
              <w:t>safety</w:t>
            </w:r>
          </w:p>
        </w:tc>
        <w:tc>
          <w:tcPr>
            <w:tcW w:type="dxa" w:w="2880"/>
          </w:tcPr>
          <w:p>
            <w:r>
              <w:t>9</w:t>
            </w:r>
          </w:p>
        </w:tc>
      </w:tr>
      <w:tr>
        <w:tc>
          <w:tcPr>
            <w:tcW w:type="dxa" w:w="2880"/>
          </w:tcPr>
          <w:p>
            <w:r>
              <w:t>2026-05-18</w:t>
            </w:r>
          </w:p>
        </w:tc>
        <w:tc>
          <w:tcPr>
            <w:tcW w:type="dxa" w:w="2880"/>
          </w:tcPr>
          <w:p>
            <w:r>
              <w:t>environmental</w:t>
            </w:r>
          </w:p>
        </w:tc>
        <w:tc>
          <w:tcPr>
            <w:tcW w:type="dxa" w:w="2880"/>
          </w:tcPr>
          <w:p>
            <w:r>
              <w:t>3</w:t>
            </w:r>
          </w:p>
        </w:tc>
      </w:tr>
      <w:tr>
        <w:tc>
          <w:tcPr>
            <w:tcW w:type="dxa" w:w="2880"/>
          </w:tcPr>
          <w:p>
            <w:r>
              <w:t>2026-05-25</w:t>
            </w:r>
          </w:p>
        </w:tc>
        <w:tc>
          <w:tcPr>
            <w:tcW w:type="dxa" w:w="2880"/>
          </w:tcPr>
          <w:p>
            <w:r>
              <w:t>quality</w:t>
            </w:r>
          </w:p>
        </w:tc>
        <w:tc>
          <w:tcPr>
            <w:tcW w:type="dxa" w:w="2880"/>
          </w:tcPr>
          <w:p>
            <w:r>
              <w:t>17</w:t>
            </w:r>
          </w:p>
        </w:tc>
      </w:tr>
      <w:tr>
        <w:tc>
          <w:tcPr>
            <w:tcW w:type="dxa" w:w="2880"/>
          </w:tcPr>
          <w:p>
            <w:r>
              <w:t>2026-05-25</w:t>
            </w:r>
          </w:p>
        </w:tc>
        <w:tc>
          <w:tcPr>
            <w:tcW w:type="dxa" w:w="2880"/>
          </w:tcPr>
          <w:p>
            <w:r>
              <w:t>safety</w:t>
            </w:r>
          </w:p>
        </w:tc>
        <w:tc>
          <w:tcPr>
            <w:tcW w:type="dxa" w:w="2880"/>
          </w:tcPr>
          <w:p>
            <w:r>
              <w:t>12</w:t>
            </w:r>
          </w:p>
        </w:tc>
      </w:tr>
      <w:tr>
        <w:tc>
          <w:tcPr>
            <w:tcW w:type="dxa" w:w="2880"/>
          </w:tcPr>
          <w:p>
            <w:r>
              <w:t>2026-05-25</w:t>
            </w:r>
          </w:p>
        </w:tc>
        <w:tc>
          <w:tcPr>
            <w:tcW w:type="dxa" w:w="2880"/>
          </w:tcPr>
          <w:p>
            <w:r>
              <w:t>environmental</w:t>
            </w:r>
          </w:p>
        </w:tc>
        <w:tc>
          <w:tcPr>
            <w:tcW w:type="dxa" w:w="2880"/>
          </w:tcPr>
          <w:p>
            <w:r>
              <w:t>2</w:t>
            </w:r>
          </w:p>
        </w:tc>
      </w:tr>
      <w:tr>
        <w:tc>
          <w:tcPr>
            <w:tcW w:type="dxa" w:w="2880"/>
          </w:tcPr>
          <w:p>
            <w:r>
              <w:t>2026-06-01</w:t>
            </w:r>
          </w:p>
        </w:tc>
        <w:tc>
          <w:tcPr>
            <w:tcW w:type="dxa" w:w="2880"/>
          </w:tcPr>
          <w:p>
            <w:r>
              <w:t>quality</w:t>
            </w:r>
          </w:p>
        </w:tc>
        <w:tc>
          <w:tcPr>
            <w:tcW w:type="dxa" w:w="2880"/>
          </w:tcPr>
          <w:p>
            <w:r>
              <w:t>15</w:t>
            </w:r>
          </w:p>
        </w:tc>
      </w:tr>
      <w:tr>
        <w:tc>
          <w:tcPr>
            <w:tcW w:type="dxa" w:w="2880"/>
          </w:tcPr>
          <w:p>
            <w:r>
              <w:t>2026-06-01</w:t>
            </w:r>
          </w:p>
        </w:tc>
        <w:tc>
          <w:tcPr>
            <w:tcW w:type="dxa" w:w="2880"/>
          </w:tcPr>
          <w:p>
            <w:r>
              <w:t>safety</w:t>
            </w:r>
          </w:p>
        </w:tc>
        <w:tc>
          <w:tcPr>
            <w:tcW w:type="dxa" w:w="2880"/>
          </w:tcPr>
          <w:p>
            <w:r>
              <w:t>15</w:t>
            </w:r>
          </w:p>
        </w:tc>
      </w:tr>
      <w:tr>
        <w:tc>
          <w:tcPr>
            <w:tcW w:type="dxa" w:w="2880"/>
          </w:tcPr>
          <w:p>
            <w:r>
              <w:t>2026-06-01</w:t>
            </w:r>
          </w:p>
        </w:tc>
        <w:tc>
          <w:tcPr>
            <w:tcW w:type="dxa" w:w="2880"/>
          </w:tcPr>
          <w:p>
            <w:r>
              <w:t>environmental</w:t>
            </w:r>
          </w:p>
        </w:tc>
        <w:tc>
          <w:tcPr>
            <w:tcW w:type="dxa" w:w="2880"/>
          </w:tcPr>
          <w:p>
            <w:r>
              <w:t>3</w:t>
            </w:r>
          </w:p>
        </w:tc>
      </w:tr>
      <w:tr>
        <w:tc>
          <w:tcPr>
            <w:tcW w:type="dxa" w:w="2880"/>
          </w:tcPr>
          <w:p>
            <w:r>
              <w:t>2026-06-08</w:t>
            </w:r>
          </w:p>
        </w:tc>
        <w:tc>
          <w:tcPr>
            <w:tcW w:type="dxa" w:w="2880"/>
          </w:tcPr>
          <w:p>
            <w:r>
              <w:t>quality</w:t>
            </w:r>
          </w:p>
        </w:tc>
        <w:tc>
          <w:tcPr>
            <w:tcW w:type="dxa" w:w="2880"/>
          </w:tcPr>
          <w:p>
            <w:r>
              <w:t>17</w:t>
            </w:r>
          </w:p>
        </w:tc>
      </w:tr>
      <w:tr>
        <w:tc>
          <w:tcPr>
            <w:tcW w:type="dxa" w:w="2880"/>
          </w:tcPr>
          <w:p>
            <w:r>
              <w:t>2026-06-08</w:t>
            </w:r>
          </w:p>
        </w:tc>
        <w:tc>
          <w:tcPr>
            <w:tcW w:type="dxa" w:w="2880"/>
          </w:tcPr>
          <w:p>
            <w:r>
              <w:t>safety</w:t>
            </w:r>
          </w:p>
        </w:tc>
        <w:tc>
          <w:tcPr>
            <w:tcW w:type="dxa" w:w="2880"/>
          </w:tcPr>
          <w:p>
            <w:r>
              <w:t>12</w:t>
            </w:r>
          </w:p>
        </w:tc>
      </w:tr>
      <w:tr>
        <w:tc>
          <w:tcPr>
            <w:tcW w:type="dxa" w:w="2880"/>
          </w:tcPr>
          <w:p>
            <w:r>
              <w:t>2026-06-08</w:t>
            </w:r>
          </w:p>
        </w:tc>
        <w:tc>
          <w:tcPr>
            <w:tcW w:type="dxa" w:w="2880"/>
          </w:tcPr>
          <w:p>
            <w:r>
              <w:t>environmental</w:t>
            </w:r>
          </w:p>
        </w:tc>
        <w:tc>
          <w:tcPr>
            <w:tcW w:type="dxa" w:w="2880"/>
          </w:tcPr>
          <w:p>
            <w:r>
              <w:t>6</w:t>
            </w:r>
          </w:p>
        </w:tc>
      </w:tr>
      <w:tr>
        <w:tc>
          <w:tcPr>
            <w:tcW w:type="dxa" w:w="2880"/>
          </w:tcPr>
          <w:p>
            <w:r>
              <w:t>2026-06-15</w:t>
            </w:r>
          </w:p>
        </w:tc>
        <w:tc>
          <w:tcPr>
            <w:tcW w:type="dxa" w:w="2880"/>
          </w:tcPr>
          <w:p>
            <w:r>
              <w:t>quality</w:t>
            </w:r>
          </w:p>
        </w:tc>
        <w:tc>
          <w:tcPr>
            <w:tcW w:type="dxa" w:w="2880"/>
          </w:tcPr>
          <w:p>
            <w:r>
              <w:t>19</w:t>
            </w:r>
          </w:p>
        </w:tc>
      </w:tr>
      <w:tr>
        <w:tc>
          <w:tcPr>
            <w:tcW w:type="dxa" w:w="2880"/>
          </w:tcPr>
          <w:p>
            <w:r>
              <w:t>2026-06-15</w:t>
            </w:r>
          </w:p>
        </w:tc>
        <w:tc>
          <w:tcPr>
            <w:tcW w:type="dxa" w:w="2880"/>
          </w:tcPr>
          <w:p>
            <w:r>
              <w:t>safety</w:t>
            </w:r>
          </w:p>
        </w:tc>
        <w:tc>
          <w:tcPr>
            <w:tcW w:type="dxa" w:w="2880"/>
          </w:tcPr>
          <w:p>
            <w:r>
              <w:t>8</w:t>
            </w:r>
          </w:p>
        </w:tc>
      </w:tr>
      <w:tr>
        <w:tc>
          <w:tcPr>
            <w:tcW w:type="dxa" w:w="2880"/>
          </w:tcPr>
          <w:p>
            <w:r>
              <w:t>2026-06-15</w:t>
            </w:r>
          </w:p>
        </w:tc>
        <w:tc>
          <w:tcPr>
            <w:tcW w:type="dxa" w:w="2880"/>
          </w:tcPr>
          <w:p>
            <w:r>
              <w:t>environmental</w:t>
            </w:r>
          </w:p>
        </w:tc>
        <w:tc>
          <w:tcPr>
            <w:tcW w:type="dxa" w:w="2880"/>
          </w:tcPr>
          <w:p>
            <w:r>
              <w:t>1</w:t>
            </w:r>
          </w:p>
        </w:tc>
      </w:tr>
      <w:tr>
        <w:tc>
          <w:tcPr>
            <w:tcW w:type="dxa" w:w="2880"/>
          </w:tcPr>
          <w:p>
            <w:r>
              <w:t>2026-06-22</w:t>
            </w:r>
          </w:p>
        </w:tc>
        <w:tc>
          <w:tcPr>
            <w:tcW w:type="dxa" w:w="2880"/>
          </w:tcPr>
          <w:p>
            <w:r>
              <w:t>quality</w:t>
            </w:r>
          </w:p>
        </w:tc>
        <w:tc>
          <w:tcPr>
            <w:tcW w:type="dxa" w:w="2880"/>
          </w:tcPr>
          <w:p>
            <w:r>
              <w:t>19</w:t>
            </w:r>
          </w:p>
        </w:tc>
      </w:tr>
      <w:tr>
        <w:tc>
          <w:tcPr>
            <w:tcW w:type="dxa" w:w="2880"/>
          </w:tcPr>
          <w:p>
            <w:r>
              <w:t>2026-06-22</w:t>
            </w:r>
          </w:p>
        </w:tc>
        <w:tc>
          <w:tcPr>
            <w:tcW w:type="dxa" w:w="2880"/>
          </w:tcPr>
          <w:p>
            <w:r>
              <w:t>safety</w:t>
            </w:r>
          </w:p>
        </w:tc>
        <w:tc>
          <w:tcPr>
            <w:tcW w:type="dxa" w:w="2880"/>
          </w:tcPr>
          <w:p>
            <w:r>
              <w:t>10</w:t>
            </w:r>
          </w:p>
        </w:tc>
      </w:tr>
      <w:tr>
        <w:tc>
          <w:tcPr>
            <w:tcW w:type="dxa" w:w="2880"/>
          </w:tcPr>
          <w:p>
            <w:r>
              <w:t>2026-06-22</w:t>
            </w:r>
          </w:p>
        </w:tc>
        <w:tc>
          <w:tcPr>
            <w:tcW w:type="dxa" w:w="2880"/>
          </w:tcPr>
          <w:p>
            <w:r>
              <w:t>environmental</w:t>
            </w:r>
          </w:p>
        </w:tc>
        <w:tc>
          <w:tcPr>
            <w:tcW w:type="dxa" w:w="2880"/>
          </w:tcPr>
          <w:p>
            <w:r>
              <w:t>7</w:t>
            </w:r>
          </w:p>
        </w:tc>
      </w:tr>
      <w:tr>
        <w:tc>
          <w:tcPr>
            <w:tcW w:type="dxa" w:w="2880"/>
          </w:tcPr>
          <w:p>
            <w:r>
              <w:t>2026-06-29</w:t>
            </w:r>
          </w:p>
        </w:tc>
        <w:tc>
          <w:tcPr>
            <w:tcW w:type="dxa" w:w="2880"/>
          </w:tcPr>
          <w:p>
            <w:r>
              <w:t>quality</w:t>
            </w:r>
          </w:p>
        </w:tc>
        <w:tc>
          <w:tcPr>
            <w:tcW w:type="dxa" w:w="2880"/>
          </w:tcPr>
          <w:p>
            <w:r>
              <w:t>11</w:t>
            </w:r>
          </w:p>
        </w:tc>
      </w:tr>
      <w:tr>
        <w:tc>
          <w:tcPr>
            <w:tcW w:type="dxa" w:w="2880"/>
          </w:tcPr>
          <w:p>
            <w:r>
              <w:t>2026-06-29</w:t>
            </w:r>
          </w:p>
        </w:tc>
        <w:tc>
          <w:tcPr>
            <w:tcW w:type="dxa" w:w="2880"/>
          </w:tcPr>
          <w:p>
            <w:r>
              <w:t>safety</w:t>
            </w:r>
          </w:p>
        </w:tc>
        <w:tc>
          <w:tcPr>
            <w:tcW w:type="dxa" w:w="2880"/>
          </w:tcPr>
          <w:p>
            <w:r>
              <w:t>13</w:t>
            </w:r>
          </w:p>
        </w:tc>
      </w:tr>
      <w:tr>
        <w:tc>
          <w:tcPr>
            <w:tcW w:type="dxa" w:w="2880"/>
          </w:tcPr>
          <w:p>
            <w:r>
              <w:t>2026-06-29</w:t>
            </w:r>
          </w:p>
        </w:tc>
        <w:tc>
          <w:tcPr>
            <w:tcW w:type="dxa" w:w="2880"/>
          </w:tcPr>
          <w:p>
            <w:r>
              <w:t>environmental</w:t>
            </w:r>
          </w:p>
        </w:tc>
        <w:tc>
          <w:tcPr>
            <w:tcW w:type="dxa" w:w="2880"/>
          </w:tcPr>
          <w:p>
            <w:r>
              <w:t>3</w:t>
            </w:r>
          </w:p>
        </w:tc>
      </w:tr>
      <w:tr>
        <w:tc>
          <w:tcPr>
            <w:tcW w:type="dxa" w:w="2880"/>
          </w:tcPr>
          <w:p>
            <w:r>
              <w:t>2026-07-06</w:t>
            </w:r>
          </w:p>
        </w:tc>
        <w:tc>
          <w:tcPr>
            <w:tcW w:type="dxa" w:w="2880"/>
          </w:tcPr>
          <w:p>
            <w:r>
              <w:t>quality</w:t>
            </w:r>
          </w:p>
        </w:tc>
        <w:tc>
          <w:tcPr>
            <w:tcW w:type="dxa" w:w="2880"/>
          </w:tcPr>
          <w:p>
            <w:r>
              <w:t>16</w:t>
            </w:r>
          </w:p>
        </w:tc>
      </w:tr>
      <w:tr>
        <w:tc>
          <w:tcPr>
            <w:tcW w:type="dxa" w:w="2880"/>
          </w:tcPr>
          <w:p>
            <w:r>
              <w:t>2026-07-06</w:t>
            </w:r>
          </w:p>
        </w:tc>
        <w:tc>
          <w:tcPr>
            <w:tcW w:type="dxa" w:w="2880"/>
          </w:tcPr>
          <w:p>
            <w:r>
              <w:t>safety</w:t>
            </w:r>
          </w:p>
        </w:tc>
        <w:tc>
          <w:tcPr>
            <w:tcW w:type="dxa" w:w="2880"/>
          </w:tcPr>
          <w:p>
            <w:r>
              <w:t>13</w:t>
            </w:r>
          </w:p>
        </w:tc>
      </w:tr>
      <w:tr>
        <w:tc>
          <w:tcPr>
            <w:tcW w:type="dxa" w:w="2880"/>
          </w:tcPr>
          <w:p>
            <w:r>
              <w:t>2026-07-06</w:t>
            </w:r>
          </w:p>
        </w:tc>
        <w:tc>
          <w:tcPr>
            <w:tcW w:type="dxa" w:w="2880"/>
          </w:tcPr>
          <w:p>
            <w:r>
              <w:t>environmental</w:t>
            </w:r>
          </w:p>
        </w:tc>
        <w:tc>
          <w:tcPr>
            <w:tcW w:type="dxa" w:w="2880"/>
          </w:tcPr>
          <w:p>
            <w:r>
              <w:t>3</w:t>
            </w:r>
          </w:p>
        </w:tc>
      </w:tr>
      <w:tr>
        <w:tc>
          <w:tcPr>
            <w:tcW w:type="dxa" w:w="2880"/>
          </w:tcPr>
          <w:p>
            <w:r>
              <w:t>2026-07-13</w:t>
            </w:r>
          </w:p>
        </w:tc>
        <w:tc>
          <w:tcPr>
            <w:tcW w:type="dxa" w:w="2880"/>
          </w:tcPr>
          <w:p>
            <w:r>
              <w:t>quality</w:t>
            </w:r>
          </w:p>
        </w:tc>
        <w:tc>
          <w:tcPr>
            <w:tcW w:type="dxa" w:w="2880"/>
          </w:tcPr>
          <w:p>
            <w:r>
              <w:t>15</w:t>
            </w:r>
          </w:p>
        </w:tc>
      </w:tr>
      <w:tr>
        <w:tc>
          <w:tcPr>
            <w:tcW w:type="dxa" w:w="2880"/>
          </w:tcPr>
          <w:p>
            <w:r>
              <w:t>2026-07-13</w:t>
            </w:r>
          </w:p>
        </w:tc>
        <w:tc>
          <w:tcPr>
            <w:tcW w:type="dxa" w:w="2880"/>
          </w:tcPr>
          <w:p>
            <w:r>
              <w:t>safety</w:t>
            </w:r>
          </w:p>
        </w:tc>
        <w:tc>
          <w:tcPr>
            <w:tcW w:type="dxa" w:w="2880"/>
          </w:tcPr>
          <w:p>
            <w:r>
              <w:t>13</w:t>
            </w:r>
          </w:p>
        </w:tc>
      </w:tr>
      <w:tr>
        <w:tc>
          <w:tcPr>
            <w:tcW w:type="dxa" w:w="2880"/>
          </w:tcPr>
          <w:p>
            <w:r>
              <w:t>2026-07-13</w:t>
            </w:r>
          </w:p>
        </w:tc>
        <w:tc>
          <w:tcPr>
            <w:tcW w:type="dxa" w:w="2880"/>
          </w:tcPr>
          <w:p>
            <w:r>
              <w:t>environmental</w:t>
            </w:r>
          </w:p>
        </w:tc>
        <w:tc>
          <w:tcPr>
            <w:tcW w:type="dxa" w:w="2880"/>
          </w:tcPr>
          <w:p>
            <w:r>
              <w:t>6</w:t>
            </w:r>
          </w:p>
        </w:tc>
      </w:tr>
      <w:tr>
        <w:tc>
          <w:tcPr>
            <w:tcW w:type="dxa" w:w="2880"/>
          </w:tcPr>
          <w:p>
            <w:r>
              <w:t>2026-07-20</w:t>
            </w:r>
          </w:p>
        </w:tc>
        <w:tc>
          <w:tcPr>
            <w:tcW w:type="dxa" w:w="2880"/>
          </w:tcPr>
          <w:p>
            <w:r>
              <w:t>quality</w:t>
            </w:r>
          </w:p>
        </w:tc>
        <w:tc>
          <w:tcPr>
            <w:tcW w:type="dxa" w:w="2880"/>
          </w:tcPr>
          <w:p>
            <w:r>
              <w:t>13</w:t>
            </w:r>
          </w:p>
        </w:tc>
      </w:tr>
      <w:tr>
        <w:tc>
          <w:tcPr>
            <w:tcW w:type="dxa" w:w="2880"/>
          </w:tcPr>
          <w:p>
            <w:r>
              <w:t>2026-07-20</w:t>
            </w:r>
          </w:p>
        </w:tc>
        <w:tc>
          <w:tcPr>
            <w:tcW w:type="dxa" w:w="2880"/>
          </w:tcPr>
          <w:p>
            <w:r>
              <w:t>safety</w:t>
            </w:r>
          </w:p>
        </w:tc>
        <w:tc>
          <w:tcPr>
            <w:tcW w:type="dxa" w:w="2880"/>
          </w:tcPr>
          <w:p>
            <w:r>
              <w:t>17</w:t>
            </w:r>
          </w:p>
        </w:tc>
      </w:tr>
      <w:tr>
        <w:tc>
          <w:tcPr>
            <w:tcW w:type="dxa" w:w="2880"/>
          </w:tcPr>
          <w:p>
            <w:r>
              <w:t>2026-07-20</w:t>
            </w:r>
          </w:p>
        </w:tc>
        <w:tc>
          <w:tcPr>
            <w:tcW w:type="dxa" w:w="2880"/>
          </w:tcPr>
          <w:p>
            <w:r>
              <w:t>environmental</w:t>
            </w:r>
          </w:p>
        </w:tc>
        <w:tc>
          <w:tcPr>
            <w:tcW w:type="dxa" w:w="2880"/>
          </w:tcPr>
          <w:p>
            <w:r>
              <w:t>4</w:t>
            </w:r>
          </w:p>
        </w:tc>
      </w:tr>
      <w:tr>
        <w:tc>
          <w:tcPr>
            <w:tcW w:type="dxa" w:w="2880"/>
          </w:tcPr>
          <w:p>
            <w:r>
              <w:t>2026-07-27</w:t>
            </w:r>
          </w:p>
        </w:tc>
        <w:tc>
          <w:tcPr>
            <w:tcW w:type="dxa" w:w="2880"/>
          </w:tcPr>
          <w:p>
            <w:r>
              <w:t>quality</w:t>
            </w:r>
          </w:p>
        </w:tc>
        <w:tc>
          <w:tcPr>
            <w:tcW w:type="dxa" w:w="2880"/>
          </w:tcPr>
          <w:p>
            <w:r>
              <w:t>20</w:t>
            </w:r>
          </w:p>
        </w:tc>
      </w:tr>
      <w:tr>
        <w:tc>
          <w:tcPr>
            <w:tcW w:type="dxa" w:w="2880"/>
          </w:tcPr>
          <w:p>
            <w:r>
              <w:t>2026-07-27</w:t>
            </w:r>
          </w:p>
        </w:tc>
        <w:tc>
          <w:tcPr>
            <w:tcW w:type="dxa" w:w="2880"/>
          </w:tcPr>
          <w:p>
            <w:r>
              <w:t>safety</w:t>
            </w:r>
          </w:p>
        </w:tc>
        <w:tc>
          <w:tcPr>
            <w:tcW w:type="dxa" w:w="2880"/>
          </w:tcPr>
          <w:p>
            <w:r>
              <w:t>14</w:t>
            </w:r>
          </w:p>
        </w:tc>
      </w:tr>
      <w:tr>
        <w:tc>
          <w:tcPr>
            <w:tcW w:type="dxa" w:w="2880"/>
          </w:tcPr>
          <w:p>
            <w:r>
              <w:t>2026-07-27</w:t>
            </w:r>
          </w:p>
        </w:tc>
        <w:tc>
          <w:tcPr>
            <w:tcW w:type="dxa" w:w="2880"/>
          </w:tcPr>
          <w:p>
            <w:r>
              <w:t>environmental</w:t>
            </w:r>
          </w:p>
        </w:tc>
        <w:tc>
          <w:tcPr>
            <w:tcW w:type="dxa" w:w="2880"/>
          </w:tcPr>
          <w:p>
            <w:r>
              <w:t>2</w:t>
            </w:r>
          </w:p>
        </w:tc>
      </w:tr>
      <w:tr>
        <w:tc>
          <w:tcPr>
            <w:tcW w:type="dxa" w:w="2880"/>
          </w:tcPr>
          <w:p>
            <w:r>
              <w:t>2026-08-03</w:t>
            </w:r>
          </w:p>
        </w:tc>
        <w:tc>
          <w:tcPr>
            <w:tcW w:type="dxa" w:w="2880"/>
          </w:tcPr>
          <w:p>
            <w:r>
              <w:t>quality</w:t>
            </w:r>
          </w:p>
        </w:tc>
        <w:tc>
          <w:tcPr>
            <w:tcW w:type="dxa" w:w="2880"/>
          </w:tcPr>
          <w:p>
            <w:r>
              <w:t>11</w:t>
            </w:r>
          </w:p>
        </w:tc>
      </w:tr>
      <w:tr>
        <w:tc>
          <w:tcPr>
            <w:tcW w:type="dxa" w:w="2880"/>
          </w:tcPr>
          <w:p>
            <w:r>
              <w:t>2026-08-03</w:t>
            </w:r>
          </w:p>
        </w:tc>
        <w:tc>
          <w:tcPr>
            <w:tcW w:type="dxa" w:w="2880"/>
          </w:tcPr>
          <w:p>
            <w:r>
              <w:t>safety</w:t>
            </w:r>
          </w:p>
        </w:tc>
        <w:tc>
          <w:tcPr>
            <w:tcW w:type="dxa" w:w="2880"/>
          </w:tcPr>
          <w:p>
            <w:r>
              <w:t>18</w:t>
            </w:r>
          </w:p>
        </w:tc>
      </w:tr>
      <w:tr>
        <w:tc>
          <w:tcPr>
            <w:tcW w:type="dxa" w:w="2880"/>
          </w:tcPr>
          <w:p>
            <w:r>
              <w:t>2026-08-03</w:t>
            </w:r>
          </w:p>
        </w:tc>
        <w:tc>
          <w:tcPr>
            <w:tcW w:type="dxa" w:w="2880"/>
          </w:tcPr>
          <w:p>
            <w:r>
              <w:t>environmental</w:t>
            </w:r>
          </w:p>
        </w:tc>
        <w:tc>
          <w:tcPr>
            <w:tcW w:type="dxa" w:w="2880"/>
          </w:tcPr>
          <w:p>
            <w:r>
              <w:t>3</w:t>
            </w:r>
          </w:p>
        </w:tc>
      </w:tr>
      <w:tr>
        <w:tc>
          <w:tcPr>
            <w:tcW w:type="dxa" w:w="2880"/>
          </w:tcPr>
          <w:p>
            <w:r>
              <w:t>2026-08-10</w:t>
            </w:r>
          </w:p>
        </w:tc>
        <w:tc>
          <w:tcPr>
            <w:tcW w:type="dxa" w:w="2880"/>
          </w:tcPr>
          <w:p>
            <w:r>
              <w:t>quality</w:t>
            </w:r>
          </w:p>
        </w:tc>
        <w:tc>
          <w:tcPr>
            <w:tcW w:type="dxa" w:w="2880"/>
          </w:tcPr>
          <w:p>
            <w:r>
              <w:t>19</w:t>
            </w:r>
          </w:p>
        </w:tc>
      </w:tr>
      <w:tr>
        <w:tc>
          <w:tcPr>
            <w:tcW w:type="dxa" w:w="2880"/>
          </w:tcPr>
          <w:p>
            <w:r>
              <w:t>2026-08-10</w:t>
            </w:r>
          </w:p>
        </w:tc>
        <w:tc>
          <w:tcPr>
            <w:tcW w:type="dxa" w:w="2880"/>
          </w:tcPr>
          <w:p>
            <w:r>
              <w:t>safety</w:t>
            </w:r>
          </w:p>
        </w:tc>
        <w:tc>
          <w:tcPr>
            <w:tcW w:type="dxa" w:w="2880"/>
          </w:tcPr>
          <w:p>
            <w:r>
              <w:t>11</w:t>
            </w:r>
          </w:p>
        </w:tc>
      </w:tr>
      <w:tr>
        <w:tc>
          <w:tcPr>
            <w:tcW w:type="dxa" w:w="2880"/>
          </w:tcPr>
          <w:p>
            <w:r>
              <w:t>2026-08-10</w:t>
            </w:r>
          </w:p>
        </w:tc>
        <w:tc>
          <w:tcPr>
            <w:tcW w:type="dxa" w:w="2880"/>
          </w:tcPr>
          <w:p>
            <w:r>
              <w:t>environmental</w:t>
            </w:r>
          </w:p>
        </w:tc>
        <w:tc>
          <w:tcPr>
            <w:tcW w:type="dxa" w:w="2880"/>
          </w:tcPr>
          <w:p>
            <w:r>
              <w:t>2</w:t>
            </w:r>
          </w:p>
        </w:tc>
      </w:tr>
      <w:tr>
        <w:tc>
          <w:tcPr>
            <w:tcW w:type="dxa" w:w="2880"/>
          </w:tcPr>
          <w:p>
            <w:r>
              <w:t>2026-08-17</w:t>
            </w:r>
          </w:p>
        </w:tc>
        <w:tc>
          <w:tcPr>
            <w:tcW w:type="dxa" w:w="2880"/>
          </w:tcPr>
          <w:p>
            <w:r>
              <w:t>quality</w:t>
            </w:r>
          </w:p>
        </w:tc>
        <w:tc>
          <w:tcPr>
            <w:tcW w:type="dxa" w:w="2880"/>
          </w:tcPr>
          <w:p>
            <w:r>
              <w:t>19</w:t>
            </w:r>
          </w:p>
        </w:tc>
      </w:tr>
      <w:tr>
        <w:tc>
          <w:tcPr>
            <w:tcW w:type="dxa" w:w="2880"/>
          </w:tcPr>
          <w:p>
            <w:r>
              <w:t>2026-08-17</w:t>
            </w:r>
          </w:p>
        </w:tc>
        <w:tc>
          <w:tcPr>
            <w:tcW w:type="dxa" w:w="2880"/>
          </w:tcPr>
          <w:p>
            <w:r>
              <w:t>safety</w:t>
            </w:r>
          </w:p>
        </w:tc>
        <w:tc>
          <w:tcPr>
            <w:tcW w:type="dxa" w:w="2880"/>
          </w:tcPr>
          <w:p>
            <w:r>
              <w:t>15</w:t>
            </w:r>
          </w:p>
        </w:tc>
      </w:tr>
      <w:tr>
        <w:tc>
          <w:tcPr>
            <w:tcW w:type="dxa" w:w="2880"/>
          </w:tcPr>
          <w:p>
            <w:r>
              <w:t>2026-08-17</w:t>
            </w:r>
          </w:p>
        </w:tc>
        <w:tc>
          <w:tcPr>
            <w:tcW w:type="dxa" w:w="2880"/>
          </w:tcPr>
          <w:p>
            <w:r>
              <w:t>environmental</w:t>
            </w:r>
          </w:p>
        </w:tc>
        <w:tc>
          <w:tcPr>
            <w:tcW w:type="dxa" w:w="2880"/>
          </w:tcPr>
          <w:p>
            <w:r>
              <w:t>4</w:t>
            </w:r>
          </w:p>
        </w:tc>
      </w:tr>
      <w:tr>
        <w:tc>
          <w:tcPr>
            <w:tcW w:type="dxa" w:w="2880"/>
          </w:tcPr>
          <w:p>
            <w:r>
              <w:t>2026-08-24</w:t>
            </w:r>
          </w:p>
        </w:tc>
        <w:tc>
          <w:tcPr>
            <w:tcW w:type="dxa" w:w="2880"/>
          </w:tcPr>
          <w:p>
            <w:r>
              <w:t>quality</w:t>
            </w:r>
          </w:p>
        </w:tc>
        <w:tc>
          <w:tcPr>
            <w:tcW w:type="dxa" w:w="2880"/>
          </w:tcPr>
          <w:p>
            <w:r>
              <w:t>11</w:t>
            </w:r>
          </w:p>
        </w:tc>
      </w:tr>
      <w:tr>
        <w:tc>
          <w:tcPr>
            <w:tcW w:type="dxa" w:w="2880"/>
          </w:tcPr>
          <w:p>
            <w:r>
              <w:t>2026-08-24</w:t>
            </w:r>
          </w:p>
        </w:tc>
        <w:tc>
          <w:tcPr>
            <w:tcW w:type="dxa" w:w="2880"/>
          </w:tcPr>
          <w:p>
            <w:r>
              <w:t>safety</w:t>
            </w:r>
          </w:p>
        </w:tc>
        <w:tc>
          <w:tcPr>
            <w:tcW w:type="dxa" w:w="2880"/>
          </w:tcPr>
          <w:p>
            <w:r>
              <w:t>10</w:t>
            </w:r>
          </w:p>
        </w:tc>
      </w:tr>
      <w:tr>
        <w:tc>
          <w:tcPr>
            <w:tcW w:type="dxa" w:w="2880"/>
          </w:tcPr>
          <w:p>
            <w:r>
              <w:t>2026-08-24</w:t>
            </w:r>
          </w:p>
        </w:tc>
        <w:tc>
          <w:tcPr>
            <w:tcW w:type="dxa" w:w="2880"/>
          </w:tcPr>
          <w:p>
            <w:r>
              <w:t>environmental</w:t>
            </w:r>
          </w:p>
        </w:tc>
        <w:tc>
          <w:tcPr>
            <w:tcW w:type="dxa" w:w="2880"/>
          </w:tcPr>
          <w:p>
            <w:r>
              <w:t>3</w:t>
            </w:r>
          </w:p>
        </w:tc>
      </w:tr>
      <w:tr>
        <w:tc>
          <w:tcPr>
            <w:tcW w:type="dxa" w:w="2880"/>
          </w:tcPr>
          <w:p>
            <w:r>
              <w:t>2026-08-31</w:t>
            </w:r>
          </w:p>
        </w:tc>
        <w:tc>
          <w:tcPr>
            <w:tcW w:type="dxa" w:w="2880"/>
          </w:tcPr>
          <w:p>
            <w:r>
              <w:t>quality</w:t>
            </w:r>
          </w:p>
        </w:tc>
        <w:tc>
          <w:tcPr>
            <w:tcW w:type="dxa" w:w="2880"/>
          </w:tcPr>
          <w:p>
            <w:r>
              <w:t>24</w:t>
            </w:r>
          </w:p>
        </w:tc>
      </w:tr>
      <w:tr>
        <w:tc>
          <w:tcPr>
            <w:tcW w:type="dxa" w:w="2880"/>
          </w:tcPr>
          <w:p>
            <w:r>
              <w:t>2026-08-31</w:t>
            </w:r>
          </w:p>
        </w:tc>
        <w:tc>
          <w:tcPr>
            <w:tcW w:type="dxa" w:w="2880"/>
          </w:tcPr>
          <w:p>
            <w:r>
              <w:t>safety</w:t>
            </w:r>
          </w:p>
        </w:tc>
        <w:tc>
          <w:tcPr>
            <w:tcW w:type="dxa" w:w="2880"/>
          </w:tcPr>
          <w:p>
            <w:r>
              <w:t>8</w:t>
            </w:r>
          </w:p>
        </w:tc>
      </w:tr>
      <w:tr>
        <w:tc>
          <w:tcPr>
            <w:tcW w:type="dxa" w:w="2880"/>
          </w:tcPr>
          <w:p>
            <w:r>
              <w:t>2026-08-31</w:t>
            </w:r>
          </w:p>
        </w:tc>
        <w:tc>
          <w:tcPr>
            <w:tcW w:type="dxa" w:w="2880"/>
          </w:tcPr>
          <w:p>
            <w:r>
              <w:t>environmental</w:t>
            </w:r>
          </w:p>
        </w:tc>
        <w:tc>
          <w:tcPr>
            <w:tcW w:type="dxa" w:w="2880"/>
          </w:tcPr>
          <w:p>
            <w:r>
              <w:t>3</w:t>
            </w:r>
          </w:p>
        </w:tc>
      </w:tr>
      <w:tr>
        <w:tc>
          <w:tcPr>
            <w:tcW w:type="dxa" w:w="2880"/>
          </w:tcPr>
          <w:p>
            <w:r>
              <w:t>2026-09-07</w:t>
            </w:r>
          </w:p>
        </w:tc>
        <w:tc>
          <w:tcPr>
            <w:tcW w:type="dxa" w:w="2880"/>
          </w:tcPr>
          <w:p>
            <w:r>
              <w:t>quality</w:t>
            </w:r>
          </w:p>
        </w:tc>
        <w:tc>
          <w:tcPr>
            <w:tcW w:type="dxa" w:w="2880"/>
          </w:tcPr>
          <w:p>
            <w:r>
              <w:t>12</w:t>
            </w:r>
          </w:p>
        </w:tc>
      </w:tr>
      <w:tr>
        <w:tc>
          <w:tcPr>
            <w:tcW w:type="dxa" w:w="2880"/>
          </w:tcPr>
          <w:p>
            <w:r>
              <w:t>2026-09-07</w:t>
            </w:r>
          </w:p>
        </w:tc>
        <w:tc>
          <w:tcPr>
            <w:tcW w:type="dxa" w:w="2880"/>
          </w:tcPr>
          <w:p>
            <w:r>
              <w:t>safety</w:t>
            </w:r>
          </w:p>
        </w:tc>
        <w:tc>
          <w:tcPr>
            <w:tcW w:type="dxa" w:w="2880"/>
          </w:tcPr>
          <w:p>
            <w:r>
              <w:t>9</w:t>
            </w:r>
          </w:p>
        </w:tc>
      </w:tr>
      <w:tr>
        <w:tc>
          <w:tcPr>
            <w:tcW w:type="dxa" w:w="2880"/>
          </w:tcPr>
          <w:p>
            <w:r>
              <w:t>2026-09-07</w:t>
            </w:r>
          </w:p>
        </w:tc>
        <w:tc>
          <w:tcPr>
            <w:tcW w:type="dxa" w:w="2880"/>
          </w:tcPr>
          <w:p>
            <w:r>
              <w:t>environmental</w:t>
            </w:r>
          </w:p>
        </w:tc>
        <w:tc>
          <w:tcPr>
            <w:tcW w:type="dxa" w:w="2880"/>
          </w:tcPr>
          <w:p>
            <w:r>
              <w:t>5</w:t>
            </w:r>
          </w:p>
        </w:tc>
      </w:tr>
      <w:tr>
        <w:tc>
          <w:tcPr>
            <w:tcW w:type="dxa" w:w="2880"/>
          </w:tcPr>
          <w:p>
            <w:r>
              <w:t>2026-09-14</w:t>
            </w:r>
          </w:p>
        </w:tc>
        <w:tc>
          <w:tcPr>
            <w:tcW w:type="dxa" w:w="2880"/>
          </w:tcPr>
          <w:p>
            <w:r>
              <w:t>quality</w:t>
            </w:r>
          </w:p>
        </w:tc>
        <w:tc>
          <w:tcPr>
            <w:tcW w:type="dxa" w:w="2880"/>
          </w:tcPr>
          <w:p>
            <w:r>
              <w:t>16</w:t>
            </w:r>
          </w:p>
        </w:tc>
      </w:tr>
      <w:tr>
        <w:tc>
          <w:tcPr>
            <w:tcW w:type="dxa" w:w="2880"/>
          </w:tcPr>
          <w:p>
            <w:r>
              <w:t>2026-09-14</w:t>
            </w:r>
          </w:p>
        </w:tc>
        <w:tc>
          <w:tcPr>
            <w:tcW w:type="dxa" w:w="2880"/>
          </w:tcPr>
          <w:p>
            <w:r>
              <w:t>safety</w:t>
            </w:r>
          </w:p>
        </w:tc>
        <w:tc>
          <w:tcPr>
            <w:tcW w:type="dxa" w:w="2880"/>
          </w:tcPr>
          <w:p>
            <w:r>
              <w:t>10</w:t>
            </w:r>
          </w:p>
        </w:tc>
      </w:tr>
      <w:tr>
        <w:tc>
          <w:tcPr>
            <w:tcW w:type="dxa" w:w="2880"/>
          </w:tcPr>
          <w:p>
            <w:r>
              <w:t>2026-09-14</w:t>
            </w:r>
          </w:p>
        </w:tc>
        <w:tc>
          <w:tcPr>
            <w:tcW w:type="dxa" w:w="2880"/>
          </w:tcPr>
          <w:p>
            <w:r>
              <w:t>environmental</w:t>
            </w:r>
          </w:p>
        </w:tc>
        <w:tc>
          <w:tcPr>
            <w:tcW w:type="dxa" w:w="2880"/>
          </w:tcPr>
          <w:p>
            <w:r>
              <w:t>1</w:t>
            </w:r>
          </w:p>
        </w:tc>
      </w:tr>
      <w:tr>
        <w:tc>
          <w:tcPr>
            <w:tcW w:type="dxa" w:w="2880"/>
          </w:tcPr>
          <w:p>
            <w:r>
              <w:t>2026-09-21</w:t>
            </w:r>
          </w:p>
        </w:tc>
        <w:tc>
          <w:tcPr>
            <w:tcW w:type="dxa" w:w="2880"/>
          </w:tcPr>
          <w:p>
            <w:r>
              <w:t>quality</w:t>
            </w:r>
          </w:p>
        </w:tc>
        <w:tc>
          <w:tcPr>
            <w:tcW w:type="dxa" w:w="2880"/>
          </w:tcPr>
          <w:p>
            <w:r>
              <w:t>19</w:t>
            </w:r>
          </w:p>
        </w:tc>
      </w:tr>
      <w:tr>
        <w:tc>
          <w:tcPr>
            <w:tcW w:type="dxa" w:w="2880"/>
          </w:tcPr>
          <w:p>
            <w:r>
              <w:t>2026-09-21</w:t>
            </w:r>
          </w:p>
        </w:tc>
        <w:tc>
          <w:tcPr>
            <w:tcW w:type="dxa" w:w="2880"/>
          </w:tcPr>
          <w:p>
            <w:r>
              <w:t>safety</w:t>
            </w:r>
          </w:p>
        </w:tc>
        <w:tc>
          <w:tcPr>
            <w:tcW w:type="dxa" w:w="2880"/>
          </w:tcPr>
          <w:p>
            <w:r>
              <w:t>10</w:t>
            </w:r>
          </w:p>
        </w:tc>
      </w:tr>
      <w:tr>
        <w:tc>
          <w:tcPr>
            <w:tcW w:type="dxa" w:w="2880"/>
          </w:tcPr>
          <w:p>
            <w:r>
              <w:t>2026-09-21</w:t>
            </w:r>
          </w:p>
        </w:tc>
        <w:tc>
          <w:tcPr>
            <w:tcW w:type="dxa" w:w="2880"/>
          </w:tcPr>
          <w:p>
            <w:r>
              <w:t>environmental</w:t>
            </w:r>
          </w:p>
        </w:tc>
        <w:tc>
          <w:tcPr>
            <w:tcW w:type="dxa" w:w="2880"/>
          </w:tcPr>
          <w:p>
            <w:r>
              <w:t>2</w:t>
            </w:r>
          </w:p>
        </w:tc>
      </w:tr>
      <w:tr>
        <w:tc>
          <w:tcPr>
            <w:tcW w:type="dxa" w:w="2880"/>
          </w:tcPr>
          <w:p>
            <w:r>
              <w:t>2026-09-28</w:t>
            </w:r>
          </w:p>
        </w:tc>
        <w:tc>
          <w:tcPr>
            <w:tcW w:type="dxa" w:w="2880"/>
          </w:tcPr>
          <w:p>
            <w:r>
              <w:t>quality</w:t>
            </w:r>
          </w:p>
        </w:tc>
        <w:tc>
          <w:tcPr>
            <w:tcW w:type="dxa" w:w="2880"/>
          </w:tcPr>
          <w:p>
            <w:r>
              <w:t>13</w:t>
            </w:r>
          </w:p>
        </w:tc>
      </w:tr>
      <w:tr>
        <w:tc>
          <w:tcPr>
            <w:tcW w:type="dxa" w:w="2880"/>
          </w:tcPr>
          <w:p>
            <w:r>
              <w:t>2026-09-28</w:t>
            </w:r>
          </w:p>
        </w:tc>
        <w:tc>
          <w:tcPr>
            <w:tcW w:type="dxa" w:w="2880"/>
          </w:tcPr>
          <w:p>
            <w:r>
              <w:t>safety</w:t>
            </w:r>
          </w:p>
        </w:tc>
        <w:tc>
          <w:tcPr>
            <w:tcW w:type="dxa" w:w="2880"/>
          </w:tcPr>
          <w:p>
            <w:r>
              <w:t>7</w:t>
            </w:r>
          </w:p>
        </w:tc>
      </w:tr>
      <w:tr>
        <w:tc>
          <w:tcPr>
            <w:tcW w:type="dxa" w:w="2880"/>
          </w:tcPr>
          <w:p>
            <w:r>
              <w:t>2026-09-28</w:t>
            </w:r>
          </w:p>
        </w:tc>
        <w:tc>
          <w:tcPr>
            <w:tcW w:type="dxa" w:w="2880"/>
          </w:tcPr>
          <w:p>
            <w:r>
              <w:t>environmental</w:t>
            </w:r>
          </w:p>
        </w:tc>
        <w:tc>
          <w:tcPr>
            <w:tcW w:type="dxa" w:w="2880"/>
          </w:tcPr>
          <w:p>
            <w:r>
              <w:t>2</w:t>
            </w:r>
          </w:p>
        </w:tc>
      </w:tr>
    </w:tbl>
    <w:p/>
    <w:sectPr w:rsidR="00FC693F" w:rsidRPr="0006063C" w:rsidSect="00034616">
      <w:footerReference w:type="default" r:id="rId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Construction, Al Reem Island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Construction, Al Reem Island: report</dc:title>
  <dc:subject>Describe the project Sample: Construction, Al Reem Island: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