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Disaster response, Kathmandu: report</w:t>
      </w:r>
    </w:p>
    <w:p>
      <w:r>
        <w:rPr>
          <w:color w:val="525252"/>
          <w:sz w:val="18"/>
        </w:rPr>
        <w:t>Project: Sample: Disaster response, Kathmandu</w:t>
      </w:r>
      <w:r>
        <w:rPr>
          <w:color w:val="525252"/>
          <w:sz w:val="18"/>
        </w:rPr>
        <w:br/>
        <w:t>Goal: Describe the project Sample: Disaster response, Kathmandu: run the analyses that tell the most about its data, draw every result, and write a cited report.</w:t>
      </w:r>
      <w:r>
        <w:rPr>
          <w:color w:val="525252"/>
          <w:sz w:val="18"/>
        </w:rPr>
        <w:br/>
        <w:t>Run: 2199067b-8747-4c82-b083-7c3d54abda8f (running, 11 agent run(s))</w:t>
      </w:r>
      <w:r>
        <w:rPr>
          <w:color w:val="525252"/>
          <w:sz w:val="18"/>
        </w:rPr>
        <w:br/>
        <w:t>Generated: 2026-10-18T05:36:27Z,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Wards</w:t>
            </w:r>
          </w:p>
        </w:tc>
        <w:tc>
          <w:tcPr>
            <w:tcW w:type="dxa" w:w="1440"/>
          </w:tcPr>
          <w:p>
            <w:r>
              <w:t>vector, Polygon</w:t>
            </w:r>
          </w:p>
        </w:tc>
        <w:tc>
          <w:tcPr>
            <w:tcW w:type="dxa" w:w="1440"/>
          </w:tcPr>
          <w:p>
            <w:r>
              <w:t>20</w:t>
            </w:r>
          </w:p>
        </w:tc>
        <w:tc>
          <w:tcPr>
            <w:tcW w:type="dxa" w:w="1440"/>
          </w:tcPr>
          <w:p>
            <w:r/>
          </w:p>
        </w:tc>
        <w:tc>
          <w:tcPr>
            <w:tcW w:type="dxa" w:w="1440"/>
          </w:tcPr>
          <w:p>
            <w:r>
              <w:t>20 polygon (area) features; 'population' 26,870 to 97,681 (mean 5.61e+04); 'households' 6,248 to 22,716 (mean 1.305e+04); named by 'name' (e.g. Ward 1 Oakwood, Ward 2 Ashby Green, Ward 3 Cedar Vale); total area 56.01 km2; extent 85.2789,27.6679 to 85.3610,27.7321. Areas (Wards) with population to compare and map.</w:t>
            </w:r>
          </w:p>
        </w:tc>
        <w:tc>
          <w:tcPr>
            <w:tcW w:type="dxa" w:w="1440"/>
          </w:tcPr>
          <w:p>
            <w:r>
              <w:t>[96]</w:t>
            </w:r>
          </w:p>
        </w:tc>
      </w:tr>
      <w:tr>
        <w:tc>
          <w:tcPr>
            <w:tcW w:type="dxa" w:w="1440"/>
          </w:tcPr>
          <w:p>
            <w:r>
              <w:t>Damage assessments</w:t>
            </w:r>
          </w:p>
        </w:tc>
        <w:tc>
          <w:tcPr>
            <w:tcW w:type="dxa" w:w="1440"/>
          </w:tcPr>
          <w:p>
            <w:r>
              <w:t>vector, Point</w:t>
            </w:r>
          </w:p>
        </w:tc>
        <w:tc>
          <w:tcPr>
            <w:tcW w:type="dxa" w:w="1440"/>
          </w:tcPr>
          <w:p>
            <w:r>
              <w:t>2,000</w:t>
            </w:r>
          </w:p>
        </w:tc>
        <w:tc>
          <w:tcPr>
            <w:tcW w:type="dxa" w:w="1440"/>
          </w:tcPr>
          <w:p>
            <w:r>
              <w:t>2026-09-02 to 2026-09-22</w:t>
            </w:r>
          </w:p>
        </w:tc>
        <w:tc>
          <w:tcPr>
            <w:tcW w:type="dxa" w:w="1440"/>
          </w:tcPr>
          <w:p>
            <w:r>
              <w:t>2,000 point features; dated by 'assessed_at' from 2026-09-02 to 2026-09-22; 'occupancy' has 4 values (top: residential 792, commercial 425, school 397); 'construction' has 3 values (top: RC frame 680, brick in mud 671, brick in cement 649); 'damage_grade' 1 to 5 (mean 2.374); 'storeys' 1 to 5 (mean 2.846); 'people_displaced' 0 to 14 (mean 3.328); extent 85.2803,27.6689 to 85.3599,27.7310. Dated point events by occupancy: where and when Damage assessments happen.</w:t>
            </w:r>
          </w:p>
        </w:tc>
        <w:tc>
          <w:tcPr>
            <w:tcW w:type="dxa" w:w="1440"/>
          </w:tcPr>
          <w:p>
            <w:r>
              <w:t>[2]</w:t>
            </w:r>
          </w:p>
        </w:tc>
      </w:tr>
      <w:tr>
        <w:tc>
          <w:tcPr>
            <w:tcW w:type="dxa" w:w="1440"/>
          </w:tcPr>
          <w:p>
            <w:r>
              <w:t>Shelters</w:t>
            </w:r>
          </w:p>
        </w:tc>
        <w:tc>
          <w:tcPr>
            <w:tcW w:type="dxa" w:w="1440"/>
          </w:tcPr>
          <w:p>
            <w:r>
              <w:t>vector, Point</w:t>
            </w:r>
          </w:p>
        </w:tc>
        <w:tc>
          <w:tcPr>
            <w:tcW w:type="dxa" w:w="1440"/>
          </w:tcPr>
          <w:p>
            <w:r>
              <w:t>25</w:t>
            </w:r>
          </w:p>
        </w:tc>
        <w:tc>
          <w:tcPr>
            <w:tcW w:type="dxa" w:w="1440"/>
          </w:tcPr>
          <w:p>
            <w:r/>
          </w:p>
        </w:tc>
        <w:tc>
          <w:tcPr>
            <w:tcW w:type="dxa" w:w="1440"/>
          </w:tcPr>
          <w:p>
            <w:r>
              <w:t>25 point features; 'type' has 3 values (top: open space 10, school 9, tent camp 6); 'capacity' 150 to 1,200 (mean 716); named by 'name' (e.g. Elmstead open space shelter, Hawthorn Rise open space shelter, Kingsmead open space shelter); extent 85.2832,27.6721 to 85.3569,27.7277. Point locations of Shelters by type.</w:t>
            </w:r>
          </w:p>
        </w:tc>
        <w:tc>
          <w:tcPr>
            <w:tcW w:type="dxa" w:w="1440"/>
          </w:tcPr>
          <w:p>
            <w:r>
              <w:t>[97]</w:t>
            </w:r>
          </w:p>
        </w:tc>
      </w:tr>
      <w:tr>
        <w:tc>
          <w:tcPr>
            <w:tcW w:type="dxa" w:w="1440"/>
          </w:tcPr>
          <w:p>
            <w:r>
              <w:t>Road status</w:t>
            </w:r>
          </w:p>
        </w:tc>
        <w:tc>
          <w:tcPr>
            <w:tcW w:type="dxa" w:w="1440"/>
          </w:tcPr>
          <w:p>
            <w:r>
              <w:t>vector, LineString</w:t>
            </w:r>
          </w:p>
        </w:tc>
        <w:tc>
          <w:tcPr>
            <w:tcW w:type="dxa" w:w="1440"/>
          </w:tcPr>
          <w:p>
            <w:r>
              <w:t>160</w:t>
            </w:r>
          </w:p>
        </w:tc>
        <w:tc>
          <w:tcPr>
            <w:tcW w:type="dxa" w:w="1440"/>
          </w:tcPr>
          <w:p>
            <w:r>
              <w:t>2026-09-03 to 2026-09-20</w:t>
            </w:r>
          </w:p>
        </w:tc>
        <w:tc>
          <w:tcPr>
            <w:tcW w:type="dxa" w:w="1440"/>
          </w:tcPr>
          <w:p>
            <w:r>
              <w:t>160 line features; dated by 'updated_on' from 2026-09-03 to 2026-09-20; 'status' has 3 values (top: open 122, restricted 21, blocked 17); 'cause' has 1 values (top: debris 38); named by 'name' (e.g. Tol Path, Bagh Path, Pul Path); total length 26.39 km; extent 85.2805,27.6687 to 85.3596,27.7311. Lines (Road status) such as routes or networks.</w:t>
            </w:r>
          </w:p>
        </w:tc>
        <w:tc>
          <w:tcPr>
            <w:tcW w:type="dxa" w:w="1440"/>
          </w:tcPr>
          <w:p>
            <w:r>
              <w:t>[3]</w:t>
            </w:r>
          </w:p>
        </w:tc>
      </w:tr>
      <w:tr>
        <w:tc>
          <w:tcPr>
            <w:tcW w:type="dxa" w:w="1440"/>
          </w:tcPr>
          <w:p>
            <w:r>
              <w:t>Water points</w:t>
            </w:r>
          </w:p>
        </w:tc>
        <w:tc>
          <w:tcPr>
            <w:tcW w:type="dxa" w:w="1440"/>
          </w:tcPr>
          <w:p>
            <w:r>
              <w:t>vector, Point</w:t>
            </w:r>
          </w:p>
        </w:tc>
        <w:tc>
          <w:tcPr>
            <w:tcW w:type="dxa" w:w="1440"/>
          </w:tcPr>
          <w:p>
            <w:r>
              <w:t>60</w:t>
            </w:r>
          </w:p>
        </w:tc>
        <w:tc>
          <w:tcPr>
            <w:tcW w:type="dxa" w:w="1440"/>
          </w:tcPr>
          <w:p>
            <w:r/>
          </w:p>
        </w:tc>
        <w:tc>
          <w:tcPr>
            <w:tcW w:type="dxa" w:w="1440"/>
          </w:tcPr>
          <w:p>
            <w:r>
              <w:t>60 point features; 'type' has 3 values (top: well 27, tap stand 17, tanker point 16); 'working' has 2 values (top: True 48, False 12); 'litres_per_day' 3,306 to 43,201 (mean 1.409e+04); extent 85.2811,27.6709 to 85.3594,27.7290. Point locations of Water points by type.</w:t>
            </w:r>
          </w:p>
        </w:tc>
        <w:tc>
          <w:tcPr>
            <w:tcW w:type="dxa" w:w="1440"/>
          </w:tcPr>
          <w:p>
            <w:r>
              <w:t>[98]</w:t>
            </w:r>
          </w:p>
        </w:tc>
      </w:tr>
      <w:tr>
        <w:tc>
          <w:tcPr>
            <w:tcW w:type="dxa" w:w="1440"/>
          </w:tcPr>
          <w:p>
            <w:r>
              <w:t>Health posts</w:t>
            </w:r>
          </w:p>
        </w:tc>
        <w:tc>
          <w:tcPr>
            <w:tcW w:type="dxa" w:w="1440"/>
          </w:tcPr>
          <w:p>
            <w:r>
              <w:t>vector, Point</w:t>
            </w:r>
          </w:p>
        </w:tc>
        <w:tc>
          <w:tcPr>
            <w:tcW w:type="dxa" w:w="1440"/>
          </w:tcPr>
          <w:p>
            <w:r>
              <w:t>20</w:t>
            </w:r>
          </w:p>
        </w:tc>
        <w:tc>
          <w:tcPr>
            <w:tcW w:type="dxa" w:w="1440"/>
          </w:tcPr>
          <w:p>
            <w:r/>
          </w:p>
        </w:tc>
        <w:tc>
          <w:tcPr>
            <w:tcW w:type="dxa" w:w="1440"/>
          </w:tcPr>
          <w:p>
            <w:r>
              <w:t>20 point features; 'functional' has 2 values (top: True 14, False 6); 'beds' 5 to 25 (mean 14.7); named by 'name' (e.g. Health post Ashby Green, Health post Cedar Vale, Health post Elmstead); extent 85.2869,27.6701 to 85.3532,27.7259. Point locations of Health posts by functional.</w:t>
            </w:r>
          </w:p>
        </w:tc>
        <w:tc>
          <w:tcPr>
            <w:tcW w:type="dxa" w:w="1440"/>
          </w:tcPr>
          <w:p>
            <w:r>
              <w:t>[99]</w:t>
            </w:r>
          </w:p>
        </w:tc>
      </w:tr>
      <w:tr>
        <w:tc>
          <w:tcPr>
            <w:tcW w:type="dxa" w:w="1440"/>
          </w:tcPr>
          <w:p>
            <w:r>
              <w:t>Relief distributions</w:t>
            </w:r>
          </w:p>
        </w:tc>
        <w:tc>
          <w:tcPr>
            <w:tcW w:type="dxa" w:w="1440"/>
          </w:tcPr>
          <w:p>
            <w:r>
              <w:t>vector, Point</w:t>
            </w:r>
          </w:p>
        </w:tc>
        <w:tc>
          <w:tcPr>
            <w:tcW w:type="dxa" w:w="1440"/>
          </w:tcPr>
          <w:p>
            <w:r>
              <w:t>320</w:t>
            </w:r>
          </w:p>
        </w:tc>
        <w:tc>
          <w:tcPr>
            <w:tcW w:type="dxa" w:w="1440"/>
          </w:tcPr>
          <w:p>
            <w:r>
              <w:t>2026-09-04 to 2026-09-22</w:t>
            </w:r>
          </w:p>
        </w:tc>
        <w:tc>
          <w:tcPr>
            <w:tcW w:type="dxa" w:w="1440"/>
          </w:tcPr>
          <w:p>
            <w:r>
              <w:t>320 point features; dated by 'date' from 2026-09-04 to 2026-09-22; 'item' has 4 values (top: blanket 87, tarpaulin 85, hygiene kit 77); 'agency' has 3 values (top: relief society 109, municipality 108, NGO partner 103); 'households_served' 21 to 400 (mean 209.4); extent 85.2828,27.6718 to 85.3572,27.7279. Dated point events by item: where and when Relief distributions happen.</w:t>
            </w:r>
          </w:p>
        </w:tc>
        <w:tc>
          <w:tcPr>
            <w:tcW w:type="dxa" w:w="1440"/>
          </w:tcPr>
          <w:p>
            <w:r>
              <w:t>[4]</w:t>
            </w:r>
          </w:p>
        </w:tc>
      </w:tr>
      <w:tr>
        <w:tc>
          <w:tcPr>
            <w:tcW w:type="dxa" w:w="1440"/>
          </w:tcPr>
          <w:p>
            <w:r>
              <w:t>Ward needs by day</w:t>
            </w:r>
          </w:p>
        </w:tc>
        <w:tc>
          <w:tcPr>
            <w:tcW w:type="dxa" w:w="1440"/>
          </w:tcPr>
          <w:p>
            <w:r>
              <w:t>table</w:t>
            </w:r>
          </w:p>
        </w:tc>
        <w:tc>
          <w:tcPr>
            <w:tcW w:type="dxa" w:w="1440"/>
          </w:tcPr>
          <w:p>
            <w:r>
              <w:t>420</w:t>
            </w:r>
          </w:p>
        </w:tc>
        <w:tc>
          <w:tcPr>
            <w:tcW w:type="dxa" w:w="1440"/>
          </w:tcPr>
          <w:p>
            <w:r>
              <w:t>2026-09-02 to 2026-09-22</w:t>
            </w:r>
          </w:p>
        </w:tc>
        <w:tc>
          <w:tcPr>
            <w:tcW w:type="dxa" w:w="1440"/>
          </w:tcPr>
          <w:p>
            <w:r>
              <w:t>Table of 420 rows and 5 columns without geometry; dated by 'date' from 2026-09-02 to 2026-09-22; 'ward_code' has 20 values (top: W01 21, W02 21, W03 21); 'households_need_shelter' 62 to 1,174 (mean 276.6); 'water_l_per_person' 11 to 32 (mean 21.77); 'food_kits_needed' 51 to 503 (mean 155.4). A table of Ward needs by day without locations.</w:t>
            </w:r>
          </w:p>
        </w:tc>
        <w:tc>
          <w:tcPr>
            <w:tcW w:type="dxa" w:w="1440"/>
          </w:tcPr>
          <w:p>
            <w:r>
              <w:t>[5]</w:t>
            </w:r>
          </w:p>
        </w:tc>
      </w:tr>
      <w:tr>
        <w:tc>
          <w:tcPr>
            <w:tcW w:type="dxa" w:w="1440"/>
          </w:tcPr>
          <w:p>
            <w:r>
              <w:t>Shelter register</w:t>
            </w:r>
          </w:p>
        </w:tc>
        <w:tc>
          <w:tcPr>
            <w:tcW w:type="dxa" w:w="1440"/>
          </w:tcPr>
          <w:p>
            <w:r>
              <w:t>table</w:t>
            </w:r>
          </w:p>
        </w:tc>
        <w:tc>
          <w:tcPr>
            <w:tcW w:type="dxa" w:w="1440"/>
          </w:tcPr>
          <w:p>
            <w:r>
              <w:t>25</w:t>
            </w:r>
          </w:p>
        </w:tc>
        <w:tc>
          <w:tcPr>
            <w:tcW w:type="dxa" w:w="1440"/>
          </w:tcPr>
          <w:p>
            <w:r/>
          </w:p>
        </w:tc>
        <w:tc>
          <w:tcPr>
            <w:tcW w:type="dxa" w:w="1440"/>
          </w:tcPr>
          <w:p>
            <w:r>
              <w:t>Table of 25 rows and 5 columns without geometry; 'managed_by' has 3 values (top: NGO 11, municipality 8, army 6); 'capacity' 150 to 1,200 (mean 716); 'occupants' 98 to 1,663 (mean 808.5); 'toilets' 4 to 30 (mean 18.84). A table of Shelter register without locations.</w:t>
            </w:r>
          </w:p>
        </w:tc>
        <w:tc>
          <w:tcPr>
            <w:tcW w:type="dxa" w:w="1440"/>
          </w:tcPr>
          <w:p>
            <w:r>
              <w:t>[100]</w:t>
            </w:r>
          </w:p>
        </w:tc>
      </w:tr>
      <w:tr>
        <w:tc>
          <w:tcPr>
            <w:tcW w:type="dxa" w:w="1440"/>
          </w:tcPr>
          <w:p>
            <w:r>
              <w:t>Situation report No. 4</w:t>
            </w:r>
          </w:p>
        </w:tc>
        <w:tc>
          <w:tcPr>
            <w:tcW w:type="dxa" w:w="1440"/>
          </w:tcPr>
          <w:p>
            <w:r>
              <w:t>document</w:t>
            </w:r>
          </w:p>
        </w:tc>
        <w:tc>
          <w:tcPr>
            <w:tcW w:type="dxa" w:w="1440"/>
          </w:tcPr>
          <w:p>
            <w:r/>
          </w:p>
        </w:tc>
        <w:tc>
          <w:tcPr>
            <w:tcW w:type="dxa" w:w="1440"/>
          </w:tcPr>
          <w:p>
            <w:r/>
          </w:p>
        </w:tc>
        <w:tc>
          <w:tcPr>
            <w:tcW w:type="dxa" w:w="1440"/>
          </w:tcPr>
          <w:p>
            <w:r>
              <w:t>1-page pdf document 'Situation report No. 4'; language en; mentions 4 place(s): Ward 20 Upton Vale (1), 27.68758, 85.33803 (1), Ward (1), Elmstead open space shelter (1). A document about Ward 20 Upton Vale, 27.68758, 85.33803, Ward.</w:t>
            </w:r>
          </w:p>
        </w:tc>
        <w:tc>
          <w:tcPr>
            <w:tcW w:type="dxa" w:w="1440"/>
          </w:tcPr>
          <w:p>
            <w:r>
              <w:t>[101]</w:t>
            </w:r>
          </w:p>
        </w:tc>
      </w:tr>
      <w:tr>
        <w:tc>
          <w:tcPr>
            <w:tcW w:type="dxa" w:w="1440"/>
          </w:tcPr>
          <w:p>
            <w:r>
              <w:t>Sample: Disaster response, Kathmandu</w:t>
            </w:r>
          </w:p>
        </w:tc>
        <w:tc>
          <w:tcPr>
            <w:tcW w:type="dxa" w:w="1440"/>
          </w:tcPr>
          <w:p>
            <w:r>
              <w:t>record</w:t>
            </w:r>
          </w:p>
        </w:tc>
        <w:tc>
          <w:tcPr>
            <w:tcW w:type="dxa" w:w="1440"/>
          </w:tcPr>
          <w:p>
            <w:r/>
          </w:p>
        </w:tc>
        <w:tc>
          <w:tcPr>
            <w:tcW w:type="dxa" w:w="1440"/>
          </w:tcPr>
          <w:p>
            <w:r/>
          </w:p>
        </w:tc>
        <w:tc>
          <w:tcPr>
            <w:tcW w:type="dxa" w:w="1440"/>
          </w:tcPr>
          <w:p>
            <w:r/>
          </w:p>
        </w:tc>
        <w:tc>
          <w:tcPr>
            <w:tcW w:type="dxa" w:w="1440"/>
          </w:tcPr>
          <w:p>
            <w:r>
              <w:t>[102]</w:t>
            </w:r>
          </w:p>
        </w:tc>
      </w:tr>
      <w:tr>
        <w:tc>
          <w:tcPr>
            <w:tcW w:type="dxa" w:w="1440"/>
          </w:tcPr>
          <w:p>
            <w:r>
              <w:t>Hot spot analysis: Relief distributions</w:t>
            </w:r>
          </w:p>
        </w:tc>
        <w:tc>
          <w:tcPr>
            <w:tcW w:type="dxa" w:w="1440"/>
          </w:tcPr>
          <w:p>
            <w:r>
              <w:t>layer, Point</w:t>
            </w:r>
          </w:p>
        </w:tc>
        <w:tc>
          <w:tcPr>
            <w:tcW w:type="dxa" w:w="1440"/>
          </w:tcPr>
          <w:p>
            <w:r>
              <w:t>320</w:t>
            </w:r>
          </w:p>
        </w:tc>
        <w:tc>
          <w:tcPr>
            <w:tcW w:type="dxa" w:w="1440"/>
          </w:tcPr>
          <w:p>
            <w:r/>
          </w:p>
        </w:tc>
        <w:tc>
          <w:tcPr>
            <w:tcW w:type="dxa" w:w="1440"/>
          </w:tcPr>
          <w:p>
            <w:r/>
          </w:p>
        </w:tc>
        <w:tc>
          <w:tcPr>
            <w:tcW w:type="dxa" w:w="1440"/>
          </w:tcPr>
          <w:p>
            <w:r>
              <w:t>[103]</w:t>
            </w:r>
          </w:p>
        </w:tc>
      </w:tr>
      <w:tr>
        <w:tc>
          <w:tcPr>
            <w:tcW w:type="dxa" w:w="1440"/>
          </w:tcPr>
          <w:p>
            <w:r>
              <w:t>Hot spot analysis: Water points</w:t>
            </w:r>
          </w:p>
        </w:tc>
        <w:tc>
          <w:tcPr>
            <w:tcW w:type="dxa" w:w="1440"/>
          </w:tcPr>
          <w:p>
            <w:r>
              <w:t>layer, Polygon</w:t>
            </w:r>
          </w:p>
        </w:tc>
        <w:tc>
          <w:tcPr>
            <w:tcW w:type="dxa" w:w="1440"/>
          </w:tcPr>
          <w:p>
            <w:r>
              <w:t>20</w:t>
            </w:r>
          </w:p>
        </w:tc>
        <w:tc>
          <w:tcPr>
            <w:tcW w:type="dxa" w:w="1440"/>
          </w:tcPr>
          <w:p>
            <w:r/>
          </w:p>
        </w:tc>
        <w:tc>
          <w:tcPr>
            <w:tcW w:type="dxa" w:w="1440"/>
          </w:tcPr>
          <w:p>
            <w:r/>
          </w:p>
        </w:tc>
        <w:tc>
          <w:tcPr>
            <w:tcW w:type="dxa" w:w="1440"/>
          </w:tcPr>
          <w:p>
            <w:r>
              <w:t>[104]</w:t>
            </w:r>
          </w:p>
        </w:tc>
      </w:tr>
      <w:tr>
        <w:tc>
          <w:tcPr>
            <w:tcW w:type="dxa" w:w="1440"/>
          </w:tcPr>
          <w:p>
            <w:r>
              <w:t>Hot spot analysis: Damage assessments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[105]</w:t>
            </w:r>
          </w:p>
        </w:tc>
      </w:tr>
      <w:tr>
        <w:tc>
          <w:tcPr>
            <w:tcW w:type="dxa" w:w="1440"/>
          </w:tcPr>
          <w:p>
            <w:r>
              <w:t>Emerging hot spots: Relief distributions</w:t>
            </w:r>
          </w:p>
        </w:tc>
        <w:tc>
          <w:tcPr>
            <w:tcW w:type="dxa" w:w="1440"/>
          </w:tcPr>
          <w:p>
            <w:r>
              <w:t>layer, Polygon</w:t>
            </w:r>
          </w:p>
        </w:tc>
        <w:tc>
          <w:tcPr>
            <w:tcW w:type="dxa" w:w="1440"/>
          </w:tcPr>
          <w:p>
            <w:r>
              <w:t>54</w:t>
            </w:r>
          </w:p>
        </w:tc>
        <w:tc>
          <w:tcPr>
            <w:tcW w:type="dxa" w:w="1440"/>
          </w:tcPr>
          <w:p>
            <w:r/>
          </w:p>
        </w:tc>
        <w:tc>
          <w:tcPr>
            <w:tcW w:type="dxa" w:w="1440"/>
          </w:tcPr>
          <w:p>
            <w:r/>
          </w:p>
        </w:tc>
        <w:tc>
          <w:tcPr>
            <w:tcW w:type="dxa" w:w="1440"/>
          </w:tcPr>
          <w:p>
            <w:r>
              <w:t>[106]</w:t>
            </w:r>
          </w:p>
        </w:tc>
      </w:tr>
      <w:tr>
        <w:tc>
          <w:tcPr>
            <w:tcW w:type="dxa" w:w="1440"/>
          </w:tcPr>
          <w:p>
            <w:r>
              <w:t>Emerging hot spots: Damage assessments</w:t>
            </w:r>
          </w:p>
        </w:tc>
        <w:tc>
          <w:tcPr>
            <w:tcW w:type="dxa" w:w="1440"/>
          </w:tcPr>
          <w:p>
            <w:r>
              <w:t>layer, Polygon</w:t>
            </w:r>
          </w:p>
        </w:tc>
        <w:tc>
          <w:tcPr>
            <w:tcW w:type="dxa" w:w="1440"/>
          </w:tcPr>
          <w:p>
            <w:r>
              <w:t>87</w:t>
            </w:r>
          </w:p>
        </w:tc>
        <w:tc>
          <w:tcPr>
            <w:tcW w:type="dxa" w:w="1440"/>
          </w:tcPr>
          <w:p>
            <w:r/>
          </w:p>
        </w:tc>
        <w:tc>
          <w:tcPr>
            <w:tcW w:type="dxa" w:w="1440"/>
          </w:tcPr>
          <w:p>
            <w:r/>
          </w:p>
        </w:tc>
        <w:tc>
          <w:tcPr>
            <w:tcW w:type="dxa" w:w="1440"/>
          </w:tcPr>
          <w:p>
            <w:r>
              <w:t>[107]</w:t>
            </w:r>
          </w:p>
        </w:tc>
      </w:tr>
      <w:tr>
        <w:tc>
          <w:tcPr>
            <w:tcW w:type="dxa" w:w="1440"/>
          </w:tcPr>
          <w:p>
            <w:r>
              <w:t>Repeat and near repeat classification: Relief distributions</w:t>
            </w:r>
          </w:p>
        </w:tc>
        <w:tc>
          <w:tcPr>
            <w:tcW w:type="dxa" w:w="1440"/>
          </w:tcPr>
          <w:p>
            <w:r>
              <w:t>layer, Point</w:t>
            </w:r>
          </w:p>
        </w:tc>
        <w:tc>
          <w:tcPr>
            <w:tcW w:type="dxa" w:w="1440"/>
          </w:tcPr>
          <w:p>
            <w:r>
              <w:t>320</w:t>
            </w:r>
          </w:p>
        </w:tc>
        <w:tc>
          <w:tcPr>
            <w:tcW w:type="dxa" w:w="1440"/>
          </w:tcPr>
          <w:p>
            <w:r/>
          </w:p>
        </w:tc>
        <w:tc>
          <w:tcPr>
            <w:tcW w:type="dxa" w:w="1440"/>
          </w:tcPr>
          <w:p>
            <w:r/>
          </w:p>
        </w:tc>
        <w:tc>
          <w:tcPr>
            <w:tcW w:type="dxa" w:w="1440"/>
          </w:tcPr>
          <w:p>
            <w:r>
              <w:t>[108]</w:t>
            </w:r>
          </w:p>
        </w:tc>
      </w:tr>
      <w:tr>
        <w:tc>
          <w:tcPr>
            <w:tcW w:type="dxa" w:w="1440"/>
          </w:tcPr>
          <w:p>
            <w:r>
              <w:t>Summarize within: Wards</w:t>
            </w:r>
          </w:p>
        </w:tc>
        <w:tc>
          <w:tcPr>
            <w:tcW w:type="dxa" w:w="1440"/>
          </w:tcPr>
          <w:p>
            <w:r>
              <w:t>layer, Polygon</w:t>
            </w:r>
          </w:p>
        </w:tc>
        <w:tc>
          <w:tcPr>
            <w:tcW w:type="dxa" w:w="1440"/>
          </w:tcPr>
          <w:p>
            <w:r>
              <w:t>20</w:t>
            </w:r>
          </w:p>
        </w:tc>
        <w:tc>
          <w:tcPr>
            <w:tcW w:type="dxa" w:w="1440"/>
          </w:tcPr>
          <w:p>
            <w:r/>
          </w:p>
        </w:tc>
        <w:tc>
          <w:tcPr>
            <w:tcW w:type="dxa" w:w="1440"/>
          </w:tcPr>
          <w:p>
            <w:r/>
          </w:p>
        </w:tc>
        <w:tc>
          <w:tcPr>
            <w:tcW w:type="dxa" w:w="1440"/>
          </w:tcPr>
          <w:p>
            <w:r>
              <w:t>[109]</w:t>
            </w:r>
          </w:p>
        </w:tc>
      </w:tr>
      <w:tr>
        <w:tc>
          <w:tcPr>
            <w:tcW w:type="dxa" w:w="1440"/>
          </w:tcPr>
          <w:p>
            <w:r>
              <w:t>Summarize within: Wards</w:t>
            </w:r>
          </w:p>
        </w:tc>
        <w:tc>
          <w:tcPr>
            <w:tcW w:type="dxa" w:w="1440"/>
          </w:tcPr>
          <w:p>
            <w:r>
              <w:t>layer, Polygon</w:t>
            </w:r>
          </w:p>
        </w:tc>
        <w:tc>
          <w:tcPr>
            <w:tcW w:type="dxa" w:w="1440"/>
          </w:tcPr>
          <w:p>
            <w:r>
              <w:t>20</w:t>
            </w:r>
          </w:p>
        </w:tc>
        <w:tc>
          <w:tcPr>
            <w:tcW w:type="dxa" w:w="1440"/>
          </w:tcPr>
          <w:p>
            <w:r/>
          </w:p>
        </w:tc>
        <w:tc>
          <w:tcPr>
            <w:tcW w:type="dxa" w:w="1440"/>
          </w:tcPr>
          <w:p>
            <w:r/>
          </w:p>
        </w:tc>
        <w:tc>
          <w:tcPr>
            <w:tcW w:type="dxa" w:w="1440"/>
          </w:tcPr>
          <w:p>
            <w:r>
              <w:t>[110]</w:t>
            </w:r>
          </w:p>
        </w:tc>
      </w:tr>
      <w:tr>
        <w:tc>
          <w:tcPr>
            <w:tcW w:type="dxa" w:w="1440"/>
          </w:tcPr>
          <w:p>
            <w:r>
              <w:t>Summarize within: Wards</w:t>
            </w:r>
          </w:p>
        </w:tc>
        <w:tc>
          <w:tcPr>
            <w:tcW w:type="dxa" w:w="1440"/>
          </w:tcPr>
          <w:p>
            <w:r>
              <w:t>layer, Polygon</w:t>
            </w:r>
          </w:p>
        </w:tc>
        <w:tc>
          <w:tcPr>
            <w:tcW w:type="dxa" w:w="1440"/>
          </w:tcPr>
          <w:p>
            <w:r>
              <w:t>20</w:t>
            </w:r>
          </w:p>
        </w:tc>
        <w:tc>
          <w:tcPr>
            <w:tcW w:type="dxa" w:w="1440"/>
          </w:tcPr>
          <w:p>
            <w:r/>
          </w:p>
        </w:tc>
        <w:tc>
          <w:tcPr>
            <w:tcW w:type="dxa" w:w="1440"/>
          </w:tcPr>
          <w:p>
            <w:r/>
          </w:p>
        </w:tc>
        <w:tc>
          <w:tcPr>
            <w:tcW w:type="dxa" w:w="1440"/>
          </w:tcPr>
          <w:p>
            <w:r>
              <w:t>[111]</w:t>
            </w:r>
          </w:p>
        </w:tc>
      </w:tr>
      <w:tr>
        <w:tc>
          <w:tcPr>
            <w:tcW w:type="dxa" w:w="1440"/>
          </w:tcPr>
          <w:p>
            <w:r>
              <w:t>Find point clusters: Shelters</w:t>
            </w:r>
          </w:p>
        </w:tc>
        <w:tc>
          <w:tcPr>
            <w:tcW w:type="dxa" w:w="1440"/>
          </w:tcPr>
          <w:p>
            <w:r>
              <w:t>layer, Point</w:t>
            </w:r>
          </w:p>
        </w:tc>
        <w:tc>
          <w:tcPr>
            <w:tcW w:type="dxa" w:w="1440"/>
          </w:tcPr>
          <w:p>
            <w:r>
              <w:t>25</w:t>
            </w:r>
          </w:p>
        </w:tc>
        <w:tc>
          <w:tcPr>
            <w:tcW w:type="dxa" w:w="1440"/>
          </w:tcPr>
          <w:p>
            <w:r/>
          </w:p>
        </w:tc>
        <w:tc>
          <w:tcPr>
            <w:tcW w:type="dxa" w:w="1440"/>
          </w:tcPr>
          <w:p>
            <w:r/>
          </w:p>
        </w:tc>
        <w:tc>
          <w:tcPr>
            <w:tcW w:type="dxa" w:w="1440"/>
          </w:tcPr>
          <w:p>
            <w:r>
              <w:t>[112]</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[113]</w:t>
            </w:r>
          </w:p>
        </w:tc>
      </w:tr>
      <w:tr>
        <w:tc>
          <w:tcPr>
            <w:tcW w:type="dxa" w:w="1440"/>
          </w:tcPr>
          <w:p>
            <w:r>
              <w:t>Find point clusters: Relief distributions</w:t>
            </w:r>
          </w:p>
        </w:tc>
        <w:tc>
          <w:tcPr>
            <w:tcW w:type="dxa" w:w="1440"/>
          </w:tcPr>
          <w:p>
            <w:r>
              <w:t>layer, Point</w:t>
            </w:r>
          </w:p>
        </w:tc>
        <w:tc>
          <w:tcPr>
            <w:tcW w:type="dxa" w:w="1440"/>
          </w:tcPr>
          <w:p>
            <w:r>
              <w:t>320</w:t>
            </w:r>
          </w:p>
        </w:tc>
        <w:tc>
          <w:tcPr>
            <w:tcW w:type="dxa" w:w="1440"/>
          </w:tcPr>
          <w:p>
            <w:r/>
          </w:p>
        </w:tc>
        <w:tc>
          <w:tcPr>
            <w:tcW w:type="dxa" w:w="1440"/>
          </w:tcPr>
          <w:p>
            <w:r/>
          </w:p>
        </w:tc>
        <w:tc>
          <w:tcPr>
            <w:tcW w:type="dxa" w:w="1440"/>
          </w:tcPr>
          <w:p>
            <w:r>
              <w:t>[114]</w:t>
            </w:r>
          </w:p>
        </w:tc>
      </w:tr>
      <w:tr>
        <w:tc>
          <w:tcPr>
            <w:tcW w:type="dxa" w:w="1440"/>
          </w:tcPr>
          <w:p>
            <w:r>
              <w:t>Find point clusters: cluster hulls</w:t>
            </w:r>
          </w:p>
        </w:tc>
        <w:tc>
          <w:tcPr>
            <w:tcW w:type="dxa" w:w="1440"/>
          </w:tcPr>
          <w:p>
            <w:r>
              <w:t>layer, Polygon</w:t>
            </w:r>
          </w:p>
        </w:tc>
        <w:tc>
          <w:tcPr>
            <w:tcW w:type="dxa" w:w="1440"/>
          </w:tcPr>
          <w:p>
            <w:r>
              <w:t>21</w:t>
            </w:r>
          </w:p>
        </w:tc>
        <w:tc>
          <w:tcPr>
            <w:tcW w:type="dxa" w:w="1440"/>
          </w:tcPr>
          <w:p>
            <w:r/>
          </w:p>
        </w:tc>
        <w:tc>
          <w:tcPr>
            <w:tcW w:type="dxa" w:w="1440"/>
          </w:tcPr>
          <w:p>
            <w:r/>
          </w:p>
        </w:tc>
        <w:tc>
          <w:tcPr>
            <w:tcW w:type="dxa" w:w="1440"/>
          </w:tcPr>
          <w:p>
            <w:r>
              <w:t>[115]</w:t>
            </w:r>
          </w:p>
        </w:tc>
      </w:tr>
      <w:tr>
        <w:tc>
          <w:tcPr>
            <w:tcW w:type="dxa" w:w="1440"/>
          </w:tcPr>
          <w:p>
            <w:r>
              <w:t>Find point clusters: Health posts</w:t>
            </w:r>
          </w:p>
        </w:tc>
        <w:tc>
          <w:tcPr>
            <w:tcW w:type="dxa" w:w="1440"/>
          </w:tcPr>
          <w:p>
            <w:r>
              <w:t>layer, Point</w:t>
            </w:r>
          </w:p>
        </w:tc>
        <w:tc>
          <w:tcPr>
            <w:tcW w:type="dxa" w:w="1440"/>
          </w:tcPr>
          <w:p>
            <w:r>
              <w:t>20</w:t>
            </w:r>
          </w:p>
        </w:tc>
        <w:tc>
          <w:tcPr>
            <w:tcW w:type="dxa" w:w="1440"/>
          </w:tcPr>
          <w:p>
            <w:r/>
          </w:p>
        </w:tc>
        <w:tc>
          <w:tcPr>
            <w:tcW w:type="dxa" w:w="1440"/>
          </w:tcPr>
          <w:p>
            <w:r/>
          </w:p>
        </w:tc>
        <w:tc>
          <w:tcPr>
            <w:tcW w:type="dxa" w:w="1440"/>
          </w:tcPr>
          <w:p>
            <w:r>
              <w:t>[116]</w:t>
            </w:r>
          </w:p>
        </w:tc>
      </w:tr>
      <w:tr>
        <w:tc>
          <w:tcPr>
            <w:tcW w:type="dxa" w:w="1440"/>
          </w:tcPr>
          <w:p>
            <w:r>
              <w:t>Find point clusters: cluster hulls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[117]</w:t>
            </w:r>
          </w:p>
        </w:tc>
      </w:tr>
      <w:tr>
        <w:tc>
          <w:tcPr>
            <w:tcW w:type="dxa" w:w="1440"/>
          </w:tcPr>
          <w:p>
            <w:r>
              <w:t>Calculate density: Shelters</w:t>
            </w:r>
          </w:p>
        </w:tc>
        <w:tc>
          <w:tcPr>
            <w:tcW w:type="dxa" w:w="1440"/>
          </w:tcPr>
          <w:p>
            <w:r>
              <w:t>layer, Polygon</w:t>
            </w:r>
          </w:p>
        </w:tc>
        <w:tc>
          <w:tcPr>
            <w:tcW w:type="dxa" w:w="1440"/>
          </w:tcPr>
          <w:p>
            <w:r>
              <w:t>90</w:t>
            </w:r>
          </w:p>
        </w:tc>
        <w:tc>
          <w:tcPr>
            <w:tcW w:type="dxa" w:w="1440"/>
          </w:tcPr>
          <w:p>
            <w:r/>
          </w:p>
        </w:tc>
        <w:tc>
          <w:tcPr>
            <w:tcW w:type="dxa" w:w="1440"/>
          </w:tcPr>
          <w:p>
            <w:r/>
          </w:p>
        </w:tc>
        <w:tc>
          <w:tcPr>
            <w:tcW w:type="dxa" w:w="1440"/>
          </w:tcPr>
          <w:p>
            <w:r>
              <w:t>[118]</w:t>
            </w:r>
          </w:p>
        </w:tc>
      </w:tr>
      <w:tr>
        <w:tc>
          <w:tcPr>
            <w:tcW w:type="dxa" w:w="1440"/>
          </w:tcPr>
          <w:p>
            <w:r>
              <w:t>Calculate density: Relief distributions</w:t>
            </w:r>
          </w:p>
        </w:tc>
        <w:tc>
          <w:tcPr>
            <w:tcW w:type="dxa" w:w="1440"/>
          </w:tcPr>
          <w:p>
            <w:r>
              <w:t>layer, Polygon</w:t>
            </w:r>
          </w:p>
        </w:tc>
        <w:tc>
          <w:tcPr>
            <w:tcW w:type="dxa" w:w="1440"/>
          </w:tcPr>
          <w:p>
            <w:r>
              <w:t>222</w:t>
            </w:r>
          </w:p>
        </w:tc>
        <w:tc>
          <w:tcPr>
            <w:tcW w:type="dxa" w:w="1440"/>
          </w:tcPr>
          <w:p>
            <w:r/>
          </w:p>
        </w:tc>
        <w:tc>
          <w:tcPr>
            <w:tcW w:type="dxa" w:w="1440"/>
          </w:tcPr>
          <w:p>
            <w:r/>
          </w:p>
        </w:tc>
        <w:tc>
          <w:tcPr>
            <w:tcW w:type="dxa" w:w="1440"/>
          </w:tcPr>
          <w:p>
            <w:r>
              <w:t>[119]</w:t>
            </w:r>
          </w:p>
        </w:tc>
      </w:tr>
      <w:tr>
        <w:tc>
          <w:tcPr>
            <w:tcW w:type="dxa" w:w="1440"/>
          </w:tcPr>
          <w:p>
            <w:r>
              <w:t>Calculate density: Health posts</w:t>
            </w:r>
          </w:p>
        </w:tc>
        <w:tc>
          <w:tcPr>
            <w:tcW w:type="dxa" w:w="1440"/>
          </w:tcPr>
          <w:p>
            <w:r>
              <w:t>layer, Polygon</w:t>
            </w:r>
          </w:p>
        </w:tc>
        <w:tc>
          <w:tcPr>
            <w:tcW w:type="dxa" w:w="1440"/>
          </w:tcPr>
          <w:p>
            <w:r>
              <w:t>228</w:t>
            </w:r>
          </w:p>
        </w:tc>
        <w:tc>
          <w:tcPr>
            <w:tcW w:type="dxa" w:w="1440"/>
          </w:tcPr>
          <w:p>
            <w:r/>
          </w:p>
        </w:tc>
        <w:tc>
          <w:tcPr>
            <w:tcW w:type="dxa" w:w="1440"/>
          </w:tcPr>
          <w:p>
            <w:r/>
          </w:p>
        </w:tc>
        <w:tc>
          <w:tcPr>
            <w:tcW w:type="dxa" w:w="1440"/>
          </w:tcPr>
          <w:p>
            <w:r>
              <w:t>[120]</w:t>
            </w:r>
          </w:p>
        </w:tc>
      </w:tr>
      <w:tr>
        <w:tc>
          <w:tcPr>
            <w:tcW w:type="dxa" w:w="1440"/>
          </w:tcPr>
          <w:p>
            <w:r>
              <w:t>Situation report No. 4</w:t>
            </w:r>
          </w:p>
        </w:tc>
        <w:tc>
          <w:tcPr>
            <w:tcW w:type="dxa" w:w="1440"/>
          </w:tcPr>
          <w:p>
            <w:r>
              <w:t>document</w:t>
            </w:r>
          </w:p>
        </w:tc>
        <w:tc>
          <w:tcPr>
            <w:tcW w:type="dxa" w:w="1440"/>
          </w:tcPr>
          <w:p>
            <w:r/>
          </w:p>
        </w:tc>
        <w:tc>
          <w:tcPr>
            <w:tcW w:type="dxa" w:w="1440"/>
          </w:tcPr>
          <w:p>
            <w:r/>
          </w:p>
        </w:tc>
        <w:tc>
          <w:tcPr>
            <w:tcW w:type="dxa" w:w="1440"/>
          </w:tcPr>
          <w:p>
            <w:r/>
          </w:p>
        </w:tc>
        <w:tc>
          <w:tcPr>
            <w:tcW w:type="dxa" w:w="1440"/>
          </w:tcPr>
          <w:p>
            <w:r>
              <w:t>[121]</w:t>
            </w:r>
          </w:p>
        </w:tc>
      </w:tr>
      <w:tr>
        <w:tc>
          <w:tcPr>
            <w:tcW w:type="dxa" w:w="1440"/>
          </w:tcPr>
          <w:p>
            <w:r>
              <w:t>Find outliers: Wards</w:t>
            </w:r>
          </w:p>
        </w:tc>
        <w:tc>
          <w:tcPr>
            <w:tcW w:type="dxa" w:w="1440"/>
          </w:tcPr>
          <w:p>
            <w:r>
              <w:t>layer, Polygon</w:t>
            </w:r>
          </w:p>
        </w:tc>
        <w:tc>
          <w:tcPr>
            <w:tcW w:type="dxa" w:w="1440"/>
          </w:tcPr>
          <w:p>
            <w:r>
              <w:t>20</w:t>
            </w:r>
          </w:p>
        </w:tc>
        <w:tc>
          <w:tcPr>
            <w:tcW w:type="dxa" w:w="1440"/>
          </w:tcPr>
          <w:p>
            <w:r/>
          </w:p>
        </w:tc>
        <w:tc>
          <w:tcPr>
            <w:tcW w:type="dxa" w:w="1440"/>
          </w:tcPr>
          <w:p>
            <w:r/>
          </w:p>
        </w:tc>
        <w:tc>
          <w:tcPr>
            <w:tcW w:type="dxa" w:w="1440"/>
          </w:tcPr>
          <w:p>
            <w:r>
              <w:t>[122]</w:t>
            </w:r>
          </w:p>
        </w:tc>
      </w:tr>
    </w:tbl>
    <w:p/>
    <w:p>
      <w:pPr>
        <w:pStyle w:val="Heading1"/>
      </w:pPr>
      <w:r>
        <w:t>Timeline</w:t>
      </w:r>
    </w:p>
    <w:p>
      <w:pPr>
        <w:jc w:val="center"/>
      </w:pPr>
      <w:r>
        <w:drawing>
          <wp:inline xmlns:a="http://schemas.openxmlformats.org/drawingml/2006/main" xmlns:pic="http://schemas.openxmlformats.org/drawingml/2006/picture">
            <wp:extent cx="5486400" cy="3968496"/>
            <wp:docPr id="1" name="Picture 1"/>
            <wp:cNvGraphicFramePr>
              <a:graphicFrameLocks noChangeAspect="1"/>
            </wp:cNvGraphicFramePr>
            <a:graphic>
              <a:graphicData uri="http://schemas.openxmlformats.org/drawingml/2006/picture">
                <pic:pic>
                  <pic:nvPicPr>
                    <pic:cNvPr id="0" name="066.jpg"/>
                    <pic:cNvPicPr/>
                  </pic:nvPicPr>
                  <pic:blipFill>
                    <a:blip r:embed="rId9"/>
                    <a:stretch>
                      <a:fillRect/>
                    </a:stretch>
                  </pic:blipFill>
                  <pic:spPr>
                    <a:xfrm>
                      <a:off x="0" y="0"/>
                      <a:ext cx="5486400" cy="3968496"/>
                    </a:xfrm>
                    <a:prstGeom prst="rect"/>
                  </pic:spPr>
                </pic:pic>
              </a:graphicData>
            </a:graphic>
          </wp:inline>
        </w:drawing>
      </w:r>
    </w:p>
    <w:p>
      <w:r>
        <w:rPr>
          <w:i/>
          <w:color w:val="525252"/>
          <w:sz w:val="17"/>
        </w:rPr>
        <w:t>Figure 1. Timeline: events per day by dataset [1]. Per day, 2026-09-02 to 2026-09-22. Source: Damage assessments, Road status, Relief distributions, Ward needs by day (2,900 features). Dotted lines mark dates named in the project's documents. The data is in the appendix.</w:t>
      </w:r>
    </w:p>
    <w:p>
      <w:r>
        <w:rPr>
          <w:i w:val="0"/>
        </w:rPr>
        <w:t>The timeline counts 2,900 dated events in Damage assessments, Road status, Relief distributions and 1 more per day, from 2026-09-02 to 2026-09-22 [1][2][3][4][5]. By dataset: Damage assessments 2,000; Ward needs by day 420; Relief distributions 320; Road status 160 [1]. The trend is -3.48 events per day; the second half of the days has 1,177 against 1,586 in the first (-25.8%) [1]. The project's documents name 1 date inside this span, drawn as dotted lines; the most named is 2026-09-14 (Situation report No [6]. 4, page 1, 1 mention) [6].</w:t>
      </w:r>
    </w:p>
    <w:p>
      <w:r>
        <w:rPr>
          <w:b/>
        </w:rPr>
        <w:t>Busiest days</w:t>
      </w:r>
    </w:p>
    <w:p>
      <w:pPr>
        <w:pStyle w:val="ListBullet"/>
      </w:pPr>
      <w:r>
        <w:t>2026-09-05: 181 events [1]</w:t>
      </w:r>
    </w:p>
    <w:p>
      <w:pPr>
        <w:pStyle w:val="ListBullet"/>
      </w:pPr>
      <w:r>
        <w:t>2026-09-04: 170 events [1]</w:t>
      </w:r>
    </w:p>
    <w:p>
      <w:pPr>
        <w:pStyle w:val="ListBullet"/>
      </w:pPr>
      <w:r>
        <w:t>2026-09-03: 164 events [1]</w:t>
      </w:r>
    </w:p>
    <w:p>
      <w:r>
        <w:rPr>
          <w:b/>
        </w:rPr>
        <w:t>Quietest days</w:t>
      </w:r>
    </w:p>
    <w:p>
      <w:pPr>
        <w:pStyle w:val="ListBullet"/>
      </w:pPr>
      <w:r>
        <w:t>2026-09-21: 96 events [1]</w:t>
      </w:r>
    </w:p>
    <w:p>
      <w:pPr>
        <w:pStyle w:val="ListBullet"/>
      </w:pPr>
      <w:r>
        <w:t>2026-09-22: 102 events [1]</w:t>
      </w:r>
    </w:p>
    <w:p>
      <w:pPr>
        <w:pStyle w:val="ListBullet"/>
      </w:pPr>
      <w:r>
        <w:t>2026-09-20: 104 events [1]</w:t>
      </w:r>
    </w:p>
    <w:p>
      <w:pPr>
        <w:pStyle w:val="Heading1"/>
      </w:pPr>
      <w:r>
        <w:t>Hot spots</w:t>
      </w:r>
    </w:p>
    <w:p>
      <w:r>
        <w:rPr>
          <w:b/>
        </w:rPr>
        <w:t xml:space="preserve">What this analysis is. </w:t>
      </w:r>
      <w:r>
        <w:rPr>
          <w:i w:val="0"/>
        </w:rPr>
        <w:t>Hot spot analysis: Getis-Ord Gi* hot and cold spots with z-scores, p-values and confidence bins [7]. In ArcGIS it is Find Hot Spots or Hot Spot Analysis (Getis-Ord Gi*); in QGIS, qgis:hotspot (plugin) [7].</w:t>
      </w:r>
    </w:p>
    <w:p>
      <w:r>
        <w:rPr>
          <w:b/>
        </w:rPr>
        <w:t xml:space="preserve">Why it was run on this data. </w:t>
      </w:r>
      <w:r>
        <w:rPr>
          <w:i w:val="0"/>
        </w:rPr>
        <w:t>320 points: Getis-Ord Gi* tests whether the concentrations in Relief distributions are statistically significant [8].</w:t>
      </w:r>
    </w:p>
    <w:p>
      <w:r>
        <w:rPr>
          <w:b/>
        </w:rPr>
        <w:t xml:space="preserve">What it found. </w:t>
      </w:r>
      <w:r>
        <w:rPr>
          <w:i w:val="0"/>
        </w:rPr>
        <w:t>Hot spot analysis was performed using the Relief distributions layer [10]. The resulting analysis generated 320 features [9] and took 5 milliseconds to complete [9]. The total billing cost for this operation was 0.0564 [9].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320</w:t>
            </w:r>
          </w:p>
        </w:tc>
      </w:tr>
      <w:tr>
        <w:tc>
          <w:tcPr>
            <w:tcW w:type="dxa" w:w="4320"/>
          </w:tcPr>
          <w:p>
            <w:r>
              <w:t>result, elapsed ms</w:t>
            </w:r>
          </w:p>
        </w:tc>
        <w:tc>
          <w:tcPr>
            <w:tcW w:type="dxa" w:w="4320"/>
          </w:tcPr>
          <w:p>
            <w:r>
              <w:t>5</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Relief distributions: Hot spot analysis: 1 layer saved: Hot spot analysis: Relief distributions (320 features) [9][10].</w:t>
      </w:r>
    </w:p>
    <w:p>
      <w:pPr>
        <w:pStyle w:val="ListBullet"/>
      </w:pPr>
      <w:r>
        <w:rPr>
          <w:b/>
        </w:rPr>
        <w:t xml:space="preserve">Evidenced: </w:t>
      </w:r>
      <w:r>
        <w:t>It reported result, count 320; result, elapsed ms 5; result, excluded null 0; result, distance band m 1,000; billing, cost 0.0564; billing, list price 0.0564 [9].</w:t>
      </w:r>
    </w:p>
    <w:p>
      <w:r>
        <w:rPr>
          <w:i/>
          <w:color w:val="525252"/>
          <w:sz w:val="17"/>
        </w:rPr>
        <w:t>Tool gp_hot_spots; parameters {"field": "households_served", "project": "affd1e20-248c-4f96-b09d-48d3027477be", "features": {"layer": "Relief distributions (83cbe688)"}, "aggregation": "hexagon", "cell_size_m": 1000.0, "distance_band_m": 1000.0}</w:t>
      </w:r>
    </w:p>
    <w:p>
      <w:pPr>
        <w:pStyle w:val="Heading1"/>
      </w:pPr>
      <w:r>
        <w:t>Hot spots</w:t>
      </w:r>
    </w:p>
    <w:p>
      <w:r>
        <w:rPr>
          <w:b/>
        </w:rPr>
        <w:t xml:space="preserve">What this analysis is. </w:t>
      </w:r>
      <w:r>
        <w:rPr>
          <w:i w:val="0"/>
        </w:rPr>
        <w:t>Hot spot analysis: Getis-Ord Gi* hot and cold spots with z-scores, p-values and confidence bins [7]. In ArcGIS it is Find Hot Spots or Hot Spot Analysis (Getis-Ord Gi*); in QGIS, qgis:hotspot (plugin) [7].</w:t>
      </w:r>
    </w:p>
    <w:p>
      <w:r>
        <w:rPr>
          <w:b/>
        </w:rPr>
        <w:t xml:space="preserve">Why it was run on this data. </w:t>
      </w:r>
      <w:r>
        <w:rPr>
          <w:i w:val="0"/>
        </w:rPr>
        <w:t>60 points: Getis-Ord Gi* tests whether the concentrations in Water points are statistically significant [11].</w:t>
      </w:r>
    </w:p>
    <w:p>
      <w:r>
        <w:rPr>
          <w:b/>
        </w:rPr>
        <w:t xml:space="preserve">What it found. </w:t>
      </w:r>
      <w:r>
        <w:rPr>
          <w:i w:val="0"/>
        </w:rPr>
        <w:t>The hot spot analysis used "Water points" as its input [13]. The process saved one layer titled "Hot spot analysis: Water points (20 features)" [12]. Results for the analysis indicated 20 bins and 20 counts, based on a cell size of 2,000 m [12]. The final billing cost associated with this analysis was 0.0512 [12].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20</w:t>
            </w:r>
          </w:p>
        </w:tc>
      </w:tr>
      <w:tr>
        <w:tc>
          <w:tcPr>
            <w:tcW w:type="dxa" w:w="4320"/>
          </w:tcPr>
          <w:p>
            <w:r>
              <w:t>result, count</w:t>
            </w:r>
          </w:p>
        </w:tc>
        <w:tc>
          <w:tcPr>
            <w:tcW w:type="dxa" w:w="4320"/>
          </w:tcPr>
          <w:p>
            <w:r>
              <w:t>20</w:t>
            </w:r>
          </w:p>
        </w:tc>
      </w:tr>
      <w:tr>
        <w:tc>
          <w:tcPr>
            <w:tcW w:type="dxa" w:w="4320"/>
          </w:tcPr>
          <w:p>
            <w:r>
              <w:t>result, elapsed ms</w:t>
            </w:r>
          </w:p>
        </w:tc>
        <w:tc>
          <w:tcPr>
            <w:tcW w:type="dxa" w:w="4320"/>
          </w:tcPr>
          <w:p>
            <w:r>
              <w:t>3</w:t>
            </w:r>
          </w:p>
        </w:tc>
      </w:tr>
      <w:tr>
        <w:tc>
          <w:tcPr>
            <w:tcW w:type="dxa" w:w="4320"/>
          </w:tcPr>
          <w:p>
            <w:r>
              <w:t>result, cell size m</w:t>
            </w:r>
          </w:p>
        </w:tc>
        <w:tc>
          <w:tcPr>
            <w:tcW w:type="dxa" w:w="4320"/>
          </w:tcPr>
          <w:p>
            <w:r>
              <w:t>2,000</w:t>
            </w:r>
          </w:p>
        </w:tc>
      </w:tr>
      <w:tr>
        <w:tc>
          <w:tcPr>
            <w:tcW w:type="dxa" w:w="4320"/>
          </w:tcPr>
          <w:p>
            <w:r>
              <w:t>result, incidents used</w:t>
            </w:r>
          </w:p>
        </w:tc>
        <w:tc>
          <w:tcPr>
            <w:tcW w:type="dxa" w:w="4320"/>
          </w:tcPr>
          <w:p>
            <w:r>
              <w:t>60</w:t>
            </w:r>
          </w:p>
        </w:tc>
      </w:tr>
      <w:tr>
        <w:tc>
          <w:tcPr>
            <w:tcW w:type="dxa" w:w="4320"/>
          </w:tcPr>
          <w:p>
            <w:r>
              <w:t>result, distance band m</w:t>
            </w:r>
          </w:p>
        </w:tc>
        <w:tc>
          <w:tcPr>
            <w:tcW w:type="dxa" w:w="4320"/>
          </w:tcPr>
          <w:p>
            <w:r>
              <w:t>2,000</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Water points: Hot spot analysis: 1 layer saved: Hot spot analysis: Water points (20 features) [12][13].</w:t>
      </w:r>
    </w:p>
    <w:p>
      <w:pPr>
        <w:pStyle w:val="ListBullet"/>
      </w:pPr>
      <w:r>
        <w:rPr>
          <w:b/>
        </w:rPr>
        <w:t xml:space="preserve">Evidenced: </w:t>
      </w:r>
      <w:r>
        <w:t>It reported result, bins 20; result, count 20; result, elapsed ms 3; result, cell size m 2,000; result, incidents used 60; result, distance band m 2,000 [12].</w:t>
      </w:r>
    </w:p>
    <w:p>
      <w:r>
        <w:rPr>
          <w:i/>
          <w:color w:val="525252"/>
          <w:sz w:val="17"/>
        </w:rPr>
        <w:t>Tool gp_hot_spots; parameters {"project": "affd1e20-248c-4f96-b09d-48d3027477be", "features": {"layer": "Water points (2a061d8c)"}, "aggregation": "hexagon", "cell_size_m": 2000.0, "distance_band_m": 2000.0}</w:t>
      </w:r>
    </w:p>
    <w:p>
      <w:pPr>
        <w:pStyle w:val="Heading1"/>
      </w:pPr>
      <w:r>
        <w:t>Hot spots</w:t>
      </w:r>
    </w:p>
    <w:p>
      <w:r>
        <w:rPr>
          <w:b/>
        </w:rPr>
        <w:t xml:space="preserve">What this analysis is. </w:t>
      </w:r>
      <w:r>
        <w:rPr>
          <w:i w:val="0"/>
        </w:rPr>
        <w:t>Hot spot analysis: Getis-Ord Gi* hot and cold spots with z-scores, p-values and confidence bins [7]. In ArcGIS it is Find Hot Spots or Hot Spot Analysis (Getis-Ord Gi*); in QGIS, qgis:hotspot (plugin) [7].</w:t>
      </w:r>
    </w:p>
    <w:p>
      <w:r>
        <w:rPr>
          <w:b/>
        </w:rPr>
        <w:t xml:space="preserve">Why it was run on this data. </w:t>
      </w:r>
      <w:r>
        <w:rPr>
          <w:i w:val="0"/>
        </w:rPr>
        <w:t>2000 points: Getis-Ord Gi* tests whether the concentrations in Damage assessments are statistically significant [14].</w:t>
      </w:r>
    </w:p>
    <w:p>
      <w:r>
        <w:rPr>
          <w:b/>
        </w:rPr>
        <w:t xml:space="preserve">What it found. </w:t>
      </w:r>
      <w:r>
        <w:rPr>
          <w:i w:val="0"/>
        </w:rPr>
        <w:t>The hot spot analysis successfully generated one saved layer titled "Hot spot analysis: Damage assessments" [15].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2,000</w:t>
            </w:r>
          </w:p>
        </w:tc>
      </w:tr>
      <w:tr>
        <w:tc>
          <w:tcPr>
            <w:tcW w:type="dxa" w:w="4320"/>
          </w:tcPr>
          <w:p>
            <w:r>
              <w:t>result, elapsed ms</w:t>
            </w:r>
          </w:p>
        </w:tc>
        <w:tc>
          <w:tcPr>
            <w:tcW w:type="dxa" w:w="4320"/>
          </w:tcPr>
          <w:p>
            <w:r>
              <w:t>35</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Damage assessments: Hot spot analysis: 1 layer saved: Hot spot analysis: Damage assessments (2000 features) [15][16].</w:t>
      </w:r>
    </w:p>
    <w:p>
      <w:pPr>
        <w:pStyle w:val="ListBullet"/>
      </w:pPr>
      <w:r>
        <w:rPr>
          <w:b/>
        </w:rPr>
        <w:t xml:space="preserve">Evidenced: </w:t>
      </w:r>
      <w:r>
        <w:t>It reported result, count 2,000; result, elapsed ms 35; result, excluded null 0; result, distance band m 500; billing, cost 0.09; billing, list price 0.09 [15].</w:t>
      </w:r>
    </w:p>
    <w:p>
      <w:r>
        <w:rPr>
          <w:i/>
          <w:color w:val="525252"/>
          <w:sz w:val="17"/>
        </w:rPr>
        <w:t>Tool gp_hot_spots; parameters {"field": "people_displaced", "project": "affd1e20-248c-4f96-b09d-48d3027477be", "features": {"layer": "Damage assessments (26bd99f3)"}, "aggregation": "hexagon", "cell_size_m": 500.0, "distance_band_m": 500.0}</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[17]. In ArcGIS it is Emerging Hot Spot Analysis or Create Space Time Cube [17].</w:t>
      </w:r>
    </w:p>
    <w:p>
      <w:r>
        <w:rPr>
          <w:b/>
        </w:rPr>
        <w:t xml:space="preserve">Why it was run on this data. </w:t>
      </w:r>
      <w:r>
        <w:rPr>
          <w:i w:val="0"/>
        </w:rPr>
        <w:t>Relief distributions carry dates in 'date': emerging hot spot analysis finds new, intensifying and fading hot spots per day [18].</w:t>
      </w:r>
    </w:p>
    <w:p>
      <w:r>
        <w:rPr>
          <w:b/>
        </w:rPr>
        <w:t xml:space="preserve">What it found. </w:t>
      </w:r>
      <w:r>
        <w:rPr>
          <w:i w:val="0"/>
        </w:rPr>
        <w:t>Space time hot spots on Relief distributions: Emerging hot spots: 1 layer saved: Emerging hot spots: Relief distributions (54 features) [10][19]. It reported result, count 54; result, elapsed ms 10; result, resolution 8; result, features used 320; result, time neighbors 0; billing, cost 0.116 [19].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54</w:t>
            </w:r>
          </w:p>
        </w:tc>
      </w:tr>
      <w:tr>
        <w:tc>
          <w:tcPr>
            <w:tcW w:type="dxa" w:w="4320"/>
          </w:tcPr>
          <w:p>
            <w:r>
              <w:t>result, elapsed ms</w:t>
            </w:r>
          </w:p>
        </w:tc>
        <w:tc>
          <w:tcPr>
            <w:tcW w:type="dxa" w:w="4320"/>
          </w:tcPr>
          <w:p>
            <w:r>
              <w:t>10</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320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0.116</w:t>
            </w:r>
          </w:p>
        </w:tc>
      </w:tr>
      <w:tr>
        <w:tc>
          <w:tcPr>
            <w:tcW w:type="dxa" w:w="4320"/>
          </w:tcPr>
          <w:p>
            <w:r>
              <w:t>billing, list price</w:t>
            </w:r>
          </w:p>
        </w:tc>
        <w:tc>
          <w:tcPr>
            <w:tcW w:type="dxa" w:w="4320"/>
          </w:tcPr>
          <w:p>
            <w:r>
              <w:t>0.116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Relief distributions: Emerging hot spots: 1 layer saved: Emerging hot spots: Relief distributions (54 features) [10][19].</w:t>
      </w:r>
    </w:p>
    <w:p>
      <w:pPr>
        <w:pStyle w:val="ListBullet"/>
      </w:pPr>
      <w:r>
        <w:rPr>
          <w:b/>
        </w:rPr>
        <w:t xml:space="preserve">Evidenced: </w:t>
      </w:r>
      <w:r>
        <w:t>It reported result, count 54; result, elapsed ms 10; result, resolution 8; result, features used 320; result, time neighbors 0; billing, cost 0.116 [19].</w:t>
      </w:r>
    </w:p>
    <w:p>
      <w:r>
        <w:rPr>
          <w:i/>
          <w:color w:val="525252"/>
          <w:sz w:val="17"/>
        </w:rPr>
        <w:t>Tool gp_space_time_hot_spots; parameters {"agg": "sum", "project": "affd1e20-248c-4f96-b09d-48d3027477be", "features": {"layer": "Relief distributions (83cbe688)"}, "interval": "day", "bin_shape": "h3", "resolution": 8, "time_field": "date", "value_field": "households_served"}</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[17]. In ArcGIS it is Emerging Hot Spot Analysis or Create Space Time Cube [17].</w:t>
      </w:r>
    </w:p>
    <w:p>
      <w:r>
        <w:rPr>
          <w:b/>
        </w:rPr>
        <w:t xml:space="preserve">Why it was run on this data. </w:t>
      </w:r>
      <w:r>
        <w:rPr>
          <w:i w:val="0"/>
        </w:rPr>
        <w:t>Damage assessments carry dates in 'assessed_at': emerging hot spot analysis finds new, intensifying and fading hot spots per day [20].</w:t>
      </w:r>
    </w:p>
    <w:p>
      <w:r>
        <w:rPr>
          <w:b/>
        </w:rPr>
        <w:t xml:space="preserve">What it found. </w:t>
      </w:r>
      <w:r>
        <w:rPr>
          <w:i w:val="0"/>
        </w:rPr>
        <w:t>Space time hot spots on Damage assessments: Emerging hot spots: 1 layer saved: Emerging hot spots: Damage assessments (87 features) [16][21]. It reported result, count 87; result, elapsed ms 18; result, resolution 8; result, features used 2,000; result, time neighbors 0; billing, cost 0.2 [21].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87</w:t>
            </w:r>
          </w:p>
        </w:tc>
      </w:tr>
      <w:tr>
        <w:tc>
          <w:tcPr>
            <w:tcW w:type="dxa" w:w="4320"/>
          </w:tcPr>
          <w:p>
            <w:r>
              <w:t>result, elapsed ms</w:t>
            </w:r>
          </w:p>
        </w:tc>
        <w:tc>
          <w:tcPr>
            <w:tcW w:type="dxa" w:w="4320"/>
          </w:tcPr>
          <w:p>
            <w:r>
              <w:t>18</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2,000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0.2</w:t>
            </w:r>
          </w:p>
        </w:tc>
      </w:tr>
      <w:tr>
        <w:tc>
          <w:tcPr>
            <w:tcW w:type="dxa" w:w="4320"/>
          </w:tcPr>
          <w:p>
            <w:r>
              <w:t>billing, list price</w:t>
            </w:r>
          </w:p>
        </w:tc>
        <w:tc>
          <w:tcPr>
            <w:tcW w:type="dxa" w:w="4320"/>
          </w:tcPr>
          <w:p>
            <w:r>
              <w:t>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Damage assessments: Emerging hot spots: 1 layer saved: Emerging hot spots: Damage assessments (87 features) [16][21].</w:t>
      </w:r>
    </w:p>
    <w:p>
      <w:pPr>
        <w:pStyle w:val="ListBullet"/>
      </w:pPr>
      <w:r>
        <w:rPr>
          <w:b/>
        </w:rPr>
        <w:t xml:space="preserve">Evidenced: </w:t>
      </w:r>
      <w:r>
        <w:t>It reported result, count 87; result, elapsed ms 18; result, resolution 8; result, features used 2,000; result, time neighbors 0; billing, cost 0.2 [21].</w:t>
      </w:r>
    </w:p>
    <w:p>
      <w:r>
        <w:rPr>
          <w:i/>
          <w:color w:val="525252"/>
          <w:sz w:val="17"/>
        </w:rPr>
        <w:t>Tool gp_space_time_hot_spots; parameters {"agg": "sum", "project": "affd1e20-248c-4f96-b09d-48d3027477be", "features": {"layer": "Damage assessments (26bd99f3)"}, "interval": "day", "bin_shape": "h3", "resolution": 8, "time_field": "assessed_at", "value_field": "people_displaced"}</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[22]. In ArcGIS it is Repeat and Near Repeat Classification or Near Repeat Calculator [22].</w:t>
      </w:r>
    </w:p>
    <w:p>
      <w:r>
        <w:rPr>
          <w:b/>
        </w:rPr>
        <w:t xml:space="preserve">Why it was run on this data. </w:t>
      </w:r>
      <w:r>
        <w:rPr>
          <w:i w:val="0"/>
        </w:rPr>
        <w:t>Near repeat analysis tests whether Relief distributions close in space also follow each other within 3 days [23].</w:t>
      </w:r>
    </w:p>
    <w:p>
      <w:r>
        <w:rPr>
          <w:b/>
        </w:rPr>
        <w:t xml:space="preserve">What it found. </w:t>
      </w:r>
      <w:r>
        <w:rPr>
          <w:i w:val="0"/>
        </w:rPr>
        <w:t>Near repeat on Relief distributions: Repeat and near repeat classification: 1 layer saved: Repeat and near repeat classification: Relief distributions (320 features) [10][24]. It reported result, days 3; result, count 320; result, chains 41; result, distance m 500; result, elapsed ms 13; result, pairs linked 742 [24].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w:t>
            </w:r>
          </w:p>
        </w:tc>
      </w:tr>
      <w:tr>
        <w:tc>
          <w:tcPr>
            <w:tcW w:type="dxa" w:w="4320"/>
          </w:tcPr>
          <w:p>
            <w:r>
              <w:t>result, count</w:t>
            </w:r>
          </w:p>
        </w:tc>
        <w:tc>
          <w:tcPr>
            <w:tcW w:type="dxa" w:w="4320"/>
          </w:tcPr>
          <w:p>
            <w:r>
              <w:t>320</w:t>
            </w:r>
          </w:p>
        </w:tc>
      </w:tr>
      <w:tr>
        <w:tc>
          <w:tcPr>
            <w:tcW w:type="dxa" w:w="4320"/>
          </w:tcPr>
          <w:p>
            <w:r>
              <w:t>result, chains</w:t>
            </w:r>
          </w:p>
        </w:tc>
        <w:tc>
          <w:tcPr>
            <w:tcW w:type="dxa" w:w="4320"/>
          </w:tcPr>
          <w:p>
            <w:r>
              <w:t>41</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13</w:t>
            </w:r>
          </w:p>
        </w:tc>
      </w:tr>
      <w:tr>
        <w:tc>
          <w:tcPr>
            <w:tcW w:type="dxa" w:w="4320"/>
          </w:tcPr>
          <w:p>
            <w:r>
              <w:t>result, pairs linked</w:t>
            </w:r>
          </w:p>
        </w:tc>
        <w:tc>
          <w:tcPr>
            <w:tcW w:type="dxa" w:w="4320"/>
          </w:tcPr>
          <w:p>
            <w:r>
              <w:t>742</w:t>
            </w:r>
          </w:p>
        </w:tc>
      </w:tr>
      <w:tr>
        <w:tc>
          <w:tcPr>
            <w:tcW w:type="dxa" w:w="4320"/>
          </w:tcPr>
          <w:p>
            <w:r>
              <w:t>billing, cost</w:t>
            </w:r>
          </w:p>
        </w:tc>
        <w:tc>
          <w:tcPr>
            <w:tcW w:type="dxa" w:w="4320"/>
          </w:tcPr>
          <w:p>
            <w:r>
              <w:t>0.0596</w:t>
            </w:r>
          </w:p>
        </w:tc>
      </w:tr>
      <w:tr>
        <w:tc>
          <w:tcPr>
            <w:tcW w:type="dxa" w:w="4320"/>
          </w:tcPr>
          <w:p>
            <w:r>
              <w:t>billing, list price</w:t>
            </w:r>
          </w:p>
        </w:tc>
        <w:tc>
          <w:tcPr>
            <w:tcW w:type="dxa" w:w="4320"/>
          </w:tcPr>
          <w:p>
            <w:r>
              <w:t>0.0596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Relief distributions: Repeat and near repeat classification: 1 layer saved: Repeat and near repeat classification: Relief distributions (320 features) [10][24].</w:t>
      </w:r>
    </w:p>
    <w:p>
      <w:pPr>
        <w:pStyle w:val="ListBullet"/>
      </w:pPr>
      <w:r>
        <w:rPr>
          <w:b/>
        </w:rPr>
        <w:t xml:space="preserve">Evidenced: </w:t>
      </w:r>
      <w:r>
        <w:t>It reported result, days 3; result, count 320; result, chains 41; result, distance m 500; result, elapsed ms 13; result, pairs linked 742 [24].</w:t>
      </w:r>
    </w:p>
    <w:p>
      <w:r>
        <w:rPr>
          <w:i/>
          <w:color w:val="525252"/>
          <w:sz w:val="17"/>
        </w:rPr>
        <w:t>Tool gp_near_repeat; parameters {"days": 3, "project": "affd1e20-248c-4f96-b09d-48d3027477be", "features": {"layer": "Relief distributions (83cbe688)"}, "distance_m": 500.0, "time_field": "date"}</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Shelters inside each feature of Wards by type; the counts map as a choropleth (natural breaks, sequential colors) [26].</w:t>
      </w:r>
    </w:p>
    <w:p>
      <w:r>
        <w:rPr>
          <w:b/>
        </w:rPr>
        <w:t xml:space="preserve">What it found. </w:t>
      </w:r>
      <w:r>
        <w:rPr>
          <w:i w:val="0"/>
        </w:rPr>
        <w:t>Summarize within on Shelters, Wards: Summarize within: 1 layer saved: Summarize within: Wards (20 features) [27][28][29]. It reported result, count 20; result, elapsed ms 0; billing, cost 0.01092; billing, list price 0.01092; billing, upstream cost 0 [27].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0.01092</w:t>
            </w:r>
          </w:p>
        </w:tc>
      </w:tr>
      <w:tr>
        <w:tc>
          <w:tcPr>
            <w:tcW w:type="dxa" w:w="4320"/>
          </w:tcPr>
          <w:p>
            <w:r>
              <w:t>billing, list price</w:t>
            </w:r>
          </w:p>
        </w:tc>
        <w:tc>
          <w:tcPr>
            <w:tcW w:type="dxa" w:w="4320"/>
          </w:tcPr>
          <w:p>
            <w:r>
              <w:t>0.01092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Shelters, Wards: Summarize within: 1 layer saved: Summarize within: Wards (20 features) [27][28][29].</w:t>
      </w:r>
    </w:p>
    <w:p>
      <w:pPr>
        <w:pStyle w:val="ListBullet"/>
      </w:pPr>
      <w:r>
        <w:rPr>
          <w:b/>
        </w:rPr>
        <w:t xml:space="preserve">Evidenced: </w:t>
      </w:r>
      <w:r>
        <w:t>It reported result, count 20; result, elapsed ms 0; billing, cost 0.01092; billing, list price 0.01092; billing, upstream cost 0 [27].</w:t>
      </w:r>
    </w:p>
    <w:p>
      <w:r>
        <w:rPr>
          <w:i/>
          <w:color w:val="525252"/>
          <w:sz w:val="17"/>
        </w:rPr>
        <w:t>Tool gp_summarize_within; parameters {"stats": [{"stat": "sum", "field": "capacity"}], "project": "affd1e20-248c-4f96-b09d-48d3027477be", "features": {"layer": "Shelters (ee1b31b2)"}, "group_by": "type", "polygons": {"layer": "Wards (b338e26e)"}}</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Shelters inside each feature of Wards by type; the counts map as a choropleth (natural breaks, sequential colors) [26].</w:t>
      </w:r>
    </w:p>
    <w:p>
      <w:r>
        <w:rPr>
          <w:b/>
        </w:rPr>
        <w:t xml:space="preserve">What it found. </w:t>
      </w:r>
      <w:r>
        <w:rPr>
          <w:i w:val="0"/>
        </w:rPr>
        <w:t>Summarize within on Relief distributions, Wards: Summarize within: 1 layer saved: Summarize within: Wards (20 features) [10][29][30]. It reported result, count 20; result, elapsed ms 1; billing, cost 0.01682; billing, list price 0.01682; billing, upstream cost 0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0.01682</w:t>
            </w:r>
          </w:p>
        </w:tc>
      </w:tr>
      <w:tr>
        <w:tc>
          <w:tcPr>
            <w:tcW w:type="dxa" w:w="4320"/>
          </w:tcPr>
          <w:p>
            <w:r>
              <w:t>billing, list price</w:t>
            </w:r>
          </w:p>
        </w:tc>
        <w:tc>
          <w:tcPr>
            <w:tcW w:type="dxa" w:w="4320"/>
          </w:tcPr>
          <w:p>
            <w:r>
              <w:t>0.01682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Relief distributions, Wards: Summarize within: 1 layer saved: Summarize within: Wards (20 features) [10][29][30].</w:t>
      </w:r>
    </w:p>
    <w:p>
      <w:pPr>
        <w:pStyle w:val="ListBullet"/>
      </w:pPr>
      <w:r>
        <w:rPr>
          <w:b/>
        </w:rPr>
        <w:t xml:space="preserve">Evidenced: </w:t>
      </w:r>
      <w:r>
        <w:t>It reported result, count 20; result, elapsed ms 1; billing, cost 0.01682; billing, list price 0.01682; billing, upstream cost 0 [30].</w:t>
      </w:r>
    </w:p>
    <w:p>
      <w:r>
        <w:rPr>
          <w:i/>
          <w:color w:val="525252"/>
          <w:sz w:val="17"/>
        </w:rPr>
        <w:t>Tool gp_summarize_within; parameters {"stats": [{"stat": "sum", "field": "households_served"}], "project": "affd1e20-248c-4f96-b09d-48d3027477be", "features": {"layer": "Relief distributions (83cbe688)"}, "group_by": "item", "polygons": {"layer": "Wards (b338e26e)"}}</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Shelters inside each feature of Wards by type; the counts map as a choropleth (natural breaks, sequential colors) [26].</w:t>
      </w:r>
    </w:p>
    <w:p>
      <w:r>
        <w:rPr>
          <w:b/>
        </w:rPr>
        <w:t xml:space="preserve">What it found. </w:t>
      </w:r>
      <w:r>
        <w:rPr>
          <w:i w:val="0"/>
        </w:rPr>
        <w:t>Summarize within on Health posts, Wards: Summarize within: 1 layer saved: Summarize within: Wards (20 features) [29][31][32]. It reported result, count 20; result, elapsed ms 0; billing, cost 0.01082; billing, list price 0.01082; billing, upstream cost 0 [31].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0.01082</w:t>
            </w:r>
          </w:p>
        </w:tc>
      </w:tr>
      <w:tr>
        <w:tc>
          <w:tcPr>
            <w:tcW w:type="dxa" w:w="4320"/>
          </w:tcPr>
          <w:p>
            <w:r>
              <w:t>billing, list price</w:t>
            </w:r>
          </w:p>
        </w:tc>
        <w:tc>
          <w:tcPr>
            <w:tcW w:type="dxa" w:w="4320"/>
          </w:tcPr>
          <w:p>
            <w:r>
              <w:t>0.01082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Health posts, Wards: Summarize within: 1 layer saved: Summarize within: Wards (20 features) [29][31][32].</w:t>
      </w:r>
    </w:p>
    <w:p>
      <w:pPr>
        <w:pStyle w:val="ListBullet"/>
      </w:pPr>
      <w:r>
        <w:rPr>
          <w:b/>
        </w:rPr>
        <w:t xml:space="preserve">Evidenced: </w:t>
      </w:r>
      <w:r>
        <w:t>It reported result, count 20; result, elapsed ms 0; billing, cost 0.01082; billing, list price 0.01082; billing, upstream cost 0 [31].</w:t>
      </w:r>
    </w:p>
    <w:p>
      <w:r>
        <w:rPr>
          <w:i/>
          <w:color w:val="525252"/>
          <w:sz w:val="17"/>
        </w:rPr>
        <w:t>Tool gp_summarize_within; parameters {"stats": [{"stat": "sum", "field": "beds"}], "project": "affd1e20-248c-4f96-b09d-48d3027477be", "features": {"layer": "Health posts (7aed59a8)"}, "group_by": "functional", "polygons": {"layer": "Wards (b338e26e)"}}</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Shelters and separates noise [34].</w:t>
      </w:r>
    </w:p>
    <w:p>
      <w:r>
        <w:rPr>
          <w:b/>
        </w:rPr>
        <w:t xml:space="preserve">What it found. </w:t>
      </w:r>
      <w:r>
        <w:rPr>
          <w:i w:val="0"/>
        </w:rPr>
        <w:t>The `gp_find_point_clusters` tool was used on the Shelters data [28] to identify point clusters. The process resulted in a count of 25 clusters and 2 noise points [35]. The output contained 2 layers, specifically listing "Shelters (25 features)" and "cluster hulls (1 feature)" [35]. The computation was efficient, completing in an elapsed time of 4 ms [35].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w:t>
            </w:r>
          </w:p>
        </w:tc>
      </w:tr>
      <w:tr>
        <w:tc>
          <w:tcPr>
            <w:tcW w:type="dxa" w:w="4320"/>
          </w:tcPr>
          <w:p>
            <w:r>
              <w:t>result, noise</w:t>
            </w:r>
          </w:p>
        </w:tc>
        <w:tc>
          <w:tcPr>
            <w:tcW w:type="dxa" w:w="4320"/>
          </w:tcPr>
          <w:p>
            <w:r>
              <w:t>2</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4</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Shelters: Find point clusters: 2 layers saved: Find point clusters: Shelters (25 features); Find point clusters: cluster hulls (1 feature) [28][35].</w:t>
      </w:r>
    </w:p>
    <w:p>
      <w:pPr>
        <w:pStyle w:val="ListBullet"/>
      </w:pPr>
      <w:r>
        <w:rPr>
          <w:b/>
        </w:rPr>
        <w:t xml:space="preserve">Evidenced: </w:t>
      </w:r>
      <w:r>
        <w:t>It reported result, count 25; result, noise 2; result, distance m 2,000; result, elapsed ms 4; result, min points 3; billing, cost 0.0505 [35].</w:t>
      </w:r>
    </w:p>
    <w:p>
      <w:r>
        <w:rPr>
          <w:i/>
          <w:color w:val="525252"/>
          <w:sz w:val="17"/>
        </w:rPr>
        <w:t>Tool gp_find_point_clusters; parameters {"method": "dbscan", "project": "affd1e20-248c-4f96-b09d-48d3027477be", "features": {"layer": "Shelters (ee1b31b2)"}, "distance_m": 2000.0,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Relief distributions and separates noise [36].</w:t>
      </w:r>
    </w:p>
    <w:p>
      <w:r>
        <w:rPr>
          <w:b/>
        </w:rPr>
        <w:t xml:space="preserve">What it found. </w:t>
      </w:r>
      <w:r>
        <w:rPr>
          <w:i w:val="0"/>
        </w:rPr>
        <w:t>Find point clusters on Relief distributions: Find point clusters: 2 layers saved: Find point clusters: Relief distributions (320 features); Find point clusters: cluster hulls (21 features) [10][37]. It reported result, count 320; result, noise 12; result, distance m 500; result, elapsed ms 10; result, min points 8; billing, cost 0.0564 [37].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320</w:t>
            </w:r>
          </w:p>
        </w:tc>
      </w:tr>
      <w:tr>
        <w:tc>
          <w:tcPr>
            <w:tcW w:type="dxa" w:w="4320"/>
          </w:tcPr>
          <w:p>
            <w:r>
              <w:t>result, noise</w:t>
            </w:r>
          </w:p>
        </w:tc>
        <w:tc>
          <w:tcPr>
            <w:tcW w:type="dxa" w:w="4320"/>
          </w:tcPr>
          <w:p>
            <w:r>
              <w:t>12</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10</w:t>
            </w:r>
          </w:p>
        </w:tc>
      </w:tr>
      <w:tr>
        <w:tc>
          <w:tcPr>
            <w:tcW w:type="dxa" w:w="4320"/>
          </w:tcPr>
          <w:p>
            <w:r>
              <w:t>result, min points</w:t>
            </w:r>
          </w:p>
        </w:tc>
        <w:tc>
          <w:tcPr>
            <w:tcW w:type="dxa" w:w="4320"/>
          </w:tcPr>
          <w:p>
            <w:r>
              <w:t>8</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Relief distributions: Find point clusters: 2 layers saved: Find point clusters: Relief distributions (320 features); Find point clusters: cluster hulls (21 features) [10][37].</w:t>
      </w:r>
    </w:p>
    <w:p>
      <w:pPr>
        <w:pStyle w:val="ListBullet"/>
      </w:pPr>
      <w:r>
        <w:rPr>
          <w:b/>
        </w:rPr>
        <w:t xml:space="preserve">Evidenced: </w:t>
      </w:r>
      <w:r>
        <w:t>It reported result, count 320; result, noise 12; result, distance m 500; result, elapsed ms 10; result, min points 8; billing, cost 0.0564 [37].</w:t>
      </w:r>
    </w:p>
    <w:p>
      <w:r>
        <w:rPr>
          <w:i/>
          <w:color w:val="525252"/>
          <w:sz w:val="17"/>
        </w:rPr>
        <w:t>Tool gp_find_point_clusters; parameters {"method": "dbscan", "project": "affd1e20-248c-4f96-b09d-48d3027477be", "features": {"layer": "Relief distributions (83cbe688)"}, "distance_m": 500.0, "min_points": 8}</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Health posts and separates noise [38].</w:t>
      </w:r>
    </w:p>
    <w:p>
      <w:r>
        <w:rPr>
          <w:b/>
        </w:rPr>
        <w:t xml:space="preserve">What it found. </w:t>
      </w:r>
      <w:r>
        <w:rPr>
          <w:i w:val="0"/>
        </w:rPr>
        <w:t>Find point clusters on Health posts: Find point clusters: 2 layers saved: Find point clusters: Health posts (20 features); Find point clusters: cluster hulls (2 features) [32][39]. It reported result, count 20; result, noise 1; result, distance m 2,000; result, elapsed ms 1; result, min points 3; billing, cost 0.0504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w:t>
            </w:r>
          </w:p>
        </w:tc>
      </w:tr>
      <w:tr>
        <w:tc>
          <w:tcPr>
            <w:tcW w:type="dxa" w:w="4320"/>
          </w:tcPr>
          <w:p>
            <w:r>
              <w:t>result, noise</w:t>
            </w:r>
          </w:p>
        </w:tc>
        <w:tc>
          <w:tcPr>
            <w:tcW w:type="dxa" w:w="4320"/>
          </w:tcPr>
          <w:p>
            <w:r>
              <w:t>1</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1</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0.0504</w:t>
            </w:r>
          </w:p>
        </w:tc>
      </w:tr>
      <w:tr>
        <w:tc>
          <w:tcPr>
            <w:tcW w:type="dxa" w:w="4320"/>
          </w:tcPr>
          <w:p>
            <w:r>
              <w:t>billing, list price</w:t>
            </w:r>
          </w:p>
        </w:tc>
        <w:tc>
          <w:tcPr>
            <w:tcW w:type="dxa" w:w="4320"/>
          </w:tcPr>
          <w:p>
            <w:r>
              <w:t>0.0504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Health posts: Find point clusters: 2 layers saved: Find point clusters: Health posts (20 features); Find point clusters: cluster hulls (2 features) [32][39].</w:t>
      </w:r>
    </w:p>
    <w:p>
      <w:pPr>
        <w:pStyle w:val="ListBullet"/>
      </w:pPr>
      <w:r>
        <w:rPr>
          <w:b/>
        </w:rPr>
        <w:t xml:space="preserve">Evidenced: </w:t>
      </w:r>
      <w:r>
        <w:t>It reported result, count 20; result, noise 1; result, distance m 2,000; result, elapsed ms 1; result, min points 3; billing, cost 0.0504 [39].</w:t>
      </w:r>
    </w:p>
    <w:p>
      <w:r>
        <w:rPr>
          <w:i/>
          <w:color w:val="525252"/>
          <w:sz w:val="17"/>
        </w:rPr>
        <w:t>Tool gp_find_point_clusters; parameters {"method": "dbscan", "project": "affd1e20-248c-4f96-b09d-48d3027477be", "features": {"layer": "Health posts (7aed59a8)"}, "distance_m": 2000.0, "min_points": 3}</w:t>
      </w:r>
    </w:p>
    <w:p>
      <w:pPr>
        <w:pStyle w:val="Heading1"/>
      </w:pPr>
      <w:r>
        <w:t>Calculate density</w:t>
      </w:r>
    </w:p>
    <w:p>
      <w:r>
        <w:rPr>
          <w:b/>
        </w:rPr>
        <w:t xml:space="preserve">What this analysis is. </w:t>
      </w:r>
      <w:r>
        <w:rPr>
          <w:i w:val="0"/>
        </w:rPr>
        <w:t>Calculate density: Kernel density per square kilometer on a grid [40]. In ArcGIS it is Calculate Density or Kernel Density; in QGIS, native:heatmapkerneldensityestimation [40].</w:t>
      </w:r>
    </w:p>
    <w:p>
      <w:r>
        <w:rPr>
          <w:b/>
        </w:rPr>
        <w:t xml:space="preserve">Why it was run on this data. </w:t>
      </w:r>
      <w:r>
        <w:rPr>
          <w:i w:val="0"/>
        </w:rPr>
        <w:t>25 points in Shelters: a density surface shows where they concentrate [41].</w:t>
      </w:r>
    </w:p>
    <w:p>
      <w:r>
        <w:rPr>
          <w:b/>
        </w:rPr>
        <w:t xml:space="preserve">What it found. </w:t>
      </w:r>
      <w:r>
        <w:rPr>
          <w:i w:val="0"/>
        </w:rPr>
        <w:t>Calculate density on Shelters: Calculate density: 1 layer saved: Calculate density: Shelters (90 features) [28][42]. It reported result, count 90; result, elapsed ms 4; result, bandwidth m 2,000; result, cell size m 1,000; result, excluded null 0; result, max density per km2 0.8364 [42].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90</w:t>
            </w:r>
          </w:p>
        </w:tc>
      </w:tr>
      <w:tr>
        <w:tc>
          <w:tcPr>
            <w:tcW w:type="dxa" w:w="4320"/>
          </w:tcPr>
          <w:p>
            <w:r>
              <w:t>result, elapsed ms</w:t>
            </w:r>
          </w:p>
        </w:tc>
        <w:tc>
          <w:tcPr>
            <w:tcW w:type="dxa" w:w="4320"/>
          </w:tcPr>
          <w:p>
            <w:r>
              <w:t>4</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0.8364</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Shelters: Calculate density: 1 layer saved: Calculate density: Shelters (90 features) [28][42].</w:t>
      </w:r>
    </w:p>
    <w:p>
      <w:pPr>
        <w:pStyle w:val="ListBullet"/>
      </w:pPr>
      <w:r>
        <w:rPr>
          <w:b/>
        </w:rPr>
        <w:t xml:space="preserve">Evidenced: </w:t>
      </w:r>
      <w:r>
        <w:t>It reported result, count 90; result, elapsed ms 4; result, bandwidth m 2,000; result, cell size m 1,000; result, excluded null 0; result, max density per km2 0.8364 [42].</w:t>
      </w:r>
    </w:p>
    <w:p>
      <w:r>
        <w:rPr>
          <w:i/>
          <w:color w:val="525252"/>
          <w:sz w:val="17"/>
        </w:rPr>
        <w:t>Tool gp_calculate_density; parameters {"kernel": "quartic", "project": "affd1e20-248c-4f96-b09d-48d3027477be", "features": {"layer": "Shelters (ee1b31b2)"}, "bandwidth_m": 2000.0, "cell_size_m": 1000.0}</w:t>
      </w:r>
    </w:p>
    <w:p>
      <w:pPr>
        <w:pStyle w:val="Heading1"/>
      </w:pPr>
      <w:r>
        <w:t>Calculate density</w:t>
      </w:r>
    </w:p>
    <w:p>
      <w:r>
        <w:rPr>
          <w:b/>
        </w:rPr>
        <w:t xml:space="preserve">What this analysis is. </w:t>
      </w:r>
      <w:r>
        <w:rPr>
          <w:i w:val="0"/>
        </w:rPr>
        <w:t>Calculate density: Kernel density per square kilometer on a grid [40]. In ArcGIS it is Calculate Density or Kernel Density; in QGIS, native:heatmapkerneldensityestimation [40].</w:t>
      </w:r>
    </w:p>
    <w:p>
      <w:r>
        <w:rPr>
          <w:b/>
        </w:rPr>
        <w:t xml:space="preserve">Why it was run on this data. </w:t>
      </w:r>
      <w:r>
        <w:rPr>
          <w:i w:val="0"/>
        </w:rPr>
        <w:t>320 points in Relief distributions: a density surface shows where they concentrate [43].</w:t>
      </w:r>
    </w:p>
    <w:p>
      <w:r>
        <w:rPr>
          <w:b/>
        </w:rPr>
        <w:t xml:space="preserve">What it found. </w:t>
      </w:r>
      <w:r>
        <w:rPr>
          <w:i w:val="0"/>
        </w:rPr>
        <w:t>Calculate density on Relief distributions: Calculate density: 1 layer saved: Calculate density: Relief distributions (222 features) [10][44]. It reported result, count 222; result, elapsed ms 7; result, bandwidth m 1,000; result, cell size m 500; result, excluded null 0; result, max density per km2 5,070 [44].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222</w:t>
            </w:r>
          </w:p>
        </w:tc>
      </w:tr>
      <w:tr>
        <w:tc>
          <w:tcPr>
            <w:tcW w:type="dxa" w:w="4320"/>
          </w:tcPr>
          <w:p>
            <w:r>
              <w:t>result, elapsed ms</w:t>
            </w:r>
          </w:p>
        </w:tc>
        <w:tc>
          <w:tcPr>
            <w:tcW w:type="dxa" w:w="4320"/>
          </w:tcPr>
          <w:p>
            <w:r>
              <w:t>7</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5,070</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Relief distributions: Calculate density: 1 layer saved: Calculate density: Relief distributions (222 features) [10][44].</w:t>
      </w:r>
    </w:p>
    <w:p>
      <w:pPr>
        <w:pStyle w:val="ListBullet"/>
      </w:pPr>
      <w:r>
        <w:rPr>
          <w:b/>
        </w:rPr>
        <w:t xml:space="preserve">Evidenced: </w:t>
      </w:r>
      <w:r>
        <w:t>It reported result, count 222; result, elapsed ms 7; result, bandwidth m 1,000; result, cell size m 500; result, excluded null 0; result, max density per km2 5,070 [44].</w:t>
      </w:r>
    </w:p>
    <w:p>
      <w:r>
        <w:rPr>
          <w:i/>
          <w:color w:val="525252"/>
          <w:sz w:val="17"/>
        </w:rPr>
        <w:t>Tool gp_calculate_density; parameters {"kernel": "quartic", "project": "affd1e20-248c-4f96-b09d-48d3027477be", "features": {"layer": "Relief distributions (83cbe688)"}, "bandwidth_m": 1000.0, "cell_size_m": 500.0, "weight_field": "households_served"}</w:t>
      </w:r>
    </w:p>
    <w:p>
      <w:pPr>
        <w:pStyle w:val="Heading1"/>
      </w:pPr>
      <w:r>
        <w:t>Calculate density</w:t>
      </w:r>
    </w:p>
    <w:p>
      <w:r>
        <w:rPr>
          <w:b/>
        </w:rPr>
        <w:t xml:space="preserve">What this analysis is. </w:t>
      </w:r>
      <w:r>
        <w:rPr>
          <w:i w:val="0"/>
        </w:rPr>
        <w:t>Calculate density: Kernel density per square kilometer on a grid [40]. In ArcGIS it is Calculate Density or Kernel Density; in QGIS, native:heatmapkerneldensityestimation [40].</w:t>
      </w:r>
    </w:p>
    <w:p>
      <w:r>
        <w:rPr>
          <w:b/>
        </w:rPr>
        <w:t xml:space="preserve">Why it was run on this data. </w:t>
      </w:r>
      <w:r>
        <w:rPr>
          <w:i w:val="0"/>
        </w:rPr>
        <w:t>20 points in Health posts: a density surface shows where they concentrate [45].</w:t>
      </w:r>
    </w:p>
    <w:p>
      <w:r>
        <w:rPr>
          <w:b/>
        </w:rPr>
        <w:t xml:space="preserve">What it found. </w:t>
      </w:r>
      <w:r>
        <w:rPr>
          <w:i w:val="0"/>
        </w:rPr>
        <w:t>The density was calculated using the `gp_calculate_density` tool [46], processing the Health posts layer [32] across 228 features [46].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228</w:t>
            </w:r>
          </w:p>
        </w:tc>
      </w:tr>
      <w:tr>
        <w:tc>
          <w:tcPr>
            <w:tcW w:type="dxa" w:w="4320"/>
          </w:tcPr>
          <w:p>
            <w:r>
              <w:t>result, elapsed ms</w:t>
            </w:r>
          </w:p>
        </w:tc>
        <w:tc>
          <w:tcPr>
            <w:tcW w:type="dxa" w:w="4320"/>
          </w:tcPr>
          <w:p>
            <w:r>
              <w:t>6</w:t>
            </w:r>
          </w:p>
        </w:tc>
      </w:tr>
      <w:tr>
        <w:tc>
          <w:tcPr>
            <w:tcW w:type="dxa" w:w="4320"/>
          </w:tcPr>
          <w:p>
            <w:r>
              <w:t>result, bandwidth m</w:t>
            </w:r>
          </w:p>
        </w:tc>
        <w:tc>
          <w:tcPr>
            <w:tcW w:type="dxa" w:w="4320"/>
          </w:tcPr>
          <w:p>
            <w:r>
              <w:t>5,000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6.578</w:t>
            </w:r>
          </w:p>
        </w:tc>
      </w:tr>
      <w:tr>
        <w:tc>
          <w:tcPr>
            <w:tcW w:type="dxa" w:w="4320"/>
          </w:tcPr>
          <w:p>
            <w:r>
              <w:t>billing, cost</w:t>
            </w:r>
          </w:p>
        </w:tc>
        <w:tc>
          <w:tcPr>
            <w:tcW w:type="dxa" w:w="4320"/>
          </w:tcPr>
          <w:p>
            <w:r>
              <w:t>0.0504</w:t>
            </w:r>
          </w:p>
        </w:tc>
      </w:tr>
      <w:tr>
        <w:tc>
          <w:tcPr>
            <w:tcW w:type="dxa" w:w="4320"/>
          </w:tcPr>
          <w:p>
            <w:r>
              <w:t>billing, list price</w:t>
            </w:r>
          </w:p>
        </w:tc>
        <w:tc>
          <w:tcPr>
            <w:tcW w:type="dxa" w:w="4320"/>
          </w:tcPr>
          <w:p>
            <w:r>
              <w:t>0.0504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Health posts: Calculate density: 1 layer saved: Calculate density: Health posts (228 features) [32][46].</w:t>
      </w:r>
    </w:p>
    <w:p>
      <w:pPr>
        <w:pStyle w:val="ListBullet"/>
      </w:pPr>
      <w:r>
        <w:rPr>
          <w:b/>
        </w:rPr>
        <w:t xml:space="preserve">Evidenced: </w:t>
      </w:r>
      <w:r>
        <w:t>It reported result, count 228; result, elapsed ms 6; result, bandwidth m 5,000; result, cell size m 1,000; result, excluded null 0; result, max density per km2 6.578 [46].</w:t>
      </w:r>
    </w:p>
    <w:p>
      <w:r>
        <w:rPr>
          <w:i/>
          <w:color w:val="525252"/>
          <w:sz w:val="17"/>
        </w:rPr>
        <w:t>Tool gp_calculate_density; parameters {"kernel": "quartic", "project": "affd1e20-248c-4f96-b09d-48d3027477be", "features": {"layer": "Health posts (7aed59a8)"}, "bandwidth_m": 5000.0, "cell_size_m": 1000.0, "weight_field": "beds"}</w:t>
      </w:r>
    </w:p>
    <w:p>
      <w:pPr>
        <w:pStyle w:val="Heading1"/>
      </w:pPr>
      <w:r>
        <w:t>Outliers</w:t>
      </w:r>
    </w:p>
    <w:p>
      <w:r>
        <w:rPr>
          <w:b/>
        </w:rPr>
        <w:t xml:space="preserve">What this analysis is. </w:t>
      </w:r>
      <w:r>
        <w:rPr>
          <w:i w:val="0"/>
        </w:rPr>
        <w:t>Find outliers: Anselin local Moran’s I: HH, LL clusters and HL, LH outliers [47]. In ArcGIS it is Find Outliers or Cluster and Outlier Analysis (Anselin Local Moran’s I) [47].</w:t>
      </w:r>
    </w:p>
    <w:p>
      <w:r>
        <w:rPr>
          <w:b/>
        </w:rPr>
        <w:t xml:space="preserve">Why it was run on this data. </w:t>
      </w:r>
      <w:r>
        <w:rPr>
          <w:i w:val="0"/>
        </w:rPr>
        <w:t>Local Moran's I maps clusters and outliers of 'population' [48].</w:t>
      </w:r>
    </w:p>
    <w:p>
      <w:r>
        <w:rPr>
          <w:b/>
        </w:rPr>
        <w:t xml:space="preserve">What it found. </w:t>
      </w:r>
      <w:r>
        <w:rPr>
          <w:i w:val="0"/>
        </w:rPr>
        <w:t>Outliers on Wards: Find outliers: 1 layer saved: Find outliers: Wards (20 features) [29][49]. It reported result, count 20; result, elapsed ms 4; result, permutations 199; result, excluded null 0; result, distance band m 1,735; billing, cost 0.0506 [49].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w:t>
            </w:r>
          </w:p>
        </w:tc>
      </w:tr>
      <w:tr>
        <w:tc>
          <w:tcPr>
            <w:tcW w:type="dxa" w:w="4320"/>
          </w:tcPr>
          <w:p>
            <w:r>
              <w:t>result, elapsed ms</w:t>
            </w:r>
          </w:p>
        </w:tc>
        <w:tc>
          <w:tcPr>
            <w:tcW w:type="dxa" w:w="4320"/>
          </w:tcPr>
          <w:p>
            <w:r>
              <w:t>4</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1,735</w:t>
            </w:r>
          </w:p>
        </w:tc>
      </w:tr>
      <w:tr>
        <w:tc>
          <w:tcPr>
            <w:tcW w:type="dxa" w:w="4320"/>
          </w:tcPr>
          <w:p>
            <w:r>
              <w:t>billing, cost</w:t>
            </w:r>
          </w:p>
        </w:tc>
        <w:tc>
          <w:tcPr>
            <w:tcW w:type="dxa" w:w="4320"/>
          </w:tcPr>
          <w:p>
            <w:r>
              <w:t>0.0506</w:t>
            </w:r>
          </w:p>
        </w:tc>
      </w:tr>
      <w:tr>
        <w:tc>
          <w:tcPr>
            <w:tcW w:type="dxa" w:w="4320"/>
          </w:tcPr>
          <w:p>
            <w:r>
              <w:t>billing, list price</w:t>
            </w:r>
          </w:p>
        </w:tc>
        <w:tc>
          <w:tcPr>
            <w:tcW w:type="dxa" w:w="4320"/>
          </w:tcPr>
          <w:p>
            <w:r>
              <w:t>0.0506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Wards: Find outliers: 1 layer saved: Find outliers: Wards (20 features) [29][49].</w:t>
      </w:r>
    </w:p>
    <w:p>
      <w:pPr>
        <w:pStyle w:val="ListBullet"/>
      </w:pPr>
      <w:r>
        <w:rPr>
          <w:b/>
        </w:rPr>
        <w:t xml:space="preserve">Evidenced: </w:t>
      </w:r>
      <w:r>
        <w:t>It reported result, count 20; result, elapsed ms 4; result, permutations 199; result, excluded null 0; result, distance band m 1,735; billing, cost 0.0506 [49].</w:t>
      </w:r>
    </w:p>
    <w:p>
      <w:r>
        <w:rPr>
          <w:i/>
          <w:color w:val="525252"/>
          <w:sz w:val="17"/>
        </w:rPr>
        <w:t>Tool gp_outliers; parameters {"field": "population", "project": "affd1e20-248c-4f96-b09d-48d3027477be", "features": {"layer": "Wards (b338e26e)"}, "aggregation": "hexagon"}</w:t>
      </w:r>
    </w:p>
    <w:p>
      <w:pPr>
        <w:pStyle w:val="Heading1"/>
      </w:pPr>
      <w:r>
        <w:t>Maps and charts</w:t>
      </w:r>
    </w:p>
    <w:p>
      <w:r>
        <w:rPr>
          <w:i w:val="0"/>
        </w:rPr>
        <w:t>The run also made 20 map image(s) [50][51][52][53][54][55][56][57][58][59][60][61][62][63][64][65][66][67][68][69] and 26 chart(s) [70][71][72][73][74][75][76][77][78][79][80][81][82][83][84][85][86][87][88][89][90][91][92][93][94][95].</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Hot spot analysis: Relief distributions [50]</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Hot spot analysis: Water points [51]</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Damage assessments [52]</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7.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Emerging hot spots: Relief distributions [53]</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9.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Emerging hot spots: Damage assessments [54]</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Repeat and near repeat classification: Relief distributions [55]</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Summarize within: Wards [56]</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4.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Summarize within: Wards [57]</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Summarize within: Wards [58]</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8.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Find point clusters: Shelters [59]</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Find point clusters: cluster hulls [60]</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Relief distributions [61]</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5.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cluster hulls [62]</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Health posts [63]</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8.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Find point clusters: cluster hulls [64]</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Calculate density: Shelters [65]</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Calculate density: Relief distributions [66]</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Calculate density: Health posts [67]</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7.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Wards by population [68]</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9.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Find outliers: Wards [69]</w:t>
      </w:r>
    </w:p>
    <w:p>
      <w:r>
        <w:rPr>
          <w:b/>
        </w:rPr>
        <w:t xml:space="preserve">What the map shows. </w:t>
      </w:r>
      <w:r>
        <w:rPr>
          <w:i/>
        </w:rPr>
        <w:t>The map illustrates the results of an emerging hot spot analysis for relief distributions, categorizing areas based on detected patterns. The legend indicates that "Sporadic hot spot" areas are colored orange, while regions with "No pattern detected" are [53]</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02736"/>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486400" cy="3602736"/>
                    </a:xfrm>
                    <a:prstGeom prst="rect"/>
                  </pic:spPr>
                </pic:pic>
              </a:graphicData>
            </a:graphic>
          </wp:inline>
        </w:drawing>
      </w:r>
    </w:p>
    <w:p>
      <w:r>
        <w:rPr>
          <w:i/>
          <w:color w:val="525252"/>
          <w:sz w:val="17"/>
        </w:rPr>
        <w:t>Figure 22. Water points over time (litres_per_day) [70]. Source: Water points (60 features). The data is in the appendix.</w:t>
      </w:r>
    </w:p>
    <w:p>
      <w:pPr>
        <w:jc w:val="center"/>
      </w:pPr>
      <w:r>
        <w:drawing>
          <wp:inline xmlns:a="http://schemas.openxmlformats.org/drawingml/2006/main" xmlns:pic="http://schemas.openxmlformats.org/drawingml/2006/picture">
            <wp:extent cx="5486400" cy="3913632"/>
            <wp:docPr id="23" name="Picture 23"/>
            <wp:cNvGraphicFramePr>
              <a:graphicFrameLocks noChangeAspect="1"/>
            </wp:cNvGraphicFramePr>
            <a:graphic>
              <a:graphicData uri="http://schemas.openxmlformats.org/drawingml/2006/picture">
                <pic:pic>
                  <pic:nvPicPr>
                    <pic:cNvPr id="0" name="041.jpg"/>
                    <pic:cNvPicPr/>
                  </pic:nvPicPr>
                  <pic:blipFill>
                    <a:blip r:embed="rId31"/>
                    <a:stretch>
                      <a:fillRect/>
                    </a:stretch>
                  </pic:blipFill>
                  <pic:spPr>
                    <a:xfrm>
                      <a:off x="0" y="0"/>
                      <a:ext cx="5486400" cy="3913632"/>
                    </a:xfrm>
                    <a:prstGeom prst="rect"/>
                  </pic:spPr>
                </pic:pic>
              </a:graphicData>
            </a:graphic>
          </wp:inline>
        </w:drawing>
      </w:r>
    </w:p>
    <w:p>
      <w:r>
        <w:rPr>
          <w:i/>
          <w:color w:val="525252"/>
          <w:sz w:val="17"/>
        </w:rPr>
        <w:t>Figure 23. Relief distributions over time (date) [71]. Per day, 2026-09-04 to 2026-09-22. Source: Relief distributions (320 features). The data is in the appendix.</w:t>
      </w:r>
    </w:p>
    <w:p>
      <w:pPr>
        <w:jc w:val="center"/>
      </w:pPr>
      <w:r>
        <w:drawing>
          <wp:inline xmlns:a="http://schemas.openxmlformats.org/drawingml/2006/main" xmlns:pic="http://schemas.openxmlformats.org/drawingml/2006/picture">
            <wp:extent cx="5486400" cy="3913632"/>
            <wp:docPr id="24" name="Picture 24"/>
            <wp:cNvGraphicFramePr>
              <a:graphicFrameLocks noChangeAspect="1"/>
            </wp:cNvGraphicFramePr>
            <a:graphic>
              <a:graphicData uri="http://schemas.openxmlformats.org/drawingml/2006/picture">
                <pic:pic>
                  <pic:nvPicPr>
                    <pic:cNvPr id="0" name="042.jpg"/>
                    <pic:cNvPicPr/>
                  </pic:nvPicPr>
                  <pic:blipFill>
                    <a:blip r:embed="rId32"/>
                    <a:stretch>
                      <a:fillRect/>
                    </a:stretch>
                  </pic:blipFill>
                  <pic:spPr>
                    <a:xfrm>
                      <a:off x="0" y="0"/>
                      <a:ext cx="5486400" cy="3913632"/>
                    </a:xfrm>
                    <a:prstGeom prst="rect"/>
                  </pic:spPr>
                </pic:pic>
              </a:graphicData>
            </a:graphic>
          </wp:inline>
        </w:drawing>
      </w:r>
    </w:p>
    <w:p>
      <w:r>
        <w:rPr>
          <w:i/>
          <w:color w:val="525252"/>
          <w:sz w:val="17"/>
        </w:rPr>
        <w:t>Figure 24. Ward needs by day over time (date) [72]. Per day, 2026-09-02 to 2026-09-22. Source: Ward needs by day (420 features). The data is in the appendix.</w:t>
      </w:r>
    </w:p>
    <w:p>
      <w:pPr>
        <w:jc w:val="center"/>
      </w:pPr>
      <w:r>
        <w:drawing>
          <wp:inline xmlns:a="http://schemas.openxmlformats.org/drawingml/2006/main" xmlns:pic="http://schemas.openxmlformats.org/drawingml/2006/picture">
            <wp:extent cx="5486400" cy="3846576"/>
            <wp:docPr id="25" name="Picture 25"/>
            <wp:cNvGraphicFramePr>
              <a:graphicFrameLocks noChangeAspect="1"/>
            </wp:cNvGraphicFramePr>
            <a:graphic>
              <a:graphicData uri="http://schemas.openxmlformats.org/drawingml/2006/picture">
                <pic:pic>
                  <pic:nvPicPr>
                    <pic:cNvPr id="0" name="043.jpg"/>
                    <pic:cNvPicPr/>
                  </pic:nvPicPr>
                  <pic:blipFill>
                    <a:blip r:embed="rId33"/>
                    <a:stretch>
                      <a:fillRect/>
                    </a:stretch>
                  </pic:blipFill>
                  <pic:spPr>
                    <a:xfrm>
                      <a:off x="0" y="0"/>
                      <a:ext cx="5486400" cy="3846576"/>
                    </a:xfrm>
                    <a:prstGeom prst="rect"/>
                  </pic:spPr>
                </pic:pic>
              </a:graphicData>
            </a:graphic>
          </wp:inline>
        </w:drawing>
      </w:r>
    </w:p>
    <w:p>
      <w:r>
        <w:rPr>
          <w:i/>
          <w:color w:val="525252"/>
          <w:sz w:val="17"/>
        </w:rPr>
        <w:t>Figure 25. Hot spot analysis: Relief distributions [73]. Period: 2026-09-04 to 2026-09-22 (date). Source: Hot spot analysis: Relief distributions (320 features). The data is in the appendix.</w:t>
      </w:r>
    </w:p>
    <w:p>
      <w:pPr>
        <w:jc w:val="center"/>
      </w:pPr>
      <w:r>
        <w:drawing>
          <wp:inline xmlns:a="http://schemas.openxmlformats.org/drawingml/2006/main" xmlns:pic="http://schemas.openxmlformats.org/drawingml/2006/picture">
            <wp:extent cx="5486400" cy="3907536"/>
            <wp:docPr id="26" name="Picture 26"/>
            <wp:cNvGraphicFramePr>
              <a:graphicFrameLocks noChangeAspect="1"/>
            </wp:cNvGraphicFramePr>
            <a:graphic>
              <a:graphicData uri="http://schemas.openxmlformats.org/drawingml/2006/picture">
                <pic:pic>
                  <pic:nvPicPr>
                    <pic:cNvPr id="0" name="044.jpg"/>
                    <pic:cNvPicPr/>
                  </pic:nvPicPr>
                  <pic:blipFill>
                    <a:blip r:embed="rId34"/>
                    <a:stretch>
                      <a:fillRect/>
                    </a:stretch>
                  </pic:blipFill>
                  <pic:spPr>
                    <a:xfrm>
                      <a:off x="0" y="0"/>
                      <a:ext cx="5486400" cy="3907536"/>
                    </a:xfrm>
                    <a:prstGeom prst="rect"/>
                  </pic:spPr>
                </pic:pic>
              </a:graphicData>
            </a:graphic>
          </wp:inline>
        </w:drawing>
      </w:r>
    </w:p>
    <w:p>
      <w:r>
        <w:rPr>
          <w:i/>
          <w:color w:val="525252"/>
          <w:sz w:val="17"/>
        </w:rPr>
        <w:t>Figure 26. Hot spot analysis: Water points [74]. Source: Hot spot analysis: Water points (20 features). The data is in the appendix.</w:t>
      </w:r>
    </w:p>
    <w:p>
      <w:pPr>
        <w:jc w:val="center"/>
      </w:pPr>
      <w:r>
        <w:drawing>
          <wp:inline xmlns:a="http://schemas.openxmlformats.org/drawingml/2006/main" xmlns:pic="http://schemas.openxmlformats.org/drawingml/2006/picture">
            <wp:extent cx="5486400" cy="2353056"/>
            <wp:docPr id="27" name="Picture 27"/>
            <wp:cNvGraphicFramePr>
              <a:graphicFrameLocks noChangeAspect="1"/>
            </wp:cNvGraphicFramePr>
            <a:graphic>
              <a:graphicData uri="http://schemas.openxmlformats.org/drawingml/2006/picture">
                <pic:pic>
                  <pic:nvPicPr>
                    <pic:cNvPr id="0" name="045.jpg"/>
                    <pic:cNvPicPr/>
                  </pic:nvPicPr>
                  <pic:blipFill>
                    <a:blip r:embed="rId35"/>
                    <a:stretch>
                      <a:fillRect/>
                    </a:stretch>
                  </pic:blipFill>
                  <pic:spPr>
                    <a:xfrm>
                      <a:off x="0" y="0"/>
                      <a:ext cx="5486400" cy="2353056"/>
                    </a:xfrm>
                    <a:prstGeom prst="rect"/>
                  </pic:spPr>
                </pic:pic>
              </a:graphicData>
            </a:graphic>
          </wp:inline>
        </w:drawing>
      </w:r>
    </w:p>
    <w:p>
      <w:r>
        <w:rPr>
          <w:i/>
          <w:color w:val="525252"/>
          <w:sz w:val="17"/>
        </w:rPr>
        <w:t>Figure 27. Hot spot analysis: Damage assessments [75]. Period: 2026-09-02 to 2026-09-22 (assessed_at). Source: Hot spot analysis: Damage assessments (2,000 features). The data is in the appendix.</w:t>
      </w:r>
    </w:p>
    <w:p>
      <w:pPr>
        <w:jc w:val="center"/>
      </w:pPr>
      <w:r>
        <w:drawing>
          <wp:inline xmlns:a="http://schemas.openxmlformats.org/drawingml/2006/main" xmlns:pic="http://schemas.openxmlformats.org/drawingml/2006/picture">
            <wp:extent cx="5486400" cy="3657600"/>
            <wp:docPr id="28" name="Picture 28"/>
            <wp:cNvGraphicFramePr>
              <a:graphicFrameLocks noChangeAspect="1"/>
            </wp:cNvGraphicFramePr>
            <a:graphic>
              <a:graphicData uri="http://schemas.openxmlformats.org/drawingml/2006/picture">
                <pic:pic>
                  <pic:nvPicPr>
                    <pic:cNvPr id="0" name="046.jpg"/>
                    <pic:cNvPicPr/>
                  </pic:nvPicPr>
                  <pic:blipFill>
                    <a:blip r:embed="rId36"/>
                    <a:stretch>
                      <a:fillRect/>
                    </a:stretch>
                  </pic:blipFill>
                  <pic:spPr>
                    <a:xfrm>
                      <a:off x="0" y="0"/>
                      <a:ext cx="5486400" cy="3657600"/>
                    </a:xfrm>
                    <a:prstGeom prst="rect"/>
                  </pic:spPr>
                </pic:pic>
              </a:graphicData>
            </a:graphic>
          </wp:inline>
        </w:drawing>
      </w:r>
    </w:p>
    <w:p>
      <w:r>
        <w:rPr>
          <w:i/>
          <w:color w:val="525252"/>
          <w:sz w:val="17"/>
        </w:rPr>
        <w:t>Figure 28. Emerging hot spots: Relief distributions [76]. Source: Emerging hot spots: Relief distributions (54 features). The data is in the appendix.</w:t>
      </w:r>
    </w:p>
    <w:p>
      <w:pPr>
        <w:jc w:val="center"/>
      </w:pPr>
      <w:r>
        <w:drawing>
          <wp:inline xmlns:a="http://schemas.openxmlformats.org/drawingml/2006/main" xmlns:pic="http://schemas.openxmlformats.org/drawingml/2006/picture">
            <wp:extent cx="5486400" cy="3694176"/>
            <wp:docPr id="29" name="Picture 29"/>
            <wp:cNvGraphicFramePr>
              <a:graphicFrameLocks noChangeAspect="1"/>
            </wp:cNvGraphicFramePr>
            <a:graphic>
              <a:graphicData uri="http://schemas.openxmlformats.org/drawingml/2006/picture">
                <pic:pic>
                  <pic:nvPicPr>
                    <pic:cNvPr id="0" name="047.jpg"/>
                    <pic:cNvPicPr/>
                  </pic:nvPicPr>
                  <pic:blipFill>
                    <a:blip r:embed="rId37"/>
                    <a:stretch>
                      <a:fillRect/>
                    </a:stretch>
                  </pic:blipFill>
                  <pic:spPr>
                    <a:xfrm>
                      <a:off x="0" y="0"/>
                      <a:ext cx="5486400" cy="3694176"/>
                    </a:xfrm>
                    <a:prstGeom prst="rect"/>
                  </pic:spPr>
                </pic:pic>
              </a:graphicData>
            </a:graphic>
          </wp:inline>
        </w:drawing>
      </w:r>
    </w:p>
    <w:p>
      <w:r>
        <w:rPr>
          <w:i/>
          <w:color w:val="525252"/>
          <w:sz w:val="17"/>
        </w:rPr>
        <w:t>Figure 29. Emerging hot spots: Damage assessments [77]. Source: Emerging hot spots: Damage assessments (87 features). The data is in the appendix.</w:t>
      </w:r>
    </w:p>
    <w:p>
      <w:pPr>
        <w:jc w:val="center"/>
      </w:pPr>
      <w:r>
        <w:drawing>
          <wp:inline xmlns:a="http://schemas.openxmlformats.org/drawingml/2006/main" xmlns:pic="http://schemas.openxmlformats.org/drawingml/2006/picture">
            <wp:extent cx="5486400" cy="3974592"/>
            <wp:docPr id="30" name="Picture 30"/>
            <wp:cNvGraphicFramePr>
              <a:graphicFrameLocks noChangeAspect="1"/>
            </wp:cNvGraphicFramePr>
            <a:graphic>
              <a:graphicData uri="http://schemas.openxmlformats.org/drawingml/2006/picture">
                <pic:pic>
                  <pic:nvPicPr>
                    <pic:cNvPr id="0" name="048.jpg"/>
                    <pic:cNvPicPr/>
                  </pic:nvPicPr>
                  <pic:blipFill>
                    <a:blip r:embed="rId38"/>
                    <a:stretch>
                      <a:fillRect/>
                    </a:stretch>
                  </pic:blipFill>
                  <pic:spPr>
                    <a:xfrm>
                      <a:off x="0" y="0"/>
                      <a:ext cx="5486400" cy="3974592"/>
                    </a:xfrm>
                    <a:prstGeom prst="rect"/>
                  </pic:spPr>
                </pic:pic>
              </a:graphicData>
            </a:graphic>
          </wp:inline>
        </w:drawing>
      </w:r>
    </w:p>
    <w:p>
      <w:r>
        <w:rPr>
          <w:i/>
          <w:color w:val="525252"/>
          <w:sz w:val="17"/>
        </w:rPr>
        <w:t>Figure 30. Repeat and near repeat classification: Relief distributions [78]. Per day, 2026-09-04 to 2026-09-22. Source: Repeat and near repeat classification: Relief distributions (320 features). The data is in the appendix.</w:t>
      </w:r>
    </w:p>
    <w:p>
      <w:pPr>
        <w:jc w:val="center"/>
      </w:pPr>
      <w:r>
        <w:drawing>
          <wp:inline xmlns:a="http://schemas.openxmlformats.org/drawingml/2006/main" xmlns:pic="http://schemas.openxmlformats.org/drawingml/2006/picture">
            <wp:extent cx="5486400" cy="3712464"/>
            <wp:docPr id="31" name="Picture 31"/>
            <wp:cNvGraphicFramePr>
              <a:graphicFrameLocks noChangeAspect="1"/>
            </wp:cNvGraphicFramePr>
            <a:graphic>
              <a:graphicData uri="http://schemas.openxmlformats.org/drawingml/2006/picture">
                <pic:pic>
                  <pic:nvPicPr>
                    <pic:cNvPr id="0" name="049.jpg"/>
                    <pic:cNvPicPr/>
                  </pic:nvPicPr>
                  <pic:blipFill>
                    <a:blip r:embed="rId39"/>
                    <a:stretch>
                      <a:fillRect/>
                    </a:stretch>
                  </pic:blipFill>
                  <pic:spPr>
                    <a:xfrm>
                      <a:off x="0" y="0"/>
                      <a:ext cx="5486400" cy="3712464"/>
                    </a:xfrm>
                    <a:prstGeom prst="rect"/>
                  </pic:spPr>
                </pic:pic>
              </a:graphicData>
            </a:graphic>
          </wp:inline>
        </w:drawing>
      </w:r>
    </w:p>
    <w:p>
      <w:r>
        <w:rPr>
          <w:i/>
          <w:color w:val="525252"/>
          <w:sz w:val="17"/>
        </w:rPr>
        <w:t>Figure 31. Summarize within: Wards [79]. Source: Summarize within: Wards (20 features). The data is in the appendix.</w:t>
      </w:r>
    </w:p>
    <w:p>
      <w:pPr>
        <w:jc w:val="center"/>
      </w:pPr>
      <w:r>
        <w:drawing>
          <wp:inline xmlns:a="http://schemas.openxmlformats.org/drawingml/2006/main" xmlns:pic="http://schemas.openxmlformats.org/drawingml/2006/picture">
            <wp:extent cx="5486400" cy="3736848"/>
            <wp:docPr id="32" name="Picture 32"/>
            <wp:cNvGraphicFramePr>
              <a:graphicFrameLocks noChangeAspect="1"/>
            </wp:cNvGraphicFramePr>
            <a:graphic>
              <a:graphicData uri="http://schemas.openxmlformats.org/drawingml/2006/picture">
                <pic:pic>
                  <pic:nvPicPr>
                    <pic:cNvPr id="0" name="050.jpg"/>
                    <pic:cNvPicPr/>
                  </pic:nvPicPr>
                  <pic:blipFill>
                    <a:blip r:embed="rId40"/>
                    <a:stretch>
                      <a:fillRect/>
                    </a:stretch>
                  </pic:blipFill>
                  <pic:spPr>
                    <a:xfrm>
                      <a:off x="0" y="0"/>
                      <a:ext cx="5486400" cy="3736848"/>
                    </a:xfrm>
                    <a:prstGeom prst="rect"/>
                  </pic:spPr>
                </pic:pic>
              </a:graphicData>
            </a:graphic>
          </wp:inline>
        </w:drawing>
      </w:r>
    </w:p>
    <w:p>
      <w:r>
        <w:rPr>
          <w:i/>
          <w:color w:val="525252"/>
          <w:sz w:val="17"/>
        </w:rPr>
        <w:t>Figure 32. Summarize within: Wards [80]. Source: Summarize within: Wards (20 features). The data is in the appendix.</w:t>
      </w:r>
    </w:p>
    <w:p>
      <w:pPr>
        <w:jc w:val="center"/>
      </w:pPr>
      <w:r>
        <w:drawing>
          <wp:inline xmlns:a="http://schemas.openxmlformats.org/drawingml/2006/main" xmlns:pic="http://schemas.openxmlformats.org/drawingml/2006/picture">
            <wp:extent cx="5486400" cy="3730752"/>
            <wp:docPr id="33" name="Picture 33"/>
            <wp:cNvGraphicFramePr>
              <a:graphicFrameLocks noChangeAspect="1"/>
            </wp:cNvGraphicFramePr>
            <a:graphic>
              <a:graphicData uri="http://schemas.openxmlformats.org/drawingml/2006/picture">
                <pic:pic>
                  <pic:nvPicPr>
                    <pic:cNvPr id="0" name="051.jpg"/>
                    <pic:cNvPicPr/>
                  </pic:nvPicPr>
                  <pic:blipFill>
                    <a:blip r:embed="rId41"/>
                    <a:stretch>
                      <a:fillRect/>
                    </a:stretch>
                  </pic:blipFill>
                  <pic:spPr>
                    <a:xfrm>
                      <a:off x="0" y="0"/>
                      <a:ext cx="5486400" cy="3730752"/>
                    </a:xfrm>
                    <a:prstGeom prst="rect"/>
                  </pic:spPr>
                </pic:pic>
              </a:graphicData>
            </a:graphic>
          </wp:inline>
        </w:drawing>
      </w:r>
    </w:p>
    <w:p>
      <w:r>
        <w:rPr>
          <w:i/>
          <w:color w:val="525252"/>
          <w:sz w:val="17"/>
        </w:rPr>
        <w:t>Figure 33. Summarize within: Wards [81]. Source: Summarize within: Wards (20 features). The data is in the appendix.</w:t>
      </w:r>
    </w:p>
    <w:p>
      <w:pPr>
        <w:jc w:val="center"/>
      </w:pPr>
      <w:r>
        <w:drawing>
          <wp:inline xmlns:a="http://schemas.openxmlformats.org/drawingml/2006/main" xmlns:pic="http://schemas.openxmlformats.org/drawingml/2006/picture">
            <wp:extent cx="5486400" cy="1908048"/>
            <wp:docPr id="34" name="Picture 34"/>
            <wp:cNvGraphicFramePr>
              <a:graphicFrameLocks noChangeAspect="1"/>
            </wp:cNvGraphicFramePr>
            <a:graphic>
              <a:graphicData uri="http://schemas.openxmlformats.org/drawingml/2006/picture">
                <pic:pic>
                  <pic:nvPicPr>
                    <pic:cNvPr id="0" name="052.jpg"/>
                    <pic:cNvPicPr/>
                  </pic:nvPicPr>
                  <pic:blipFill>
                    <a:blip r:embed="rId42"/>
                    <a:stretch>
                      <a:fillRect/>
                    </a:stretch>
                  </pic:blipFill>
                  <pic:spPr>
                    <a:xfrm>
                      <a:off x="0" y="0"/>
                      <a:ext cx="5486400" cy="1908048"/>
                    </a:xfrm>
                    <a:prstGeom prst="rect"/>
                  </pic:spPr>
                </pic:pic>
              </a:graphicData>
            </a:graphic>
          </wp:inline>
        </w:drawing>
      </w:r>
    </w:p>
    <w:p>
      <w:r>
        <w:rPr>
          <w:i/>
          <w:color w:val="525252"/>
          <w:sz w:val="17"/>
        </w:rPr>
        <w:t>Figure 34. Find point clusters: Shelters [82]. Source: Find point clusters: Shelters (25 features). The data is in the appendix.</w:t>
      </w:r>
    </w:p>
    <w:p>
      <w:pPr>
        <w:jc w:val="center"/>
      </w:pPr>
      <w:r>
        <w:drawing>
          <wp:inline xmlns:a="http://schemas.openxmlformats.org/drawingml/2006/main" xmlns:pic="http://schemas.openxmlformats.org/drawingml/2006/picture">
            <wp:extent cx="5486400" cy="1658112"/>
            <wp:docPr id="35" name="Picture 35"/>
            <wp:cNvGraphicFramePr>
              <a:graphicFrameLocks noChangeAspect="1"/>
            </wp:cNvGraphicFramePr>
            <a:graphic>
              <a:graphicData uri="http://schemas.openxmlformats.org/drawingml/2006/picture">
                <pic:pic>
                  <pic:nvPicPr>
                    <pic:cNvPr id="0" name="053.jpg"/>
                    <pic:cNvPicPr/>
                  </pic:nvPicPr>
                  <pic:blipFill>
                    <a:blip r:embed="rId43"/>
                    <a:stretch>
                      <a:fillRect/>
                    </a:stretch>
                  </pic:blipFill>
                  <pic:spPr>
                    <a:xfrm>
                      <a:off x="0" y="0"/>
                      <a:ext cx="5486400" cy="1658112"/>
                    </a:xfrm>
                    <a:prstGeom prst="rect"/>
                  </pic:spPr>
                </pic:pic>
              </a:graphicData>
            </a:graphic>
          </wp:inline>
        </w:drawing>
      </w:r>
    </w:p>
    <w:p>
      <w:r>
        <w:rPr>
          <w:i/>
          <w:color w:val="525252"/>
          <w:sz w:val="17"/>
        </w:rPr>
        <w:t>Figure 35. Find point clusters: cluster hulls [83]. Source: Find point clusters: cluster hulls (1 features). The data is in the appendix.</w:t>
      </w:r>
    </w:p>
    <w:p>
      <w:pPr>
        <w:jc w:val="center"/>
      </w:pPr>
      <w:r>
        <w:drawing>
          <wp:inline xmlns:a="http://schemas.openxmlformats.org/drawingml/2006/main" xmlns:pic="http://schemas.openxmlformats.org/drawingml/2006/picture">
            <wp:extent cx="5486400" cy="7003915"/>
            <wp:docPr id="36" name="Picture 36"/>
            <wp:cNvGraphicFramePr>
              <a:graphicFrameLocks noChangeAspect="1"/>
            </wp:cNvGraphicFramePr>
            <a:graphic>
              <a:graphicData uri="http://schemas.openxmlformats.org/drawingml/2006/picture">
                <pic:pic>
                  <pic:nvPicPr>
                    <pic:cNvPr id="0" name="054.jpg"/>
                    <pic:cNvPicPr/>
                  </pic:nvPicPr>
                  <pic:blipFill>
                    <a:blip r:embed="rId44"/>
                    <a:stretch>
                      <a:fillRect/>
                    </a:stretch>
                  </pic:blipFill>
                  <pic:spPr>
                    <a:xfrm>
                      <a:off x="0" y="0"/>
                      <a:ext cx="5486400" cy="7003915"/>
                    </a:xfrm>
                    <a:prstGeom prst="rect"/>
                  </pic:spPr>
                </pic:pic>
              </a:graphicData>
            </a:graphic>
          </wp:inline>
        </w:drawing>
      </w:r>
    </w:p>
    <w:p>
      <w:r>
        <w:rPr>
          <w:i/>
          <w:color w:val="525252"/>
          <w:sz w:val="17"/>
        </w:rPr>
        <w:t>Figure 36. Find point clusters: Relief distributions [84]. Period: 2026-09-04 to 2026-09-22 (date). Source: Find point clusters: Relief distributions (320 features). The data is in the appendix.</w:t>
      </w:r>
    </w:p>
    <w:p>
      <w:pPr>
        <w:jc w:val="center"/>
      </w:pPr>
      <w:r>
        <w:drawing>
          <wp:inline xmlns:a="http://schemas.openxmlformats.org/drawingml/2006/main" xmlns:pic="http://schemas.openxmlformats.org/drawingml/2006/picture">
            <wp:extent cx="5486400" cy="6745574"/>
            <wp:docPr id="37" name="Picture 37"/>
            <wp:cNvGraphicFramePr>
              <a:graphicFrameLocks noChangeAspect="1"/>
            </wp:cNvGraphicFramePr>
            <a:graphic>
              <a:graphicData uri="http://schemas.openxmlformats.org/drawingml/2006/picture">
                <pic:pic>
                  <pic:nvPicPr>
                    <pic:cNvPr id="0" name="055.jpg"/>
                    <pic:cNvPicPr/>
                  </pic:nvPicPr>
                  <pic:blipFill>
                    <a:blip r:embed="rId45"/>
                    <a:stretch>
                      <a:fillRect/>
                    </a:stretch>
                  </pic:blipFill>
                  <pic:spPr>
                    <a:xfrm>
                      <a:off x="0" y="0"/>
                      <a:ext cx="5486400" cy="6745574"/>
                    </a:xfrm>
                    <a:prstGeom prst="rect"/>
                  </pic:spPr>
                </pic:pic>
              </a:graphicData>
            </a:graphic>
          </wp:inline>
        </w:drawing>
      </w:r>
    </w:p>
    <w:p>
      <w:r>
        <w:rPr>
          <w:i/>
          <w:color w:val="525252"/>
          <w:sz w:val="17"/>
        </w:rPr>
        <w:t>Figure 37. Find point clusters: cluster hulls [85]. Source: Find point clusters: cluster hulls (21 features). The data is in the appendix.</w:t>
      </w:r>
    </w:p>
    <w:p>
      <w:pPr>
        <w:jc w:val="center"/>
      </w:pPr>
      <w:r>
        <w:drawing>
          <wp:inline xmlns:a="http://schemas.openxmlformats.org/drawingml/2006/main" xmlns:pic="http://schemas.openxmlformats.org/drawingml/2006/picture">
            <wp:extent cx="5486400" cy="2164080"/>
            <wp:docPr id="38" name="Picture 38"/>
            <wp:cNvGraphicFramePr>
              <a:graphicFrameLocks noChangeAspect="1"/>
            </wp:cNvGraphicFramePr>
            <a:graphic>
              <a:graphicData uri="http://schemas.openxmlformats.org/drawingml/2006/picture">
                <pic:pic>
                  <pic:nvPicPr>
                    <pic:cNvPr id="0" name="056.jpg"/>
                    <pic:cNvPicPr/>
                  </pic:nvPicPr>
                  <pic:blipFill>
                    <a:blip r:embed="rId46"/>
                    <a:stretch>
                      <a:fillRect/>
                    </a:stretch>
                  </pic:blipFill>
                  <pic:spPr>
                    <a:xfrm>
                      <a:off x="0" y="0"/>
                      <a:ext cx="5486400" cy="2164080"/>
                    </a:xfrm>
                    <a:prstGeom prst="rect"/>
                  </pic:spPr>
                </pic:pic>
              </a:graphicData>
            </a:graphic>
          </wp:inline>
        </w:drawing>
      </w:r>
    </w:p>
    <w:p>
      <w:r>
        <w:rPr>
          <w:i/>
          <w:color w:val="525252"/>
          <w:sz w:val="17"/>
        </w:rPr>
        <w:t>Figure 38. Find point clusters: Health posts [86]. Source: Find point clusters: Health posts (20 features). The data is in the appendix.</w:t>
      </w:r>
    </w:p>
    <w:p>
      <w:pPr>
        <w:jc w:val="center"/>
      </w:pPr>
      <w:r>
        <w:drawing>
          <wp:inline xmlns:a="http://schemas.openxmlformats.org/drawingml/2006/main" xmlns:pic="http://schemas.openxmlformats.org/drawingml/2006/picture">
            <wp:extent cx="5486400" cy="1908048"/>
            <wp:docPr id="39" name="Picture 39"/>
            <wp:cNvGraphicFramePr>
              <a:graphicFrameLocks noChangeAspect="1"/>
            </wp:cNvGraphicFramePr>
            <a:graphic>
              <a:graphicData uri="http://schemas.openxmlformats.org/drawingml/2006/picture">
                <pic:pic>
                  <pic:nvPicPr>
                    <pic:cNvPr id="0" name="057.jpg"/>
                    <pic:cNvPicPr/>
                  </pic:nvPicPr>
                  <pic:blipFill>
                    <a:blip r:embed="rId47"/>
                    <a:stretch>
                      <a:fillRect/>
                    </a:stretch>
                  </pic:blipFill>
                  <pic:spPr>
                    <a:xfrm>
                      <a:off x="0" y="0"/>
                      <a:ext cx="5486400" cy="1908048"/>
                    </a:xfrm>
                    <a:prstGeom prst="rect"/>
                  </pic:spPr>
                </pic:pic>
              </a:graphicData>
            </a:graphic>
          </wp:inline>
        </w:drawing>
      </w:r>
    </w:p>
    <w:p>
      <w:r>
        <w:rPr>
          <w:i/>
          <w:color w:val="525252"/>
          <w:sz w:val="17"/>
        </w:rPr>
        <w:t>Figure 39. Find point clusters: cluster hulls [87]. Source: Find point clusters: cluster hulls (2 features). The data is in the appendix.</w:t>
      </w:r>
    </w:p>
    <w:p>
      <w:pPr>
        <w:jc w:val="center"/>
      </w:pPr>
      <w:r>
        <w:drawing>
          <wp:inline xmlns:a="http://schemas.openxmlformats.org/drawingml/2006/main" xmlns:pic="http://schemas.openxmlformats.org/drawingml/2006/picture">
            <wp:extent cx="5486400" cy="3706368"/>
            <wp:docPr id="40" name="Picture 40"/>
            <wp:cNvGraphicFramePr>
              <a:graphicFrameLocks noChangeAspect="1"/>
            </wp:cNvGraphicFramePr>
            <a:graphic>
              <a:graphicData uri="http://schemas.openxmlformats.org/drawingml/2006/picture">
                <pic:pic>
                  <pic:nvPicPr>
                    <pic:cNvPr id="0" name="058.jpg"/>
                    <pic:cNvPicPr/>
                  </pic:nvPicPr>
                  <pic:blipFill>
                    <a:blip r:embed="rId48"/>
                    <a:stretch>
                      <a:fillRect/>
                    </a:stretch>
                  </pic:blipFill>
                  <pic:spPr>
                    <a:xfrm>
                      <a:off x="0" y="0"/>
                      <a:ext cx="5486400" cy="3706368"/>
                    </a:xfrm>
                    <a:prstGeom prst="rect"/>
                  </pic:spPr>
                </pic:pic>
              </a:graphicData>
            </a:graphic>
          </wp:inline>
        </w:drawing>
      </w:r>
    </w:p>
    <w:p>
      <w:r>
        <w:rPr>
          <w:i/>
          <w:color w:val="525252"/>
          <w:sz w:val="17"/>
        </w:rPr>
        <w:t>Figure 40. Calculate density: Shelters [88]. Source: Calculate density: Shelters (90 features). The data is in the appendix.</w:t>
      </w:r>
    </w:p>
    <w:p>
      <w:pPr>
        <w:jc w:val="center"/>
      </w:pPr>
      <w:r>
        <w:drawing>
          <wp:inline xmlns:a="http://schemas.openxmlformats.org/drawingml/2006/main" xmlns:pic="http://schemas.openxmlformats.org/drawingml/2006/picture">
            <wp:extent cx="5486400" cy="3700272"/>
            <wp:docPr id="41" name="Picture 41"/>
            <wp:cNvGraphicFramePr>
              <a:graphicFrameLocks noChangeAspect="1"/>
            </wp:cNvGraphicFramePr>
            <a:graphic>
              <a:graphicData uri="http://schemas.openxmlformats.org/drawingml/2006/picture">
                <pic:pic>
                  <pic:nvPicPr>
                    <pic:cNvPr id="0" name="059.jpg"/>
                    <pic:cNvPicPr/>
                  </pic:nvPicPr>
                  <pic:blipFill>
                    <a:blip r:embed="rId49"/>
                    <a:stretch>
                      <a:fillRect/>
                    </a:stretch>
                  </pic:blipFill>
                  <pic:spPr>
                    <a:xfrm>
                      <a:off x="0" y="0"/>
                      <a:ext cx="5486400" cy="3700272"/>
                    </a:xfrm>
                    <a:prstGeom prst="rect"/>
                  </pic:spPr>
                </pic:pic>
              </a:graphicData>
            </a:graphic>
          </wp:inline>
        </w:drawing>
      </w:r>
    </w:p>
    <w:p>
      <w:r>
        <w:rPr>
          <w:i/>
          <w:color w:val="525252"/>
          <w:sz w:val="17"/>
        </w:rPr>
        <w:t>Figure 41. Calculate density: Relief distributions [89]. Source: Calculate density: Relief distributions (222 features). The data is in the appendix.</w:t>
      </w:r>
    </w:p>
    <w:p>
      <w:pPr>
        <w:jc w:val="center"/>
      </w:pPr>
      <w:r>
        <w:drawing>
          <wp:inline xmlns:a="http://schemas.openxmlformats.org/drawingml/2006/main" xmlns:pic="http://schemas.openxmlformats.org/drawingml/2006/picture">
            <wp:extent cx="5486400" cy="3645408"/>
            <wp:docPr id="42" name="Picture 42"/>
            <wp:cNvGraphicFramePr>
              <a:graphicFrameLocks noChangeAspect="1"/>
            </wp:cNvGraphicFramePr>
            <a:graphic>
              <a:graphicData uri="http://schemas.openxmlformats.org/drawingml/2006/picture">
                <pic:pic>
                  <pic:nvPicPr>
                    <pic:cNvPr id="0" name="060.jpg"/>
                    <pic:cNvPicPr/>
                  </pic:nvPicPr>
                  <pic:blipFill>
                    <a:blip r:embed="rId50"/>
                    <a:stretch>
                      <a:fillRect/>
                    </a:stretch>
                  </pic:blipFill>
                  <pic:spPr>
                    <a:xfrm>
                      <a:off x="0" y="0"/>
                      <a:ext cx="5486400" cy="3645408"/>
                    </a:xfrm>
                    <a:prstGeom prst="rect"/>
                  </pic:spPr>
                </pic:pic>
              </a:graphicData>
            </a:graphic>
          </wp:inline>
        </w:drawing>
      </w:r>
    </w:p>
    <w:p>
      <w:r>
        <w:rPr>
          <w:i/>
          <w:color w:val="525252"/>
          <w:sz w:val="17"/>
        </w:rPr>
        <w:t>Figure 42. Calculate density: Health posts [90]. Source: Calculate density: Health posts (228 features). The data is in the appendix.</w:t>
      </w:r>
    </w:p>
    <w:p>
      <w:pPr>
        <w:jc w:val="center"/>
      </w:pPr>
      <w:r>
        <w:drawing>
          <wp:inline xmlns:a="http://schemas.openxmlformats.org/drawingml/2006/main" xmlns:pic="http://schemas.openxmlformats.org/drawingml/2006/picture">
            <wp:extent cx="5486400" cy="5340096"/>
            <wp:docPr id="43" name="Picture 43"/>
            <wp:cNvGraphicFramePr>
              <a:graphicFrameLocks noChangeAspect="1"/>
            </wp:cNvGraphicFramePr>
            <a:graphic>
              <a:graphicData uri="http://schemas.openxmlformats.org/drawingml/2006/picture">
                <pic:pic>
                  <pic:nvPicPr>
                    <pic:cNvPr id="0" name="061.jpg"/>
                    <pic:cNvPicPr/>
                  </pic:nvPicPr>
                  <pic:blipFill>
                    <a:blip r:embed="rId51"/>
                    <a:stretch>
                      <a:fillRect/>
                    </a:stretch>
                  </pic:blipFill>
                  <pic:spPr>
                    <a:xfrm>
                      <a:off x="0" y="0"/>
                      <a:ext cx="5486400" cy="5340096"/>
                    </a:xfrm>
                    <a:prstGeom prst="rect"/>
                  </pic:spPr>
                </pic:pic>
              </a:graphicData>
            </a:graphic>
          </wp:inline>
        </w:drawing>
      </w:r>
    </w:p>
    <w:p>
      <w:r>
        <w:rPr>
          <w:i/>
          <w:color w:val="525252"/>
          <w:sz w:val="17"/>
        </w:rPr>
        <w:t>Figure 43. Find outliers: Wards [91]. Source: Find outliers: Wards (20 features). The data is in the appendix.</w:t>
      </w:r>
    </w:p>
    <w:p>
      <w:pPr>
        <w:jc w:val="center"/>
      </w:pPr>
      <w:r>
        <w:drawing>
          <wp:inline xmlns:a="http://schemas.openxmlformats.org/drawingml/2006/main" xmlns:pic="http://schemas.openxmlformats.org/drawingml/2006/picture">
            <wp:extent cx="5486400" cy="3974592"/>
            <wp:docPr id="44" name="Picture 44"/>
            <wp:cNvGraphicFramePr>
              <a:graphicFrameLocks noChangeAspect="1"/>
            </wp:cNvGraphicFramePr>
            <a:graphic>
              <a:graphicData uri="http://schemas.openxmlformats.org/drawingml/2006/picture">
                <pic:pic>
                  <pic:nvPicPr>
                    <pic:cNvPr id="0" name="062.jpg"/>
                    <pic:cNvPicPr/>
                  </pic:nvPicPr>
                  <pic:blipFill>
                    <a:blip r:embed="rId52"/>
                    <a:stretch>
                      <a:fillRect/>
                    </a:stretch>
                  </pic:blipFill>
                  <pic:spPr>
                    <a:xfrm>
                      <a:off x="0" y="0"/>
                      <a:ext cx="5486400" cy="3974592"/>
                    </a:xfrm>
                    <a:prstGeom prst="rect"/>
                  </pic:spPr>
                </pic:pic>
              </a:graphicData>
            </a:graphic>
          </wp:inline>
        </w:drawing>
      </w:r>
    </w:p>
    <w:p>
      <w:r>
        <w:rPr>
          <w:i/>
          <w:color w:val="525252"/>
          <w:sz w:val="17"/>
        </w:rPr>
        <w:t>Figure 44. Find point clusters: Relief distributions over time [92]. Per day, 2026-09-04 to 2026-09-22. Source: Find point clusters: Relief distributions (320 features). The data is in the appendix.</w:t>
      </w:r>
    </w:p>
    <w:p>
      <w:pPr>
        <w:jc w:val="center"/>
      </w:pPr>
      <w:r>
        <w:drawing>
          <wp:inline xmlns:a="http://schemas.openxmlformats.org/drawingml/2006/main" xmlns:pic="http://schemas.openxmlformats.org/drawingml/2006/picture">
            <wp:extent cx="5486400" cy="3974592"/>
            <wp:docPr id="45" name="Picture 45"/>
            <wp:cNvGraphicFramePr>
              <a:graphicFrameLocks noChangeAspect="1"/>
            </wp:cNvGraphicFramePr>
            <a:graphic>
              <a:graphicData uri="http://schemas.openxmlformats.org/drawingml/2006/picture">
                <pic:pic>
                  <pic:nvPicPr>
                    <pic:cNvPr id="0" name="048.jpg"/>
                    <pic:cNvPicPr/>
                  </pic:nvPicPr>
                  <pic:blipFill>
                    <a:blip r:embed="rId38"/>
                    <a:stretch>
                      <a:fillRect/>
                    </a:stretch>
                  </pic:blipFill>
                  <pic:spPr>
                    <a:xfrm>
                      <a:off x="0" y="0"/>
                      <a:ext cx="5486400" cy="3974592"/>
                    </a:xfrm>
                    <a:prstGeom prst="rect"/>
                  </pic:spPr>
                </pic:pic>
              </a:graphicData>
            </a:graphic>
          </wp:inline>
        </w:drawing>
      </w:r>
    </w:p>
    <w:p>
      <w:r>
        <w:rPr>
          <w:i/>
          <w:color w:val="525252"/>
          <w:sz w:val="17"/>
        </w:rPr>
        <w:t>Figure 45. Repeat and near repeat classification: Relief distributions over time [93]. Per day, 2026-09-04 to 2026-09-22. Source: Repeat and near repeat classification: Relief distributions (320 features). The data is in the appendix.</w:t>
      </w:r>
    </w:p>
    <w:p>
      <w:pPr>
        <w:jc w:val="center"/>
      </w:pPr>
      <w:r>
        <w:drawing>
          <wp:inline xmlns:a="http://schemas.openxmlformats.org/drawingml/2006/main" xmlns:pic="http://schemas.openxmlformats.org/drawingml/2006/picture">
            <wp:extent cx="5486400" cy="3980688"/>
            <wp:docPr id="46" name="Picture 46"/>
            <wp:cNvGraphicFramePr>
              <a:graphicFrameLocks noChangeAspect="1"/>
            </wp:cNvGraphicFramePr>
            <a:graphic>
              <a:graphicData uri="http://schemas.openxmlformats.org/drawingml/2006/picture">
                <pic:pic>
                  <pic:nvPicPr>
                    <pic:cNvPr id="0" name="064.jpg"/>
                    <pic:cNvPicPr/>
                  </pic:nvPicPr>
                  <pic:blipFill>
                    <a:blip r:embed="rId53"/>
                    <a:stretch>
                      <a:fillRect/>
                    </a:stretch>
                  </pic:blipFill>
                  <pic:spPr>
                    <a:xfrm>
                      <a:off x="0" y="0"/>
                      <a:ext cx="5486400" cy="3980688"/>
                    </a:xfrm>
                    <a:prstGeom prst="rect"/>
                  </pic:spPr>
                </pic:pic>
              </a:graphicData>
            </a:graphic>
          </wp:inline>
        </w:drawing>
      </w:r>
    </w:p>
    <w:p>
      <w:r>
        <w:rPr>
          <w:i/>
          <w:color w:val="525252"/>
          <w:sz w:val="17"/>
        </w:rPr>
        <w:t>Figure 46. Hot spot analysis: Damage assessments over time [94]. Per day, 2026-09-02 to 2026-09-22. Source: Hot spot analysis: Damage assessments (2,000 features). The data is in the appendix.</w:t>
      </w:r>
    </w:p>
    <w:p>
      <w:pPr>
        <w:jc w:val="center"/>
      </w:pPr>
      <w:r>
        <w:drawing>
          <wp:inline xmlns:a="http://schemas.openxmlformats.org/drawingml/2006/main" xmlns:pic="http://schemas.openxmlformats.org/drawingml/2006/picture">
            <wp:extent cx="5486400" cy="3974592"/>
            <wp:docPr id="47" name="Picture 47"/>
            <wp:cNvGraphicFramePr>
              <a:graphicFrameLocks noChangeAspect="1"/>
            </wp:cNvGraphicFramePr>
            <a:graphic>
              <a:graphicData uri="http://schemas.openxmlformats.org/drawingml/2006/picture">
                <pic:pic>
                  <pic:nvPicPr>
                    <pic:cNvPr id="0" name="065.jpg"/>
                    <pic:cNvPicPr/>
                  </pic:nvPicPr>
                  <pic:blipFill>
                    <a:blip r:embed="rId54"/>
                    <a:stretch>
                      <a:fillRect/>
                    </a:stretch>
                  </pic:blipFill>
                  <pic:spPr>
                    <a:xfrm>
                      <a:off x="0" y="0"/>
                      <a:ext cx="5486400" cy="3974592"/>
                    </a:xfrm>
                    <a:prstGeom prst="rect"/>
                  </pic:spPr>
                </pic:pic>
              </a:graphicData>
            </a:graphic>
          </wp:inline>
        </w:drawing>
      </w:r>
    </w:p>
    <w:p>
      <w:r>
        <w:rPr>
          <w:i/>
          <w:color w:val="525252"/>
          <w:sz w:val="17"/>
        </w:rPr>
        <w:t>Figure 47. Hot spot analysis: Relief distributions over time [95]. Per day, 2026-09-04 to 2026-09-22. Source: Hot spot analysis: Relief distributions (320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day by dataset. 84 rows (id 9bebc2a3-106c-4b25-9db2-00e0031eb8f3)</w:t>
      </w:r>
    </w:p>
    <w:p>
      <w:pPr>
        <w:spacing w:after="40"/>
      </w:pPr>
      <w:r>
        <w:t>[2] Dataset: Damage assessments. vector, 2000 rows (id f5a03720-aeb0-4ef8-aac1-6cee065b688a)</w:t>
      </w:r>
    </w:p>
    <w:p>
      <w:pPr>
        <w:spacing w:after="40"/>
      </w:pPr>
      <w:r>
        <w:t>[3] Dataset: Road status. vector, 160 rows (id f3c7c4b5-fd2f-4d56-9b57-5acf7a4d0374)</w:t>
      </w:r>
    </w:p>
    <w:p>
      <w:pPr>
        <w:spacing w:after="40"/>
      </w:pPr>
      <w:r>
        <w:t>[4] Dataset: Relief distributions. vector, 320 rows (id 27e9cd9e-cac7-4864-8dbe-27172247ad35)</w:t>
      </w:r>
    </w:p>
    <w:p>
      <w:pPr>
        <w:spacing w:after="40"/>
      </w:pPr>
      <w:r>
        <w:t>[5] Dataset: Ward needs by day. table, 420 rows (id b8f0859d-75f2-425c-a636-bd120d62d172)</w:t>
      </w:r>
    </w:p>
    <w:p>
      <w:pPr>
        <w:spacing w:after="40"/>
      </w:pPr>
      <w:r>
        <w:t>[6] Document page: Situation report No. 4, page 1. 2026-09-14 (id c492201b-e67e-4ae4-b97c-58a6ff283bc1:1)</w:t>
      </w:r>
    </w:p>
    <w:p>
      <w:pPr>
        <w:spacing w:after="40"/>
      </w:pPr>
      <w:r>
        <w:t>[7] Catalog: Hot spot analysis (operation catalog, gp_hot_spots). Getis-Ord Gi* hot and cold spots with z-scores, p-values and confidence bins. ArcGIS: Find Hot Spots, Hot Spot Analysis (Getis-Ord Gi*). QGIS: qgis:hotspot (plugin). (id gp_hot_spots)</w:t>
      </w:r>
    </w:p>
    <w:p>
      <w:pPr>
        <w:spacing w:after="40"/>
      </w:pPr>
      <w:r>
        <w:t>[8] Plan: Hot spots of Relief distributions (the Start plan's candidate c_2bd4e1c1361d). 320 points: Getis-Ord Gi* tests whether the concentrations in Relief distributions are statistically significant. (id 5a15d461-f147-4d9e-923e-64f1e88fcd39:c_2bd4e1c1361d)</w:t>
      </w:r>
    </w:p>
    <w:p>
      <w:pPr>
        <w:spacing w:after="40"/>
      </w:pPr>
      <w:r>
        <w:t>[9] Tool result: gp_hot_spots, step 0. Hot spot analysis: 1 layer saved: Hot spot analysis: Relief distributions (320 features). (id 312e7d93-9021-497b-95d6-33778143cdfe:0)</w:t>
      </w:r>
    </w:p>
    <w:p>
      <w:pPr>
        <w:spacing w:after="40"/>
      </w:pPr>
      <w:r>
        <w:t>[10] Layer: Relief distributions. 320 features (id 83cbe688-753d-41e3-963d-5ac6a237060b)</w:t>
      </w:r>
    </w:p>
    <w:p>
      <w:pPr>
        <w:spacing w:after="40"/>
      </w:pPr>
      <w:r>
        <w:t>[11] Plan: Hot spots of Water points (the Start plan's candidate c_0814d71ea2c0). 60 points: Getis-Ord Gi* tests whether the concentrations in Water points are statistically significant. (id 5a15d461-f147-4d9e-923e-64f1e88fcd39:c_0814d71ea2c0)</w:t>
      </w:r>
    </w:p>
    <w:p>
      <w:pPr>
        <w:spacing w:after="40"/>
      </w:pPr>
      <w:r>
        <w:t>[12] Tool result: gp_hot_spots, step 1. Hot spot analysis: 1 layer saved: Hot spot analysis: Water points (20 features). (id 312e7d93-9021-497b-95d6-33778143cdfe:1)</w:t>
      </w:r>
    </w:p>
    <w:p>
      <w:pPr>
        <w:spacing w:after="40"/>
      </w:pPr>
      <w:r>
        <w:t>[13] Layer: Water points. 60 features (id 2a061d8c-77a7-4d5f-9dfd-426a08595f03)</w:t>
      </w:r>
    </w:p>
    <w:p>
      <w:pPr>
        <w:spacing w:after="40"/>
      </w:pPr>
      <w:r>
        <w:t>[14] Plan: Hot spots of Damage assessments (the Start plan's candidate c_5240b7fee4b7). 2000 points: Getis-Ord Gi* tests whether the concentrations in Damage assessments are statistically significant. (id 5a15d461-f147-4d9e-923e-64f1e88fcd39:c_5240b7fee4b7)</w:t>
      </w:r>
    </w:p>
    <w:p>
      <w:pPr>
        <w:spacing w:after="40"/>
      </w:pPr>
      <w:r>
        <w:t>[15] Tool result: gp_hot_spots, step 2. Hot spot analysis: 1 layer saved: Hot spot analysis: Damage assessments (2000 features). (id 312e7d93-9021-497b-95d6-33778143cdfe:2)</w:t>
      </w:r>
    </w:p>
    <w:p>
      <w:pPr>
        <w:spacing w:after="40"/>
      </w:pPr>
      <w:r>
        <w:t>[16] Layer: Damage assessments. 2,000 features (id 26bd99f3-3f2e-40d8-9e45-68835e95f651)</w:t>
      </w:r>
    </w:p>
    <w:p>
      <w:pPr>
        <w:spacing w:after="40"/>
      </w:pPr>
      <w:r>
        <w:t>[17]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[18] Plan: Space time hot spots of Relief distributions (the Start plan's candidate c_a90b274940ea). Relief distributions carry dates in 'date': emerging hot spot analysis finds new, intensifying and fading hot spots per day. (id 5a15d461-f147-4d9e-923e-64f1e88fcd39:c_a90b274940ea)</w:t>
      </w:r>
    </w:p>
    <w:p>
      <w:pPr>
        <w:spacing w:after="40"/>
      </w:pPr>
      <w:r>
        <w:t>[19] Tool result: gp_space_time_hot_spots, step 0. Emerging hot spots: 1 layer saved: Emerging hot spots: Relief distributions (54 features). (id 6a511518-66af-49c2-9961-06cf7330178d:0)</w:t>
      </w:r>
    </w:p>
    <w:p>
      <w:pPr>
        <w:spacing w:after="40"/>
      </w:pPr>
      <w:r>
        <w:t>[20] Plan: Space time hot spots of Damage assessments (the Start plan's candidate c_e9b3cd3966d9). Damage assessments carry dates in 'assessed_at': emerging hot spot analysis finds new, intensifying and fading hot spots per day. (id 5a15d461-f147-4d9e-923e-64f1e88fcd39:c_e9b3cd3966d9)</w:t>
      </w:r>
    </w:p>
    <w:p>
      <w:pPr>
        <w:spacing w:after="40"/>
      </w:pPr>
      <w:r>
        <w:t>[21] Tool result: gp_space_time_hot_spots, step 1. Emerging hot spots: 1 layer saved: Emerging hot spots: Damage assessments (87 features). (id 6a511518-66af-49c2-9961-06cf7330178d:1)</w:t>
      </w:r>
    </w:p>
    <w:p>
      <w:pPr>
        <w:spacing w:after="40"/>
      </w:pPr>
      <w:r>
        <w:t>[22]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[23] Plan: Near repeat of Relief distributions (the Start plan's candidate c_d2196a8324bf). Near repeat analysis tests whether Relief distributions close in space also follow each other within 3 days. (id 5a15d461-f147-4d9e-923e-64f1e88fcd39:c_d2196a8324bf)</w:t>
      </w:r>
    </w:p>
    <w:p>
      <w:pPr>
        <w:spacing w:after="40"/>
      </w:pPr>
      <w:r>
        <w:t>[24] Tool result: gp_near_repeat, step 2. Repeat and near repeat classification: 1 layer saved: Repeat and near repeat classification: Relief distributions (320 features). (id 6a511518-66af-49c2-9961-06cf7330178d:2)</w:t>
      </w:r>
    </w:p>
    <w:p>
      <w:pPr>
        <w:spacing w:after="40"/>
      </w:pPr>
      <w:r>
        <w:t>[25]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[26] Plan: Shelters per feature of Wards (the Start plan's candidate c_51fb9e92bbf5). Count Shelters inside each feature of Wards by type; the counts map as a choropleth (natural breaks, sequential colors). (id 5a15d461-f147-4d9e-923e-64f1e88fcd39:c_51fb9e92bbf5)</w:t>
      </w:r>
    </w:p>
    <w:p>
      <w:pPr>
        <w:spacing w:after="40"/>
      </w:pPr>
      <w:r>
        <w:t>[27] Tool result: gp_summarize_within, step 0. Summarize within: 1 layer saved: Summarize within: Wards (20 features). (id 0979c79d-77b1-475d-a7be-e19a6678cb6f:0)</w:t>
      </w:r>
    </w:p>
    <w:p>
      <w:pPr>
        <w:spacing w:after="40"/>
      </w:pPr>
      <w:r>
        <w:t>[28] Layer: Shelters. 25 features (id ee1b31b2-fece-4bec-a323-47ac9bdb3e6e)</w:t>
      </w:r>
    </w:p>
    <w:p>
      <w:pPr>
        <w:spacing w:after="40"/>
      </w:pPr>
      <w:r>
        <w:t>[29] Layer: Wards. 20 features (id b338e26e-89d1-4de4-af0b-e9e1f797c2dd)</w:t>
      </w:r>
    </w:p>
    <w:p>
      <w:pPr>
        <w:spacing w:after="40"/>
      </w:pPr>
      <w:r>
        <w:t>[30] Tool result: gp_summarize_within, step 1. Summarize within: 1 layer saved: Summarize within: Wards (20 features). (id 0979c79d-77b1-475d-a7be-e19a6678cb6f:1)</w:t>
      </w:r>
    </w:p>
    <w:p>
      <w:pPr>
        <w:spacing w:after="40"/>
      </w:pPr>
      <w:r>
        <w:t>[31] Tool result: gp_summarize_within, step 2. Summarize within: 1 layer saved: Summarize within: Wards (20 features). (id 0979c79d-77b1-475d-a7be-e19a6678cb6f:2)</w:t>
      </w:r>
    </w:p>
    <w:p>
      <w:pPr>
        <w:spacing w:after="40"/>
      </w:pPr>
      <w:r>
        <w:t>[32] Layer: Health posts. 20 features (id 7aed59a8-fdc9-4dca-9da9-530aea39fdf7)</w:t>
      </w:r>
    </w:p>
    <w:p>
      <w:pPr>
        <w:spacing w:after="40"/>
      </w:pPr>
      <w:r>
        <w:t>[33]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[34] Plan: Cluster points of Shelters (the Start plan's candidate c_f692379d6a4c). DBSCAN finds dense groups of Shelters and separates noise. (id 5a15d461-f147-4d9e-923e-64f1e88fcd39:c_f692379d6a4c)</w:t>
      </w:r>
    </w:p>
    <w:p>
      <w:pPr>
        <w:spacing w:after="40"/>
      </w:pPr>
      <w:r>
        <w:t>[35] Tool result: gp_find_point_clusters, step 0. Find point clusters: 2 layers saved: Find point clusters: Shelters (25 features); Find point clusters: cluster hulls (1 feature). (id e8b434c3-b356-440a-9abe-58d49d66cc97:0)</w:t>
      </w:r>
    </w:p>
    <w:p>
      <w:pPr>
        <w:spacing w:after="40"/>
      </w:pPr>
      <w:r>
        <w:t>[36] Plan: Cluster points of Relief distributions (the Start plan's candidate c_349573557ecd). DBSCAN finds dense groups of Relief distributions and separates noise. (id 5a15d461-f147-4d9e-923e-64f1e88fcd39:c_349573557ecd)</w:t>
      </w:r>
    </w:p>
    <w:p>
      <w:pPr>
        <w:spacing w:after="40"/>
      </w:pPr>
      <w:r>
        <w:t>[37] Tool result: gp_find_point_clusters, step 1. Find point clusters: 2 layers saved: Find point clusters: Relief distributions (320 features); Find point clusters: cluster hulls (21 features). (id e8b434c3-b356-440a-9abe-58d49d66cc97:1)</w:t>
      </w:r>
    </w:p>
    <w:p>
      <w:pPr>
        <w:spacing w:after="40"/>
      </w:pPr>
      <w:r>
        <w:t>[38] Plan: Cluster points of Health posts (the Start plan's candidate c_ff423f0ff11e). DBSCAN finds dense groups of Health posts and separates noise. (id 5a15d461-f147-4d9e-923e-64f1e88fcd39:c_ff423f0ff11e)</w:t>
      </w:r>
    </w:p>
    <w:p>
      <w:pPr>
        <w:spacing w:after="40"/>
      </w:pPr>
      <w:r>
        <w:t>[39] Tool result: gp_find_point_clusters, step 2. Find point clusters: 2 layers saved: Find point clusters: Health posts (20 features); Find point clusters: cluster hulls (2 features). (id e8b434c3-b356-440a-9abe-58d49d66cc97:2)</w:t>
      </w:r>
    </w:p>
    <w:p>
      <w:pPr>
        <w:spacing w:after="40"/>
      </w:pPr>
      <w:r>
        <w:t>[40] Catalog: Calculate density (operation catalog, gp_calculate_density). Kernel density per square kilometer on a grid. ArcGIS: Calculate Density, Kernel Density. QGIS: native:heatmapkerneldensityestimation. (id gp_calculate_density)</w:t>
      </w:r>
    </w:p>
    <w:p>
      <w:pPr>
        <w:spacing w:after="40"/>
      </w:pPr>
      <w:r>
        <w:t>[41] Plan: Kernel density of Shelters (the Start plan's candidate c_af35bc95bb98). 25 points in Shelters: a density surface shows where they concentrate. (id 5a15d461-f147-4d9e-923e-64f1e88fcd39:c_af35bc95bb98)</w:t>
      </w:r>
    </w:p>
    <w:p>
      <w:pPr>
        <w:spacing w:after="40"/>
      </w:pPr>
      <w:r>
        <w:t>[42] Tool result: gp_calculate_density, step 0. Calculate density: 1 layer saved: Calculate density: Shelters (90 features). (id dd271da2-1bea-419c-8888-9b686b947d5a:0)</w:t>
      </w:r>
    </w:p>
    <w:p>
      <w:pPr>
        <w:spacing w:after="40"/>
      </w:pPr>
      <w:r>
        <w:t>[43] Plan: Kernel density of Relief distributions (the Start plan's candidate c_346097776d28). 320 points in Relief distributions: a density surface shows where they concentrate. (id 5a15d461-f147-4d9e-923e-64f1e88fcd39:c_346097776d28)</w:t>
      </w:r>
    </w:p>
    <w:p>
      <w:pPr>
        <w:spacing w:after="40"/>
      </w:pPr>
      <w:r>
        <w:t>[44] Tool result: gp_calculate_density, step 1. Calculate density: 1 layer saved: Calculate density: Relief distributions (222 features). (id dd271da2-1bea-419c-8888-9b686b947d5a:1)</w:t>
      </w:r>
    </w:p>
    <w:p>
      <w:pPr>
        <w:spacing w:after="40"/>
      </w:pPr>
      <w:r>
        <w:t>[45] Plan: Kernel density of Health posts (the Start plan's candidate c_18ec87c25f18). 20 points in Health posts: a density surface shows where they concentrate. (id 5a15d461-f147-4d9e-923e-64f1e88fcd39:c_18ec87c25f18)</w:t>
      </w:r>
    </w:p>
    <w:p>
      <w:pPr>
        <w:spacing w:after="40"/>
      </w:pPr>
      <w:r>
        <w:t>[46] Tool result: gp_calculate_density, step 2. Calculate density: 1 layer saved: Calculate density: Health posts (228 features). (id dd271da2-1bea-419c-8888-9b686b947d5a:2)</w:t>
      </w:r>
    </w:p>
    <w:p>
      <w:pPr>
        <w:spacing w:after="40"/>
      </w:pPr>
      <w:r>
        <w:t>[47] Catalog: Find outliers (operation catalog, gp_outliers). Anselin local Moran’s I: HH, LL clusters and HL, LH outliers. ArcGIS: Find Outliers, Cluster and Outlier Analysis (Anselin Local Moran’s I). (id gp_outliers)</w:t>
      </w:r>
    </w:p>
    <w:p>
      <w:pPr>
        <w:spacing w:after="40"/>
      </w:pPr>
      <w:r>
        <w:t>[48] Plan: Local morans i of Wards (the Start plan's candidate c_de4b9b365cb7). Local Moran's I maps clusters and outliers of 'population'. (id 5a15d461-f147-4d9e-923e-64f1e88fcd39:c_de4b9b365cb7)</w:t>
      </w:r>
    </w:p>
    <w:p>
      <w:pPr>
        <w:spacing w:after="40"/>
      </w:pPr>
      <w:r>
        <w:t>[49] Tool result: gp_outliers, step 0. Find outliers: 1 layer saved: Find outliers: Wards (20 features). (id 82ada6bc-afff-4238-9ffd-a1a3201c03ab:0)</w:t>
      </w:r>
    </w:p>
    <w:p>
      <w:pPr>
        <w:spacing w:after="40"/>
      </w:pPr>
      <w:r>
        <w:t>[50] Rendering: Map: Hot spot analysis: Relief distributions (id 9390dd7d-eb52-4fef-b240-a9e39c60419a)</w:t>
      </w:r>
    </w:p>
    <w:p>
      <w:pPr>
        <w:spacing w:after="40"/>
      </w:pPr>
      <w:r>
        <w:t>[51] Rendering: Map: Hot spot analysis: Water points (id c442f0af-9418-4ebb-bfcb-511695a7dfa4)</w:t>
      </w:r>
    </w:p>
    <w:p>
      <w:pPr>
        <w:spacing w:after="40"/>
      </w:pPr>
      <w:r>
        <w:t>[52] Rendering: Map: Hot spot analysis: Damage assessments (id bf47cbcc-a7c2-4872-8e54-35d0ac4ff377)</w:t>
      </w:r>
    </w:p>
    <w:p>
      <w:pPr>
        <w:spacing w:after="40"/>
      </w:pPr>
      <w:r>
        <w:t>[53] Rendering: Map: Emerging hot spots: Relief distributions (id 25f4f54c-4c45-48cf-a569-65f18477854c)</w:t>
      </w:r>
    </w:p>
    <w:p>
      <w:pPr>
        <w:spacing w:after="40"/>
      </w:pPr>
      <w:r>
        <w:t>[54] Rendering: Map: Emerging hot spots: Damage assessments (id 6a4358fa-15b6-48b5-8954-acdaa394ce25)</w:t>
      </w:r>
    </w:p>
    <w:p>
      <w:pPr>
        <w:spacing w:after="40"/>
      </w:pPr>
      <w:r>
        <w:t>[55] Rendering: Map: Repeat and near repeat classification: Relief distributions (id 9939dbb6-e3f8-4379-ac14-09eaa503d896)</w:t>
      </w:r>
    </w:p>
    <w:p>
      <w:pPr>
        <w:spacing w:after="40"/>
      </w:pPr>
      <w:r>
        <w:t>[56] Rendering: Map: Summarize within: Wards (id 7e37ed6c-8912-44a3-bf3e-ee68208d7033)</w:t>
      </w:r>
    </w:p>
    <w:p>
      <w:pPr>
        <w:spacing w:after="40"/>
      </w:pPr>
      <w:r>
        <w:t>[57] Rendering: Map: Summarize within: Wards (id be38a33a-5f20-4c0b-8912-57fa7895a19e)</w:t>
      </w:r>
    </w:p>
    <w:p>
      <w:pPr>
        <w:spacing w:after="40"/>
      </w:pPr>
      <w:r>
        <w:t>[58] Rendering: Map: Summarize within: Wards (id b5d154ed-f63d-4d53-9377-fa605622ef5a)</w:t>
      </w:r>
    </w:p>
    <w:p>
      <w:pPr>
        <w:spacing w:after="40"/>
      </w:pPr>
      <w:r>
        <w:t>[59] Rendering: Map: Find point clusters: Shelters (id c9d2bd3b-593e-4289-8016-4c68db15e487)</w:t>
      </w:r>
    </w:p>
    <w:p>
      <w:pPr>
        <w:spacing w:after="40"/>
      </w:pPr>
      <w:r>
        <w:t>[60] Rendering: Map: Find point clusters: cluster hulls (id 6a3bb4df-0c93-47d3-ac5d-799d9cc55d97)</w:t>
      </w:r>
    </w:p>
    <w:p>
      <w:pPr>
        <w:spacing w:after="40"/>
      </w:pPr>
      <w:r>
        <w:t>[61] Rendering: Map: Find point clusters: Relief distributions (id 7e541131-6f4c-4bb1-b407-1446d58780c9)</w:t>
      </w:r>
    </w:p>
    <w:p>
      <w:pPr>
        <w:spacing w:after="40"/>
      </w:pPr>
      <w:r>
        <w:t>[62] Rendering: Map: Find point clusters: cluster hulls (id 38f01879-759a-4a13-835c-d8b021e78321)</w:t>
      </w:r>
    </w:p>
    <w:p>
      <w:pPr>
        <w:spacing w:after="40"/>
      </w:pPr>
      <w:r>
        <w:t>[63] Rendering: Map: Find point clusters: Health posts (id 3e2a4e84-8386-4533-beff-b52a92b8455a)</w:t>
      </w:r>
    </w:p>
    <w:p>
      <w:pPr>
        <w:spacing w:after="40"/>
      </w:pPr>
      <w:r>
        <w:t>[64] Rendering: Map: Find point clusters: cluster hulls (id 2e4605ac-3908-4fc6-9ef3-f84a99eee64a)</w:t>
      </w:r>
    </w:p>
    <w:p>
      <w:pPr>
        <w:spacing w:after="40"/>
      </w:pPr>
      <w:r>
        <w:t>[65] Rendering: Map: Calculate density: Shelters (id 4c369f35-f8c0-44c2-af51-a805408d3d2c)</w:t>
      </w:r>
    </w:p>
    <w:p>
      <w:pPr>
        <w:spacing w:after="40"/>
      </w:pPr>
      <w:r>
        <w:t>[66] Rendering: Map: Calculate density: Relief distributions (id 1fe838e1-34dc-4443-9b06-a8e4dfca95b1)</w:t>
      </w:r>
    </w:p>
    <w:p>
      <w:pPr>
        <w:spacing w:after="40"/>
      </w:pPr>
      <w:r>
        <w:t>[67] Rendering: Map: Calculate density: Health posts (id 757ffe50-e313-4da5-9be2-6dc7c3f38b2c)</w:t>
      </w:r>
    </w:p>
    <w:p>
      <w:pPr>
        <w:spacing w:after="40"/>
      </w:pPr>
      <w:r>
        <w:t>[68] Rendering: Map: Wards by population (id 74dd8da4-312d-43c5-85e7-bb2fb6224f53)</w:t>
      </w:r>
    </w:p>
    <w:p>
      <w:pPr>
        <w:spacing w:after="40"/>
      </w:pPr>
      <w:r>
        <w:t>[69] Rendering: Map: Find outliers: Wards (id 7bf81023-a30e-4346-ab12-ff2513b7947f)</w:t>
      </w:r>
    </w:p>
    <w:p>
      <w:pPr>
        <w:spacing w:after="40"/>
      </w:pPr>
      <w:r>
        <w:t>[70] Rendering: Chart: Water points over time (litres_per_day). 7 rows (id be19f3c9-7c18-4737-8ac1-c4b65ed62211)</w:t>
      </w:r>
    </w:p>
    <w:p>
      <w:pPr>
        <w:spacing w:after="40"/>
      </w:pPr>
      <w:r>
        <w:t>[71] Rendering: Chart: Relief distributions over time (date). 76 rows (id 2be61f8a-8348-49a8-8c78-1ea19f2626a3)</w:t>
      </w:r>
    </w:p>
    <w:p>
      <w:pPr>
        <w:spacing w:after="40"/>
      </w:pPr>
      <w:r>
        <w:t>[72] Rendering: Chart: Ward needs by day over time (date). 126 rows (id 3683d15b-0f5f-4034-99d3-c60bbd06867c)</w:t>
      </w:r>
    </w:p>
    <w:p>
      <w:pPr>
        <w:spacing w:after="40"/>
      </w:pPr>
      <w:r>
        <w:t>[73] Rendering: Chart: Hot spot analysis: Relief distributions. 7 rows (id 8a54330c-390f-456b-b3e3-6ba7256e4df3)</w:t>
      </w:r>
    </w:p>
    <w:p>
      <w:pPr>
        <w:spacing w:after="40"/>
      </w:pPr>
      <w:r>
        <w:t>[74] Rendering: Chart: Hot spot analysis: Water points. 7 rows (id beea2a8b-78df-4622-919a-df7a4d7bf1a9)</w:t>
      </w:r>
    </w:p>
    <w:p>
      <w:pPr>
        <w:spacing w:after="40"/>
      </w:pPr>
      <w:r>
        <w:t>[75] Rendering: Chart: Hot spot analysis: Damage assessments. 30 rows (id b6ec9de8-9bcf-49e9-ba5e-2e62a12c8ca5)</w:t>
      </w:r>
    </w:p>
    <w:p>
      <w:pPr>
        <w:spacing w:after="40"/>
      </w:pPr>
      <w:r>
        <w:t>[76] Rendering: Chart: Emerging hot spots: Relief distributions. 7 rows (id bde631a0-88da-4ec0-881b-6dc66cb32acc)</w:t>
      </w:r>
    </w:p>
    <w:p>
      <w:pPr>
        <w:spacing w:after="40"/>
      </w:pPr>
      <w:r>
        <w:t>[77] Rendering: Chart: Emerging hot spots: Damage assessments. 8 rows (id 5060f9d4-d1f0-4a03-b624-4e1aa484e60d)</w:t>
      </w:r>
    </w:p>
    <w:p>
      <w:pPr>
        <w:spacing w:after="40"/>
      </w:pPr>
      <w:r>
        <w:t>[78] Rendering: Chart: Repeat and near repeat classification: Relief distributions. 76 rows (id ad7da8c7-ed67-45e8-86ad-6f21ca29cbfd)</w:t>
      </w:r>
    </w:p>
    <w:p>
      <w:pPr>
        <w:spacing w:after="40"/>
      </w:pPr>
      <w:r>
        <w:t>[79] Rendering: Chart: Summarize within: Wards. 6 rows (id eb5740e9-38f8-42ba-9d54-b9bec7d81080)</w:t>
      </w:r>
    </w:p>
    <w:p>
      <w:pPr>
        <w:spacing w:after="40"/>
      </w:pPr>
      <w:r>
        <w:t>[80] Rendering: Chart: Summarize within: Wards. 6 rows (id 87ce8246-fadd-470c-b5a7-eb0629fc5ea3)</w:t>
      </w:r>
    </w:p>
    <w:p>
      <w:pPr>
        <w:spacing w:after="40"/>
      </w:pPr>
      <w:r>
        <w:t>[81] Rendering: Chart: Summarize within: Wards. 6 rows (id 190869f4-a9ae-4fed-a451-67bc4560549c)</w:t>
      </w:r>
    </w:p>
    <w:p>
      <w:pPr>
        <w:spacing w:after="40"/>
      </w:pPr>
      <w:r>
        <w:t>[82] Rendering: Chart: Find point clusters: Shelters. 2 rows (id 7be17c77-d4b9-4caf-8e86-10eb6d9d53e2)</w:t>
      </w:r>
    </w:p>
    <w:p>
      <w:pPr>
        <w:spacing w:after="40"/>
      </w:pPr>
      <w:r>
        <w:t>[83] Rendering: Chart: Find point clusters: cluster hulls. 1 rows (id 382198e8-9ac9-4b75-9e8e-ef34700f25cd)</w:t>
      </w:r>
    </w:p>
    <w:p>
      <w:pPr>
        <w:spacing w:after="40"/>
      </w:pPr>
      <w:r>
        <w:t>[84] Rendering: Chart: Find point clusters: Relief distributions. 22 rows (id bae50ece-0f0f-4399-87fd-3618eed224a5)</w:t>
      </w:r>
    </w:p>
    <w:p>
      <w:pPr>
        <w:spacing w:after="40"/>
      </w:pPr>
      <w:r>
        <w:t>[85] Rendering: Chart: Find point clusters: cluster hulls. 21 rows (id 7bff01e1-9aeb-448c-8822-197f969c18f3)</w:t>
      </w:r>
    </w:p>
    <w:p>
      <w:pPr>
        <w:spacing w:after="40"/>
      </w:pPr>
      <w:r>
        <w:t>[86] Rendering: Chart: Find point clusters: Health posts. 3 rows (id c1d4618b-97c3-444b-b7e7-445c2a95bc45)</w:t>
      </w:r>
    </w:p>
    <w:p>
      <w:pPr>
        <w:spacing w:after="40"/>
      </w:pPr>
      <w:r>
        <w:t>[87] Rendering: Chart: Find point clusters: cluster hulls. 2 rows (id 004552ff-ca8c-4bd5-9838-b11d434b85b3)</w:t>
      </w:r>
    </w:p>
    <w:p>
      <w:pPr>
        <w:spacing w:after="40"/>
      </w:pPr>
      <w:r>
        <w:t>[88] Rendering: Chart: Calculate density: Shelters. 8 rows (id 4716859b-53cb-4d5a-8441-47de226233ed)</w:t>
      </w:r>
    </w:p>
    <w:p>
      <w:pPr>
        <w:spacing w:after="40"/>
      </w:pPr>
      <w:r>
        <w:t>[89] Rendering: Chart: Calculate density: Relief distributions. 9 rows (id a66c3a3a-0d79-4a90-8ba8-25684b82f78c)</w:t>
      </w:r>
    </w:p>
    <w:p>
      <w:pPr>
        <w:spacing w:after="40"/>
      </w:pPr>
      <w:r>
        <w:t>[90] Rendering: Chart: Calculate density: Health posts. 9 rows (id 6d33660c-fb55-4ce5-9407-14cede82f1f7)</w:t>
      </w:r>
    </w:p>
    <w:p>
      <w:pPr>
        <w:spacing w:after="40"/>
      </w:pPr>
      <w:r>
        <w:t>[91] Rendering: Chart: Find outliers: Wards. 20 rows (id 2c943aea-f0e1-4d2e-9a74-b1f3a68cccaf)</w:t>
      </w:r>
    </w:p>
    <w:p>
      <w:pPr>
        <w:spacing w:after="40"/>
      </w:pPr>
      <w:r>
        <w:t>[92] Rendering: Chart: Find point clusters: Relief distributions over time. 76 rows (id ae09526f-b719-40fa-9352-7253703419e6)</w:t>
      </w:r>
    </w:p>
    <w:p>
      <w:pPr>
        <w:spacing w:after="40"/>
      </w:pPr>
      <w:r>
        <w:t>[93] Rendering: Chart: Repeat and near repeat classification: Relief distributions over time. 76 rows (id d25012cc-f981-414f-b270-f5188a23b23a)</w:t>
      </w:r>
    </w:p>
    <w:p>
      <w:pPr>
        <w:spacing w:after="40"/>
      </w:pPr>
      <w:r>
        <w:t>[94] Rendering: Chart: Hot spot analysis: Damage assessments over time. 126 rows (id dddbf0f7-9186-4260-86f0-90b42b3a2b7c)</w:t>
      </w:r>
    </w:p>
    <w:p>
      <w:pPr>
        <w:spacing w:after="40"/>
      </w:pPr>
      <w:r>
        <w:t>[95] Rendering: Chart: Hot spot analysis: Relief distributions over time. 76 rows (id 75a753b2-7ec0-435d-93af-df87c5a2fdf9)</w:t>
      </w:r>
    </w:p>
    <w:p>
      <w:pPr>
        <w:spacing w:after="40"/>
      </w:pPr>
      <w:r>
        <w:t>[96] Dataset: Wards. vector, 20 rows (id cd24d135-3a85-486d-b85d-aad5c710434a)</w:t>
      </w:r>
    </w:p>
    <w:p>
      <w:pPr>
        <w:spacing w:after="40"/>
      </w:pPr>
      <w:r>
        <w:t>[97] Dataset: Shelters. vector, 25 rows (id 1a4488fc-1d07-4261-9f0e-01b2b1f2dca2)</w:t>
      </w:r>
    </w:p>
    <w:p>
      <w:pPr>
        <w:spacing w:after="40"/>
      </w:pPr>
      <w:r>
        <w:t>[98] Dataset: Water points. vector, 60 rows (id c5cb6996-b665-4741-91b9-eb2b235d60b3)</w:t>
      </w:r>
    </w:p>
    <w:p>
      <w:pPr>
        <w:spacing w:after="40"/>
      </w:pPr>
      <w:r>
        <w:t>[99] Dataset: Health posts. vector, 20 rows (id 8e654bff-294d-4ad6-be89-593de050aebf)</w:t>
      </w:r>
    </w:p>
    <w:p>
      <w:pPr>
        <w:spacing w:after="40"/>
      </w:pPr>
      <w:r>
        <w:t>[100] Dataset: Shelter register. table, 25 rows (id 71a97a94-2ec4-4a02-b6d8-66a6192053f9)</w:t>
      </w:r>
    </w:p>
    <w:p>
      <w:pPr>
        <w:spacing w:after="40"/>
      </w:pPr>
      <w:r>
        <w:t>[101] Dataset: Situation report No. 4. document, ? rows (id 919b6864-e3dc-42c9-b9dc-71340dbf1f59)</w:t>
      </w:r>
    </w:p>
    <w:p>
      <w:pPr>
        <w:spacing w:after="40"/>
      </w:pPr>
      <w:r>
        <w:t>[102] Record: Sample: Disaster response, Kathmandu (id affd1e20-248c-4f96-b09d-48d3027477be)</w:t>
      </w:r>
    </w:p>
    <w:p>
      <w:pPr>
        <w:spacing w:after="40"/>
      </w:pPr>
      <w:r>
        <w:t>[103] Layer: Hot spot analysis: Relief distributions. 320 features (id 9e5f578c-630b-43eb-8ebe-8545f6fca7c2)</w:t>
      </w:r>
    </w:p>
    <w:p>
      <w:pPr>
        <w:spacing w:after="40"/>
      </w:pPr>
      <w:r>
        <w:t>[104] Layer: Hot spot analysis: Water points. 20 features (id bb294769-aa54-4b53-b8ab-a11a9895ae52)</w:t>
      </w:r>
    </w:p>
    <w:p>
      <w:pPr>
        <w:spacing w:after="40"/>
      </w:pPr>
      <w:r>
        <w:t>[105] Layer: Hot spot analysis: Damage assessments. 2,000 features (id 363b8c44-c958-4210-beb4-e032340f3591)</w:t>
      </w:r>
    </w:p>
    <w:p>
      <w:pPr>
        <w:spacing w:after="40"/>
      </w:pPr>
      <w:r>
        <w:t>[106] Layer: Emerging hot spots: Relief distributions. 54 features (id 6f8363b7-e1a7-432e-b17e-f0e1a5b04c12)</w:t>
      </w:r>
    </w:p>
    <w:p>
      <w:pPr>
        <w:spacing w:after="40"/>
      </w:pPr>
      <w:r>
        <w:t>[107] Layer: Emerging hot spots: Damage assessments. 87 features (id 26abf030-7544-4caa-a068-87e5fbf6fc76)</w:t>
      </w:r>
    </w:p>
    <w:p>
      <w:pPr>
        <w:spacing w:after="40"/>
      </w:pPr>
      <w:r>
        <w:t>[108] Layer: Repeat and near repeat classification: Relief distributions. 320 features (id 176d38bd-d5dd-4e59-bcf4-f4f67c442f05)</w:t>
      </w:r>
    </w:p>
    <w:p>
      <w:pPr>
        <w:spacing w:after="40"/>
      </w:pPr>
      <w:r>
        <w:t>[109] Layer: Summarize within: Wards. 20 features (id 59ed06c8-19f7-4cdc-bf0a-93f1af3df0bb)</w:t>
      </w:r>
    </w:p>
    <w:p>
      <w:pPr>
        <w:spacing w:after="40"/>
      </w:pPr>
      <w:r>
        <w:t>[110] Layer: Summarize within: Wards. 20 features (id 60eb7f4c-9283-4a68-b158-7fe6014e035b)</w:t>
      </w:r>
    </w:p>
    <w:p>
      <w:pPr>
        <w:spacing w:after="40"/>
      </w:pPr>
      <w:r>
        <w:t>[111] Layer: Summarize within: Wards. 20 features (id d2a68fd2-e432-4366-8c8c-79cfc7fbd916)</w:t>
      </w:r>
    </w:p>
    <w:p>
      <w:pPr>
        <w:spacing w:after="40"/>
      </w:pPr>
      <w:r>
        <w:t>[112] Layer: Find point clusters: Shelters. 25 features (id db7ac08f-e31a-41c7-b06d-b7bc5b1ddae1)</w:t>
      </w:r>
    </w:p>
    <w:p>
      <w:pPr>
        <w:spacing w:after="40"/>
      </w:pPr>
      <w:r>
        <w:t>[113] Layer: Find point clusters: cluster hulls. 1 features (id 1a61db01-7dbf-4a4b-a14e-619c2d2130e2)</w:t>
      </w:r>
    </w:p>
    <w:p>
      <w:pPr>
        <w:spacing w:after="40"/>
      </w:pPr>
      <w:r>
        <w:t>[114] Layer: Find point clusters: Relief distributions. 320 features (id 80a3b728-2f6b-44e4-962f-eac228b32051)</w:t>
      </w:r>
    </w:p>
    <w:p>
      <w:pPr>
        <w:spacing w:after="40"/>
      </w:pPr>
      <w:r>
        <w:t>[115] Layer: Find point clusters: cluster hulls. 21 features (id ab1e3ae7-0d91-4e6a-8a58-5afda7d572e8)</w:t>
      </w:r>
    </w:p>
    <w:p>
      <w:pPr>
        <w:spacing w:after="40"/>
      </w:pPr>
      <w:r>
        <w:t>[116] Layer: Find point clusters: Health posts. 20 features (id f387abca-2c2c-4945-9f86-d310b94a5d2e)</w:t>
      </w:r>
    </w:p>
    <w:p>
      <w:pPr>
        <w:spacing w:after="40"/>
      </w:pPr>
      <w:r>
        <w:t>[117] Layer: Find point clusters: cluster hulls. 2 features (id 0ee12d31-db24-4ae2-ba77-bea3bd72c010)</w:t>
      </w:r>
    </w:p>
    <w:p>
      <w:pPr>
        <w:spacing w:after="40"/>
      </w:pPr>
      <w:r>
        <w:t>[118] Layer: Calculate density: Shelters. 90 features (id 70bc6150-3af3-4110-ba8a-60400c37bf40)</w:t>
      </w:r>
    </w:p>
    <w:p>
      <w:pPr>
        <w:spacing w:after="40"/>
      </w:pPr>
      <w:r>
        <w:t>[119] Layer: Calculate density: Relief distributions. 222 features (id 3d315b62-8343-4e06-9cb9-c92f6b2c53e0)</w:t>
      </w:r>
    </w:p>
    <w:p>
      <w:pPr>
        <w:spacing w:after="40"/>
      </w:pPr>
      <w:r>
        <w:t>[120] Layer: Calculate density: Health posts. 228 features (id dc129652-f329-497f-8a85-b1a55c7c00b4)</w:t>
      </w:r>
    </w:p>
    <w:p>
      <w:pPr>
        <w:spacing w:after="40"/>
      </w:pPr>
      <w:r>
        <w:t>[121] Document: Situation report No. 4 (id c492201b-e67e-4ae4-b97c-58a6ff283bc1)</w:t>
      </w:r>
    </w:p>
    <w:p>
      <w:pPr>
        <w:spacing w:after="40"/>
      </w:pPr>
      <w:r>
        <w:t>[122] Layer: Find outliers: Wards. 20 features (id a6dabb92-ab09-424d-95b6-28b66295aba0)</w:t>
      </w:r>
    </w:p>
    <w:p>
      <w:pPr>
        <w:pStyle w:val="Heading1"/>
      </w:pPr>
      <w:r>
        <w:t>Appendix: the data behind the charts</w:t>
      </w:r>
    </w:p>
    <w:p>
      <w:pPr>
        <w:pStyle w:val="Heading2"/>
      </w:pPr>
      <w:r>
        <w:t>Figure 1. Timeline: events per day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2026-09-02</w:t>
            </w:r>
          </w:p>
        </w:tc>
        <w:tc>
          <w:tcPr>
            <w:tcW w:type="dxa" w:w="2880"/>
          </w:tcPr>
          <w:p>
            <w:r>
              <w:t>Damage assessments</w:t>
            </w:r>
          </w:p>
        </w:tc>
        <w:tc>
          <w:tcPr>
            <w:tcW w:type="dxa" w:w="2880"/>
          </w:tcPr>
          <w:p>
            <w:r>
              <w:t>135</w:t>
            </w:r>
          </w:p>
        </w:tc>
      </w:tr>
      <w:tr>
        <w:tc>
          <w:tcPr>
            <w:tcW w:type="dxa" w:w="2880"/>
          </w:tcPr>
          <w:p>
            <w:r>
              <w:t>2026-09-02</w:t>
            </w:r>
          </w:p>
        </w:tc>
        <w:tc>
          <w:tcPr>
            <w:tcW w:type="dxa" w:w="2880"/>
          </w:tcPr>
          <w:p>
            <w:r>
              <w:t>Ward needs by day</w:t>
            </w:r>
          </w:p>
        </w:tc>
        <w:tc>
          <w:tcPr>
            <w:tcW w:type="dxa" w:w="2880"/>
          </w:tcPr>
          <w:p>
            <w:r>
              <w:t>20</w:t>
            </w:r>
          </w:p>
        </w:tc>
      </w:tr>
      <w:tr>
        <w:tc>
          <w:tcPr>
            <w:tcW w:type="dxa" w:w="2880"/>
          </w:tcPr>
          <w:p>
            <w:r>
              <w:t>2026-09-02</w:t>
            </w:r>
          </w:p>
        </w:tc>
        <w:tc>
          <w:tcPr>
            <w:tcW w:type="dxa" w:w="2880"/>
          </w:tcPr>
          <w:p>
            <w:r>
              <w:t>Relief distributions</w:t>
            </w:r>
          </w:p>
        </w:tc>
        <w:tc>
          <w:tcPr>
            <w:tcW w:type="dxa" w:w="2880"/>
          </w:tcPr>
          <w:p>
            <w:r>
              <w:t>0</w:t>
            </w:r>
          </w:p>
        </w:tc>
      </w:tr>
      <w:tr>
        <w:tc>
          <w:tcPr>
            <w:tcW w:type="dxa" w:w="2880"/>
          </w:tcPr>
          <w:p>
            <w:r>
              <w:t>2026-09-02</w:t>
            </w:r>
          </w:p>
        </w:tc>
        <w:tc>
          <w:tcPr>
            <w:tcW w:type="dxa" w:w="2880"/>
          </w:tcPr>
          <w:p>
            <w:r>
              <w:t>Road status</w:t>
            </w:r>
          </w:p>
        </w:tc>
        <w:tc>
          <w:tcPr>
            <w:tcW w:type="dxa" w:w="2880"/>
          </w:tcPr>
          <w:p>
            <w:r>
              <w:t>0</w:t>
            </w:r>
          </w:p>
        </w:tc>
      </w:tr>
      <w:tr>
        <w:tc>
          <w:tcPr>
            <w:tcW w:type="dxa" w:w="2880"/>
          </w:tcPr>
          <w:p>
            <w:r>
              <w:t>2026-09-03</w:t>
            </w:r>
          </w:p>
        </w:tc>
        <w:tc>
          <w:tcPr>
            <w:tcW w:type="dxa" w:w="2880"/>
          </w:tcPr>
          <w:p>
            <w:r>
              <w:t>Damage assessments</w:t>
            </w:r>
          </w:p>
        </w:tc>
        <w:tc>
          <w:tcPr>
            <w:tcW w:type="dxa" w:w="2880"/>
          </w:tcPr>
          <w:p>
            <w:r>
              <w:t>132</w:t>
            </w:r>
          </w:p>
        </w:tc>
      </w:tr>
      <w:tr>
        <w:tc>
          <w:tcPr>
            <w:tcW w:type="dxa" w:w="2880"/>
          </w:tcPr>
          <w:p>
            <w:r>
              <w:t>2026-09-03</w:t>
            </w:r>
          </w:p>
        </w:tc>
        <w:tc>
          <w:tcPr>
            <w:tcW w:type="dxa" w:w="2880"/>
          </w:tcPr>
          <w:p>
            <w:r>
              <w:t>Ward needs by day</w:t>
            </w:r>
          </w:p>
        </w:tc>
        <w:tc>
          <w:tcPr>
            <w:tcW w:type="dxa" w:w="2880"/>
          </w:tcPr>
          <w:p>
            <w:r>
              <w:t>20</w:t>
            </w:r>
          </w:p>
        </w:tc>
      </w:tr>
      <w:tr>
        <w:tc>
          <w:tcPr>
            <w:tcW w:type="dxa" w:w="2880"/>
          </w:tcPr>
          <w:p>
            <w:r>
              <w:t>2026-09-03</w:t>
            </w:r>
          </w:p>
        </w:tc>
        <w:tc>
          <w:tcPr>
            <w:tcW w:type="dxa" w:w="2880"/>
          </w:tcPr>
          <w:p>
            <w:r>
              <w:t>Relief distributions</w:t>
            </w:r>
          </w:p>
        </w:tc>
        <w:tc>
          <w:tcPr>
            <w:tcW w:type="dxa" w:w="2880"/>
          </w:tcPr>
          <w:p>
            <w:r>
              <w:t>0</w:t>
            </w:r>
          </w:p>
        </w:tc>
      </w:tr>
      <w:tr>
        <w:tc>
          <w:tcPr>
            <w:tcW w:type="dxa" w:w="2880"/>
          </w:tcPr>
          <w:p>
            <w:r>
              <w:t>2026-09-03</w:t>
            </w:r>
          </w:p>
        </w:tc>
        <w:tc>
          <w:tcPr>
            <w:tcW w:type="dxa" w:w="2880"/>
          </w:tcPr>
          <w:p>
            <w:r>
              <w:t>Road status</w:t>
            </w:r>
          </w:p>
        </w:tc>
        <w:tc>
          <w:tcPr>
            <w:tcW w:type="dxa" w:w="2880"/>
          </w:tcPr>
          <w:p>
            <w:r>
              <w:t>12</w:t>
            </w:r>
          </w:p>
        </w:tc>
      </w:tr>
      <w:tr>
        <w:tc>
          <w:tcPr>
            <w:tcW w:type="dxa" w:w="2880"/>
          </w:tcPr>
          <w:p>
            <w:r>
              <w:t>2026-09-04</w:t>
            </w:r>
          </w:p>
        </w:tc>
        <w:tc>
          <w:tcPr>
            <w:tcW w:type="dxa" w:w="2880"/>
          </w:tcPr>
          <w:p>
            <w:r>
              <w:t>Damage assessments</w:t>
            </w:r>
          </w:p>
        </w:tc>
        <w:tc>
          <w:tcPr>
            <w:tcW w:type="dxa" w:w="2880"/>
          </w:tcPr>
          <w:p>
            <w:r>
              <w:t>120</w:t>
            </w:r>
          </w:p>
        </w:tc>
      </w:tr>
      <w:tr>
        <w:tc>
          <w:tcPr>
            <w:tcW w:type="dxa" w:w="2880"/>
          </w:tcPr>
          <w:p>
            <w:r>
              <w:t>2026-09-04</w:t>
            </w:r>
          </w:p>
        </w:tc>
        <w:tc>
          <w:tcPr>
            <w:tcW w:type="dxa" w:w="2880"/>
          </w:tcPr>
          <w:p>
            <w:r>
              <w:t>Ward needs by day</w:t>
            </w:r>
          </w:p>
        </w:tc>
        <w:tc>
          <w:tcPr>
            <w:tcW w:type="dxa" w:w="2880"/>
          </w:tcPr>
          <w:p>
            <w:r>
              <w:t>20</w:t>
            </w:r>
          </w:p>
        </w:tc>
      </w:tr>
      <w:tr>
        <w:tc>
          <w:tcPr>
            <w:tcW w:type="dxa" w:w="2880"/>
          </w:tcPr>
          <w:p>
            <w:r>
              <w:t>2026-09-04</w:t>
            </w:r>
          </w:p>
        </w:tc>
        <w:tc>
          <w:tcPr>
            <w:tcW w:type="dxa" w:w="2880"/>
          </w:tcPr>
          <w:p>
            <w:r>
              <w:t>Relief distributions</w:t>
            </w:r>
          </w:p>
        </w:tc>
        <w:tc>
          <w:tcPr>
            <w:tcW w:type="dxa" w:w="2880"/>
          </w:tcPr>
          <w:p>
            <w:r>
              <w:t>21</w:t>
            </w:r>
          </w:p>
        </w:tc>
      </w:tr>
      <w:tr>
        <w:tc>
          <w:tcPr>
            <w:tcW w:type="dxa" w:w="2880"/>
          </w:tcPr>
          <w:p>
            <w:r>
              <w:t>2026-09-04</w:t>
            </w:r>
          </w:p>
        </w:tc>
        <w:tc>
          <w:tcPr>
            <w:tcW w:type="dxa" w:w="2880"/>
          </w:tcPr>
          <w:p>
            <w:r>
              <w:t>Road status</w:t>
            </w:r>
          </w:p>
        </w:tc>
        <w:tc>
          <w:tcPr>
            <w:tcW w:type="dxa" w:w="2880"/>
          </w:tcPr>
          <w:p>
            <w:r>
              <w:t>9</w:t>
            </w:r>
          </w:p>
        </w:tc>
      </w:tr>
      <w:tr>
        <w:tc>
          <w:tcPr>
            <w:tcW w:type="dxa" w:w="2880"/>
          </w:tcPr>
          <w:p>
            <w:r>
              <w:t>2026-09-05</w:t>
            </w:r>
          </w:p>
        </w:tc>
        <w:tc>
          <w:tcPr>
            <w:tcW w:type="dxa" w:w="2880"/>
          </w:tcPr>
          <w:p>
            <w:r>
              <w:t>Damage assessments</w:t>
            </w:r>
          </w:p>
        </w:tc>
        <w:tc>
          <w:tcPr>
            <w:tcW w:type="dxa" w:w="2880"/>
          </w:tcPr>
          <w:p>
            <w:r>
              <w:t>138</w:t>
            </w:r>
          </w:p>
        </w:tc>
      </w:tr>
      <w:tr>
        <w:tc>
          <w:tcPr>
            <w:tcW w:type="dxa" w:w="2880"/>
          </w:tcPr>
          <w:p>
            <w:r>
              <w:t>2026-09-05</w:t>
            </w:r>
          </w:p>
        </w:tc>
        <w:tc>
          <w:tcPr>
            <w:tcW w:type="dxa" w:w="2880"/>
          </w:tcPr>
          <w:p>
            <w:r>
              <w:t>Ward needs by day</w:t>
            </w:r>
          </w:p>
        </w:tc>
        <w:tc>
          <w:tcPr>
            <w:tcW w:type="dxa" w:w="2880"/>
          </w:tcPr>
          <w:p>
            <w:r>
              <w:t>20</w:t>
            </w:r>
          </w:p>
        </w:tc>
      </w:tr>
      <w:tr>
        <w:tc>
          <w:tcPr>
            <w:tcW w:type="dxa" w:w="2880"/>
          </w:tcPr>
          <w:p>
            <w:r>
              <w:t>2026-09-05</w:t>
            </w:r>
          </w:p>
        </w:tc>
        <w:tc>
          <w:tcPr>
            <w:tcW w:type="dxa" w:w="2880"/>
          </w:tcPr>
          <w:p>
            <w:r>
              <w:t>Relief distributions</w:t>
            </w:r>
          </w:p>
        </w:tc>
        <w:tc>
          <w:tcPr>
            <w:tcW w:type="dxa" w:w="2880"/>
          </w:tcPr>
          <w:p>
            <w:r>
              <w:t>15</w:t>
            </w:r>
          </w:p>
        </w:tc>
      </w:tr>
      <w:tr>
        <w:tc>
          <w:tcPr>
            <w:tcW w:type="dxa" w:w="2880"/>
          </w:tcPr>
          <w:p>
            <w:r>
              <w:t>2026-09-05</w:t>
            </w:r>
          </w:p>
        </w:tc>
        <w:tc>
          <w:tcPr>
            <w:tcW w:type="dxa" w:w="2880"/>
          </w:tcPr>
          <w:p>
            <w:r>
              <w:t>Road status</w:t>
            </w:r>
          </w:p>
        </w:tc>
        <w:tc>
          <w:tcPr>
            <w:tcW w:type="dxa" w:w="2880"/>
          </w:tcPr>
          <w:p>
            <w:r>
              <w:t>8</w:t>
            </w:r>
          </w:p>
        </w:tc>
      </w:tr>
      <w:tr>
        <w:tc>
          <w:tcPr>
            <w:tcW w:type="dxa" w:w="2880"/>
          </w:tcPr>
          <w:p>
            <w:r>
              <w:t>2026-09-06</w:t>
            </w:r>
          </w:p>
        </w:tc>
        <w:tc>
          <w:tcPr>
            <w:tcW w:type="dxa" w:w="2880"/>
          </w:tcPr>
          <w:p>
            <w:r>
              <w:t>Damage assessments</w:t>
            </w:r>
          </w:p>
        </w:tc>
        <w:tc>
          <w:tcPr>
            <w:tcW w:type="dxa" w:w="2880"/>
          </w:tcPr>
          <w:p>
            <w:r>
              <w:t>104</w:t>
            </w:r>
          </w:p>
        </w:tc>
      </w:tr>
      <w:tr>
        <w:tc>
          <w:tcPr>
            <w:tcW w:type="dxa" w:w="2880"/>
          </w:tcPr>
          <w:p>
            <w:r>
              <w:t>2026-09-06</w:t>
            </w:r>
          </w:p>
        </w:tc>
        <w:tc>
          <w:tcPr>
            <w:tcW w:type="dxa" w:w="2880"/>
          </w:tcPr>
          <w:p>
            <w:r>
              <w:t>Ward needs by day</w:t>
            </w:r>
          </w:p>
        </w:tc>
        <w:tc>
          <w:tcPr>
            <w:tcW w:type="dxa" w:w="2880"/>
          </w:tcPr>
          <w:p>
            <w:r>
              <w:t>20</w:t>
            </w:r>
          </w:p>
        </w:tc>
      </w:tr>
      <w:tr>
        <w:tc>
          <w:tcPr>
            <w:tcW w:type="dxa" w:w="2880"/>
          </w:tcPr>
          <w:p>
            <w:r>
              <w:t>2026-09-06</w:t>
            </w:r>
          </w:p>
        </w:tc>
        <w:tc>
          <w:tcPr>
            <w:tcW w:type="dxa" w:w="2880"/>
          </w:tcPr>
          <w:p>
            <w:r>
              <w:t>Relief distributions</w:t>
            </w:r>
          </w:p>
        </w:tc>
        <w:tc>
          <w:tcPr>
            <w:tcW w:type="dxa" w:w="2880"/>
          </w:tcPr>
          <w:p>
            <w:r>
              <w:t>15</w:t>
            </w:r>
          </w:p>
        </w:tc>
      </w:tr>
      <w:tr>
        <w:tc>
          <w:tcPr>
            <w:tcW w:type="dxa" w:w="2880"/>
          </w:tcPr>
          <w:p>
            <w:r>
              <w:t>2026-09-06</w:t>
            </w:r>
          </w:p>
        </w:tc>
        <w:tc>
          <w:tcPr>
            <w:tcW w:type="dxa" w:w="2880"/>
          </w:tcPr>
          <w:p>
            <w:r>
              <w:t>Road status</w:t>
            </w:r>
          </w:p>
        </w:tc>
        <w:tc>
          <w:tcPr>
            <w:tcW w:type="dxa" w:w="2880"/>
          </w:tcPr>
          <w:p>
            <w:r>
              <w:t>13</w:t>
            </w:r>
          </w:p>
        </w:tc>
      </w:tr>
      <w:tr>
        <w:tc>
          <w:tcPr>
            <w:tcW w:type="dxa" w:w="2880"/>
          </w:tcPr>
          <w:p>
            <w:r>
              <w:t>2026-09-07</w:t>
            </w:r>
          </w:p>
        </w:tc>
        <w:tc>
          <w:tcPr>
            <w:tcW w:type="dxa" w:w="2880"/>
          </w:tcPr>
          <w:p>
            <w:r>
              <w:t>Damage assessments</w:t>
            </w:r>
          </w:p>
        </w:tc>
        <w:tc>
          <w:tcPr>
            <w:tcW w:type="dxa" w:w="2880"/>
          </w:tcPr>
          <w:p>
            <w:r>
              <w:t>95</w:t>
            </w:r>
          </w:p>
        </w:tc>
      </w:tr>
      <w:tr>
        <w:tc>
          <w:tcPr>
            <w:tcW w:type="dxa" w:w="2880"/>
          </w:tcPr>
          <w:p>
            <w:r>
              <w:t>2026-09-07</w:t>
            </w:r>
          </w:p>
        </w:tc>
        <w:tc>
          <w:tcPr>
            <w:tcW w:type="dxa" w:w="2880"/>
          </w:tcPr>
          <w:p>
            <w:r>
              <w:t>Ward needs by day</w:t>
            </w:r>
          </w:p>
        </w:tc>
        <w:tc>
          <w:tcPr>
            <w:tcW w:type="dxa" w:w="2880"/>
          </w:tcPr>
          <w:p>
            <w:r>
              <w:t>20</w:t>
            </w:r>
          </w:p>
        </w:tc>
      </w:tr>
      <w:tr>
        <w:tc>
          <w:tcPr>
            <w:tcW w:type="dxa" w:w="2880"/>
          </w:tcPr>
          <w:p>
            <w:r>
              <w:t>2026-09-07</w:t>
            </w:r>
          </w:p>
        </w:tc>
        <w:tc>
          <w:tcPr>
            <w:tcW w:type="dxa" w:w="2880"/>
          </w:tcPr>
          <w:p>
            <w:r>
              <w:t>Relief distributions</w:t>
            </w:r>
          </w:p>
        </w:tc>
        <w:tc>
          <w:tcPr>
            <w:tcW w:type="dxa" w:w="2880"/>
          </w:tcPr>
          <w:p>
            <w:r>
              <w:t>9</w:t>
            </w:r>
          </w:p>
        </w:tc>
      </w:tr>
      <w:tr>
        <w:tc>
          <w:tcPr>
            <w:tcW w:type="dxa" w:w="2880"/>
          </w:tcPr>
          <w:p>
            <w:r>
              <w:t>2026-09-07</w:t>
            </w:r>
          </w:p>
        </w:tc>
        <w:tc>
          <w:tcPr>
            <w:tcW w:type="dxa" w:w="2880"/>
          </w:tcPr>
          <w:p>
            <w:r>
              <w:t>Road status</w:t>
            </w:r>
          </w:p>
        </w:tc>
        <w:tc>
          <w:tcPr>
            <w:tcW w:type="dxa" w:w="2880"/>
          </w:tcPr>
          <w:p>
            <w:r>
              <w:t>13</w:t>
            </w:r>
          </w:p>
        </w:tc>
      </w:tr>
      <w:tr>
        <w:tc>
          <w:tcPr>
            <w:tcW w:type="dxa" w:w="2880"/>
          </w:tcPr>
          <w:p>
            <w:r>
              <w:t>2026-09-08</w:t>
            </w:r>
          </w:p>
        </w:tc>
        <w:tc>
          <w:tcPr>
            <w:tcW w:type="dxa" w:w="2880"/>
          </w:tcPr>
          <w:p>
            <w:r>
              <w:t>Damage assessments</w:t>
            </w:r>
          </w:p>
        </w:tc>
        <w:tc>
          <w:tcPr>
            <w:tcW w:type="dxa" w:w="2880"/>
          </w:tcPr>
          <w:p>
            <w:r>
              <w:t>109</w:t>
            </w:r>
          </w:p>
        </w:tc>
      </w:tr>
      <w:tr>
        <w:tc>
          <w:tcPr>
            <w:tcW w:type="dxa" w:w="2880"/>
          </w:tcPr>
          <w:p>
            <w:r>
              <w:t>2026-09-08</w:t>
            </w:r>
          </w:p>
        </w:tc>
        <w:tc>
          <w:tcPr>
            <w:tcW w:type="dxa" w:w="2880"/>
          </w:tcPr>
          <w:p>
            <w:r>
              <w:t>Ward needs by day</w:t>
            </w:r>
          </w:p>
        </w:tc>
        <w:tc>
          <w:tcPr>
            <w:tcW w:type="dxa" w:w="2880"/>
          </w:tcPr>
          <w:p>
            <w:r>
              <w:t>20</w:t>
            </w:r>
          </w:p>
        </w:tc>
      </w:tr>
      <w:tr>
        <w:tc>
          <w:tcPr>
            <w:tcW w:type="dxa" w:w="2880"/>
          </w:tcPr>
          <w:p>
            <w:r>
              <w:t>2026-09-08</w:t>
            </w:r>
          </w:p>
        </w:tc>
        <w:tc>
          <w:tcPr>
            <w:tcW w:type="dxa" w:w="2880"/>
          </w:tcPr>
          <w:p>
            <w:r>
              <w:t>Relief distributions</w:t>
            </w:r>
          </w:p>
        </w:tc>
        <w:tc>
          <w:tcPr>
            <w:tcW w:type="dxa" w:w="2880"/>
          </w:tcPr>
          <w:p>
            <w:r>
              <w:t>18</w:t>
            </w:r>
          </w:p>
        </w:tc>
      </w:tr>
      <w:tr>
        <w:tc>
          <w:tcPr>
            <w:tcW w:type="dxa" w:w="2880"/>
          </w:tcPr>
          <w:p>
            <w:r>
              <w:t>2026-09-08</w:t>
            </w:r>
          </w:p>
        </w:tc>
        <w:tc>
          <w:tcPr>
            <w:tcW w:type="dxa" w:w="2880"/>
          </w:tcPr>
          <w:p>
            <w:r>
              <w:t>Road status</w:t>
            </w:r>
          </w:p>
        </w:tc>
        <w:tc>
          <w:tcPr>
            <w:tcW w:type="dxa" w:w="2880"/>
          </w:tcPr>
          <w:p>
            <w:r>
              <w:t>12</w:t>
            </w:r>
          </w:p>
        </w:tc>
      </w:tr>
      <w:tr>
        <w:tc>
          <w:tcPr>
            <w:tcW w:type="dxa" w:w="2880"/>
          </w:tcPr>
          <w:p>
            <w:r>
              <w:t>2026-09-09</w:t>
            </w:r>
          </w:p>
        </w:tc>
        <w:tc>
          <w:tcPr>
            <w:tcW w:type="dxa" w:w="2880"/>
          </w:tcPr>
          <w:p>
            <w:r>
              <w:t>Damage assessments</w:t>
            </w:r>
          </w:p>
        </w:tc>
        <w:tc>
          <w:tcPr>
            <w:tcW w:type="dxa" w:w="2880"/>
          </w:tcPr>
          <w:p>
            <w:r>
              <w:t>115</w:t>
            </w:r>
          </w:p>
        </w:tc>
      </w:tr>
      <w:tr>
        <w:tc>
          <w:tcPr>
            <w:tcW w:type="dxa" w:w="2880"/>
          </w:tcPr>
          <w:p>
            <w:r>
              <w:t>2026-09-09</w:t>
            </w:r>
          </w:p>
        </w:tc>
        <w:tc>
          <w:tcPr>
            <w:tcW w:type="dxa" w:w="2880"/>
          </w:tcPr>
          <w:p>
            <w:r>
              <w:t>Ward needs by day</w:t>
            </w:r>
          </w:p>
        </w:tc>
        <w:tc>
          <w:tcPr>
            <w:tcW w:type="dxa" w:w="2880"/>
          </w:tcPr>
          <w:p>
            <w:r>
              <w:t>20</w:t>
            </w:r>
          </w:p>
        </w:tc>
      </w:tr>
      <w:tr>
        <w:tc>
          <w:tcPr>
            <w:tcW w:type="dxa" w:w="2880"/>
          </w:tcPr>
          <w:p>
            <w:r>
              <w:t>2026-09-09</w:t>
            </w:r>
          </w:p>
        </w:tc>
        <w:tc>
          <w:tcPr>
            <w:tcW w:type="dxa" w:w="2880"/>
          </w:tcPr>
          <w:p>
            <w:r>
              <w:t>Relief distributions</w:t>
            </w:r>
          </w:p>
        </w:tc>
        <w:tc>
          <w:tcPr>
            <w:tcW w:type="dxa" w:w="2880"/>
          </w:tcPr>
          <w:p>
            <w:r>
              <w:t>16</w:t>
            </w:r>
          </w:p>
        </w:tc>
      </w:tr>
      <w:tr>
        <w:tc>
          <w:tcPr>
            <w:tcW w:type="dxa" w:w="2880"/>
          </w:tcPr>
          <w:p>
            <w:r>
              <w:t>2026-09-09</w:t>
            </w:r>
          </w:p>
        </w:tc>
        <w:tc>
          <w:tcPr>
            <w:tcW w:type="dxa" w:w="2880"/>
          </w:tcPr>
          <w:p>
            <w:r>
              <w:t>Road status</w:t>
            </w:r>
          </w:p>
        </w:tc>
        <w:tc>
          <w:tcPr>
            <w:tcW w:type="dxa" w:w="2880"/>
          </w:tcPr>
          <w:p>
            <w:r>
              <w:t>8</w:t>
            </w:r>
          </w:p>
        </w:tc>
      </w:tr>
      <w:tr>
        <w:tc>
          <w:tcPr>
            <w:tcW w:type="dxa" w:w="2880"/>
          </w:tcPr>
          <w:p>
            <w:r>
              <w:t>2026-09-10</w:t>
            </w:r>
          </w:p>
        </w:tc>
        <w:tc>
          <w:tcPr>
            <w:tcW w:type="dxa" w:w="2880"/>
          </w:tcPr>
          <w:p>
            <w:r>
              <w:t>Damage assessments</w:t>
            </w:r>
          </w:p>
        </w:tc>
        <w:tc>
          <w:tcPr>
            <w:tcW w:type="dxa" w:w="2880"/>
          </w:tcPr>
          <w:p>
            <w:r>
              <w:t>116</w:t>
            </w:r>
          </w:p>
        </w:tc>
      </w:tr>
      <w:tr>
        <w:tc>
          <w:tcPr>
            <w:tcW w:type="dxa" w:w="2880"/>
          </w:tcPr>
          <w:p>
            <w:r>
              <w:t>2026-09-10</w:t>
            </w:r>
          </w:p>
        </w:tc>
        <w:tc>
          <w:tcPr>
            <w:tcW w:type="dxa" w:w="2880"/>
          </w:tcPr>
          <w:p>
            <w:r>
              <w:t>Ward needs by day</w:t>
            </w:r>
          </w:p>
        </w:tc>
        <w:tc>
          <w:tcPr>
            <w:tcW w:type="dxa" w:w="2880"/>
          </w:tcPr>
          <w:p>
            <w:r>
              <w:t>20</w:t>
            </w:r>
          </w:p>
        </w:tc>
      </w:tr>
      <w:tr>
        <w:tc>
          <w:tcPr>
            <w:tcW w:type="dxa" w:w="2880"/>
          </w:tcPr>
          <w:p>
            <w:r>
              <w:t>2026-09-10</w:t>
            </w:r>
          </w:p>
        </w:tc>
        <w:tc>
          <w:tcPr>
            <w:tcW w:type="dxa" w:w="2880"/>
          </w:tcPr>
          <w:p>
            <w:r>
              <w:t>Relief distributions</w:t>
            </w:r>
          </w:p>
        </w:tc>
        <w:tc>
          <w:tcPr>
            <w:tcW w:type="dxa" w:w="2880"/>
          </w:tcPr>
          <w:p>
            <w:r>
              <w:t>15</w:t>
            </w:r>
          </w:p>
        </w:tc>
      </w:tr>
      <w:tr>
        <w:tc>
          <w:tcPr>
            <w:tcW w:type="dxa" w:w="2880"/>
          </w:tcPr>
          <w:p>
            <w:r>
              <w:t>2026-09-10</w:t>
            </w:r>
          </w:p>
        </w:tc>
        <w:tc>
          <w:tcPr>
            <w:tcW w:type="dxa" w:w="2880"/>
          </w:tcPr>
          <w:p>
            <w:r>
              <w:t>Road status</w:t>
            </w:r>
          </w:p>
        </w:tc>
        <w:tc>
          <w:tcPr>
            <w:tcW w:type="dxa" w:w="2880"/>
          </w:tcPr>
          <w:p>
            <w:r>
              <w:t>3</w:t>
            </w:r>
          </w:p>
        </w:tc>
      </w:tr>
      <w:tr>
        <w:tc>
          <w:tcPr>
            <w:tcW w:type="dxa" w:w="2880"/>
          </w:tcPr>
          <w:p>
            <w:r>
              <w:t>2026-09-11</w:t>
            </w:r>
          </w:p>
        </w:tc>
        <w:tc>
          <w:tcPr>
            <w:tcW w:type="dxa" w:w="2880"/>
          </w:tcPr>
          <w:p>
            <w:r>
              <w:t>Damage assessments</w:t>
            </w:r>
          </w:p>
        </w:tc>
        <w:tc>
          <w:tcPr>
            <w:tcW w:type="dxa" w:w="2880"/>
          </w:tcPr>
          <w:p>
            <w:r>
              <w:t>108</w:t>
            </w:r>
          </w:p>
        </w:tc>
      </w:tr>
      <w:tr>
        <w:tc>
          <w:tcPr>
            <w:tcW w:type="dxa" w:w="2880"/>
          </w:tcPr>
          <w:p>
            <w:r>
              <w:t>2026-09-11</w:t>
            </w:r>
          </w:p>
        </w:tc>
        <w:tc>
          <w:tcPr>
            <w:tcW w:type="dxa" w:w="2880"/>
          </w:tcPr>
          <w:p>
            <w:r>
              <w:t>Ward needs by day</w:t>
            </w:r>
          </w:p>
        </w:tc>
        <w:tc>
          <w:tcPr>
            <w:tcW w:type="dxa" w:w="2880"/>
          </w:tcPr>
          <w:p>
            <w:r>
              <w:t>20</w:t>
            </w:r>
          </w:p>
        </w:tc>
      </w:tr>
      <w:tr>
        <w:tc>
          <w:tcPr>
            <w:tcW w:type="dxa" w:w="2880"/>
          </w:tcPr>
          <w:p>
            <w:r>
              <w:t>2026-09-11</w:t>
            </w:r>
          </w:p>
        </w:tc>
        <w:tc>
          <w:tcPr>
            <w:tcW w:type="dxa" w:w="2880"/>
          </w:tcPr>
          <w:p>
            <w:r>
              <w:t>Relief distributions</w:t>
            </w:r>
          </w:p>
        </w:tc>
        <w:tc>
          <w:tcPr>
            <w:tcW w:type="dxa" w:w="2880"/>
          </w:tcPr>
          <w:p>
            <w:r>
              <w:t>15</w:t>
            </w:r>
          </w:p>
        </w:tc>
      </w:tr>
      <w:tr>
        <w:tc>
          <w:tcPr>
            <w:tcW w:type="dxa" w:w="2880"/>
          </w:tcPr>
          <w:p>
            <w:r>
              <w:t>2026-09-11</w:t>
            </w:r>
          </w:p>
        </w:tc>
        <w:tc>
          <w:tcPr>
            <w:tcW w:type="dxa" w:w="2880"/>
          </w:tcPr>
          <w:p>
            <w:r>
              <w:t>Road status</w:t>
            </w:r>
          </w:p>
        </w:tc>
        <w:tc>
          <w:tcPr>
            <w:tcW w:type="dxa" w:w="2880"/>
          </w:tcPr>
          <w:p>
            <w:r>
              <w:t>12</w:t>
            </w:r>
          </w:p>
        </w:tc>
      </w:tr>
      <w:tr>
        <w:tc>
          <w:tcPr>
            <w:tcW w:type="dxa" w:w="2880"/>
          </w:tcPr>
          <w:p>
            <w:r>
              <w:t>2026-09-12</w:t>
            </w:r>
          </w:p>
        </w:tc>
        <w:tc>
          <w:tcPr>
            <w:tcW w:type="dxa" w:w="2880"/>
          </w:tcPr>
          <w:p>
            <w:r>
              <w:t>Damage assessments</w:t>
            </w:r>
          </w:p>
        </w:tc>
        <w:tc>
          <w:tcPr>
            <w:tcW w:type="dxa" w:w="2880"/>
          </w:tcPr>
          <w:p>
            <w:r>
              <w:t>94</w:t>
            </w:r>
          </w:p>
        </w:tc>
      </w:tr>
      <w:tr>
        <w:tc>
          <w:tcPr>
            <w:tcW w:type="dxa" w:w="2880"/>
          </w:tcPr>
          <w:p>
            <w:r>
              <w:t>2026-09-12</w:t>
            </w:r>
          </w:p>
        </w:tc>
        <w:tc>
          <w:tcPr>
            <w:tcW w:type="dxa" w:w="2880"/>
          </w:tcPr>
          <w:p>
            <w:r>
              <w:t>Ward needs by day</w:t>
            </w:r>
          </w:p>
        </w:tc>
        <w:tc>
          <w:tcPr>
            <w:tcW w:type="dxa" w:w="2880"/>
          </w:tcPr>
          <w:p>
            <w:r>
              <w:t>20</w:t>
            </w:r>
          </w:p>
        </w:tc>
      </w:tr>
      <w:tr>
        <w:tc>
          <w:tcPr>
            <w:tcW w:type="dxa" w:w="2880"/>
          </w:tcPr>
          <w:p>
            <w:r>
              <w:t>2026-09-12</w:t>
            </w:r>
          </w:p>
        </w:tc>
        <w:tc>
          <w:tcPr>
            <w:tcW w:type="dxa" w:w="2880"/>
          </w:tcPr>
          <w:p>
            <w:r>
              <w:t>Relief distributions</w:t>
            </w:r>
          </w:p>
        </w:tc>
        <w:tc>
          <w:tcPr>
            <w:tcW w:type="dxa" w:w="2880"/>
          </w:tcPr>
          <w:p>
            <w:r>
              <w:t>17</w:t>
            </w:r>
          </w:p>
        </w:tc>
      </w:tr>
      <w:tr>
        <w:tc>
          <w:tcPr>
            <w:tcW w:type="dxa" w:w="2880"/>
          </w:tcPr>
          <w:p>
            <w:r>
              <w:t>2026-09-12</w:t>
            </w:r>
          </w:p>
        </w:tc>
        <w:tc>
          <w:tcPr>
            <w:tcW w:type="dxa" w:w="2880"/>
          </w:tcPr>
          <w:p>
            <w:r>
              <w:t>Road status</w:t>
            </w:r>
          </w:p>
        </w:tc>
        <w:tc>
          <w:tcPr>
            <w:tcW w:type="dxa" w:w="2880"/>
          </w:tcPr>
          <w:p>
            <w:r>
              <w:t>6</w:t>
            </w:r>
          </w:p>
        </w:tc>
      </w:tr>
      <w:tr>
        <w:tc>
          <w:tcPr>
            <w:tcW w:type="dxa" w:w="2880"/>
          </w:tcPr>
          <w:p>
            <w:r>
              <w:t>2026-09-13</w:t>
            </w:r>
          </w:p>
        </w:tc>
        <w:tc>
          <w:tcPr>
            <w:tcW w:type="dxa" w:w="2880"/>
          </w:tcPr>
          <w:p>
            <w:r>
              <w:t>Damage assessments</w:t>
            </w:r>
          </w:p>
        </w:tc>
        <w:tc>
          <w:tcPr>
            <w:tcW w:type="dxa" w:w="2880"/>
          </w:tcPr>
          <w:p>
            <w:r>
              <w:t>78</w:t>
            </w:r>
          </w:p>
        </w:tc>
      </w:tr>
      <w:tr>
        <w:tc>
          <w:tcPr>
            <w:tcW w:type="dxa" w:w="2880"/>
          </w:tcPr>
          <w:p>
            <w:r>
              <w:t>2026-09-13</w:t>
            </w:r>
          </w:p>
        </w:tc>
        <w:tc>
          <w:tcPr>
            <w:tcW w:type="dxa" w:w="2880"/>
          </w:tcPr>
          <w:p>
            <w:r>
              <w:t>Ward needs by day</w:t>
            </w:r>
          </w:p>
        </w:tc>
        <w:tc>
          <w:tcPr>
            <w:tcW w:type="dxa" w:w="2880"/>
          </w:tcPr>
          <w:p>
            <w:r>
              <w:t>20</w:t>
            </w:r>
          </w:p>
        </w:tc>
      </w:tr>
      <w:tr>
        <w:tc>
          <w:tcPr>
            <w:tcW w:type="dxa" w:w="2880"/>
          </w:tcPr>
          <w:p>
            <w:r>
              <w:t>2026-09-13</w:t>
            </w:r>
          </w:p>
        </w:tc>
        <w:tc>
          <w:tcPr>
            <w:tcW w:type="dxa" w:w="2880"/>
          </w:tcPr>
          <w:p>
            <w:r>
              <w:t>Relief distributions</w:t>
            </w:r>
          </w:p>
        </w:tc>
        <w:tc>
          <w:tcPr>
            <w:tcW w:type="dxa" w:w="2880"/>
          </w:tcPr>
          <w:p>
            <w:r>
              <w:t>19</w:t>
            </w:r>
          </w:p>
        </w:tc>
      </w:tr>
      <w:tr>
        <w:tc>
          <w:tcPr>
            <w:tcW w:type="dxa" w:w="2880"/>
          </w:tcPr>
          <w:p>
            <w:r>
              <w:t>2026-09-13</w:t>
            </w:r>
          </w:p>
        </w:tc>
        <w:tc>
          <w:tcPr>
            <w:tcW w:type="dxa" w:w="2880"/>
          </w:tcPr>
          <w:p>
            <w:r>
              <w:t>Road status</w:t>
            </w:r>
          </w:p>
        </w:tc>
        <w:tc>
          <w:tcPr>
            <w:tcW w:type="dxa" w:w="2880"/>
          </w:tcPr>
          <w:p>
            <w:r>
              <w:t>9</w:t>
            </w:r>
          </w:p>
        </w:tc>
      </w:tr>
      <w:tr>
        <w:tc>
          <w:tcPr>
            <w:tcW w:type="dxa" w:w="2880"/>
          </w:tcPr>
          <w:p>
            <w:r>
              <w:t>2026-09-14</w:t>
            </w:r>
          </w:p>
        </w:tc>
        <w:tc>
          <w:tcPr>
            <w:tcW w:type="dxa" w:w="2880"/>
          </w:tcPr>
          <w:p>
            <w:r>
              <w:t>Damage assessments</w:t>
            </w:r>
          </w:p>
        </w:tc>
        <w:tc>
          <w:tcPr>
            <w:tcW w:type="dxa" w:w="2880"/>
          </w:tcPr>
          <w:p>
            <w:r>
              <w:t>79</w:t>
            </w:r>
          </w:p>
        </w:tc>
      </w:tr>
      <w:tr>
        <w:tc>
          <w:tcPr>
            <w:tcW w:type="dxa" w:w="2880"/>
          </w:tcPr>
          <w:p>
            <w:r>
              <w:t>2026-09-14</w:t>
            </w:r>
          </w:p>
        </w:tc>
        <w:tc>
          <w:tcPr>
            <w:tcW w:type="dxa" w:w="2880"/>
          </w:tcPr>
          <w:p>
            <w:r>
              <w:t>Ward needs by day</w:t>
            </w:r>
          </w:p>
        </w:tc>
        <w:tc>
          <w:tcPr>
            <w:tcW w:type="dxa" w:w="2880"/>
          </w:tcPr>
          <w:p>
            <w:r>
              <w:t>20</w:t>
            </w:r>
          </w:p>
        </w:tc>
      </w:tr>
      <w:tr>
        <w:tc>
          <w:tcPr>
            <w:tcW w:type="dxa" w:w="2880"/>
          </w:tcPr>
          <w:p>
            <w:r>
              <w:t>2026-09-14</w:t>
            </w:r>
          </w:p>
        </w:tc>
        <w:tc>
          <w:tcPr>
            <w:tcW w:type="dxa" w:w="2880"/>
          </w:tcPr>
          <w:p>
            <w:r>
              <w:t>Relief distributions</w:t>
            </w:r>
          </w:p>
        </w:tc>
        <w:tc>
          <w:tcPr>
            <w:tcW w:type="dxa" w:w="2880"/>
          </w:tcPr>
          <w:p>
            <w:r>
              <w:t>17</w:t>
            </w:r>
          </w:p>
        </w:tc>
      </w:tr>
      <w:tr>
        <w:tc>
          <w:tcPr>
            <w:tcW w:type="dxa" w:w="2880"/>
          </w:tcPr>
          <w:p>
            <w:r>
              <w:t>2026-09-14</w:t>
            </w:r>
          </w:p>
        </w:tc>
        <w:tc>
          <w:tcPr>
            <w:tcW w:type="dxa" w:w="2880"/>
          </w:tcPr>
          <w:p>
            <w:r>
              <w:t>Road status</w:t>
            </w:r>
          </w:p>
        </w:tc>
        <w:tc>
          <w:tcPr>
            <w:tcW w:type="dxa" w:w="2880"/>
          </w:tcPr>
          <w:p>
            <w:r>
              <w:t>12</w:t>
            </w:r>
          </w:p>
        </w:tc>
      </w:tr>
      <w:tr>
        <w:tc>
          <w:tcPr>
            <w:tcW w:type="dxa" w:w="2880"/>
          </w:tcPr>
          <w:p>
            <w:r>
              <w:t>2026-09-15</w:t>
            </w:r>
          </w:p>
        </w:tc>
        <w:tc>
          <w:tcPr>
            <w:tcW w:type="dxa" w:w="2880"/>
          </w:tcPr>
          <w:p>
            <w:r>
              <w:t>Damage assessments</w:t>
            </w:r>
          </w:p>
        </w:tc>
        <w:tc>
          <w:tcPr>
            <w:tcW w:type="dxa" w:w="2880"/>
          </w:tcPr>
          <w:p>
            <w:r>
              <w:t>89</w:t>
            </w:r>
          </w:p>
        </w:tc>
      </w:tr>
      <w:tr>
        <w:tc>
          <w:tcPr>
            <w:tcW w:type="dxa" w:w="2880"/>
          </w:tcPr>
          <w:p>
            <w:r>
              <w:t>2026-09-15</w:t>
            </w:r>
          </w:p>
        </w:tc>
        <w:tc>
          <w:tcPr>
            <w:tcW w:type="dxa" w:w="2880"/>
          </w:tcPr>
          <w:p>
            <w:r>
              <w:t>Ward needs by day</w:t>
            </w:r>
          </w:p>
        </w:tc>
        <w:tc>
          <w:tcPr>
            <w:tcW w:type="dxa" w:w="2880"/>
          </w:tcPr>
          <w:p>
            <w:r>
              <w:t>20</w:t>
            </w:r>
          </w:p>
        </w:tc>
      </w:tr>
      <w:tr>
        <w:tc>
          <w:tcPr>
            <w:tcW w:type="dxa" w:w="2880"/>
          </w:tcPr>
          <w:p>
            <w:r>
              <w:t>2026-09-15</w:t>
            </w:r>
          </w:p>
        </w:tc>
        <w:tc>
          <w:tcPr>
            <w:tcW w:type="dxa" w:w="2880"/>
          </w:tcPr>
          <w:p>
            <w:r>
              <w:t>Relief distributions</w:t>
            </w:r>
          </w:p>
        </w:tc>
        <w:tc>
          <w:tcPr>
            <w:tcW w:type="dxa" w:w="2880"/>
          </w:tcPr>
          <w:p>
            <w:r>
              <w:t>19</w:t>
            </w:r>
          </w:p>
        </w:tc>
      </w:tr>
      <w:tr>
        <w:tc>
          <w:tcPr>
            <w:tcW w:type="dxa" w:w="2880"/>
          </w:tcPr>
          <w:p>
            <w:r>
              <w:t>2026-09-15</w:t>
            </w:r>
          </w:p>
        </w:tc>
        <w:tc>
          <w:tcPr>
            <w:tcW w:type="dxa" w:w="2880"/>
          </w:tcPr>
          <w:p>
            <w:r>
              <w:t>Road status</w:t>
            </w:r>
          </w:p>
        </w:tc>
        <w:tc>
          <w:tcPr>
            <w:tcW w:type="dxa" w:w="2880"/>
          </w:tcPr>
          <w:p>
            <w:r>
              <w:t>9</w:t>
            </w:r>
          </w:p>
        </w:tc>
      </w:tr>
      <w:tr>
        <w:tc>
          <w:tcPr>
            <w:tcW w:type="dxa" w:w="2880"/>
          </w:tcPr>
          <w:p>
            <w:r>
              <w:t>2026-09-16</w:t>
            </w:r>
          </w:p>
        </w:tc>
        <w:tc>
          <w:tcPr>
            <w:tcW w:type="dxa" w:w="2880"/>
          </w:tcPr>
          <w:p>
            <w:r>
              <w:t>Damage assessments</w:t>
            </w:r>
          </w:p>
        </w:tc>
        <w:tc>
          <w:tcPr>
            <w:tcW w:type="dxa" w:w="2880"/>
          </w:tcPr>
          <w:p>
            <w:r>
              <w:t>76</w:t>
            </w:r>
          </w:p>
        </w:tc>
      </w:tr>
      <w:tr>
        <w:tc>
          <w:tcPr>
            <w:tcW w:type="dxa" w:w="2880"/>
          </w:tcPr>
          <w:p>
            <w:r>
              <w:t>2026-09-16</w:t>
            </w:r>
          </w:p>
        </w:tc>
        <w:tc>
          <w:tcPr>
            <w:tcW w:type="dxa" w:w="2880"/>
          </w:tcPr>
          <w:p>
            <w:r>
              <w:t>Ward needs by day</w:t>
            </w:r>
          </w:p>
        </w:tc>
        <w:tc>
          <w:tcPr>
            <w:tcW w:type="dxa" w:w="2880"/>
          </w:tcPr>
          <w:p>
            <w:r>
              <w:t>20</w:t>
            </w:r>
          </w:p>
        </w:tc>
      </w:tr>
      <w:tr>
        <w:tc>
          <w:tcPr>
            <w:tcW w:type="dxa" w:w="2880"/>
          </w:tcPr>
          <w:p>
            <w:r>
              <w:t>2026-09-16</w:t>
            </w:r>
          </w:p>
        </w:tc>
        <w:tc>
          <w:tcPr>
            <w:tcW w:type="dxa" w:w="2880"/>
          </w:tcPr>
          <w:p>
            <w:r>
              <w:t>Relief distributions</w:t>
            </w:r>
          </w:p>
        </w:tc>
        <w:tc>
          <w:tcPr>
            <w:tcW w:type="dxa" w:w="2880"/>
          </w:tcPr>
          <w:p>
            <w:r>
              <w:t>18</w:t>
            </w:r>
          </w:p>
        </w:tc>
      </w:tr>
      <w:tr>
        <w:tc>
          <w:tcPr>
            <w:tcW w:type="dxa" w:w="2880"/>
          </w:tcPr>
          <w:p>
            <w:r>
              <w:t>2026-09-16</w:t>
            </w:r>
          </w:p>
        </w:tc>
        <w:tc>
          <w:tcPr>
            <w:tcW w:type="dxa" w:w="2880"/>
          </w:tcPr>
          <w:p>
            <w:r>
              <w:t>Road status</w:t>
            </w:r>
          </w:p>
        </w:tc>
        <w:tc>
          <w:tcPr>
            <w:tcW w:type="dxa" w:w="2880"/>
          </w:tcPr>
          <w:p>
            <w:r>
              <w:t>9</w:t>
            </w:r>
          </w:p>
        </w:tc>
      </w:tr>
      <w:tr>
        <w:tc>
          <w:tcPr>
            <w:tcW w:type="dxa" w:w="2880"/>
          </w:tcPr>
          <w:p>
            <w:r>
              <w:t>2026-09-17</w:t>
            </w:r>
          </w:p>
        </w:tc>
        <w:tc>
          <w:tcPr>
            <w:tcW w:type="dxa" w:w="2880"/>
          </w:tcPr>
          <w:p>
            <w:r>
              <w:t>Damage assessments</w:t>
            </w:r>
          </w:p>
        </w:tc>
        <w:tc>
          <w:tcPr>
            <w:tcW w:type="dxa" w:w="2880"/>
          </w:tcPr>
          <w:p>
            <w:r>
              <w:t>89</w:t>
            </w:r>
          </w:p>
        </w:tc>
      </w:tr>
      <w:tr>
        <w:tc>
          <w:tcPr>
            <w:tcW w:type="dxa" w:w="2880"/>
          </w:tcPr>
          <w:p>
            <w:r>
              <w:t>2026-09-17</w:t>
            </w:r>
          </w:p>
        </w:tc>
        <w:tc>
          <w:tcPr>
            <w:tcW w:type="dxa" w:w="2880"/>
          </w:tcPr>
          <w:p>
            <w:r>
              <w:t>Ward needs by day</w:t>
            </w:r>
          </w:p>
        </w:tc>
        <w:tc>
          <w:tcPr>
            <w:tcW w:type="dxa" w:w="2880"/>
          </w:tcPr>
          <w:p>
            <w:r>
              <w:t>20</w:t>
            </w:r>
          </w:p>
        </w:tc>
      </w:tr>
      <w:tr>
        <w:tc>
          <w:tcPr>
            <w:tcW w:type="dxa" w:w="2880"/>
          </w:tcPr>
          <w:p>
            <w:r>
              <w:t>2026-09-17</w:t>
            </w:r>
          </w:p>
        </w:tc>
        <w:tc>
          <w:tcPr>
            <w:tcW w:type="dxa" w:w="2880"/>
          </w:tcPr>
          <w:p>
            <w:r>
              <w:t>Relief distributions</w:t>
            </w:r>
          </w:p>
        </w:tc>
        <w:tc>
          <w:tcPr>
            <w:tcW w:type="dxa" w:w="2880"/>
          </w:tcPr>
          <w:p>
            <w:r>
              <w:t>20</w:t>
            </w:r>
          </w:p>
        </w:tc>
      </w:tr>
      <w:tr>
        <w:tc>
          <w:tcPr>
            <w:tcW w:type="dxa" w:w="2880"/>
          </w:tcPr>
          <w:p>
            <w:r>
              <w:t>2026-09-17</w:t>
            </w:r>
          </w:p>
        </w:tc>
        <w:tc>
          <w:tcPr>
            <w:tcW w:type="dxa" w:w="2880"/>
          </w:tcPr>
          <w:p>
            <w:r>
              <w:t>Road status</w:t>
            </w:r>
          </w:p>
        </w:tc>
        <w:tc>
          <w:tcPr>
            <w:tcW w:type="dxa" w:w="2880"/>
          </w:tcPr>
          <w:p>
            <w:r>
              <w:t>7</w:t>
            </w:r>
          </w:p>
        </w:tc>
      </w:tr>
      <w:tr>
        <w:tc>
          <w:tcPr>
            <w:tcW w:type="dxa" w:w="2880"/>
          </w:tcPr>
          <w:p>
            <w:r>
              <w:t>2026-09-18</w:t>
            </w:r>
          </w:p>
        </w:tc>
        <w:tc>
          <w:tcPr>
            <w:tcW w:type="dxa" w:w="2880"/>
          </w:tcPr>
          <w:p>
            <w:r>
              <w:t>Damage assessments</w:t>
            </w:r>
          </w:p>
        </w:tc>
        <w:tc>
          <w:tcPr>
            <w:tcW w:type="dxa" w:w="2880"/>
          </w:tcPr>
          <w:p>
            <w:r>
              <w:t>69</w:t>
            </w:r>
          </w:p>
        </w:tc>
      </w:tr>
      <w:tr>
        <w:tc>
          <w:tcPr>
            <w:tcW w:type="dxa" w:w="2880"/>
          </w:tcPr>
          <w:p>
            <w:r>
              <w:t>2026-09-18</w:t>
            </w:r>
          </w:p>
        </w:tc>
        <w:tc>
          <w:tcPr>
            <w:tcW w:type="dxa" w:w="2880"/>
          </w:tcPr>
          <w:p>
            <w:r>
              <w:t>Ward needs by day</w:t>
            </w:r>
          </w:p>
        </w:tc>
        <w:tc>
          <w:tcPr>
            <w:tcW w:type="dxa" w:w="2880"/>
          </w:tcPr>
          <w:p>
            <w:r>
              <w:t>20</w:t>
            </w:r>
          </w:p>
        </w:tc>
      </w:tr>
      <w:tr>
        <w:tc>
          <w:tcPr>
            <w:tcW w:type="dxa" w:w="2880"/>
          </w:tcPr>
          <w:p>
            <w:r>
              <w:t>2026-09-18</w:t>
            </w:r>
          </w:p>
        </w:tc>
        <w:tc>
          <w:tcPr>
            <w:tcW w:type="dxa" w:w="2880"/>
          </w:tcPr>
          <w:p>
            <w:r>
              <w:t>Relief distributions</w:t>
            </w:r>
          </w:p>
        </w:tc>
        <w:tc>
          <w:tcPr>
            <w:tcW w:type="dxa" w:w="2880"/>
          </w:tcPr>
          <w:p>
            <w:r>
              <w:t>17</w:t>
            </w:r>
          </w:p>
        </w:tc>
      </w:tr>
      <w:tr>
        <w:tc>
          <w:tcPr>
            <w:tcW w:type="dxa" w:w="2880"/>
          </w:tcPr>
          <w:p>
            <w:r>
              <w:t>2026-09-18</w:t>
            </w:r>
          </w:p>
        </w:tc>
        <w:tc>
          <w:tcPr>
            <w:tcW w:type="dxa" w:w="2880"/>
          </w:tcPr>
          <w:p>
            <w:r>
              <w:t>Road status</w:t>
            </w:r>
          </w:p>
        </w:tc>
        <w:tc>
          <w:tcPr>
            <w:tcW w:type="dxa" w:w="2880"/>
          </w:tcPr>
          <w:p>
            <w:r>
              <w:t>6</w:t>
            </w:r>
          </w:p>
        </w:tc>
      </w:tr>
      <w:tr>
        <w:tc>
          <w:tcPr>
            <w:tcW w:type="dxa" w:w="2880"/>
          </w:tcPr>
          <w:p>
            <w:r>
              <w:t>2026-09-19</w:t>
            </w:r>
          </w:p>
        </w:tc>
        <w:tc>
          <w:tcPr>
            <w:tcW w:type="dxa" w:w="2880"/>
          </w:tcPr>
          <w:p>
            <w:r>
              <w:t>Damage assessments</w:t>
            </w:r>
          </w:p>
        </w:tc>
        <w:tc>
          <w:tcPr>
            <w:tcW w:type="dxa" w:w="2880"/>
          </w:tcPr>
          <w:p>
            <w:r>
              <w:t>75</w:t>
            </w:r>
          </w:p>
        </w:tc>
      </w:tr>
      <w:tr>
        <w:tc>
          <w:tcPr>
            <w:tcW w:type="dxa" w:w="2880"/>
          </w:tcPr>
          <w:p>
            <w:r>
              <w:t>2026-09-19</w:t>
            </w:r>
          </w:p>
        </w:tc>
        <w:tc>
          <w:tcPr>
            <w:tcW w:type="dxa" w:w="2880"/>
          </w:tcPr>
          <w:p>
            <w:r>
              <w:t>Ward needs by day</w:t>
            </w:r>
          </w:p>
        </w:tc>
        <w:tc>
          <w:tcPr>
            <w:tcW w:type="dxa" w:w="2880"/>
          </w:tcPr>
          <w:p>
            <w:r>
              <w:t>20</w:t>
            </w:r>
          </w:p>
        </w:tc>
      </w:tr>
      <w:tr>
        <w:tc>
          <w:tcPr>
            <w:tcW w:type="dxa" w:w="2880"/>
          </w:tcPr>
          <w:p>
            <w:r>
              <w:t>2026-09-19</w:t>
            </w:r>
          </w:p>
        </w:tc>
        <w:tc>
          <w:tcPr>
            <w:tcW w:type="dxa" w:w="2880"/>
          </w:tcPr>
          <w:p>
            <w:r>
              <w:t>Relief distributions</w:t>
            </w:r>
          </w:p>
        </w:tc>
        <w:tc>
          <w:tcPr>
            <w:tcW w:type="dxa" w:w="2880"/>
          </w:tcPr>
          <w:p>
            <w:r>
              <w:t>11</w:t>
            </w:r>
          </w:p>
        </w:tc>
      </w:tr>
      <w:tr>
        <w:tc>
          <w:tcPr>
            <w:tcW w:type="dxa" w:w="2880"/>
          </w:tcPr>
          <w:p>
            <w:r>
              <w:t>2026-09-19</w:t>
            </w:r>
          </w:p>
        </w:tc>
        <w:tc>
          <w:tcPr>
            <w:tcW w:type="dxa" w:w="2880"/>
          </w:tcPr>
          <w:p>
            <w:r>
              <w:t>Road status</w:t>
            </w:r>
          </w:p>
        </w:tc>
        <w:tc>
          <w:tcPr>
            <w:tcW w:type="dxa" w:w="2880"/>
          </w:tcPr>
          <w:p>
            <w:r>
              <w:t>7</w:t>
            </w:r>
          </w:p>
        </w:tc>
      </w:tr>
      <w:tr>
        <w:tc>
          <w:tcPr>
            <w:tcW w:type="dxa" w:w="2880"/>
          </w:tcPr>
          <w:p>
            <w:r>
              <w:t>2026-09-20</w:t>
            </w:r>
          </w:p>
        </w:tc>
        <w:tc>
          <w:tcPr>
            <w:tcW w:type="dxa" w:w="2880"/>
          </w:tcPr>
          <w:p>
            <w:r>
              <w:t>Damage assessments</w:t>
            </w:r>
          </w:p>
        </w:tc>
        <w:tc>
          <w:tcPr>
            <w:tcW w:type="dxa" w:w="2880"/>
          </w:tcPr>
          <w:p>
            <w:r>
              <w:t>63</w:t>
            </w:r>
          </w:p>
        </w:tc>
      </w:tr>
      <w:tr>
        <w:tc>
          <w:tcPr>
            <w:tcW w:type="dxa" w:w="2880"/>
          </w:tcPr>
          <w:p>
            <w:r>
              <w:t>2026-09-20</w:t>
            </w:r>
          </w:p>
        </w:tc>
        <w:tc>
          <w:tcPr>
            <w:tcW w:type="dxa" w:w="2880"/>
          </w:tcPr>
          <w:p>
            <w:r>
              <w:t>Ward needs by day</w:t>
            </w:r>
          </w:p>
        </w:tc>
        <w:tc>
          <w:tcPr>
            <w:tcW w:type="dxa" w:w="2880"/>
          </w:tcPr>
          <w:p>
            <w:r>
              <w:t>20</w:t>
            </w:r>
          </w:p>
        </w:tc>
      </w:tr>
      <w:tr>
        <w:tc>
          <w:tcPr>
            <w:tcW w:type="dxa" w:w="2880"/>
          </w:tcPr>
          <w:p>
            <w:r>
              <w:t>2026-09-20</w:t>
            </w:r>
          </w:p>
        </w:tc>
        <w:tc>
          <w:tcPr>
            <w:tcW w:type="dxa" w:w="2880"/>
          </w:tcPr>
          <w:p>
            <w:r>
              <w:t>Relief distributions</w:t>
            </w:r>
          </w:p>
        </w:tc>
        <w:tc>
          <w:tcPr>
            <w:tcW w:type="dxa" w:w="2880"/>
          </w:tcPr>
          <w:p>
            <w:r>
              <w:t>16</w:t>
            </w:r>
          </w:p>
        </w:tc>
      </w:tr>
      <w:tr>
        <w:tc>
          <w:tcPr>
            <w:tcW w:type="dxa" w:w="2880"/>
          </w:tcPr>
          <w:p>
            <w:r>
              <w:t>2026-09-20</w:t>
            </w:r>
          </w:p>
        </w:tc>
        <w:tc>
          <w:tcPr>
            <w:tcW w:type="dxa" w:w="2880"/>
          </w:tcPr>
          <w:p>
            <w:r>
              <w:t>Road status</w:t>
            </w:r>
          </w:p>
        </w:tc>
        <w:tc>
          <w:tcPr>
            <w:tcW w:type="dxa" w:w="2880"/>
          </w:tcPr>
          <w:p>
            <w:r>
              <w:t>5</w:t>
            </w:r>
          </w:p>
        </w:tc>
      </w:tr>
      <w:tr>
        <w:tc>
          <w:tcPr>
            <w:tcW w:type="dxa" w:w="2880"/>
          </w:tcPr>
          <w:p>
            <w:r>
              <w:t>2026-09-21</w:t>
            </w:r>
          </w:p>
        </w:tc>
        <w:tc>
          <w:tcPr>
            <w:tcW w:type="dxa" w:w="2880"/>
          </w:tcPr>
          <w:p>
            <w:r>
              <w:t>Damage assessments</w:t>
            </w:r>
          </w:p>
        </w:tc>
        <w:tc>
          <w:tcPr>
            <w:tcW w:type="dxa" w:w="2880"/>
          </w:tcPr>
          <w:p>
            <w:r>
              <w:t>58</w:t>
            </w:r>
          </w:p>
        </w:tc>
      </w:tr>
      <w:tr>
        <w:tc>
          <w:tcPr>
            <w:tcW w:type="dxa" w:w="2880"/>
          </w:tcPr>
          <w:p>
            <w:r>
              <w:t>2026-09-21</w:t>
            </w:r>
          </w:p>
        </w:tc>
        <w:tc>
          <w:tcPr>
            <w:tcW w:type="dxa" w:w="2880"/>
          </w:tcPr>
          <w:p>
            <w:r>
              <w:t>Ward needs by day</w:t>
            </w:r>
          </w:p>
        </w:tc>
        <w:tc>
          <w:tcPr>
            <w:tcW w:type="dxa" w:w="2880"/>
          </w:tcPr>
          <w:p>
            <w:r>
              <w:t>20</w:t>
            </w:r>
          </w:p>
        </w:tc>
      </w:tr>
      <w:tr>
        <w:tc>
          <w:tcPr>
            <w:tcW w:type="dxa" w:w="2880"/>
          </w:tcPr>
          <w:p>
            <w:r>
              <w:t>2026-09-21</w:t>
            </w:r>
          </w:p>
        </w:tc>
        <w:tc>
          <w:tcPr>
            <w:tcW w:type="dxa" w:w="2880"/>
          </w:tcPr>
          <w:p>
            <w:r>
              <w:t>Relief distributions</w:t>
            </w:r>
          </w:p>
        </w:tc>
        <w:tc>
          <w:tcPr>
            <w:tcW w:type="dxa" w:w="2880"/>
          </w:tcPr>
          <w:p>
            <w:r>
              <w:t>18</w:t>
            </w:r>
          </w:p>
        </w:tc>
      </w:tr>
      <w:tr>
        <w:tc>
          <w:tcPr>
            <w:tcW w:type="dxa" w:w="2880"/>
          </w:tcPr>
          <w:p>
            <w:r>
              <w:t>2026-09-21</w:t>
            </w:r>
          </w:p>
        </w:tc>
        <w:tc>
          <w:tcPr>
            <w:tcW w:type="dxa" w:w="2880"/>
          </w:tcPr>
          <w:p>
            <w:r>
              <w:t>Road status</w:t>
            </w:r>
          </w:p>
        </w:tc>
        <w:tc>
          <w:tcPr>
            <w:tcW w:type="dxa" w:w="2880"/>
          </w:tcPr>
          <w:p>
            <w:r>
              <w:t>0</w:t>
            </w:r>
          </w:p>
        </w:tc>
      </w:tr>
      <w:tr>
        <w:tc>
          <w:tcPr>
            <w:tcW w:type="dxa" w:w="2880"/>
          </w:tcPr>
          <w:p>
            <w:r>
              <w:t>2026-09-22</w:t>
            </w:r>
          </w:p>
        </w:tc>
        <w:tc>
          <w:tcPr>
            <w:tcW w:type="dxa" w:w="2880"/>
          </w:tcPr>
          <w:p>
            <w:r>
              <w:t>Damage assessments</w:t>
            </w:r>
          </w:p>
        </w:tc>
        <w:tc>
          <w:tcPr>
            <w:tcW w:type="dxa" w:w="2880"/>
          </w:tcPr>
          <w:p>
            <w:r>
              <w:t>58</w:t>
            </w:r>
          </w:p>
        </w:tc>
      </w:tr>
      <w:tr>
        <w:tc>
          <w:tcPr>
            <w:tcW w:type="dxa" w:w="2880"/>
          </w:tcPr>
          <w:p>
            <w:r>
              <w:t>2026-09-22</w:t>
            </w:r>
          </w:p>
        </w:tc>
        <w:tc>
          <w:tcPr>
            <w:tcW w:type="dxa" w:w="2880"/>
          </w:tcPr>
          <w:p>
            <w:r>
              <w:t>Ward needs by day</w:t>
            </w:r>
          </w:p>
        </w:tc>
        <w:tc>
          <w:tcPr>
            <w:tcW w:type="dxa" w:w="2880"/>
          </w:tcPr>
          <w:p>
            <w:r>
              <w:t>20</w:t>
            </w:r>
          </w:p>
        </w:tc>
      </w:tr>
      <w:tr>
        <w:tc>
          <w:tcPr>
            <w:tcW w:type="dxa" w:w="2880"/>
          </w:tcPr>
          <w:p>
            <w:r>
              <w:t>2026-09-22</w:t>
            </w:r>
          </w:p>
        </w:tc>
        <w:tc>
          <w:tcPr>
            <w:tcW w:type="dxa" w:w="2880"/>
          </w:tcPr>
          <w:p>
            <w:r>
              <w:t>Relief distributions</w:t>
            </w:r>
          </w:p>
        </w:tc>
        <w:tc>
          <w:tcPr>
            <w:tcW w:type="dxa" w:w="2880"/>
          </w:tcPr>
          <w:p>
            <w:r>
              <w:t>24</w:t>
            </w:r>
          </w:p>
        </w:tc>
      </w:tr>
      <w:tr>
        <w:tc>
          <w:tcPr>
            <w:tcW w:type="dxa" w:w="2880"/>
          </w:tcPr>
          <w:p>
            <w:r>
              <w:t>2026-09-22</w:t>
            </w:r>
          </w:p>
        </w:tc>
        <w:tc>
          <w:tcPr>
            <w:tcW w:type="dxa" w:w="2880"/>
          </w:tcPr>
          <w:p>
            <w:r>
              <w:t>Road status</w:t>
            </w:r>
          </w:p>
        </w:tc>
        <w:tc>
          <w:tcPr>
            <w:tcW w:type="dxa" w:w="2880"/>
          </w:tcPr>
          <w:p>
            <w:r>
              <w:t>0</w:t>
            </w:r>
          </w:p>
        </w:tc>
      </w:tr>
    </w:tbl>
    <w:p/>
    <w:p>
      <w:pPr>
        <w:pStyle w:val="Heading2"/>
      </w:pPr>
      <w:r>
        <w:t>Figure 22. Water points over time (litres_per_day) [70]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3,306</w:t>
            </w:r>
          </w:p>
        </w:tc>
        <w:tc>
          <w:tcPr>
            <w:tcW w:type="dxa" w:w="2880"/>
          </w:tcPr>
          <w:p>
            <w:r>
              <w:t>9,005</w:t>
            </w:r>
          </w:p>
        </w:tc>
        <w:tc>
          <w:tcPr>
            <w:tcW w:type="dxa" w:w="2880"/>
          </w:tcPr>
          <w:p>
            <w:r>
              <w:t>15</w:t>
            </w:r>
          </w:p>
        </w:tc>
      </w:tr>
      <w:tr>
        <w:tc>
          <w:tcPr>
            <w:tcW w:type="dxa" w:w="2880"/>
          </w:tcPr>
          <w:p>
            <w:r>
              <w:t>9,005</w:t>
            </w:r>
          </w:p>
        </w:tc>
        <w:tc>
          <w:tcPr>
            <w:tcW w:type="dxa" w:w="2880"/>
          </w:tcPr>
          <w:p>
            <w:r>
              <w:t>1.47e+04</w:t>
            </w:r>
          </w:p>
        </w:tc>
        <w:tc>
          <w:tcPr>
            <w:tcW w:type="dxa" w:w="2880"/>
          </w:tcPr>
          <w:p>
            <w:r>
              <w:t>21</w:t>
            </w:r>
          </w:p>
        </w:tc>
      </w:tr>
      <w:tr>
        <w:tc>
          <w:tcPr>
            <w:tcW w:type="dxa" w:w="2880"/>
          </w:tcPr>
          <w:p>
            <w:r>
              <w:t>1.47e+04</w:t>
            </w:r>
          </w:p>
        </w:tc>
        <w:tc>
          <w:tcPr>
            <w:tcW w:type="dxa" w:w="2880"/>
          </w:tcPr>
          <w:p>
            <w:r>
              <w:t>2.04e+04</w:t>
            </w:r>
          </w:p>
        </w:tc>
        <w:tc>
          <w:tcPr>
            <w:tcW w:type="dxa" w:w="2880"/>
          </w:tcPr>
          <w:p>
            <w:r>
              <w:t>14</w:t>
            </w:r>
          </w:p>
        </w:tc>
      </w:tr>
      <w:tr>
        <w:tc>
          <w:tcPr>
            <w:tcW w:type="dxa" w:w="2880"/>
          </w:tcPr>
          <w:p>
            <w:r>
              <w:t>2.04e+04</w:t>
            </w:r>
          </w:p>
        </w:tc>
        <w:tc>
          <w:tcPr>
            <w:tcW w:type="dxa" w:w="2880"/>
          </w:tcPr>
          <w:p>
            <w:r>
              <w:t>2.61e+04</w:t>
            </w:r>
          </w:p>
        </w:tc>
        <w:tc>
          <w:tcPr>
            <w:tcW w:type="dxa" w:w="2880"/>
          </w:tcPr>
          <w:p>
            <w:r>
              <w:t>5</w:t>
            </w:r>
          </w:p>
        </w:tc>
      </w:tr>
      <w:tr>
        <w:tc>
          <w:tcPr>
            <w:tcW w:type="dxa" w:w="2880"/>
          </w:tcPr>
          <w:p>
            <w:r>
              <w:t>2.61e+04</w:t>
            </w:r>
          </w:p>
        </w:tc>
        <w:tc>
          <w:tcPr>
            <w:tcW w:type="dxa" w:w="2880"/>
          </w:tcPr>
          <w:p>
            <w:r>
              <w:t>3.18e+04</w:t>
            </w:r>
          </w:p>
        </w:tc>
        <w:tc>
          <w:tcPr>
            <w:tcW w:type="dxa" w:w="2880"/>
          </w:tcPr>
          <w:p>
            <w:r>
              <w:t>3</w:t>
            </w:r>
          </w:p>
        </w:tc>
      </w:tr>
      <w:tr>
        <w:tc>
          <w:tcPr>
            <w:tcW w:type="dxa" w:w="2880"/>
          </w:tcPr>
          <w:p>
            <w:r>
              <w:t>3.18e+04</w:t>
            </w:r>
          </w:p>
        </w:tc>
        <w:tc>
          <w:tcPr>
            <w:tcW w:type="dxa" w:w="2880"/>
          </w:tcPr>
          <w:p>
            <w:r>
              <w:t>3.75e+04</w:t>
            </w:r>
          </w:p>
        </w:tc>
        <w:tc>
          <w:tcPr>
            <w:tcW w:type="dxa" w:w="2880"/>
          </w:tcPr>
          <w:p>
            <w:r>
              <w:t>1</w:t>
            </w:r>
          </w:p>
        </w:tc>
      </w:tr>
      <w:tr>
        <w:tc>
          <w:tcPr>
            <w:tcW w:type="dxa" w:w="2880"/>
          </w:tcPr>
          <w:p>
            <w:r>
              <w:t>3.75e+04</w:t>
            </w:r>
          </w:p>
        </w:tc>
        <w:tc>
          <w:tcPr>
            <w:tcW w:type="dxa" w:w="2880"/>
          </w:tcPr>
          <w:p>
            <w:r>
              <w:t>4.32e+04</w:t>
            </w:r>
          </w:p>
        </w:tc>
        <w:tc>
          <w:tcPr>
            <w:tcW w:type="dxa" w:w="2880"/>
          </w:tcPr>
          <w:p>
            <w:r>
              <w:t>1</w:t>
            </w:r>
          </w:p>
        </w:tc>
      </w:tr>
    </w:tbl>
    <w:p/>
    <w:p>
      <w:pPr>
        <w:pStyle w:val="Heading2"/>
      </w:pPr>
      <w:r>
        <w:t>Figure 23. Relief distributions over time (date)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2026-09-04</w:t>
            </w:r>
          </w:p>
        </w:tc>
        <w:tc>
          <w:tcPr>
            <w:tcW w:type="dxa" w:w="2880"/>
          </w:tcPr>
          <w:p>
            <w:r>
              <w:t>tarpaulin</w:t>
            </w:r>
          </w:p>
        </w:tc>
        <w:tc>
          <w:tcPr>
            <w:tcW w:type="dxa" w:w="2880"/>
          </w:tcPr>
          <w:p>
            <w:r>
              <w:t>900</w:t>
            </w:r>
          </w:p>
        </w:tc>
      </w:tr>
      <w:tr>
        <w:tc>
          <w:tcPr>
            <w:tcW w:type="dxa" w:w="2880"/>
          </w:tcPr>
          <w:p>
            <w:r>
              <w:t>2026-09-04</w:t>
            </w:r>
          </w:p>
        </w:tc>
        <w:tc>
          <w:tcPr>
            <w:tcW w:type="dxa" w:w="2880"/>
          </w:tcPr>
          <w:p>
            <w:r>
              <w:t>blanket</w:t>
            </w:r>
          </w:p>
        </w:tc>
        <w:tc>
          <w:tcPr>
            <w:tcW w:type="dxa" w:w="2880"/>
          </w:tcPr>
          <w:p>
            <w:r>
              <w:t>956</w:t>
            </w:r>
          </w:p>
        </w:tc>
      </w:tr>
      <w:tr>
        <w:tc>
          <w:tcPr>
            <w:tcW w:type="dxa" w:w="2880"/>
          </w:tcPr>
          <w:p>
            <w:r>
              <w:t>2026-09-04</w:t>
            </w:r>
          </w:p>
        </w:tc>
        <w:tc>
          <w:tcPr>
            <w:tcW w:type="dxa" w:w="2880"/>
          </w:tcPr>
          <w:p>
            <w:r>
              <w:t>food kit</w:t>
            </w:r>
          </w:p>
        </w:tc>
        <w:tc>
          <w:tcPr>
            <w:tcW w:type="dxa" w:w="2880"/>
          </w:tcPr>
          <w:p>
            <w:r>
              <w:t>1,490</w:t>
            </w:r>
          </w:p>
        </w:tc>
      </w:tr>
      <w:tr>
        <w:tc>
          <w:tcPr>
            <w:tcW w:type="dxa" w:w="2880"/>
          </w:tcPr>
          <w:p>
            <w:r>
              <w:t>2026-09-04</w:t>
            </w:r>
          </w:p>
        </w:tc>
        <w:tc>
          <w:tcPr>
            <w:tcW w:type="dxa" w:w="2880"/>
          </w:tcPr>
          <w:p>
            <w:r>
              <w:t>hygiene kit</w:t>
            </w:r>
          </w:p>
        </w:tc>
        <w:tc>
          <w:tcPr>
            <w:tcW w:type="dxa" w:w="2880"/>
          </w:tcPr>
          <w:p>
            <w:r>
              <w:t>1,373</w:t>
            </w:r>
          </w:p>
        </w:tc>
      </w:tr>
      <w:tr>
        <w:tc>
          <w:tcPr>
            <w:tcW w:type="dxa" w:w="2880"/>
          </w:tcPr>
          <w:p>
            <w:r>
              <w:t>2026-09-05</w:t>
            </w:r>
          </w:p>
        </w:tc>
        <w:tc>
          <w:tcPr>
            <w:tcW w:type="dxa" w:w="2880"/>
          </w:tcPr>
          <w:p>
            <w:r>
              <w:t>tarpaulin</w:t>
            </w:r>
          </w:p>
        </w:tc>
        <w:tc>
          <w:tcPr>
            <w:tcW w:type="dxa" w:w="2880"/>
          </w:tcPr>
          <w:p>
            <w:r>
              <w:t>509</w:t>
            </w:r>
          </w:p>
        </w:tc>
      </w:tr>
      <w:tr>
        <w:tc>
          <w:tcPr>
            <w:tcW w:type="dxa" w:w="2880"/>
          </w:tcPr>
          <w:p>
            <w:r>
              <w:t>2026-09-05</w:t>
            </w:r>
          </w:p>
        </w:tc>
        <w:tc>
          <w:tcPr>
            <w:tcW w:type="dxa" w:w="2880"/>
          </w:tcPr>
          <w:p>
            <w:r>
              <w:t>blanket</w:t>
            </w:r>
          </w:p>
        </w:tc>
        <w:tc>
          <w:tcPr>
            <w:tcW w:type="dxa" w:w="2880"/>
          </w:tcPr>
          <w:p>
            <w:r>
              <w:t>843</w:t>
            </w:r>
          </w:p>
        </w:tc>
      </w:tr>
      <w:tr>
        <w:tc>
          <w:tcPr>
            <w:tcW w:type="dxa" w:w="2880"/>
          </w:tcPr>
          <w:p>
            <w:r>
              <w:t>2026-09-05</w:t>
            </w:r>
          </w:p>
        </w:tc>
        <w:tc>
          <w:tcPr>
            <w:tcW w:type="dxa" w:w="2880"/>
          </w:tcPr>
          <w:p>
            <w:r>
              <w:t>food kit</w:t>
            </w:r>
          </w:p>
        </w:tc>
        <w:tc>
          <w:tcPr>
            <w:tcW w:type="dxa" w:w="2880"/>
          </w:tcPr>
          <w:p>
            <w:r>
              <w:t>928</w:t>
            </w:r>
          </w:p>
        </w:tc>
      </w:tr>
      <w:tr>
        <w:tc>
          <w:tcPr>
            <w:tcW w:type="dxa" w:w="2880"/>
          </w:tcPr>
          <w:p>
            <w:r>
              <w:t>2026-09-05</w:t>
            </w:r>
          </w:p>
        </w:tc>
        <w:tc>
          <w:tcPr>
            <w:tcW w:type="dxa" w:w="2880"/>
          </w:tcPr>
          <w:p>
            <w:r>
              <w:t>hygiene kit</w:t>
            </w:r>
          </w:p>
        </w:tc>
        <w:tc>
          <w:tcPr>
            <w:tcW w:type="dxa" w:w="2880"/>
          </w:tcPr>
          <w:p>
            <w:r>
              <w:t>519</w:t>
            </w:r>
          </w:p>
        </w:tc>
      </w:tr>
      <w:tr>
        <w:tc>
          <w:tcPr>
            <w:tcW w:type="dxa" w:w="2880"/>
          </w:tcPr>
          <w:p>
            <w:r>
              <w:t>2026-09-06</w:t>
            </w:r>
          </w:p>
        </w:tc>
        <w:tc>
          <w:tcPr>
            <w:tcW w:type="dxa" w:w="2880"/>
          </w:tcPr>
          <w:p>
            <w:r>
              <w:t>tarpaulin</w:t>
            </w:r>
          </w:p>
        </w:tc>
        <w:tc>
          <w:tcPr>
            <w:tcW w:type="dxa" w:w="2880"/>
          </w:tcPr>
          <w:p>
            <w:r>
              <w:t>970</w:t>
            </w:r>
          </w:p>
        </w:tc>
      </w:tr>
      <w:tr>
        <w:tc>
          <w:tcPr>
            <w:tcW w:type="dxa" w:w="2880"/>
          </w:tcPr>
          <w:p>
            <w:r>
              <w:t>2026-09-06</w:t>
            </w:r>
          </w:p>
        </w:tc>
        <w:tc>
          <w:tcPr>
            <w:tcW w:type="dxa" w:w="2880"/>
          </w:tcPr>
          <w:p>
            <w:r>
              <w:t>blanket</w:t>
            </w:r>
          </w:p>
        </w:tc>
        <w:tc>
          <w:tcPr>
            <w:tcW w:type="dxa" w:w="2880"/>
          </w:tcPr>
          <w:p>
            <w:r>
              <w:t>665</w:t>
            </w:r>
          </w:p>
        </w:tc>
      </w:tr>
      <w:tr>
        <w:tc>
          <w:tcPr>
            <w:tcW w:type="dxa" w:w="2880"/>
          </w:tcPr>
          <w:p>
            <w:r>
              <w:t>2026-09-06</w:t>
            </w:r>
          </w:p>
        </w:tc>
        <w:tc>
          <w:tcPr>
            <w:tcW w:type="dxa" w:w="2880"/>
          </w:tcPr>
          <w:p>
            <w:r>
              <w:t>food kit</w:t>
            </w:r>
          </w:p>
        </w:tc>
        <w:tc>
          <w:tcPr>
            <w:tcW w:type="dxa" w:w="2880"/>
          </w:tcPr>
          <w:p>
            <w:r>
              <w:t>474</w:t>
            </w:r>
          </w:p>
        </w:tc>
      </w:tr>
      <w:tr>
        <w:tc>
          <w:tcPr>
            <w:tcW w:type="dxa" w:w="2880"/>
          </w:tcPr>
          <w:p>
            <w:r>
              <w:t>2026-09-06</w:t>
            </w:r>
          </w:p>
        </w:tc>
        <w:tc>
          <w:tcPr>
            <w:tcW w:type="dxa" w:w="2880"/>
          </w:tcPr>
          <w:p>
            <w:r>
              <w:t>hygiene kit</w:t>
            </w:r>
          </w:p>
        </w:tc>
        <w:tc>
          <w:tcPr>
            <w:tcW w:type="dxa" w:w="2880"/>
          </w:tcPr>
          <w:p>
            <w:r>
              <w:t>285</w:t>
            </w:r>
          </w:p>
        </w:tc>
      </w:tr>
      <w:tr>
        <w:tc>
          <w:tcPr>
            <w:tcW w:type="dxa" w:w="2880"/>
          </w:tcPr>
          <w:p>
            <w:r>
              <w:t>2026-09-07</w:t>
            </w:r>
          </w:p>
        </w:tc>
        <w:tc>
          <w:tcPr>
            <w:tcW w:type="dxa" w:w="2880"/>
          </w:tcPr>
          <w:p>
            <w:r>
              <w:t>tarpaulin</w:t>
            </w:r>
          </w:p>
        </w:tc>
        <w:tc>
          <w:tcPr>
            <w:tcW w:type="dxa" w:w="2880"/>
          </w:tcPr>
          <w:p>
            <w:r>
              <w:t>0</w:t>
            </w:r>
          </w:p>
        </w:tc>
      </w:tr>
      <w:tr>
        <w:tc>
          <w:tcPr>
            <w:tcW w:type="dxa" w:w="2880"/>
          </w:tcPr>
          <w:p>
            <w:r>
              <w:t>2026-09-07</w:t>
            </w:r>
          </w:p>
        </w:tc>
        <w:tc>
          <w:tcPr>
            <w:tcW w:type="dxa" w:w="2880"/>
          </w:tcPr>
          <w:p>
            <w:r>
              <w:t>blanket</w:t>
            </w:r>
          </w:p>
        </w:tc>
        <w:tc>
          <w:tcPr>
            <w:tcW w:type="dxa" w:w="2880"/>
          </w:tcPr>
          <w:p>
            <w:r>
              <w:t>1,088</w:t>
            </w:r>
          </w:p>
        </w:tc>
      </w:tr>
      <w:tr>
        <w:tc>
          <w:tcPr>
            <w:tcW w:type="dxa" w:w="2880"/>
          </w:tcPr>
          <w:p>
            <w:r>
              <w:t>2026-09-07</w:t>
            </w:r>
          </w:p>
        </w:tc>
        <w:tc>
          <w:tcPr>
            <w:tcW w:type="dxa" w:w="2880"/>
          </w:tcPr>
          <w:p>
            <w:r>
              <w:t>food kit</w:t>
            </w:r>
          </w:p>
        </w:tc>
        <w:tc>
          <w:tcPr>
            <w:tcW w:type="dxa" w:w="2880"/>
          </w:tcPr>
          <w:p>
            <w:r>
              <w:t>381</w:t>
            </w:r>
          </w:p>
        </w:tc>
      </w:tr>
      <w:tr>
        <w:tc>
          <w:tcPr>
            <w:tcW w:type="dxa" w:w="2880"/>
          </w:tcPr>
          <w:p>
            <w:r>
              <w:t>2026-09-07</w:t>
            </w:r>
          </w:p>
        </w:tc>
        <w:tc>
          <w:tcPr>
            <w:tcW w:type="dxa" w:w="2880"/>
          </w:tcPr>
          <w:p>
            <w:r>
              <w:t>hygiene kit</w:t>
            </w:r>
          </w:p>
        </w:tc>
        <w:tc>
          <w:tcPr>
            <w:tcW w:type="dxa" w:w="2880"/>
          </w:tcPr>
          <w:p>
            <w:r>
              <w:t>391</w:t>
            </w:r>
          </w:p>
        </w:tc>
      </w:tr>
      <w:tr>
        <w:tc>
          <w:tcPr>
            <w:tcW w:type="dxa" w:w="2880"/>
          </w:tcPr>
          <w:p>
            <w:r>
              <w:t>2026-09-08</w:t>
            </w:r>
          </w:p>
        </w:tc>
        <w:tc>
          <w:tcPr>
            <w:tcW w:type="dxa" w:w="2880"/>
          </w:tcPr>
          <w:p>
            <w:r>
              <w:t>tarpaulin</w:t>
            </w:r>
          </w:p>
        </w:tc>
        <w:tc>
          <w:tcPr>
            <w:tcW w:type="dxa" w:w="2880"/>
          </w:tcPr>
          <w:p>
            <w:r>
              <w:t>1,716</w:t>
            </w:r>
          </w:p>
        </w:tc>
      </w:tr>
      <w:tr>
        <w:tc>
          <w:tcPr>
            <w:tcW w:type="dxa" w:w="2880"/>
          </w:tcPr>
          <w:p>
            <w:r>
              <w:t>2026-09-08</w:t>
            </w:r>
          </w:p>
        </w:tc>
        <w:tc>
          <w:tcPr>
            <w:tcW w:type="dxa" w:w="2880"/>
          </w:tcPr>
          <w:p>
            <w:r>
              <w:t>blanket</w:t>
            </w:r>
          </w:p>
        </w:tc>
        <w:tc>
          <w:tcPr>
            <w:tcW w:type="dxa" w:w="2880"/>
          </w:tcPr>
          <w:p>
            <w:r>
              <w:t>322</w:t>
            </w:r>
          </w:p>
        </w:tc>
      </w:tr>
      <w:tr>
        <w:tc>
          <w:tcPr>
            <w:tcW w:type="dxa" w:w="2880"/>
          </w:tcPr>
          <w:p>
            <w:r>
              <w:t>2026-09-08</w:t>
            </w:r>
          </w:p>
        </w:tc>
        <w:tc>
          <w:tcPr>
            <w:tcW w:type="dxa" w:w="2880"/>
          </w:tcPr>
          <w:p>
            <w:r>
              <w:t>food kit</w:t>
            </w:r>
          </w:p>
        </w:tc>
        <w:tc>
          <w:tcPr>
            <w:tcW w:type="dxa" w:w="2880"/>
          </w:tcPr>
          <w:p>
            <w:r>
              <w:t>1,480</w:t>
            </w:r>
          </w:p>
        </w:tc>
      </w:tr>
      <w:tr>
        <w:tc>
          <w:tcPr>
            <w:tcW w:type="dxa" w:w="2880"/>
          </w:tcPr>
          <w:p>
            <w:r>
              <w:t>2026-09-08</w:t>
            </w:r>
          </w:p>
        </w:tc>
        <w:tc>
          <w:tcPr>
            <w:tcW w:type="dxa" w:w="2880"/>
          </w:tcPr>
          <w:p>
            <w:r>
              <w:t>hygiene kit</w:t>
            </w:r>
          </w:p>
        </w:tc>
        <w:tc>
          <w:tcPr>
            <w:tcW w:type="dxa" w:w="2880"/>
          </w:tcPr>
          <w:p>
            <w:r>
              <w:t>913</w:t>
            </w:r>
          </w:p>
        </w:tc>
      </w:tr>
      <w:tr>
        <w:tc>
          <w:tcPr>
            <w:tcW w:type="dxa" w:w="2880"/>
          </w:tcPr>
          <w:p>
            <w:r>
              <w:t>2026-09-09</w:t>
            </w:r>
          </w:p>
        </w:tc>
        <w:tc>
          <w:tcPr>
            <w:tcW w:type="dxa" w:w="2880"/>
          </w:tcPr>
          <w:p>
            <w:r>
              <w:t>tarpaulin</w:t>
            </w:r>
          </w:p>
        </w:tc>
        <w:tc>
          <w:tcPr>
            <w:tcW w:type="dxa" w:w="2880"/>
          </w:tcPr>
          <w:p>
            <w:r>
              <w:t>772</w:t>
            </w:r>
          </w:p>
        </w:tc>
      </w:tr>
      <w:tr>
        <w:tc>
          <w:tcPr>
            <w:tcW w:type="dxa" w:w="2880"/>
          </w:tcPr>
          <w:p>
            <w:r>
              <w:t>2026-09-09</w:t>
            </w:r>
          </w:p>
        </w:tc>
        <w:tc>
          <w:tcPr>
            <w:tcW w:type="dxa" w:w="2880"/>
          </w:tcPr>
          <w:p>
            <w:r>
              <w:t>blanket</w:t>
            </w:r>
          </w:p>
        </w:tc>
        <w:tc>
          <w:tcPr>
            <w:tcW w:type="dxa" w:w="2880"/>
          </w:tcPr>
          <w:p>
            <w:r>
              <w:t>1,101</w:t>
            </w:r>
          </w:p>
        </w:tc>
      </w:tr>
      <w:tr>
        <w:tc>
          <w:tcPr>
            <w:tcW w:type="dxa" w:w="2880"/>
          </w:tcPr>
          <w:p>
            <w:r>
              <w:t>2026-09-09</w:t>
            </w:r>
          </w:p>
        </w:tc>
        <w:tc>
          <w:tcPr>
            <w:tcW w:type="dxa" w:w="2880"/>
          </w:tcPr>
          <w:p>
            <w:r>
              <w:t>food kit</w:t>
            </w:r>
          </w:p>
        </w:tc>
        <w:tc>
          <w:tcPr>
            <w:tcW w:type="dxa" w:w="2880"/>
          </w:tcPr>
          <w:p>
            <w:r>
              <w:t>1,175</w:t>
            </w:r>
          </w:p>
        </w:tc>
      </w:tr>
      <w:tr>
        <w:tc>
          <w:tcPr>
            <w:tcW w:type="dxa" w:w="2880"/>
          </w:tcPr>
          <w:p>
            <w:r>
              <w:t>2026-09-09</w:t>
            </w:r>
          </w:p>
        </w:tc>
        <w:tc>
          <w:tcPr>
            <w:tcW w:type="dxa" w:w="2880"/>
          </w:tcPr>
          <w:p>
            <w:r>
              <w:t>hygiene kit</w:t>
            </w:r>
          </w:p>
        </w:tc>
        <w:tc>
          <w:tcPr>
            <w:tcW w:type="dxa" w:w="2880"/>
          </w:tcPr>
          <w:p>
            <w:r>
              <w:t>591</w:t>
            </w:r>
          </w:p>
        </w:tc>
      </w:tr>
      <w:tr>
        <w:tc>
          <w:tcPr>
            <w:tcW w:type="dxa" w:w="2880"/>
          </w:tcPr>
          <w:p>
            <w:r>
              <w:t>2026-09-10</w:t>
            </w:r>
          </w:p>
        </w:tc>
        <w:tc>
          <w:tcPr>
            <w:tcW w:type="dxa" w:w="2880"/>
          </w:tcPr>
          <w:p>
            <w:r>
              <w:t>tarpaulin</w:t>
            </w:r>
          </w:p>
        </w:tc>
        <w:tc>
          <w:tcPr>
            <w:tcW w:type="dxa" w:w="2880"/>
          </w:tcPr>
          <w:p>
            <w:r>
              <w:t>1,161</w:t>
            </w:r>
          </w:p>
        </w:tc>
      </w:tr>
      <w:tr>
        <w:tc>
          <w:tcPr>
            <w:tcW w:type="dxa" w:w="2880"/>
          </w:tcPr>
          <w:p>
            <w:r>
              <w:t>2026-09-10</w:t>
            </w:r>
          </w:p>
        </w:tc>
        <w:tc>
          <w:tcPr>
            <w:tcW w:type="dxa" w:w="2880"/>
          </w:tcPr>
          <w:p>
            <w:r>
              <w:t>blanket</w:t>
            </w:r>
          </w:p>
        </w:tc>
        <w:tc>
          <w:tcPr>
            <w:tcW w:type="dxa" w:w="2880"/>
          </w:tcPr>
          <w:p>
            <w:r>
              <w:t>777</w:t>
            </w:r>
          </w:p>
        </w:tc>
      </w:tr>
      <w:tr>
        <w:tc>
          <w:tcPr>
            <w:tcW w:type="dxa" w:w="2880"/>
          </w:tcPr>
          <w:p>
            <w:r>
              <w:t>2026-09-10</w:t>
            </w:r>
          </w:p>
        </w:tc>
        <w:tc>
          <w:tcPr>
            <w:tcW w:type="dxa" w:w="2880"/>
          </w:tcPr>
          <w:p>
            <w:r>
              <w:t>food kit</w:t>
            </w:r>
          </w:p>
        </w:tc>
        <w:tc>
          <w:tcPr>
            <w:tcW w:type="dxa" w:w="2880"/>
          </w:tcPr>
          <w:p>
            <w:r>
              <w:t>509</w:t>
            </w:r>
          </w:p>
        </w:tc>
      </w:tr>
      <w:tr>
        <w:tc>
          <w:tcPr>
            <w:tcW w:type="dxa" w:w="2880"/>
          </w:tcPr>
          <w:p>
            <w:r>
              <w:t>2026-09-10</w:t>
            </w:r>
          </w:p>
        </w:tc>
        <w:tc>
          <w:tcPr>
            <w:tcW w:type="dxa" w:w="2880"/>
          </w:tcPr>
          <w:p>
            <w:r>
              <w:t>hygiene kit</w:t>
            </w:r>
          </w:p>
        </w:tc>
        <w:tc>
          <w:tcPr>
            <w:tcW w:type="dxa" w:w="2880"/>
          </w:tcPr>
          <w:p>
            <w:r>
              <w:t>409</w:t>
            </w:r>
          </w:p>
        </w:tc>
      </w:tr>
      <w:tr>
        <w:tc>
          <w:tcPr>
            <w:tcW w:type="dxa" w:w="2880"/>
          </w:tcPr>
          <w:p>
            <w:r>
              <w:t>2026-09-11</w:t>
            </w:r>
          </w:p>
        </w:tc>
        <w:tc>
          <w:tcPr>
            <w:tcW w:type="dxa" w:w="2880"/>
          </w:tcPr>
          <w:p>
            <w:r>
              <w:t>tarpaulin</w:t>
            </w:r>
          </w:p>
        </w:tc>
        <w:tc>
          <w:tcPr>
            <w:tcW w:type="dxa" w:w="2880"/>
          </w:tcPr>
          <w:p>
            <w:r>
              <w:t>120</w:t>
            </w:r>
          </w:p>
        </w:tc>
      </w:tr>
      <w:tr>
        <w:tc>
          <w:tcPr>
            <w:tcW w:type="dxa" w:w="2880"/>
          </w:tcPr>
          <w:p>
            <w:r>
              <w:t>2026-09-11</w:t>
            </w:r>
          </w:p>
        </w:tc>
        <w:tc>
          <w:tcPr>
            <w:tcW w:type="dxa" w:w="2880"/>
          </w:tcPr>
          <w:p>
            <w:r>
              <w:t>blanket</w:t>
            </w:r>
          </w:p>
        </w:tc>
        <w:tc>
          <w:tcPr>
            <w:tcW w:type="dxa" w:w="2880"/>
          </w:tcPr>
          <w:p>
            <w:r>
              <w:t>668</w:t>
            </w:r>
          </w:p>
        </w:tc>
      </w:tr>
      <w:tr>
        <w:tc>
          <w:tcPr>
            <w:tcW w:type="dxa" w:w="2880"/>
          </w:tcPr>
          <w:p>
            <w:r>
              <w:t>2026-09-11</w:t>
            </w:r>
          </w:p>
        </w:tc>
        <w:tc>
          <w:tcPr>
            <w:tcW w:type="dxa" w:w="2880"/>
          </w:tcPr>
          <w:p>
            <w:r>
              <w:t>food kit</w:t>
            </w:r>
          </w:p>
        </w:tc>
        <w:tc>
          <w:tcPr>
            <w:tcW w:type="dxa" w:w="2880"/>
          </w:tcPr>
          <w:p>
            <w:r>
              <w:t>612</w:t>
            </w:r>
          </w:p>
        </w:tc>
      </w:tr>
      <w:tr>
        <w:tc>
          <w:tcPr>
            <w:tcW w:type="dxa" w:w="2880"/>
          </w:tcPr>
          <w:p>
            <w:r>
              <w:t>2026-09-11</w:t>
            </w:r>
          </w:p>
        </w:tc>
        <w:tc>
          <w:tcPr>
            <w:tcW w:type="dxa" w:w="2880"/>
          </w:tcPr>
          <w:p>
            <w:r>
              <w:t>hygiene kit</w:t>
            </w:r>
          </w:p>
        </w:tc>
        <w:tc>
          <w:tcPr>
            <w:tcW w:type="dxa" w:w="2880"/>
          </w:tcPr>
          <w:p>
            <w:r>
              <w:t>896</w:t>
            </w:r>
          </w:p>
        </w:tc>
      </w:tr>
      <w:tr>
        <w:tc>
          <w:tcPr>
            <w:tcW w:type="dxa" w:w="2880"/>
          </w:tcPr>
          <w:p>
            <w:r>
              <w:t>2026-09-12</w:t>
            </w:r>
          </w:p>
        </w:tc>
        <w:tc>
          <w:tcPr>
            <w:tcW w:type="dxa" w:w="2880"/>
          </w:tcPr>
          <w:p>
            <w:r>
              <w:t>tarpaulin</w:t>
            </w:r>
          </w:p>
        </w:tc>
        <w:tc>
          <w:tcPr>
            <w:tcW w:type="dxa" w:w="2880"/>
          </w:tcPr>
          <w:p>
            <w:r>
              <w:t>579</w:t>
            </w:r>
          </w:p>
        </w:tc>
      </w:tr>
      <w:tr>
        <w:tc>
          <w:tcPr>
            <w:tcW w:type="dxa" w:w="2880"/>
          </w:tcPr>
          <w:p>
            <w:r>
              <w:t>2026-09-12</w:t>
            </w:r>
          </w:p>
        </w:tc>
        <w:tc>
          <w:tcPr>
            <w:tcW w:type="dxa" w:w="2880"/>
          </w:tcPr>
          <w:p>
            <w:r>
              <w:t>blanket</w:t>
            </w:r>
          </w:p>
        </w:tc>
        <w:tc>
          <w:tcPr>
            <w:tcW w:type="dxa" w:w="2880"/>
          </w:tcPr>
          <w:p>
            <w:r>
              <w:t>1,064</w:t>
            </w:r>
          </w:p>
        </w:tc>
      </w:tr>
      <w:tr>
        <w:tc>
          <w:tcPr>
            <w:tcW w:type="dxa" w:w="2880"/>
          </w:tcPr>
          <w:p>
            <w:r>
              <w:t>2026-09-12</w:t>
            </w:r>
          </w:p>
        </w:tc>
        <w:tc>
          <w:tcPr>
            <w:tcW w:type="dxa" w:w="2880"/>
          </w:tcPr>
          <w:p>
            <w:r>
              <w:t>food kit</w:t>
            </w:r>
          </w:p>
        </w:tc>
        <w:tc>
          <w:tcPr>
            <w:tcW w:type="dxa" w:w="2880"/>
          </w:tcPr>
          <w:p>
            <w:r>
              <w:t>229</w:t>
            </w:r>
          </w:p>
        </w:tc>
      </w:tr>
      <w:tr>
        <w:tc>
          <w:tcPr>
            <w:tcW w:type="dxa" w:w="2880"/>
          </w:tcPr>
          <w:p>
            <w:r>
              <w:t>2026-09-12</w:t>
            </w:r>
          </w:p>
        </w:tc>
        <w:tc>
          <w:tcPr>
            <w:tcW w:type="dxa" w:w="2880"/>
          </w:tcPr>
          <w:p>
            <w:r>
              <w:t>hygiene kit</w:t>
            </w:r>
          </w:p>
        </w:tc>
        <w:tc>
          <w:tcPr>
            <w:tcW w:type="dxa" w:w="2880"/>
          </w:tcPr>
          <w:p>
            <w:r>
              <w:t>1,670</w:t>
            </w:r>
          </w:p>
        </w:tc>
      </w:tr>
      <w:tr>
        <w:tc>
          <w:tcPr>
            <w:tcW w:type="dxa" w:w="2880"/>
          </w:tcPr>
          <w:p>
            <w:r>
              <w:t>2026-09-13</w:t>
            </w:r>
          </w:p>
        </w:tc>
        <w:tc>
          <w:tcPr>
            <w:tcW w:type="dxa" w:w="2880"/>
          </w:tcPr>
          <w:p>
            <w:r>
              <w:t>tarpaulin</w:t>
            </w:r>
          </w:p>
        </w:tc>
        <w:tc>
          <w:tcPr>
            <w:tcW w:type="dxa" w:w="2880"/>
          </w:tcPr>
          <w:p>
            <w:r>
              <w:t>652</w:t>
            </w:r>
          </w:p>
        </w:tc>
      </w:tr>
      <w:tr>
        <w:tc>
          <w:tcPr>
            <w:tcW w:type="dxa" w:w="2880"/>
          </w:tcPr>
          <w:p>
            <w:r>
              <w:t>2026-09-13</w:t>
            </w:r>
          </w:p>
        </w:tc>
        <w:tc>
          <w:tcPr>
            <w:tcW w:type="dxa" w:w="2880"/>
          </w:tcPr>
          <w:p>
            <w:r>
              <w:t>blanket</w:t>
            </w:r>
          </w:p>
        </w:tc>
        <w:tc>
          <w:tcPr>
            <w:tcW w:type="dxa" w:w="2880"/>
          </w:tcPr>
          <w:p>
            <w:r>
              <w:t>1,803</w:t>
            </w:r>
          </w:p>
        </w:tc>
      </w:tr>
      <w:tr>
        <w:tc>
          <w:tcPr>
            <w:tcW w:type="dxa" w:w="2880"/>
          </w:tcPr>
          <w:p>
            <w:r>
              <w:t>2026-09-13</w:t>
            </w:r>
          </w:p>
        </w:tc>
        <w:tc>
          <w:tcPr>
            <w:tcW w:type="dxa" w:w="2880"/>
          </w:tcPr>
          <w:p>
            <w:r>
              <w:t>food kit</w:t>
            </w:r>
          </w:p>
        </w:tc>
        <w:tc>
          <w:tcPr>
            <w:tcW w:type="dxa" w:w="2880"/>
          </w:tcPr>
          <w:p>
            <w:r>
              <w:t>830</w:t>
            </w:r>
          </w:p>
        </w:tc>
      </w:tr>
      <w:tr>
        <w:tc>
          <w:tcPr>
            <w:tcW w:type="dxa" w:w="2880"/>
          </w:tcPr>
          <w:p>
            <w:r>
              <w:t>2026-09-13</w:t>
            </w:r>
          </w:p>
        </w:tc>
        <w:tc>
          <w:tcPr>
            <w:tcW w:type="dxa" w:w="2880"/>
          </w:tcPr>
          <w:p>
            <w:r>
              <w:t>hygiene kit</w:t>
            </w:r>
          </w:p>
        </w:tc>
        <w:tc>
          <w:tcPr>
            <w:tcW w:type="dxa" w:w="2880"/>
          </w:tcPr>
          <w:p>
            <w:r>
              <w:t>290</w:t>
            </w:r>
          </w:p>
        </w:tc>
      </w:tr>
      <w:tr>
        <w:tc>
          <w:tcPr>
            <w:tcW w:type="dxa" w:w="2880"/>
          </w:tcPr>
          <w:p>
            <w:r>
              <w:t>2026-09-14</w:t>
            </w:r>
          </w:p>
        </w:tc>
        <w:tc>
          <w:tcPr>
            <w:tcW w:type="dxa" w:w="2880"/>
          </w:tcPr>
          <w:p>
            <w:r>
              <w:t>tarpaulin</w:t>
            </w:r>
          </w:p>
        </w:tc>
        <w:tc>
          <w:tcPr>
            <w:tcW w:type="dxa" w:w="2880"/>
          </w:tcPr>
          <w:p>
            <w:r>
              <w:t>477</w:t>
            </w:r>
          </w:p>
        </w:tc>
      </w:tr>
      <w:tr>
        <w:tc>
          <w:tcPr>
            <w:tcW w:type="dxa" w:w="2880"/>
          </w:tcPr>
          <w:p>
            <w:r>
              <w:t>2026-09-14</w:t>
            </w:r>
          </w:p>
        </w:tc>
        <w:tc>
          <w:tcPr>
            <w:tcW w:type="dxa" w:w="2880"/>
          </w:tcPr>
          <w:p>
            <w:r>
              <w:t>blanket</w:t>
            </w:r>
          </w:p>
        </w:tc>
        <w:tc>
          <w:tcPr>
            <w:tcW w:type="dxa" w:w="2880"/>
          </w:tcPr>
          <w:p>
            <w:r>
              <w:t>1,465</w:t>
            </w:r>
          </w:p>
        </w:tc>
      </w:tr>
      <w:tr>
        <w:tc>
          <w:tcPr>
            <w:tcW w:type="dxa" w:w="2880"/>
          </w:tcPr>
          <w:p>
            <w:r>
              <w:t>2026-09-14</w:t>
            </w:r>
          </w:p>
        </w:tc>
        <w:tc>
          <w:tcPr>
            <w:tcW w:type="dxa" w:w="2880"/>
          </w:tcPr>
          <w:p>
            <w:r>
              <w:t>food kit</w:t>
            </w:r>
          </w:p>
        </w:tc>
        <w:tc>
          <w:tcPr>
            <w:tcW w:type="dxa" w:w="2880"/>
          </w:tcPr>
          <w:p>
            <w:r>
              <w:t>1,109</w:t>
            </w:r>
          </w:p>
        </w:tc>
      </w:tr>
      <w:tr>
        <w:tc>
          <w:tcPr>
            <w:tcW w:type="dxa" w:w="2880"/>
          </w:tcPr>
          <w:p>
            <w:r>
              <w:t>2026-09-14</w:t>
            </w:r>
          </w:p>
        </w:tc>
        <w:tc>
          <w:tcPr>
            <w:tcW w:type="dxa" w:w="2880"/>
          </w:tcPr>
          <w:p>
            <w:r>
              <w:t>hygiene kit</w:t>
            </w:r>
          </w:p>
        </w:tc>
        <w:tc>
          <w:tcPr>
            <w:tcW w:type="dxa" w:w="2880"/>
          </w:tcPr>
          <w:p>
            <w:r>
              <w:t>713</w:t>
            </w:r>
          </w:p>
        </w:tc>
      </w:tr>
      <w:tr>
        <w:tc>
          <w:tcPr>
            <w:tcW w:type="dxa" w:w="2880"/>
          </w:tcPr>
          <w:p>
            <w:r>
              <w:t>2026-09-15</w:t>
            </w:r>
          </w:p>
        </w:tc>
        <w:tc>
          <w:tcPr>
            <w:tcW w:type="dxa" w:w="2880"/>
          </w:tcPr>
          <w:p>
            <w:r>
              <w:t>tarpaulin</w:t>
            </w:r>
          </w:p>
        </w:tc>
        <w:tc>
          <w:tcPr>
            <w:tcW w:type="dxa" w:w="2880"/>
          </w:tcPr>
          <w:p>
            <w:r>
              <w:t>2,002</w:t>
            </w:r>
          </w:p>
        </w:tc>
      </w:tr>
      <w:tr>
        <w:tc>
          <w:tcPr>
            <w:tcW w:type="dxa" w:w="2880"/>
          </w:tcPr>
          <w:p>
            <w:r>
              <w:t>2026-09-15</w:t>
            </w:r>
          </w:p>
        </w:tc>
        <w:tc>
          <w:tcPr>
            <w:tcW w:type="dxa" w:w="2880"/>
          </w:tcPr>
          <w:p>
            <w:r>
              <w:t>blanket</w:t>
            </w:r>
          </w:p>
        </w:tc>
        <w:tc>
          <w:tcPr>
            <w:tcW w:type="dxa" w:w="2880"/>
          </w:tcPr>
          <w:p>
            <w:r>
              <w:t>954</w:t>
            </w:r>
          </w:p>
        </w:tc>
      </w:tr>
      <w:tr>
        <w:tc>
          <w:tcPr>
            <w:tcW w:type="dxa" w:w="2880"/>
          </w:tcPr>
          <w:p>
            <w:r>
              <w:t>2026-09-15</w:t>
            </w:r>
          </w:p>
        </w:tc>
        <w:tc>
          <w:tcPr>
            <w:tcW w:type="dxa" w:w="2880"/>
          </w:tcPr>
          <w:p>
            <w:r>
              <w:t>food kit</w:t>
            </w:r>
          </w:p>
        </w:tc>
        <w:tc>
          <w:tcPr>
            <w:tcW w:type="dxa" w:w="2880"/>
          </w:tcPr>
          <w:p>
            <w:r>
              <w:t>900</w:t>
            </w:r>
          </w:p>
        </w:tc>
      </w:tr>
      <w:tr>
        <w:tc>
          <w:tcPr>
            <w:tcW w:type="dxa" w:w="2880"/>
          </w:tcPr>
          <w:p>
            <w:r>
              <w:t>2026-09-15</w:t>
            </w:r>
          </w:p>
        </w:tc>
        <w:tc>
          <w:tcPr>
            <w:tcW w:type="dxa" w:w="2880"/>
          </w:tcPr>
          <w:p>
            <w:r>
              <w:t>hygiene kit</w:t>
            </w:r>
          </w:p>
        </w:tc>
        <w:tc>
          <w:tcPr>
            <w:tcW w:type="dxa" w:w="2880"/>
          </w:tcPr>
          <w:p>
            <w:r>
              <w:t>276</w:t>
            </w:r>
          </w:p>
        </w:tc>
      </w:tr>
      <w:tr>
        <w:tc>
          <w:tcPr>
            <w:tcW w:type="dxa" w:w="2880"/>
          </w:tcPr>
          <w:p>
            <w:r>
              <w:t>2026-09-16</w:t>
            </w:r>
          </w:p>
        </w:tc>
        <w:tc>
          <w:tcPr>
            <w:tcW w:type="dxa" w:w="2880"/>
          </w:tcPr>
          <w:p>
            <w:r>
              <w:t>tarpaulin</w:t>
            </w:r>
          </w:p>
        </w:tc>
        <w:tc>
          <w:tcPr>
            <w:tcW w:type="dxa" w:w="2880"/>
          </w:tcPr>
          <w:p>
            <w:r>
              <w:t>1,140</w:t>
            </w:r>
          </w:p>
        </w:tc>
      </w:tr>
      <w:tr>
        <w:tc>
          <w:tcPr>
            <w:tcW w:type="dxa" w:w="2880"/>
          </w:tcPr>
          <w:p>
            <w:r>
              <w:t>2026-09-16</w:t>
            </w:r>
          </w:p>
        </w:tc>
        <w:tc>
          <w:tcPr>
            <w:tcW w:type="dxa" w:w="2880"/>
          </w:tcPr>
          <w:p>
            <w:r>
              <w:t>blanket</w:t>
            </w:r>
          </w:p>
        </w:tc>
        <w:tc>
          <w:tcPr>
            <w:tcW w:type="dxa" w:w="2880"/>
          </w:tcPr>
          <w:p>
            <w:r>
              <w:t>678</w:t>
            </w:r>
          </w:p>
        </w:tc>
      </w:tr>
      <w:tr>
        <w:tc>
          <w:tcPr>
            <w:tcW w:type="dxa" w:w="2880"/>
          </w:tcPr>
          <w:p>
            <w:r>
              <w:t>2026-09-16</w:t>
            </w:r>
          </w:p>
        </w:tc>
        <w:tc>
          <w:tcPr>
            <w:tcW w:type="dxa" w:w="2880"/>
          </w:tcPr>
          <w:p>
            <w:r>
              <w:t>food kit</w:t>
            </w:r>
          </w:p>
        </w:tc>
        <w:tc>
          <w:tcPr>
            <w:tcW w:type="dxa" w:w="2880"/>
          </w:tcPr>
          <w:p>
            <w:r>
              <w:t>1,279</w:t>
            </w:r>
          </w:p>
        </w:tc>
      </w:tr>
      <w:tr>
        <w:tc>
          <w:tcPr>
            <w:tcW w:type="dxa" w:w="2880"/>
          </w:tcPr>
          <w:p>
            <w:r>
              <w:t>2026-09-16</w:t>
            </w:r>
          </w:p>
        </w:tc>
        <w:tc>
          <w:tcPr>
            <w:tcW w:type="dxa" w:w="2880"/>
          </w:tcPr>
          <w:p>
            <w:r>
              <w:t>hygiene kit</w:t>
            </w:r>
          </w:p>
        </w:tc>
        <w:tc>
          <w:tcPr>
            <w:tcW w:type="dxa" w:w="2880"/>
          </w:tcPr>
          <w:p>
            <w:r>
              <w:t>1,119</w:t>
            </w:r>
          </w:p>
        </w:tc>
      </w:tr>
      <w:tr>
        <w:tc>
          <w:tcPr>
            <w:tcW w:type="dxa" w:w="2880"/>
          </w:tcPr>
          <w:p>
            <w:r>
              <w:t>2026-09-17</w:t>
            </w:r>
          </w:p>
        </w:tc>
        <w:tc>
          <w:tcPr>
            <w:tcW w:type="dxa" w:w="2880"/>
          </w:tcPr>
          <w:p>
            <w:r>
              <w:t>tarpaulin</w:t>
            </w:r>
          </w:p>
        </w:tc>
        <w:tc>
          <w:tcPr>
            <w:tcW w:type="dxa" w:w="2880"/>
          </w:tcPr>
          <w:p>
            <w:r>
              <w:t>989</w:t>
            </w:r>
          </w:p>
        </w:tc>
      </w:tr>
      <w:tr>
        <w:tc>
          <w:tcPr>
            <w:tcW w:type="dxa" w:w="2880"/>
          </w:tcPr>
          <w:p>
            <w:r>
              <w:t>2026-09-17</w:t>
            </w:r>
          </w:p>
        </w:tc>
        <w:tc>
          <w:tcPr>
            <w:tcW w:type="dxa" w:w="2880"/>
          </w:tcPr>
          <w:p>
            <w:r>
              <w:t>blanket</w:t>
            </w:r>
          </w:p>
        </w:tc>
        <w:tc>
          <w:tcPr>
            <w:tcW w:type="dxa" w:w="2880"/>
          </w:tcPr>
          <w:p>
            <w:r>
              <w:t>837</w:t>
            </w:r>
          </w:p>
        </w:tc>
      </w:tr>
      <w:tr>
        <w:tc>
          <w:tcPr>
            <w:tcW w:type="dxa" w:w="2880"/>
          </w:tcPr>
          <w:p>
            <w:r>
              <w:t>2026-09-17</w:t>
            </w:r>
          </w:p>
        </w:tc>
        <w:tc>
          <w:tcPr>
            <w:tcW w:type="dxa" w:w="2880"/>
          </w:tcPr>
          <w:p>
            <w:r>
              <w:t>food kit</w:t>
            </w:r>
          </w:p>
        </w:tc>
        <w:tc>
          <w:tcPr>
            <w:tcW w:type="dxa" w:w="2880"/>
          </w:tcPr>
          <w:p>
            <w:r>
              <w:t>612</w:t>
            </w:r>
          </w:p>
        </w:tc>
      </w:tr>
      <w:tr>
        <w:tc>
          <w:tcPr>
            <w:tcW w:type="dxa" w:w="2880"/>
          </w:tcPr>
          <w:p>
            <w:r>
              <w:t>2026-09-17</w:t>
            </w:r>
          </w:p>
        </w:tc>
        <w:tc>
          <w:tcPr>
            <w:tcW w:type="dxa" w:w="2880"/>
          </w:tcPr>
          <w:p>
            <w:r>
              <w:t>hygiene kit</w:t>
            </w:r>
          </w:p>
        </w:tc>
        <w:tc>
          <w:tcPr>
            <w:tcW w:type="dxa" w:w="2880"/>
          </w:tcPr>
          <w:p>
            <w:r>
              <w:t>851</w:t>
            </w:r>
          </w:p>
        </w:tc>
      </w:tr>
      <w:tr>
        <w:tc>
          <w:tcPr>
            <w:tcW w:type="dxa" w:w="2880"/>
          </w:tcPr>
          <w:p>
            <w:r>
              <w:t>2026-09-18</w:t>
            </w:r>
          </w:p>
        </w:tc>
        <w:tc>
          <w:tcPr>
            <w:tcW w:type="dxa" w:w="2880"/>
          </w:tcPr>
          <w:p>
            <w:r>
              <w:t>tarpaulin</w:t>
            </w:r>
          </w:p>
        </w:tc>
        <w:tc>
          <w:tcPr>
            <w:tcW w:type="dxa" w:w="2880"/>
          </w:tcPr>
          <w:p>
            <w:r>
              <w:t>1,746</w:t>
            </w:r>
          </w:p>
        </w:tc>
      </w:tr>
      <w:tr>
        <w:tc>
          <w:tcPr>
            <w:tcW w:type="dxa" w:w="2880"/>
          </w:tcPr>
          <w:p>
            <w:r>
              <w:t>2026-09-18</w:t>
            </w:r>
          </w:p>
        </w:tc>
        <w:tc>
          <w:tcPr>
            <w:tcW w:type="dxa" w:w="2880"/>
          </w:tcPr>
          <w:p>
            <w:r>
              <w:t>blanket</w:t>
            </w:r>
          </w:p>
        </w:tc>
        <w:tc>
          <w:tcPr>
            <w:tcW w:type="dxa" w:w="2880"/>
          </w:tcPr>
          <w:p>
            <w:r>
              <w:t>528</w:t>
            </w:r>
          </w:p>
        </w:tc>
      </w:tr>
      <w:tr>
        <w:tc>
          <w:tcPr>
            <w:tcW w:type="dxa" w:w="2880"/>
          </w:tcPr>
          <w:p>
            <w:r>
              <w:t>2026-09-18</w:t>
            </w:r>
          </w:p>
        </w:tc>
        <w:tc>
          <w:tcPr>
            <w:tcW w:type="dxa" w:w="2880"/>
          </w:tcPr>
          <w:p>
            <w:r>
              <w:t>food kit</w:t>
            </w:r>
          </w:p>
        </w:tc>
        <w:tc>
          <w:tcPr>
            <w:tcW w:type="dxa" w:w="2880"/>
          </w:tcPr>
          <w:p>
            <w:r>
              <w:t>572</w:t>
            </w:r>
          </w:p>
        </w:tc>
      </w:tr>
      <w:tr>
        <w:tc>
          <w:tcPr>
            <w:tcW w:type="dxa" w:w="2880"/>
          </w:tcPr>
          <w:p>
            <w:r>
              <w:t>2026-09-18</w:t>
            </w:r>
          </w:p>
        </w:tc>
        <w:tc>
          <w:tcPr>
            <w:tcW w:type="dxa" w:w="2880"/>
          </w:tcPr>
          <w:p>
            <w:r>
              <w:t>hygiene kit</w:t>
            </w:r>
          </w:p>
        </w:tc>
        <w:tc>
          <w:tcPr>
            <w:tcW w:type="dxa" w:w="2880"/>
          </w:tcPr>
          <w:p>
            <w:r>
              <w:t>1,245</w:t>
            </w:r>
          </w:p>
        </w:tc>
      </w:tr>
      <w:tr>
        <w:tc>
          <w:tcPr>
            <w:tcW w:type="dxa" w:w="2880"/>
          </w:tcPr>
          <w:p>
            <w:r>
              <w:t>2026-09-19</w:t>
            </w:r>
          </w:p>
        </w:tc>
        <w:tc>
          <w:tcPr>
            <w:tcW w:type="dxa" w:w="2880"/>
          </w:tcPr>
          <w:p>
            <w:r>
              <w:t>tarpaulin</w:t>
            </w:r>
          </w:p>
        </w:tc>
        <w:tc>
          <w:tcPr>
            <w:tcW w:type="dxa" w:w="2880"/>
          </w:tcPr>
          <w:p>
            <w:r>
              <w:t>681</w:t>
            </w:r>
          </w:p>
        </w:tc>
      </w:tr>
      <w:tr>
        <w:tc>
          <w:tcPr>
            <w:tcW w:type="dxa" w:w="2880"/>
          </w:tcPr>
          <w:p>
            <w:r>
              <w:t>2026-09-19</w:t>
            </w:r>
          </w:p>
        </w:tc>
        <w:tc>
          <w:tcPr>
            <w:tcW w:type="dxa" w:w="2880"/>
          </w:tcPr>
          <w:p>
            <w:r>
              <w:t>blanket</w:t>
            </w:r>
          </w:p>
        </w:tc>
        <w:tc>
          <w:tcPr>
            <w:tcW w:type="dxa" w:w="2880"/>
          </w:tcPr>
          <w:p>
            <w:r>
              <w:t>574</w:t>
            </w:r>
          </w:p>
        </w:tc>
      </w:tr>
      <w:tr>
        <w:tc>
          <w:tcPr>
            <w:tcW w:type="dxa" w:w="2880"/>
          </w:tcPr>
          <w:p>
            <w:r>
              <w:t>2026-09-19</w:t>
            </w:r>
          </w:p>
        </w:tc>
        <w:tc>
          <w:tcPr>
            <w:tcW w:type="dxa" w:w="2880"/>
          </w:tcPr>
          <w:p>
            <w:r>
              <w:t>food kit</w:t>
            </w:r>
          </w:p>
        </w:tc>
        <w:tc>
          <w:tcPr>
            <w:tcW w:type="dxa" w:w="2880"/>
          </w:tcPr>
          <w:p>
            <w:r>
              <w:t>851</w:t>
            </w:r>
          </w:p>
        </w:tc>
      </w:tr>
      <w:tr>
        <w:tc>
          <w:tcPr>
            <w:tcW w:type="dxa" w:w="2880"/>
          </w:tcPr>
          <w:p>
            <w:r>
              <w:t>2026-09-19</w:t>
            </w:r>
          </w:p>
        </w:tc>
        <w:tc>
          <w:tcPr>
            <w:tcW w:type="dxa" w:w="2880"/>
          </w:tcPr>
          <w:p>
            <w:r>
              <w:t>hygiene kit</w:t>
            </w:r>
          </w:p>
        </w:tc>
        <w:tc>
          <w:tcPr>
            <w:tcW w:type="dxa" w:w="2880"/>
          </w:tcPr>
          <w:p>
            <w:r>
              <w:t>408</w:t>
            </w:r>
          </w:p>
        </w:tc>
      </w:tr>
      <w:tr>
        <w:tc>
          <w:tcPr>
            <w:tcW w:type="dxa" w:w="2880"/>
          </w:tcPr>
          <w:p>
            <w:r>
              <w:t>2026-09-20</w:t>
            </w:r>
          </w:p>
        </w:tc>
        <w:tc>
          <w:tcPr>
            <w:tcW w:type="dxa" w:w="2880"/>
          </w:tcPr>
          <w:p>
            <w:r>
              <w:t>tarpaulin</w:t>
            </w:r>
          </w:p>
        </w:tc>
        <w:tc>
          <w:tcPr>
            <w:tcW w:type="dxa" w:w="2880"/>
          </w:tcPr>
          <w:p>
            <w:r>
              <w:t>1,323</w:t>
            </w:r>
          </w:p>
        </w:tc>
      </w:tr>
      <w:tr>
        <w:tc>
          <w:tcPr>
            <w:tcW w:type="dxa" w:w="2880"/>
          </w:tcPr>
          <w:p>
            <w:r>
              <w:t>2026-09-20</w:t>
            </w:r>
          </w:p>
        </w:tc>
        <w:tc>
          <w:tcPr>
            <w:tcW w:type="dxa" w:w="2880"/>
          </w:tcPr>
          <w:p>
            <w:r>
              <w:t>blanket</w:t>
            </w:r>
          </w:p>
        </w:tc>
        <w:tc>
          <w:tcPr>
            <w:tcW w:type="dxa" w:w="2880"/>
          </w:tcPr>
          <w:p>
            <w:r>
              <w:t>1,162</w:t>
            </w:r>
          </w:p>
        </w:tc>
      </w:tr>
      <w:tr>
        <w:tc>
          <w:tcPr>
            <w:tcW w:type="dxa" w:w="2880"/>
          </w:tcPr>
          <w:p>
            <w:r>
              <w:t>2026-09-20</w:t>
            </w:r>
          </w:p>
        </w:tc>
        <w:tc>
          <w:tcPr>
            <w:tcW w:type="dxa" w:w="2880"/>
          </w:tcPr>
          <w:p>
            <w:r>
              <w:t>food kit</w:t>
            </w:r>
          </w:p>
        </w:tc>
        <w:tc>
          <w:tcPr>
            <w:tcW w:type="dxa" w:w="2880"/>
          </w:tcPr>
          <w:p>
            <w:r>
              <w:t>418</w:t>
            </w:r>
          </w:p>
        </w:tc>
      </w:tr>
      <w:tr>
        <w:tc>
          <w:tcPr>
            <w:tcW w:type="dxa" w:w="2880"/>
          </w:tcPr>
          <w:p>
            <w:r>
              <w:t>2026-09-20</w:t>
            </w:r>
          </w:p>
        </w:tc>
        <w:tc>
          <w:tcPr>
            <w:tcW w:type="dxa" w:w="2880"/>
          </w:tcPr>
          <w:p>
            <w:r>
              <w:t>hygiene kit</w:t>
            </w:r>
          </w:p>
        </w:tc>
        <w:tc>
          <w:tcPr>
            <w:tcW w:type="dxa" w:w="2880"/>
          </w:tcPr>
          <w:p>
            <w:r>
              <w:t>680</w:t>
            </w:r>
          </w:p>
        </w:tc>
      </w:tr>
      <w:tr>
        <w:tc>
          <w:tcPr>
            <w:tcW w:type="dxa" w:w="2880"/>
          </w:tcPr>
          <w:p>
            <w:r>
              <w:t>2026-09-21</w:t>
            </w:r>
          </w:p>
        </w:tc>
        <w:tc>
          <w:tcPr>
            <w:tcW w:type="dxa" w:w="2880"/>
          </w:tcPr>
          <w:p>
            <w:r>
              <w:t>tarpaulin</w:t>
            </w:r>
          </w:p>
        </w:tc>
        <w:tc>
          <w:tcPr>
            <w:tcW w:type="dxa" w:w="2880"/>
          </w:tcPr>
          <w:p>
            <w:r>
              <w:t>1,866</w:t>
            </w:r>
          </w:p>
        </w:tc>
      </w:tr>
      <w:tr>
        <w:tc>
          <w:tcPr>
            <w:tcW w:type="dxa" w:w="2880"/>
          </w:tcPr>
          <w:p>
            <w:r>
              <w:t>2026-09-21</w:t>
            </w:r>
          </w:p>
        </w:tc>
        <w:tc>
          <w:tcPr>
            <w:tcW w:type="dxa" w:w="2880"/>
          </w:tcPr>
          <w:p>
            <w:r>
              <w:t>blanket</w:t>
            </w:r>
          </w:p>
        </w:tc>
        <w:tc>
          <w:tcPr>
            <w:tcW w:type="dxa" w:w="2880"/>
          </w:tcPr>
          <w:p>
            <w:r>
              <w:t>1,343</w:t>
            </w:r>
          </w:p>
        </w:tc>
      </w:tr>
      <w:tr>
        <w:tc>
          <w:tcPr>
            <w:tcW w:type="dxa" w:w="2880"/>
          </w:tcPr>
          <w:p>
            <w:r>
              <w:t>2026-09-21</w:t>
            </w:r>
          </w:p>
        </w:tc>
        <w:tc>
          <w:tcPr>
            <w:tcW w:type="dxa" w:w="2880"/>
          </w:tcPr>
          <w:p>
            <w:r>
              <w:t>food kit</w:t>
            </w:r>
          </w:p>
        </w:tc>
        <w:tc>
          <w:tcPr>
            <w:tcW w:type="dxa" w:w="2880"/>
          </w:tcPr>
          <w:p>
            <w:r>
              <w:t>481</w:t>
            </w:r>
          </w:p>
        </w:tc>
      </w:tr>
      <w:tr>
        <w:tc>
          <w:tcPr>
            <w:tcW w:type="dxa" w:w="2880"/>
          </w:tcPr>
          <w:p>
            <w:r>
              <w:t>2026-09-21</w:t>
            </w:r>
          </w:p>
        </w:tc>
        <w:tc>
          <w:tcPr>
            <w:tcW w:type="dxa" w:w="2880"/>
          </w:tcPr>
          <w:p>
            <w:r>
              <w:t>hygiene kit</w:t>
            </w:r>
          </w:p>
        </w:tc>
        <w:tc>
          <w:tcPr>
            <w:tcW w:type="dxa" w:w="2880"/>
          </w:tcPr>
          <w:p>
            <w:r>
              <w:t>746</w:t>
            </w:r>
          </w:p>
        </w:tc>
      </w:tr>
      <w:tr>
        <w:tc>
          <w:tcPr>
            <w:tcW w:type="dxa" w:w="2880"/>
          </w:tcPr>
          <w:p>
            <w:r>
              <w:t>2026-09-22</w:t>
            </w:r>
          </w:p>
        </w:tc>
        <w:tc>
          <w:tcPr>
            <w:tcW w:type="dxa" w:w="2880"/>
          </w:tcPr>
          <w:p>
            <w:r>
              <w:t>tarpaulin</w:t>
            </w:r>
          </w:p>
        </w:tc>
        <w:tc>
          <w:tcPr>
            <w:tcW w:type="dxa" w:w="2880"/>
          </w:tcPr>
          <w:p>
            <w:r>
              <w:t>538</w:t>
            </w:r>
          </w:p>
        </w:tc>
      </w:tr>
      <w:tr>
        <w:tc>
          <w:tcPr>
            <w:tcW w:type="dxa" w:w="2880"/>
          </w:tcPr>
          <w:p>
            <w:r>
              <w:t>2026-09-22</w:t>
            </w:r>
          </w:p>
        </w:tc>
        <w:tc>
          <w:tcPr>
            <w:tcW w:type="dxa" w:w="2880"/>
          </w:tcPr>
          <w:p>
            <w:r>
              <w:t>blanket</w:t>
            </w:r>
          </w:p>
        </w:tc>
        <w:tc>
          <w:tcPr>
            <w:tcW w:type="dxa" w:w="2880"/>
          </w:tcPr>
          <w:p>
            <w:r>
              <w:t>891</w:t>
            </w:r>
          </w:p>
        </w:tc>
      </w:tr>
      <w:tr>
        <w:tc>
          <w:tcPr>
            <w:tcW w:type="dxa" w:w="2880"/>
          </w:tcPr>
          <w:p>
            <w:r>
              <w:t>2026-09-22</w:t>
            </w:r>
          </w:p>
        </w:tc>
        <w:tc>
          <w:tcPr>
            <w:tcW w:type="dxa" w:w="2880"/>
          </w:tcPr>
          <w:p>
            <w:r>
              <w:t>food kit</w:t>
            </w:r>
          </w:p>
        </w:tc>
        <w:tc>
          <w:tcPr>
            <w:tcW w:type="dxa" w:w="2880"/>
          </w:tcPr>
          <w:p>
            <w:r>
              <w:t>1,749</w:t>
            </w:r>
          </w:p>
        </w:tc>
      </w:tr>
      <w:tr>
        <w:tc>
          <w:tcPr>
            <w:tcW w:type="dxa" w:w="2880"/>
          </w:tcPr>
          <w:p>
            <w:r>
              <w:t>2026-09-22</w:t>
            </w:r>
          </w:p>
        </w:tc>
        <w:tc>
          <w:tcPr>
            <w:tcW w:type="dxa" w:w="2880"/>
          </w:tcPr>
          <w:p>
            <w:r>
              <w:t>hygiene kit</w:t>
            </w:r>
          </w:p>
        </w:tc>
        <w:tc>
          <w:tcPr>
            <w:tcW w:type="dxa" w:w="2880"/>
          </w:tcPr>
          <w:p>
            <w:r>
              <w:t>1,689</w:t>
            </w:r>
          </w:p>
        </w:tc>
      </w:tr>
    </w:tbl>
    <w:p/>
    <w:p>
      <w:pPr>
        <w:pStyle w:val="Heading2"/>
      </w:pPr>
      <w:r>
        <w:t>Figure 24. Ward needs by day over time (date)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2026-09-02</w:t>
            </w:r>
          </w:p>
        </w:tc>
        <w:tc>
          <w:tcPr>
            <w:tcW w:type="dxa" w:w="2880"/>
          </w:tcPr>
          <w:p>
            <w:r>
              <w:t>W06</w:t>
            </w:r>
          </w:p>
        </w:tc>
        <w:tc>
          <w:tcPr>
            <w:tcW w:type="dxa" w:w="2880"/>
          </w:tcPr>
          <w:p>
            <w:r>
              <w:t>1,174</w:t>
            </w:r>
          </w:p>
        </w:tc>
      </w:tr>
      <w:tr>
        <w:tc>
          <w:tcPr>
            <w:tcW w:type="dxa" w:w="2880"/>
          </w:tcPr>
          <w:p>
            <w:r>
              <w:t>2026-09-02</w:t>
            </w:r>
          </w:p>
        </w:tc>
        <w:tc>
          <w:tcPr>
            <w:tcW w:type="dxa" w:w="2880"/>
          </w:tcPr>
          <w:p>
            <w:r>
              <w:t>W18</w:t>
            </w:r>
          </w:p>
        </w:tc>
        <w:tc>
          <w:tcPr>
            <w:tcW w:type="dxa" w:w="2880"/>
          </w:tcPr>
          <w:p>
            <w:r>
              <w:t>738</w:t>
            </w:r>
          </w:p>
        </w:tc>
      </w:tr>
      <w:tr>
        <w:tc>
          <w:tcPr>
            <w:tcW w:type="dxa" w:w="2880"/>
          </w:tcPr>
          <w:p>
            <w:r>
              <w:t>2026-09-02</w:t>
            </w:r>
          </w:p>
        </w:tc>
        <w:tc>
          <w:tcPr>
            <w:tcW w:type="dxa" w:w="2880"/>
          </w:tcPr>
          <w:p>
            <w:r>
              <w:t>W20</w:t>
            </w:r>
          </w:p>
        </w:tc>
        <w:tc>
          <w:tcPr>
            <w:tcW w:type="dxa" w:w="2880"/>
          </w:tcPr>
          <w:p>
            <w:r>
              <w:t>705</w:t>
            </w:r>
          </w:p>
        </w:tc>
      </w:tr>
      <w:tr>
        <w:tc>
          <w:tcPr>
            <w:tcW w:type="dxa" w:w="2880"/>
          </w:tcPr>
          <w:p>
            <w:r>
              <w:t>2026-09-02</w:t>
            </w:r>
          </w:p>
        </w:tc>
        <w:tc>
          <w:tcPr>
            <w:tcW w:type="dxa" w:w="2880"/>
          </w:tcPr>
          <w:p>
            <w:r>
              <w:t>W04</w:t>
            </w:r>
          </w:p>
        </w:tc>
        <w:tc>
          <w:tcPr>
            <w:tcW w:type="dxa" w:w="2880"/>
          </w:tcPr>
          <w:p>
            <w:r>
              <w:t>501</w:t>
            </w:r>
          </w:p>
        </w:tc>
      </w:tr>
      <w:tr>
        <w:tc>
          <w:tcPr>
            <w:tcW w:type="dxa" w:w="2880"/>
          </w:tcPr>
          <w:p>
            <w:r>
              <w:t>2026-09-02</w:t>
            </w:r>
          </w:p>
        </w:tc>
        <w:tc>
          <w:tcPr>
            <w:tcW w:type="dxa" w:w="2880"/>
          </w:tcPr>
          <w:p>
            <w:r>
              <w:t>W05</w:t>
            </w:r>
          </w:p>
        </w:tc>
        <w:tc>
          <w:tcPr>
            <w:tcW w:type="dxa" w:w="2880"/>
          </w:tcPr>
          <w:p>
            <w:r>
              <w:t>480</w:t>
            </w:r>
          </w:p>
        </w:tc>
      </w:tr>
      <w:tr>
        <w:tc>
          <w:tcPr>
            <w:tcW w:type="dxa" w:w="2880"/>
          </w:tcPr>
          <w:p>
            <w:r>
              <w:t>2026-09-02</w:t>
            </w:r>
          </w:p>
        </w:tc>
        <w:tc>
          <w:tcPr>
            <w:tcW w:type="dxa" w:w="2880"/>
          </w:tcPr>
          <w:p>
            <w:r>
              <w:t>Other</w:t>
            </w:r>
          </w:p>
        </w:tc>
        <w:tc>
          <w:tcPr>
            <w:tcW w:type="dxa" w:w="2880"/>
          </w:tcPr>
          <w:p>
            <w:r>
              <w:t>3,667</w:t>
            </w:r>
          </w:p>
        </w:tc>
      </w:tr>
      <w:tr>
        <w:tc>
          <w:tcPr>
            <w:tcW w:type="dxa" w:w="2880"/>
          </w:tcPr>
          <w:p>
            <w:r>
              <w:t>2026-09-03</w:t>
            </w:r>
          </w:p>
        </w:tc>
        <w:tc>
          <w:tcPr>
            <w:tcW w:type="dxa" w:w="2880"/>
          </w:tcPr>
          <w:p>
            <w:r>
              <w:t>W06</w:t>
            </w:r>
          </w:p>
        </w:tc>
        <w:tc>
          <w:tcPr>
            <w:tcW w:type="dxa" w:w="2880"/>
          </w:tcPr>
          <w:p>
            <w:r>
              <w:t>1,146</w:t>
            </w:r>
          </w:p>
        </w:tc>
      </w:tr>
      <w:tr>
        <w:tc>
          <w:tcPr>
            <w:tcW w:type="dxa" w:w="2880"/>
          </w:tcPr>
          <w:p>
            <w:r>
              <w:t>2026-09-03</w:t>
            </w:r>
          </w:p>
        </w:tc>
        <w:tc>
          <w:tcPr>
            <w:tcW w:type="dxa" w:w="2880"/>
          </w:tcPr>
          <w:p>
            <w:r>
              <w:t>W18</w:t>
            </w:r>
          </w:p>
        </w:tc>
        <w:tc>
          <w:tcPr>
            <w:tcW w:type="dxa" w:w="2880"/>
          </w:tcPr>
          <w:p>
            <w:r>
              <w:t>720</w:t>
            </w:r>
          </w:p>
        </w:tc>
      </w:tr>
      <w:tr>
        <w:tc>
          <w:tcPr>
            <w:tcW w:type="dxa" w:w="2880"/>
          </w:tcPr>
          <w:p>
            <w:r>
              <w:t>2026-09-03</w:t>
            </w:r>
          </w:p>
        </w:tc>
        <w:tc>
          <w:tcPr>
            <w:tcW w:type="dxa" w:w="2880"/>
          </w:tcPr>
          <w:p>
            <w:r>
              <w:t>W20</w:t>
            </w:r>
          </w:p>
        </w:tc>
        <w:tc>
          <w:tcPr>
            <w:tcW w:type="dxa" w:w="2880"/>
          </w:tcPr>
          <w:p>
            <w:r>
              <w:t>688</w:t>
            </w:r>
          </w:p>
        </w:tc>
      </w:tr>
      <w:tr>
        <w:tc>
          <w:tcPr>
            <w:tcW w:type="dxa" w:w="2880"/>
          </w:tcPr>
          <w:p>
            <w:r>
              <w:t>2026-09-03</w:t>
            </w:r>
          </w:p>
        </w:tc>
        <w:tc>
          <w:tcPr>
            <w:tcW w:type="dxa" w:w="2880"/>
          </w:tcPr>
          <w:p>
            <w:r>
              <w:t>W04</w:t>
            </w:r>
          </w:p>
        </w:tc>
        <w:tc>
          <w:tcPr>
            <w:tcW w:type="dxa" w:w="2880"/>
          </w:tcPr>
          <w:p>
            <w:r>
              <w:t>489</w:t>
            </w:r>
          </w:p>
        </w:tc>
      </w:tr>
      <w:tr>
        <w:tc>
          <w:tcPr>
            <w:tcW w:type="dxa" w:w="2880"/>
          </w:tcPr>
          <w:p>
            <w:r>
              <w:t>2026-09-03</w:t>
            </w:r>
          </w:p>
        </w:tc>
        <w:tc>
          <w:tcPr>
            <w:tcW w:type="dxa" w:w="2880"/>
          </w:tcPr>
          <w:p>
            <w:r>
              <w:t>W05</w:t>
            </w:r>
          </w:p>
        </w:tc>
        <w:tc>
          <w:tcPr>
            <w:tcW w:type="dxa" w:w="2880"/>
          </w:tcPr>
          <w:p>
            <w:r>
              <w:t>468</w:t>
            </w:r>
          </w:p>
        </w:tc>
      </w:tr>
      <w:tr>
        <w:tc>
          <w:tcPr>
            <w:tcW w:type="dxa" w:w="2880"/>
          </w:tcPr>
          <w:p>
            <w:r>
              <w:t>2026-09-03</w:t>
            </w:r>
          </w:p>
        </w:tc>
        <w:tc>
          <w:tcPr>
            <w:tcW w:type="dxa" w:w="2880"/>
          </w:tcPr>
          <w:p>
            <w:r>
              <w:t>Other</w:t>
            </w:r>
          </w:p>
        </w:tc>
        <w:tc>
          <w:tcPr>
            <w:tcW w:type="dxa" w:w="2880"/>
          </w:tcPr>
          <w:p>
            <w:r>
              <w:t>3,581</w:t>
            </w:r>
          </w:p>
        </w:tc>
      </w:tr>
      <w:tr>
        <w:tc>
          <w:tcPr>
            <w:tcW w:type="dxa" w:w="2880"/>
          </w:tcPr>
          <w:p>
            <w:r>
              <w:t>2026-09-04</w:t>
            </w:r>
          </w:p>
        </w:tc>
        <w:tc>
          <w:tcPr>
            <w:tcW w:type="dxa" w:w="2880"/>
          </w:tcPr>
          <w:p>
            <w:r>
              <w:t>W06</w:t>
            </w:r>
          </w:p>
        </w:tc>
        <w:tc>
          <w:tcPr>
            <w:tcW w:type="dxa" w:w="2880"/>
          </w:tcPr>
          <w:p>
            <w:r>
              <w:t>1,118</w:t>
            </w:r>
          </w:p>
        </w:tc>
      </w:tr>
      <w:tr>
        <w:tc>
          <w:tcPr>
            <w:tcW w:type="dxa" w:w="2880"/>
          </w:tcPr>
          <w:p>
            <w:r>
              <w:t>2026-09-04</w:t>
            </w:r>
          </w:p>
        </w:tc>
        <w:tc>
          <w:tcPr>
            <w:tcW w:type="dxa" w:w="2880"/>
          </w:tcPr>
          <w:p>
            <w:r>
              <w:t>W18</w:t>
            </w:r>
          </w:p>
        </w:tc>
        <w:tc>
          <w:tcPr>
            <w:tcW w:type="dxa" w:w="2880"/>
          </w:tcPr>
          <w:p>
            <w:r>
              <w:t>703</w:t>
            </w:r>
          </w:p>
        </w:tc>
      </w:tr>
      <w:tr>
        <w:tc>
          <w:tcPr>
            <w:tcW w:type="dxa" w:w="2880"/>
          </w:tcPr>
          <w:p>
            <w:r>
              <w:t>2026-09-04</w:t>
            </w:r>
          </w:p>
        </w:tc>
        <w:tc>
          <w:tcPr>
            <w:tcW w:type="dxa" w:w="2880"/>
          </w:tcPr>
          <w:p>
            <w:r>
              <w:t>W20</w:t>
            </w:r>
          </w:p>
        </w:tc>
        <w:tc>
          <w:tcPr>
            <w:tcW w:type="dxa" w:w="2880"/>
          </w:tcPr>
          <w:p>
            <w:r>
              <w:t>672</w:t>
            </w:r>
          </w:p>
        </w:tc>
      </w:tr>
      <w:tr>
        <w:tc>
          <w:tcPr>
            <w:tcW w:type="dxa" w:w="2880"/>
          </w:tcPr>
          <w:p>
            <w:r>
              <w:t>2026-09-04</w:t>
            </w:r>
          </w:p>
        </w:tc>
        <w:tc>
          <w:tcPr>
            <w:tcW w:type="dxa" w:w="2880"/>
          </w:tcPr>
          <w:p>
            <w:r>
              <w:t>W04</w:t>
            </w:r>
          </w:p>
        </w:tc>
        <w:tc>
          <w:tcPr>
            <w:tcW w:type="dxa" w:w="2880"/>
          </w:tcPr>
          <w:p>
            <w:r>
              <w:t>477</w:t>
            </w:r>
          </w:p>
        </w:tc>
      </w:tr>
      <w:tr>
        <w:tc>
          <w:tcPr>
            <w:tcW w:type="dxa" w:w="2880"/>
          </w:tcPr>
          <w:p>
            <w:r>
              <w:t>2026-09-04</w:t>
            </w:r>
          </w:p>
        </w:tc>
        <w:tc>
          <w:tcPr>
            <w:tcW w:type="dxa" w:w="2880"/>
          </w:tcPr>
          <w:p>
            <w:r>
              <w:t>W05</w:t>
            </w:r>
          </w:p>
        </w:tc>
        <w:tc>
          <w:tcPr>
            <w:tcW w:type="dxa" w:w="2880"/>
          </w:tcPr>
          <w:p>
            <w:r>
              <w:t>457</w:t>
            </w:r>
          </w:p>
        </w:tc>
      </w:tr>
      <w:tr>
        <w:tc>
          <w:tcPr>
            <w:tcW w:type="dxa" w:w="2880"/>
          </w:tcPr>
          <w:p>
            <w:r>
              <w:t>2026-09-04</w:t>
            </w:r>
          </w:p>
        </w:tc>
        <w:tc>
          <w:tcPr>
            <w:tcW w:type="dxa" w:w="2880"/>
          </w:tcPr>
          <w:p>
            <w:r>
              <w:t>Other</w:t>
            </w:r>
          </w:p>
        </w:tc>
        <w:tc>
          <w:tcPr>
            <w:tcW w:type="dxa" w:w="2880"/>
          </w:tcPr>
          <w:p>
            <w:r>
              <w:t>3,492</w:t>
            </w:r>
          </w:p>
        </w:tc>
      </w:tr>
      <w:tr>
        <w:tc>
          <w:tcPr>
            <w:tcW w:type="dxa" w:w="2880"/>
          </w:tcPr>
          <w:p>
            <w:r>
              <w:t>2026-09-05</w:t>
            </w:r>
          </w:p>
        </w:tc>
        <w:tc>
          <w:tcPr>
            <w:tcW w:type="dxa" w:w="2880"/>
          </w:tcPr>
          <w:p>
            <w:r>
              <w:t>W06</w:t>
            </w:r>
          </w:p>
        </w:tc>
        <w:tc>
          <w:tcPr>
            <w:tcW w:type="dxa" w:w="2880"/>
          </w:tcPr>
          <w:p>
            <w:r>
              <w:t>1,090</w:t>
            </w:r>
          </w:p>
        </w:tc>
      </w:tr>
      <w:tr>
        <w:tc>
          <w:tcPr>
            <w:tcW w:type="dxa" w:w="2880"/>
          </w:tcPr>
          <w:p>
            <w:r>
              <w:t>2026-09-05</w:t>
            </w:r>
          </w:p>
        </w:tc>
        <w:tc>
          <w:tcPr>
            <w:tcW w:type="dxa" w:w="2880"/>
          </w:tcPr>
          <w:p>
            <w:r>
              <w:t>W18</w:t>
            </w:r>
          </w:p>
        </w:tc>
        <w:tc>
          <w:tcPr>
            <w:tcW w:type="dxa" w:w="2880"/>
          </w:tcPr>
          <w:p>
            <w:r>
              <w:t>685</w:t>
            </w:r>
          </w:p>
        </w:tc>
      </w:tr>
      <w:tr>
        <w:tc>
          <w:tcPr>
            <w:tcW w:type="dxa" w:w="2880"/>
          </w:tcPr>
          <w:p>
            <w:r>
              <w:t>2026-09-05</w:t>
            </w:r>
          </w:p>
        </w:tc>
        <w:tc>
          <w:tcPr>
            <w:tcW w:type="dxa" w:w="2880"/>
          </w:tcPr>
          <w:p>
            <w:r>
              <w:t>W20</w:t>
            </w:r>
          </w:p>
        </w:tc>
        <w:tc>
          <w:tcPr>
            <w:tcW w:type="dxa" w:w="2880"/>
          </w:tcPr>
          <w:p>
            <w:r>
              <w:t>655</w:t>
            </w:r>
          </w:p>
        </w:tc>
      </w:tr>
      <w:tr>
        <w:tc>
          <w:tcPr>
            <w:tcW w:type="dxa" w:w="2880"/>
          </w:tcPr>
          <w:p>
            <w:r>
              <w:t>2026-09-05</w:t>
            </w:r>
          </w:p>
        </w:tc>
        <w:tc>
          <w:tcPr>
            <w:tcW w:type="dxa" w:w="2880"/>
          </w:tcPr>
          <w:p>
            <w:r>
              <w:t>W04</w:t>
            </w:r>
          </w:p>
        </w:tc>
        <w:tc>
          <w:tcPr>
            <w:tcW w:type="dxa" w:w="2880"/>
          </w:tcPr>
          <w:p>
            <w:r>
              <w:t>465</w:t>
            </w:r>
          </w:p>
        </w:tc>
      </w:tr>
      <w:tr>
        <w:tc>
          <w:tcPr>
            <w:tcW w:type="dxa" w:w="2880"/>
          </w:tcPr>
          <w:p>
            <w:r>
              <w:t>2026-09-05</w:t>
            </w:r>
          </w:p>
        </w:tc>
        <w:tc>
          <w:tcPr>
            <w:tcW w:type="dxa" w:w="2880"/>
          </w:tcPr>
          <w:p>
            <w:r>
              <w:t>W05</w:t>
            </w:r>
          </w:p>
        </w:tc>
        <w:tc>
          <w:tcPr>
            <w:tcW w:type="dxa" w:w="2880"/>
          </w:tcPr>
          <w:p>
            <w:r>
              <w:t>445</w:t>
            </w:r>
          </w:p>
        </w:tc>
      </w:tr>
      <w:tr>
        <w:tc>
          <w:tcPr>
            <w:tcW w:type="dxa" w:w="2880"/>
          </w:tcPr>
          <w:p>
            <w:r>
              <w:t>2026-09-05</w:t>
            </w:r>
          </w:p>
        </w:tc>
        <w:tc>
          <w:tcPr>
            <w:tcW w:type="dxa" w:w="2880"/>
          </w:tcPr>
          <w:p>
            <w:r>
              <w:t>Other</w:t>
            </w:r>
          </w:p>
        </w:tc>
        <w:tc>
          <w:tcPr>
            <w:tcW w:type="dxa" w:w="2880"/>
          </w:tcPr>
          <w:p>
            <w:r>
              <w:t>3,405</w:t>
            </w:r>
          </w:p>
        </w:tc>
      </w:tr>
      <w:tr>
        <w:tc>
          <w:tcPr>
            <w:tcW w:type="dxa" w:w="2880"/>
          </w:tcPr>
          <w:p>
            <w:r>
              <w:t>2026-09-06</w:t>
            </w:r>
          </w:p>
        </w:tc>
        <w:tc>
          <w:tcPr>
            <w:tcW w:type="dxa" w:w="2880"/>
          </w:tcPr>
          <w:p>
            <w:r>
              <w:t>W06</w:t>
            </w:r>
          </w:p>
        </w:tc>
        <w:tc>
          <w:tcPr>
            <w:tcW w:type="dxa" w:w="2880"/>
          </w:tcPr>
          <w:p>
            <w:r>
              <w:t>1,062</w:t>
            </w:r>
          </w:p>
        </w:tc>
      </w:tr>
      <w:tr>
        <w:tc>
          <w:tcPr>
            <w:tcW w:type="dxa" w:w="2880"/>
          </w:tcPr>
          <w:p>
            <w:r>
              <w:t>2026-09-06</w:t>
            </w:r>
          </w:p>
        </w:tc>
        <w:tc>
          <w:tcPr>
            <w:tcW w:type="dxa" w:w="2880"/>
          </w:tcPr>
          <w:p>
            <w:r>
              <w:t>W18</w:t>
            </w:r>
          </w:p>
        </w:tc>
        <w:tc>
          <w:tcPr>
            <w:tcW w:type="dxa" w:w="2880"/>
          </w:tcPr>
          <w:p>
            <w:r>
              <w:t>667</w:t>
            </w:r>
          </w:p>
        </w:tc>
      </w:tr>
      <w:tr>
        <w:tc>
          <w:tcPr>
            <w:tcW w:type="dxa" w:w="2880"/>
          </w:tcPr>
          <w:p>
            <w:r>
              <w:t>2026-09-06</w:t>
            </w:r>
          </w:p>
        </w:tc>
        <w:tc>
          <w:tcPr>
            <w:tcW w:type="dxa" w:w="2880"/>
          </w:tcPr>
          <w:p>
            <w:r>
              <w:t>W20</w:t>
            </w:r>
          </w:p>
        </w:tc>
        <w:tc>
          <w:tcPr>
            <w:tcW w:type="dxa" w:w="2880"/>
          </w:tcPr>
          <w:p>
            <w:r>
              <w:t>638</w:t>
            </w:r>
          </w:p>
        </w:tc>
      </w:tr>
      <w:tr>
        <w:tc>
          <w:tcPr>
            <w:tcW w:type="dxa" w:w="2880"/>
          </w:tcPr>
          <w:p>
            <w:r>
              <w:t>2026-09-06</w:t>
            </w:r>
          </w:p>
        </w:tc>
        <w:tc>
          <w:tcPr>
            <w:tcW w:type="dxa" w:w="2880"/>
          </w:tcPr>
          <w:p>
            <w:r>
              <w:t>W04</w:t>
            </w:r>
          </w:p>
        </w:tc>
        <w:tc>
          <w:tcPr>
            <w:tcW w:type="dxa" w:w="2880"/>
          </w:tcPr>
          <w:p>
            <w:r>
              <w:t>453</w:t>
            </w:r>
          </w:p>
        </w:tc>
      </w:tr>
      <w:tr>
        <w:tc>
          <w:tcPr>
            <w:tcW w:type="dxa" w:w="2880"/>
          </w:tcPr>
          <w:p>
            <w:r>
              <w:t>2026-09-06</w:t>
            </w:r>
          </w:p>
        </w:tc>
        <w:tc>
          <w:tcPr>
            <w:tcW w:type="dxa" w:w="2880"/>
          </w:tcPr>
          <w:p>
            <w:r>
              <w:t>W05</w:t>
            </w:r>
          </w:p>
        </w:tc>
        <w:tc>
          <w:tcPr>
            <w:tcW w:type="dxa" w:w="2880"/>
          </w:tcPr>
          <w:p>
            <w:r>
              <w:t>434</w:t>
            </w:r>
          </w:p>
        </w:tc>
      </w:tr>
      <w:tr>
        <w:tc>
          <w:tcPr>
            <w:tcW w:type="dxa" w:w="2880"/>
          </w:tcPr>
          <w:p>
            <w:r>
              <w:t>2026-09-06</w:t>
            </w:r>
          </w:p>
        </w:tc>
        <w:tc>
          <w:tcPr>
            <w:tcW w:type="dxa" w:w="2880"/>
          </w:tcPr>
          <w:p>
            <w:r>
              <w:t>Other</w:t>
            </w:r>
          </w:p>
        </w:tc>
        <w:tc>
          <w:tcPr>
            <w:tcW w:type="dxa" w:w="2880"/>
          </w:tcPr>
          <w:p>
            <w:r>
              <w:t>3,318</w:t>
            </w:r>
          </w:p>
        </w:tc>
      </w:tr>
      <w:tr>
        <w:tc>
          <w:tcPr>
            <w:tcW w:type="dxa" w:w="2880"/>
          </w:tcPr>
          <w:p>
            <w:r>
              <w:t>2026-09-07</w:t>
            </w:r>
          </w:p>
        </w:tc>
        <w:tc>
          <w:tcPr>
            <w:tcW w:type="dxa" w:w="2880"/>
          </w:tcPr>
          <w:p>
            <w:r>
              <w:t>W06</w:t>
            </w:r>
          </w:p>
        </w:tc>
        <w:tc>
          <w:tcPr>
            <w:tcW w:type="dxa" w:w="2880"/>
          </w:tcPr>
          <w:p>
            <w:r>
              <w:t>1,034</w:t>
            </w:r>
          </w:p>
        </w:tc>
      </w:tr>
      <w:tr>
        <w:tc>
          <w:tcPr>
            <w:tcW w:type="dxa" w:w="2880"/>
          </w:tcPr>
          <w:p>
            <w:r>
              <w:t>2026-09-07</w:t>
            </w:r>
          </w:p>
        </w:tc>
        <w:tc>
          <w:tcPr>
            <w:tcW w:type="dxa" w:w="2880"/>
          </w:tcPr>
          <w:p>
            <w:r>
              <w:t>W18</w:t>
            </w:r>
          </w:p>
        </w:tc>
        <w:tc>
          <w:tcPr>
            <w:tcW w:type="dxa" w:w="2880"/>
          </w:tcPr>
          <w:p>
            <w:r>
              <w:t>650</w:t>
            </w:r>
          </w:p>
        </w:tc>
      </w:tr>
      <w:tr>
        <w:tc>
          <w:tcPr>
            <w:tcW w:type="dxa" w:w="2880"/>
          </w:tcPr>
          <w:p>
            <w:r>
              <w:t>2026-09-07</w:t>
            </w:r>
          </w:p>
        </w:tc>
        <w:tc>
          <w:tcPr>
            <w:tcW w:type="dxa" w:w="2880"/>
          </w:tcPr>
          <w:p>
            <w:r>
              <w:t>W20</w:t>
            </w:r>
          </w:p>
        </w:tc>
        <w:tc>
          <w:tcPr>
            <w:tcW w:type="dxa" w:w="2880"/>
          </w:tcPr>
          <w:p>
            <w:r>
              <w:t>621</w:t>
            </w:r>
          </w:p>
        </w:tc>
      </w:tr>
      <w:tr>
        <w:tc>
          <w:tcPr>
            <w:tcW w:type="dxa" w:w="2880"/>
          </w:tcPr>
          <w:p>
            <w:r>
              <w:t>2026-09-07</w:t>
            </w:r>
          </w:p>
        </w:tc>
        <w:tc>
          <w:tcPr>
            <w:tcW w:type="dxa" w:w="2880"/>
          </w:tcPr>
          <w:p>
            <w:r>
              <w:t>W04</w:t>
            </w:r>
          </w:p>
        </w:tc>
        <w:tc>
          <w:tcPr>
            <w:tcW w:type="dxa" w:w="2880"/>
          </w:tcPr>
          <w:p>
            <w:r>
              <w:t>441</w:t>
            </w:r>
          </w:p>
        </w:tc>
      </w:tr>
      <w:tr>
        <w:tc>
          <w:tcPr>
            <w:tcW w:type="dxa" w:w="2880"/>
          </w:tcPr>
          <w:p>
            <w:r>
              <w:t>2026-09-07</w:t>
            </w:r>
          </w:p>
        </w:tc>
        <w:tc>
          <w:tcPr>
            <w:tcW w:type="dxa" w:w="2880"/>
          </w:tcPr>
          <w:p>
            <w:r>
              <w:t>W05</w:t>
            </w:r>
          </w:p>
        </w:tc>
        <w:tc>
          <w:tcPr>
            <w:tcW w:type="dxa" w:w="2880"/>
          </w:tcPr>
          <w:p>
            <w:r>
              <w:t>422</w:t>
            </w:r>
          </w:p>
        </w:tc>
      </w:tr>
      <w:tr>
        <w:tc>
          <w:tcPr>
            <w:tcW w:type="dxa" w:w="2880"/>
          </w:tcPr>
          <w:p>
            <w:r>
              <w:t>2026-09-07</w:t>
            </w:r>
          </w:p>
        </w:tc>
        <w:tc>
          <w:tcPr>
            <w:tcW w:type="dxa" w:w="2880"/>
          </w:tcPr>
          <w:p>
            <w:r>
              <w:t>Other</w:t>
            </w:r>
          </w:p>
        </w:tc>
        <w:tc>
          <w:tcPr>
            <w:tcW w:type="dxa" w:w="2880"/>
          </w:tcPr>
          <w:p>
            <w:r>
              <w:t>3,230</w:t>
            </w:r>
          </w:p>
        </w:tc>
      </w:tr>
      <w:tr>
        <w:tc>
          <w:tcPr>
            <w:tcW w:type="dxa" w:w="2880"/>
          </w:tcPr>
          <w:p>
            <w:r>
              <w:t>2026-09-08</w:t>
            </w:r>
          </w:p>
        </w:tc>
        <w:tc>
          <w:tcPr>
            <w:tcW w:type="dxa" w:w="2880"/>
          </w:tcPr>
          <w:p>
            <w:r>
              <w:t>W06</w:t>
            </w:r>
          </w:p>
        </w:tc>
        <w:tc>
          <w:tcPr>
            <w:tcW w:type="dxa" w:w="2880"/>
          </w:tcPr>
          <w:p>
            <w:r>
              <w:t>1,006</w:t>
            </w:r>
          </w:p>
        </w:tc>
      </w:tr>
      <w:tr>
        <w:tc>
          <w:tcPr>
            <w:tcW w:type="dxa" w:w="2880"/>
          </w:tcPr>
          <w:p>
            <w:r>
              <w:t>2026-09-08</w:t>
            </w:r>
          </w:p>
        </w:tc>
        <w:tc>
          <w:tcPr>
            <w:tcW w:type="dxa" w:w="2880"/>
          </w:tcPr>
          <w:p>
            <w:r>
              <w:t>W18</w:t>
            </w:r>
          </w:p>
        </w:tc>
        <w:tc>
          <w:tcPr>
            <w:tcW w:type="dxa" w:w="2880"/>
          </w:tcPr>
          <w:p>
            <w:r>
              <w:t>632</w:t>
            </w:r>
          </w:p>
        </w:tc>
      </w:tr>
      <w:tr>
        <w:tc>
          <w:tcPr>
            <w:tcW w:type="dxa" w:w="2880"/>
          </w:tcPr>
          <w:p>
            <w:r>
              <w:t>2026-09-08</w:t>
            </w:r>
          </w:p>
        </w:tc>
        <w:tc>
          <w:tcPr>
            <w:tcW w:type="dxa" w:w="2880"/>
          </w:tcPr>
          <w:p>
            <w:r>
              <w:t>W20</w:t>
            </w:r>
          </w:p>
        </w:tc>
        <w:tc>
          <w:tcPr>
            <w:tcW w:type="dxa" w:w="2880"/>
          </w:tcPr>
          <w:p>
            <w:r>
              <w:t>604</w:t>
            </w:r>
          </w:p>
        </w:tc>
      </w:tr>
      <w:tr>
        <w:tc>
          <w:tcPr>
            <w:tcW w:type="dxa" w:w="2880"/>
          </w:tcPr>
          <w:p>
            <w:r>
              <w:t>2026-09-08</w:t>
            </w:r>
          </w:p>
        </w:tc>
        <w:tc>
          <w:tcPr>
            <w:tcW w:type="dxa" w:w="2880"/>
          </w:tcPr>
          <w:p>
            <w:r>
              <w:t>W04</w:t>
            </w:r>
          </w:p>
        </w:tc>
        <w:tc>
          <w:tcPr>
            <w:tcW w:type="dxa" w:w="2880"/>
          </w:tcPr>
          <w:p>
            <w:r>
              <w:t>429</w:t>
            </w:r>
          </w:p>
        </w:tc>
      </w:tr>
      <w:tr>
        <w:tc>
          <w:tcPr>
            <w:tcW w:type="dxa" w:w="2880"/>
          </w:tcPr>
          <w:p>
            <w:r>
              <w:t>2026-09-08</w:t>
            </w:r>
          </w:p>
        </w:tc>
        <w:tc>
          <w:tcPr>
            <w:tcW w:type="dxa" w:w="2880"/>
          </w:tcPr>
          <w:p>
            <w:r>
              <w:t>W05</w:t>
            </w:r>
          </w:p>
        </w:tc>
        <w:tc>
          <w:tcPr>
            <w:tcW w:type="dxa" w:w="2880"/>
          </w:tcPr>
          <w:p>
            <w:r>
              <w:t>411</w:t>
            </w:r>
          </w:p>
        </w:tc>
      </w:tr>
      <w:tr>
        <w:tc>
          <w:tcPr>
            <w:tcW w:type="dxa" w:w="2880"/>
          </w:tcPr>
          <w:p>
            <w:r>
              <w:t>2026-09-08</w:t>
            </w:r>
          </w:p>
        </w:tc>
        <w:tc>
          <w:tcPr>
            <w:tcW w:type="dxa" w:w="2880"/>
          </w:tcPr>
          <w:p>
            <w:r>
              <w:t>Other</w:t>
            </w:r>
          </w:p>
        </w:tc>
        <w:tc>
          <w:tcPr>
            <w:tcW w:type="dxa" w:w="2880"/>
          </w:tcPr>
          <w:p>
            <w:r>
              <w:t>3,143</w:t>
            </w:r>
          </w:p>
        </w:tc>
      </w:tr>
      <w:tr>
        <w:tc>
          <w:tcPr>
            <w:tcW w:type="dxa" w:w="2880"/>
          </w:tcPr>
          <w:p>
            <w:r>
              <w:t>2026-09-09</w:t>
            </w:r>
          </w:p>
        </w:tc>
        <w:tc>
          <w:tcPr>
            <w:tcW w:type="dxa" w:w="2880"/>
          </w:tcPr>
          <w:p>
            <w:r>
              <w:t>W06</w:t>
            </w:r>
          </w:p>
        </w:tc>
        <w:tc>
          <w:tcPr>
            <w:tcW w:type="dxa" w:w="2880"/>
          </w:tcPr>
          <w:p>
            <w:r>
              <w:t>978</w:t>
            </w:r>
          </w:p>
        </w:tc>
      </w:tr>
      <w:tr>
        <w:tc>
          <w:tcPr>
            <w:tcW w:type="dxa" w:w="2880"/>
          </w:tcPr>
          <w:p>
            <w:r>
              <w:t>2026-09-09</w:t>
            </w:r>
          </w:p>
        </w:tc>
        <w:tc>
          <w:tcPr>
            <w:tcW w:type="dxa" w:w="2880"/>
          </w:tcPr>
          <w:p>
            <w:r>
              <w:t>W18</w:t>
            </w:r>
          </w:p>
        </w:tc>
        <w:tc>
          <w:tcPr>
            <w:tcW w:type="dxa" w:w="2880"/>
          </w:tcPr>
          <w:p>
            <w:r>
              <w:t>615</w:t>
            </w:r>
          </w:p>
        </w:tc>
      </w:tr>
      <w:tr>
        <w:tc>
          <w:tcPr>
            <w:tcW w:type="dxa" w:w="2880"/>
          </w:tcPr>
          <w:p>
            <w:r>
              <w:t>2026-09-09</w:t>
            </w:r>
          </w:p>
        </w:tc>
        <w:tc>
          <w:tcPr>
            <w:tcW w:type="dxa" w:w="2880"/>
          </w:tcPr>
          <w:p>
            <w:r>
              <w:t>W20</w:t>
            </w:r>
          </w:p>
        </w:tc>
        <w:tc>
          <w:tcPr>
            <w:tcW w:type="dxa" w:w="2880"/>
          </w:tcPr>
          <w:p>
            <w:r>
              <w:t>588</w:t>
            </w:r>
          </w:p>
        </w:tc>
      </w:tr>
      <w:tr>
        <w:tc>
          <w:tcPr>
            <w:tcW w:type="dxa" w:w="2880"/>
          </w:tcPr>
          <w:p>
            <w:r>
              <w:t>2026-09-09</w:t>
            </w:r>
          </w:p>
        </w:tc>
        <w:tc>
          <w:tcPr>
            <w:tcW w:type="dxa" w:w="2880"/>
          </w:tcPr>
          <w:p>
            <w:r>
              <w:t>W04</w:t>
            </w:r>
          </w:p>
        </w:tc>
        <w:tc>
          <w:tcPr>
            <w:tcW w:type="dxa" w:w="2880"/>
          </w:tcPr>
          <w:p>
            <w:r>
              <w:t>417</w:t>
            </w:r>
          </w:p>
        </w:tc>
      </w:tr>
      <w:tr>
        <w:tc>
          <w:tcPr>
            <w:tcW w:type="dxa" w:w="2880"/>
          </w:tcPr>
          <w:p>
            <w:r>
              <w:t>2026-09-09</w:t>
            </w:r>
          </w:p>
        </w:tc>
        <w:tc>
          <w:tcPr>
            <w:tcW w:type="dxa" w:w="2880"/>
          </w:tcPr>
          <w:p>
            <w:r>
              <w:t>W05</w:t>
            </w:r>
          </w:p>
        </w:tc>
        <w:tc>
          <w:tcPr>
            <w:tcW w:type="dxa" w:w="2880"/>
          </w:tcPr>
          <w:p>
            <w:r>
              <w:t>400</w:t>
            </w:r>
          </w:p>
        </w:tc>
      </w:tr>
      <w:tr>
        <w:tc>
          <w:tcPr>
            <w:tcW w:type="dxa" w:w="2880"/>
          </w:tcPr>
          <w:p>
            <w:r>
              <w:t>2026-09-09</w:t>
            </w:r>
          </w:p>
        </w:tc>
        <w:tc>
          <w:tcPr>
            <w:tcW w:type="dxa" w:w="2880"/>
          </w:tcPr>
          <w:p>
            <w:r>
              <w:t>Other</w:t>
            </w:r>
          </w:p>
        </w:tc>
        <w:tc>
          <w:tcPr>
            <w:tcW w:type="dxa" w:w="2880"/>
          </w:tcPr>
          <w:p>
            <w:r>
              <w:t>3,055</w:t>
            </w:r>
          </w:p>
        </w:tc>
      </w:tr>
      <w:tr>
        <w:tc>
          <w:tcPr>
            <w:tcW w:type="dxa" w:w="2880"/>
          </w:tcPr>
          <w:p>
            <w:r>
              <w:t>2026-09-10</w:t>
            </w:r>
          </w:p>
        </w:tc>
        <w:tc>
          <w:tcPr>
            <w:tcW w:type="dxa" w:w="2880"/>
          </w:tcPr>
          <w:p>
            <w:r>
              <w:t>W06</w:t>
            </w:r>
          </w:p>
        </w:tc>
        <w:tc>
          <w:tcPr>
            <w:tcW w:type="dxa" w:w="2880"/>
          </w:tcPr>
          <w:p>
            <w:r>
              <w:t>950</w:t>
            </w:r>
          </w:p>
        </w:tc>
      </w:tr>
      <w:tr>
        <w:tc>
          <w:tcPr>
            <w:tcW w:type="dxa" w:w="2880"/>
          </w:tcPr>
          <w:p>
            <w:r>
              <w:t>2026-09-10</w:t>
            </w:r>
          </w:p>
        </w:tc>
        <w:tc>
          <w:tcPr>
            <w:tcW w:type="dxa" w:w="2880"/>
          </w:tcPr>
          <w:p>
            <w:r>
              <w:t>W18</w:t>
            </w:r>
          </w:p>
        </w:tc>
        <w:tc>
          <w:tcPr>
            <w:tcW w:type="dxa" w:w="2880"/>
          </w:tcPr>
          <w:p>
            <w:r>
              <w:t>597</w:t>
            </w:r>
          </w:p>
        </w:tc>
      </w:tr>
      <w:tr>
        <w:tc>
          <w:tcPr>
            <w:tcW w:type="dxa" w:w="2880"/>
          </w:tcPr>
          <w:p>
            <w:r>
              <w:t>2026-09-10</w:t>
            </w:r>
          </w:p>
        </w:tc>
        <w:tc>
          <w:tcPr>
            <w:tcW w:type="dxa" w:w="2880"/>
          </w:tcPr>
          <w:p>
            <w:r>
              <w:t>W20</w:t>
            </w:r>
          </w:p>
        </w:tc>
        <w:tc>
          <w:tcPr>
            <w:tcW w:type="dxa" w:w="2880"/>
          </w:tcPr>
          <w:p>
            <w:r>
              <w:t>571</w:t>
            </w:r>
          </w:p>
        </w:tc>
      </w:tr>
      <w:tr>
        <w:tc>
          <w:tcPr>
            <w:tcW w:type="dxa" w:w="2880"/>
          </w:tcPr>
          <w:p>
            <w:r>
              <w:t>2026-09-10</w:t>
            </w:r>
          </w:p>
        </w:tc>
        <w:tc>
          <w:tcPr>
            <w:tcW w:type="dxa" w:w="2880"/>
          </w:tcPr>
          <w:p>
            <w:r>
              <w:t>W04</w:t>
            </w:r>
          </w:p>
        </w:tc>
        <w:tc>
          <w:tcPr>
            <w:tcW w:type="dxa" w:w="2880"/>
          </w:tcPr>
          <w:p>
            <w:r>
              <w:t>405</w:t>
            </w:r>
          </w:p>
        </w:tc>
      </w:tr>
      <w:tr>
        <w:tc>
          <w:tcPr>
            <w:tcW w:type="dxa" w:w="2880"/>
          </w:tcPr>
          <w:p>
            <w:r>
              <w:t>2026-09-10</w:t>
            </w:r>
          </w:p>
        </w:tc>
        <w:tc>
          <w:tcPr>
            <w:tcW w:type="dxa" w:w="2880"/>
          </w:tcPr>
          <w:p>
            <w:r>
              <w:t>W05</w:t>
            </w:r>
          </w:p>
        </w:tc>
        <w:tc>
          <w:tcPr>
            <w:tcW w:type="dxa" w:w="2880"/>
          </w:tcPr>
          <w:p>
            <w:r>
              <w:t>388</w:t>
            </w:r>
          </w:p>
        </w:tc>
      </w:tr>
      <w:tr>
        <w:tc>
          <w:tcPr>
            <w:tcW w:type="dxa" w:w="2880"/>
          </w:tcPr>
          <w:p>
            <w:r>
              <w:t>2026-09-10</w:t>
            </w:r>
          </w:p>
        </w:tc>
        <w:tc>
          <w:tcPr>
            <w:tcW w:type="dxa" w:w="2880"/>
          </w:tcPr>
          <w:p>
            <w:r>
              <w:t>Other</w:t>
            </w:r>
          </w:p>
        </w:tc>
        <w:tc>
          <w:tcPr>
            <w:tcW w:type="dxa" w:w="2880"/>
          </w:tcPr>
          <w:p>
            <w:r>
              <w:t>2,968</w:t>
            </w:r>
          </w:p>
        </w:tc>
      </w:tr>
      <w:tr>
        <w:tc>
          <w:tcPr>
            <w:tcW w:type="dxa" w:w="2880"/>
          </w:tcPr>
          <w:p>
            <w:r>
              <w:t>2026-09-11</w:t>
            </w:r>
          </w:p>
        </w:tc>
        <w:tc>
          <w:tcPr>
            <w:tcW w:type="dxa" w:w="2880"/>
          </w:tcPr>
          <w:p>
            <w:r>
              <w:t>W06</w:t>
            </w:r>
          </w:p>
        </w:tc>
        <w:tc>
          <w:tcPr>
            <w:tcW w:type="dxa" w:w="2880"/>
          </w:tcPr>
          <w:p>
            <w:r>
              <w:t>922</w:t>
            </w:r>
          </w:p>
        </w:tc>
      </w:tr>
      <w:tr>
        <w:tc>
          <w:tcPr>
            <w:tcW w:type="dxa" w:w="2880"/>
          </w:tcPr>
          <w:p>
            <w:r>
              <w:t>2026-09-11</w:t>
            </w:r>
          </w:p>
        </w:tc>
        <w:tc>
          <w:tcPr>
            <w:tcW w:type="dxa" w:w="2880"/>
          </w:tcPr>
          <w:p>
            <w:r>
              <w:t>W18</w:t>
            </w:r>
          </w:p>
        </w:tc>
        <w:tc>
          <w:tcPr>
            <w:tcW w:type="dxa" w:w="2880"/>
          </w:tcPr>
          <w:p>
            <w:r>
              <w:t>580</w:t>
            </w:r>
          </w:p>
        </w:tc>
      </w:tr>
      <w:tr>
        <w:tc>
          <w:tcPr>
            <w:tcW w:type="dxa" w:w="2880"/>
          </w:tcPr>
          <w:p>
            <w:r>
              <w:t>2026-09-11</w:t>
            </w:r>
          </w:p>
        </w:tc>
        <w:tc>
          <w:tcPr>
            <w:tcW w:type="dxa" w:w="2880"/>
          </w:tcPr>
          <w:p>
            <w:r>
              <w:t>W20</w:t>
            </w:r>
          </w:p>
        </w:tc>
        <w:tc>
          <w:tcPr>
            <w:tcW w:type="dxa" w:w="2880"/>
          </w:tcPr>
          <w:p>
            <w:r>
              <w:t>554</w:t>
            </w:r>
          </w:p>
        </w:tc>
      </w:tr>
      <w:tr>
        <w:tc>
          <w:tcPr>
            <w:tcW w:type="dxa" w:w="2880"/>
          </w:tcPr>
          <w:p>
            <w:r>
              <w:t>2026-09-11</w:t>
            </w:r>
          </w:p>
        </w:tc>
        <w:tc>
          <w:tcPr>
            <w:tcW w:type="dxa" w:w="2880"/>
          </w:tcPr>
          <w:p>
            <w:r>
              <w:t>W04</w:t>
            </w:r>
          </w:p>
        </w:tc>
        <w:tc>
          <w:tcPr>
            <w:tcW w:type="dxa" w:w="2880"/>
          </w:tcPr>
          <w:p>
            <w:r>
              <w:t>393</w:t>
            </w:r>
          </w:p>
        </w:tc>
      </w:tr>
      <w:tr>
        <w:tc>
          <w:tcPr>
            <w:tcW w:type="dxa" w:w="2880"/>
          </w:tcPr>
          <w:p>
            <w:r>
              <w:t>2026-09-11</w:t>
            </w:r>
          </w:p>
        </w:tc>
        <w:tc>
          <w:tcPr>
            <w:tcW w:type="dxa" w:w="2880"/>
          </w:tcPr>
          <w:p>
            <w:r>
              <w:t>W05</w:t>
            </w:r>
          </w:p>
        </w:tc>
        <w:tc>
          <w:tcPr>
            <w:tcW w:type="dxa" w:w="2880"/>
          </w:tcPr>
          <w:p>
            <w:r>
              <w:t>377</w:t>
            </w:r>
          </w:p>
        </w:tc>
      </w:tr>
      <w:tr>
        <w:tc>
          <w:tcPr>
            <w:tcW w:type="dxa" w:w="2880"/>
          </w:tcPr>
          <w:p>
            <w:r>
              <w:t>2026-09-11</w:t>
            </w:r>
          </w:p>
        </w:tc>
        <w:tc>
          <w:tcPr>
            <w:tcW w:type="dxa" w:w="2880"/>
          </w:tcPr>
          <w:p>
            <w:r>
              <w:t>Other</w:t>
            </w:r>
          </w:p>
        </w:tc>
        <w:tc>
          <w:tcPr>
            <w:tcW w:type="dxa" w:w="2880"/>
          </w:tcPr>
          <w:p>
            <w:r>
              <w:t>2,880</w:t>
            </w:r>
          </w:p>
        </w:tc>
      </w:tr>
      <w:tr>
        <w:tc>
          <w:tcPr>
            <w:tcW w:type="dxa" w:w="2880"/>
          </w:tcPr>
          <w:p>
            <w:r>
              <w:t>2026-09-12</w:t>
            </w:r>
          </w:p>
        </w:tc>
        <w:tc>
          <w:tcPr>
            <w:tcW w:type="dxa" w:w="2880"/>
          </w:tcPr>
          <w:p>
            <w:r>
              <w:t>W06</w:t>
            </w:r>
          </w:p>
        </w:tc>
        <w:tc>
          <w:tcPr>
            <w:tcW w:type="dxa" w:w="2880"/>
          </w:tcPr>
          <w:p>
            <w:r>
              <w:t>894</w:t>
            </w:r>
          </w:p>
        </w:tc>
      </w:tr>
      <w:tr>
        <w:tc>
          <w:tcPr>
            <w:tcW w:type="dxa" w:w="2880"/>
          </w:tcPr>
          <w:p>
            <w:r>
              <w:t>2026-09-12</w:t>
            </w:r>
          </w:p>
        </w:tc>
        <w:tc>
          <w:tcPr>
            <w:tcW w:type="dxa" w:w="2880"/>
          </w:tcPr>
          <w:p>
            <w:r>
              <w:t>W18</w:t>
            </w:r>
          </w:p>
        </w:tc>
        <w:tc>
          <w:tcPr>
            <w:tcW w:type="dxa" w:w="2880"/>
          </w:tcPr>
          <w:p>
            <w:r>
              <w:t>562</w:t>
            </w:r>
          </w:p>
        </w:tc>
      </w:tr>
      <w:tr>
        <w:tc>
          <w:tcPr>
            <w:tcW w:type="dxa" w:w="2880"/>
          </w:tcPr>
          <w:p>
            <w:r>
              <w:t>2026-09-12</w:t>
            </w:r>
          </w:p>
        </w:tc>
        <w:tc>
          <w:tcPr>
            <w:tcW w:type="dxa" w:w="2880"/>
          </w:tcPr>
          <w:p>
            <w:r>
              <w:t>W20</w:t>
            </w:r>
          </w:p>
        </w:tc>
        <w:tc>
          <w:tcPr>
            <w:tcW w:type="dxa" w:w="2880"/>
          </w:tcPr>
          <w:p>
            <w:r>
              <w:t>537</w:t>
            </w:r>
          </w:p>
        </w:tc>
      </w:tr>
      <w:tr>
        <w:tc>
          <w:tcPr>
            <w:tcW w:type="dxa" w:w="2880"/>
          </w:tcPr>
          <w:p>
            <w:r>
              <w:t>2026-09-12</w:t>
            </w:r>
          </w:p>
        </w:tc>
        <w:tc>
          <w:tcPr>
            <w:tcW w:type="dxa" w:w="2880"/>
          </w:tcPr>
          <w:p>
            <w:r>
              <w:t>W04</w:t>
            </w:r>
          </w:p>
        </w:tc>
        <w:tc>
          <w:tcPr>
            <w:tcW w:type="dxa" w:w="2880"/>
          </w:tcPr>
          <w:p>
            <w:r>
              <w:t>381</w:t>
            </w:r>
          </w:p>
        </w:tc>
      </w:tr>
      <w:tr>
        <w:tc>
          <w:tcPr>
            <w:tcW w:type="dxa" w:w="2880"/>
          </w:tcPr>
          <w:p>
            <w:r>
              <w:t>2026-09-12</w:t>
            </w:r>
          </w:p>
        </w:tc>
        <w:tc>
          <w:tcPr>
            <w:tcW w:type="dxa" w:w="2880"/>
          </w:tcPr>
          <w:p>
            <w:r>
              <w:t>W05</w:t>
            </w:r>
          </w:p>
        </w:tc>
        <w:tc>
          <w:tcPr>
            <w:tcW w:type="dxa" w:w="2880"/>
          </w:tcPr>
          <w:p>
            <w:r>
              <w:t>365</w:t>
            </w:r>
          </w:p>
        </w:tc>
      </w:tr>
      <w:tr>
        <w:tc>
          <w:tcPr>
            <w:tcW w:type="dxa" w:w="2880"/>
          </w:tcPr>
          <w:p>
            <w:r>
              <w:t>2026-09-12</w:t>
            </w:r>
          </w:p>
        </w:tc>
        <w:tc>
          <w:tcPr>
            <w:tcW w:type="dxa" w:w="2880"/>
          </w:tcPr>
          <w:p>
            <w:r>
              <w:t>Other</w:t>
            </w:r>
          </w:p>
        </w:tc>
        <w:tc>
          <w:tcPr>
            <w:tcW w:type="dxa" w:w="2880"/>
          </w:tcPr>
          <w:p>
            <w:r>
              <w:t>2,792</w:t>
            </w:r>
          </w:p>
        </w:tc>
      </w:tr>
      <w:tr>
        <w:tc>
          <w:tcPr>
            <w:tcW w:type="dxa" w:w="2880"/>
          </w:tcPr>
          <w:p>
            <w:r>
              <w:t>2026-09-13</w:t>
            </w:r>
          </w:p>
        </w:tc>
        <w:tc>
          <w:tcPr>
            <w:tcW w:type="dxa" w:w="2880"/>
          </w:tcPr>
          <w:p>
            <w:r>
              <w:t>W06</w:t>
            </w:r>
          </w:p>
        </w:tc>
        <w:tc>
          <w:tcPr>
            <w:tcW w:type="dxa" w:w="2880"/>
          </w:tcPr>
          <w:p>
            <w:r>
              <w:t>866</w:t>
            </w:r>
          </w:p>
        </w:tc>
      </w:tr>
      <w:tr>
        <w:tc>
          <w:tcPr>
            <w:tcW w:type="dxa" w:w="2880"/>
          </w:tcPr>
          <w:p>
            <w:r>
              <w:t>2026-09-13</w:t>
            </w:r>
          </w:p>
        </w:tc>
        <w:tc>
          <w:tcPr>
            <w:tcW w:type="dxa" w:w="2880"/>
          </w:tcPr>
          <w:p>
            <w:r>
              <w:t>W18</w:t>
            </w:r>
          </w:p>
        </w:tc>
        <w:tc>
          <w:tcPr>
            <w:tcW w:type="dxa" w:w="2880"/>
          </w:tcPr>
          <w:p>
            <w:r>
              <w:t>544</w:t>
            </w:r>
          </w:p>
        </w:tc>
      </w:tr>
      <w:tr>
        <w:tc>
          <w:tcPr>
            <w:tcW w:type="dxa" w:w="2880"/>
          </w:tcPr>
          <w:p>
            <w:r>
              <w:t>2026-09-13</w:t>
            </w:r>
          </w:p>
        </w:tc>
        <w:tc>
          <w:tcPr>
            <w:tcW w:type="dxa" w:w="2880"/>
          </w:tcPr>
          <w:p>
            <w:r>
              <w:t>W20</w:t>
            </w:r>
          </w:p>
        </w:tc>
        <w:tc>
          <w:tcPr>
            <w:tcW w:type="dxa" w:w="2880"/>
          </w:tcPr>
          <w:p>
            <w:r>
              <w:t>520</w:t>
            </w:r>
          </w:p>
        </w:tc>
      </w:tr>
      <w:tr>
        <w:tc>
          <w:tcPr>
            <w:tcW w:type="dxa" w:w="2880"/>
          </w:tcPr>
          <w:p>
            <w:r>
              <w:t>2026-09-13</w:t>
            </w:r>
          </w:p>
        </w:tc>
        <w:tc>
          <w:tcPr>
            <w:tcW w:type="dxa" w:w="2880"/>
          </w:tcPr>
          <w:p>
            <w:r>
              <w:t>W04</w:t>
            </w:r>
          </w:p>
        </w:tc>
        <w:tc>
          <w:tcPr>
            <w:tcW w:type="dxa" w:w="2880"/>
          </w:tcPr>
          <w:p>
            <w:r>
              <w:t>370</w:t>
            </w:r>
          </w:p>
        </w:tc>
      </w:tr>
      <w:tr>
        <w:tc>
          <w:tcPr>
            <w:tcW w:type="dxa" w:w="2880"/>
          </w:tcPr>
          <w:p>
            <w:r>
              <w:t>2026-09-13</w:t>
            </w:r>
          </w:p>
        </w:tc>
        <w:tc>
          <w:tcPr>
            <w:tcW w:type="dxa" w:w="2880"/>
          </w:tcPr>
          <w:p>
            <w:r>
              <w:t>W05</w:t>
            </w:r>
          </w:p>
        </w:tc>
        <w:tc>
          <w:tcPr>
            <w:tcW w:type="dxa" w:w="2880"/>
          </w:tcPr>
          <w:p>
            <w:r>
              <w:t>354</w:t>
            </w:r>
          </w:p>
        </w:tc>
      </w:tr>
      <w:tr>
        <w:tc>
          <w:tcPr>
            <w:tcW w:type="dxa" w:w="2880"/>
          </w:tcPr>
          <w:p>
            <w:r>
              <w:t>2026-09-13</w:t>
            </w:r>
          </w:p>
        </w:tc>
        <w:tc>
          <w:tcPr>
            <w:tcW w:type="dxa" w:w="2880"/>
          </w:tcPr>
          <w:p>
            <w:r>
              <w:t>Other</w:t>
            </w:r>
          </w:p>
        </w:tc>
        <w:tc>
          <w:tcPr>
            <w:tcW w:type="dxa" w:w="2880"/>
          </w:tcPr>
          <w:p>
            <w:r>
              <w:t>2,705</w:t>
            </w:r>
          </w:p>
        </w:tc>
      </w:tr>
      <w:tr>
        <w:tc>
          <w:tcPr>
            <w:tcW w:type="dxa" w:w="2880"/>
          </w:tcPr>
          <w:p>
            <w:r>
              <w:t>2026-09-14</w:t>
            </w:r>
          </w:p>
        </w:tc>
        <w:tc>
          <w:tcPr>
            <w:tcW w:type="dxa" w:w="2880"/>
          </w:tcPr>
          <w:p>
            <w:r>
              <w:t>W06</w:t>
            </w:r>
          </w:p>
        </w:tc>
        <w:tc>
          <w:tcPr>
            <w:tcW w:type="dxa" w:w="2880"/>
          </w:tcPr>
          <w:p>
            <w:r>
              <w:t>838</w:t>
            </w:r>
          </w:p>
        </w:tc>
      </w:tr>
      <w:tr>
        <w:tc>
          <w:tcPr>
            <w:tcW w:type="dxa" w:w="2880"/>
          </w:tcPr>
          <w:p>
            <w:r>
              <w:t>2026-09-14</w:t>
            </w:r>
          </w:p>
        </w:tc>
        <w:tc>
          <w:tcPr>
            <w:tcW w:type="dxa" w:w="2880"/>
          </w:tcPr>
          <w:p>
            <w:r>
              <w:t>W18</w:t>
            </w:r>
          </w:p>
        </w:tc>
        <w:tc>
          <w:tcPr>
            <w:tcW w:type="dxa" w:w="2880"/>
          </w:tcPr>
          <w:p>
            <w:r>
              <w:t>527</w:t>
            </w:r>
          </w:p>
        </w:tc>
      </w:tr>
      <w:tr>
        <w:tc>
          <w:tcPr>
            <w:tcW w:type="dxa" w:w="2880"/>
          </w:tcPr>
          <w:p>
            <w:r>
              <w:t>2026-09-14</w:t>
            </w:r>
          </w:p>
        </w:tc>
        <w:tc>
          <w:tcPr>
            <w:tcW w:type="dxa" w:w="2880"/>
          </w:tcPr>
          <w:p>
            <w:r>
              <w:t>W20</w:t>
            </w:r>
          </w:p>
        </w:tc>
        <w:tc>
          <w:tcPr>
            <w:tcW w:type="dxa" w:w="2880"/>
          </w:tcPr>
          <w:p>
            <w:r>
              <w:t>504</w:t>
            </w:r>
          </w:p>
        </w:tc>
      </w:tr>
      <w:tr>
        <w:tc>
          <w:tcPr>
            <w:tcW w:type="dxa" w:w="2880"/>
          </w:tcPr>
          <w:p>
            <w:r>
              <w:t>2026-09-14</w:t>
            </w:r>
          </w:p>
        </w:tc>
        <w:tc>
          <w:tcPr>
            <w:tcW w:type="dxa" w:w="2880"/>
          </w:tcPr>
          <w:p>
            <w:r>
              <w:t>W04</w:t>
            </w:r>
          </w:p>
        </w:tc>
        <w:tc>
          <w:tcPr>
            <w:tcW w:type="dxa" w:w="2880"/>
          </w:tcPr>
          <w:p>
            <w:r>
              <w:t>358</w:t>
            </w:r>
          </w:p>
        </w:tc>
      </w:tr>
      <w:tr>
        <w:tc>
          <w:tcPr>
            <w:tcW w:type="dxa" w:w="2880"/>
          </w:tcPr>
          <w:p>
            <w:r>
              <w:t>2026-09-14</w:t>
            </w:r>
          </w:p>
        </w:tc>
        <w:tc>
          <w:tcPr>
            <w:tcW w:type="dxa" w:w="2880"/>
          </w:tcPr>
          <w:p>
            <w:r>
              <w:t>W05</w:t>
            </w:r>
          </w:p>
        </w:tc>
        <w:tc>
          <w:tcPr>
            <w:tcW w:type="dxa" w:w="2880"/>
          </w:tcPr>
          <w:p>
            <w:r>
              <w:t>342</w:t>
            </w:r>
          </w:p>
        </w:tc>
      </w:tr>
      <w:tr>
        <w:tc>
          <w:tcPr>
            <w:tcW w:type="dxa" w:w="2880"/>
          </w:tcPr>
          <w:p>
            <w:r>
              <w:t>2026-09-14</w:t>
            </w:r>
          </w:p>
        </w:tc>
        <w:tc>
          <w:tcPr>
            <w:tcW w:type="dxa" w:w="2880"/>
          </w:tcPr>
          <w:p>
            <w:r>
              <w:t>Other</w:t>
            </w:r>
          </w:p>
        </w:tc>
        <w:tc>
          <w:tcPr>
            <w:tcW w:type="dxa" w:w="2880"/>
          </w:tcPr>
          <w:p>
            <w:r>
              <w:t>2,616</w:t>
            </w:r>
          </w:p>
        </w:tc>
      </w:tr>
      <w:tr>
        <w:tc>
          <w:tcPr>
            <w:tcW w:type="dxa" w:w="2880"/>
          </w:tcPr>
          <w:p>
            <w:r>
              <w:t>2026-09-15</w:t>
            </w:r>
          </w:p>
        </w:tc>
        <w:tc>
          <w:tcPr>
            <w:tcW w:type="dxa" w:w="2880"/>
          </w:tcPr>
          <w:p>
            <w:r>
              <w:t>W06</w:t>
            </w:r>
          </w:p>
        </w:tc>
        <w:tc>
          <w:tcPr>
            <w:tcW w:type="dxa" w:w="2880"/>
          </w:tcPr>
          <w:p>
            <w:r>
              <w:t>811</w:t>
            </w:r>
          </w:p>
        </w:tc>
      </w:tr>
      <w:tr>
        <w:tc>
          <w:tcPr>
            <w:tcW w:type="dxa" w:w="2880"/>
          </w:tcPr>
          <w:p>
            <w:r>
              <w:t>2026-09-15</w:t>
            </w:r>
          </w:p>
        </w:tc>
        <w:tc>
          <w:tcPr>
            <w:tcW w:type="dxa" w:w="2880"/>
          </w:tcPr>
          <w:p>
            <w:r>
              <w:t>W18</w:t>
            </w:r>
          </w:p>
        </w:tc>
        <w:tc>
          <w:tcPr>
            <w:tcW w:type="dxa" w:w="2880"/>
          </w:tcPr>
          <w:p>
            <w:r>
              <w:t>509</w:t>
            </w:r>
          </w:p>
        </w:tc>
      </w:tr>
      <w:tr>
        <w:tc>
          <w:tcPr>
            <w:tcW w:type="dxa" w:w="2880"/>
          </w:tcPr>
          <w:p>
            <w:r>
              <w:t>2026-09-15</w:t>
            </w:r>
          </w:p>
        </w:tc>
        <w:tc>
          <w:tcPr>
            <w:tcW w:type="dxa" w:w="2880"/>
          </w:tcPr>
          <w:p>
            <w:r>
              <w:t>W20</w:t>
            </w:r>
          </w:p>
        </w:tc>
        <w:tc>
          <w:tcPr>
            <w:tcW w:type="dxa" w:w="2880"/>
          </w:tcPr>
          <w:p>
            <w:r>
              <w:t>487</w:t>
            </w:r>
          </w:p>
        </w:tc>
      </w:tr>
      <w:tr>
        <w:tc>
          <w:tcPr>
            <w:tcW w:type="dxa" w:w="2880"/>
          </w:tcPr>
          <w:p>
            <w:r>
              <w:t>2026-09-15</w:t>
            </w:r>
          </w:p>
        </w:tc>
        <w:tc>
          <w:tcPr>
            <w:tcW w:type="dxa" w:w="2880"/>
          </w:tcPr>
          <w:p>
            <w:r>
              <w:t>W04</w:t>
            </w:r>
          </w:p>
        </w:tc>
        <w:tc>
          <w:tcPr>
            <w:tcW w:type="dxa" w:w="2880"/>
          </w:tcPr>
          <w:p>
            <w:r>
              <w:t>346</w:t>
            </w:r>
          </w:p>
        </w:tc>
      </w:tr>
      <w:tr>
        <w:tc>
          <w:tcPr>
            <w:tcW w:type="dxa" w:w="2880"/>
          </w:tcPr>
          <w:p>
            <w:r>
              <w:t>2026-09-15</w:t>
            </w:r>
          </w:p>
        </w:tc>
        <w:tc>
          <w:tcPr>
            <w:tcW w:type="dxa" w:w="2880"/>
          </w:tcPr>
          <w:p>
            <w:r>
              <w:t>W05</w:t>
            </w:r>
          </w:p>
        </w:tc>
        <w:tc>
          <w:tcPr>
            <w:tcW w:type="dxa" w:w="2880"/>
          </w:tcPr>
          <w:p>
            <w:r>
              <w:t>331</w:t>
            </w:r>
          </w:p>
        </w:tc>
      </w:tr>
      <w:tr>
        <w:tc>
          <w:tcPr>
            <w:tcW w:type="dxa" w:w="2880"/>
          </w:tcPr>
          <w:p>
            <w:r>
              <w:t>2026-09-15</w:t>
            </w:r>
          </w:p>
        </w:tc>
        <w:tc>
          <w:tcPr>
            <w:tcW w:type="dxa" w:w="2880"/>
          </w:tcPr>
          <w:p>
            <w:r>
              <w:t>Other</w:t>
            </w:r>
          </w:p>
        </w:tc>
        <w:tc>
          <w:tcPr>
            <w:tcW w:type="dxa" w:w="2880"/>
          </w:tcPr>
          <w:p>
            <w:r>
              <w:t>2,530</w:t>
            </w:r>
          </w:p>
        </w:tc>
      </w:tr>
      <w:tr>
        <w:tc>
          <w:tcPr>
            <w:tcW w:type="dxa" w:w="2880"/>
          </w:tcPr>
          <w:p>
            <w:r>
              <w:t>2026-09-16</w:t>
            </w:r>
          </w:p>
        </w:tc>
        <w:tc>
          <w:tcPr>
            <w:tcW w:type="dxa" w:w="2880"/>
          </w:tcPr>
          <w:p>
            <w:r>
              <w:t>W06</w:t>
            </w:r>
          </w:p>
        </w:tc>
        <w:tc>
          <w:tcPr>
            <w:tcW w:type="dxa" w:w="2880"/>
          </w:tcPr>
          <w:p>
            <w:r>
              <w:t>783</w:t>
            </w:r>
          </w:p>
        </w:tc>
      </w:tr>
      <w:tr>
        <w:tc>
          <w:tcPr>
            <w:tcW w:type="dxa" w:w="2880"/>
          </w:tcPr>
          <w:p>
            <w:r>
              <w:t>2026-09-16</w:t>
            </w:r>
          </w:p>
        </w:tc>
        <w:tc>
          <w:tcPr>
            <w:tcW w:type="dxa" w:w="2880"/>
          </w:tcPr>
          <w:p>
            <w:r>
              <w:t>W18</w:t>
            </w:r>
          </w:p>
        </w:tc>
        <w:tc>
          <w:tcPr>
            <w:tcW w:type="dxa" w:w="2880"/>
          </w:tcPr>
          <w:p>
            <w:r>
              <w:t>492</w:t>
            </w:r>
          </w:p>
        </w:tc>
      </w:tr>
      <w:tr>
        <w:tc>
          <w:tcPr>
            <w:tcW w:type="dxa" w:w="2880"/>
          </w:tcPr>
          <w:p>
            <w:r>
              <w:t>2026-09-16</w:t>
            </w:r>
          </w:p>
        </w:tc>
        <w:tc>
          <w:tcPr>
            <w:tcW w:type="dxa" w:w="2880"/>
          </w:tcPr>
          <w:p>
            <w:r>
              <w:t>W20</w:t>
            </w:r>
          </w:p>
        </w:tc>
        <w:tc>
          <w:tcPr>
            <w:tcW w:type="dxa" w:w="2880"/>
          </w:tcPr>
          <w:p>
            <w:r>
              <w:t>470</w:t>
            </w:r>
          </w:p>
        </w:tc>
      </w:tr>
      <w:tr>
        <w:tc>
          <w:tcPr>
            <w:tcW w:type="dxa" w:w="2880"/>
          </w:tcPr>
          <w:p>
            <w:r>
              <w:t>2026-09-16</w:t>
            </w:r>
          </w:p>
        </w:tc>
        <w:tc>
          <w:tcPr>
            <w:tcW w:type="dxa" w:w="2880"/>
          </w:tcPr>
          <w:p>
            <w:r>
              <w:t>W04</w:t>
            </w:r>
          </w:p>
        </w:tc>
        <w:tc>
          <w:tcPr>
            <w:tcW w:type="dxa" w:w="2880"/>
          </w:tcPr>
          <w:p>
            <w:r>
              <w:t>334</w:t>
            </w:r>
          </w:p>
        </w:tc>
      </w:tr>
      <w:tr>
        <w:tc>
          <w:tcPr>
            <w:tcW w:type="dxa" w:w="2880"/>
          </w:tcPr>
          <w:p>
            <w:r>
              <w:t>2026-09-16</w:t>
            </w:r>
          </w:p>
        </w:tc>
        <w:tc>
          <w:tcPr>
            <w:tcW w:type="dxa" w:w="2880"/>
          </w:tcPr>
          <w:p>
            <w:r>
              <w:t>W05</w:t>
            </w:r>
          </w:p>
        </w:tc>
        <w:tc>
          <w:tcPr>
            <w:tcW w:type="dxa" w:w="2880"/>
          </w:tcPr>
          <w:p>
            <w:r>
              <w:t>320</w:t>
            </w:r>
          </w:p>
        </w:tc>
      </w:tr>
      <w:tr>
        <w:tc>
          <w:tcPr>
            <w:tcW w:type="dxa" w:w="2880"/>
          </w:tcPr>
          <w:p>
            <w:r>
              <w:t>2026-09-16</w:t>
            </w:r>
          </w:p>
        </w:tc>
        <w:tc>
          <w:tcPr>
            <w:tcW w:type="dxa" w:w="2880"/>
          </w:tcPr>
          <w:p>
            <w:r>
              <w:t>Other</w:t>
            </w:r>
          </w:p>
        </w:tc>
        <w:tc>
          <w:tcPr>
            <w:tcW w:type="dxa" w:w="2880"/>
          </w:tcPr>
          <w:p>
            <w:r>
              <w:t>2,442</w:t>
            </w:r>
          </w:p>
        </w:tc>
      </w:tr>
      <w:tr>
        <w:tc>
          <w:tcPr>
            <w:tcW w:type="dxa" w:w="2880"/>
          </w:tcPr>
          <w:p>
            <w:r>
              <w:t>2026-09-17</w:t>
            </w:r>
          </w:p>
        </w:tc>
        <w:tc>
          <w:tcPr>
            <w:tcW w:type="dxa" w:w="2880"/>
          </w:tcPr>
          <w:p>
            <w:r>
              <w:t>W06</w:t>
            </w:r>
          </w:p>
        </w:tc>
        <w:tc>
          <w:tcPr>
            <w:tcW w:type="dxa" w:w="2880"/>
          </w:tcPr>
          <w:p>
            <w:r>
              <w:t>755</w:t>
            </w:r>
          </w:p>
        </w:tc>
      </w:tr>
      <w:tr>
        <w:tc>
          <w:tcPr>
            <w:tcW w:type="dxa" w:w="2880"/>
          </w:tcPr>
          <w:p>
            <w:r>
              <w:t>2026-09-17</w:t>
            </w:r>
          </w:p>
        </w:tc>
        <w:tc>
          <w:tcPr>
            <w:tcW w:type="dxa" w:w="2880"/>
          </w:tcPr>
          <w:p>
            <w:r>
              <w:t>W18</w:t>
            </w:r>
          </w:p>
        </w:tc>
        <w:tc>
          <w:tcPr>
            <w:tcW w:type="dxa" w:w="2880"/>
          </w:tcPr>
          <w:p>
            <w:r>
              <w:t>474</w:t>
            </w:r>
          </w:p>
        </w:tc>
      </w:tr>
      <w:tr>
        <w:tc>
          <w:tcPr>
            <w:tcW w:type="dxa" w:w="2880"/>
          </w:tcPr>
          <w:p>
            <w:r>
              <w:t>2026-09-17</w:t>
            </w:r>
          </w:p>
        </w:tc>
        <w:tc>
          <w:tcPr>
            <w:tcW w:type="dxa" w:w="2880"/>
          </w:tcPr>
          <w:p>
            <w:r>
              <w:t>W20</w:t>
            </w:r>
          </w:p>
        </w:tc>
        <w:tc>
          <w:tcPr>
            <w:tcW w:type="dxa" w:w="2880"/>
          </w:tcPr>
          <w:p>
            <w:r>
              <w:t>453</w:t>
            </w:r>
          </w:p>
        </w:tc>
      </w:tr>
      <w:tr>
        <w:tc>
          <w:tcPr>
            <w:tcW w:type="dxa" w:w="2880"/>
          </w:tcPr>
          <w:p>
            <w:r>
              <w:t>2026-09-17</w:t>
            </w:r>
          </w:p>
        </w:tc>
        <w:tc>
          <w:tcPr>
            <w:tcW w:type="dxa" w:w="2880"/>
          </w:tcPr>
          <w:p>
            <w:r>
              <w:t>W04</w:t>
            </w:r>
          </w:p>
        </w:tc>
        <w:tc>
          <w:tcPr>
            <w:tcW w:type="dxa" w:w="2880"/>
          </w:tcPr>
          <w:p>
            <w:r>
              <w:t>322</w:t>
            </w:r>
          </w:p>
        </w:tc>
      </w:tr>
      <w:tr>
        <w:tc>
          <w:tcPr>
            <w:tcW w:type="dxa" w:w="2880"/>
          </w:tcPr>
          <w:p>
            <w:r>
              <w:t>2026-09-17</w:t>
            </w:r>
          </w:p>
        </w:tc>
        <w:tc>
          <w:tcPr>
            <w:tcW w:type="dxa" w:w="2880"/>
          </w:tcPr>
          <w:p>
            <w:r>
              <w:t>W05</w:t>
            </w:r>
          </w:p>
        </w:tc>
        <w:tc>
          <w:tcPr>
            <w:tcW w:type="dxa" w:w="2880"/>
          </w:tcPr>
          <w:p>
            <w:r>
              <w:t>308</w:t>
            </w:r>
          </w:p>
        </w:tc>
      </w:tr>
      <w:tr>
        <w:tc>
          <w:tcPr>
            <w:tcW w:type="dxa" w:w="2880"/>
          </w:tcPr>
          <w:p>
            <w:r>
              <w:t>2026-09-17</w:t>
            </w:r>
          </w:p>
        </w:tc>
        <w:tc>
          <w:tcPr>
            <w:tcW w:type="dxa" w:w="2880"/>
          </w:tcPr>
          <w:p>
            <w:r>
              <w:t>Other</w:t>
            </w:r>
          </w:p>
        </w:tc>
        <w:tc>
          <w:tcPr>
            <w:tcW w:type="dxa" w:w="2880"/>
          </w:tcPr>
          <w:p>
            <w:r>
              <w:t>2,355</w:t>
            </w:r>
          </w:p>
        </w:tc>
      </w:tr>
      <w:tr>
        <w:tc>
          <w:tcPr>
            <w:tcW w:type="dxa" w:w="2880"/>
          </w:tcPr>
          <w:p>
            <w:r>
              <w:t>2026-09-18</w:t>
            </w:r>
          </w:p>
        </w:tc>
        <w:tc>
          <w:tcPr>
            <w:tcW w:type="dxa" w:w="2880"/>
          </w:tcPr>
          <w:p>
            <w:r>
              <w:t>W06</w:t>
            </w:r>
          </w:p>
        </w:tc>
        <w:tc>
          <w:tcPr>
            <w:tcW w:type="dxa" w:w="2880"/>
          </w:tcPr>
          <w:p>
            <w:r>
              <w:t>727</w:t>
            </w:r>
          </w:p>
        </w:tc>
      </w:tr>
      <w:tr>
        <w:tc>
          <w:tcPr>
            <w:tcW w:type="dxa" w:w="2880"/>
          </w:tcPr>
          <w:p>
            <w:r>
              <w:t>2026-09-18</w:t>
            </w:r>
          </w:p>
        </w:tc>
        <w:tc>
          <w:tcPr>
            <w:tcW w:type="dxa" w:w="2880"/>
          </w:tcPr>
          <w:p>
            <w:r>
              <w:t>W18</w:t>
            </w:r>
          </w:p>
        </w:tc>
        <w:tc>
          <w:tcPr>
            <w:tcW w:type="dxa" w:w="2880"/>
          </w:tcPr>
          <w:p>
            <w:r>
              <w:t>457</w:t>
            </w:r>
          </w:p>
        </w:tc>
      </w:tr>
      <w:tr>
        <w:tc>
          <w:tcPr>
            <w:tcW w:type="dxa" w:w="2880"/>
          </w:tcPr>
          <w:p>
            <w:r>
              <w:t>2026-09-18</w:t>
            </w:r>
          </w:p>
        </w:tc>
        <w:tc>
          <w:tcPr>
            <w:tcW w:type="dxa" w:w="2880"/>
          </w:tcPr>
          <w:p>
            <w:r>
              <w:t>W20</w:t>
            </w:r>
          </w:p>
        </w:tc>
        <w:tc>
          <w:tcPr>
            <w:tcW w:type="dxa" w:w="2880"/>
          </w:tcPr>
          <w:p>
            <w:r>
              <w:t>436</w:t>
            </w:r>
          </w:p>
        </w:tc>
      </w:tr>
      <w:tr>
        <w:tc>
          <w:tcPr>
            <w:tcW w:type="dxa" w:w="2880"/>
          </w:tcPr>
          <w:p>
            <w:r>
              <w:t>2026-09-18</w:t>
            </w:r>
          </w:p>
        </w:tc>
        <w:tc>
          <w:tcPr>
            <w:tcW w:type="dxa" w:w="2880"/>
          </w:tcPr>
          <w:p>
            <w:r>
              <w:t>W04</w:t>
            </w:r>
          </w:p>
        </w:tc>
        <w:tc>
          <w:tcPr>
            <w:tcW w:type="dxa" w:w="2880"/>
          </w:tcPr>
          <w:p>
            <w:r>
              <w:t>310</w:t>
            </w:r>
          </w:p>
        </w:tc>
      </w:tr>
      <w:tr>
        <w:tc>
          <w:tcPr>
            <w:tcW w:type="dxa" w:w="2880"/>
          </w:tcPr>
          <w:p>
            <w:r>
              <w:t>2026-09-18</w:t>
            </w:r>
          </w:p>
        </w:tc>
        <w:tc>
          <w:tcPr>
            <w:tcW w:type="dxa" w:w="2880"/>
          </w:tcPr>
          <w:p>
            <w:r>
              <w:t>W05</w:t>
            </w:r>
          </w:p>
        </w:tc>
        <w:tc>
          <w:tcPr>
            <w:tcW w:type="dxa" w:w="2880"/>
          </w:tcPr>
          <w:p>
            <w:r>
              <w:t>297</w:t>
            </w:r>
          </w:p>
        </w:tc>
      </w:tr>
      <w:tr>
        <w:tc>
          <w:tcPr>
            <w:tcW w:type="dxa" w:w="2880"/>
          </w:tcPr>
          <w:p>
            <w:r>
              <w:t>2026-09-18</w:t>
            </w:r>
          </w:p>
        </w:tc>
        <w:tc>
          <w:tcPr>
            <w:tcW w:type="dxa" w:w="2880"/>
          </w:tcPr>
          <w:p>
            <w:r>
              <w:t>Other</w:t>
            </w:r>
          </w:p>
        </w:tc>
        <w:tc>
          <w:tcPr>
            <w:tcW w:type="dxa" w:w="2880"/>
          </w:tcPr>
          <w:p>
            <w:r>
              <w:t>2,270</w:t>
            </w:r>
          </w:p>
        </w:tc>
      </w:tr>
      <w:tr>
        <w:tc>
          <w:tcPr>
            <w:tcW w:type="dxa" w:w="2880"/>
          </w:tcPr>
          <w:p>
            <w:r>
              <w:t>2026-09-19</w:t>
            </w:r>
          </w:p>
        </w:tc>
        <w:tc>
          <w:tcPr>
            <w:tcW w:type="dxa" w:w="2880"/>
          </w:tcPr>
          <w:p>
            <w:r>
              <w:t>W06</w:t>
            </w:r>
          </w:p>
        </w:tc>
        <w:tc>
          <w:tcPr>
            <w:tcW w:type="dxa" w:w="2880"/>
          </w:tcPr>
          <w:p>
            <w:r>
              <w:t>699</w:t>
            </w:r>
          </w:p>
        </w:tc>
      </w:tr>
      <w:tr>
        <w:tc>
          <w:tcPr>
            <w:tcW w:type="dxa" w:w="2880"/>
          </w:tcPr>
          <w:p>
            <w:r>
              <w:t>2026-09-19</w:t>
            </w:r>
          </w:p>
        </w:tc>
        <w:tc>
          <w:tcPr>
            <w:tcW w:type="dxa" w:w="2880"/>
          </w:tcPr>
          <w:p>
            <w:r>
              <w:t>W18</w:t>
            </w:r>
          </w:p>
        </w:tc>
        <w:tc>
          <w:tcPr>
            <w:tcW w:type="dxa" w:w="2880"/>
          </w:tcPr>
          <w:p>
            <w:r>
              <w:t>439</w:t>
            </w:r>
          </w:p>
        </w:tc>
      </w:tr>
      <w:tr>
        <w:tc>
          <w:tcPr>
            <w:tcW w:type="dxa" w:w="2880"/>
          </w:tcPr>
          <w:p>
            <w:r>
              <w:t>2026-09-19</w:t>
            </w:r>
          </w:p>
        </w:tc>
        <w:tc>
          <w:tcPr>
            <w:tcW w:type="dxa" w:w="2880"/>
          </w:tcPr>
          <w:p>
            <w:r>
              <w:t>W20</w:t>
            </w:r>
          </w:p>
        </w:tc>
        <w:tc>
          <w:tcPr>
            <w:tcW w:type="dxa" w:w="2880"/>
          </w:tcPr>
          <w:p>
            <w:r>
              <w:t>420</w:t>
            </w:r>
          </w:p>
        </w:tc>
      </w:tr>
      <w:tr>
        <w:tc>
          <w:tcPr>
            <w:tcW w:type="dxa" w:w="2880"/>
          </w:tcPr>
          <w:p>
            <w:r>
              <w:t>2026-09-19</w:t>
            </w:r>
          </w:p>
        </w:tc>
        <w:tc>
          <w:tcPr>
            <w:tcW w:type="dxa" w:w="2880"/>
          </w:tcPr>
          <w:p>
            <w:r>
              <w:t>W04</w:t>
            </w:r>
          </w:p>
        </w:tc>
        <w:tc>
          <w:tcPr>
            <w:tcW w:type="dxa" w:w="2880"/>
          </w:tcPr>
          <w:p>
            <w:r>
              <w:t>298</w:t>
            </w:r>
          </w:p>
        </w:tc>
      </w:tr>
      <w:tr>
        <w:tc>
          <w:tcPr>
            <w:tcW w:type="dxa" w:w="2880"/>
          </w:tcPr>
          <w:p>
            <w:r>
              <w:t>2026-09-19</w:t>
            </w:r>
          </w:p>
        </w:tc>
        <w:tc>
          <w:tcPr>
            <w:tcW w:type="dxa" w:w="2880"/>
          </w:tcPr>
          <w:p>
            <w:r>
              <w:t>W05</w:t>
            </w:r>
          </w:p>
        </w:tc>
        <w:tc>
          <w:tcPr>
            <w:tcW w:type="dxa" w:w="2880"/>
          </w:tcPr>
          <w:p>
            <w:r>
              <w:t>285</w:t>
            </w:r>
          </w:p>
        </w:tc>
      </w:tr>
      <w:tr>
        <w:tc>
          <w:tcPr>
            <w:tcW w:type="dxa" w:w="2880"/>
          </w:tcPr>
          <w:p>
            <w:r>
              <w:t>2026-09-19</w:t>
            </w:r>
          </w:p>
        </w:tc>
        <w:tc>
          <w:tcPr>
            <w:tcW w:type="dxa" w:w="2880"/>
          </w:tcPr>
          <w:p>
            <w:r>
              <w:t>Other</w:t>
            </w:r>
          </w:p>
        </w:tc>
        <w:tc>
          <w:tcPr>
            <w:tcW w:type="dxa" w:w="2880"/>
          </w:tcPr>
          <w:p>
            <w:r>
              <w:t>2,180</w:t>
            </w:r>
          </w:p>
        </w:tc>
      </w:tr>
      <w:tr>
        <w:tc>
          <w:tcPr>
            <w:tcW w:type="dxa" w:w="2880"/>
          </w:tcPr>
          <w:p>
            <w:r>
              <w:t>2026-09-20</w:t>
            </w:r>
          </w:p>
        </w:tc>
        <w:tc>
          <w:tcPr>
            <w:tcW w:type="dxa" w:w="2880"/>
          </w:tcPr>
          <w:p>
            <w:r>
              <w:t>W06</w:t>
            </w:r>
          </w:p>
        </w:tc>
        <w:tc>
          <w:tcPr>
            <w:tcW w:type="dxa" w:w="2880"/>
          </w:tcPr>
          <w:p>
            <w:r>
              <w:t>671</w:t>
            </w:r>
          </w:p>
        </w:tc>
      </w:tr>
      <w:tr>
        <w:tc>
          <w:tcPr>
            <w:tcW w:type="dxa" w:w="2880"/>
          </w:tcPr>
          <w:p>
            <w:r>
              <w:t>2026-09-20</w:t>
            </w:r>
          </w:p>
        </w:tc>
        <w:tc>
          <w:tcPr>
            <w:tcW w:type="dxa" w:w="2880"/>
          </w:tcPr>
          <w:p>
            <w:r>
              <w:t>W18</w:t>
            </w:r>
          </w:p>
        </w:tc>
        <w:tc>
          <w:tcPr>
            <w:tcW w:type="dxa" w:w="2880"/>
          </w:tcPr>
          <w:p>
            <w:r>
              <w:t>421</w:t>
            </w:r>
          </w:p>
        </w:tc>
      </w:tr>
      <w:tr>
        <w:tc>
          <w:tcPr>
            <w:tcW w:type="dxa" w:w="2880"/>
          </w:tcPr>
          <w:p>
            <w:r>
              <w:t>2026-09-20</w:t>
            </w:r>
          </w:p>
        </w:tc>
        <w:tc>
          <w:tcPr>
            <w:tcW w:type="dxa" w:w="2880"/>
          </w:tcPr>
          <w:p>
            <w:r>
              <w:t>W20</w:t>
            </w:r>
          </w:p>
        </w:tc>
        <w:tc>
          <w:tcPr>
            <w:tcW w:type="dxa" w:w="2880"/>
          </w:tcPr>
          <w:p>
            <w:r>
              <w:t>403</w:t>
            </w:r>
          </w:p>
        </w:tc>
      </w:tr>
      <w:tr>
        <w:tc>
          <w:tcPr>
            <w:tcW w:type="dxa" w:w="2880"/>
          </w:tcPr>
          <w:p>
            <w:r>
              <w:t>2026-09-20</w:t>
            </w:r>
          </w:p>
        </w:tc>
        <w:tc>
          <w:tcPr>
            <w:tcW w:type="dxa" w:w="2880"/>
          </w:tcPr>
          <w:p>
            <w:r>
              <w:t>W04</w:t>
            </w:r>
          </w:p>
        </w:tc>
        <w:tc>
          <w:tcPr>
            <w:tcW w:type="dxa" w:w="2880"/>
          </w:tcPr>
          <w:p>
            <w:r>
              <w:t>286</w:t>
            </w:r>
          </w:p>
        </w:tc>
      </w:tr>
      <w:tr>
        <w:tc>
          <w:tcPr>
            <w:tcW w:type="dxa" w:w="2880"/>
          </w:tcPr>
          <w:p>
            <w:r>
              <w:t>2026-09-20</w:t>
            </w:r>
          </w:p>
        </w:tc>
        <w:tc>
          <w:tcPr>
            <w:tcW w:type="dxa" w:w="2880"/>
          </w:tcPr>
          <w:p>
            <w:r>
              <w:t>W05</w:t>
            </w:r>
          </w:p>
        </w:tc>
        <w:tc>
          <w:tcPr>
            <w:tcW w:type="dxa" w:w="2880"/>
          </w:tcPr>
          <w:p>
            <w:r>
              <w:t>274</w:t>
            </w:r>
          </w:p>
        </w:tc>
      </w:tr>
      <w:tr>
        <w:tc>
          <w:tcPr>
            <w:tcW w:type="dxa" w:w="2880"/>
          </w:tcPr>
          <w:p>
            <w:r>
              <w:t>2026-09-20</w:t>
            </w:r>
          </w:p>
        </w:tc>
        <w:tc>
          <w:tcPr>
            <w:tcW w:type="dxa" w:w="2880"/>
          </w:tcPr>
          <w:p>
            <w:r>
              <w:t>Other</w:t>
            </w:r>
          </w:p>
        </w:tc>
        <w:tc>
          <w:tcPr>
            <w:tcW w:type="dxa" w:w="2880"/>
          </w:tcPr>
          <w:p>
            <w:r>
              <w:t>2,093</w:t>
            </w:r>
          </w:p>
        </w:tc>
      </w:tr>
      <w:tr>
        <w:tc>
          <w:tcPr>
            <w:tcW w:type="dxa" w:w="2880"/>
          </w:tcPr>
          <w:p>
            <w:r>
              <w:t>2026-09-21</w:t>
            </w:r>
          </w:p>
        </w:tc>
        <w:tc>
          <w:tcPr>
            <w:tcW w:type="dxa" w:w="2880"/>
          </w:tcPr>
          <w:p>
            <w:r>
              <w:t>W06</w:t>
            </w:r>
          </w:p>
        </w:tc>
        <w:tc>
          <w:tcPr>
            <w:tcW w:type="dxa" w:w="2880"/>
          </w:tcPr>
          <w:p>
            <w:r>
              <w:t>643</w:t>
            </w:r>
          </w:p>
        </w:tc>
      </w:tr>
      <w:tr>
        <w:tc>
          <w:tcPr>
            <w:tcW w:type="dxa" w:w="2880"/>
          </w:tcPr>
          <w:p>
            <w:r>
              <w:t>2026-09-21</w:t>
            </w:r>
          </w:p>
        </w:tc>
        <w:tc>
          <w:tcPr>
            <w:tcW w:type="dxa" w:w="2880"/>
          </w:tcPr>
          <w:p>
            <w:r>
              <w:t>W18</w:t>
            </w:r>
          </w:p>
        </w:tc>
        <w:tc>
          <w:tcPr>
            <w:tcW w:type="dxa" w:w="2880"/>
          </w:tcPr>
          <w:p>
            <w:r>
              <w:t>404</w:t>
            </w:r>
          </w:p>
        </w:tc>
      </w:tr>
      <w:tr>
        <w:tc>
          <w:tcPr>
            <w:tcW w:type="dxa" w:w="2880"/>
          </w:tcPr>
          <w:p>
            <w:r>
              <w:t>2026-09-21</w:t>
            </w:r>
          </w:p>
        </w:tc>
        <w:tc>
          <w:tcPr>
            <w:tcW w:type="dxa" w:w="2880"/>
          </w:tcPr>
          <w:p>
            <w:r>
              <w:t>W20</w:t>
            </w:r>
          </w:p>
        </w:tc>
        <w:tc>
          <w:tcPr>
            <w:tcW w:type="dxa" w:w="2880"/>
          </w:tcPr>
          <w:p>
            <w:r>
              <w:t>386</w:t>
            </w:r>
          </w:p>
        </w:tc>
      </w:tr>
      <w:tr>
        <w:tc>
          <w:tcPr>
            <w:tcW w:type="dxa" w:w="2880"/>
          </w:tcPr>
          <w:p>
            <w:r>
              <w:t>2026-09-21</w:t>
            </w:r>
          </w:p>
        </w:tc>
        <w:tc>
          <w:tcPr>
            <w:tcW w:type="dxa" w:w="2880"/>
          </w:tcPr>
          <w:p>
            <w:r>
              <w:t>W04</w:t>
            </w:r>
          </w:p>
        </w:tc>
        <w:tc>
          <w:tcPr>
            <w:tcW w:type="dxa" w:w="2880"/>
          </w:tcPr>
          <w:p>
            <w:r>
              <w:t>274</w:t>
            </w:r>
          </w:p>
        </w:tc>
      </w:tr>
      <w:tr>
        <w:tc>
          <w:tcPr>
            <w:tcW w:type="dxa" w:w="2880"/>
          </w:tcPr>
          <w:p>
            <w:r>
              <w:t>2026-09-21</w:t>
            </w:r>
          </w:p>
        </w:tc>
        <w:tc>
          <w:tcPr>
            <w:tcW w:type="dxa" w:w="2880"/>
          </w:tcPr>
          <w:p>
            <w:r>
              <w:t>W05</w:t>
            </w:r>
          </w:p>
        </w:tc>
        <w:tc>
          <w:tcPr>
            <w:tcW w:type="dxa" w:w="2880"/>
          </w:tcPr>
          <w:p>
            <w:r>
              <w:t>262</w:t>
            </w:r>
          </w:p>
        </w:tc>
      </w:tr>
      <w:tr>
        <w:tc>
          <w:tcPr>
            <w:tcW w:type="dxa" w:w="2880"/>
          </w:tcPr>
          <w:p>
            <w:r>
              <w:t>2026-09-21</w:t>
            </w:r>
          </w:p>
        </w:tc>
        <w:tc>
          <w:tcPr>
            <w:tcW w:type="dxa" w:w="2880"/>
          </w:tcPr>
          <w:p>
            <w:r>
              <w:t>Other</w:t>
            </w:r>
          </w:p>
        </w:tc>
        <w:tc>
          <w:tcPr>
            <w:tcW w:type="dxa" w:w="2880"/>
          </w:tcPr>
          <w:p>
            <w:r>
              <w:t>2,006</w:t>
            </w:r>
          </w:p>
        </w:tc>
      </w:tr>
      <w:tr>
        <w:tc>
          <w:tcPr>
            <w:tcW w:type="dxa" w:w="2880"/>
          </w:tcPr>
          <w:p>
            <w:r>
              <w:t>2026-09-22</w:t>
            </w:r>
          </w:p>
        </w:tc>
        <w:tc>
          <w:tcPr>
            <w:tcW w:type="dxa" w:w="2880"/>
          </w:tcPr>
          <w:p>
            <w:r>
              <w:t>W06</w:t>
            </w:r>
          </w:p>
        </w:tc>
        <w:tc>
          <w:tcPr>
            <w:tcW w:type="dxa" w:w="2880"/>
          </w:tcPr>
          <w:p>
            <w:r>
              <w:t>615</w:t>
            </w:r>
          </w:p>
        </w:tc>
      </w:tr>
      <w:tr>
        <w:tc>
          <w:tcPr>
            <w:tcW w:type="dxa" w:w="2880"/>
          </w:tcPr>
          <w:p>
            <w:r>
              <w:t>2026-09-22</w:t>
            </w:r>
          </w:p>
        </w:tc>
        <w:tc>
          <w:tcPr>
            <w:tcW w:type="dxa" w:w="2880"/>
          </w:tcPr>
          <w:p>
            <w:r>
              <w:t>W18</w:t>
            </w:r>
          </w:p>
        </w:tc>
        <w:tc>
          <w:tcPr>
            <w:tcW w:type="dxa" w:w="2880"/>
          </w:tcPr>
          <w:p>
            <w:r>
              <w:t>386</w:t>
            </w:r>
          </w:p>
        </w:tc>
      </w:tr>
      <w:tr>
        <w:tc>
          <w:tcPr>
            <w:tcW w:type="dxa" w:w="2880"/>
          </w:tcPr>
          <w:p>
            <w:r>
              <w:t>2026-09-22</w:t>
            </w:r>
          </w:p>
        </w:tc>
        <w:tc>
          <w:tcPr>
            <w:tcW w:type="dxa" w:w="2880"/>
          </w:tcPr>
          <w:p>
            <w:r>
              <w:t>W20</w:t>
            </w:r>
          </w:p>
        </w:tc>
        <w:tc>
          <w:tcPr>
            <w:tcW w:type="dxa" w:w="2880"/>
          </w:tcPr>
          <w:p>
            <w:r>
              <w:t>369</w:t>
            </w:r>
          </w:p>
        </w:tc>
      </w:tr>
      <w:tr>
        <w:tc>
          <w:tcPr>
            <w:tcW w:type="dxa" w:w="2880"/>
          </w:tcPr>
          <w:p>
            <w:r>
              <w:t>2026-09-22</w:t>
            </w:r>
          </w:p>
        </w:tc>
        <w:tc>
          <w:tcPr>
            <w:tcW w:type="dxa" w:w="2880"/>
          </w:tcPr>
          <w:p>
            <w:r>
              <w:t>W04</w:t>
            </w:r>
          </w:p>
        </w:tc>
        <w:tc>
          <w:tcPr>
            <w:tcW w:type="dxa" w:w="2880"/>
          </w:tcPr>
          <w:p>
            <w:r>
              <w:t>262</w:t>
            </w:r>
          </w:p>
        </w:tc>
      </w:tr>
      <w:tr>
        <w:tc>
          <w:tcPr>
            <w:tcW w:type="dxa" w:w="2880"/>
          </w:tcPr>
          <w:p>
            <w:r>
              <w:t>2026-09-22</w:t>
            </w:r>
          </w:p>
        </w:tc>
        <w:tc>
          <w:tcPr>
            <w:tcW w:type="dxa" w:w="2880"/>
          </w:tcPr>
          <w:p>
            <w:r>
              <w:t>W05</w:t>
            </w:r>
          </w:p>
        </w:tc>
        <w:tc>
          <w:tcPr>
            <w:tcW w:type="dxa" w:w="2880"/>
          </w:tcPr>
          <w:p>
            <w:r>
              <w:t>251</w:t>
            </w:r>
          </w:p>
        </w:tc>
      </w:tr>
      <w:tr>
        <w:tc>
          <w:tcPr>
            <w:tcW w:type="dxa" w:w="2880"/>
          </w:tcPr>
          <w:p>
            <w:r>
              <w:t>2026-09-22</w:t>
            </w:r>
          </w:p>
        </w:tc>
        <w:tc>
          <w:tcPr>
            <w:tcW w:type="dxa" w:w="2880"/>
          </w:tcPr>
          <w:p>
            <w:r>
              <w:t>Other</w:t>
            </w:r>
          </w:p>
        </w:tc>
        <w:tc>
          <w:tcPr>
            <w:tcW w:type="dxa" w:w="2880"/>
          </w:tcPr>
          <w:p>
            <w:r>
              <w:t>1,918</w:t>
            </w:r>
          </w:p>
        </w:tc>
      </w:tr>
    </w:tbl>
    <w:p/>
    <w:p>
      <w:pPr>
        <w:pStyle w:val="Heading2"/>
      </w:pPr>
      <w:r>
        <w:t>Figure 25. Hot spot analysis: Relief distributions [73]</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4</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49</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47</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24</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111</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72</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13</w:t>
            </w:r>
          </w:p>
        </w:tc>
      </w:tr>
    </w:tbl>
    <w:p/>
    <w:p>
      <w:pPr>
        <w:pStyle w:val="Heading2"/>
      </w:pPr>
      <w:r>
        <w:t>Figure 26. Hot spot analysis: Water points [74]</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2</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3</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3</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27. Hot spot analysis: Damage assessments [75]</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-4.5</w:t>
            </w:r>
          </w:p>
        </w:tc>
        <w:tc>
          <w:tcPr>
            <w:tcW w:type="dxa" w:w="1728"/>
          </w:tcPr>
          <w:p>
            <w:r>
              <w:t>-4</w:t>
            </w:r>
          </w:p>
        </w:tc>
        <w:tc>
          <w:tcPr>
            <w:tcW w:type="dxa" w:w="1728"/>
          </w:tcPr>
          <w:p>
            <w:r>
              <w:t>cold_99</w:t>
            </w:r>
          </w:p>
        </w:tc>
        <w:tc>
          <w:tcPr>
            <w:tcW w:type="dxa" w:w="1728"/>
          </w:tcPr>
          <w:p>
            <w:r>
              <w:t>Cold spot, 99% confidence</w:t>
            </w:r>
          </w:p>
        </w:tc>
        <w:tc>
          <w:tcPr>
            <w:tcW w:type="dxa" w:w="1728"/>
          </w:tcPr>
          <w:p>
            <w:r>
              <w:t>3</w:t>
            </w:r>
          </w:p>
        </w:tc>
      </w:tr>
      <w:tr>
        <w:tc>
          <w:tcPr>
            <w:tcW w:type="dxa" w:w="1728"/>
          </w:tcPr>
          <w:p>
            <w:r>
              <w:t>-4</w:t>
            </w:r>
          </w:p>
        </w:tc>
        <w:tc>
          <w:tcPr>
            <w:tcW w:type="dxa" w:w="1728"/>
          </w:tcPr>
          <w:p>
            <w:r>
              <w:t>-3.5</w:t>
            </w:r>
          </w:p>
        </w:tc>
        <w:tc>
          <w:tcPr>
            <w:tcW w:type="dxa" w:w="1728"/>
          </w:tcPr>
          <w:p>
            <w:r>
              <w:t>cold_99</w:t>
            </w:r>
          </w:p>
        </w:tc>
        <w:tc>
          <w:tcPr>
            <w:tcW w:type="dxa" w:w="1728"/>
          </w:tcPr>
          <w:p>
            <w:r>
              <w:t>Cold spot, 99% confidence</w:t>
            </w:r>
          </w:p>
        </w:tc>
        <w:tc>
          <w:tcPr>
            <w:tcW w:type="dxa" w:w="1728"/>
          </w:tcPr>
          <w:p>
            <w:r>
              <w:t>22</w:t>
            </w:r>
          </w:p>
        </w:tc>
      </w:tr>
      <w:tr>
        <w:tc>
          <w:tcPr>
            <w:tcW w:type="dxa" w:w="1728"/>
          </w:tcPr>
          <w:p>
            <w:r>
              <w:t>-3.5</w:t>
            </w:r>
          </w:p>
        </w:tc>
        <w:tc>
          <w:tcPr>
            <w:tcW w:type="dxa" w:w="1728"/>
          </w:tcPr>
          <w:p>
            <w:r>
              <w:t>-3</w:t>
            </w:r>
          </w:p>
        </w:tc>
        <w:tc>
          <w:tcPr>
            <w:tcW w:type="dxa" w:w="1728"/>
          </w:tcPr>
          <w:p>
            <w:r>
              <w:t>cold_99</w:t>
            </w:r>
          </w:p>
        </w:tc>
        <w:tc>
          <w:tcPr>
            <w:tcW w:type="dxa" w:w="1728"/>
          </w:tcPr>
          <w:p>
            <w:r>
              <w:t>Cold spot, 99% confidence</w:t>
            </w:r>
          </w:p>
        </w:tc>
        <w:tc>
          <w:tcPr>
            <w:tcW w:type="dxa" w:w="1728"/>
          </w:tcPr>
          <w:p>
            <w:r>
              <w:t>54</w:t>
            </w:r>
          </w:p>
        </w:tc>
      </w:tr>
      <w:tr>
        <w:tc>
          <w:tcPr>
            <w:tcW w:type="dxa" w:w="1728"/>
          </w:tcPr>
          <w:p>
            <w:r>
              <w:t>-3</w:t>
            </w:r>
          </w:p>
        </w:tc>
        <w:tc>
          <w:tcPr>
            <w:tcW w:type="dxa" w:w="1728"/>
          </w:tcPr>
          <w:p>
            <w:r>
              <w:t>-2.5</w:t>
            </w:r>
          </w:p>
        </w:tc>
        <w:tc>
          <w:tcPr>
            <w:tcW w:type="dxa" w:w="1728"/>
          </w:tcPr>
          <w:p>
            <w:r>
              <w:t>cold_95</w:t>
            </w:r>
          </w:p>
        </w:tc>
        <w:tc>
          <w:tcPr>
            <w:tcW w:type="dxa" w:w="1728"/>
          </w:tcPr>
          <w:p>
            <w:r>
              <w:t>Cold spot, 95% confidence</w:t>
            </w:r>
          </w:p>
        </w:tc>
        <w:tc>
          <w:tcPr>
            <w:tcW w:type="dxa" w:w="1728"/>
          </w:tcPr>
          <w:p>
            <w:r>
              <w:t>8</w:t>
            </w:r>
          </w:p>
        </w:tc>
      </w:tr>
      <w:tr>
        <w:tc>
          <w:tcPr>
            <w:tcW w:type="dxa" w:w="1728"/>
          </w:tcPr>
          <w:p>
            <w:r>
              <w:t>-3</w:t>
            </w:r>
          </w:p>
        </w:tc>
        <w:tc>
          <w:tcPr>
            <w:tcW w:type="dxa" w:w="1728"/>
          </w:tcPr>
          <w:p>
            <w:r>
              <w:t>-2.5</w:t>
            </w:r>
          </w:p>
        </w:tc>
        <w:tc>
          <w:tcPr>
            <w:tcW w:type="dxa" w:w="1728"/>
          </w:tcPr>
          <w:p>
            <w:r>
              <w:t>cold_99</w:t>
            </w:r>
          </w:p>
        </w:tc>
        <w:tc>
          <w:tcPr>
            <w:tcW w:type="dxa" w:w="1728"/>
          </w:tcPr>
          <w:p>
            <w:r>
              <w:t>Cold spot, 99% confidence</w:t>
            </w:r>
          </w:p>
        </w:tc>
        <w:tc>
          <w:tcPr>
            <w:tcW w:type="dxa" w:w="1728"/>
          </w:tcPr>
          <w:p>
            <w:r>
              <w:t>111</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149</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99</w:t>
            </w:r>
          </w:p>
        </w:tc>
      </w:tr>
      <w:tr>
        <w:tc>
          <w:tcPr>
            <w:tcW w:type="dxa" w:w="1728"/>
          </w:tcPr>
          <w:p>
            <w:r>
              <w:t>-2</w:t>
            </w:r>
          </w:p>
        </w:tc>
        <w:tc>
          <w:tcPr>
            <w:tcW w:type="dxa" w:w="1728"/>
          </w:tcPr>
          <w:p>
            <w:r>
              <w:t>-1.5</w:t>
            </w:r>
          </w:p>
        </w:tc>
        <w:tc>
          <w:tcPr>
            <w:tcW w:type="dxa" w:w="1728"/>
          </w:tcPr>
          <w:p>
            <w:r>
              <w:t>cold_95</w:t>
            </w:r>
          </w:p>
        </w:tc>
        <w:tc>
          <w:tcPr>
            <w:tcW w:type="dxa" w:w="1728"/>
          </w:tcPr>
          <w:p>
            <w:r>
              <w:t>Cold spot, 95% confidence</w:t>
            </w:r>
          </w:p>
        </w:tc>
        <w:tc>
          <w:tcPr>
            <w:tcW w:type="dxa" w:w="1728"/>
          </w:tcPr>
          <w:p>
            <w:r>
              <w:t>6</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38</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161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88</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102</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91</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104</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139</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104</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7</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35</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109</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12</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87</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105</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73</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60</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49</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38</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64</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57</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23</w:t>
            </w:r>
          </w:p>
        </w:tc>
      </w:tr>
      <w:tr>
        <w:tc>
          <w:tcPr>
            <w:tcW w:type="dxa" w:w="1728"/>
          </w:tcPr>
          <w:p>
            <w:r>
              <w:t>7</w:t>
            </w:r>
          </w:p>
        </w:tc>
        <w:tc>
          <w:tcPr>
            <w:tcW w:type="dxa" w:w="1728"/>
          </w:tcPr>
          <w:p>
            <w:r>
              <w:t>7.5</w:t>
            </w:r>
          </w:p>
        </w:tc>
        <w:tc>
          <w:tcPr>
            <w:tcW w:type="dxa" w:w="1728"/>
          </w:tcPr>
          <w:p>
            <w:r>
              <w:t>hot_99</w:t>
            </w:r>
          </w:p>
        </w:tc>
        <w:tc>
          <w:tcPr>
            <w:tcW w:type="dxa" w:w="1728"/>
          </w:tcPr>
          <w:p>
            <w:r>
              <w:t>Hot spot, 99% confidence</w:t>
            </w:r>
          </w:p>
        </w:tc>
        <w:tc>
          <w:tcPr>
            <w:tcW w:type="dxa" w:w="1728"/>
          </w:tcPr>
          <w:p>
            <w:r>
              <w:t>2</w:t>
            </w:r>
          </w:p>
        </w:tc>
      </w:tr>
    </w:tbl>
    <w:p/>
    <w:p>
      <w:pPr>
        <w:pStyle w:val="Heading2"/>
      </w:pPr>
      <w:r>
        <w:t>Figure 28. Emerging hot spots: Relief distributions [76]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-0.827</w:t>
            </w:r>
          </w:p>
        </w:tc>
        <w:tc>
          <w:tcPr>
            <w:tcW w:type="dxa" w:w="2880"/>
          </w:tcPr>
          <w:p>
            <w:r>
              <w:t>-0.2167</w:t>
            </w:r>
          </w:p>
        </w:tc>
        <w:tc>
          <w:tcPr>
            <w:tcW w:type="dxa" w:w="2880"/>
          </w:tcPr>
          <w:p>
            <w:r>
              <w:t>15</w:t>
            </w:r>
          </w:p>
        </w:tc>
      </w:tr>
      <w:tr>
        <w:tc>
          <w:tcPr>
            <w:tcW w:type="dxa" w:w="2880"/>
          </w:tcPr>
          <w:p>
            <w:r>
              <w:t>-0.2167</w:t>
            </w:r>
          </w:p>
        </w:tc>
        <w:tc>
          <w:tcPr>
            <w:tcW w:type="dxa" w:w="2880"/>
          </w:tcPr>
          <w:p>
            <w:r>
              <w:t>0.3936</w:t>
            </w:r>
          </w:p>
        </w:tc>
        <w:tc>
          <w:tcPr>
            <w:tcW w:type="dxa" w:w="2880"/>
          </w:tcPr>
          <w:p>
            <w:r>
              <w:t>11</w:t>
            </w:r>
          </w:p>
        </w:tc>
      </w:tr>
      <w:tr>
        <w:tc>
          <w:tcPr>
            <w:tcW w:type="dxa" w:w="2880"/>
          </w:tcPr>
          <w:p>
            <w:r>
              <w:t>0.3936</w:t>
            </w:r>
          </w:p>
        </w:tc>
        <w:tc>
          <w:tcPr>
            <w:tcW w:type="dxa" w:w="2880"/>
          </w:tcPr>
          <w:p>
            <w:r>
              <w:t>1.004</w:t>
            </w:r>
          </w:p>
        </w:tc>
        <w:tc>
          <w:tcPr>
            <w:tcW w:type="dxa" w:w="2880"/>
          </w:tcPr>
          <w:p>
            <w:r>
              <w:t>10</w:t>
            </w:r>
          </w:p>
        </w:tc>
      </w:tr>
      <w:tr>
        <w:tc>
          <w:tcPr>
            <w:tcW w:type="dxa" w:w="2880"/>
          </w:tcPr>
          <w:p>
            <w:r>
              <w:t>1.004</w:t>
            </w:r>
          </w:p>
        </w:tc>
        <w:tc>
          <w:tcPr>
            <w:tcW w:type="dxa" w:w="2880"/>
          </w:tcPr>
          <w:p>
            <w:r>
              <w:t>1.614</w:t>
            </w:r>
          </w:p>
        </w:tc>
        <w:tc>
          <w:tcPr>
            <w:tcW w:type="dxa" w:w="2880"/>
          </w:tcPr>
          <w:p>
            <w:r>
              <w:t>6</w:t>
            </w:r>
          </w:p>
        </w:tc>
      </w:tr>
      <w:tr>
        <w:tc>
          <w:tcPr>
            <w:tcW w:type="dxa" w:w="2880"/>
          </w:tcPr>
          <w:p>
            <w:r>
              <w:t>1.614</w:t>
            </w:r>
          </w:p>
        </w:tc>
        <w:tc>
          <w:tcPr>
            <w:tcW w:type="dxa" w:w="2880"/>
          </w:tcPr>
          <w:p>
            <w:r>
              <w:t>2.224</w:t>
            </w:r>
          </w:p>
        </w:tc>
        <w:tc>
          <w:tcPr>
            <w:tcW w:type="dxa" w:w="2880"/>
          </w:tcPr>
          <w:p>
            <w:r>
              <w:t>6</w:t>
            </w:r>
          </w:p>
        </w:tc>
      </w:tr>
      <w:tr>
        <w:tc>
          <w:tcPr>
            <w:tcW w:type="dxa" w:w="2880"/>
          </w:tcPr>
          <w:p>
            <w:r>
              <w:t>2.224</w:t>
            </w:r>
          </w:p>
        </w:tc>
        <w:tc>
          <w:tcPr>
            <w:tcW w:type="dxa" w:w="2880"/>
          </w:tcPr>
          <w:p>
            <w:r>
              <w:t>2.835</w:t>
            </w:r>
          </w:p>
        </w:tc>
        <w:tc>
          <w:tcPr>
            <w:tcW w:type="dxa" w:w="2880"/>
          </w:tcPr>
          <w:p>
            <w:r>
              <w:t>4</w:t>
            </w:r>
          </w:p>
        </w:tc>
      </w:tr>
      <w:tr>
        <w:tc>
          <w:tcPr>
            <w:tcW w:type="dxa" w:w="2880"/>
          </w:tcPr>
          <w:p>
            <w:r>
              <w:t>2.835</w:t>
            </w:r>
          </w:p>
        </w:tc>
        <w:tc>
          <w:tcPr>
            <w:tcW w:type="dxa" w:w="2880"/>
          </w:tcPr>
          <w:p>
            <w:r>
              <w:t>3.445</w:t>
            </w:r>
          </w:p>
        </w:tc>
        <w:tc>
          <w:tcPr>
            <w:tcW w:type="dxa" w:w="2880"/>
          </w:tcPr>
          <w:p>
            <w:r>
              <w:t>2</w:t>
            </w:r>
          </w:p>
        </w:tc>
      </w:tr>
    </w:tbl>
    <w:p/>
    <w:p>
      <w:pPr>
        <w:pStyle w:val="Heading2"/>
      </w:pPr>
      <w:r>
        <w:t>Figure 29. Emerging hot spots: Damage assessments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-1.153</w:t>
            </w:r>
          </w:p>
        </w:tc>
        <w:tc>
          <w:tcPr>
            <w:tcW w:type="dxa" w:w="2880"/>
          </w:tcPr>
          <w:p>
            <w:r>
              <w:t>-0.5664</w:t>
            </w:r>
          </w:p>
        </w:tc>
        <w:tc>
          <w:tcPr>
            <w:tcW w:type="dxa" w:w="2880"/>
          </w:tcPr>
          <w:p>
            <w:r>
              <w:t>45</w:t>
            </w:r>
          </w:p>
        </w:tc>
      </w:tr>
      <w:tr>
        <w:tc>
          <w:tcPr>
            <w:tcW w:type="dxa" w:w="2880"/>
          </w:tcPr>
          <w:p>
            <w:r>
              <w:t>-0.5664</w:t>
            </w:r>
          </w:p>
        </w:tc>
        <w:tc>
          <w:tcPr>
            <w:tcW w:type="dxa" w:w="2880"/>
          </w:tcPr>
          <w:p>
            <w:r>
              <w:t>0.02025</w:t>
            </w:r>
          </w:p>
        </w:tc>
        <w:tc>
          <w:tcPr>
            <w:tcW w:type="dxa" w:w="2880"/>
          </w:tcPr>
          <w:p>
            <w:r>
              <w:t>18</w:t>
            </w:r>
          </w:p>
        </w:tc>
      </w:tr>
      <w:tr>
        <w:tc>
          <w:tcPr>
            <w:tcW w:type="dxa" w:w="2880"/>
          </w:tcPr>
          <w:p>
            <w:r>
              <w:t>0.02025</w:t>
            </w:r>
          </w:p>
        </w:tc>
        <w:tc>
          <w:tcPr>
            <w:tcW w:type="dxa" w:w="2880"/>
          </w:tcPr>
          <w:p>
            <w:r>
              <w:t>0.6069</w:t>
            </w:r>
          </w:p>
        </w:tc>
        <w:tc>
          <w:tcPr>
            <w:tcW w:type="dxa" w:w="2880"/>
          </w:tcPr>
          <w:p>
            <w:r>
              <w:t>10</w:t>
            </w:r>
          </w:p>
        </w:tc>
      </w:tr>
      <w:tr>
        <w:tc>
          <w:tcPr>
            <w:tcW w:type="dxa" w:w="2880"/>
          </w:tcPr>
          <w:p>
            <w:r>
              <w:t>0.6069</w:t>
            </w:r>
          </w:p>
        </w:tc>
        <w:tc>
          <w:tcPr>
            <w:tcW w:type="dxa" w:w="2880"/>
          </w:tcPr>
          <w:p>
            <w:r>
              <w:t>1.194</w:t>
            </w:r>
          </w:p>
        </w:tc>
        <w:tc>
          <w:tcPr>
            <w:tcW w:type="dxa" w:w="2880"/>
          </w:tcPr>
          <w:p>
            <w:r>
              <w:t>0</w:t>
            </w:r>
          </w:p>
        </w:tc>
      </w:tr>
      <w:tr>
        <w:tc>
          <w:tcPr>
            <w:tcW w:type="dxa" w:w="2880"/>
          </w:tcPr>
          <w:p>
            <w:r>
              <w:t>1.194</w:t>
            </w:r>
          </w:p>
        </w:tc>
        <w:tc>
          <w:tcPr>
            <w:tcW w:type="dxa" w:w="2880"/>
          </w:tcPr>
          <w:p>
            <w:r>
              <w:t>1.78</w:t>
            </w:r>
          </w:p>
        </w:tc>
        <w:tc>
          <w:tcPr>
            <w:tcW w:type="dxa" w:w="2880"/>
          </w:tcPr>
          <w:p>
            <w:r>
              <w:t>6</w:t>
            </w:r>
          </w:p>
        </w:tc>
      </w:tr>
      <w:tr>
        <w:tc>
          <w:tcPr>
            <w:tcW w:type="dxa" w:w="2880"/>
          </w:tcPr>
          <w:p>
            <w:r>
              <w:t>1.78</w:t>
            </w:r>
          </w:p>
        </w:tc>
        <w:tc>
          <w:tcPr>
            <w:tcW w:type="dxa" w:w="2880"/>
          </w:tcPr>
          <w:p>
            <w:r>
              <w:t>2.367</w:t>
            </w:r>
          </w:p>
        </w:tc>
        <w:tc>
          <w:tcPr>
            <w:tcW w:type="dxa" w:w="2880"/>
          </w:tcPr>
          <w:p>
            <w:r>
              <w:t>6</w:t>
            </w:r>
          </w:p>
        </w:tc>
      </w:tr>
      <w:tr>
        <w:tc>
          <w:tcPr>
            <w:tcW w:type="dxa" w:w="2880"/>
          </w:tcPr>
          <w:p>
            <w:r>
              <w:t>2.367</w:t>
            </w:r>
          </w:p>
        </w:tc>
        <w:tc>
          <w:tcPr>
            <w:tcW w:type="dxa" w:w="2880"/>
          </w:tcPr>
          <w:p>
            <w:r>
              <w:t>2.953</w:t>
            </w:r>
          </w:p>
        </w:tc>
        <w:tc>
          <w:tcPr>
            <w:tcW w:type="dxa" w:w="2880"/>
          </w:tcPr>
          <w:p>
            <w:r>
              <w:t>1</w:t>
            </w:r>
          </w:p>
        </w:tc>
      </w:tr>
      <w:tr>
        <w:tc>
          <w:tcPr>
            <w:tcW w:type="dxa" w:w="2880"/>
          </w:tcPr>
          <w:p>
            <w:r>
              <w:t>2.953</w:t>
            </w:r>
          </w:p>
        </w:tc>
        <w:tc>
          <w:tcPr>
            <w:tcW w:type="dxa" w:w="2880"/>
          </w:tcPr>
          <w:p>
            <w:r>
              <w:t>3.54</w:t>
            </w:r>
          </w:p>
        </w:tc>
        <w:tc>
          <w:tcPr>
            <w:tcW w:type="dxa" w:w="2880"/>
          </w:tcPr>
          <w:p>
            <w:r>
              <w:t>1</w:t>
            </w:r>
          </w:p>
        </w:tc>
      </w:tr>
    </w:tbl>
    <w:p/>
    <w:p>
      <w:pPr>
        <w:pStyle w:val="Heading2"/>
      </w:pPr>
      <w:r>
        <w:t>Figure 30. Repeat and near repeat classification: Relief distributions [78]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2026-09-04</w:t>
            </w:r>
          </w:p>
        </w:tc>
        <w:tc>
          <w:tcPr>
            <w:tcW w:type="dxa" w:w="2880"/>
          </w:tcPr>
          <w:p>
            <w:r>
              <w:t>blanket</w:t>
            </w:r>
          </w:p>
        </w:tc>
        <w:tc>
          <w:tcPr>
            <w:tcW w:type="dxa" w:w="2880"/>
          </w:tcPr>
          <w:p>
            <w:r>
              <w:t>5</w:t>
            </w:r>
          </w:p>
        </w:tc>
      </w:tr>
      <w:tr>
        <w:tc>
          <w:tcPr>
            <w:tcW w:type="dxa" w:w="2880"/>
          </w:tcPr>
          <w:p>
            <w:r>
              <w:t>2026-09-04</w:t>
            </w:r>
          </w:p>
        </w:tc>
        <w:tc>
          <w:tcPr>
            <w:tcW w:type="dxa" w:w="2880"/>
          </w:tcPr>
          <w:p>
            <w:r>
              <w:t>tarpaulin</w:t>
            </w:r>
          </w:p>
        </w:tc>
        <w:tc>
          <w:tcPr>
            <w:tcW w:type="dxa" w:w="2880"/>
          </w:tcPr>
          <w:p>
            <w:r>
              <w:t>4</w:t>
            </w:r>
          </w:p>
        </w:tc>
      </w:tr>
      <w:tr>
        <w:tc>
          <w:tcPr>
            <w:tcW w:type="dxa" w:w="2880"/>
          </w:tcPr>
          <w:p>
            <w:r>
              <w:t>2026-09-04</w:t>
            </w:r>
          </w:p>
        </w:tc>
        <w:tc>
          <w:tcPr>
            <w:tcW w:type="dxa" w:w="2880"/>
          </w:tcPr>
          <w:p>
            <w:r>
              <w:t>hygiene kit</w:t>
            </w:r>
          </w:p>
        </w:tc>
        <w:tc>
          <w:tcPr>
            <w:tcW w:type="dxa" w:w="2880"/>
          </w:tcPr>
          <w:p>
            <w:r>
              <w:t>6</w:t>
            </w:r>
          </w:p>
        </w:tc>
      </w:tr>
      <w:tr>
        <w:tc>
          <w:tcPr>
            <w:tcW w:type="dxa" w:w="2880"/>
          </w:tcPr>
          <w:p>
            <w:r>
              <w:t>2026-09-04</w:t>
            </w:r>
          </w:p>
        </w:tc>
        <w:tc>
          <w:tcPr>
            <w:tcW w:type="dxa" w:w="2880"/>
          </w:tcPr>
          <w:p>
            <w:r>
              <w:t>food kit</w:t>
            </w:r>
          </w:p>
        </w:tc>
        <w:tc>
          <w:tcPr>
            <w:tcW w:type="dxa" w:w="2880"/>
          </w:tcPr>
          <w:p>
            <w:r>
              <w:t>6</w:t>
            </w:r>
          </w:p>
        </w:tc>
      </w:tr>
      <w:tr>
        <w:tc>
          <w:tcPr>
            <w:tcW w:type="dxa" w:w="2880"/>
          </w:tcPr>
          <w:p>
            <w:r>
              <w:t>2026-09-05</w:t>
            </w:r>
          </w:p>
        </w:tc>
        <w:tc>
          <w:tcPr>
            <w:tcW w:type="dxa" w:w="2880"/>
          </w:tcPr>
          <w:p>
            <w:r>
              <w:t>blanket</w:t>
            </w:r>
          </w:p>
        </w:tc>
        <w:tc>
          <w:tcPr>
            <w:tcW w:type="dxa" w:w="2880"/>
          </w:tcPr>
          <w:p>
            <w:r>
              <w:t>4</w:t>
            </w:r>
          </w:p>
        </w:tc>
      </w:tr>
      <w:tr>
        <w:tc>
          <w:tcPr>
            <w:tcW w:type="dxa" w:w="2880"/>
          </w:tcPr>
          <w:p>
            <w:r>
              <w:t>2026-09-05</w:t>
            </w:r>
          </w:p>
        </w:tc>
        <w:tc>
          <w:tcPr>
            <w:tcW w:type="dxa" w:w="2880"/>
          </w:tcPr>
          <w:p>
            <w:r>
              <w:t>tarpaulin</w:t>
            </w:r>
          </w:p>
        </w:tc>
        <w:tc>
          <w:tcPr>
            <w:tcW w:type="dxa" w:w="2880"/>
          </w:tcPr>
          <w:p>
            <w:r>
              <w:t>2</w:t>
            </w:r>
          </w:p>
        </w:tc>
      </w:tr>
      <w:tr>
        <w:tc>
          <w:tcPr>
            <w:tcW w:type="dxa" w:w="2880"/>
          </w:tcPr>
          <w:p>
            <w:r>
              <w:t>2026-09-05</w:t>
            </w:r>
          </w:p>
        </w:tc>
        <w:tc>
          <w:tcPr>
            <w:tcW w:type="dxa" w:w="2880"/>
          </w:tcPr>
          <w:p>
            <w:r>
              <w:t>hygiene kit</w:t>
            </w:r>
          </w:p>
        </w:tc>
        <w:tc>
          <w:tcPr>
            <w:tcW w:type="dxa" w:w="2880"/>
          </w:tcPr>
          <w:p>
            <w:r>
              <w:t>3</w:t>
            </w:r>
          </w:p>
        </w:tc>
      </w:tr>
      <w:tr>
        <w:tc>
          <w:tcPr>
            <w:tcW w:type="dxa" w:w="2880"/>
          </w:tcPr>
          <w:p>
            <w:r>
              <w:t>2026-09-05</w:t>
            </w:r>
          </w:p>
        </w:tc>
        <w:tc>
          <w:tcPr>
            <w:tcW w:type="dxa" w:w="2880"/>
          </w:tcPr>
          <w:p>
            <w:r>
              <w:t>food kit</w:t>
            </w:r>
          </w:p>
        </w:tc>
        <w:tc>
          <w:tcPr>
            <w:tcW w:type="dxa" w:w="2880"/>
          </w:tcPr>
          <w:p>
            <w:r>
              <w:t>6</w:t>
            </w:r>
          </w:p>
        </w:tc>
      </w:tr>
      <w:tr>
        <w:tc>
          <w:tcPr>
            <w:tcW w:type="dxa" w:w="2880"/>
          </w:tcPr>
          <w:p>
            <w:r>
              <w:t>2026-09-06</w:t>
            </w:r>
          </w:p>
        </w:tc>
        <w:tc>
          <w:tcPr>
            <w:tcW w:type="dxa" w:w="2880"/>
          </w:tcPr>
          <w:p>
            <w:r>
              <w:t>blanket</w:t>
            </w:r>
          </w:p>
        </w:tc>
        <w:tc>
          <w:tcPr>
            <w:tcW w:type="dxa" w:w="2880"/>
          </w:tcPr>
          <w:p>
            <w:r>
              <w:t>4</w:t>
            </w:r>
          </w:p>
        </w:tc>
      </w:tr>
      <w:tr>
        <w:tc>
          <w:tcPr>
            <w:tcW w:type="dxa" w:w="2880"/>
          </w:tcPr>
          <w:p>
            <w:r>
              <w:t>2026-09-06</w:t>
            </w:r>
          </w:p>
        </w:tc>
        <w:tc>
          <w:tcPr>
            <w:tcW w:type="dxa" w:w="2880"/>
          </w:tcPr>
          <w:p>
            <w:r>
              <w:t>tarpaulin</w:t>
            </w:r>
          </w:p>
        </w:tc>
        <w:tc>
          <w:tcPr>
            <w:tcW w:type="dxa" w:w="2880"/>
          </w:tcPr>
          <w:p>
            <w:r>
              <w:t>5</w:t>
            </w:r>
          </w:p>
        </w:tc>
      </w:tr>
      <w:tr>
        <w:tc>
          <w:tcPr>
            <w:tcW w:type="dxa" w:w="2880"/>
          </w:tcPr>
          <w:p>
            <w:r>
              <w:t>2026-09-06</w:t>
            </w:r>
          </w:p>
        </w:tc>
        <w:tc>
          <w:tcPr>
            <w:tcW w:type="dxa" w:w="2880"/>
          </w:tcPr>
          <w:p>
            <w:r>
              <w:t>hygiene kit</w:t>
            </w:r>
          </w:p>
        </w:tc>
        <w:tc>
          <w:tcPr>
            <w:tcW w:type="dxa" w:w="2880"/>
          </w:tcPr>
          <w:p>
            <w:r>
              <w:t>4</w:t>
            </w:r>
          </w:p>
        </w:tc>
      </w:tr>
      <w:tr>
        <w:tc>
          <w:tcPr>
            <w:tcW w:type="dxa" w:w="2880"/>
          </w:tcPr>
          <w:p>
            <w:r>
              <w:t>2026-09-06</w:t>
            </w:r>
          </w:p>
        </w:tc>
        <w:tc>
          <w:tcPr>
            <w:tcW w:type="dxa" w:w="2880"/>
          </w:tcPr>
          <w:p>
            <w:r>
              <w:t>food kit</w:t>
            </w:r>
          </w:p>
        </w:tc>
        <w:tc>
          <w:tcPr>
            <w:tcW w:type="dxa" w:w="2880"/>
          </w:tcPr>
          <w:p>
            <w:r>
              <w:t>2</w:t>
            </w:r>
          </w:p>
        </w:tc>
      </w:tr>
      <w:tr>
        <w:tc>
          <w:tcPr>
            <w:tcW w:type="dxa" w:w="2880"/>
          </w:tcPr>
          <w:p>
            <w:r>
              <w:t>2026-09-07</w:t>
            </w:r>
          </w:p>
        </w:tc>
        <w:tc>
          <w:tcPr>
            <w:tcW w:type="dxa" w:w="2880"/>
          </w:tcPr>
          <w:p>
            <w:r>
              <w:t>blanket</w:t>
            </w:r>
          </w:p>
        </w:tc>
        <w:tc>
          <w:tcPr>
            <w:tcW w:type="dxa" w:w="2880"/>
          </w:tcPr>
          <w:p>
            <w:r>
              <w:t>5</w:t>
            </w:r>
          </w:p>
        </w:tc>
      </w:tr>
      <w:tr>
        <w:tc>
          <w:tcPr>
            <w:tcW w:type="dxa" w:w="2880"/>
          </w:tcPr>
          <w:p>
            <w:r>
              <w:t>2026-09-07</w:t>
            </w:r>
          </w:p>
        </w:tc>
        <w:tc>
          <w:tcPr>
            <w:tcW w:type="dxa" w:w="2880"/>
          </w:tcPr>
          <w:p>
            <w:r>
              <w:t>tarpaulin</w:t>
            </w:r>
          </w:p>
        </w:tc>
        <w:tc>
          <w:tcPr>
            <w:tcW w:type="dxa" w:w="2880"/>
          </w:tcPr>
          <w:p>
            <w:r>
              <w:t>0</w:t>
            </w:r>
          </w:p>
        </w:tc>
      </w:tr>
      <w:tr>
        <w:tc>
          <w:tcPr>
            <w:tcW w:type="dxa" w:w="2880"/>
          </w:tcPr>
          <w:p>
            <w:r>
              <w:t>2026-09-07</w:t>
            </w:r>
          </w:p>
        </w:tc>
        <w:tc>
          <w:tcPr>
            <w:tcW w:type="dxa" w:w="2880"/>
          </w:tcPr>
          <w:p>
            <w:r>
              <w:t>hygiene kit</w:t>
            </w:r>
          </w:p>
        </w:tc>
        <w:tc>
          <w:tcPr>
            <w:tcW w:type="dxa" w:w="2880"/>
          </w:tcPr>
          <w:p>
            <w:r>
              <w:t>1</w:t>
            </w:r>
          </w:p>
        </w:tc>
      </w:tr>
      <w:tr>
        <w:tc>
          <w:tcPr>
            <w:tcW w:type="dxa" w:w="2880"/>
          </w:tcPr>
          <w:p>
            <w:r>
              <w:t>2026-09-07</w:t>
            </w:r>
          </w:p>
        </w:tc>
        <w:tc>
          <w:tcPr>
            <w:tcW w:type="dxa" w:w="2880"/>
          </w:tcPr>
          <w:p>
            <w:r>
              <w:t>food kit</w:t>
            </w:r>
          </w:p>
        </w:tc>
        <w:tc>
          <w:tcPr>
            <w:tcW w:type="dxa" w:w="2880"/>
          </w:tcPr>
          <w:p>
            <w:r>
              <w:t>3</w:t>
            </w:r>
          </w:p>
        </w:tc>
      </w:tr>
      <w:tr>
        <w:tc>
          <w:tcPr>
            <w:tcW w:type="dxa" w:w="2880"/>
          </w:tcPr>
          <w:p>
            <w:r>
              <w:t>2026-09-08</w:t>
            </w:r>
          </w:p>
        </w:tc>
        <w:tc>
          <w:tcPr>
            <w:tcW w:type="dxa" w:w="2880"/>
          </w:tcPr>
          <w:p>
            <w:r>
              <w:t>blanket</w:t>
            </w:r>
          </w:p>
        </w:tc>
        <w:tc>
          <w:tcPr>
            <w:tcW w:type="dxa" w:w="2880"/>
          </w:tcPr>
          <w:p>
            <w:r>
              <w:t>1</w:t>
            </w:r>
          </w:p>
        </w:tc>
      </w:tr>
      <w:tr>
        <w:tc>
          <w:tcPr>
            <w:tcW w:type="dxa" w:w="2880"/>
          </w:tcPr>
          <w:p>
            <w:r>
              <w:t>2026-09-08</w:t>
            </w:r>
          </w:p>
        </w:tc>
        <w:tc>
          <w:tcPr>
            <w:tcW w:type="dxa" w:w="2880"/>
          </w:tcPr>
          <w:p>
            <w:r>
              <w:t>tarpaulin</w:t>
            </w:r>
          </w:p>
        </w:tc>
        <w:tc>
          <w:tcPr>
            <w:tcW w:type="dxa" w:w="2880"/>
          </w:tcPr>
          <w:p>
            <w:r>
              <w:t>8</w:t>
            </w:r>
          </w:p>
        </w:tc>
      </w:tr>
      <w:tr>
        <w:tc>
          <w:tcPr>
            <w:tcW w:type="dxa" w:w="2880"/>
          </w:tcPr>
          <w:p>
            <w:r>
              <w:t>2026-09-08</w:t>
            </w:r>
          </w:p>
        </w:tc>
        <w:tc>
          <w:tcPr>
            <w:tcW w:type="dxa" w:w="2880"/>
          </w:tcPr>
          <w:p>
            <w:r>
              <w:t>hygiene kit</w:t>
            </w:r>
          </w:p>
        </w:tc>
        <w:tc>
          <w:tcPr>
            <w:tcW w:type="dxa" w:w="2880"/>
          </w:tcPr>
          <w:p>
            <w:r>
              <w:t>4</w:t>
            </w:r>
          </w:p>
        </w:tc>
      </w:tr>
      <w:tr>
        <w:tc>
          <w:tcPr>
            <w:tcW w:type="dxa" w:w="2880"/>
          </w:tcPr>
          <w:p>
            <w:r>
              <w:t>2026-09-08</w:t>
            </w:r>
          </w:p>
        </w:tc>
        <w:tc>
          <w:tcPr>
            <w:tcW w:type="dxa" w:w="2880"/>
          </w:tcPr>
          <w:p>
            <w:r>
              <w:t>food kit</w:t>
            </w:r>
          </w:p>
        </w:tc>
        <w:tc>
          <w:tcPr>
            <w:tcW w:type="dxa" w:w="2880"/>
          </w:tcPr>
          <w:p>
            <w:r>
              <w:t>5</w:t>
            </w:r>
          </w:p>
        </w:tc>
      </w:tr>
      <w:tr>
        <w:tc>
          <w:tcPr>
            <w:tcW w:type="dxa" w:w="2880"/>
          </w:tcPr>
          <w:p>
            <w:r>
              <w:t>2026-09-09</w:t>
            </w:r>
          </w:p>
        </w:tc>
        <w:tc>
          <w:tcPr>
            <w:tcW w:type="dxa" w:w="2880"/>
          </w:tcPr>
          <w:p>
            <w:r>
              <w:t>blanket</w:t>
            </w:r>
          </w:p>
        </w:tc>
        <w:tc>
          <w:tcPr>
            <w:tcW w:type="dxa" w:w="2880"/>
          </w:tcPr>
          <w:p>
            <w:r>
              <w:t>4</w:t>
            </w:r>
          </w:p>
        </w:tc>
      </w:tr>
      <w:tr>
        <w:tc>
          <w:tcPr>
            <w:tcW w:type="dxa" w:w="2880"/>
          </w:tcPr>
          <w:p>
            <w:r>
              <w:t>2026-09-09</w:t>
            </w:r>
          </w:p>
        </w:tc>
        <w:tc>
          <w:tcPr>
            <w:tcW w:type="dxa" w:w="2880"/>
          </w:tcPr>
          <w:p>
            <w:r>
              <w:t>tarpaulin</w:t>
            </w:r>
          </w:p>
        </w:tc>
        <w:tc>
          <w:tcPr>
            <w:tcW w:type="dxa" w:w="2880"/>
          </w:tcPr>
          <w:p>
            <w:r>
              <w:t>5</w:t>
            </w:r>
          </w:p>
        </w:tc>
      </w:tr>
      <w:tr>
        <w:tc>
          <w:tcPr>
            <w:tcW w:type="dxa" w:w="2880"/>
          </w:tcPr>
          <w:p>
            <w:r>
              <w:t>2026-09-09</w:t>
            </w:r>
          </w:p>
        </w:tc>
        <w:tc>
          <w:tcPr>
            <w:tcW w:type="dxa" w:w="2880"/>
          </w:tcPr>
          <w:p>
            <w:r>
              <w:t>hygiene kit</w:t>
            </w:r>
          </w:p>
        </w:tc>
        <w:tc>
          <w:tcPr>
            <w:tcW w:type="dxa" w:w="2880"/>
          </w:tcPr>
          <w:p>
            <w:r>
              <w:t>3</w:t>
            </w:r>
          </w:p>
        </w:tc>
      </w:tr>
      <w:tr>
        <w:tc>
          <w:tcPr>
            <w:tcW w:type="dxa" w:w="2880"/>
          </w:tcPr>
          <w:p>
            <w:r>
              <w:t>2026-09-09</w:t>
            </w:r>
          </w:p>
        </w:tc>
        <w:tc>
          <w:tcPr>
            <w:tcW w:type="dxa" w:w="2880"/>
          </w:tcPr>
          <w:p>
            <w:r>
              <w:t>food kit</w:t>
            </w:r>
          </w:p>
        </w:tc>
        <w:tc>
          <w:tcPr>
            <w:tcW w:type="dxa" w:w="2880"/>
          </w:tcPr>
          <w:p>
            <w:r>
              <w:t>4</w:t>
            </w:r>
          </w:p>
        </w:tc>
      </w:tr>
      <w:tr>
        <w:tc>
          <w:tcPr>
            <w:tcW w:type="dxa" w:w="2880"/>
          </w:tcPr>
          <w:p>
            <w:r>
              <w:t>2026-09-10</w:t>
            </w:r>
          </w:p>
        </w:tc>
        <w:tc>
          <w:tcPr>
            <w:tcW w:type="dxa" w:w="2880"/>
          </w:tcPr>
          <w:p>
            <w:r>
              <w:t>blanket</w:t>
            </w:r>
          </w:p>
        </w:tc>
        <w:tc>
          <w:tcPr>
            <w:tcW w:type="dxa" w:w="2880"/>
          </w:tcPr>
          <w:p>
            <w:r>
              <w:t>4</w:t>
            </w:r>
          </w:p>
        </w:tc>
      </w:tr>
      <w:tr>
        <w:tc>
          <w:tcPr>
            <w:tcW w:type="dxa" w:w="2880"/>
          </w:tcPr>
          <w:p>
            <w:r>
              <w:t>2026-09-10</w:t>
            </w:r>
          </w:p>
        </w:tc>
        <w:tc>
          <w:tcPr>
            <w:tcW w:type="dxa" w:w="2880"/>
          </w:tcPr>
          <w:p>
            <w:r>
              <w:t>tarpaulin</w:t>
            </w:r>
          </w:p>
        </w:tc>
        <w:tc>
          <w:tcPr>
            <w:tcW w:type="dxa" w:w="2880"/>
          </w:tcPr>
          <w:p>
            <w:r>
              <w:t>6</w:t>
            </w:r>
          </w:p>
        </w:tc>
      </w:tr>
      <w:tr>
        <w:tc>
          <w:tcPr>
            <w:tcW w:type="dxa" w:w="2880"/>
          </w:tcPr>
          <w:p>
            <w:r>
              <w:t>2026-09-10</w:t>
            </w:r>
          </w:p>
        </w:tc>
        <w:tc>
          <w:tcPr>
            <w:tcW w:type="dxa" w:w="2880"/>
          </w:tcPr>
          <w:p>
            <w:r>
              <w:t>hygiene kit</w:t>
            </w:r>
          </w:p>
        </w:tc>
        <w:tc>
          <w:tcPr>
            <w:tcW w:type="dxa" w:w="2880"/>
          </w:tcPr>
          <w:p>
            <w:r>
              <w:t>2</w:t>
            </w:r>
          </w:p>
        </w:tc>
      </w:tr>
      <w:tr>
        <w:tc>
          <w:tcPr>
            <w:tcW w:type="dxa" w:w="2880"/>
          </w:tcPr>
          <w:p>
            <w:r>
              <w:t>2026-09-10</w:t>
            </w:r>
          </w:p>
        </w:tc>
        <w:tc>
          <w:tcPr>
            <w:tcW w:type="dxa" w:w="2880"/>
          </w:tcPr>
          <w:p>
            <w:r>
              <w:t>food kit</w:t>
            </w:r>
          </w:p>
        </w:tc>
        <w:tc>
          <w:tcPr>
            <w:tcW w:type="dxa" w:w="2880"/>
          </w:tcPr>
          <w:p>
            <w:r>
              <w:t>3</w:t>
            </w:r>
          </w:p>
        </w:tc>
      </w:tr>
      <w:tr>
        <w:tc>
          <w:tcPr>
            <w:tcW w:type="dxa" w:w="2880"/>
          </w:tcPr>
          <w:p>
            <w:r>
              <w:t>2026-09-11</w:t>
            </w:r>
          </w:p>
        </w:tc>
        <w:tc>
          <w:tcPr>
            <w:tcW w:type="dxa" w:w="2880"/>
          </w:tcPr>
          <w:p>
            <w:r>
              <w:t>blanket</w:t>
            </w:r>
          </w:p>
        </w:tc>
        <w:tc>
          <w:tcPr>
            <w:tcW w:type="dxa" w:w="2880"/>
          </w:tcPr>
          <w:p>
            <w:r>
              <w:t>5</w:t>
            </w:r>
          </w:p>
        </w:tc>
      </w:tr>
      <w:tr>
        <w:tc>
          <w:tcPr>
            <w:tcW w:type="dxa" w:w="2880"/>
          </w:tcPr>
          <w:p>
            <w:r>
              <w:t>2026-09-11</w:t>
            </w:r>
          </w:p>
        </w:tc>
        <w:tc>
          <w:tcPr>
            <w:tcW w:type="dxa" w:w="2880"/>
          </w:tcPr>
          <w:p>
            <w:r>
              <w:t>tarpaulin</w:t>
            </w:r>
          </w:p>
        </w:tc>
        <w:tc>
          <w:tcPr>
            <w:tcW w:type="dxa" w:w="2880"/>
          </w:tcPr>
          <w:p>
            <w:r>
              <w:t>1</w:t>
            </w:r>
          </w:p>
        </w:tc>
      </w:tr>
      <w:tr>
        <w:tc>
          <w:tcPr>
            <w:tcW w:type="dxa" w:w="2880"/>
          </w:tcPr>
          <w:p>
            <w:r>
              <w:t>2026-09-11</w:t>
            </w:r>
          </w:p>
        </w:tc>
        <w:tc>
          <w:tcPr>
            <w:tcW w:type="dxa" w:w="2880"/>
          </w:tcPr>
          <w:p>
            <w:r>
              <w:t>hygiene kit</w:t>
            </w:r>
          </w:p>
        </w:tc>
        <w:tc>
          <w:tcPr>
            <w:tcW w:type="dxa" w:w="2880"/>
          </w:tcPr>
          <w:p>
            <w:r>
              <w:t>6</w:t>
            </w:r>
          </w:p>
        </w:tc>
      </w:tr>
      <w:tr>
        <w:tc>
          <w:tcPr>
            <w:tcW w:type="dxa" w:w="2880"/>
          </w:tcPr>
          <w:p>
            <w:r>
              <w:t>2026-09-11</w:t>
            </w:r>
          </w:p>
        </w:tc>
        <w:tc>
          <w:tcPr>
            <w:tcW w:type="dxa" w:w="2880"/>
          </w:tcPr>
          <w:p>
            <w:r>
              <w:t>food kit</w:t>
            </w:r>
          </w:p>
        </w:tc>
        <w:tc>
          <w:tcPr>
            <w:tcW w:type="dxa" w:w="2880"/>
          </w:tcPr>
          <w:p>
            <w:r>
              <w:t>3</w:t>
            </w:r>
          </w:p>
        </w:tc>
      </w:tr>
      <w:tr>
        <w:tc>
          <w:tcPr>
            <w:tcW w:type="dxa" w:w="2880"/>
          </w:tcPr>
          <w:p>
            <w:r>
              <w:t>2026-09-12</w:t>
            </w:r>
          </w:p>
        </w:tc>
        <w:tc>
          <w:tcPr>
            <w:tcW w:type="dxa" w:w="2880"/>
          </w:tcPr>
          <w:p>
            <w:r>
              <w:t>blanket</w:t>
            </w:r>
          </w:p>
        </w:tc>
        <w:tc>
          <w:tcPr>
            <w:tcW w:type="dxa" w:w="2880"/>
          </w:tcPr>
          <w:p>
            <w:r>
              <w:t>4</w:t>
            </w:r>
          </w:p>
        </w:tc>
      </w:tr>
      <w:tr>
        <w:tc>
          <w:tcPr>
            <w:tcW w:type="dxa" w:w="2880"/>
          </w:tcPr>
          <w:p>
            <w:r>
              <w:t>2026-09-12</w:t>
            </w:r>
          </w:p>
        </w:tc>
        <w:tc>
          <w:tcPr>
            <w:tcW w:type="dxa" w:w="2880"/>
          </w:tcPr>
          <w:p>
            <w:r>
              <w:t>tarpaulin</w:t>
            </w:r>
          </w:p>
        </w:tc>
        <w:tc>
          <w:tcPr>
            <w:tcW w:type="dxa" w:w="2880"/>
          </w:tcPr>
          <w:p>
            <w:r>
              <w:t>3</w:t>
            </w:r>
          </w:p>
        </w:tc>
      </w:tr>
      <w:tr>
        <w:tc>
          <w:tcPr>
            <w:tcW w:type="dxa" w:w="2880"/>
          </w:tcPr>
          <w:p>
            <w:r>
              <w:t>2026-09-12</w:t>
            </w:r>
          </w:p>
        </w:tc>
        <w:tc>
          <w:tcPr>
            <w:tcW w:type="dxa" w:w="2880"/>
          </w:tcPr>
          <w:p>
            <w:r>
              <w:t>hygiene kit</w:t>
            </w:r>
          </w:p>
        </w:tc>
        <w:tc>
          <w:tcPr>
            <w:tcW w:type="dxa" w:w="2880"/>
          </w:tcPr>
          <w:p>
            <w:r>
              <w:t>8</w:t>
            </w:r>
          </w:p>
        </w:tc>
      </w:tr>
      <w:tr>
        <w:tc>
          <w:tcPr>
            <w:tcW w:type="dxa" w:w="2880"/>
          </w:tcPr>
          <w:p>
            <w:r>
              <w:t>2026-09-12</w:t>
            </w:r>
          </w:p>
        </w:tc>
        <w:tc>
          <w:tcPr>
            <w:tcW w:type="dxa" w:w="2880"/>
          </w:tcPr>
          <w:p>
            <w:r>
              <w:t>food kit</w:t>
            </w:r>
          </w:p>
        </w:tc>
        <w:tc>
          <w:tcPr>
            <w:tcW w:type="dxa" w:w="2880"/>
          </w:tcPr>
          <w:p>
            <w:r>
              <w:t>2</w:t>
            </w:r>
          </w:p>
        </w:tc>
      </w:tr>
      <w:tr>
        <w:tc>
          <w:tcPr>
            <w:tcW w:type="dxa" w:w="2880"/>
          </w:tcPr>
          <w:p>
            <w:r>
              <w:t>2026-09-13</w:t>
            </w:r>
          </w:p>
        </w:tc>
        <w:tc>
          <w:tcPr>
            <w:tcW w:type="dxa" w:w="2880"/>
          </w:tcPr>
          <w:p>
            <w:r>
              <w:t>blanket</w:t>
            </w:r>
          </w:p>
        </w:tc>
        <w:tc>
          <w:tcPr>
            <w:tcW w:type="dxa" w:w="2880"/>
          </w:tcPr>
          <w:p>
            <w:r>
              <w:t>8</w:t>
            </w:r>
          </w:p>
        </w:tc>
      </w:tr>
      <w:tr>
        <w:tc>
          <w:tcPr>
            <w:tcW w:type="dxa" w:w="2880"/>
          </w:tcPr>
          <w:p>
            <w:r>
              <w:t>2026-09-13</w:t>
            </w:r>
          </w:p>
        </w:tc>
        <w:tc>
          <w:tcPr>
            <w:tcW w:type="dxa" w:w="2880"/>
          </w:tcPr>
          <w:p>
            <w:r>
              <w:t>tarpaulin</w:t>
            </w:r>
          </w:p>
        </w:tc>
        <w:tc>
          <w:tcPr>
            <w:tcW w:type="dxa" w:w="2880"/>
          </w:tcPr>
          <w:p>
            <w:r>
              <w:t>5</w:t>
            </w:r>
          </w:p>
        </w:tc>
      </w:tr>
      <w:tr>
        <w:tc>
          <w:tcPr>
            <w:tcW w:type="dxa" w:w="2880"/>
          </w:tcPr>
          <w:p>
            <w:r>
              <w:t>2026-09-13</w:t>
            </w:r>
          </w:p>
        </w:tc>
        <w:tc>
          <w:tcPr>
            <w:tcW w:type="dxa" w:w="2880"/>
          </w:tcPr>
          <w:p>
            <w:r>
              <w:t>hygiene kit</w:t>
            </w:r>
          </w:p>
        </w:tc>
        <w:tc>
          <w:tcPr>
            <w:tcW w:type="dxa" w:w="2880"/>
          </w:tcPr>
          <w:p>
            <w:r>
              <w:t>2</w:t>
            </w:r>
          </w:p>
        </w:tc>
      </w:tr>
      <w:tr>
        <w:tc>
          <w:tcPr>
            <w:tcW w:type="dxa" w:w="2880"/>
          </w:tcPr>
          <w:p>
            <w:r>
              <w:t>2026-09-13</w:t>
            </w:r>
          </w:p>
        </w:tc>
        <w:tc>
          <w:tcPr>
            <w:tcW w:type="dxa" w:w="2880"/>
          </w:tcPr>
          <w:p>
            <w:r>
              <w:t>food kit</w:t>
            </w:r>
          </w:p>
        </w:tc>
        <w:tc>
          <w:tcPr>
            <w:tcW w:type="dxa" w:w="2880"/>
          </w:tcPr>
          <w:p>
            <w:r>
              <w:t>4</w:t>
            </w:r>
          </w:p>
        </w:tc>
      </w:tr>
      <w:tr>
        <w:tc>
          <w:tcPr>
            <w:tcW w:type="dxa" w:w="2880"/>
          </w:tcPr>
          <w:p>
            <w:r>
              <w:t>2026-09-14</w:t>
            </w:r>
          </w:p>
        </w:tc>
        <w:tc>
          <w:tcPr>
            <w:tcW w:type="dxa" w:w="2880"/>
          </w:tcPr>
          <w:p>
            <w:r>
              <w:t>blanket</w:t>
            </w:r>
          </w:p>
        </w:tc>
        <w:tc>
          <w:tcPr>
            <w:tcW w:type="dxa" w:w="2880"/>
          </w:tcPr>
          <w:p>
            <w:r>
              <w:t>7</w:t>
            </w:r>
          </w:p>
        </w:tc>
      </w:tr>
      <w:tr>
        <w:tc>
          <w:tcPr>
            <w:tcW w:type="dxa" w:w="2880"/>
          </w:tcPr>
          <w:p>
            <w:r>
              <w:t>2026-09-14</w:t>
            </w:r>
          </w:p>
        </w:tc>
        <w:tc>
          <w:tcPr>
            <w:tcW w:type="dxa" w:w="2880"/>
          </w:tcPr>
          <w:p>
            <w:r>
              <w:t>tarpaulin</w:t>
            </w:r>
          </w:p>
        </w:tc>
        <w:tc>
          <w:tcPr>
            <w:tcW w:type="dxa" w:w="2880"/>
          </w:tcPr>
          <w:p>
            <w:r>
              <w:t>3</w:t>
            </w:r>
          </w:p>
        </w:tc>
      </w:tr>
      <w:tr>
        <w:tc>
          <w:tcPr>
            <w:tcW w:type="dxa" w:w="2880"/>
          </w:tcPr>
          <w:p>
            <w:r>
              <w:t>2026-09-14</w:t>
            </w:r>
          </w:p>
        </w:tc>
        <w:tc>
          <w:tcPr>
            <w:tcW w:type="dxa" w:w="2880"/>
          </w:tcPr>
          <w:p>
            <w:r>
              <w:t>hygiene kit</w:t>
            </w:r>
          </w:p>
        </w:tc>
        <w:tc>
          <w:tcPr>
            <w:tcW w:type="dxa" w:w="2880"/>
          </w:tcPr>
          <w:p>
            <w:r>
              <w:t>4</w:t>
            </w:r>
          </w:p>
        </w:tc>
      </w:tr>
      <w:tr>
        <w:tc>
          <w:tcPr>
            <w:tcW w:type="dxa" w:w="2880"/>
          </w:tcPr>
          <w:p>
            <w:r>
              <w:t>2026-09-14</w:t>
            </w:r>
          </w:p>
        </w:tc>
        <w:tc>
          <w:tcPr>
            <w:tcW w:type="dxa" w:w="2880"/>
          </w:tcPr>
          <w:p>
            <w:r>
              <w:t>food kit</w:t>
            </w:r>
          </w:p>
        </w:tc>
        <w:tc>
          <w:tcPr>
            <w:tcW w:type="dxa" w:w="2880"/>
          </w:tcPr>
          <w:p>
            <w:r>
              <w:t>3</w:t>
            </w:r>
          </w:p>
        </w:tc>
      </w:tr>
      <w:tr>
        <w:tc>
          <w:tcPr>
            <w:tcW w:type="dxa" w:w="2880"/>
          </w:tcPr>
          <w:p>
            <w:r>
              <w:t>2026-09-15</w:t>
            </w:r>
          </w:p>
        </w:tc>
        <w:tc>
          <w:tcPr>
            <w:tcW w:type="dxa" w:w="2880"/>
          </w:tcPr>
          <w:p>
            <w:r>
              <w:t>blanket</w:t>
            </w:r>
          </w:p>
        </w:tc>
        <w:tc>
          <w:tcPr>
            <w:tcW w:type="dxa" w:w="2880"/>
          </w:tcPr>
          <w:p>
            <w:r>
              <w:t>5</w:t>
            </w:r>
          </w:p>
        </w:tc>
      </w:tr>
      <w:tr>
        <w:tc>
          <w:tcPr>
            <w:tcW w:type="dxa" w:w="2880"/>
          </w:tcPr>
          <w:p>
            <w:r>
              <w:t>2026-09-15</w:t>
            </w:r>
          </w:p>
        </w:tc>
        <w:tc>
          <w:tcPr>
            <w:tcW w:type="dxa" w:w="2880"/>
          </w:tcPr>
          <w:p>
            <w:r>
              <w:t>tarpaulin</w:t>
            </w:r>
          </w:p>
        </w:tc>
        <w:tc>
          <w:tcPr>
            <w:tcW w:type="dxa" w:w="2880"/>
          </w:tcPr>
          <w:p>
            <w:r>
              <w:t>8</w:t>
            </w:r>
          </w:p>
        </w:tc>
      </w:tr>
      <w:tr>
        <w:tc>
          <w:tcPr>
            <w:tcW w:type="dxa" w:w="2880"/>
          </w:tcPr>
          <w:p>
            <w:r>
              <w:t>2026-09-15</w:t>
            </w:r>
          </w:p>
        </w:tc>
        <w:tc>
          <w:tcPr>
            <w:tcW w:type="dxa" w:w="2880"/>
          </w:tcPr>
          <w:p>
            <w:r>
              <w:t>hygiene kit</w:t>
            </w:r>
          </w:p>
        </w:tc>
        <w:tc>
          <w:tcPr>
            <w:tcW w:type="dxa" w:w="2880"/>
          </w:tcPr>
          <w:p>
            <w:r>
              <w:t>2</w:t>
            </w:r>
          </w:p>
        </w:tc>
      </w:tr>
      <w:tr>
        <w:tc>
          <w:tcPr>
            <w:tcW w:type="dxa" w:w="2880"/>
          </w:tcPr>
          <w:p>
            <w:r>
              <w:t>2026-09-15</w:t>
            </w:r>
          </w:p>
        </w:tc>
        <w:tc>
          <w:tcPr>
            <w:tcW w:type="dxa" w:w="2880"/>
          </w:tcPr>
          <w:p>
            <w:r>
              <w:t>food kit</w:t>
            </w:r>
          </w:p>
        </w:tc>
        <w:tc>
          <w:tcPr>
            <w:tcW w:type="dxa" w:w="2880"/>
          </w:tcPr>
          <w:p>
            <w:r>
              <w:t>4</w:t>
            </w:r>
          </w:p>
        </w:tc>
      </w:tr>
      <w:tr>
        <w:tc>
          <w:tcPr>
            <w:tcW w:type="dxa" w:w="2880"/>
          </w:tcPr>
          <w:p>
            <w:r>
              <w:t>2026-09-16</w:t>
            </w:r>
          </w:p>
        </w:tc>
        <w:tc>
          <w:tcPr>
            <w:tcW w:type="dxa" w:w="2880"/>
          </w:tcPr>
          <w:p>
            <w:r>
              <w:t>blanket</w:t>
            </w:r>
          </w:p>
        </w:tc>
        <w:tc>
          <w:tcPr>
            <w:tcW w:type="dxa" w:w="2880"/>
          </w:tcPr>
          <w:p>
            <w:r>
              <w:t>4</w:t>
            </w:r>
          </w:p>
        </w:tc>
      </w:tr>
      <w:tr>
        <w:tc>
          <w:tcPr>
            <w:tcW w:type="dxa" w:w="2880"/>
          </w:tcPr>
          <w:p>
            <w:r>
              <w:t>2026-09-16</w:t>
            </w:r>
          </w:p>
        </w:tc>
        <w:tc>
          <w:tcPr>
            <w:tcW w:type="dxa" w:w="2880"/>
          </w:tcPr>
          <w:p>
            <w:r>
              <w:t>tarpaulin</w:t>
            </w:r>
          </w:p>
        </w:tc>
        <w:tc>
          <w:tcPr>
            <w:tcW w:type="dxa" w:w="2880"/>
          </w:tcPr>
          <w:p>
            <w:r>
              <w:t>5</w:t>
            </w:r>
          </w:p>
        </w:tc>
      </w:tr>
      <w:tr>
        <w:tc>
          <w:tcPr>
            <w:tcW w:type="dxa" w:w="2880"/>
          </w:tcPr>
          <w:p>
            <w:r>
              <w:t>2026-09-16</w:t>
            </w:r>
          </w:p>
        </w:tc>
        <w:tc>
          <w:tcPr>
            <w:tcW w:type="dxa" w:w="2880"/>
          </w:tcPr>
          <w:p>
            <w:r>
              <w:t>hygiene kit</w:t>
            </w:r>
          </w:p>
        </w:tc>
        <w:tc>
          <w:tcPr>
            <w:tcW w:type="dxa" w:w="2880"/>
          </w:tcPr>
          <w:p>
            <w:r>
              <w:t>5</w:t>
            </w:r>
          </w:p>
        </w:tc>
      </w:tr>
      <w:tr>
        <w:tc>
          <w:tcPr>
            <w:tcW w:type="dxa" w:w="2880"/>
          </w:tcPr>
          <w:p>
            <w:r>
              <w:t>2026-09-16</w:t>
            </w:r>
          </w:p>
        </w:tc>
        <w:tc>
          <w:tcPr>
            <w:tcW w:type="dxa" w:w="2880"/>
          </w:tcPr>
          <w:p>
            <w:r>
              <w:t>food kit</w:t>
            </w:r>
          </w:p>
        </w:tc>
        <w:tc>
          <w:tcPr>
            <w:tcW w:type="dxa" w:w="2880"/>
          </w:tcPr>
          <w:p>
            <w:r>
              <w:t>4</w:t>
            </w:r>
          </w:p>
        </w:tc>
      </w:tr>
      <w:tr>
        <w:tc>
          <w:tcPr>
            <w:tcW w:type="dxa" w:w="2880"/>
          </w:tcPr>
          <w:p>
            <w:r>
              <w:t>2026-09-17</w:t>
            </w:r>
          </w:p>
        </w:tc>
        <w:tc>
          <w:tcPr>
            <w:tcW w:type="dxa" w:w="2880"/>
          </w:tcPr>
          <w:p>
            <w:r>
              <w:t>blanket</w:t>
            </w:r>
          </w:p>
        </w:tc>
        <w:tc>
          <w:tcPr>
            <w:tcW w:type="dxa" w:w="2880"/>
          </w:tcPr>
          <w:p>
            <w:r>
              <w:t>6</w:t>
            </w:r>
          </w:p>
        </w:tc>
      </w:tr>
      <w:tr>
        <w:tc>
          <w:tcPr>
            <w:tcW w:type="dxa" w:w="2880"/>
          </w:tcPr>
          <w:p>
            <w:r>
              <w:t>2026-09-17</w:t>
            </w:r>
          </w:p>
        </w:tc>
        <w:tc>
          <w:tcPr>
            <w:tcW w:type="dxa" w:w="2880"/>
          </w:tcPr>
          <w:p>
            <w:r>
              <w:t>tarpaulin</w:t>
            </w:r>
          </w:p>
        </w:tc>
        <w:tc>
          <w:tcPr>
            <w:tcW w:type="dxa" w:w="2880"/>
          </w:tcPr>
          <w:p>
            <w:r>
              <w:t>5</w:t>
            </w:r>
          </w:p>
        </w:tc>
      </w:tr>
      <w:tr>
        <w:tc>
          <w:tcPr>
            <w:tcW w:type="dxa" w:w="2880"/>
          </w:tcPr>
          <w:p>
            <w:r>
              <w:t>2026-09-17</w:t>
            </w:r>
          </w:p>
        </w:tc>
        <w:tc>
          <w:tcPr>
            <w:tcW w:type="dxa" w:w="2880"/>
          </w:tcPr>
          <w:p>
            <w:r>
              <w:t>hygiene kit</w:t>
            </w:r>
          </w:p>
        </w:tc>
        <w:tc>
          <w:tcPr>
            <w:tcW w:type="dxa" w:w="2880"/>
          </w:tcPr>
          <w:p>
            <w:r>
              <w:t>5</w:t>
            </w:r>
          </w:p>
        </w:tc>
      </w:tr>
      <w:tr>
        <w:tc>
          <w:tcPr>
            <w:tcW w:type="dxa" w:w="2880"/>
          </w:tcPr>
          <w:p>
            <w:r>
              <w:t>2026-09-17</w:t>
            </w:r>
          </w:p>
        </w:tc>
        <w:tc>
          <w:tcPr>
            <w:tcW w:type="dxa" w:w="2880"/>
          </w:tcPr>
          <w:p>
            <w:r>
              <w:t>food kit</w:t>
            </w:r>
          </w:p>
        </w:tc>
        <w:tc>
          <w:tcPr>
            <w:tcW w:type="dxa" w:w="2880"/>
          </w:tcPr>
          <w:p>
            <w:r>
              <w:t>4</w:t>
            </w:r>
          </w:p>
        </w:tc>
      </w:tr>
      <w:tr>
        <w:tc>
          <w:tcPr>
            <w:tcW w:type="dxa" w:w="2880"/>
          </w:tcPr>
          <w:p>
            <w:r>
              <w:t>2026-09-18</w:t>
            </w:r>
          </w:p>
        </w:tc>
        <w:tc>
          <w:tcPr>
            <w:tcW w:type="dxa" w:w="2880"/>
          </w:tcPr>
          <w:p>
            <w:r>
              <w:t>blanket</w:t>
            </w:r>
          </w:p>
        </w:tc>
        <w:tc>
          <w:tcPr>
            <w:tcW w:type="dxa" w:w="2880"/>
          </w:tcPr>
          <w:p>
            <w:r>
              <w:t>2</w:t>
            </w:r>
          </w:p>
        </w:tc>
      </w:tr>
      <w:tr>
        <w:tc>
          <w:tcPr>
            <w:tcW w:type="dxa" w:w="2880"/>
          </w:tcPr>
          <w:p>
            <w:r>
              <w:t>2026-09-18</w:t>
            </w:r>
          </w:p>
        </w:tc>
        <w:tc>
          <w:tcPr>
            <w:tcW w:type="dxa" w:w="2880"/>
          </w:tcPr>
          <w:p>
            <w:r>
              <w:t>tarpaulin</w:t>
            </w:r>
          </w:p>
        </w:tc>
        <w:tc>
          <w:tcPr>
            <w:tcW w:type="dxa" w:w="2880"/>
          </w:tcPr>
          <w:p>
            <w:r>
              <w:t>6</w:t>
            </w:r>
          </w:p>
        </w:tc>
      </w:tr>
      <w:tr>
        <w:tc>
          <w:tcPr>
            <w:tcW w:type="dxa" w:w="2880"/>
          </w:tcPr>
          <w:p>
            <w:r>
              <w:t>2026-09-18</w:t>
            </w:r>
          </w:p>
        </w:tc>
        <w:tc>
          <w:tcPr>
            <w:tcW w:type="dxa" w:w="2880"/>
          </w:tcPr>
          <w:p>
            <w:r>
              <w:t>hygiene kit</w:t>
            </w:r>
          </w:p>
        </w:tc>
        <w:tc>
          <w:tcPr>
            <w:tcW w:type="dxa" w:w="2880"/>
          </w:tcPr>
          <w:p>
            <w:r>
              <w:t>6</w:t>
            </w:r>
          </w:p>
        </w:tc>
      </w:tr>
      <w:tr>
        <w:tc>
          <w:tcPr>
            <w:tcW w:type="dxa" w:w="2880"/>
          </w:tcPr>
          <w:p>
            <w:r>
              <w:t>2026-09-18</w:t>
            </w:r>
          </w:p>
        </w:tc>
        <w:tc>
          <w:tcPr>
            <w:tcW w:type="dxa" w:w="2880"/>
          </w:tcPr>
          <w:p>
            <w:r>
              <w:t>food kit</w:t>
            </w:r>
          </w:p>
        </w:tc>
        <w:tc>
          <w:tcPr>
            <w:tcW w:type="dxa" w:w="2880"/>
          </w:tcPr>
          <w:p>
            <w:r>
              <w:t>3</w:t>
            </w:r>
          </w:p>
        </w:tc>
      </w:tr>
      <w:tr>
        <w:tc>
          <w:tcPr>
            <w:tcW w:type="dxa" w:w="2880"/>
          </w:tcPr>
          <w:p>
            <w:r>
              <w:t>2026-09-19</w:t>
            </w:r>
          </w:p>
        </w:tc>
        <w:tc>
          <w:tcPr>
            <w:tcW w:type="dxa" w:w="2880"/>
          </w:tcPr>
          <w:p>
            <w:r>
              <w:t>blanket</w:t>
            </w:r>
          </w:p>
        </w:tc>
        <w:tc>
          <w:tcPr>
            <w:tcW w:type="dxa" w:w="2880"/>
          </w:tcPr>
          <w:p>
            <w:r>
              <w:t>4</w:t>
            </w:r>
          </w:p>
        </w:tc>
      </w:tr>
      <w:tr>
        <w:tc>
          <w:tcPr>
            <w:tcW w:type="dxa" w:w="2880"/>
          </w:tcPr>
          <w:p>
            <w:r>
              <w:t>2026-09-19</w:t>
            </w:r>
          </w:p>
        </w:tc>
        <w:tc>
          <w:tcPr>
            <w:tcW w:type="dxa" w:w="2880"/>
          </w:tcPr>
          <w:p>
            <w:r>
              <w:t>tarpaulin</w:t>
            </w:r>
          </w:p>
        </w:tc>
        <w:tc>
          <w:tcPr>
            <w:tcW w:type="dxa" w:w="2880"/>
          </w:tcPr>
          <w:p>
            <w:r>
              <w:t>2</w:t>
            </w:r>
          </w:p>
        </w:tc>
      </w:tr>
      <w:tr>
        <w:tc>
          <w:tcPr>
            <w:tcW w:type="dxa" w:w="2880"/>
          </w:tcPr>
          <w:p>
            <w:r>
              <w:t>2026-09-19</w:t>
            </w:r>
          </w:p>
        </w:tc>
        <w:tc>
          <w:tcPr>
            <w:tcW w:type="dxa" w:w="2880"/>
          </w:tcPr>
          <w:p>
            <w:r>
              <w:t>hygiene kit</w:t>
            </w:r>
          </w:p>
        </w:tc>
        <w:tc>
          <w:tcPr>
            <w:tcW w:type="dxa" w:w="2880"/>
          </w:tcPr>
          <w:p>
            <w:r>
              <w:t>2</w:t>
            </w:r>
          </w:p>
        </w:tc>
      </w:tr>
      <w:tr>
        <w:tc>
          <w:tcPr>
            <w:tcW w:type="dxa" w:w="2880"/>
          </w:tcPr>
          <w:p>
            <w:r>
              <w:t>2026-09-19</w:t>
            </w:r>
          </w:p>
        </w:tc>
        <w:tc>
          <w:tcPr>
            <w:tcW w:type="dxa" w:w="2880"/>
          </w:tcPr>
          <w:p>
            <w:r>
              <w:t>food kit</w:t>
            </w:r>
          </w:p>
        </w:tc>
        <w:tc>
          <w:tcPr>
            <w:tcW w:type="dxa" w:w="2880"/>
          </w:tcPr>
          <w:p>
            <w:r>
              <w:t>3</w:t>
            </w:r>
          </w:p>
        </w:tc>
      </w:tr>
      <w:tr>
        <w:tc>
          <w:tcPr>
            <w:tcW w:type="dxa" w:w="2880"/>
          </w:tcPr>
          <w:p>
            <w:r>
              <w:t>2026-09-20</w:t>
            </w:r>
          </w:p>
        </w:tc>
        <w:tc>
          <w:tcPr>
            <w:tcW w:type="dxa" w:w="2880"/>
          </w:tcPr>
          <w:p>
            <w:r>
              <w:t>blanket</w:t>
            </w:r>
          </w:p>
        </w:tc>
        <w:tc>
          <w:tcPr>
            <w:tcW w:type="dxa" w:w="2880"/>
          </w:tcPr>
          <w:p>
            <w:r>
              <w:t>5</w:t>
            </w:r>
          </w:p>
        </w:tc>
      </w:tr>
      <w:tr>
        <w:tc>
          <w:tcPr>
            <w:tcW w:type="dxa" w:w="2880"/>
          </w:tcPr>
          <w:p>
            <w:r>
              <w:t>2026-09-20</w:t>
            </w:r>
          </w:p>
        </w:tc>
        <w:tc>
          <w:tcPr>
            <w:tcW w:type="dxa" w:w="2880"/>
          </w:tcPr>
          <w:p>
            <w:r>
              <w:t>tarpaulin</w:t>
            </w:r>
          </w:p>
        </w:tc>
        <w:tc>
          <w:tcPr>
            <w:tcW w:type="dxa" w:w="2880"/>
          </w:tcPr>
          <w:p>
            <w:r>
              <w:t>6</w:t>
            </w:r>
          </w:p>
        </w:tc>
      </w:tr>
      <w:tr>
        <w:tc>
          <w:tcPr>
            <w:tcW w:type="dxa" w:w="2880"/>
          </w:tcPr>
          <w:p>
            <w:r>
              <w:t>2026-09-20</w:t>
            </w:r>
          </w:p>
        </w:tc>
        <w:tc>
          <w:tcPr>
            <w:tcW w:type="dxa" w:w="2880"/>
          </w:tcPr>
          <w:p>
            <w:r>
              <w:t>hygiene kit</w:t>
            </w:r>
          </w:p>
        </w:tc>
        <w:tc>
          <w:tcPr>
            <w:tcW w:type="dxa" w:w="2880"/>
          </w:tcPr>
          <w:p>
            <w:r>
              <w:t>3</w:t>
            </w:r>
          </w:p>
        </w:tc>
      </w:tr>
      <w:tr>
        <w:tc>
          <w:tcPr>
            <w:tcW w:type="dxa" w:w="2880"/>
          </w:tcPr>
          <w:p>
            <w:r>
              <w:t>2026-09-20</w:t>
            </w:r>
          </w:p>
        </w:tc>
        <w:tc>
          <w:tcPr>
            <w:tcW w:type="dxa" w:w="2880"/>
          </w:tcPr>
          <w:p>
            <w:r>
              <w:t>food kit</w:t>
            </w:r>
          </w:p>
        </w:tc>
        <w:tc>
          <w:tcPr>
            <w:tcW w:type="dxa" w:w="2880"/>
          </w:tcPr>
          <w:p>
            <w:r>
              <w:t>2</w:t>
            </w:r>
          </w:p>
        </w:tc>
      </w:tr>
      <w:tr>
        <w:tc>
          <w:tcPr>
            <w:tcW w:type="dxa" w:w="2880"/>
          </w:tcPr>
          <w:p>
            <w:r>
              <w:t>2026-09-21</w:t>
            </w:r>
          </w:p>
        </w:tc>
        <w:tc>
          <w:tcPr>
            <w:tcW w:type="dxa" w:w="2880"/>
          </w:tcPr>
          <w:p>
            <w:r>
              <w:t>blanket</w:t>
            </w:r>
          </w:p>
        </w:tc>
        <w:tc>
          <w:tcPr>
            <w:tcW w:type="dxa" w:w="2880"/>
          </w:tcPr>
          <w:p>
            <w:r>
              <w:t>4</w:t>
            </w:r>
          </w:p>
        </w:tc>
      </w:tr>
      <w:tr>
        <w:tc>
          <w:tcPr>
            <w:tcW w:type="dxa" w:w="2880"/>
          </w:tcPr>
          <w:p>
            <w:r>
              <w:t>2026-09-21</w:t>
            </w:r>
          </w:p>
        </w:tc>
        <w:tc>
          <w:tcPr>
            <w:tcW w:type="dxa" w:w="2880"/>
          </w:tcPr>
          <w:p>
            <w:r>
              <w:t>tarpaulin</w:t>
            </w:r>
          </w:p>
        </w:tc>
        <w:tc>
          <w:tcPr>
            <w:tcW w:type="dxa" w:w="2880"/>
          </w:tcPr>
          <w:p>
            <w:r>
              <w:t>8</w:t>
            </w:r>
          </w:p>
        </w:tc>
      </w:tr>
      <w:tr>
        <w:tc>
          <w:tcPr>
            <w:tcW w:type="dxa" w:w="2880"/>
          </w:tcPr>
          <w:p>
            <w:r>
              <w:t>2026-09-21</w:t>
            </w:r>
          </w:p>
        </w:tc>
        <w:tc>
          <w:tcPr>
            <w:tcW w:type="dxa" w:w="2880"/>
          </w:tcPr>
          <w:p>
            <w:r>
              <w:t>hygiene kit</w:t>
            </w:r>
          </w:p>
        </w:tc>
        <w:tc>
          <w:tcPr>
            <w:tcW w:type="dxa" w:w="2880"/>
          </w:tcPr>
          <w:p>
            <w:r>
              <w:t>2</w:t>
            </w:r>
          </w:p>
        </w:tc>
      </w:tr>
      <w:tr>
        <w:tc>
          <w:tcPr>
            <w:tcW w:type="dxa" w:w="2880"/>
          </w:tcPr>
          <w:p>
            <w:r>
              <w:t>2026-09-21</w:t>
            </w:r>
          </w:p>
        </w:tc>
        <w:tc>
          <w:tcPr>
            <w:tcW w:type="dxa" w:w="2880"/>
          </w:tcPr>
          <w:p>
            <w:r>
              <w:t>food kit</w:t>
            </w:r>
          </w:p>
        </w:tc>
        <w:tc>
          <w:tcPr>
            <w:tcW w:type="dxa" w:w="2880"/>
          </w:tcPr>
          <w:p>
            <w:r>
              <w:t>4</w:t>
            </w:r>
          </w:p>
        </w:tc>
      </w:tr>
      <w:tr>
        <w:tc>
          <w:tcPr>
            <w:tcW w:type="dxa" w:w="2880"/>
          </w:tcPr>
          <w:p>
            <w:r>
              <w:t>2026-09-22</w:t>
            </w:r>
          </w:p>
        </w:tc>
        <w:tc>
          <w:tcPr>
            <w:tcW w:type="dxa" w:w="2880"/>
          </w:tcPr>
          <w:p>
            <w:r>
              <w:t>blanket</w:t>
            </w:r>
          </w:p>
        </w:tc>
        <w:tc>
          <w:tcPr>
            <w:tcW w:type="dxa" w:w="2880"/>
          </w:tcPr>
          <w:p>
            <w:r>
              <w:t>6</w:t>
            </w:r>
          </w:p>
        </w:tc>
      </w:tr>
      <w:tr>
        <w:tc>
          <w:tcPr>
            <w:tcW w:type="dxa" w:w="2880"/>
          </w:tcPr>
          <w:p>
            <w:r>
              <w:t>2026-09-22</w:t>
            </w:r>
          </w:p>
        </w:tc>
        <w:tc>
          <w:tcPr>
            <w:tcW w:type="dxa" w:w="2880"/>
          </w:tcPr>
          <w:p>
            <w:r>
              <w:t>tarpaulin</w:t>
            </w:r>
          </w:p>
        </w:tc>
        <w:tc>
          <w:tcPr>
            <w:tcW w:type="dxa" w:w="2880"/>
          </w:tcPr>
          <w:p>
            <w:r>
              <w:t>3</w:t>
            </w:r>
          </w:p>
        </w:tc>
      </w:tr>
      <w:tr>
        <w:tc>
          <w:tcPr>
            <w:tcW w:type="dxa" w:w="2880"/>
          </w:tcPr>
          <w:p>
            <w:r>
              <w:t>2026-09-22</w:t>
            </w:r>
          </w:p>
        </w:tc>
        <w:tc>
          <w:tcPr>
            <w:tcW w:type="dxa" w:w="2880"/>
          </w:tcPr>
          <w:p>
            <w:r>
              <w:t>hygiene kit</w:t>
            </w:r>
          </w:p>
        </w:tc>
        <w:tc>
          <w:tcPr>
            <w:tcW w:type="dxa" w:w="2880"/>
          </w:tcPr>
          <w:p>
            <w:r>
              <w:t>9</w:t>
            </w:r>
          </w:p>
        </w:tc>
      </w:tr>
      <w:tr>
        <w:tc>
          <w:tcPr>
            <w:tcW w:type="dxa" w:w="2880"/>
          </w:tcPr>
          <w:p>
            <w:r>
              <w:t>2026-09-22</w:t>
            </w:r>
          </w:p>
        </w:tc>
        <w:tc>
          <w:tcPr>
            <w:tcW w:type="dxa" w:w="2880"/>
          </w:tcPr>
          <w:p>
            <w:r>
              <w:t>food kit</w:t>
            </w:r>
          </w:p>
        </w:tc>
        <w:tc>
          <w:tcPr>
            <w:tcW w:type="dxa" w:w="2880"/>
          </w:tcPr>
          <w:p>
            <w:r>
              <w:t>6</w:t>
            </w:r>
          </w:p>
        </w:tc>
      </w:tr>
    </w:tbl>
    <w:p/>
    <w:p>
      <w:pPr>
        <w:pStyle w:val="Heading2"/>
      </w:pPr>
      <w:r>
        <w:t>Figure 31. Summarize within: Wards [79]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0.5</w:t>
            </w:r>
          </w:p>
        </w:tc>
        <w:tc>
          <w:tcPr>
            <w:tcW w:type="dxa" w:w="2880"/>
          </w:tcPr>
          <w:p>
            <w:r>
              <w:t>3</w:t>
            </w:r>
          </w:p>
        </w:tc>
      </w:tr>
      <w:tr>
        <w:tc>
          <w:tcPr>
            <w:tcW w:type="dxa" w:w="2880"/>
          </w:tcPr>
          <w:p>
            <w:r>
              <w:t>0.5</w:t>
            </w:r>
          </w:p>
        </w:tc>
        <w:tc>
          <w:tcPr>
            <w:tcW w:type="dxa" w:w="2880"/>
          </w:tcPr>
          <w:p>
            <w:r>
              <w:t>1</w:t>
            </w:r>
          </w:p>
        </w:tc>
        <w:tc>
          <w:tcPr>
            <w:tcW w:type="dxa" w:w="2880"/>
          </w:tcPr>
          <w:p>
            <w:r>
              <w:t>0</w:t>
            </w:r>
          </w:p>
        </w:tc>
      </w:tr>
      <w:tr>
        <w:tc>
          <w:tcPr>
            <w:tcW w:type="dxa" w:w="2880"/>
          </w:tcPr>
          <w:p>
            <w:r>
              <w:t>1</w:t>
            </w:r>
          </w:p>
        </w:tc>
        <w:tc>
          <w:tcPr>
            <w:tcW w:type="dxa" w:w="2880"/>
          </w:tcPr>
          <w:p>
            <w:r>
              <w:t>1.5</w:t>
            </w:r>
          </w:p>
        </w:tc>
        <w:tc>
          <w:tcPr>
            <w:tcW w:type="dxa" w:w="2880"/>
          </w:tcPr>
          <w:p>
            <w:r>
              <w:t>11</w:t>
            </w:r>
          </w:p>
        </w:tc>
      </w:tr>
      <w:tr>
        <w:tc>
          <w:tcPr>
            <w:tcW w:type="dxa" w:w="2880"/>
          </w:tcPr>
          <w:p>
            <w:r>
              <w:t>1.5</w:t>
            </w:r>
          </w:p>
        </w:tc>
        <w:tc>
          <w:tcPr>
            <w:tcW w:type="dxa" w:w="2880"/>
          </w:tcPr>
          <w:p>
            <w:r>
              <w:t>2</w:t>
            </w:r>
          </w:p>
        </w:tc>
        <w:tc>
          <w:tcPr>
            <w:tcW w:type="dxa" w:w="2880"/>
          </w:tcPr>
          <w:p>
            <w:r>
              <w:t>0</w:t>
            </w:r>
          </w:p>
        </w:tc>
      </w:tr>
      <w:tr>
        <w:tc>
          <w:tcPr>
            <w:tcW w:type="dxa" w:w="2880"/>
          </w:tcPr>
          <w:p>
            <w:r>
              <w:t>2</w:t>
            </w:r>
          </w:p>
        </w:tc>
        <w:tc>
          <w:tcPr>
            <w:tcW w:type="dxa" w:w="2880"/>
          </w:tcPr>
          <w:p>
            <w:r>
              <w:t>2.5</w:t>
            </w:r>
          </w:p>
        </w:tc>
        <w:tc>
          <w:tcPr>
            <w:tcW w:type="dxa" w:w="2880"/>
          </w:tcPr>
          <w:p>
            <w:r>
              <w:t>4</w:t>
            </w:r>
          </w:p>
        </w:tc>
      </w:tr>
      <w:tr>
        <w:tc>
          <w:tcPr>
            <w:tcW w:type="dxa" w:w="2880"/>
          </w:tcPr>
          <w:p>
            <w:r>
              <w:t>2.5</w:t>
            </w:r>
          </w:p>
        </w:tc>
        <w:tc>
          <w:tcPr>
            <w:tcW w:type="dxa" w:w="2880"/>
          </w:tcPr>
          <w:p>
            <w:r>
              <w:t>3</w:t>
            </w:r>
          </w:p>
        </w:tc>
        <w:tc>
          <w:tcPr>
            <w:tcW w:type="dxa" w:w="2880"/>
          </w:tcPr>
          <w:p>
            <w:r>
              <w:t>2</w:t>
            </w:r>
          </w:p>
        </w:tc>
      </w:tr>
    </w:tbl>
    <w:p/>
    <w:p>
      <w:pPr>
        <w:pStyle w:val="Heading2"/>
      </w:pPr>
      <w:r>
        <w:t>Figure 32. Summarize within: Wards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7</w:t>
            </w:r>
          </w:p>
        </w:tc>
        <w:tc>
          <w:tcPr>
            <w:tcW w:type="dxa" w:w="2880"/>
          </w:tcPr>
          <w:p>
            <w:r>
              <w:t>4</w:t>
            </w:r>
          </w:p>
        </w:tc>
      </w:tr>
      <w:tr>
        <w:tc>
          <w:tcPr>
            <w:tcW w:type="dxa" w:w="2880"/>
          </w:tcPr>
          <w:p>
            <w:r>
              <w:t>7</w:t>
            </w:r>
          </w:p>
        </w:tc>
        <w:tc>
          <w:tcPr>
            <w:tcW w:type="dxa" w:w="2880"/>
          </w:tcPr>
          <w:p>
            <w:r>
              <w:t>14</w:t>
            </w:r>
          </w:p>
        </w:tc>
        <w:tc>
          <w:tcPr>
            <w:tcW w:type="dxa" w:w="2880"/>
          </w:tcPr>
          <w:p>
            <w:r>
              <w:t>3</w:t>
            </w:r>
          </w:p>
        </w:tc>
      </w:tr>
      <w:tr>
        <w:tc>
          <w:tcPr>
            <w:tcW w:type="dxa" w:w="2880"/>
          </w:tcPr>
          <w:p>
            <w:r>
              <w:t>14</w:t>
            </w:r>
          </w:p>
        </w:tc>
        <w:tc>
          <w:tcPr>
            <w:tcW w:type="dxa" w:w="2880"/>
          </w:tcPr>
          <w:p>
            <w:r>
              <w:t>21</w:t>
            </w:r>
          </w:p>
        </w:tc>
        <w:tc>
          <w:tcPr>
            <w:tcW w:type="dxa" w:w="2880"/>
          </w:tcPr>
          <w:p>
            <w:r>
              <w:t>7</w:t>
            </w:r>
          </w:p>
        </w:tc>
      </w:tr>
      <w:tr>
        <w:tc>
          <w:tcPr>
            <w:tcW w:type="dxa" w:w="2880"/>
          </w:tcPr>
          <w:p>
            <w:r>
              <w:t>21</w:t>
            </w:r>
          </w:p>
        </w:tc>
        <w:tc>
          <w:tcPr>
            <w:tcW w:type="dxa" w:w="2880"/>
          </w:tcPr>
          <w:p>
            <w:r>
              <w:t>28</w:t>
            </w:r>
          </w:p>
        </w:tc>
        <w:tc>
          <w:tcPr>
            <w:tcW w:type="dxa" w:w="2880"/>
          </w:tcPr>
          <w:p>
            <w:r>
              <w:t>2</w:t>
            </w:r>
          </w:p>
        </w:tc>
      </w:tr>
      <w:tr>
        <w:tc>
          <w:tcPr>
            <w:tcW w:type="dxa" w:w="2880"/>
          </w:tcPr>
          <w:p>
            <w:r>
              <w:t>28</w:t>
            </w:r>
          </w:p>
        </w:tc>
        <w:tc>
          <w:tcPr>
            <w:tcW w:type="dxa" w:w="2880"/>
          </w:tcPr>
          <w:p>
            <w:r>
              <w:t>35</w:t>
            </w:r>
          </w:p>
        </w:tc>
        <w:tc>
          <w:tcPr>
            <w:tcW w:type="dxa" w:w="2880"/>
          </w:tcPr>
          <w:p>
            <w:r>
              <w:t>2</w:t>
            </w:r>
          </w:p>
        </w:tc>
      </w:tr>
      <w:tr>
        <w:tc>
          <w:tcPr>
            <w:tcW w:type="dxa" w:w="2880"/>
          </w:tcPr>
          <w:p>
            <w:r>
              <w:t>35</w:t>
            </w:r>
          </w:p>
        </w:tc>
        <w:tc>
          <w:tcPr>
            <w:tcW w:type="dxa" w:w="2880"/>
          </w:tcPr>
          <w:p>
            <w:r>
              <w:t>42</w:t>
            </w:r>
          </w:p>
        </w:tc>
        <w:tc>
          <w:tcPr>
            <w:tcW w:type="dxa" w:w="2880"/>
          </w:tcPr>
          <w:p>
            <w:r>
              <w:t>2</w:t>
            </w:r>
          </w:p>
        </w:tc>
      </w:tr>
    </w:tbl>
    <w:p/>
    <w:p>
      <w:pPr>
        <w:pStyle w:val="Heading2"/>
      </w:pPr>
      <w:r>
        <w:t>Figure 33. Summarize within: Wards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0.6667</w:t>
            </w:r>
          </w:p>
        </w:tc>
        <w:tc>
          <w:tcPr>
            <w:tcW w:type="dxa" w:w="2880"/>
          </w:tcPr>
          <w:p>
            <w:r>
              <w:t>9</w:t>
            </w:r>
          </w:p>
        </w:tc>
      </w:tr>
      <w:tr>
        <w:tc>
          <w:tcPr>
            <w:tcW w:type="dxa" w:w="2880"/>
          </w:tcPr>
          <w:p>
            <w:r>
              <w:t>0.6667</w:t>
            </w:r>
          </w:p>
        </w:tc>
        <w:tc>
          <w:tcPr>
            <w:tcW w:type="dxa" w:w="2880"/>
          </w:tcPr>
          <w:p>
            <w:r>
              <w:t>1.333</w:t>
            </w:r>
          </w:p>
        </w:tc>
        <w:tc>
          <w:tcPr>
            <w:tcW w:type="dxa" w:w="2880"/>
          </w:tcPr>
          <w:p>
            <w:r>
              <w:t>6</w:t>
            </w:r>
          </w:p>
        </w:tc>
      </w:tr>
      <w:tr>
        <w:tc>
          <w:tcPr>
            <w:tcW w:type="dxa" w:w="2880"/>
          </w:tcPr>
          <w:p>
            <w:r>
              <w:t>1.333</w:t>
            </w:r>
          </w:p>
        </w:tc>
        <w:tc>
          <w:tcPr>
            <w:tcW w:type="dxa" w:w="2880"/>
          </w:tcPr>
          <w:p>
            <w:r>
              <w:t>2</w:t>
            </w:r>
          </w:p>
        </w:tc>
        <w:tc>
          <w:tcPr>
            <w:tcW w:type="dxa" w:w="2880"/>
          </w:tcPr>
          <w:p>
            <w:r>
              <w:t>0</w:t>
            </w:r>
          </w:p>
        </w:tc>
      </w:tr>
      <w:tr>
        <w:tc>
          <w:tcPr>
            <w:tcW w:type="dxa" w:w="2880"/>
          </w:tcPr>
          <w:p>
            <w:r>
              <w:t>2</w:t>
            </w:r>
          </w:p>
        </w:tc>
        <w:tc>
          <w:tcPr>
            <w:tcW w:type="dxa" w:w="2880"/>
          </w:tcPr>
          <w:p>
            <w:r>
              <w:t>2.667</w:t>
            </w:r>
          </w:p>
        </w:tc>
        <w:tc>
          <w:tcPr>
            <w:tcW w:type="dxa" w:w="2880"/>
          </w:tcPr>
          <w:p>
            <w:r>
              <w:t>2</w:t>
            </w:r>
          </w:p>
        </w:tc>
      </w:tr>
      <w:tr>
        <w:tc>
          <w:tcPr>
            <w:tcW w:type="dxa" w:w="2880"/>
          </w:tcPr>
          <w:p>
            <w:r>
              <w:t>2.667</w:t>
            </w:r>
          </w:p>
        </w:tc>
        <w:tc>
          <w:tcPr>
            <w:tcW w:type="dxa" w:w="2880"/>
          </w:tcPr>
          <w:p>
            <w:r>
              <w:t>3.333</w:t>
            </w:r>
          </w:p>
        </w:tc>
        <w:tc>
          <w:tcPr>
            <w:tcW w:type="dxa" w:w="2880"/>
          </w:tcPr>
          <w:p>
            <w:r>
              <w:t>2</w:t>
            </w:r>
          </w:p>
        </w:tc>
      </w:tr>
      <w:tr>
        <w:tc>
          <w:tcPr>
            <w:tcW w:type="dxa" w:w="2880"/>
          </w:tcPr>
          <w:p>
            <w:r>
              <w:t>3.333</w:t>
            </w:r>
          </w:p>
        </w:tc>
        <w:tc>
          <w:tcPr>
            <w:tcW w:type="dxa" w:w="2880"/>
          </w:tcPr>
          <w:p>
            <w:r>
              <w:t>4</w:t>
            </w:r>
          </w:p>
        </w:tc>
        <w:tc>
          <w:tcPr>
            <w:tcW w:type="dxa" w:w="2880"/>
          </w:tcPr>
          <w:p>
            <w:r>
              <w:t>1</w:t>
            </w:r>
          </w:p>
        </w:tc>
      </w:tr>
    </w:tbl>
    <w:p/>
    <w:p>
      <w:pPr>
        <w:pStyle w:val="Heading2"/>
      </w:pPr>
      <w:r>
        <w:t>Figure 34. Find point clusters: Shelters [82]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23</w:t>
            </w:r>
          </w:p>
        </w:tc>
        <w:tc>
          <w:tcPr>
            <w:tcW w:type="dxa" w:w="2160"/>
          </w:tcPr>
          <w:p>
            <w:r>
              <w:t>0.92</w:t>
            </w:r>
          </w:p>
        </w:tc>
        <w:tc>
          <w:tcPr>
            <w:tcW w:type="dxa" w:w="2160"/>
          </w:tcPr>
          <w:p>
            <w:r>
              <w:t>92.0%</w:t>
            </w:r>
          </w:p>
        </w:tc>
      </w:tr>
      <w:tr>
        <w:tc>
          <w:tcPr>
            <w:tcW w:type="dxa" w:w="2160"/>
          </w:tcPr>
          <w:p>
            <w:r>
              <w:t>Noise</w:t>
            </w:r>
          </w:p>
        </w:tc>
        <w:tc>
          <w:tcPr>
            <w:tcW w:type="dxa" w:w="2160"/>
          </w:tcPr>
          <w:p>
            <w:r>
              <w:t>2</w:t>
            </w:r>
          </w:p>
        </w:tc>
        <w:tc>
          <w:tcPr>
            <w:tcW w:type="dxa" w:w="2160"/>
          </w:tcPr>
          <w:p>
            <w:r>
              <w:t>0.08</w:t>
            </w:r>
          </w:p>
        </w:tc>
        <w:tc>
          <w:tcPr>
            <w:tcW w:type="dxa" w:w="2160"/>
          </w:tcPr>
          <w:p>
            <w:r>
              <w:t>8.0%</w:t>
            </w:r>
          </w:p>
        </w:tc>
      </w:tr>
    </w:tbl>
    <w:p/>
    <w:p>
      <w:pPr>
        <w:pStyle w:val="Heading2"/>
      </w:pPr>
      <w:r>
        <w:t>Figure 35. Find point clusters: cluster hulls [83]</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36. Find point clusters: Relief distributions [84]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7</w:t>
            </w:r>
          </w:p>
        </w:tc>
        <w:tc>
          <w:tcPr>
            <w:tcW w:type="dxa" w:w="2160"/>
          </w:tcPr>
          <w:p>
            <w:r>
              <w:t>25</w:t>
            </w:r>
          </w:p>
        </w:tc>
        <w:tc>
          <w:tcPr>
            <w:tcW w:type="dxa" w:w="2160"/>
          </w:tcPr>
          <w:p>
            <w:r>
              <w:t>0.07812</w:t>
            </w:r>
          </w:p>
        </w:tc>
        <w:tc>
          <w:tcPr>
            <w:tcW w:type="dxa" w:w="2160"/>
          </w:tcPr>
          <w:p>
            <w:r>
              <w:t>7.8%</w:t>
            </w:r>
          </w:p>
        </w:tc>
      </w:tr>
      <w:tr>
        <w:tc>
          <w:tcPr>
            <w:tcW w:type="dxa" w:w="2160"/>
          </w:tcPr>
          <w:p>
            <w:r>
              <w:t>15</w:t>
            </w:r>
          </w:p>
        </w:tc>
        <w:tc>
          <w:tcPr>
            <w:tcW w:type="dxa" w:w="2160"/>
          </w:tcPr>
          <w:p>
            <w:r>
              <w:t>21</w:t>
            </w:r>
          </w:p>
        </w:tc>
        <w:tc>
          <w:tcPr>
            <w:tcW w:type="dxa" w:w="2160"/>
          </w:tcPr>
          <w:p>
            <w:r>
              <w:t>0.06563</w:t>
            </w:r>
          </w:p>
        </w:tc>
        <w:tc>
          <w:tcPr>
            <w:tcW w:type="dxa" w:w="2160"/>
          </w:tcPr>
          <w:p>
            <w:r>
              <w:t>6.6%</w:t>
            </w:r>
          </w:p>
        </w:tc>
      </w:tr>
      <w:tr>
        <w:tc>
          <w:tcPr>
            <w:tcW w:type="dxa" w:w="2160"/>
          </w:tcPr>
          <w:p>
            <w:r>
              <w:t>0</w:t>
            </w:r>
          </w:p>
        </w:tc>
        <w:tc>
          <w:tcPr>
            <w:tcW w:type="dxa" w:w="2160"/>
          </w:tcPr>
          <w:p>
            <w:r>
              <w:t>17</w:t>
            </w:r>
          </w:p>
        </w:tc>
        <w:tc>
          <w:tcPr>
            <w:tcW w:type="dxa" w:w="2160"/>
          </w:tcPr>
          <w:p>
            <w:r>
              <w:t>0.05312</w:t>
            </w:r>
          </w:p>
        </w:tc>
        <w:tc>
          <w:tcPr>
            <w:tcW w:type="dxa" w:w="2160"/>
          </w:tcPr>
          <w:p>
            <w:r>
              <w:t>5.3%</w:t>
            </w:r>
          </w:p>
        </w:tc>
      </w:tr>
      <w:tr>
        <w:tc>
          <w:tcPr>
            <w:tcW w:type="dxa" w:w="2160"/>
          </w:tcPr>
          <w:p>
            <w:r>
              <w:t>10</w:t>
            </w:r>
          </w:p>
        </w:tc>
        <w:tc>
          <w:tcPr>
            <w:tcW w:type="dxa" w:w="2160"/>
          </w:tcPr>
          <w:p>
            <w:r>
              <w:t>17</w:t>
            </w:r>
          </w:p>
        </w:tc>
        <w:tc>
          <w:tcPr>
            <w:tcW w:type="dxa" w:w="2160"/>
          </w:tcPr>
          <w:p>
            <w:r>
              <w:t>0.05312</w:t>
            </w:r>
          </w:p>
        </w:tc>
        <w:tc>
          <w:tcPr>
            <w:tcW w:type="dxa" w:w="2160"/>
          </w:tcPr>
          <w:p>
            <w:r>
              <w:t>5.3%</w:t>
            </w:r>
          </w:p>
        </w:tc>
      </w:tr>
      <w:tr>
        <w:tc>
          <w:tcPr>
            <w:tcW w:type="dxa" w:w="2160"/>
          </w:tcPr>
          <w:p>
            <w:r>
              <w:t>2</w:t>
            </w:r>
          </w:p>
        </w:tc>
        <w:tc>
          <w:tcPr>
            <w:tcW w:type="dxa" w:w="2160"/>
          </w:tcPr>
          <w:p>
            <w:r>
              <w:t>17</w:t>
            </w:r>
          </w:p>
        </w:tc>
        <w:tc>
          <w:tcPr>
            <w:tcW w:type="dxa" w:w="2160"/>
          </w:tcPr>
          <w:p>
            <w:r>
              <w:t>0.05312</w:t>
            </w:r>
          </w:p>
        </w:tc>
        <w:tc>
          <w:tcPr>
            <w:tcW w:type="dxa" w:w="2160"/>
          </w:tcPr>
          <w:p>
            <w:r>
              <w:t>5.3%</w:t>
            </w:r>
          </w:p>
        </w:tc>
      </w:tr>
      <w:tr>
        <w:tc>
          <w:tcPr>
            <w:tcW w:type="dxa" w:w="2160"/>
          </w:tcPr>
          <w:p>
            <w:r>
              <w:t>9</w:t>
            </w:r>
          </w:p>
        </w:tc>
        <w:tc>
          <w:tcPr>
            <w:tcW w:type="dxa" w:w="2160"/>
          </w:tcPr>
          <w:p>
            <w:r>
              <w:t>16</w:t>
            </w:r>
          </w:p>
        </w:tc>
        <w:tc>
          <w:tcPr>
            <w:tcW w:type="dxa" w:w="2160"/>
          </w:tcPr>
          <w:p>
            <w:r>
              <w:t>0.05</w:t>
            </w:r>
          </w:p>
        </w:tc>
        <w:tc>
          <w:tcPr>
            <w:tcW w:type="dxa" w:w="2160"/>
          </w:tcPr>
          <w:p>
            <w:r>
              <w:t>5.0%</w:t>
            </w:r>
          </w:p>
        </w:tc>
      </w:tr>
      <w:tr>
        <w:tc>
          <w:tcPr>
            <w:tcW w:type="dxa" w:w="2160"/>
          </w:tcPr>
          <w:p>
            <w:r>
              <w:t>11</w:t>
            </w:r>
          </w:p>
        </w:tc>
        <w:tc>
          <w:tcPr>
            <w:tcW w:type="dxa" w:w="2160"/>
          </w:tcPr>
          <w:p>
            <w:r>
              <w:t>15</w:t>
            </w:r>
          </w:p>
        </w:tc>
        <w:tc>
          <w:tcPr>
            <w:tcW w:type="dxa" w:w="2160"/>
          </w:tcPr>
          <w:p>
            <w:r>
              <w:t>0.04688</w:t>
            </w:r>
          </w:p>
        </w:tc>
        <w:tc>
          <w:tcPr>
            <w:tcW w:type="dxa" w:w="2160"/>
          </w:tcPr>
          <w:p>
            <w:r>
              <w:t>4.7%</w:t>
            </w:r>
          </w:p>
        </w:tc>
      </w:tr>
      <w:tr>
        <w:tc>
          <w:tcPr>
            <w:tcW w:type="dxa" w:w="2160"/>
          </w:tcPr>
          <w:p>
            <w:r>
              <w:t>12</w:t>
            </w:r>
          </w:p>
        </w:tc>
        <w:tc>
          <w:tcPr>
            <w:tcW w:type="dxa" w:w="2160"/>
          </w:tcPr>
          <w:p>
            <w:r>
              <w:t>15</w:t>
            </w:r>
          </w:p>
        </w:tc>
        <w:tc>
          <w:tcPr>
            <w:tcW w:type="dxa" w:w="2160"/>
          </w:tcPr>
          <w:p>
            <w:r>
              <w:t>0.04688</w:t>
            </w:r>
          </w:p>
        </w:tc>
        <w:tc>
          <w:tcPr>
            <w:tcW w:type="dxa" w:w="2160"/>
          </w:tcPr>
          <w:p>
            <w:r>
              <w:t>4.7%</w:t>
            </w:r>
          </w:p>
        </w:tc>
      </w:tr>
      <w:tr>
        <w:tc>
          <w:tcPr>
            <w:tcW w:type="dxa" w:w="2160"/>
          </w:tcPr>
          <w:p>
            <w:r>
              <w:t>3</w:t>
            </w:r>
          </w:p>
        </w:tc>
        <w:tc>
          <w:tcPr>
            <w:tcW w:type="dxa" w:w="2160"/>
          </w:tcPr>
          <w:p>
            <w:r>
              <w:t>15</w:t>
            </w:r>
          </w:p>
        </w:tc>
        <w:tc>
          <w:tcPr>
            <w:tcW w:type="dxa" w:w="2160"/>
          </w:tcPr>
          <w:p>
            <w:r>
              <w:t>0.04688</w:t>
            </w:r>
          </w:p>
        </w:tc>
        <w:tc>
          <w:tcPr>
            <w:tcW w:type="dxa" w:w="2160"/>
          </w:tcPr>
          <w:p>
            <w:r>
              <w:t>4.7%</w:t>
            </w:r>
          </w:p>
        </w:tc>
      </w:tr>
      <w:tr>
        <w:tc>
          <w:tcPr>
            <w:tcW w:type="dxa" w:w="2160"/>
          </w:tcPr>
          <w:p>
            <w:r>
              <w:t>14</w:t>
            </w:r>
          </w:p>
        </w:tc>
        <w:tc>
          <w:tcPr>
            <w:tcW w:type="dxa" w:w="2160"/>
          </w:tcPr>
          <w:p>
            <w:r>
              <w:t>14</w:t>
            </w:r>
          </w:p>
        </w:tc>
        <w:tc>
          <w:tcPr>
            <w:tcW w:type="dxa" w:w="2160"/>
          </w:tcPr>
          <w:p>
            <w:r>
              <w:t>0.04375</w:t>
            </w:r>
          </w:p>
        </w:tc>
        <w:tc>
          <w:tcPr>
            <w:tcW w:type="dxa" w:w="2160"/>
          </w:tcPr>
          <w:p>
            <w:r>
              <w:t>4.4%</w:t>
            </w:r>
          </w:p>
        </w:tc>
      </w:tr>
      <w:tr>
        <w:tc>
          <w:tcPr>
            <w:tcW w:type="dxa" w:w="2160"/>
          </w:tcPr>
          <w:p>
            <w:r>
              <w:t>17</w:t>
            </w:r>
          </w:p>
        </w:tc>
        <w:tc>
          <w:tcPr>
            <w:tcW w:type="dxa" w:w="2160"/>
          </w:tcPr>
          <w:p>
            <w:r>
              <w:t>14</w:t>
            </w:r>
          </w:p>
        </w:tc>
        <w:tc>
          <w:tcPr>
            <w:tcW w:type="dxa" w:w="2160"/>
          </w:tcPr>
          <w:p>
            <w:r>
              <w:t>0.04375</w:t>
            </w:r>
          </w:p>
        </w:tc>
        <w:tc>
          <w:tcPr>
            <w:tcW w:type="dxa" w:w="2160"/>
          </w:tcPr>
          <w:p>
            <w:r>
              <w:t>4.4%</w:t>
            </w:r>
          </w:p>
        </w:tc>
      </w:tr>
      <w:tr>
        <w:tc>
          <w:tcPr>
            <w:tcW w:type="dxa" w:w="2160"/>
          </w:tcPr>
          <w:p>
            <w:r>
              <w:t>4</w:t>
            </w:r>
          </w:p>
        </w:tc>
        <w:tc>
          <w:tcPr>
            <w:tcW w:type="dxa" w:w="2160"/>
          </w:tcPr>
          <w:p>
            <w:r>
              <w:t>14</w:t>
            </w:r>
          </w:p>
        </w:tc>
        <w:tc>
          <w:tcPr>
            <w:tcW w:type="dxa" w:w="2160"/>
          </w:tcPr>
          <w:p>
            <w:r>
              <w:t>0.04375</w:t>
            </w:r>
          </w:p>
        </w:tc>
        <w:tc>
          <w:tcPr>
            <w:tcW w:type="dxa" w:w="2160"/>
          </w:tcPr>
          <w:p>
            <w:r>
              <w:t>4.4%</w:t>
            </w:r>
          </w:p>
        </w:tc>
      </w:tr>
      <w:tr>
        <w:tc>
          <w:tcPr>
            <w:tcW w:type="dxa" w:w="2160"/>
          </w:tcPr>
          <w:p>
            <w:r>
              <w:t>5</w:t>
            </w:r>
          </w:p>
        </w:tc>
        <w:tc>
          <w:tcPr>
            <w:tcW w:type="dxa" w:w="2160"/>
          </w:tcPr>
          <w:p>
            <w:r>
              <w:t>14</w:t>
            </w:r>
          </w:p>
        </w:tc>
        <w:tc>
          <w:tcPr>
            <w:tcW w:type="dxa" w:w="2160"/>
          </w:tcPr>
          <w:p>
            <w:r>
              <w:t>0.04375</w:t>
            </w:r>
          </w:p>
        </w:tc>
        <w:tc>
          <w:tcPr>
            <w:tcW w:type="dxa" w:w="2160"/>
          </w:tcPr>
          <w:p>
            <w:r>
              <w:t>4.4%</w:t>
            </w:r>
          </w:p>
        </w:tc>
      </w:tr>
      <w:tr>
        <w:tc>
          <w:tcPr>
            <w:tcW w:type="dxa" w:w="2160"/>
          </w:tcPr>
          <w:p>
            <w:r>
              <w:t>6</w:t>
            </w:r>
          </w:p>
        </w:tc>
        <w:tc>
          <w:tcPr>
            <w:tcW w:type="dxa" w:w="2160"/>
          </w:tcPr>
          <w:p>
            <w:r>
              <w:t>14</w:t>
            </w:r>
          </w:p>
        </w:tc>
        <w:tc>
          <w:tcPr>
            <w:tcW w:type="dxa" w:w="2160"/>
          </w:tcPr>
          <w:p>
            <w:r>
              <w:t>0.04375</w:t>
            </w:r>
          </w:p>
        </w:tc>
        <w:tc>
          <w:tcPr>
            <w:tcW w:type="dxa" w:w="2160"/>
          </w:tcPr>
          <w:p>
            <w:r>
              <w:t>4.4%</w:t>
            </w:r>
          </w:p>
        </w:tc>
      </w:tr>
      <w:tr>
        <w:tc>
          <w:tcPr>
            <w:tcW w:type="dxa" w:w="2160"/>
          </w:tcPr>
          <w:p>
            <w:r>
              <w:t>8</w:t>
            </w:r>
          </w:p>
        </w:tc>
        <w:tc>
          <w:tcPr>
            <w:tcW w:type="dxa" w:w="2160"/>
          </w:tcPr>
          <w:p>
            <w:r>
              <w:t>14</w:t>
            </w:r>
          </w:p>
        </w:tc>
        <w:tc>
          <w:tcPr>
            <w:tcW w:type="dxa" w:w="2160"/>
          </w:tcPr>
          <w:p>
            <w:r>
              <w:t>0.04375</w:t>
            </w:r>
          </w:p>
        </w:tc>
        <w:tc>
          <w:tcPr>
            <w:tcW w:type="dxa" w:w="2160"/>
          </w:tcPr>
          <w:p>
            <w:r>
              <w:t>4.4%</w:t>
            </w:r>
          </w:p>
        </w:tc>
      </w:tr>
      <w:tr>
        <w:tc>
          <w:tcPr>
            <w:tcW w:type="dxa" w:w="2160"/>
          </w:tcPr>
          <w:p>
            <w:r>
              <w:t>18</w:t>
            </w:r>
          </w:p>
        </w:tc>
        <w:tc>
          <w:tcPr>
            <w:tcW w:type="dxa" w:w="2160"/>
          </w:tcPr>
          <w:p>
            <w:r>
              <w:t>13</w:t>
            </w:r>
          </w:p>
        </w:tc>
        <w:tc>
          <w:tcPr>
            <w:tcW w:type="dxa" w:w="2160"/>
          </w:tcPr>
          <w:p>
            <w:r>
              <w:t>0.04063</w:t>
            </w:r>
          </w:p>
        </w:tc>
        <w:tc>
          <w:tcPr>
            <w:tcW w:type="dxa" w:w="2160"/>
          </w:tcPr>
          <w:p>
            <w:r>
              <w:t>4.1%</w:t>
            </w:r>
          </w:p>
        </w:tc>
      </w:tr>
      <w:tr>
        <w:tc>
          <w:tcPr>
            <w:tcW w:type="dxa" w:w="2160"/>
          </w:tcPr>
          <w:p>
            <w:r>
              <w:t>13</w:t>
            </w:r>
          </w:p>
        </w:tc>
        <w:tc>
          <w:tcPr>
            <w:tcW w:type="dxa" w:w="2160"/>
          </w:tcPr>
          <w:p>
            <w:r>
              <w:t>12</w:t>
            </w:r>
          </w:p>
        </w:tc>
        <w:tc>
          <w:tcPr>
            <w:tcW w:type="dxa" w:w="2160"/>
          </w:tcPr>
          <w:p>
            <w:r>
              <w:t>0.0375</w:t>
            </w:r>
          </w:p>
        </w:tc>
        <w:tc>
          <w:tcPr>
            <w:tcW w:type="dxa" w:w="2160"/>
          </w:tcPr>
          <w:p>
            <w:r>
              <w:t>3.8%</w:t>
            </w:r>
          </w:p>
        </w:tc>
      </w:tr>
      <w:tr>
        <w:tc>
          <w:tcPr>
            <w:tcW w:type="dxa" w:w="2160"/>
          </w:tcPr>
          <w:p>
            <w:r>
              <w:t>20</w:t>
            </w:r>
          </w:p>
        </w:tc>
        <w:tc>
          <w:tcPr>
            <w:tcW w:type="dxa" w:w="2160"/>
          </w:tcPr>
          <w:p>
            <w:r>
              <w:t>12</w:t>
            </w:r>
          </w:p>
        </w:tc>
        <w:tc>
          <w:tcPr>
            <w:tcW w:type="dxa" w:w="2160"/>
          </w:tcPr>
          <w:p>
            <w:r>
              <w:t>0.0375</w:t>
            </w:r>
          </w:p>
        </w:tc>
        <w:tc>
          <w:tcPr>
            <w:tcW w:type="dxa" w:w="2160"/>
          </w:tcPr>
          <w:p>
            <w:r>
              <w:t>3.8%</w:t>
            </w:r>
          </w:p>
        </w:tc>
      </w:tr>
      <w:tr>
        <w:tc>
          <w:tcPr>
            <w:tcW w:type="dxa" w:w="2160"/>
          </w:tcPr>
          <w:p>
            <w:r>
              <w:t>Noise</w:t>
            </w:r>
          </w:p>
        </w:tc>
        <w:tc>
          <w:tcPr>
            <w:tcW w:type="dxa" w:w="2160"/>
          </w:tcPr>
          <w:p>
            <w:r>
              <w:t>12</w:t>
            </w:r>
          </w:p>
        </w:tc>
        <w:tc>
          <w:tcPr>
            <w:tcW w:type="dxa" w:w="2160"/>
          </w:tcPr>
          <w:p>
            <w:r>
              <w:t>0.0375</w:t>
            </w:r>
          </w:p>
        </w:tc>
        <w:tc>
          <w:tcPr>
            <w:tcW w:type="dxa" w:w="2160"/>
          </w:tcPr>
          <w:p>
            <w:r>
              <w:t>3.8%</w:t>
            </w:r>
          </w:p>
        </w:tc>
      </w:tr>
      <w:tr>
        <w:tc>
          <w:tcPr>
            <w:tcW w:type="dxa" w:w="2160"/>
          </w:tcPr>
          <w:p>
            <w:r>
              <w:t>19</w:t>
            </w:r>
          </w:p>
        </w:tc>
        <w:tc>
          <w:tcPr>
            <w:tcW w:type="dxa" w:w="2160"/>
          </w:tcPr>
          <w:p>
            <w:r>
              <w:t>11</w:t>
            </w:r>
          </w:p>
        </w:tc>
        <w:tc>
          <w:tcPr>
            <w:tcW w:type="dxa" w:w="2160"/>
          </w:tcPr>
          <w:p>
            <w:r>
              <w:t>0.03438</w:t>
            </w:r>
          </w:p>
        </w:tc>
        <w:tc>
          <w:tcPr>
            <w:tcW w:type="dxa" w:w="2160"/>
          </w:tcPr>
          <w:p>
            <w:r>
              <w:t>3.4%</w:t>
            </w:r>
          </w:p>
        </w:tc>
      </w:tr>
      <w:tr>
        <w:tc>
          <w:tcPr>
            <w:tcW w:type="dxa" w:w="2160"/>
          </w:tcPr>
          <w:p>
            <w:r>
              <w:t>1</w:t>
            </w:r>
          </w:p>
        </w:tc>
        <w:tc>
          <w:tcPr>
            <w:tcW w:type="dxa" w:w="2160"/>
          </w:tcPr>
          <w:p>
            <w:r>
              <w:t>10</w:t>
            </w:r>
          </w:p>
        </w:tc>
        <w:tc>
          <w:tcPr>
            <w:tcW w:type="dxa" w:w="2160"/>
          </w:tcPr>
          <w:p>
            <w:r>
              <w:t>0.03125</w:t>
            </w:r>
          </w:p>
        </w:tc>
        <w:tc>
          <w:tcPr>
            <w:tcW w:type="dxa" w:w="2160"/>
          </w:tcPr>
          <w:p>
            <w:r>
              <w:t>3.1%</w:t>
            </w:r>
          </w:p>
        </w:tc>
      </w:tr>
      <w:tr>
        <w:tc>
          <w:tcPr>
            <w:tcW w:type="dxa" w:w="2160"/>
          </w:tcPr>
          <w:p>
            <w:r>
              <w:t>16</w:t>
            </w:r>
          </w:p>
        </w:tc>
        <w:tc>
          <w:tcPr>
            <w:tcW w:type="dxa" w:w="2160"/>
          </w:tcPr>
          <w:p>
            <w:r>
              <w:t>8</w:t>
            </w:r>
          </w:p>
        </w:tc>
        <w:tc>
          <w:tcPr>
            <w:tcW w:type="dxa" w:w="2160"/>
          </w:tcPr>
          <w:p>
            <w:r>
              <w:t>0.025</w:t>
            </w:r>
          </w:p>
        </w:tc>
        <w:tc>
          <w:tcPr>
            <w:tcW w:type="dxa" w:w="2160"/>
          </w:tcPr>
          <w:p>
            <w:r>
              <w:t>2.5%</w:t>
            </w:r>
          </w:p>
        </w:tc>
      </w:tr>
    </w:tbl>
    <w:p/>
    <w:p>
      <w:pPr>
        <w:pStyle w:val="Heading2"/>
      </w:pPr>
      <w:r>
        <w:t>Figure 37. Find point clusters: cluster hulls [85]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0.04762</w:t>
            </w:r>
          </w:p>
        </w:tc>
        <w:tc>
          <w:tcPr>
            <w:tcW w:type="dxa" w:w="2160"/>
          </w:tcPr>
          <w:p>
            <w:r>
              <w:t>4.8%</w:t>
            </w:r>
          </w:p>
        </w:tc>
      </w:tr>
      <w:tr>
        <w:tc>
          <w:tcPr>
            <w:tcW w:type="dxa" w:w="2160"/>
          </w:tcPr>
          <w:p>
            <w:r>
              <w:t>1</w:t>
            </w:r>
          </w:p>
        </w:tc>
        <w:tc>
          <w:tcPr>
            <w:tcW w:type="dxa" w:w="2160"/>
          </w:tcPr>
          <w:p>
            <w:r>
              <w:t>1</w:t>
            </w:r>
          </w:p>
        </w:tc>
        <w:tc>
          <w:tcPr>
            <w:tcW w:type="dxa" w:w="2160"/>
          </w:tcPr>
          <w:p>
            <w:r>
              <w:t>0.04762</w:t>
            </w:r>
          </w:p>
        </w:tc>
        <w:tc>
          <w:tcPr>
            <w:tcW w:type="dxa" w:w="2160"/>
          </w:tcPr>
          <w:p>
            <w:r>
              <w:t>4.8%</w:t>
            </w:r>
          </w:p>
        </w:tc>
      </w:tr>
      <w:tr>
        <w:tc>
          <w:tcPr>
            <w:tcW w:type="dxa" w:w="2160"/>
          </w:tcPr>
          <w:p>
            <w:r>
              <w:t>10</w:t>
            </w:r>
          </w:p>
        </w:tc>
        <w:tc>
          <w:tcPr>
            <w:tcW w:type="dxa" w:w="2160"/>
          </w:tcPr>
          <w:p>
            <w:r>
              <w:t>1</w:t>
            </w:r>
          </w:p>
        </w:tc>
        <w:tc>
          <w:tcPr>
            <w:tcW w:type="dxa" w:w="2160"/>
          </w:tcPr>
          <w:p>
            <w:r>
              <w:t>0.04762</w:t>
            </w:r>
          </w:p>
        </w:tc>
        <w:tc>
          <w:tcPr>
            <w:tcW w:type="dxa" w:w="2160"/>
          </w:tcPr>
          <w:p>
            <w:r>
              <w:t>4.8%</w:t>
            </w:r>
          </w:p>
        </w:tc>
      </w:tr>
      <w:tr>
        <w:tc>
          <w:tcPr>
            <w:tcW w:type="dxa" w:w="2160"/>
          </w:tcPr>
          <w:p>
            <w:r>
              <w:t>11</w:t>
            </w:r>
          </w:p>
        </w:tc>
        <w:tc>
          <w:tcPr>
            <w:tcW w:type="dxa" w:w="2160"/>
          </w:tcPr>
          <w:p>
            <w:r>
              <w:t>1</w:t>
            </w:r>
          </w:p>
        </w:tc>
        <w:tc>
          <w:tcPr>
            <w:tcW w:type="dxa" w:w="2160"/>
          </w:tcPr>
          <w:p>
            <w:r>
              <w:t>0.04762</w:t>
            </w:r>
          </w:p>
        </w:tc>
        <w:tc>
          <w:tcPr>
            <w:tcW w:type="dxa" w:w="2160"/>
          </w:tcPr>
          <w:p>
            <w:r>
              <w:t>4.8%</w:t>
            </w:r>
          </w:p>
        </w:tc>
      </w:tr>
      <w:tr>
        <w:tc>
          <w:tcPr>
            <w:tcW w:type="dxa" w:w="2160"/>
          </w:tcPr>
          <w:p>
            <w:r>
              <w:t>12</w:t>
            </w:r>
          </w:p>
        </w:tc>
        <w:tc>
          <w:tcPr>
            <w:tcW w:type="dxa" w:w="2160"/>
          </w:tcPr>
          <w:p>
            <w:r>
              <w:t>1</w:t>
            </w:r>
          </w:p>
        </w:tc>
        <w:tc>
          <w:tcPr>
            <w:tcW w:type="dxa" w:w="2160"/>
          </w:tcPr>
          <w:p>
            <w:r>
              <w:t>0.04762</w:t>
            </w:r>
          </w:p>
        </w:tc>
        <w:tc>
          <w:tcPr>
            <w:tcW w:type="dxa" w:w="2160"/>
          </w:tcPr>
          <w:p>
            <w:r>
              <w:t>4.8%</w:t>
            </w:r>
          </w:p>
        </w:tc>
      </w:tr>
      <w:tr>
        <w:tc>
          <w:tcPr>
            <w:tcW w:type="dxa" w:w="2160"/>
          </w:tcPr>
          <w:p>
            <w:r>
              <w:t>13</w:t>
            </w:r>
          </w:p>
        </w:tc>
        <w:tc>
          <w:tcPr>
            <w:tcW w:type="dxa" w:w="2160"/>
          </w:tcPr>
          <w:p>
            <w:r>
              <w:t>1</w:t>
            </w:r>
          </w:p>
        </w:tc>
        <w:tc>
          <w:tcPr>
            <w:tcW w:type="dxa" w:w="2160"/>
          </w:tcPr>
          <w:p>
            <w:r>
              <w:t>0.04762</w:t>
            </w:r>
          </w:p>
        </w:tc>
        <w:tc>
          <w:tcPr>
            <w:tcW w:type="dxa" w:w="2160"/>
          </w:tcPr>
          <w:p>
            <w:r>
              <w:t>4.8%</w:t>
            </w:r>
          </w:p>
        </w:tc>
      </w:tr>
      <w:tr>
        <w:tc>
          <w:tcPr>
            <w:tcW w:type="dxa" w:w="2160"/>
          </w:tcPr>
          <w:p>
            <w:r>
              <w:t>14</w:t>
            </w:r>
          </w:p>
        </w:tc>
        <w:tc>
          <w:tcPr>
            <w:tcW w:type="dxa" w:w="2160"/>
          </w:tcPr>
          <w:p>
            <w:r>
              <w:t>1</w:t>
            </w:r>
          </w:p>
        </w:tc>
        <w:tc>
          <w:tcPr>
            <w:tcW w:type="dxa" w:w="2160"/>
          </w:tcPr>
          <w:p>
            <w:r>
              <w:t>0.04762</w:t>
            </w:r>
          </w:p>
        </w:tc>
        <w:tc>
          <w:tcPr>
            <w:tcW w:type="dxa" w:w="2160"/>
          </w:tcPr>
          <w:p>
            <w:r>
              <w:t>4.8%</w:t>
            </w:r>
          </w:p>
        </w:tc>
      </w:tr>
      <w:tr>
        <w:tc>
          <w:tcPr>
            <w:tcW w:type="dxa" w:w="2160"/>
          </w:tcPr>
          <w:p>
            <w:r>
              <w:t>15</w:t>
            </w:r>
          </w:p>
        </w:tc>
        <w:tc>
          <w:tcPr>
            <w:tcW w:type="dxa" w:w="2160"/>
          </w:tcPr>
          <w:p>
            <w:r>
              <w:t>1</w:t>
            </w:r>
          </w:p>
        </w:tc>
        <w:tc>
          <w:tcPr>
            <w:tcW w:type="dxa" w:w="2160"/>
          </w:tcPr>
          <w:p>
            <w:r>
              <w:t>0.04762</w:t>
            </w:r>
          </w:p>
        </w:tc>
        <w:tc>
          <w:tcPr>
            <w:tcW w:type="dxa" w:w="2160"/>
          </w:tcPr>
          <w:p>
            <w:r>
              <w:t>4.8%</w:t>
            </w:r>
          </w:p>
        </w:tc>
      </w:tr>
      <w:tr>
        <w:tc>
          <w:tcPr>
            <w:tcW w:type="dxa" w:w="2160"/>
          </w:tcPr>
          <w:p>
            <w:r>
              <w:t>16</w:t>
            </w:r>
          </w:p>
        </w:tc>
        <w:tc>
          <w:tcPr>
            <w:tcW w:type="dxa" w:w="2160"/>
          </w:tcPr>
          <w:p>
            <w:r>
              <w:t>1</w:t>
            </w:r>
          </w:p>
        </w:tc>
        <w:tc>
          <w:tcPr>
            <w:tcW w:type="dxa" w:w="2160"/>
          </w:tcPr>
          <w:p>
            <w:r>
              <w:t>0.04762</w:t>
            </w:r>
          </w:p>
        </w:tc>
        <w:tc>
          <w:tcPr>
            <w:tcW w:type="dxa" w:w="2160"/>
          </w:tcPr>
          <w:p>
            <w:r>
              <w:t>4.8%</w:t>
            </w:r>
          </w:p>
        </w:tc>
      </w:tr>
      <w:tr>
        <w:tc>
          <w:tcPr>
            <w:tcW w:type="dxa" w:w="2160"/>
          </w:tcPr>
          <w:p>
            <w:r>
              <w:t>17</w:t>
            </w:r>
          </w:p>
        </w:tc>
        <w:tc>
          <w:tcPr>
            <w:tcW w:type="dxa" w:w="2160"/>
          </w:tcPr>
          <w:p>
            <w:r>
              <w:t>1</w:t>
            </w:r>
          </w:p>
        </w:tc>
        <w:tc>
          <w:tcPr>
            <w:tcW w:type="dxa" w:w="2160"/>
          </w:tcPr>
          <w:p>
            <w:r>
              <w:t>0.04762</w:t>
            </w:r>
          </w:p>
        </w:tc>
        <w:tc>
          <w:tcPr>
            <w:tcW w:type="dxa" w:w="2160"/>
          </w:tcPr>
          <w:p>
            <w:r>
              <w:t>4.8%</w:t>
            </w:r>
          </w:p>
        </w:tc>
      </w:tr>
      <w:tr>
        <w:tc>
          <w:tcPr>
            <w:tcW w:type="dxa" w:w="2160"/>
          </w:tcPr>
          <w:p>
            <w:r>
              <w:t>18</w:t>
            </w:r>
          </w:p>
        </w:tc>
        <w:tc>
          <w:tcPr>
            <w:tcW w:type="dxa" w:w="2160"/>
          </w:tcPr>
          <w:p>
            <w:r>
              <w:t>1</w:t>
            </w:r>
          </w:p>
        </w:tc>
        <w:tc>
          <w:tcPr>
            <w:tcW w:type="dxa" w:w="2160"/>
          </w:tcPr>
          <w:p>
            <w:r>
              <w:t>0.04762</w:t>
            </w:r>
          </w:p>
        </w:tc>
        <w:tc>
          <w:tcPr>
            <w:tcW w:type="dxa" w:w="2160"/>
          </w:tcPr>
          <w:p>
            <w:r>
              <w:t>4.8%</w:t>
            </w:r>
          </w:p>
        </w:tc>
      </w:tr>
      <w:tr>
        <w:tc>
          <w:tcPr>
            <w:tcW w:type="dxa" w:w="2160"/>
          </w:tcPr>
          <w:p>
            <w:r>
              <w:t>19</w:t>
            </w:r>
          </w:p>
        </w:tc>
        <w:tc>
          <w:tcPr>
            <w:tcW w:type="dxa" w:w="2160"/>
          </w:tcPr>
          <w:p>
            <w:r>
              <w:t>1</w:t>
            </w:r>
          </w:p>
        </w:tc>
        <w:tc>
          <w:tcPr>
            <w:tcW w:type="dxa" w:w="2160"/>
          </w:tcPr>
          <w:p>
            <w:r>
              <w:t>0.04762</w:t>
            </w:r>
          </w:p>
        </w:tc>
        <w:tc>
          <w:tcPr>
            <w:tcW w:type="dxa" w:w="2160"/>
          </w:tcPr>
          <w:p>
            <w:r>
              <w:t>4.8%</w:t>
            </w:r>
          </w:p>
        </w:tc>
      </w:tr>
      <w:tr>
        <w:tc>
          <w:tcPr>
            <w:tcW w:type="dxa" w:w="2160"/>
          </w:tcPr>
          <w:p>
            <w:r>
              <w:t>2</w:t>
            </w:r>
          </w:p>
        </w:tc>
        <w:tc>
          <w:tcPr>
            <w:tcW w:type="dxa" w:w="2160"/>
          </w:tcPr>
          <w:p>
            <w:r>
              <w:t>1</w:t>
            </w:r>
          </w:p>
        </w:tc>
        <w:tc>
          <w:tcPr>
            <w:tcW w:type="dxa" w:w="2160"/>
          </w:tcPr>
          <w:p>
            <w:r>
              <w:t>0.04762</w:t>
            </w:r>
          </w:p>
        </w:tc>
        <w:tc>
          <w:tcPr>
            <w:tcW w:type="dxa" w:w="2160"/>
          </w:tcPr>
          <w:p>
            <w:r>
              <w:t>4.8%</w:t>
            </w:r>
          </w:p>
        </w:tc>
      </w:tr>
      <w:tr>
        <w:tc>
          <w:tcPr>
            <w:tcW w:type="dxa" w:w="2160"/>
          </w:tcPr>
          <w:p>
            <w:r>
              <w:t>20</w:t>
            </w:r>
          </w:p>
        </w:tc>
        <w:tc>
          <w:tcPr>
            <w:tcW w:type="dxa" w:w="2160"/>
          </w:tcPr>
          <w:p>
            <w:r>
              <w:t>1</w:t>
            </w:r>
          </w:p>
        </w:tc>
        <w:tc>
          <w:tcPr>
            <w:tcW w:type="dxa" w:w="2160"/>
          </w:tcPr>
          <w:p>
            <w:r>
              <w:t>0.04762</w:t>
            </w:r>
          </w:p>
        </w:tc>
        <w:tc>
          <w:tcPr>
            <w:tcW w:type="dxa" w:w="2160"/>
          </w:tcPr>
          <w:p>
            <w:r>
              <w:t>4.8%</w:t>
            </w:r>
          </w:p>
        </w:tc>
      </w:tr>
      <w:tr>
        <w:tc>
          <w:tcPr>
            <w:tcW w:type="dxa" w:w="2160"/>
          </w:tcPr>
          <w:p>
            <w:r>
              <w:t>3</w:t>
            </w:r>
          </w:p>
        </w:tc>
        <w:tc>
          <w:tcPr>
            <w:tcW w:type="dxa" w:w="2160"/>
          </w:tcPr>
          <w:p>
            <w:r>
              <w:t>1</w:t>
            </w:r>
          </w:p>
        </w:tc>
        <w:tc>
          <w:tcPr>
            <w:tcW w:type="dxa" w:w="2160"/>
          </w:tcPr>
          <w:p>
            <w:r>
              <w:t>0.04762</w:t>
            </w:r>
          </w:p>
        </w:tc>
        <w:tc>
          <w:tcPr>
            <w:tcW w:type="dxa" w:w="2160"/>
          </w:tcPr>
          <w:p>
            <w:r>
              <w:t>4.8%</w:t>
            </w:r>
          </w:p>
        </w:tc>
      </w:tr>
      <w:tr>
        <w:tc>
          <w:tcPr>
            <w:tcW w:type="dxa" w:w="2160"/>
          </w:tcPr>
          <w:p>
            <w:r>
              <w:t>4</w:t>
            </w:r>
          </w:p>
        </w:tc>
        <w:tc>
          <w:tcPr>
            <w:tcW w:type="dxa" w:w="2160"/>
          </w:tcPr>
          <w:p>
            <w:r>
              <w:t>1</w:t>
            </w:r>
          </w:p>
        </w:tc>
        <w:tc>
          <w:tcPr>
            <w:tcW w:type="dxa" w:w="2160"/>
          </w:tcPr>
          <w:p>
            <w:r>
              <w:t>0.04762</w:t>
            </w:r>
          </w:p>
        </w:tc>
        <w:tc>
          <w:tcPr>
            <w:tcW w:type="dxa" w:w="2160"/>
          </w:tcPr>
          <w:p>
            <w:r>
              <w:t>4.8%</w:t>
            </w:r>
          </w:p>
        </w:tc>
      </w:tr>
      <w:tr>
        <w:tc>
          <w:tcPr>
            <w:tcW w:type="dxa" w:w="2160"/>
          </w:tcPr>
          <w:p>
            <w:r>
              <w:t>5</w:t>
            </w:r>
          </w:p>
        </w:tc>
        <w:tc>
          <w:tcPr>
            <w:tcW w:type="dxa" w:w="2160"/>
          </w:tcPr>
          <w:p>
            <w:r>
              <w:t>1</w:t>
            </w:r>
          </w:p>
        </w:tc>
        <w:tc>
          <w:tcPr>
            <w:tcW w:type="dxa" w:w="2160"/>
          </w:tcPr>
          <w:p>
            <w:r>
              <w:t>0.04762</w:t>
            </w:r>
          </w:p>
        </w:tc>
        <w:tc>
          <w:tcPr>
            <w:tcW w:type="dxa" w:w="2160"/>
          </w:tcPr>
          <w:p>
            <w:r>
              <w:t>4.8%</w:t>
            </w:r>
          </w:p>
        </w:tc>
      </w:tr>
      <w:tr>
        <w:tc>
          <w:tcPr>
            <w:tcW w:type="dxa" w:w="2160"/>
          </w:tcPr>
          <w:p>
            <w:r>
              <w:t>6</w:t>
            </w:r>
          </w:p>
        </w:tc>
        <w:tc>
          <w:tcPr>
            <w:tcW w:type="dxa" w:w="2160"/>
          </w:tcPr>
          <w:p>
            <w:r>
              <w:t>1</w:t>
            </w:r>
          </w:p>
        </w:tc>
        <w:tc>
          <w:tcPr>
            <w:tcW w:type="dxa" w:w="2160"/>
          </w:tcPr>
          <w:p>
            <w:r>
              <w:t>0.04762</w:t>
            </w:r>
          </w:p>
        </w:tc>
        <w:tc>
          <w:tcPr>
            <w:tcW w:type="dxa" w:w="2160"/>
          </w:tcPr>
          <w:p>
            <w:r>
              <w:t>4.8%</w:t>
            </w:r>
          </w:p>
        </w:tc>
      </w:tr>
      <w:tr>
        <w:tc>
          <w:tcPr>
            <w:tcW w:type="dxa" w:w="2160"/>
          </w:tcPr>
          <w:p>
            <w:r>
              <w:t>7</w:t>
            </w:r>
          </w:p>
        </w:tc>
        <w:tc>
          <w:tcPr>
            <w:tcW w:type="dxa" w:w="2160"/>
          </w:tcPr>
          <w:p>
            <w:r>
              <w:t>1</w:t>
            </w:r>
          </w:p>
        </w:tc>
        <w:tc>
          <w:tcPr>
            <w:tcW w:type="dxa" w:w="2160"/>
          </w:tcPr>
          <w:p>
            <w:r>
              <w:t>0.04762</w:t>
            </w:r>
          </w:p>
        </w:tc>
        <w:tc>
          <w:tcPr>
            <w:tcW w:type="dxa" w:w="2160"/>
          </w:tcPr>
          <w:p>
            <w:r>
              <w:t>4.8%</w:t>
            </w:r>
          </w:p>
        </w:tc>
      </w:tr>
      <w:tr>
        <w:tc>
          <w:tcPr>
            <w:tcW w:type="dxa" w:w="2160"/>
          </w:tcPr>
          <w:p>
            <w:r>
              <w:t>8</w:t>
            </w:r>
          </w:p>
        </w:tc>
        <w:tc>
          <w:tcPr>
            <w:tcW w:type="dxa" w:w="2160"/>
          </w:tcPr>
          <w:p>
            <w:r>
              <w:t>1</w:t>
            </w:r>
          </w:p>
        </w:tc>
        <w:tc>
          <w:tcPr>
            <w:tcW w:type="dxa" w:w="2160"/>
          </w:tcPr>
          <w:p>
            <w:r>
              <w:t>0.04762</w:t>
            </w:r>
          </w:p>
        </w:tc>
        <w:tc>
          <w:tcPr>
            <w:tcW w:type="dxa" w:w="2160"/>
          </w:tcPr>
          <w:p>
            <w:r>
              <w:t>4.8%</w:t>
            </w:r>
          </w:p>
        </w:tc>
      </w:tr>
      <w:tr>
        <w:tc>
          <w:tcPr>
            <w:tcW w:type="dxa" w:w="2160"/>
          </w:tcPr>
          <w:p>
            <w:r>
              <w:t>9</w:t>
            </w:r>
          </w:p>
        </w:tc>
        <w:tc>
          <w:tcPr>
            <w:tcW w:type="dxa" w:w="2160"/>
          </w:tcPr>
          <w:p>
            <w:r>
              <w:t>1</w:t>
            </w:r>
          </w:p>
        </w:tc>
        <w:tc>
          <w:tcPr>
            <w:tcW w:type="dxa" w:w="2160"/>
          </w:tcPr>
          <w:p>
            <w:r>
              <w:t>0.04762</w:t>
            </w:r>
          </w:p>
        </w:tc>
        <w:tc>
          <w:tcPr>
            <w:tcW w:type="dxa" w:w="2160"/>
          </w:tcPr>
          <w:p>
            <w:r>
              <w:t>4.8%</w:t>
            </w:r>
          </w:p>
        </w:tc>
      </w:tr>
    </w:tbl>
    <w:p/>
    <w:p>
      <w:pPr>
        <w:pStyle w:val="Heading2"/>
      </w:pPr>
      <w:r>
        <w:t>Figure 38. Find point clusters: Health posts [86]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16</w:t>
            </w:r>
          </w:p>
        </w:tc>
        <w:tc>
          <w:tcPr>
            <w:tcW w:type="dxa" w:w="2160"/>
          </w:tcPr>
          <w:p>
            <w:r>
              <w:t>0.8</w:t>
            </w:r>
          </w:p>
        </w:tc>
        <w:tc>
          <w:tcPr>
            <w:tcW w:type="dxa" w:w="2160"/>
          </w:tcPr>
          <w:p>
            <w:r>
              <w:t>80.0%</w:t>
            </w:r>
          </w:p>
        </w:tc>
      </w:tr>
      <w:tr>
        <w:tc>
          <w:tcPr>
            <w:tcW w:type="dxa" w:w="2160"/>
          </w:tcPr>
          <w:p>
            <w:r>
              <w:t>1</w:t>
            </w:r>
          </w:p>
        </w:tc>
        <w:tc>
          <w:tcPr>
            <w:tcW w:type="dxa" w:w="2160"/>
          </w:tcPr>
          <w:p>
            <w:r>
              <w:t>3</w:t>
            </w:r>
          </w:p>
        </w:tc>
        <w:tc>
          <w:tcPr>
            <w:tcW w:type="dxa" w:w="2160"/>
          </w:tcPr>
          <w:p>
            <w:r>
              <w:t>0.15</w:t>
            </w:r>
          </w:p>
        </w:tc>
        <w:tc>
          <w:tcPr>
            <w:tcW w:type="dxa" w:w="2160"/>
          </w:tcPr>
          <w:p>
            <w:r>
              <w:t>15.0%</w:t>
            </w:r>
          </w:p>
        </w:tc>
      </w:tr>
      <w:tr>
        <w:tc>
          <w:tcPr>
            <w:tcW w:type="dxa" w:w="2160"/>
          </w:tcPr>
          <w:p>
            <w:r>
              <w:t>Noise</w:t>
            </w:r>
          </w:p>
        </w:tc>
        <w:tc>
          <w:tcPr>
            <w:tcW w:type="dxa" w:w="2160"/>
          </w:tcPr>
          <w:p>
            <w:r>
              <w:t>1</w:t>
            </w:r>
          </w:p>
        </w:tc>
        <w:tc>
          <w:tcPr>
            <w:tcW w:type="dxa" w:w="2160"/>
          </w:tcPr>
          <w:p>
            <w:r>
              <w:t>0.05</w:t>
            </w:r>
          </w:p>
        </w:tc>
        <w:tc>
          <w:tcPr>
            <w:tcW w:type="dxa" w:w="2160"/>
          </w:tcPr>
          <w:p>
            <w:r>
              <w:t>5.0%</w:t>
            </w:r>
          </w:p>
        </w:tc>
      </w:tr>
    </w:tbl>
    <w:p/>
    <w:p>
      <w:pPr>
        <w:pStyle w:val="Heading2"/>
      </w:pPr>
      <w:r>
        <w:t>Figure 39. Find point clusters: cluster hulls [87]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0.5</w:t>
            </w:r>
          </w:p>
        </w:tc>
        <w:tc>
          <w:tcPr>
            <w:tcW w:type="dxa" w:w="2160"/>
          </w:tcPr>
          <w:p>
            <w:r>
              <w:t>50.0%</w:t>
            </w:r>
          </w:p>
        </w:tc>
      </w:tr>
      <w:tr>
        <w:tc>
          <w:tcPr>
            <w:tcW w:type="dxa" w:w="2160"/>
          </w:tcPr>
          <w:p>
            <w:r>
              <w:t>1</w:t>
            </w:r>
          </w:p>
        </w:tc>
        <w:tc>
          <w:tcPr>
            <w:tcW w:type="dxa" w:w="2160"/>
          </w:tcPr>
          <w:p>
            <w:r>
              <w:t>1</w:t>
            </w:r>
          </w:p>
        </w:tc>
        <w:tc>
          <w:tcPr>
            <w:tcW w:type="dxa" w:w="2160"/>
          </w:tcPr>
          <w:p>
            <w:r>
              <w:t>0.5</w:t>
            </w:r>
          </w:p>
        </w:tc>
        <w:tc>
          <w:tcPr>
            <w:tcW w:type="dxa" w:w="2160"/>
          </w:tcPr>
          <w:p>
            <w:r>
              <w:t>50.0%</w:t>
            </w:r>
          </w:p>
        </w:tc>
      </w:tr>
    </w:tbl>
    <w:p/>
    <w:p>
      <w:pPr>
        <w:pStyle w:val="Heading2"/>
      </w:pPr>
      <w:r>
        <w:t>Figure 40. Calculate density: Shelters [88]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4.952e-05</w:t>
            </w:r>
          </w:p>
        </w:tc>
        <w:tc>
          <w:tcPr>
            <w:tcW w:type="dxa" w:w="2880"/>
          </w:tcPr>
          <w:p>
            <w:r>
              <w:t>0.1046</w:t>
            </w:r>
          </w:p>
        </w:tc>
        <w:tc>
          <w:tcPr>
            <w:tcW w:type="dxa" w:w="2880"/>
          </w:tcPr>
          <w:p>
            <w:r>
              <w:t>26</w:t>
            </w:r>
          </w:p>
        </w:tc>
      </w:tr>
      <w:tr>
        <w:tc>
          <w:tcPr>
            <w:tcW w:type="dxa" w:w="2880"/>
          </w:tcPr>
          <w:p>
            <w:r>
              <w:t>0.1046</w:t>
            </w:r>
          </w:p>
        </w:tc>
        <w:tc>
          <w:tcPr>
            <w:tcW w:type="dxa" w:w="2880"/>
          </w:tcPr>
          <w:p>
            <w:r>
              <w:t>0.2091</w:t>
            </w:r>
          </w:p>
        </w:tc>
        <w:tc>
          <w:tcPr>
            <w:tcW w:type="dxa" w:w="2880"/>
          </w:tcPr>
          <w:p>
            <w:r>
              <w:t>11</w:t>
            </w:r>
          </w:p>
        </w:tc>
      </w:tr>
      <w:tr>
        <w:tc>
          <w:tcPr>
            <w:tcW w:type="dxa" w:w="2880"/>
          </w:tcPr>
          <w:p>
            <w:r>
              <w:t>0.2091</w:t>
            </w:r>
          </w:p>
        </w:tc>
        <w:tc>
          <w:tcPr>
            <w:tcW w:type="dxa" w:w="2880"/>
          </w:tcPr>
          <w:p>
            <w:r>
              <w:t>0.3137</w:t>
            </w:r>
          </w:p>
        </w:tc>
        <w:tc>
          <w:tcPr>
            <w:tcW w:type="dxa" w:w="2880"/>
          </w:tcPr>
          <w:p>
            <w:r>
              <w:t>13</w:t>
            </w:r>
          </w:p>
        </w:tc>
      </w:tr>
      <w:tr>
        <w:tc>
          <w:tcPr>
            <w:tcW w:type="dxa" w:w="2880"/>
          </w:tcPr>
          <w:p>
            <w:r>
              <w:t>0.3137</w:t>
            </w:r>
          </w:p>
        </w:tc>
        <w:tc>
          <w:tcPr>
            <w:tcW w:type="dxa" w:w="2880"/>
          </w:tcPr>
          <w:p>
            <w:r>
              <w:t>0.4182</w:t>
            </w:r>
          </w:p>
        </w:tc>
        <w:tc>
          <w:tcPr>
            <w:tcW w:type="dxa" w:w="2880"/>
          </w:tcPr>
          <w:p>
            <w:r>
              <w:t>16</w:t>
            </w:r>
          </w:p>
        </w:tc>
      </w:tr>
      <w:tr>
        <w:tc>
          <w:tcPr>
            <w:tcW w:type="dxa" w:w="2880"/>
          </w:tcPr>
          <w:p>
            <w:r>
              <w:t>0.4182</w:t>
            </w:r>
          </w:p>
        </w:tc>
        <w:tc>
          <w:tcPr>
            <w:tcW w:type="dxa" w:w="2880"/>
          </w:tcPr>
          <w:p>
            <w:r>
              <w:t>0.5227</w:t>
            </w:r>
          </w:p>
        </w:tc>
        <w:tc>
          <w:tcPr>
            <w:tcW w:type="dxa" w:w="2880"/>
          </w:tcPr>
          <w:p>
            <w:r>
              <w:t>13</w:t>
            </w:r>
          </w:p>
        </w:tc>
      </w:tr>
      <w:tr>
        <w:tc>
          <w:tcPr>
            <w:tcW w:type="dxa" w:w="2880"/>
          </w:tcPr>
          <w:p>
            <w:r>
              <w:t>0.5227</w:t>
            </w:r>
          </w:p>
        </w:tc>
        <w:tc>
          <w:tcPr>
            <w:tcW w:type="dxa" w:w="2880"/>
          </w:tcPr>
          <w:p>
            <w:r>
              <w:t>0.6273</w:t>
            </w:r>
          </w:p>
        </w:tc>
        <w:tc>
          <w:tcPr>
            <w:tcW w:type="dxa" w:w="2880"/>
          </w:tcPr>
          <w:p>
            <w:r>
              <w:t>6</w:t>
            </w:r>
          </w:p>
        </w:tc>
      </w:tr>
      <w:tr>
        <w:tc>
          <w:tcPr>
            <w:tcW w:type="dxa" w:w="2880"/>
          </w:tcPr>
          <w:p>
            <w:r>
              <w:t>0.6273</w:t>
            </w:r>
          </w:p>
        </w:tc>
        <w:tc>
          <w:tcPr>
            <w:tcW w:type="dxa" w:w="2880"/>
          </w:tcPr>
          <w:p>
            <w:r>
              <w:t>0.7318</w:t>
            </w:r>
          </w:p>
        </w:tc>
        <w:tc>
          <w:tcPr>
            <w:tcW w:type="dxa" w:w="2880"/>
          </w:tcPr>
          <w:p>
            <w:r>
              <w:t>4</w:t>
            </w:r>
          </w:p>
        </w:tc>
      </w:tr>
      <w:tr>
        <w:tc>
          <w:tcPr>
            <w:tcW w:type="dxa" w:w="2880"/>
          </w:tcPr>
          <w:p>
            <w:r>
              <w:t>0.7318</w:t>
            </w:r>
          </w:p>
        </w:tc>
        <w:tc>
          <w:tcPr>
            <w:tcW w:type="dxa" w:w="2880"/>
          </w:tcPr>
          <w:p>
            <w:r>
              <w:t>0.8364</w:t>
            </w:r>
          </w:p>
        </w:tc>
        <w:tc>
          <w:tcPr>
            <w:tcW w:type="dxa" w:w="2880"/>
          </w:tcPr>
          <w:p>
            <w:r>
              <w:t>1</w:t>
            </w:r>
          </w:p>
        </w:tc>
      </w:tr>
    </w:tbl>
    <w:p/>
    <w:p>
      <w:pPr>
        <w:pStyle w:val="Heading2"/>
      </w:pPr>
      <w:r>
        <w:t>Figure 41. Calculate density: Relief distributions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w:t>
            </w:r>
          </w:p>
        </w:tc>
        <w:tc>
          <w:tcPr>
            <w:tcW w:type="dxa" w:w="2880"/>
          </w:tcPr>
          <w:p>
            <w:r>
              <w:t>16</w:t>
            </w:r>
          </w:p>
        </w:tc>
      </w:tr>
      <w:tr>
        <w:tc>
          <w:tcPr>
            <w:tcW w:type="dxa" w:w="2880"/>
          </w:tcPr>
          <w:p>
            <w:r>
              <w:t>2</w:t>
            </w:r>
          </w:p>
        </w:tc>
        <w:tc>
          <w:tcPr>
            <w:tcW w:type="dxa" w:w="2880"/>
          </w:tcPr>
          <w:p>
            <w:r>
              <w:t>4</w:t>
            </w:r>
          </w:p>
        </w:tc>
        <w:tc>
          <w:tcPr>
            <w:tcW w:type="dxa" w:w="2880"/>
          </w:tcPr>
          <w:p>
            <w:r>
              <w:t>24</w:t>
            </w:r>
          </w:p>
        </w:tc>
      </w:tr>
      <w:tr>
        <w:tc>
          <w:tcPr>
            <w:tcW w:type="dxa" w:w="2880"/>
          </w:tcPr>
          <w:p>
            <w:r>
              <w:t>4</w:t>
            </w:r>
          </w:p>
        </w:tc>
        <w:tc>
          <w:tcPr>
            <w:tcW w:type="dxa" w:w="2880"/>
          </w:tcPr>
          <w:p>
            <w:r>
              <w:t>6</w:t>
            </w:r>
          </w:p>
        </w:tc>
        <w:tc>
          <w:tcPr>
            <w:tcW w:type="dxa" w:w="2880"/>
          </w:tcPr>
          <w:p>
            <w:r>
              <w:t>30</w:t>
            </w:r>
          </w:p>
        </w:tc>
      </w:tr>
      <w:tr>
        <w:tc>
          <w:tcPr>
            <w:tcW w:type="dxa" w:w="2880"/>
          </w:tcPr>
          <w:p>
            <w:r>
              <w:t>6</w:t>
            </w:r>
          </w:p>
        </w:tc>
        <w:tc>
          <w:tcPr>
            <w:tcW w:type="dxa" w:w="2880"/>
          </w:tcPr>
          <w:p>
            <w:r>
              <w:t>8</w:t>
            </w:r>
          </w:p>
        </w:tc>
        <w:tc>
          <w:tcPr>
            <w:tcW w:type="dxa" w:w="2880"/>
          </w:tcPr>
          <w:p>
            <w:r>
              <w:t>30</w:t>
            </w:r>
          </w:p>
        </w:tc>
      </w:tr>
      <w:tr>
        <w:tc>
          <w:tcPr>
            <w:tcW w:type="dxa" w:w="2880"/>
          </w:tcPr>
          <w:p>
            <w:r>
              <w:t>8</w:t>
            </w:r>
          </w:p>
        </w:tc>
        <w:tc>
          <w:tcPr>
            <w:tcW w:type="dxa" w:w="2880"/>
          </w:tcPr>
          <w:p>
            <w:r>
              <w:t>10</w:t>
            </w:r>
          </w:p>
        </w:tc>
        <w:tc>
          <w:tcPr>
            <w:tcW w:type="dxa" w:w="2880"/>
          </w:tcPr>
          <w:p>
            <w:r>
              <w:t>29</w:t>
            </w:r>
          </w:p>
        </w:tc>
      </w:tr>
      <w:tr>
        <w:tc>
          <w:tcPr>
            <w:tcW w:type="dxa" w:w="2880"/>
          </w:tcPr>
          <w:p>
            <w:r>
              <w:t>10</w:t>
            </w:r>
          </w:p>
        </w:tc>
        <w:tc>
          <w:tcPr>
            <w:tcW w:type="dxa" w:w="2880"/>
          </w:tcPr>
          <w:p>
            <w:r>
              <w:t>12</w:t>
            </w:r>
          </w:p>
        </w:tc>
        <w:tc>
          <w:tcPr>
            <w:tcW w:type="dxa" w:w="2880"/>
          </w:tcPr>
          <w:p>
            <w:r>
              <w:t>23</w:t>
            </w:r>
          </w:p>
        </w:tc>
      </w:tr>
      <w:tr>
        <w:tc>
          <w:tcPr>
            <w:tcW w:type="dxa" w:w="2880"/>
          </w:tcPr>
          <w:p>
            <w:r>
              <w:t>12</w:t>
            </w:r>
          </w:p>
        </w:tc>
        <w:tc>
          <w:tcPr>
            <w:tcW w:type="dxa" w:w="2880"/>
          </w:tcPr>
          <w:p>
            <w:r>
              <w:t>14</w:t>
            </w:r>
          </w:p>
        </w:tc>
        <w:tc>
          <w:tcPr>
            <w:tcW w:type="dxa" w:w="2880"/>
          </w:tcPr>
          <w:p>
            <w:r>
              <w:t>30</w:t>
            </w:r>
          </w:p>
        </w:tc>
      </w:tr>
      <w:tr>
        <w:tc>
          <w:tcPr>
            <w:tcW w:type="dxa" w:w="2880"/>
          </w:tcPr>
          <w:p>
            <w:r>
              <w:t>14</w:t>
            </w:r>
          </w:p>
        </w:tc>
        <w:tc>
          <w:tcPr>
            <w:tcW w:type="dxa" w:w="2880"/>
          </w:tcPr>
          <w:p>
            <w:r>
              <w:t>16</w:t>
            </w:r>
          </w:p>
        </w:tc>
        <w:tc>
          <w:tcPr>
            <w:tcW w:type="dxa" w:w="2880"/>
          </w:tcPr>
          <w:p>
            <w:r>
              <w:t>27</w:t>
            </w:r>
          </w:p>
        </w:tc>
      </w:tr>
      <w:tr>
        <w:tc>
          <w:tcPr>
            <w:tcW w:type="dxa" w:w="2880"/>
          </w:tcPr>
          <w:p>
            <w:r>
              <w:t>16</w:t>
            </w:r>
          </w:p>
        </w:tc>
        <w:tc>
          <w:tcPr>
            <w:tcW w:type="dxa" w:w="2880"/>
          </w:tcPr>
          <w:p>
            <w:r>
              <w:t>18</w:t>
            </w:r>
          </w:p>
        </w:tc>
        <w:tc>
          <w:tcPr>
            <w:tcW w:type="dxa" w:w="2880"/>
          </w:tcPr>
          <w:p>
            <w:r>
              <w:t>13</w:t>
            </w:r>
          </w:p>
        </w:tc>
      </w:tr>
    </w:tbl>
    <w:p/>
    <w:p>
      <w:pPr>
        <w:pStyle w:val="Heading2"/>
      </w:pPr>
      <w:r>
        <w:t>Figure 42. Calculate density: Health posts [90]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1.778</w:t>
            </w:r>
          </w:p>
        </w:tc>
        <w:tc>
          <w:tcPr>
            <w:tcW w:type="dxa" w:w="2880"/>
          </w:tcPr>
          <w:p>
            <w:r>
              <w:t>19</w:t>
            </w:r>
          </w:p>
        </w:tc>
      </w:tr>
      <w:tr>
        <w:tc>
          <w:tcPr>
            <w:tcW w:type="dxa" w:w="2880"/>
          </w:tcPr>
          <w:p>
            <w:r>
              <w:t>1.778</w:t>
            </w:r>
          </w:p>
        </w:tc>
        <w:tc>
          <w:tcPr>
            <w:tcW w:type="dxa" w:w="2880"/>
          </w:tcPr>
          <w:p>
            <w:r>
              <w:t>3.556</w:t>
            </w:r>
          </w:p>
        </w:tc>
        <w:tc>
          <w:tcPr>
            <w:tcW w:type="dxa" w:w="2880"/>
          </w:tcPr>
          <w:p>
            <w:r>
              <w:t>28</w:t>
            </w:r>
          </w:p>
        </w:tc>
      </w:tr>
      <w:tr>
        <w:tc>
          <w:tcPr>
            <w:tcW w:type="dxa" w:w="2880"/>
          </w:tcPr>
          <w:p>
            <w:r>
              <w:t>3.556</w:t>
            </w:r>
          </w:p>
        </w:tc>
        <w:tc>
          <w:tcPr>
            <w:tcW w:type="dxa" w:w="2880"/>
          </w:tcPr>
          <w:p>
            <w:r>
              <w:t>5.333</w:t>
            </w:r>
          </w:p>
        </w:tc>
        <w:tc>
          <w:tcPr>
            <w:tcW w:type="dxa" w:w="2880"/>
          </w:tcPr>
          <w:p>
            <w:r>
              <w:t>32</w:t>
            </w:r>
          </w:p>
        </w:tc>
      </w:tr>
      <w:tr>
        <w:tc>
          <w:tcPr>
            <w:tcW w:type="dxa" w:w="2880"/>
          </w:tcPr>
          <w:p>
            <w:r>
              <w:t>5.333</w:t>
            </w:r>
          </w:p>
        </w:tc>
        <w:tc>
          <w:tcPr>
            <w:tcW w:type="dxa" w:w="2880"/>
          </w:tcPr>
          <w:p>
            <w:r>
              <w:t>7.111</w:t>
            </w:r>
          </w:p>
        </w:tc>
        <w:tc>
          <w:tcPr>
            <w:tcW w:type="dxa" w:w="2880"/>
          </w:tcPr>
          <w:p>
            <w:r>
              <w:t>32</w:t>
            </w:r>
          </w:p>
        </w:tc>
      </w:tr>
      <w:tr>
        <w:tc>
          <w:tcPr>
            <w:tcW w:type="dxa" w:w="2880"/>
          </w:tcPr>
          <w:p>
            <w:r>
              <w:t>7.111</w:t>
            </w:r>
          </w:p>
        </w:tc>
        <w:tc>
          <w:tcPr>
            <w:tcW w:type="dxa" w:w="2880"/>
          </w:tcPr>
          <w:p>
            <w:r>
              <w:t>8.889</w:t>
            </w:r>
          </w:p>
        </w:tc>
        <w:tc>
          <w:tcPr>
            <w:tcW w:type="dxa" w:w="2880"/>
          </w:tcPr>
          <w:p>
            <w:r>
              <w:t>15</w:t>
            </w:r>
          </w:p>
        </w:tc>
      </w:tr>
      <w:tr>
        <w:tc>
          <w:tcPr>
            <w:tcW w:type="dxa" w:w="2880"/>
          </w:tcPr>
          <w:p>
            <w:r>
              <w:t>8.889</w:t>
            </w:r>
          </w:p>
        </w:tc>
        <w:tc>
          <w:tcPr>
            <w:tcW w:type="dxa" w:w="2880"/>
          </w:tcPr>
          <w:p>
            <w:r>
              <w:t>10.67</w:t>
            </w:r>
          </w:p>
        </w:tc>
        <w:tc>
          <w:tcPr>
            <w:tcW w:type="dxa" w:w="2880"/>
          </w:tcPr>
          <w:p>
            <w:r>
              <w:t>32</w:t>
            </w:r>
          </w:p>
        </w:tc>
      </w:tr>
      <w:tr>
        <w:tc>
          <w:tcPr>
            <w:tcW w:type="dxa" w:w="2880"/>
          </w:tcPr>
          <w:p>
            <w:r>
              <w:t>10.67</w:t>
            </w:r>
          </w:p>
        </w:tc>
        <w:tc>
          <w:tcPr>
            <w:tcW w:type="dxa" w:w="2880"/>
          </w:tcPr>
          <w:p>
            <w:r>
              <w:t>12.44</w:t>
            </w:r>
          </w:p>
        </w:tc>
        <w:tc>
          <w:tcPr>
            <w:tcW w:type="dxa" w:w="2880"/>
          </w:tcPr>
          <w:p>
            <w:r>
              <w:t>32</w:t>
            </w:r>
          </w:p>
        </w:tc>
      </w:tr>
      <w:tr>
        <w:tc>
          <w:tcPr>
            <w:tcW w:type="dxa" w:w="2880"/>
          </w:tcPr>
          <w:p>
            <w:r>
              <w:t>12.44</w:t>
            </w:r>
          </w:p>
        </w:tc>
        <w:tc>
          <w:tcPr>
            <w:tcW w:type="dxa" w:w="2880"/>
          </w:tcPr>
          <w:p>
            <w:r>
              <w:t>14.22</w:t>
            </w:r>
          </w:p>
        </w:tc>
        <w:tc>
          <w:tcPr>
            <w:tcW w:type="dxa" w:w="2880"/>
          </w:tcPr>
          <w:p>
            <w:r>
              <w:t>26</w:t>
            </w:r>
          </w:p>
        </w:tc>
      </w:tr>
      <w:tr>
        <w:tc>
          <w:tcPr>
            <w:tcW w:type="dxa" w:w="2880"/>
          </w:tcPr>
          <w:p>
            <w:r>
              <w:t>14.22</w:t>
            </w:r>
          </w:p>
        </w:tc>
        <w:tc>
          <w:tcPr>
            <w:tcW w:type="dxa" w:w="2880"/>
          </w:tcPr>
          <w:p>
            <w:r>
              <w:t>16</w:t>
            </w:r>
          </w:p>
        </w:tc>
        <w:tc>
          <w:tcPr>
            <w:tcW w:type="dxa" w:w="2880"/>
          </w:tcPr>
          <w:p>
            <w:r>
              <w:t>12</w:t>
            </w:r>
          </w:p>
        </w:tc>
      </w:tr>
    </w:tbl>
    <w:p/>
    <w:p>
      <w:pPr>
        <w:pStyle w:val="Heading2"/>
      </w:pPr>
      <w:r>
        <w:t>Figure 43. Find outliers: Wards [91]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-0.1006</w:t>
            </w:r>
          </w:p>
        </w:tc>
        <w:tc>
          <w:tcPr>
            <w:tcW w:type="dxa" w:w="2880"/>
          </w:tcPr>
          <w:p>
            <w:r>
              <w:t>0.265</w:t>
            </w:r>
          </w:p>
        </w:tc>
        <w:tc>
          <w:tcPr>
            <w:tcW w:type="dxa" w:w="2880"/>
          </w:tcPr>
          <w:p>
            <w:r>
              <w:t>NS</w:t>
            </w:r>
          </w:p>
        </w:tc>
      </w:tr>
      <w:tr>
        <w:tc>
          <w:tcPr>
            <w:tcW w:type="dxa" w:w="2880"/>
          </w:tcPr>
          <w:p>
            <w:r>
              <w:t>-1.513</w:t>
            </w:r>
          </w:p>
        </w:tc>
        <w:tc>
          <w:tcPr>
            <w:tcW w:type="dxa" w:w="2880"/>
          </w:tcPr>
          <w:p>
            <w:r>
              <w:t>-0.6592</w:t>
            </w:r>
          </w:p>
        </w:tc>
        <w:tc>
          <w:tcPr>
            <w:tcW w:type="dxa" w:w="2880"/>
          </w:tcPr>
          <w:p>
            <w:r>
              <w:t>NS</w:t>
            </w:r>
          </w:p>
        </w:tc>
      </w:tr>
      <w:tr>
        <w:tc>
          <w:tcPr>
            <w:tcW w:type="dxa" w:w="2880"/>
          </w:tcPr>
          <w:p>
            <w:r>
              <w:t>-0.5809</w:t>
            </w:r>
          </w:p>
        </w:tc>
        <w:tc>
          <w:tcPr>
            <w:tcW w:type="dxa" w:w="2880"/>
          </w:tcPr>
          <w:p>
            <w:r>
              <w:t>-0.8478</w:t>
            </w:r>
          </w:p>
        </w:tc>
        <w:tc>
          <w:tcPr>
            <w:tcW w:type="dxa" w:w="2880"/>
          </w:tcPr>
          <w:p>
            <w:r>
              <w:t>NS</w:t>
            </w:r>
          </w:p>
        </w:tc>
      </w:tr>
      <w:tr>
        <w:tc>
          <w:tcPr>
            <w:tcW w:type="dxa" w:w="2880"/>
          </w:tcPr>
          <w:p>
            <w:r>
              <w:t>-0.3709</w:t>
            </w:r>
          </w:p>
        </w:tc>
        <w:tc>
          <w:tcPr>
            <w:tcW w:type="dxa" w:w="2880"/>
          </w:tcPr>
          <w:p>
            <w:r>
              <w:t>-0.6076</w:t>
            </w:r>
          </w:p>
        </w:tc>
        <w:tc>
          <w:tcPr>
            <w:tcW w:type="dxa" w:w="2880"/>
          </w:tcPr>
          <w:p>
            <w:r>
              <w:t>NS</w:t>
            </w:r>
          </w:p>
        </w:tc>
      </w:tr>
      <w:tr>
        <w:tc>
          <w:tcPr>
            <w:tcW w:type="dxa" w:w="2880"/>
          </w:tcPr>
          <w:p>
            <w:r>
              <w:t>-0.0457</w:t>
            </w:r>
          </w:p>
        </w:tc>
        <w:tc>
          <w:tcPr>
            <w:tcW w:type="dxa" w:w="2880"/>
          </w:tcPr>
          <w:p>
            <w:r>
              <w:t>-1.258</w:t>
            </w:r>
          </w:p>
        </w:tc>
        <w:tc>
          <w:tcPr>
            <w:tcW w:type="dxa" w:w="2880"/>
          </w:tcPr>
          <w:p>
            <w:r>
              <w:t>NS</w:t>
            </w:r>
          </w:p>
        </w:tc>
      </w:tr>
      <w:tr>
        <w:tc>
          <w:tcPr>
            <w:tcW w:type="dxa" w:w="2880"/>
          </w:tcPr>
          <w:p>
            <w:r>
              <w:t>2.151</w:t>
            </w:r>
          </w:p>
        </w:tc>
        <w:tc>
          <w:tcPr>
            <w:tcW w:type="dxa" w:w="2880"/>
          </w:tcPr>
          <w:p>
            <w:r>
              <w:t>-1.039</w:t>
            </w:r>
          </w:p>
        </w:tc>
        <w:tc>
          <w:tcPr>
            <w:tcW w:type="dxa" w:w="2880"/>
          </w:tcPr>
          <w:p>
            <w:r>
              <w:t>NS</w:t>
            </w:r>
          </w:p>
        </w:tc>
      </w:tr>
      <w:tr>
        <w:tc>
          <w:tcPr>
            <w:tcW w:type="dxa" w:w="2880"/>
          </w:tcPr>
          <w:p>
            <w:r>
              <w:t>-0.0925</w:t>
            </w:r>
          </w:p>
        </w:tc>
        <w:tc>
          <w:tcPr>
            <w:tcW w:type="dxa" w:w="2880"/>
          </w:tcPr>
          <w:p>
            <w:r>
              <w:t>0.0756</w:t>
            </w:r>
          </w:p>
        </w:tc>
        <w:tc>
          <w:tcPr>
            <w:tcW w:type="dxa" w:w="2880"/>
          </w:tcPr>
          <w:p>
            <w:r>
              <w:t>NS</w:t>
            </w:r>
          </w:p>
        </w:tc>
      </w:tr>
      <w:tr>
        <w:tc>
          <w:tcPr>
            <w:tcW w:type="dxa" w:w="2880"/>
          </w:tcPr>
          <w:p>
            <w:r>
              <w:t>-1.004</w:t>
            </w:r>
          </w:p>
        </w:tc>
        <w:tc>
          <w:tcPr>
            <w:tcW w:type="dxa" w:w="2880"/>
          </w:tcPr>
          <w:p>
            <w:r>
              <w:t>0.3063</w:t>
            </w:r>
          </w:p>
        </w:tc>
        <w:tc>
          <w:tcPr>
            <w:tcW w:type="dxa" w:w="2880"/>
          </w:tcPr>
          <w:p>
            <w:r>
              <w:t>NS</w:t>
            </w:r>
          </w:p>
        </w:tc>
      </w:tr>
      <w:tr>
        <w:tc>
          <w:tcPr>
            <w:tcW w:type="dxa" w:w="2880"/>
          </w:tcPr>
          <w:p>
            <w:r>
              <w:t>0.1157</w:t>
            </w:r>
          </w:p>
        </w:tc>
        <w:tc>
          <w:tcPr>
            <w:tcW w:type="dxa" w:w="2880"/>
          </w:tcPr>
          <w:p>
            <w:r>
              <w:t>1.873</w:t>
            </w:r>
          </w:p>
        </w:tc>
        <w:tc>
          <w:tcPr>
            <w:tcW w:type="dxa" w:w="2880"/>
          </w:tcPr>
          <w:p>
            <w:r>
              <w:t>NS</w:t>
            </w:r>
          </w:p>
        </w:tc>
      </w:tr>
      <w:tr>
        <w:tc>
          <w:tcPr>
            <w:tcW w:type="dxa" w:w="2880"/>
          </w:tcPr>
          <w:p>
            <w:r>
              <w:t>0.9009</w:t>
            </w:r>
          </w:p>
        </w:tc>
        <w:tc>
          <w:tcPr>
            <w:tcW w:type="dxa" w:w="2880"/>
          </w:tcPr>
          <w:p>
            <w:r>
              <w:t>-0.1006</w:t>
            </w:r>
          </w:p>
        </w:tc>
        <w:tc>
          <w:tcPr>
            <w:tcW w:type="dxa" w:w="2880"/>
          </w:tcPr>
          <w:p>
            <w:r>
              <w:t>NS</w:t>
            </w:r>
          </w:p>
        </w:tc>
      </w:tr>
      <w:tr>
        <w:tc>
          <w:tcPr>
            <w:tcW w:type="dxa" w:w="2880"/>
          </w:tcPr>
          <w:p>
            <w:r>
              <w:t>-0.5907</w:t>
            </w:r>
          </w:p>
        </w:tc>
        <w:tc>
          <w:tcPr>
            <w:tcW w:type="dxa" w:w="2880"/>
          </w:tcPr>
          <w:p>
            <w:r>
              <w:t>-0.6902</w:t>
            </w:r>
          </w:p>
        </w:tc>
        <w:tc>
          <w:tcPr>
            <w:tcW w:type="dxa" w:w="2880"/>
          </w:tcPr>
          <w:p>
            <w:r>
              <w:t>NS</w:t>
            </w:r>
          </w:p>
        </w:tc>
      </w:tr>
      <w:tr>
        <w:tc>
          <w:tcPr>
            <w:tcW w:type="dxa" w:w="2880"/>
          </w:tcPr>
          <w:p>
            <w:r>
              <w:t>1.234</w:t>
            </w:r>
          </w:p>
        </w:tc>
        <w:tc>
          <w:tcPr>
            <w:tcW w:type="dxa" w:w="2880"/>
          </w:tcPr>
          <w:p>
            <w:r>
              <w:t>-1.004</w:t>
            </w:r>
          </w:p>
        </w:tc>
        <w:tc>
          <w:tcPr>
            <w:tcW w:type="dxa" w:w="2880"/>
          </w:tcPr>
          <w:p>
            <w:r>
              <w:t>NS</w:t>
            </w:r>
          </w:p>
        </w:tc>
      </w:tr>
      <w:tr>
        <w:tc>
          <w:tcPr>
            <w:tcW w:type="dxa" w:w="2880"/>
          </w:tcPr>
          <w:p>
            <w:r>
              <w:t>1.873</w:t>
            </w:r>
          </w:p>
        </w:tc>
        <w:tc>
          <w:tcPr>
            <w:tcW w:type="dxa" w:w="2880"/>
          </w:tcPr>
          <w:p>
            <w:r>
              <w:t>-0.0841</w:t>
            </w:r>
          </w:p>
        </w:tc>
        <w:tc>
          <w:tcPr>
            <w:tcW w:type="dxa" w:w="2880"/>
          </w:tcPr>
          <w:p>
            <w:r>
              <w:t>NS</w:t>
            </w:r>
          </w:p>
        </w:tc>
      </w:tr>
      <w:tr>
        <w:tc>
          <w:tcPr>
            <w:tcW w:type="dxa" w:w="2880"/>
          </w:tcPr>
          <w:p>
            <w:r>
              <w:t>0.7456</w:t>
            </w:r>
          </w:p>
        </w:tc>
        <w:tc>
          <w:tcPr>
            <w:tcW w:type="dxa" w:w="2880"/>
          </w:tcPr>
          <w:p>
            <w:r>
              <w:t>-0.5907</w:t>
            </w:r>
          </w:p>
        </w:tc>
        <w:tc>
          <w:tcPr>
            <w:tcW w:type="dxa" w:w="2880"/>
          </w:tcPr>
          <w:p>
            <w:r>
              <w:t>NS</w:t>
            </w:r>
          </w:p>
        </w:tc>
      </w:tr>
      <w:tr>
        <w:tc>
          <w:tcPr>
            <w:tcW w:type="dxa" w:w="2880"/>
          </w:tcPr>
          <w:p>
            <w:r>
              <w:t>-0.2838</w:t>
            </w:r>
          </w:p>
        </w:tc>
        <w:tc>
          <w:tcPr>
            <w:tcW w:type="dxa" w:w="2880"/>
          </w:tcPr>
          <w:p>
            <w:r>
              <w:t>0.3999</w:t>
            </w:r>
          </w:p>
        </w:tc>
        <w:tc>
          <w:tcPr>
            <w:tcW w:type="dxa" w:w="2880"/>
          </w:tcPr>
          <w:p>
            <w:r>
              <w:t>NS</w:t>
            </w:r>
          </w:p>
        </w:tc>
      </w:tr>
      <w:tr>
        <w:tc>
          <w:tcPr>
            <w:tcW w:type="dxa" w:w="2880"/>
          </w:tcPr>
          <w:p>
            <w:r>
              <w:t>-1.413</w:t>
            </w:r>
          </w:p>
        </w:tc>
        <w:tc>
          <w:tcPr>
            <w:tcW w:type="dxa" w:w="2880"/>
          </w:tcPr>
          <w:p>
            <w:r>
              <w:t>-0.7775</w:t>
            </w:r>
          </w:p>
        </w:tc>
        <w:tc>
          <w:tcPr>
            <w:tcW w:type="dxa" w:w="2880"/>
          </w:tcPr>
          <w:p>
            <w:r>
              <w:t>NS</w:t>
            </w:r>
          </w:p>
        </w:tc>
      </w:tr>
      <w:tr>
        <w:tc>
          <w:tcPr>
            <w:tcW w:type="dxa" w:w="2880"/>
          </w:tcPr>
          <w:p>
            <w:r>
              <w:t>0.4349</w:t>
            </w:r>
          </w:p>
        </w:tc>
        <w:tc>
          <w:tcPr>
            <w:tcW w:type="dxa" w:w="2880"/>
          </w:tcPr>
          <w:p>
            <w:r>
              <w:t>-0.0925</w:t>
            </w:r>
          </w:p>
        </w:tc>
        <w:tc>
          <w:tcPr>
            <w:tcW w:type="dxa" w:w="2880"/>
          </w:tcPr>
          <w:p>
            <w:r>
              <w:t>NS</w:t>
            </w:r>
          </w:p>
        </w:tc>
      </w:tr>
      <w:tr>
        <w:tc>
          <w:tcPr>
            <w:tcW w:type="dxa" w:w="2880"/>
          </w:tcPr>
          <w:p>
            <w:r>
              <w:t>-0.9643</w:t>
            </w:r>
          </w:p>
        </w:tc>
        <w:tc>
          <w:tcPr>
            <w:tcW w:type="dxa" w:w="2880"/>
          </w:tcPr>
          <w:p>
            <w:r>
              <w:t>-0.4722</w:t>
            </w:r>
          </w:p>
        </w:tc>
        <w:tc>
          <w:tcPr>
            <w:tcW w:type="dxa" w:w="2880"/>
          </w:tcPr>
          <w:p>
            <w:r>
              <w:t>NS</w:t>
            </w:r>
          </w:p>
        </w:tc>
      </w:tr>
      <w:tr>
        <w:tc>
          <w:tcPr>
            <w:tcW w:type="dxa" w:w="2880"/>
          </w:tcPr>
          <w:p>
            <w:r>
              <w:t>0.6182</w:t>
            </w:r>
          </w:p>
        </w:tc>
        <w:tc>
          <w:tcPr>
            <w:tcW w:type="dxa" w:w="2880"/>
          </w:tcPr>
          <w:p>
            <w:r>
              <w:t>-1.004</w:t>
            </w:r>
          </w:p>
        </w:tc>
        <w:tc>
          <w:tcPr>
            <w:tcW w:type="dxa" w:w="2880"/>
          </w:tcPr>
          <w:p>
            <w:r>
              <w:t>NS</w:t>
            </w:r>
          </w:p>
        </w:tc>
      </w:tr>
      <w:tr>
        <w:tc>
          <w:tcPr>
            <w:tcW w:type="dxa" w:w="2880"/>
          </w:tcPr>
          <w:p>
            <w:r>
              <w:t>-1.115</w:t>
            </w:r>
          </w:p>
        </w:tc>
        <w:tc>
          <w:tcPr>
            <w:tcW w:type="dxa" w:w="2880"/>
          </w:tcPr>
          <w:p>
            <w:r>
              <w:t>-0.1741</w:t>
            </w:r>
          </w:p>
        </w:tc>
        <w:tc>
          <w:tcPr>
            <w:tcW w:type="dxa" w:w="2880"/>
          </w:tcPr>
          <w:p>
            <w:r>
              <w:t>NS</w:t>
            </w:r>
          </w:p>
        </w:tc>
      </w:tr>
    </w:tbl>
    <w:p/>
    <w:p>
      <w:pPr>
        <w:pStyle w:val="Heading2"/>
      </w:pPr>
      <w:r>
        <w:t>Figure 44. Find point clusters: Relief distributions over time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2026-09-04</w:t>
            </w:r>
          </w:p>
        </w:tc>
        <w:tc>
          <w:tcPr>
            <w:tcW w:type="dxa" w:w="2880"/>
          </w:tcPr>
          <w:p>
            <w:r>
              <w:t>blanket</w:t>
            </w:r>
          </w:p>
        </w:tc>
        <w:tc>
          <w:tcPr>
            <w:tcW w:type="dxa" w:w="2880"/>
          </w:tcPr>
          <w:p>
            <w:r>
              <w:t>5</w:t>
            </w:r>
          </w:p>
        </w:tc>
      </w:tr>
      <w:tr>
        <w:tc>
          <w:tcPr>
            <w:tcW w:type="dxa" w:w="2880"/>
          </w:tcPr>
          <w:p>
            <w:r>
              <w:t>2026-09-04</w:t>
            </w:r>
          </w:p>
        </w:tc>
        <w:tc>
          <w:tcPr>
            <w:tcW w:type="dxa" w:w="2880"/>
          </w:tcPr>
          <w:p>
            <w:r>
              <w:t>tarpaulin</w:t>
            </w:r>
          </w:p>
        </w:tc>
        <w:tc>
          <w:tcPr>
            <w:tcW w:type="dxa" w:w="2880"/>
          </w:tcPr>
          <w:p>
            <w:r>
              <w:t>4</w:t>
            </w:r>
          </w:p>
        </w:tc>
      </w:tr>
      <w:tr>
        <w:tc>
          <w:tcPr>
            <w:tcW w:type="dxa" w:w="2880"/>
          </w:tcPr>
          <w:p>
            <w:r>
              <w:t>2026-09-04</w:t>
            </w:r>
          </w:p>
        </w:tc>
        <w:tc>
          <w:tcPr>
            <w:tcW w:type="dxa" w:w="2880"/>
          </w:tcPr>
          <w:p>
            <w:r>
              <w:t>hygiene kit</w:t>
            </w:r>
          </w:p>
        </w:tc>
        <w:tc>
          <w:tcPr>
            <w:tcW w:type="dxa" w:w="2880"/>
          </w:tcPr>
          <w:p>
            <w:r>
              <w:t>6</w:t>
            </w:r>
          </w:p>
        </w:tc>
      </w:tr>
      <w:tr>
        <w:tc>
          <w:tcPr>
            <w:tcW w:type="dxa" w:w="2880"/>
          </w:tcPr>
          <w:p>
            <w:r>
              <w:t>2026-09-04</w:t>
            </w:r>
          </w:p>
        </w:tc>
        <w:tc>
          <w:tcPr>
            <w:tcW w:type="dxa" w:w="2880"/>
          </w:tcPr>
          <w:p>
            <w:r>
              <w:t>food kit</w:t>
            </w:r>
          </w:p>
        </w:tc>
        <w:tc>
          <w:tcPr>
            <w:tcW w:type="dxa" w:w="2880"/>
          </w:tcPr>
          <w:p>
            <w:r>
              <w:t>6</w:t>
            </w:r>
          </w:p>
        </w:tc>
      </w:tr>
      <w:tr>
        <w:tc>
          <w:tcPr>
            <w:tcW w:type="dxa" w:w="2880"/>
          </w:tcPr>
          <w:p>
            <w:r>
              <w:t>2026-09-05</w:t>
            </w:r>
          </w:p>
        </w:tc>
        <w:tc>
          <w:tcPr>
            <w:tcW w:type="dxa" w:w="2880"/>
          </w:tcPr>
          <w:p>
            <w:r>
              <w:t>blanket</w:t>
            </w:r>
          </w:p>
        </w:tc>
        <w:tc>
          <w:tcPr>
            <w:tcW w:type="dxa" w:w="2880"/>
          </w:tcPr>
          <w:p>
            <w:r>
              <w:t>4</w:t>
            </w:r>
          </w:p>
        </w:tc>
      </w:tr>
      <w:tr>
        <w:tc>
          <w:tcPr>
            <w:tcW w:type="dxa" w:w="2880"/>
          </w:tcPr>
          <w:p>
            <w:r>
              <w:t>2026-09-05</w:t>
            </w:r>
          </w:p>
        </w:tc>
        <w:tc>
          <w:tcPr>
            <w:tcW w:type="dxa" w:w="2880"/>
          </w:tcPr>
          <w:p>
            <w:r>
              <w:t>tarpaulin</w:t>
            </w:r>
          </w:p>
        </w:tc>
        <w:tc>
          <w:tcPr>
            <w:tcW w:type="dxa" w:w="2880"/>
          </w:tcPr>
          <w:p>
            <w:r>
              <w:t>2</w:t>
            </w:r>
          </w:p>
        </w:tc>
      </w:tr>
      <w:tr>
        <w:tc>
          <w:tcPr>
            <w:tcW w:type="dxa" w:w="2880"/>
          </w:tcPr>
          <w:p>
            <w:r>
              <w:t>2026-09-05</w:t>
            </w:r>
          </w:p>
        </w:tc>
        <w:tc>
          <w:tcPr>
            <w:tcW w:type="dxa" w:w="2880"/>
          </w:tcPr>
          <w:p>
            <w:r>
              <w:t>hygiene kit</w:t>
            </w:r>
          </w:p>
        </w:tc>
        <w:tc>
          <w:tcPr>
            <w:tcW w:type="dxa" w:w="2880"/>
          </w:tcPr>
          <w:p>
            <w:r>
              <w:t>3</w:t>
            </w:r>
          </w:p>
        </w:tc>
      </w:tr>
      <w:tr>
        <w:tc>
          <w:tcPr>
            <w:tcW w:type="dxa" w:w="2880"/>
          </w:tcPr>
          <w:p>
            <w:r>
              <w:t>2026-09-05</w:t>
            </w:r>
          </w:p>
        </w:tc>
        <w:tc>
          <w:tcPr>
            <w:tcW w:type="dxa" w:w="2880"/>
          </w:tcPr>
          <w:p>
            <w:r>
              <w:t>food kit</w:t>
            </w:r>
          </w:p>
        </w:tc>
        <w:tc>
          <w:tcPr>
            <w:tcW w:type="dxa" w:w="2880"/>
          </w:tcPr>
          <w:p>
            <w:r>
              <w:t>6</w:t>
            </w:r>
          </w:p>
        </w:tc>
      </w:tr>
      <w:tr>
        <w:tc>
          <w:tcPr>
            <w:tcW w:type="dxa" w:w="2880"/>
          </w:tcPr>
          <w:p>
            <w:r>
              <w:t>2026-09-06</w:t>
            </w:r>
          </w:p>
        </w:tc>
        <w:tc>
          <w:tcPr>
            <w:tcW w:type="dxa" w:w="2880"/>
          </w:tcPr>
          <w:p>
            <w:r>
              <w:t>blanket</w:t>
            </w:r>
          </w:p>
        </w:tc>
        <w:tc>
          <w:tcPr>
            <w:tcW w:type="dxa" w:w="2880"/>
          </w:tcPr>
          <w:p>
            <w:r>
              <w:t>4</w:t>
            </w:r>
          </w:p>
        </w:tc>
      </w:tr>
      <w:tr>
        <w:tc>
          <w:tcPr>
            <w:tcW w:type="dxa" w:w="2880"/>
          </w:tcPr>
          <w:p>
            <w:r>
              <w:t>2026-09-06</w:t>
            </w:r>
          </w:p>
        </w:tc>
        <w:tc>
          <w:tcPr>
            <w:tcW w:type="dxa" w:w="2880"/>
          </w:tcPr>
          <w:p>
            <w:r>
              <w:t>tarpaulin</w:t>
            </w:r>
          </w:p>
        </w:tc>
        <w:tc>
          <w:tcPr>
            <w:tcW w:type="dxa" w:w="2880"/>
          </w:tcPr>
          <w:p>
            <w:r>
              <w:t>5</w:t>
            </w:r>
          </w:p>
        </w:tc>
      </w:tr>
      <w:tr>
        <w:tc>
          <w:tcPr>
            <w:tcW w:type="dxa" w:w="2880"/>
          </w:tcPr>
          <w:p>
            <w:r>
              <w:t>2026-09-06</w:t>
            </w:r>
          </w:p>
        </w:tc>
        <w:tc>
          <w:tcPr>
            <w:tcW w:type="dxa" w:w="2880"/>
          </w:tcPr>
          <w:p>
            <w:r>
              <w:t>hygiene kit</w:t>
            </w:r>
          </w:p>
        </w:tc>
        <w:tc>
          <w:tcPr>
            <w:tcW w:type="dxa" w:w="2880"/>
          </w:tcPr>
          <w:p>
            <w:r>
              <w:t>4</w:t>
            </w:r>
          </w:p>
        </w:tc>
      </w:tr>
      <w:tr>
        <w:tc>
          <w:tcPr>
            <w:tcW w:type="dxa" w:w="2880"/>
          </w:tcPr>
          <w:p>
            <w:r>
              <w:t>2026-09-06</w:t>
            </w:r>
          </w:p>
        </w:tc>
        <w:tc>
          <w:tcPr>
            <w:tcW w:type="dxa" w:w="2880"/>
          </w:tcPr>
          <w:p>
            <w:r>
              <w:t>food kit</w:t>
            </w:r>
          </w:p>
        </w:tc>
        <w:tc>
          <w:tcPr>
            <w:tcW w:type="dxa" w:w="2880"/>
          </w:tcPr>
          <w:p>
            <w:r>
              <w:t>2</w:t>
            </w:r>
          </w:p>
        </w:tc>
      </w:tr>
      <w:tr>
        <w:tc>
          <w:tcPr>
            <w:tcW w:type="dxa" w:w="2880"/>
          </w:tcPr>
          <w:p>
            <w:r>
              <w:t>2026-09-07</w:t>
            </w:r>
          </w:p>
        </w:tc>
        <w:tc>
          <w:tcPr>
            <w:tcW w:type="dxa" w:w="2880"/>
          </w:tcPr>
          <w:p>
            <w:r>
              <w:t>blanket</w:t>
            </w:r>
          </w:p>
        </w:tc>
        <w:tc>
          <w:tcPr>
            <w:tcW w:type="dxa" w:w="2880"/>
          </w:tcPr>
          <w:p>
            <w:r>
              <w:t>5</w:t>
            </w:r>
          </w:p>
        </w:tc>
      </w:tr>
      <w:tr>
        <w:tc>
          <w:tcPr>
            <w:tcW w:type="dxa" w:w="2880"/>
          </w:tcPr>
          <w:p>
            <w:r>
              <w:t>2026-09-07</w:t>
            </w:r>
          </w:p>
        </w:tc>
        <w:tc>
          <w:tcPr>
            <w:tcW w:type="dxa" w:w="2880"/>
          </w:tcPr>
          <w:p>
            <w:r>
              <w:t>tarpaulin</w:t>
            </w:r>
          </w:p>
        </w:tc>
        <w:tc>
          <w:tcPr>
            <w:tcW w:type="dxa" w:w="2880"/>
          </w:tcPr>
          <w:p>
            <w:r>
              <w:t>0</w:t>
            </w:r>
          </w:p>
        </w:tc>
      </w:tr>
      <w:tr>
        <w:tc>
          <w:tcPr>
            <w:tcW w:type="dxa" w:w="2880"/>
          </w:tcPr>
          <w:p>
            <w:r>
              <w:t>2026-09-07</w:t>
            </w:r>
          </w:p>
        </w:tc>
        <w:tc>
          <w:tcPr>
            <w:tcW w:type="dxa" w:w="2880"/>
          </w:tcPr>
          <w:p>
            <w:r>
              <w:t>hygiene kit</w:t>
            </w:r>
          </w:p>
        </w:tc>
        <w:tc>
          <w:tcPr>
            <w:tcW w:type="dxa" w:w="2880"/>
          </w:tcPr>
          <w:p>
            <w:r>
              <w:t>1</w:t>
            </w:r>
          </w:p>
        </w:tc>
      </w:tr>
      <w:tr>
        <w:tc>
          <w:tcPr>
            <w:tcW w:type="dxa" w:w="2880"/>
          </w:tcPr>
          <w:p>
            <w:r>
              <w:t>2026-09-07</w:t>
            </w:r>
          </w:p>
        </w:tc>
        <w:tc>
          <w:tcPr>
            <w:tcW w:type="dxa" w:w="2880"/>
          </w:tcPr>
          <w:p>
            <w:r>
              <w:t>food kit</w:t>
            </w:r>
          </w:p>
        </w:tc>
        <w:tc>
          <w:tcPr>
            <w:tcW w:type="dxa" w:w="2880"/>
          </w:tcPr>
          <w:p>
            <w:r>
              <w:t>3</w:t>
            </w:r>
          </w:p>
        </w:tc>
      </w:tr>
      <w:tr>
        <w:tc>
          <w:tcPr>
            <w:tcW w:type="dxa" w:w="2880"/>
          </w:tcPr>
          <w:p>
            <w:r>
              <w:t>2026-09-08</w:t>
            </w:r>
          </w:p>
        </w:tc>
        <w:tc>
          <w:tcPr>
            <w:tcW w:type="dxa" w:w="2880"/>
          </w:tcPr>
          <w:p>
            <w:r>
              <w:t>blanket</w:t>
            </w:r>
          </w:p>
        </w:tc>
        <w:tc>
          <w:tcPr>
            <w:tcW w:type="dxa" w:w="2880"/>
          </w:tcPr>
          <w:p>
            <w:r>
              <w:t>1</w:t>
            </w:r>
          </w:p>
        </w:tc>
      </w:tr>
      <w:tr>
        <w:tc>
          <w:tcPr>
            <w:tcW w:type="dxa" w:w="2880"/>
          </w:tcPr>
          <w:p>
            <w:r>
              <w:t>2026-09-08</w:t>
            </w:r>
          </w:p>
        </w:tc>
        <w:tc>
          <w:tcPr>
            <w:tcW w:type="dxa" w:w="2880"/>
          </w:tcPr>
          <w:p>
            <w:r>
              <w:t>tarpaulin</w:t>
            </w:r>
          </w:p>
        </w:tc>
        <w:tc>
          <w:tcPr>
            <w:tcW w:type="dxa" w:w="2880"/>
          </w:tcPr>
          <w:p>
            <w:r>
              <w:t>8</w:t>
            </w:r>
          </w:p>
        </w:tc>
      </w:tr>
      <w:tr>
        <w:tc>
          <w:tcPr>
            <w:tcW w:type="dxa" w:w="2880"/>
          </w:tcPr>
          <w:p>
            <w:r>
              <w:t>2026-09-08</w:t>
            </w:r>
          </w:p>
        </w:tc>
        <w:tc>
          <w:tcPr>
            <w:tcW w:type="dxa" w:w="2880"/>
          </w:tcPr>
          <w:p>
            <w:r>
              <w:t>hygiene kit</w:t>
            </w:r>
          </w:p>
        </w:tc>
        <w:tc>
          <w:tcPr>
            <w:tcW w:type="dxa" w:w="2880"/>
          </w:tcPr>
          <w:p>
            <w:r>
              <w:t>4</w:t>
            </w:r>
          </w:p>
        </w:tc>
      </w:tr>
      <w:tr>
        <w:tc>
          <w:tcPr>
            <w:tcW w:type="dxa" w:w="2880"/>
          </w:tcPr>
          <w:p>
            <w:r>
              <w:t>2026-09-08</w:t>
            </w:r>
          </w:p>
        </w:tc>
        <w:tc>
          <w:tcPr>
            <w:tcW w:type="dxa" w:w="2880"/>
          </w:tcPr>
          <w:p>
            <w:r>
              <w:t>food kit</w:t>
            </w:r>
          </w:p>
        </w:tc>
        <w:tc>
          <w:tcPr>
            <w:tcW w:type="dxa" w:w="2880"/>
          </w:tcPr>
          <w:p>
            <w:r>
              <w:t>5</w:t>
            </w:r>
          </w:p>
        </w:tc>
      </w:tr>
      <w:tr>
        <w:tc>
          <w:tcPr>
            <w:tcW w:type="dxa" w:w="2880"/>
          </w:tcPr>
          <w:p>
            <w:r>
              <w:t>2026-09-09</w:t>
            </w:r>
          </w:p>
        </w:tc>
        <w:tc>
          <w:tcPr>
            <w:tcW w:type="dxa" w:w="2880"/>
          </w:tcPr>
          <w:p>
            <w:r>
              <w:t>blanket</w:t>
            </w:r>
          </w:p>
        </w:tc>
        <w:tc>
          <w:tcPr>
            <w:tcW w:type="dxa" w:w="2880"/>
          </w:tcPr>
          <w:p>
            <w:r>
              <w:t>4</w:t>
            </w:r>
          </w:p>
        </w:tc>
      </w:tr>
      <w:tr>
        <w:tc>
          <w:tcPr>
            <w:tcW w:type="dxa" w:w="2880"/>
          </w:tcPr>
          <w:p>
            <w:r>
              <w:t>2026-09-09</w:t>
            </w:r>
          </w:p>
        </w:tc>
        <w:tc>
          <w:tcPr>
            <w:tcW w:type="dxa" w:w="2880"/>
          </w:tcPr>
          <w:p>
            <w:r>
              <w:t>tarpaulin</w:t>
            </w:r>
          </w:p>
        </w:tc>
        <w:tc>
          <w:tcPr>
            <w:tcW w:type="dxa" w:w="2880"/>
          </w:tcPr>
          <w:p>
            <w:r>
              <w:t>5</w:t>
            </w:r>
          </w:p>
        </w:tc>
      </w:tr>
      <w:tr>
        <w:tc>
          <w:tcPr>
            <w:tcW w:type="dxa" w:w="2880"/>
          </w:tcPr>
          <w:p>
            <w:r>
              <w:t>2026-09-09</w:t>
            </w:r>
          </w:p>
        </w:tc>
        <w:tc>
          <w:tcPr>
            <w:tcW w:type="dxa" w:w="2880"/>
          </w:tcPr>
          <w:p>
            <w:r>
              <w:t>hygiene kit</w:t>
            </w:r>
          </w:p>
        </w:tc>
        <w:tc>
          <w:tcPr>
            <w:tcW w:type="dxa" w:w="2880"/>
          </w:tcPr>
          <w:p>
            <w:r>
              <w:t>3</w:t>
            </w:r>
          </w:p>
        </w:tc>
      </w:tr>
      <w:tr>
        <w:tc>
          <w:tcPr>
            <w:tcW w:type="dxa" w:w="2880"/>
          </w:tcPr>
          <w:p>
            <w:r>
              <w:t>2026-09-09</w:t>
            </w:r>
          </w:p>
        </w:tc>
        <w:tc>
          <w:tcPr>
            <w:tcW w:type="dxa" w:w="2880"/>
          </w:tcPr>
          <w:p>
            <w:r>
              <w:t>food kit</w:t>
            </w:r>
          </w:p>
        </w:tc>
        <w:tc>
          <w:tcPr>
            <w:tcW w:type="dxa" w:w="2880"/>
          </w:tcPr>
          <w:p>
            <w:r>
              <w:t>4</w:t>
            </w:r>
          </w:p>
        </w:tc>
      </w:tr>
      <w:tr>
        <w:tc>
          <w:tcPr>
            <w:tcW w:type="dxa" w:w="2880"/>
          </w:tcPr>
          <w:p>
            <w:r>
              <w:t>2026-09-10</w:t>
            </w:r>
          </w:p>
        </w:tc>
        <w:tc>
          <w:tcPr>
            <w:tcW w:type="dxa" w:w="2880"/>
          </w:tcPr>
          <w:p>
            <w:r>
              <w:t>blanket</w:t>
            </w:r>
          </w:p>
        </w:tc>
        <w:tc>
          <w:tcPr>
            <w:tcW w:type="dxa" w:w="2880"/>
          </w:tcPr>
          <w:p>
            <w:r>
              <w:t>4</w:t>
            </w:r>
          </w:p>
        </w:tc>
      </w:tr>
      <w:tr>
        <w:tc>
          <w:tcPr>
            <w:tcW w:type="dxa" w:w="2880"/>
          </w:tcPr>
          <w:p>
            <w:r>
              <w:t>2026-09-10</w:t>
            </w:r>
          </w:p>
        </w:tc>
        <w:tc>
          <w:tcPr>
            <w:tcW w:type="dxa" w:w="2880"/>
          </w:tcPr>
          <w:p>
            <w:r>
              <w:t>tarpaulin</w:t>
            </w:r>
          </w:p>
        </w:tc>
        <w:tc>
          <w:tcPr>
            <w:tcW w:type="dxa" w:w="2880"/>
          </w:tcPr>
          <w:p>
            <w:r>
              <w:t>6</w:t>
            </w:r>
          </w:p>
        </w:tc>
      </w:tr>
      <w:tr>
        <w:tc>
          <w:tcPr>
            <w:tcW w:type="dxa" w:w="2880"/>
          </w:tcPr>
          <w:p>
            <w:r>
              <w:t>2026-09-10</w:t>
            </w:r>
          </w:p>
        </w:tc>
        <w:tc>
          <w:tcPr>
            <w:tcW w:type="dxa" w:w="2880"/>
          </w:tcPr>
          <w:p>
            <w:r>
              <w:t>hygiene kit</w:t>
            </w:r>
          </w:p>
        </w:tc>
        <w:tc>
          <w:tcPr>
            <w:tcW w:type="dxa" w:w="2880"/>
          </w:tcPr>
          <w:p>
            <w:r>
              <w:t>2</w:t>
            </w:r>
          </w:p>
        </w:tc>
      </w:tr>
      <w:tr>
        <w:tc>
          <w:tcPr>
            <w:tcW w:type="dxa" w:w="2880"/>
          </w:tcPr>
          <w:p>
            <w:r>
              <w:t>2026-09-10</w:t>
            </w:r>
          </w:p>
        </w:tc>
        <w:tc>
          <w:tcPr>
            <w:tcW w:type="dxa" w:w="2880"/>
          </w:tcPr>
          <w:p>
            <w:r>
              <w:t>food kit</w:t>
            </w:r>
          </w:p>
        </w:tc>
        <w:tc>
          <w:tcPr>
            <w:tcW w:type="dxa" w:w="2880"/>
          </w:tcPr>
          <w:p>
            <w:r>
              <w:t>3</w:t>
            </w:r>
          </w:p>
        </w:tc>
      </w:tr>
      <w:tr>
        <w:tc>
          <w:tcPr>
            <w:tcW w:type="dxa" w:w="2880"/>
          </w:tcPr>
          <w:p>
            <w:r>
              <w:t>2026-09-11</w:t>
            </w:r>
          </w:p>
        </w:tc>
        <w:tc>
          <w:tcPr>
            <w:tcW w:type="dxa" w:w="2880"/>
          </w:tcPr>
          <w:p>
            <w:r>
              <w:t>blanket</w:t>
            </w:r>
          </w:p>
        </w:tc>
        <w:tc>
          <w:tcPr>
            <w:tcW w:type="dxa" w:w="2880"/>
          </w:tcPr>
          <w:p>
            <w:r>
              <w:t>5</w:t>
            </w:r>
          </w:p>
        </w:tc>
      </w:tr>
      <w:tr>
        <w:tc>
          <w:tcPr>
            <w:tcW w:type="dxa" w:w="2880"/>
          </w:tcPr>
          <w:p>
            <w:r>
              <w:t>2026-09-11</w:t>
            </w:r>
          </w:p>
        </w:tc>
        <w:tc>
          <w:tcPr>
            <w:tcW w:type="dxa" w:w="2880"/>
          </w:tcPr>
          <w:p>
            <w:r>
              <w:t>tarpaulin</w:t>
            </w:r>
          </w:p>
        </w:tc>
        <w:tc>
          <w:tcPr>
            <w:tcW w:type="dxa" w:w="2880"/>
          </w:tcPr>
          <w:p>
            <w:r>
              <w:t>1</w:t>
            </w:r>
          </w:p>
        </w:tc>
      </w:tr>
      <w:tr>
        <w:tc>
          <w:tcPr>
            <w:tcW w:type="dxa" w:w="2880"/>
          </w:tcPr>
          <w:p>
            <w:r>
              <w:t>2026-09-11</w:t>
            </w:r>
          </w:p>
        </w:tc>
        <w:tc>
          <w:tcPr>
            <w:tcW w:type="dxa" w:w="2880"/>
          </w:tcPr>
          <w:p>
            <w:r>
              <w:t>hygiene kit</w:t>
            </w:r>
          </w:p>
        </w:tc>
        <w:tc>
          <w:tcPr>
            <w:tcW w:type="dxa" w:w="2880"/>
          </w:tcPr>
          <w:p>
            <w:r>
              <w:t>6</w:t>
            </w:r>
          </w:p>
        </w:tc>
      </w:tr>
      <w:tr>
        <w:tc>
          <w:tcPr>
            <w:tcW w:type="dxa" w:w="2880"/>
          </w:tcPr>
          <w:p>
            <w:r>
              <w:t>2026-09-11</w:t>
            </w:r>
          </w:p>
        </w:tc>
        <w:tc>
          <w:tcPr>
            <w:tcW w:type="dxa" w:w="2880"/>
          </w:tcPr>
          <w:p>
            <w:r>
              <w:t>food kit</w:t>
            </w:r>
          </w:p>
        </w:tc>
        <w:tc>
          <w:tcPr>
            <w:tcW w:type="dxa" w:w="2880"/>
          </w:tcPr>
          <w:p>
            <w:r>
              <w:t>3</w:t>
            </w:r>
          </w:p>
        </w:tc>
      </w:tr>
      <w:tr>
        <w:tc>
          <w:tcPr>
            <w:tcW w:type="dxa" w:w="2880"/>
          </w:tcPr>
          <w:p>
            <w:r>
              <w:t>2026-09-12</w:t>
            </w:r>
          </w:p>
        </w:tc>
        <w:tc>
          <w:tcPr>
            <w:tcW w:type="dxa" w:w="2880"/>
          </w:tcPr>
          <w:p>
            <w:r>
              <w:t>blanket</w:t>
            </w:r>
          </w:p>
        </w:tc>
        <w:tc>
          <w:tcPr>
            <w:tcW w:type="dxa" w:w="2880"/>
          </w:tcPr>
          <w:p>
            <w:r>
              <w:t>4</w:t>
            </w:r>
          </w:p>
        </w:tc>
      </w:tr>
      <w:tr>
        <w:tc>
          <w:tcPr>
            <w:tcW w:type="dxa" w:w="2880"/>
          </w:tcPr>
          <w:p>
            <w:r>
              <w:t>2026-09-12</w:t>
            </w:r>
          </w:p>
        </w:tc>
        <w:tc>
          <w:tcPr>
            <w:tcW w:type="dxa" w:w="2880"/>
          </w:tcPr>
          <w:p>
            <w:r>
              <w:t>tarpaulin</w:t>
            </w:r>
          </w:p>
        </w:tc>
        <w:tc>
          <w:tcPr>
            <w:tcW w:type="dxa" w:w="2880"/>
          </w:tcPr>
          <w:p>
            <w:r>
              <w:t>3</w:t>
            </w:r>
          </w:p>
        </w:tc>
      </w:tr>
      <w:tr>
        <w:tc>
          <w:tcPr>
            <w:tcW w:type="dxa" w:w="2880"/>
          </w:tcPr>
          <w:p>
            <w:r>
              <w:t>2026-09-12</w:t>
            </w:r>
          </w:p>
        </w:tc>
        <w:tc>
          <w:tcPr>
            <w:tcW w:type="dxa" w:w="2880"/>
          </w:tcPr>
          <w:p>
            <w:r>
              <w:t>hygiene kit</w:t>
            </w:r>
          </w:p>
        </w:tc>
        <w:tc>
          <w:tcPr>
            <w:tcW w:type="dxa" w:w="2880"/>
          </w:tcPr>
          <w:p>
            <w:r>
              <w:t>8</w:t>
            </w:r>
          </w:p>
        </w:tc>
      </w:tr>
      <w:tr>
        <w:tc>
          <w:tcPr>
            <w:tcW w:type="dxa" w:w="2880"/>
          </w:tcPr>
          <w:p>
            <w:r>
              <w:t>2026-09-12</w:t>
            </w:r>
          </w:p>
        </w:tc>
        <w:tc>
          <w:tcPr>
            <w:tcW w:type="dxa" w:w="2880"/>
          </w:tcPr>
          <w:p>
            <w:r>
              <w:t>food kit</w:t>
            </w:r>
          </w:p>
        </w:tc>
        <w:tc>
          <w:tcPr>
            <w:tcW w:type="dxa" w:w="2880"/>
          </w:tcPr>
          <w:p>
            <w:r>
              <w:t>2</w:t>
            </w:r>
          </w:p>
        </w:tc>
      </w:tr>
      <w:tr>
        <w:tc>
          <w:tcPr>
            <w:tcW w:type="dxa" w:w="2880"/>
          </w:tcPr>
          <w:p>
            <w:r>
              <w:t>2026-09-13</w:t>
            </w:r>
          </w:p>
        </w:tc>
        <w:tc>
          <w:tcPr>
            <w:tcW w:type="dxa" w:w="2880"/>
          </w:tcPr>
          <w:p>
            <w:r>
              <w:t>blanket</w:t>
            </w:r>
          </w:p>
        </w:tc>
        <w:tc>
          <w:tcPr>
            <w:tcW w:type="dxa" w:w="2880"/>
          </w:tcPr>
          <w:p>
            <w:r>
              <w:t>8</w:t>
            </w:r>
          </w:p>
        </w:tc>
      </w:tr>
      <w:tr>
        <w:tc>
          <w:tcPr>
            <w:tcW w:type="dxa" w:w="2880"/>
          </w:tcPr>
          <w:p>
            <w:r>
              <w:t>2026-09-13</w:t>
            </w:r>
          </w:p>
        </w:tc>
        <w:tc>
          <w:tcPr>
            <w:tcW w:type="dxa" w:w="2880"/>
          </w:tcPr>
          <w:p>
            <w:r>
              <w:t>tarpaulin</w:t>
            </w:r>
          </w:p>
        </w:tc>
        <w:tc>
          <w:tcPr>
            <w:tcW w:type="dxa" w:w="2880"/>
          </w:tcPr>
          <w:p>
            <w:r>
              <w:t>5</w:t>
            </w:r>
          </w:p>
        </w:tc>
      </w:tr>
      <w:tr>
        <w:tc>
          <w:tcPr>
            <w:tcW w:type="dxa" w:w="2880"/>
          </w:tcPr>
          <w:p>
            <w:r>
              <w:t>2026-09-13</w:t>
            </w:r>
          </w:p>
        </w:tc>
        <w:tc>
          <w:tcPr>
            <w:tcW w:type="dxa" w:w="2880"/>
          </w:tcPr>
          <w:p>
            <w:r>
              <w:t>hygiene kit</w:t>
            </w:r>
          </w:p>
        </w:tc>
        <w:tc>
          <w:tcPr>
            <w:tcW w:type="dxa" w:w="2880"/>
          </w:tcPr>
          <w:p>
            <w:r>
              <w:t>2</w:t>
            </w:r>
          </w:p>
        </w:tc>
      </w:tr>
      <w:tr>
        <w:tc>
          <w:tcPr>
            <w:tcW w:type="dxa" w:w="2880"/>
          </w:tcPr>
          <w:p>
            <w:r>
              <w:t>2026-09-13</w:t>
            </w:r>
          </w:p>
        </w:tc>
        <w:tc>
          <w:tcPr>
            <w:tcW w:type="dxa" w:w="2880"/>
          </w:tcPr>
          <w:p>
            <w:r>
              <w:t>food kit</w:t>
            </w:r>
          </w:p>
        </w:tc>
        <w:tc>
          <w:tcPr>
            <w:tcW w:type="dxa" w:w="2880"/>
          </w:tcPr>
          <w:p>
            <w:r>
              <w:t>4</w:t>
            </w:r>
          </w:p>
        </w:tc>
      </w:tr>
      <w:tr>
        <w:tc>
          <w:tcPr>
            <w:tcW w:type="dxa" w:w="2880"/>
          </w:tcPr>
          <w:p>
            <w:r>
              <w:t>2026-09-14</w:t>
            </w:r>
          </w:p>
        </w:tc>
        <w:tc>
          <w:tcPr>
            <w:tcW w:type="dxa" w:w="2880"/>
          </w:tcPr>
          <w:p>
            <w:r>
              <w:t>blanket</w:t>
            </w:r>
          </w:p>
        </w:tc>
        <w:tc>
          <w:tcPr>
            <w:tcW w:type="dxa" w:w="2880"/>
          </w:tcPr>
          <w:p>
            <w:r>
              <w:t>7</w:t>
            </w:r>
          </w:p>
        </w:tc>
      </w:tr>
      <w:tr>
        <w:tc>
          <w:tcPr>
            <w:tcW w:type="dxa" w:w="2880"/>
          </w:tcPr>
          <w:p>
            <w:r>
              <w:t>2026-09-14</w:t>
            </w:r>
          </w:p>
        </w:tc>
        <w:tc>
          <w:tcPr>
            <w:tcW w:type="dxa" w:w="2880"/>
          </w:tcPr>
          <w:p>
            <w:r>
              <w:t>tarpaulin</w:t>
            </w:r>
          </w:p>
        </w:tc>
        <w:tc>
          <w:tcPr>
            <w:tcW w:type="dxa" w:w="2880"/>
          </w:tcPr>
          <w:p>
            <w:r>
              <w:t>3</w:t>
            </w:r>
          </w:p>
        </w:tc>
      </w:tr>
      <w:tr>
        <w:tc>
          <w:tcPr>
            <w:tcW w:type="dxa" w:w="2880"/>
          </w:tcPr>
          <w:p>
            <w:r>
              <w:t>2026-09-14</w:t>
            </w:r>
          </w:p>
        </w:tc>
        <w:tc>
          <w:tcPr>
            <w:tcW w:type="dxa" w:w="2880"/>
          </w:tcPr>
          <w:p>
            <w:r>
              <w:t>hygiene kit</w:t>
            </w:r>
          </w:p>
        </w:tc>
        <w:tc>
          <w:tcPr>
            <w:tcW w:type="dxa" w:w="2880"/>
          </w:tcPr>
          <w:p>
            <w:r>
              <w:t>4</w:t>
            </w:r>
          </w:p>
        </w:tc>
      </w:tr>
      <w:tr>
        <w:tc>
          <w:tcPr>
            <w:tcW w:type="dxa" w:w="2880"/>
          </w:tcPr>
          <w:p>
            <w:r>
              <w:t>2026-09-14</w:t>
            </w:r>
          </w:p>
        </w:tc>
        <w:tc>
          <w:tcPr>
            <w:tcW w:type="dxa" w:w="2880"/>
          </w:tcPr>
          <w:p>
            <w:r>
              <w:t>food kit</w:t>
            </w:r>
          </w:p>
        </w:tc>
        <w:tc>
          <w:tcPr>
            <w:tcW w:type="dxa" w:w="2880"/>
          </w:tcPr>
          <w:p>
            <w:r>
              <w:t>3</w:t>
            </w:r>
          </w:p>
        </w:tc>
      </w:tr>
      <w:tr>
        <w:tc>
          <w:tcPr>
            <w:tcW w:type="dxa" w:w="2880"/>
          </w:tcPr>
          <w:p>
            <w:r>
              <w:t>2026-09-15</w:t>
            </w:r>
          </w:p>
        </w:tc>
        <w:tc>
          <w:tcPr>
            <w:tcW w:type="dxa" w:w="2880"/>
          </w:tcPr>
          <w:p>
            <w:r>
              <w:t>blanket</w:t>
            </w:r>
          </w:p>
        </w:tc>
        <w:tc>
          <w:tcPr>
            <w:tcW w:type="dxa" w:w="2880"/>
          </w:tcPr>
          <w:p>
            <w:r>
              <w:t>5</w:t>
            </w:r>
          </w:p>
        </w:tc>
      </w:tr>
      <w:tr>
        <w:tc>
          <w:tcPr>
            <w:tcW w:type="dxa" w:w="2880"/>
          </w:tcPr>
          <w:p>
            <w:r>
              <w:t>2026-09-15</w:t>
            </w:r>
          </w:p>
        </w:tc>
        <w:tc>
          <w:tcPr>
            <w:tcW w:type="dxa" w:w="2880"/>
          </w:tcPr>
          <w:p>
            <w:r>
              <w:t>tarpaulin</w:t>
            </w:r>
          </w:p>
        </w:tc>
        <w:tc>
          <w:tcPr>
            <w:tcW w:type="dxa" w:w="2880"/>
          </w:tcPr>
          <w:p>
            <w:r>
              <w:t>8</w:t>
            </w:r>
          </w:p>
        </w:tc>
      </w:tr>
      <w:tr>
        <w:tc>
          <w:tcPr>
            <w:tcW w:type="dxa" w:w="2880"/>
          </w:tcPr>
          <w:p>
            <w:r>
              <w:t>2026-09-15</w:t>
            </w:r>
          </w:p>
        </w:tc>
        <w:tc>
          <w:tcPr>
            <w:tcW w:type="dxa" w:w="2880"/>
          </w:tcPr>
          <w:p>
            <w:r>
              <w:t>hygiene kit</w:t>
            </w:r>
          </w:p>
        </w:tc>
        <w:tc>
          <w:tcPr>
            <w:tcW w:type="dxa" w:w="2880"/>
          </w:tcPr>
          <w:p>
            <w:r>
              <w:t>2</w:t>
            </w:r>
          </w:p>
        </w:tc>
      </w:tr>
      <w:tr>
        <w:tc>
          <w:tcPr>
            <w:tcW w:type="dxa" w:w="2880"/>
          </w:tcPr>
          <w:p>
            <w:r>
              <w:t>2026-09-15</w:t>
            </w:r>
          </w:p>
        </w:tc>
        <w:tc>
          <w:tcPr>
            <w:tcW w:type="dxa" w:w="2880"/>
          </w:tcPr>
          <w:p>
            <w:r>
              <w:t>food kit</w:t>
            </w:r>
          </w:p>
        </w:tc>
        <w:tc>
          <w:tcPr>
            <w:tcW w:type="dxa" w:w="2880"/>
          </w:tcPr>
          <w:p>
            <w:r>
              <w:t>4</w:t>
            </w:r>
          </w:p>
        </w:tc>
      </w:tr>
      <w:tr>
        <w:tc>
          <w:tcPr>
            <w:tcW w:type="dxa" w:w="2880"/>
          </w:tcPr>
          <w:p>
            <w:r>
              <w:t>2026-09-16</w:t>
            </w:r>
          </w:p>
        </w:tc>
        <w:tc>
          <w:tcPr>
            <w:tcW w:type="dxa" w:w="2880"/>
          </w:tcPr>
          <w:p>
            <w:r>
              <w:t>blanket</w:t>
            </w:r>
          </w:p>
        </w:tc>
        <w:tc>
          <w:tcPr>
            <w:tcW w:type="dxa" w:w="2880"/>
          </w:tcPr>
          <w:p>
            <w:r>
              <w:t>4</w:t>
            </w:r>
          </w:p>
        </w:tc>
      </w:tr>
      <w:tr>
        <w:tc>
          <w:tcPr>
            <w:tcW w:type="dxa" w:w="2880"/>
          </w:tcPr>
          <w:p>
            <w:r>
              <w:t>2026-09-16</w:t>
            </w:r>
          </w:p>
        </w:tc>
        <w:tc>
          <w:tcPr>
            <w:tcW w:type="dxa" w:w="2880"/>
          </w:tcPr>
          <w:p>
            <w:r>
              <w:t>tarpaulin</w:t>
            </w:r>
          </w:p>
        </w:tc>
        <w:tc>
          <w:tcPr>
            <w:tcW w:type="dxa" w:w="2880"/>
          </w:tcPr>
          <w:p>
            <w:r>
              <w:t>5</w:t>
            </w:r>
          </w:p>
        </w:tc>
      </w:tr>
      <w:tr>
        <w:tc>
          <w:tcPr>
            <w:tcW w:type="dxa" w:w="2880"/>
          </w:tcPr>
          <w:p>
            <w:r>
              <w:t>2026-09-16</w:t>
            </w:r>
          </w:p>
        </w:tc>
        <w:tc>
          <w:tcPr>
            <w:tcW w:type="dxa" w:w="2880"/>
          </w:tcPr>
          <w:p>
            <w:r>
              <w:t>hygiene kit</w:t>
            </w:r>
          </w:p>
        </w:tc>
        <w:tc>
          <w:tcPr>
            <w:tcW w:type="dxa" w:w="2880"/>
          </w:tcPr>
          <w:p>
            <w:r>
              <w:t>5</w:t>
            </w:r>
          </w:p>
        </w:tc>
      </w:tr>
      <w:tr>
        <w:tc>
          <w:tcPr>
            <w:tcW w:type="dxa" w:w="2880"/>
          </w:tcPr>
          <w:p>
            <w:r>
              <w:t>2026-09-16</w:t>
            </w:r>
          </w:p>
        </w:tc>
        <w:tc>
          <w:tcPr>
            <w:tcW w:type="dxa" w:w="2880"/>
          </w:tcPr>
          <w:p>
            <w:r>
              <w:t>food kit</w:t>
            </w:r>
          </w:p>
        </w:tc>
        <w:tc>
          <w:tcPr>
            <w:tcW w:type="dxa" w:w="2880"/>
          </w:tcPr>
          <w:p>
            <w:r>
              <w:t>4</w:t>
            </w:r>
          </w:p>
        </w:tc>
      </w:tr>
      <w:tr>
        <w:tc>
          <w:tcPr>
            <w:tcW w:type="dxa" w:w="2880"/>
          </w:tcPr>
          <w:p>
            <w:r>
              <w:t>2026-09-17</w:t>
            </w:r>
          </w:p>
        </w:tc>
        <w:tc>
          <w:tcPr>
            <w:tcW w:type="dxa" w:w="2880"/>
          </w:tcPr>
          <w:p>
            <w:r>
              <w:t>blanket</w:t>
            </w:r>
          </w:p>
        </w:tc>
        <w:tc>
          <w:tcPr>
            <w:tcW w:type="dxa" w:w="2880"/>
          </w:tcPr>
          <w:p>
            <w:r>
              <w:t>6</w:t>
            </w:r>
          </w:p>
        </w:tc>
      </w:tr>
      <w:tr>
        <w:tc>
          <w:tcPr>
            <w:tcW w:type="dxa" w:w="2880"/>
          </w:tcPr>
          <w:p>
            <w:r>
              <w:t>2026-09-17</w:t>
            </w:r>
          </w:p>
        </w:tc>
        <w:tc>
          <w:tcPr>
            <w:tcW w:type="dxa" w:w="2880"/>
          </w:tcPr>
          <w:p>
            <w:r>
              <w:t>tarpaulin</w:t>
            </w:r>
          </w:p>
        </w:tc>
        <w:tc>
          <w:tcPr>
            <w:tcW w:type="dxa" w:w="2880"/>
          </w:tcPr>
          <w:p>
            <w:r>
              <w:t>5</w:t>
            </w:r>
          </w:p>
        </w:tc>
      </w:tr>
      <w:tr>
        <w:tc>
          <w:tcPr>
            <w:tcW w:type="dxa" w:w="2880"/>
          </w:tcPr>
          <w:p>
            <w:r>
              <w:t>2026-09-17</w:t>
            </w:r>
          </w:p>
        </w:tc>
        <w:tc>
          <w:tcPr>
            <w:tcW w:type="dxa" w:w="2880"/>
          </w:tcPr>
          <w:p>
            <w:r>
              <w:t>hygiene kit</w:t>
            </w:r>
          </w:p>
        </w:tc>
        <w:tc>
          <w:tcPr>
            <w:tcW w:type="dxa" w:w="2880"/>
          </w:tcPr>
          <w:p>
            <w:r>
              <w:t>5</w:t>
            </w:r>
          </w:p>
        </w:tc>
      </w:tr>
      <w:tr>
        <w:tc>
          <w:tcPr>
            <w:tcW w:type="dxa" w:w="2880"/>
          </w:tcPr>
          <w:p>
            <w:r>
              <w:t>2026-09-17</w:t>
            </w:r>
          </w:p>
        </w:tc>
        <w:tc>
          <w:tcPr>
            <w:tcW w:type="dxa" w:w="2880"/>
          </w:tcPr>
          <w:p>
            <w:r>
              <w:t>food kit</w:t>
            </w:r>
          </w:p>
        </w:tc>
        <w:tc>
          <w:tcPr>
            <w:tcW w:type="dxa" w:w="2880"/>
          </w:tcPr>
          <w:p>
            <w:r>
              <w:t>4</w:t>
            </w:r>
          </w:p>
        </w:tc>
      </w:tr>
      <w:tr>
        <w:tc>
          <w:tcPr>
            <w:tcW w:type="dxa" w:w="2880"/>
          </w:tcPr>
          <w:p>
            <w:r>
              <w:t>2026-09-18</w:t>
            </w:r>
          </w:p>
        </w:tc>
        <w:tc>
          <w:tcPr>
            <w:tcW w:type="dxa" w:w="2880"/>
          </w:tcPr>
          <w:p>
            <w:r>
              <w:t>blanket</w:t>
            </w:r>
          </w:p>
        </w:tc>
        <w:tc>
          <w:tcPr>
            <w:tcW w:type="dxa" w:w="2880"/>
          </w:tcPr>
          <w:p>
            <w:r>
              <w:t>2</w:t>
            </w:r>
          </w:p>
        </w:tc>
      </w:tr>
      <w:tr>
        <w:tc>
          <w:tcPr>
            <w:tcW w:type="dxa" w:w="2880"/>
          </w:tcPr>
          <w:p>
            <w:r>
              <w:t>2026-09-18</w:t>
            </w:r>
          </w:p>
        </w:tc>
        <w:tc>
          <w:tcPr>
            <w:tcW w:type="dxa" w:w="2880"/>
          </w:tcPr>
          <w:p>
            <w:r>
              <w:t>tarpaulin</w:t>
            </w:r>
          </w:p>
        </w:tc>
        <w:tc>
          <w:tcPr>
            <w:tcW w:type="dxa" w:w="2880"/>
          </w:tcPr>
          <w:p>
            <w:r>
              <w:t>6</w:t>
            </w:r>
          </w:p>
        </w:tc>
      </w:tr>
      <w:tr>
        <w:tc>
          <w:tcPr>
            <w:tcW w:type="dxa" w:w="2880"/>
          </w:tcPr>
          <w:p>
            <w:r>
              <w:t>2026-09-18</w:t>
            </w:r>
          </w:p>
        </w:tc>
        <w:tc>
          <w:tcPr>
            <w:tcW w:type="dxa" w:w="2880"/>
          </w:tcPr>
          <w:p>
            <w:r>
              <w:t>hygiene kit</w:t>
            </w:r>
          </w:p>
        </w:tc>
        <w:tc>
          <w:tcPr>
            <w:tcW w:type="dxa" w:w="2880"/>
          </w:tcPr>
          <w:p>
            <w:r>
              <w:t>6</w:t>
            </w:r>
          </w:p>
        </w:tc>
      </w:tr>
      <w:tr>
        <w:tc>
          <w:tcPr>
            <w:tcW w:type="dxa" w:w="2880"/>
          </w:tcPr>
          <w:p>
            <w:r>
              <w:t>2026-09-18</w:t>
            </w:r>
          </w:p>
        </w:tc>
        <w:tc>
          <w:tcPr>
            <w:tcW w:type="dxa" w:w="2880"/>
          </w:tcPr>
          <w:p>
            <w:r>
              <w:t>food kit</w:t>
            </w:r>
          </w:p>
        </w:tc>
        <w:tc>
          <w:tcPr>
            <w:tcW w:type="dxa" w:w="2880"/>
          </w:tcPr>
          <w:p>
            <w:r>
              <w:t>3</w:t>
            </w:r>
          </w:p>
        </w:tc>
      </w:tr>
      <w:tr>
        <w:tc>
          <w:tcPr>
            <w:tcW w:type="dxa" w:w="2880"/>
          </w:tcPr>
          <w:p>
            <w:r>
              <w:t>2026-09-19</w:t>
            </w:r>
          </w:p>
        </w:tc>
        <w:tc>
          <w:tcPr>
            <w:tcW w:type="dxa" w:w="2880"/>
          </w:tcPr>
          <w:p>
            <w:r>
              <w:t>blanket</w:t>
            </w:r>
          </w:p>
        </w:tc>
        <w:tc>
          <w:tcPr>
            <w:tcW w:type="dxa" w:w="2880"/>
          </w:tcPr>
          <w:p>
            <w:r>
              <w:t>4</w:t>
            </w:r>
          </w:p>
        </w:tc>
      </w:tr>
      <w:tr>
        <w:tc>
          <w:tcPr>
            <w:tcW w:type="dxa" w:w="2880"/>
          </w:tcPr>
          <w:p>
            <w:r>
              <w:t>2026-09-19</w:t>
            </w:r>
          </w:p>
        </w:tc>
        <w:tc>
          <w:tcPr>
            <w:tcW w:type="dxa" w:w="2880"/>
          </w:tcPr>
          <w:p>
            <w:r>
              <w:t>tarpaulin</w:t>
            </w:r>
          </w:p>
        </w:tc>
        <w:tc>
          <w:tcPr>
            <w:tcW w:type="dxa" w:w="2880"/>
          </w:tcPr>
          <w:p>
            <w:r>
              <w:t>2</w:t>
            </w:r>
          </w:p>
        </w:tc>
      </w:tr>
      <w:tr>
        <w:tc>
          <w:tcPr>
            <w:tcW w:type="dxa" w:w="2880"/>
          </w:tcPr>
          <w:p>
            <w:r>
              <w:t>2026-09-19</w:t>
            </w:r>
          </w:p>
        </w:tc>
        <w:tc>
          <w:tcPr>
            <w:tcW w:type="dxa" w:w="2880"/>
          </w:tcPr>
          <w:p>
            <w:r>
              <w:t>hygiene kit</w:t>
            </w:r>
          </w:p>
        </w:tc>
        <w:tc>
          <w:tcPr>
            <w:tcW w:type="dxa" w:w="2880"/>
          </w:tcPr>
          <w:p>
            <w:r>
              <w:t>2</w:t>
            </w:r>
          </w:p>
        </w:tc>
      </w:tr>
      <w:tr>
        <w:tc>
          <w:tcPr>
            <w:tcW w:type="dxa" w:w="2880"/>
          </w:tcPr>
          <w:p>
            <w:r>
              <w:t>2026-09-19</w:t>
            </w:r>
          </w:p>
        </w:tc>
        <w:tc>
          <w:tcPr>
            <w:tcW w:type="dxa" w:w="2880"/>
          </w:tcPr>
          <w:p>
            <w:r>
              <w:t>food kit</w:t>
            </w:r>
          </w:p>
        </w:tc>
        <w:tc>
          <w:tcPr>
            <w:tcW w:type="dxa" w:w="2880"/>
          </w:tcPr>
          <w:p>
            <w:r>
              <w:t>3</w:t>
            </w:r>
          </w:p>
        </w:tc>
      </w:tr>
      <w:tr>
        <w:tc>
          <w:tcPr>
            <w:tcW w:type="dxa" w:w="2880"/>
          </w:tcPr>
          <w:p>
            <w:r>
              <w:t>2026-09-20</w:t>
            </w:r>
          </w:p>
        </w:tc>
        <w:tc>
          <w:tcPr>
            <w:tcW w:type="dxa" w:w="2880"/>
          </w:tcPr>
          <w:p>
            <w:r>
              <w:t>blanket</w:t>
            </w:r>
          </w:p>
        </w:tc>
        <w:tc>
          <w:tcPr>
            <w:tcW w:type="dxa" w:w="2880"/>
          </w:tcPr>
          <w:p>
            <w:r>
              <w:t>5</w:t>
            </w:r>
          </w:p>
        </w:tc>
      </w:tr>
      <w:tr>
        <w:tc>
          <w:tcPr>
            <w:tcW w:type="dxa" w:w="2880"/>
          </w:tcPr>
          <w:p>
            <w:r>
              <w:t>2026-09-20</w:t>
            </w:r>
          </w:p>
        </w:tc>
        <w:tc>
          <w:tcPr>
            <w:tcW w:type="dxa" w:w="2880"/>
          </w:tcPr>
          <w:p>
            <w:r>
              <w:t>tarpaulin</w:t>
            </w:r>
          </w:p>
        </w:tc>
        <w:tc>
          <w:tcPr>
            <w:tcW w:type="dxa" w:w="2880"/>
          </w:tcPr>
          <w:p>
            <w:r>
              <w:t>6</w:t>
            </w:r>
          </w:p>
        </w:tc>
      </w:tr>
      <w:tr>
        <w:tc>
          <w:tcPr>
            <w:tcW w:type="dxa" w:w="2880"/>
          </w:tcPr>
          <w:p>
            <w:r>
              <w:t>2026-09-20</w:t>
            </w:r>
          </w:p>
        </w:tc>
        <w:tc>
          <w:tcPr>
            <w:tcW w:type="dxa" w:w="2880"/>
          </w:tcPr>
          <w:p>
            <w:r>
              <w:t>hygiene kit</w:t>
            </w:r>
          </w:p>
        </w:tc>
        <w:tc>
          <w:tcPr>
            <w:tcW w:type="dxa" w:w="2880"/>
          </w:tcPr>
          <w:p>
            <w:r>
              <w:t>3</w:t>
            </w:r>
          </w:p>
        </w:tc>
      </w:tr>
      <w:tr>
        <w:tc>
          <w:tcPr>
            <w:tcW w:type="dxa" w:w="2880"/>
          </w:tcPr>
          <w:p>
            <w:r>
              <w:t>2026-09-20</w:t>
            </w:r>
          </w:p>
        </w:tc>
        <w:tc>
          <w:tcPr>
            <w:tcW w:type="dxa" w:w="2880"/>
          </w:tcPr>
          <w:p>
            <w:r>
              <w:t>food kit</w:t>
            </w:r>
          </w:p>
        </w:tc>
        <w:tc>
          <w:tcPr>
            <w:tcW w:type="dxa" w:w="2880"/>
          </w:tcPr>
          <w:p>
            <w:r>
              <w:t>2</w:t>
            </w:r>
          </w:p>
        </w:tc>
      </w:tr>
      <w:tr>
        <w:tc>
          <w:tcPr>
            <w:tcW w:type="dxa" w:w="2880"/>
          </w:tcPr>
          <w:p>
            <w:r>
              <w:t>2026-09-21</w:t>
            </w:r>
          </w:p>
        </w:tc>
        <w:tc>
          <w:tcPr>
            <w:tcW w:type="dxa" w:w="2880"/>
          </w:tcPr>
          <w:p>
            <w:r>
              <w:t>blanket</w:t>
            </w:r>
          </w:p>
        </w:tc>
        <w:tc>
          <w:tcPr>
            <w:tcW w:type="dxa" w:w="2880"/>
          </w:tcPr>
          <w:p>
            <w:r>
              <w:t>4</w:t>
            </w:r>
          </w:p>
        </w:tc>
      </w:tr>
      <w:tr>
        <w:tc>
          <w:tcPr>
            <w:tcW w:type="dxa" w:w="2880"/>
          </w:tcPr>
          <w:p>
            <w:r>
              <w:t>2026-09-21</w:t>
            </w:r>
          </w:p>
        </w:tc>
        <w:tc>
          <w:tcPr>
            <w:tcW w:type="dxa" w:w="2880"/>
          </w:tcPr>
          <w:p>
            <w:r>
              <w:t>tarpaulin</w:t>
            </w:r>
          </w:p>
        </w:tc>
        <w:tc>
          <w:tcPr>
            <w:tcW w:type="dxa" w:w="2880"/>
          </w:tcPr>
          <w:p>
            <w:r>
              <w:t>8</w:t>
            </w:r>
          </w:p>
        </w:tc>
      </w:tr>
      <w:tr>
        <w:tc>
          <w:tcPr>
            <w:tcW w:type="dxa" w:w="2880"/>
          </w:tcPr>
          <w:p>
            <w:r>
              <w:t>2026-09-21</w:t>
            </w:r>
          </w:p>
        </w:tc>
        <w:tc>
          <w:tcPr>
            <w:tcW w:type="dxa" w:w="2880"/>
          </w:tcPr>
          <w:p>
            <w:r>
              <w:t>hygiene kit</w:t>
            </w:r>
          </w:p>
        </w:tc>
        <w:tc>
          <w:tcPr>
            <w:tcW w:type="dxa" w:w="2880"/>
          </w:tcPr>
          <w:p>
            <w:r>
              <w:t>2</w:t>
            </w:r>
          </w:p>
        </w:tc>
      </w:tr>
      <w:tr>
        <w:tc>
          <w:tcPr>
            <w:tcW w:type="dxa" w:w="2880"/>
          </w:tcPr>
          <w:p>
            <w:r>
              <w:t>2026-09-21</w:t>
            </w:r>
          </w:p>
        </w:tc>
        <w:tc>
          <w:tcPr>
            <w:tcW w:type="dxa" w:w="2880"/>
          </w:tcPr>
          <w:p>
            <w:r>
              <w:t>food kit</w:t>
            </w:r>
          </w:p>
        </w:tc>
        <w:tc>
          <w:tcPr>
            <w:tcW w:type="dxa" w:w="2880"/>
          </w:tcPr>
          <w:p>
            <w:r>
              <w:t>4</w:t>
            </w:r>
          </w:p>
        </w:tc>
      </w:tr>
      <w:tr>
        <w:tc>
          <w:tcPr>
            <w:tcW w:type="dxa" w:w="2880"/>
          </w:tcPr>
          <w:p>
            <w:r>
              <w:t>2026-09-22</w:t>
            </w:r>
          </w:p>
        </w:tc>
        <w:tc>
          <w:tcPr>
            <w:tcW w:type="dxa" w:w="2880"/>
          </w:tcPr>
          <w:p>
            <w:r>
              <w:t>blanket</w:t>
            </w:r>
          </w:p>
        </w:tc>
        <w:tc>
          <w:tcPr>
            <w:tcW w:type="dxa" w:w="2880"/>
          </w:tcPr>
          <w:p>
            <w:r>
              <w:t>6</w:t>
            </w:r>
          </w:p>
        </w:tc>
      </w:tr>
      <w:tr>
        <w:tc>
          <w:tcPr>
            <w:tcW w:type="dxa" w:w="2880"/>
          </w:tcPr>
          <w:p>
            <w:r>
              <w:t>2026-09-22</w:t>
            </w:r>
          </w:p>
        </w:tc>
        <w:tc>
          <w:tcPr>
            <w:tcW w:type="dxa" w:w="2880"/>
          </w:tcPr>
          <w:p>
            <w:r>
              <w:t>tarpaulin</w:t>
            </w:r>
          </w:p>
        </w:tc>
        <w:tc>
          <w:tcPr>
            <w:tcW w:type="dxa" w:w="2880"/>
          </w:tcPr>
          <w:p>
            <w:r>
              <w:t>3</w:t>
            </w:r>
          </w:p>
        </w:tc>
      </w:tr>
      <w:tr>
        <w:tc>
          <w:tcPr>
            <w:tcW w:type="dxa" w:w="2880"/>
          </w:tcPr>
          <w:p>
            <w:r>
              <w:t>2026-09-22</w:t>
            </w:r>
          </w:p>
        </w:tc>
        <w:tc>
          <w:tcPr>
            <w:tcW w:type="dxa" w:w="2880"/>
          </w:tcPr>
          <w:p>
            <w:r>
              <w:t>hygiene kit</w:t>
            </w:r>
          </w:p>
        </w:tc>
        <w:tc>
          <w:tcPr>
            <w:tcW w:type="dxa" w:w="2880"/>
          </w:tcPr>
          <w:p>
            <w:r>
              <w:t>9</w:t>
            </w:r>
          </w:p>
        </w:tc>
      </w:tr>
      <w:tr>
        <w:tc>
          <w:tcPr>
            <w:tcW w:type="dxa" w:w="2880"/>
          </w:tcPr>
          <w:p>
            <w:r>
              <w:t>2026-09-22</w:t>
            </w:r>
          </w:p>
        </w:tc>
        <w:tc>
          <w:tcPr>
            <w:tcW w:type="dxa" w:w="2880"/>
          </w:tcPr>
          <w:p>
            <w:r>
              <w:t>food kit</w:t>
            </w:r>
          </w:p>
        </w:tc>
        <w:tc>
          <w:tcPr>
            <w:tcW w:type="dxa" w:w="2880"/>
          </w:tcPr>
          <w:p>
            <w:r>
              <w:t>6</w:t>
            </w:r>
          </w:p>
        </w:tc>
      </w:tr>
    </w:tbl>
    <w:p/>
    <w:p>
      <w:pPr>
        <w:pStyle w:val="Heading2"/>
      </w:pPr>
      <w:r>
        <w:t>Figure 45. Repeat and near repeat classification: Relief distributions over time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2026-09-04</w:t>
            </w:r>
          </w:p>
        </w:tc>
        <w:tc>
          <w:tcPr>
            <w:tcW w:type="dxa" w:w="2880"/>
          </w:tcPr>
          <w:p>
            <w:r>
              <w:t>blanket</w:t>
            </w:r>
          </w:p>
        </w:tc>
        <w:tc>
          <w:tcPr>
            <w:tcW w:type="dxa" w:w="2880"/>
          </w:tcPr>
          <w:p>
            <w:r>
              <w:t>5</w:t>
            </w:r>
          </w:p>
        </w:tc>
      </w:tr>
      <w:tr>
        <w:tc>
          <w:tcPr>
            <w:tcW w:type="dxa" w:w="2880"/>
          </w:tcPr>
          <w:p>
            <w:r>
              <w:t>2026-09-04</w:t>
            </w:r>
          </w:p>
        </w:tc>
        <w:tc>
          <w:tcPr>
            <w:tcW w:type="dxa" w:w="2880"/>
          </w:tcPr>
          <w:p>
            <w:r>
              <w:t>tarpaulin</w:t>
            </w:r>
          </w:p>
        </w:tc>
        <w:tc>
          <w:tcPr>
            <w:tcW w:type="dxa" w:w="2880"/>
          </w:tcPr>
          <w:p>
            <w:r>
              <w:t>4</w:t>
            </w:r>
          </w:p>
        </w:tc>
      </w:tr>
      <w:tr>
        <w:tc>
          <w:tcPr>
            <w:tcW w:type="dxa" w:w="2880"/>
          </w:tcPr>
          <w:p>
            <w:r>
              <w:t>2026-09-04</w:t>
            </w:r>
          </w:p>
        </w:tc>
        <w:tc>
          <w:tcPr>
            <w:tcW w:type="dxa" w:w="2880"/>
          </w:tcPr>
          <w:p>
            <w:r>
              <w:t>hygiene kit</w:t>
            </w:r>
          </w:p>
        </w:tc>
        <w:tc>
          <w:tcPr>
            <w:tcW w:type="dxa" w:w="2880"/>
          </w:tcPr>
          <w:p>
            <w:r>
              <w:t>6</w:t>
            </w:r>
          </w:p>
        </w:tc>
      </w:tr>
      <w:tr>
        <w:tc>
          <w:tcPr>
            <w:tcW w:type="dxa" w:w="2880"/>
          </w:tcPr>
          <w:p>
            <w:r>
              <w:t>2026-09-04</w:t>
            </w:r>
          </w:p>
        </w:tc>
        <w:tc>
          <w:tcPr>
            <w:tcW w:type="dxa" w:w="2880"/>
          </w:tcPr>
          <w:p>
            <w:r>
              <w:t>food kit</w:t>
            </w:r>
          </w:p>
        </w:tc>
        <w:tc>
          <w:tcPr>
            <w:tcW w:type="dxa" w:w="2880"/>
          </w:tcPr>
          <w:p>
            <w:r>
              <w:t>6</w:t>
            </w:r>
          </w:p>
        </w:tc>
      </w:tr>
      <w:tr>
        <w:tc>
          <w:tcPr>
            <w:tcW w:type="dxa" w:w="2880"/>
          </w:tcPr>
          <w:p>
            <w:r>
              <w:t>2026-09-05</w:t>
            </w:r>
          </w:p>
        </w:tc>
        <w:tc>
          <w:tcPr>
            <w:tcW w:type="dxa" w:w="2880"/>
          </w:tcPr>
          <w:p>
            <w:r>
              <w:t>blanket</w:t>
            </w:r>
          </w:p>
        </w:tc>
        <w:tc>
          <w:tcPr>
            <w:tcW w:type="dxa" w:w="2880"/>
          </w:tcPr>
          <w:p>
            <w:r>
              <w:t>4</w:t>
            </w:r>
          </w:p>
        </w:tc>
      </w:tr>
      <w:tr>
        <w:tc>
          <w:tcPr>
            <w:tcW w:type="dxa" w:w="2880"/>
          </w:tcPr>
          <w:p>
            <w:r>
              <w:t>2026-09-05</w:t>
            </w:r>
          </w:p>
        </w:tc>
        <w:tc>
          <w:tcPr>
            <w:tcW w:type="dxa" w:w="2880"/>
          </w:tcPr>
          <w:p>
            <w:r>
              <w:t>tarpaulin</w:t>
            </w:r>
          </w:p>
        </w:tc>
        <w:tc>
          <w:tcPr>
            <w:tcW w:type="dxa" w:w="2880"/>
          </w:tcPr>
          <w:p>
            <w:r>
              <w:t>2</w:t>
            </w:r>
          </w:p>
        </w:tc>
      </w:tr>
      <w:tr>
        <w:tc>
          <w:tcPr>
            <w:tcW w:type="dxa" w:w="2880"/>
          </w:tcPr>
          <w:p>
            <w:r>
              <w:t>2026-09-05</w:t>
            </w:r>
          </w:p>
        </w:tc>
        <w:tc>
          <w:tcPr>
            <w:tcW w:type="dxa" w:w="2880"/>
          </w:tcPr>
          <w:p>
            <w:r>
              <w:t>hygiene kit</w:t>
            </w:r>
          </w:p>
        </w:tc>
        <w:tc>
          <w:tcPr>
            <w:tcW w:type="dxa" w:w="2880"/>
          </w:tcPr>
          <w:p>
            <w:r>
              <w:t>3</w:t>
            </w:r>
          </w:p>
        </w:tc>
      </w:tr>
      <w:tr>
        <w:tc>
          <w:tcPr>
            <w:tcW w:type="dxa" w:w="2880"/>
          </w:tcPr>
          <w:p>
            <w:r>
              <w:t>2026-09-05</w:t>
            </w:r>
          </w:p>
        </w:tc>
        <w:tc>
          <w:tcPr>
            <w:tcW w:type="dxa" w:w="2880"/>
          </w:tcPr>
          <w:p>
            <w:r>
              <w:t>food kit</w:t>
            </w:r>
          </w:p>
        </w:tc>
        <w:tc>
          <w:tcPr>
            <w:tcW w:type="dxa" w:w="2880"/>
          </w:tcPr>
          <w:p>
            <w:r>
              <w:t>6</w:t>
            </w:r>
          </w:p>
        </w:tc>
      </w:tr>
      <w:tr>
        <w:tc>
          <w:tcPr>
            <w:tcW w:type="dxa" w:w="2880"/>
          </w:tcPr>
          <w:p>
            <w:r>
              <w:t>2026-09-06</w:t>
            </w:r>
          </w:p>
        </w:tc>
        <w:tc>
          <w:tcPr>
            <w:tcW w:type="dxa" w:w="2880"/>
          </w:tcPr>
          <w:p>
            <w:r>
              <w:t>blanket</w:t>
            </w:r>
          </w:p>
        </w:tc>
        <w:tc>
          <w:tcPr>
            <w:tcW w:type="dxa" w:w="2880"/>
          </w:tcPr>
          <w:p>
            <w:r>
              <w:t>4</w:t>
            </w:r>
          </w:p>
        </w:tc>
      </w:tr>
      <w:tr>
        <w:tc>
          <w:tcPr>
            <w:tcW w:type="dxa" w:w="2880"/>
          </w:tcPr>
          <w:p>
            <w:r>
              <w:t>2026-09-06</w:t>
            </w:r>
          </w:p>
        </w:tc>
        <w:tc>
          <w:tcPr>
            <w:tcW w:type="dxa" w:w="2880"/>
          </w:tcPr>
          <w:p>
            <w:r>
              <w:t>tarpaulin</w:t>
            </w:r>
          </w:p>
        </w:tc>
        <w:tc>
          <w:tcPr>
            <w:tcW w:type="dxa" w:w="2880"/>
          </w:tcPr>
          <w:p>
            <w:r>
              <w:t>5</w:t>
            </w:r>
          </w:p>
        </w:tc>
      </w:tr>
      <w:tr>
        <w:tc>
          <w:tcPr>
            <w:tcW w:type="dxa" w:w="2880"/>
          </w:tcPr>
          <w:p>
            <w:r>
              <w:t>2026-09-06</w:t>
            </w:r>
          </w:p>
        </w:tc>
        <w:tc>
          <w:tcPr>
            <w:tcW w:type="dxa" w:w="2880"/>
          </w:tcPr>
          <w:p>
            <w:r>
              <w:t>hygiene kit</w:t>
            </w:r>
          </w:p>
        </w:tc>
        <w:tc>
          <w:tcPr>
            <w:tcW w:type="dxa" w:w="2880"/>
          </w:tcPr>
          <w:p>
            <w:r>
              <w:t>4</w:t>
            </w:r>
          </w:p>
        </w:tc>
      </w:tr>
      <w:tr>
        <w:tc>
          <w:tcPr>
            <w:tcW w:type="dxa" w:w="2880"/>
          </w:tcPr>
          <w:p>
            <w:r>
              <w:t>2026-09-06</w:t>
            </w:r>
          </w:p>
        </w:tc>
        <w:tc>
          <w:tcPr>
            <w:tcW w:type="dxa" w:w="2880"/>
          </w:tcPr>
          <w:p>
            <w:r>
              <w:t>food kit</w:t>
            </w:r>
          </w:p>
        </w:tc>
        <w:tc>
          <w:tcPr>
            <w:tcW w:type="dxa" w:w="2880"/>
          </w:tcPr>
          <w:p>
            <w:r>
              <w:t>2</w:t>
            </w:r>
          </w:p>
        </w:tc>
      </w:tr>
      <w:tr>
        <w:tc>
          <w:tcPr>
            <w:tcW w:type="dxa" w:w="2880"/>
          </w:tcPr>
          <w:p>
            <w:r>
              <w:t>2026-09-07</w:t>
            </w:r>
          </w:p>
        </w:tc>
        <w:tc>
          <w:tcPr>
            <w:tcW w:type="dxa" w:w="2880"/>
          </w:tcPr>
          <w:p>
            <w:r>
              <w:t>blanket</w:t>
            </w:r>
          </w:p>
        </w:tc>
        <w:tc>
          <w:tcPr>
            <w:tcW w:type="dxa" w:w="2880"/>
          </w:tcPr>
          <w:p>
            <w:r>
              <w:t>5</w:t>
            </w:r>
          </w:p>
        </w:tc>
      </w:tr>
      <w:tr>
        <w:tc>
          <w:tcPr>
            <w:tcW w:type="dxa" w:w="2880"/>
          </w:tcPr>
          <w:p>
            <w:r>
              <w:t>2026-09-07</w:t>
            </w:r>
          </w:p>
        </w:tc>
        <w:tc>
          <w:tcPr>
            <w:tcW w:type="dxa" w:w="2880"/>
          </w:tcPr>
          <w:p>
            <w:r>
              <w:t>tarpaulin</w:t>
            </w:r>
          </w:p>
        </w:tc>
        <w:tc>
          <w:tcPr>
            <w:tcW w:type="dxa" w:w="2880"/>
          </w:tcPr>
          <w:p>
            <w:r>
              <w:t>0</w:t>
            </w:r>
          </w:p>
        </w:tc>
      </w:tr>
      <w:tr>
        <w:tc>
          <w:tcPr>
            <w:tcW w:type="dxa" w:w="2880"/>
          </w:tcPr>
          <w:p>
            <w:r>
              <w:t>2026-09-07</w:t>
            </w:r>
          </w:p>
        </w:tc>
        <w:tc>
          <w:tcPr>
            <w:tcW w:type="dxa" w:w="2880"/>
          </w:tcPr>
          <w:p>
            <w:r>
              <w:t>hygiene kit</w:t>
            </w:r>
          </w:p>
        </w:tc>
        <w:tc>
          <w:tcPr>
            <w:tcW w:type="dxa" w:w="2880"/>
          </w:tcPr>
          <w:p>
            <w:r>
              <w:t>1</w:t>
            </w:r>
          </w:p>
        </w:tc>
      </w:tr>
      <w:tr>
        <w:tc>
          <w:tcPr>
            <w:tcW w:type="dxa" w:w="2880"/>
          </w:tcPr>
          <w:p>
            <w:r>
              <w:t>2026-09-07</w:t>
            </w:r>
          </w:p>
        </w:tc>
        <w:tc>
          <w:tcPr>
            <w:tcW w:type="dxa" w:w="2880"/>
          </w:tcPr>
          <w:p>
            <w:r>
              <w:t>food kit</w:t>
            </w:r>
          </w:p>
        </w:tc>
        <w:tc>
          <w:tcPr>
            <w:tcW w:type="dxa" w:w="2880"/>
          </w:tcPr>
          <w:p>
            <w:r>
              <w:t>3</w:t>
            </w:r>
          </w:p>
        </w:tc>
      </w:tr>
      <w:tr>
        <w:tc>
          <w:tcPr>
            <w:tcW w:type="dxa" w:w="2880"/>
          </w:tcPr>
          <w:p>
            <w:r>
              <w:t>2026-09-08</w:t>
            </w:r>
          </w:p>
        </w:tc>
        <w:tc>
          <w:tcPr>
            <w:tcW w:type="dxa" w:w="2880"/>
          </w:tcPr>
          <w:p>
            <w:r>
              <w:t>blanket</w:t>
            </w:r>
          </w:p>
        </w:tc>
        <w:tc>
          <w:tcPr>
            <w:tcW w:type="dxa" w:w="2880"/>
          </w:tcPr>
          <w:p>
            <w:r>
              <w:t>1</w:t>
            </w:r>
          </w:p>
        </w:tc>
      </w:tr>
      <w:tr>
        <w:tc>
          <w:tcPr>
            <w:tcW w:type="dxa" w:w="2880"/>
          </w:tcPr>
          <w:p>
            <w:r>
              <w:t>2026-09-08</w:t>
            </w:r>
          </w:p>
        </w:tc>
        <w:tc>
          <w:tcPr>
            <w:tcW w:type="dxa" w:w="2880"/>
          </w:tcPr>
          <w:p>
            <w:r>
              <w:t>tarpaulin</w:t>
            </w:r>
          </w:p>
        </w:tc>
        <w:tc>
          <w:tcPr>
            <w:tcW w:type="dxa" w:w="2880"/>
          </w:tcPr>
          <w:p>
            <w:r>
              <w:t>8</w:t>
            </w:r>
          </w:p>
        </w:tc>
      </w:tr>
      <w:tr>
        <w:tc>
          <w:tcPr>
            <w:tcW w:type="dxa" w:w="2880"/>
          </w:tcPr>
          <w:p>
            <w:r>
              <w:t>2026-09-08</w:t>
            </w:r>
          </w:p>
        </w:tc>
        <w:tc>
          <w:tcPr>
            <w:tcW w:type="dxa" w:w="2880"/>
          </w:tcPr>
          <w:p>
            <w:r>
              <w:t>hygiene kit</w:t>
            </w:r>
          </w:p>
        </w:tc>
        <w:tc>
          <w:tcPr>
            <w:tcW w:type="dxa" w:w="2880"/>
          </w:tcPr>
          <w:p>
            <w:r>
              <w:t>4</w:t>
            </w:r>
          </w:p>
        </w:tc>
      </w:tr>
      <w:tr>
        <w:tc>
          <w:tcPr>
            <w:tcW w:type="dxa" w:w="2880"/>
          </w:tcPr>
          <w:p>
            <w:r>
              <w:t>2026-09-08</w:t>
            </w:r>
          </w:p>
        </w:tc>
        <w:tc>
          <w:tcPr>
            <w:tcW w:type="dxa" w:w="2880"/>
          </w:tcPr>
          <w:p>
            <w:r>
              <w:t>food kit</w:t>
            </w:r>
          </w:p>
        </w:tc>
        <w:tc>
          <w:tcPr>
            <w:tcW w:type="dxa" w:w="2880"/>
          </w:tcPr>
          <w:p>
            <w:r>
              <w:t>5</w:t>
            </w:r>
          </w:p>
        </w:tc>
      </w:tr>
      <w:tr>
        <w:tc>
          <w:tcPr>
            <w:tcW w:type="dxa" w:w="2880"/>
          </w:tcPr>
          <w:p>
            <w:r>
              <w:t>2026-09-09</w:t>
            </w:r>
          </w:p>
        </w:tc>
        <w:tc>
          <w:tcPr>
            <w:tcW w:type="dxa" w:w="2880"/>
          </w:tcPr>
          <w:p>
            <w:r>
              <w:t>blanket</w:t>
            </w:r>
          </w:p>
        </w:tc>
        <w:tc>
          <w:tcPr>
            <w:tcW w:type="dxa" w:w="2880"/>
          </w:tcPr>
          <w:p>
            <w:r>
              <w:t>4</w:t>
            </w:r>
          </w:p>
        </w:tc>
      </w:tr>
      <w:tr>
        <w:tc>
          <w:tcPr>
            <w:tcW w:type="dxa" w:w="2880"/>
          </w:tcPr>
          <w:p>
            <w:r>
              <w:t>2026-09-09</w:t>
            </w:r>
          </w:p>
        </w:tc>
        <w:tc>
          <w:tcPr>
            <w:tcW w:type="dxa" w:w="2880"/>
          </w:tcPr>
          <w:p>
            <w:r>
              <w:t>tarpaulin</w:t>
            </w:r>
          </w:p>
        </w:tc>
        <w:tc>
          <w:tcPr>
            <w:tcW w:type="dxa" w:w="2880"/>
          </w:tcPr>
          <w:p>
            <w:r>
              <w:t>5</w:t>
            </w:r>
          </w:p>
        </w:tc>
      </w:tr>
      <w:tr>
        <w:tc>
          <w:tcPr>
            <w:tcW w:type="dxa" w:w="2880"/>
          </w:tcPr>
          <w:p>
            <w:r>
              <w:t>2026-09-09</w:t>
            </w:r>
          </w:p>
        </w:tc>
        <w:tc>
          <w:tcPr>
            <w:tcW w:type="dxa" w:w="2880"/>
          </w:tcPr>
          <w:p>
            <w:r>
              <w:t>hygiene kit</w:t>
            </w:r>
          </w:p>
        </w:tc>
        <w:tc>
          <w:tcPr>
            <w:tcW w:type="dxa" w:w="2880"/>
          </w:tcPr>
          <w:p>
            <w:r>
              <w:t>3</w:t>
            </w:r>
          </w:p>
        </w:tc>
      </w:tr>
      <w:tr>
        <w:tc>
          <w:tcPr>
            <w:tcW w:type="dxa" w:w="2880"/>
          </w:tcPr>
          <w:p>
            <w:r>
              <w:t>2026-09-09</w:t>
            </w:r>
          </w:p>
        </w:tc>
        <w:tc>
          <w:tcPr>
            <w:tcW w:type="dxa" w:w="2880"/>
          </w:tcPr>
          <w:p>
            <w:r>
              <w:t>food kit</w:t>
            </w:r>
          </w:p>
        </w:tc>
        <w:tc>
          <w:tcPr>
            <w:tcW w:type="dxa" w:w="2880"/>
          </w:tcPr>
          <w:p>
            <w:r>
              <w:t>4</w:t>
            </w:r>
          </w:p>
        </w:tc>
      </w:tr>
      <w:tr>
        <w:tc>
          <w:tcPr>
            <w:tcW w:type="dxa" w:w="2880"/>
          </w:tcPr>
          <w:p>
            <w:r>
              <w:t>2026-09-10</w:t>
            </w:r>
          </w:p>
        </w:tc>
        <w:tc>
          <w:tcPr>
            <w:tcW w:type="dxa" w:w="2880"/>
          </w:tcPr>
          <w:p>
            <w:r>
              <w:t>blanket</w:t>
            </w:r>
          </w:p>
        </w:tc>
        <w:tc>
          <w:tcPr>
            <w:tcW w:type="dxa" w:w="2880"/>
          </w:tcPr>
          <w:p>
            <w:r>
              <w:t>4</w:t>
            </w:r>
          </w:p>
        </w:tc>
      </w:tr>
      <w:tr>
        <w:tc>
          <w:tcPr>
            <w:tcW w:type="dxa" w:w="2880"/>
          </w:tcPr>
          <w:p>
            <w:r>
              <w:t>2026-09-10</w:t>
            </w:r>
          </w:p>
        </w:tc>
        <w:tc>
          <w:tcPr>
            <w:tcW w:type="dxa" w:w="2880"/>
          </w:tcPr>
          <w:p>
            <w:r>
              <w:t>tarpaulin</w:t>
            </w:r>
          </w:p>
        </w:tc>
        <w:tc>
          <w:tcPr>
            <w:tcW w:type="dxa" w:w="2880"/>
          </w:tcPr>
          <w:p>
            <w:r>
              <w:t>6</w:t>
            </w:r>
          </w:p>
        </w:tc>
      </w:tr>
      <w:tr>
        <w:tc>
          <w:tcPr>
            <w:tcW w:type="dxa" w:w="2880"/>
          </w:tcPr>
          <w:p>
            <w:r>
              <w:t>2026-09-10</w:t>
            </w:r>
          </w:p>
        </w:tc>
        <w:tc>
          <w:tcPr>
            <w:tcW w:type="dxa" w:w="2880"/>
          </w:tcPr>
          <w:p>
            <w:r>
              <w:t>hygiene kit</w:t>
            </w:r>
          </w:p>
        </w:tc>
        <w:tc>
          <w:tcPr>
            <w:tcW w:type="dxa" w:w="2880"/>
          </w:tcPr>
          <w:p>
            <w:r>
              <w:t>2</w:t>
            </w:r>
          </w:p>
        </w:tc>
      </w:tr>
      <w:tr>
        <w:tc>
          <w:tcPr>
            <w:tcW w:type="dxa" w:w="2880"/>
          </w:tcPr>
          <w:p>
            <w:r>
              <w:t>2026-09-10</w:t>
            </w:r>
          </w:p>
        </w:tc>
        <w:tc>
          <w:tcPr>
            <w:tcW w:type="dxa" w:w="2880"/>
          </w:tcPr>
          <w:p>
            <w:r>
              <w:t>food kit</w:t>
            </w:r>
          </w:p>
        </w:tc>
        <w:tc>
          <w:tcPr>
            <w:tcW w:type="dxa" w:w="2880"/>
          </w:tcPr>
          <w:p>
            <w:r>
              <w:t>3</w:t>
            </w:r>
          </w:p>
        </w:tc>
      </w:tr>
      <w:tr>
        <w:tc>
          <w:tcPr>
            <w:tcW w:type="dxa" w:w="2880"/>
          </w:tcPr>
          <w:p>
            <w:r>
              <w:t>2026-09-11</w:t>
            </w:r>
          </w:p>
        </w:tc>
        <w:tc>
          <w:tcPr>
            <w:tcW w:type="dxa" w:w="2880"/>
          </w:tcPr>
          <w:p>
            <w:r>
              <w:t>blanket</w:t>
            </w:r>
          </w:p>
        </w:tc>
        <w:tc>
          <w:tcPr>
            <w:tcW w:type="dxa" w:w="2880"/>
          </w:tcPr>
          <w:p>
            <w:r>
              <w:t>5</w:t>
            </w:r>
          </w:p>
        </w:tc>
      </w:tr>
      <w:tr>
        <w:tc>
          <w:tcPr>
            <w:tcW w:type="dxa" w:w="2880"/>
          </w:tcPr>
          <w:p>
            <w:r>
              <w:t>2026-09-11</w:t>
            </w:r>
          </w:p>
        </w:tc>
        <w:tc>
          <w:tcPr>
            <w:tcW w:type="dxa" w:w="2880"/>
          </w:tcPr>
          <w:p>
            <w:r>
              <w:t>tarpaulin</w:t>
            </w:r>
          </w:p>
        </w:tc>
        <w:tc>
          <w:tcPr>
            <w:tcW w:type="dxa" w:w="2880"/>
          </w:tcPr>
          <w:p>
            <w:r>
              <w:t>1</w:t>
            </w:r>
          </w:p>
        </w:tc>
      </w:tr>
      <w:tr>
        <w:tc>
          <w:tcPr>
            <w:tcW w:type="dxa" w:w="2880"/>
          </w:tcPr>
          <w:p>
            <w:r>
              <w:t>2026-09-11</w:t>
            </w:r>
          </w:p>
        </w:tc>
        <w:tc>
          <w:tcPr>
            <w:tcW w:type="dxa" w:w="2880"/>
          </w:tcPr>
          <w:p>
            <w:r>
              <w:t>hygiene kit</w:t>
            </w:r>
          </w:p>
        </w:tc>
        <w:tc>
          <w:tcPr>
            <w:tcW w:type="dxa" w:w="2880"/>
          </w:tcPr>
          <w:p>
            <w:r>
              <w:t>6</w:t>
            </w:r>
          </w:p>
        </w:tc>
      </w:tr>
      <w:tr>
        <w:tc>
          <w:tcPr>
            <w:tcW w:type="dxa" w:w="2880"/>
          </w:tcPr>
          <w:p>
            <w:r>
              <w:t>2026-09-11</w:t>
            </w:r>
          </w:p>
        </w:tc>
        <w:tc>
          <w:tcPr>
            <w:tcW w:type="dxa" w:w="2880"/>
          </w:tcPr>
          <w:p>
            <w:r>
              <w:t>food kit</w:t>
            </w:r>
          </w:p>
        </w:tc>
        <w:tc>
          <w:tcPr>
            <w:tcW w:type="dxa" w:w="2880"/>
          </w:tcPr>
          <w:p>
            <w:r>
              <w:t>3</w:t>
            </w:r>
          </w:p>
        </w:tc>
      </w:tr>
      <w:tr>
        <w:tc>
          <w:tcPr>
            <w:tcW w:type="dxa" w:w="2880"/>
          </w:tcPr>
          <w:p>
            <w:r>
              <w:t>2026-09-12</w:t>
            </w:r>
          </w:p>
        </w:tc>
        <w:tc>
          <w:tcPr>
            <w:tcW w:type="dxa" w:w="2880"/>
          </w:tcPr>
          <w:p>
            <w:r>
              <w:t>blanket</w:t>
            </w:r>
          </w:p>
        </w:tc>
        <w:tc>
          <w:tcPr>
            <w:tcW w:type="dxa" w:w="2880"/>
          </w:tcPr>
          <w:p>
            <w:r>
              <w:t>4</w:t>
            </w:r>
          </w:p>
        </w:tc>
      </w:tr>
      <w:tr>
        <w:tc>
          <w:tcPr>
            <w:tcW w:type="dxa" w:w="2880"/>
          </w:tcPr>
          <w:p>
            <w:r>
              <w:t>2026-09-12</w:t>
            </w:r>
          </w:p>
        </w:tc>
        <w:tc>
          <w:tcPr>
            <w:tcW w:type="dxa" w:w="2880"/>
          </w:tcPr>
          <w:p>
            <w:r>
              <w:t>tarpaulin</w:t>
            </w:r>
          </w:p>
        </w:tc>
        <w:tc>
          <w:tcPr>
            <w:tcW w:type="dxa" w:w="2880"/>
          </w:tcPr>
          <w:p>
            <w:r>
              <w:t>3</w:t>
            </w:r>
          </w:p>
        </w:tc>
      </w:tr>
      <w:tr>
        <w:tc>
          <w:tcPr>
            <w:tcW w:type="dxa" w:w="2880"/>
          </w:tcPr>
          <w:p>
            <w:r>
              <w:t>2026-09-12</w:t>
            </w:r>
          </w:p>
        </w:tc>
        <w:tc>
          <w:tcPr>
            <w:tcW w:type="dxa" w:w="2880"/>
          </w:tcPr>
          <w:p>
            <w:r>
              <w:t>hygiene kit</w:t>
            </w:r>
          </w:p>
        </w:tc>
        <w:tc>
          <w:tcPr>
            <w:tcW w:type="dxa" w:w="2880"/>
          </w:tcPr>
          <w:p>
            <w:r>
              <w:t>8</w:t>
            </w:r>
          </w:p>
        </w:tc>
      </w:tr>
      <w:tr>
        <w:tc>
          <w:tcPr>
            <w:tcW w:type="dxa" w:w="2880"/>
          </w:tcPr>
          <w:p>
            <w:r>
              <w:t>2026-09-12</w:t>
            </w:r>
          </w:p>
        </w:tc>
        <w:tc>
          <w:tcPr>
            <w:tcW w:type="dxa" w:w="2880"/>
          </w:tcPr>
          <w:p>
            <w:r>
              <w:t>food kit</w:t>
            </w:r>
          </w:p>
        </w:tc>
        <w:tc>
          <w:tcPr>
            <w:tcW w:type="dxa" w:w="2880"/>
          </w:tcPr>
          <w:p>
            <w:r>
              <w:t>2</w:t>
            </w:r>
          </w:p>
        </w:tc>
      </w:tr>
      <w:tr>
        <w:tc>
          <w:tcPr>
            <w:tcW w:type="dxa" w:w="2880"/>
          </w:tcPr>
          <w:p>
            <w:r>
              <w:t>2026-09-13</w:t>
            </w:r>
          </w:p>
        </w:tc>
        <w:tc>
          <w:tcPr>
            <w:tcW w:type="dxa" w:w="2880"/>
          </w:tcPr>
          <w:p>
            <w:r>
              <w:t>blanket</w:t>
            </w:r>
          </w:p>
        </w:tc>
        <w:tc>
          <w:tcPr>
            <w:tcW w:type="dxa" w:w="2880"/>
          </w:tcPr>
          <w:p>
            <w:r>
              <w:t>8</w:t>
            </w:r>
          </w:p>
        </w:tc>
      </w:tr>
      <w:tr>
        <w:tc>
          <w:tcPr>
            <w:tcW w:type="dxa" w:w="2880"/>
          </w:tcPr>
          <w:p>
            <w:r>
              <w:t>2026-09-13</w:t>
            </w:r>
          </w:p>
        </w:tc>
        <w:tc>
          <w:tcPr>
            <w:tcW w:type="dxa" w:w="2880"/>
          </w:tcPr>
          <w:p>
            <w:r>
              <w:t>tarpaulin</w:t>
            </w:r>
          </w:p>
        </w:tc>
        <w:tc>
          <w:tcPr>
            <w:tcW w:type="dxa" w:w="2880"/>
          </w:tcPr>
          <w:p>
            <w:r>
              <w:t>5</w:t>
            </w:r>
          </w:p>
        </w:tc>
      </w:tr>
      <w:tr>
        <w:tc>
          <w:tcPr>
            <w:tcW w:type="dxa" w:w="2880"/>
          </w:tcPr>
          <w:p>
            <w:r>
              <w:t>2026-09-13</w:t>
            </w:r>
          </w:p>
        </w:tc>
        <w:tc>
          <w:tcPr>
            <w:tcW w:type="dxa" w:w="2880"/>
          </w:tcPr>
          <w:p>
            <w:r>
              <w:t>hygiene kit</w:t>
            </w:r>
          </w:p>
        </w:tc>
        <w:tc>
          <w:tcPr>
            <w:tcW w:type="dxa" w:w="2880"/>
          </w:tcPr>
          <w:p>
            <w:r>
              <w:t>2</w:t>
            </w:r>
          </w:p>
        </w:tc>
      </w:tr>
      <w:tr>
        <w:tc>
          <w:tcPr>
            <w:tcW w:type="dxa" w:w="2880"/>
          </w:tcPr>
          <w:p>
            <w:r>
              <w:t>2026-09-13</w:t>
            </w:r>
          </w:p>
        </w:tc>
        <w:tc>
          <w:tcPr>
            <w:tcW w:type="dxa" w:w="2880"/>
          </w:tcPr>
          <w:p>
            <w:r>
              <w:t>food kit</w:t>
            </w:r>
          </w:p>
        </w:tc>
        <w:tc>
          <w:tcPr>
            <w:tcW w:type="dxa" w:w="2880"/>
          </w:tcPr>
          <w:p>
            <w:r>
              <w:t>4</w:t>
            </w:r>
          </w:p>
        </w:tc>
      </w:tr>
      <w:tr>
        <w:tc>
          <w:tcPr>
            <w:tcW w:type="dxa" w:w="2880"/>
          </w:tcPr>
          <w:p>
            <w:r>
              <w:t>2026-09-14</w:t>
            </w:r>
          </w:p>
        </w:tc>
        <w:tc>
          <w:tcPr>
            <w:tcW w:type="dxa" w:w="2880"/>
          </w:tcPr>
          <w:p>
            <w:r>
              <w:t>blanket</w:t>
            </w:r>
          </w:p>
        </w:tc>
        <w:tc>
          <w:tcPr>
            <w:tcW w:type="dxa" w:w="2880"/>
          </w:tcPr>
          <w:p>
            <w:r>
              <w:t>7</w:t>
            </w:r>
          </w:p>
        </w:tc>
      </w:tr>
      <w:tr>
        <w:tc>
          <w:tcPr>
            <w:tcW w:type="dxa" w:w="2880"/>
          </w:tcPr>
          <w:p>
            <w:r>
              <w:t>2026-09-14</w:t>
            </w:r>
          </w:p>
        </w:tc>
        <w:tc>
          <w:tcPr>
            <w:tcW w:type="dxa" w:w="2880"/>
          </w:tcPr>
          <w:p>
            <w:r>
              <w:t>tarpaulin</w:t>
            </w:r>
          </w:p>
        </w:tc>
        <w:tc>
          <w:tcPr>
            <w:tcW w:type="dxa" w:w="2880"/>
          </w:tcPr>
          <w:p>
            <w:r>
              <w:t>3</w:t>
            </w:r>
          </w:p>
        </w:tc>
      </w:tr>
      <w:tr>
        <w:tc>
          <w:tcPr>
            <w:tcW w:type="dxa" w:w="2880"/>
          </w:tcPr>
          <w:p>
            <w:r>
              <w:t>2026-09-14</w:t>
            </w:r>
          </w:p>
        </w:tc>
        <w:tc>
          <w:tcPr>
            <w:tcW w:type="dxa" w:w="2880"/>
          </w:tcPr>
          <w:p>
            <w:r>
              <w:t>hygiene kit</w:t>
            </w:r>
          </w:p>
        </w:tc>
        <w:tc>
          <w:tcPr>
            <w:tcW w:type="dxa" w:w="2880"/>
          </w:tcPr>
          <w:p>
            <w:r>
              <w:t>4</w:t>
            </w:r>
          </w:p>
        </w:tc>
      </w:tr>
      <w:tr>
        <w:tc>
          <w:tcPr>
            <w:tcW w:type="dxa" w:w="2880"/>
          </w:tcPr>
          <w:p>
            <w:r>
              <w:t>2026-09-14</w:t>
            </w:r>
          </w:p>
        </w:tc>
        <w:tc>
          <w:tcPr>
            <w:tcW w:type="dxa" w:w="2880"/>
          </w:tcPr>
          <w:p>
            <w:r>
              <w:t>food kit</w:t>
            </w:r>
          </w:p>
        </w:tc>
        <w:tc>
          <w:tcPr>
            <w:tcW w:type="dxa" w:w="2880"/>
          </w:tcPr>
          <w:p>
            <w:r>
              <w:t>3</w:t>
            </w:r>
          </w:p>
        </w:tc>
      </w:tr>
      <w:tr>
        <w:tc>
          <w:tcPr>
            <w:tcW w:type="dxa" w:w="2880"/>
          </w:tcPr>
          <w:p>
            <w:r>
              <w:t>2026-09-15</w:t>
            </w:r>
          </w:p>
        </w:tc>
        <w:tc>
          <w:tcPr>
            <w:tcW w:type="dxa" w:w="2880"/>
          </w:tcPr>
          <w:p>
            <w:r>
              <w:t>blanket</w:t>
            </w:r>
          </w:p>
        </w:tc>
        <w:tc>
          <w:tcPr>
            <w:tcW w:type="dxa" w:w="2880"/>
          </w:tcPr>
          <w:p>
            <w:r>
              <w:t>5</w:t>
            </w:r>
          </w:p>
        </w:tc>
      </w:tr>
      <w:tr>
        <w:tc>
          <w:tcPr>
            <w:tcW w:type="dxa" w:w="2880"/>
          </w:tcPr>
          <w:p>
            <w:r>
              <w:t>2026-09-15</w:t>
            </w:r>
          </w:p>
        </w:tc>
        <w:tc>
          <w:tcPr>
            <w:tcW w:type="dxa" w:w="2880"/>
          </w:tcPr>
          <w:p>
            <w:r>
              <w:t>tarpaulin</w:t>
            </w:r>
          </w:p>
        </w:tc>
        <w:tc>
          <w:tcPr>
            <w:tcW w:type="dxa" w:w="2880"/>
          </w:tcPr>
          <w:p>
            <w:r>
              <w:t>8</w:t>
            </w:r>
          </w:p>
        </w:tc>
      </w:tr>
      <w:tr>
        <w:tc>
          <w:tcPr>
            <w:tcW w:type="dxa" w:w="2880"/>
          </w:tcPr>
          <w:p>
            <w:r>
              <w:t>2026-09-15</w:t>
            </w:r>
          </w:p>
        </w:tc>
        <w:tc>
          <w:tcPr>
            <w:tcW w:type="dxa" w:w="2880"/>
          </w:tcPr>
          <w:p>
            <w:r>
              <w:t>hygiene kit</w:t>
            </w:r>
          </w:p>
        </w:tc>
        <w:tc>
          <w:tcPr>
            <w:tcW w:type="dxa" w:w="2880"/>
          </w:tcPr>
          <w:p>
            <w:r>
              <w:t>2</w:t>
            </w:r>
          </w:p>
        </w:tc>
      </w:tr>
      <w:tr>
        <w:tc>
          <w:tcPr>
            <w:tcW w:type="dxa" w:w="2880"/>
          </w:tcPr>
          <w:p>
            <w:r>
              <w:t>2026-09-15</w:t>
            </w:r>
          </w:p>
        </w:tc>
        <w:tc>
          <w:tcPr>
            <w:tcW w:type="dxa" w:w="2880"/>
          </w:tcPr>
          <w:p>
            <w:r>
              <w:t>food kit</w:t>
            </w:r>
          </w:p>
        </w:tc>
        <w:tc>
          <w:tcPr>
            <w:tcW w:type="dxa" w:w="2880"/>
          </w:tcPr>
          <w:p>
            <w:r>
              <w:t>4</w:t>
            </w:r>
          </w:p>
        </w:tc>
      </w:tr>
      <w:tr>
        <w:tc>
          <w:tcPr>
            <w:tcW w:type="dxa" w:w="2880"/>
          </w:tcPr>
          <w:p>
            <w:r>
              <w:t>2026-09-16</w:t>
            </w:r>
          </w:p>
        </w:tc>
        <w:tc>
          <w:tcPr>
            <w:tcW w:type="dxa" w:w="2880"/>
          </w:tcPr>
          <w:p>
            <w:r>
              <w:t>blanket</w:t>
            </w:r>
          </w:p>
        </w:tc>
        <w:tc>
          <w:tcPr>
            <w:tcW w:type="dxa" w:w="2880"/>
          </w:tcPr>
          <w:p>
            <w:r>
              <w:t>4</w:t>
            </w:r>
          </w:p>
        </w:tc>
      </w:tr>
      <w:tr>
        <w:tc>
          <w:tcPr>
            <w:tcW w:type="dxa" w:w="2880"/>
          </w:tcPr>
          <w:p>
            <w:r>
              <w:t>2026-09-16</w:t>
            </w:r>
          </w:p>
        </w:tc>
        <w:tc>
          <w:tcPr>
            <w:tcW w:type="dxa" w:w="2880"/>
          </w:tcPr>
          <w:p>
            <w:r>
              <w:t>tarpaulin</w:t>
            </w:r>
          </w:p>
        </w:tc>
        <w:tc>
          <w:tcPr>
            <w:tcW w:type="dxa" w:w="2880"/>
          </w:tcPr>
          <w:p>
            <w:r>
              <w:t>5</w:t>
            </w:r>
          </w:p>
        </w:tc>
      </w:tr>
      <w:tr>
        <w:tc>
          <w:tcPr>
            <w:tcW w:type="dxa" w:w="2880"/>
          </w:tcPr>
          <w:p>
            <w:r>
              <w:t>2026-09-16</w:t>
            </w:r>
          </w:p>
        </w:tc>
        <w:tc>
          <w:tcPr>
            <w:tcW w:type="dxa" w:w="2880"/>
          </w:tcPr>
          <w:p>
            <w:r>
              <w:t>hygiene kit</w:t>
            </w:r>
          </w:p>
        </w:tc>
        <w:tc>
          <w:tcPr>
            <w:tcW w:type="dxa" w:w="2880"/>
          </w:tcPr>
          <w:p>
            <w:r>
              <w:t>5</w:t>
            </w:r>
          </w:p>
        </w:tc>
      </w:tr>
      <w:tr>
        <w:tc>
          <w:tcPr>
            <w:tcW w:type="dxa" w:w="2880"/>
          </w:tcPr>
          <w:p>
            <w:r>
              <w:t>2026-09-16</w:t>
            </w:r>
          </w:p>
        </w:tc>
        <w:tc>
          <w:tcPr>
            <w:tcW w:type="dxa" w:w="2880"/>
          </w:tcPr>
          <w:p>
            <w:r>
              <w:t>food kit</w:t>
            </w:r>
          </w:p>
        </w:tc>
        <w:tc>
          <w:tcPr>
            <w:tcW w:type="dxa" w:w="2880"/>
          </w:tcPr>
          <w:p>
            <w:r>
              <w:t>4</w:t>
            </w:r>
          </w:p>
        </w:tc>
      </w:tr>
      <w:tr>
        <w:tc>
          <w:tcPr>
            <w:tcW w:type="dxa" w:w="2880"/>
          </w:tcPr>
          <w:p>
            <w:r>
              <w:t>2026-09-17</w:t>
            </w:r>
          </w:p>
        </w:tc>
        <w:tc>
          <w:tcPr>
            <w:tcW w:type="dxa" w:w="2880"/>
          </w:tcPr>
          <w:p>
            <w:r>
              <w:t>blanket</w:t>
            </w:r>
          </w:p>
        </w:tc>
        <w:tc>
          <w:tcPr>
            <w:tcW w:type="dxa" w:w="2880"/>
          </w:tcPr>
          <w:p>
            <w:r>
              <w:t>6</w:t>
            </w:r>
          </w:p>
        </w:tc>
      </w:tr>
      <w:tr>
        <w:tc>
          <w:tcPr>
            <w:tcW w:type="dxa" w:w="2880"/>
          </w:tcPr>
          <w:p>
            <w:r>
              <w:t>2026-09-17</w:t>
            </w:r>
          </w:p>
        </w:tc>
        <w:tc>
          <w:tcPr>
            <w:tcW w:type="dxa" w:w="2880"/>
          </w:tcPr>
          <w:p>
            <w:r>
              <w:t>tarpaulin</w:t>
            </w:r>
          </w:p>
        </w:tc>
        <w:tc>
          <w:tcPr>
            <w:tcW w:type="dxa" w:w="2880"/>
          </w:tcPr>
          <w:p>
            <w:r>
              <w:t>5</w:t>
            </w:r>
          </w:p>
        </w:tc>
      </w:tr>
      <w:tr>
        <w:tc>
          <w:tcPr>
            <w:tcW w:type="dxa" w:w="2880"/>
          </w:tcPr>
          <w:p>
            <w:r>
              <w:t>2026-09-17</w:t>
            </w:r>
          </w:p>
        </w:tc>
        <w:tc>
          <w:tcPr>
            <w:tcW w:type="dxa" w:w="2880"/>
          </w:tcPr>
          <w:p>
            <w:r>
              <w:t>hygiene kit</w:t>
            </w:r>
          </w:p>
        </w:tc>
        <w:tc>
          <w:tcPr>
            <w:tcW w:type="dxa" w:w="2880"/>
          </w:tcPr>
          <w:p>
            <w:r>
              <w:t>5</w:t>
            </w:r>
          </w:p>
        </w:tc>
      </w:tr>
      <w:tr>
        <w:tc>
          <w:tcPr>
            <w:tcW w:type="dxa" w:w="2880"/>
          </w:tcPr>
          <w:p>
            <w:r>
              <w:t>2026-09-17</w:t>
            </w:r>
          </w:p>
        </w:tc>
        <w:tc>
          <w:tcPr>
            <w:tcW w:type="dxa" w:w="2880"/>
          </w:tcPr>
          <w:p>
            <w:r>
              <w:t>food kit</w:t>
            </w:r>
          </w:p>
        </w:tc>
        <w:tc>
          <w:tcPr>
            <w:tcW w:type="dxa" w:w="2880"/>
          </w:tcPr>
          <w:p>
            <w:r>
              <w:t>4</w:t>
            </w:r>
          </w:p>
        </w:tc>
      </w:tr>
      <w:tr>
        <w:tc>
          <w:tcPr>
            <w:tcW w:type="dxa" w:w="2880"/>
          </w:tcPr>
          <w:p>
            <w:r>
              <w:t>2026-09-18</w:t>
            </w:r>
          </w:p>
        </w:tc>
        <w:tc>
          <w:tcPr>
            <w:tcW w:type="dxa" w:w="2880"/>
          </w:tcPr>
          <w:p>
            <w:r>
              <w:t>blanket</w:t>
            </w:r>
          </w:p>
        </w:tc>
        <w:tc>
          <w:tcPr>
            <w:tcW w:type="dxa" w:w="2880"/>
          </w:tcPr>
          <w:p>
            <w:r>
              <w:t>2</w:t>
            </w:r>
          </w:p>
        </w:tc>
      </w:tr>
      <w:tr>
        <w:tc>
          <w:tcPr>
            <w:tcW w:type="dxa" w:w="2880"/>
          </w:tcPr>
          <w:p>
            <w:r>
              <w:t>2026-09-18</w:t>
            </w:r>
          </w:p>
        </w:tc>
        <w:tc>
          <w:tcPr>
            <w:tcW w:type="dxa" w:w="2880"/>
          </w:tcPr>
          <w:p>
            <w:r>
              <w:t>tarpaulin</w:t>
            </w:r>
          </w:p>
        </w:tc>
        <w:tc>
          <w:tcPr>
            <w:tcW w:type="dxa" w:w="2880"/>
          </w:tcPr>
          <w:p>
            <w:r>
              <w:t>6</w:t>
            </w:r>
          </w:p>
        </w:tc>
      </w:tr>
      <w:tr>
        <w:tc>
          <w:tcPr>
            <w:tcW w:type="dxa" w:w="2880"/>
          </w:tcPr>
          <w:p>
            <w:r>
              <w:t>2026-09-18</w:t>
            </w:r>
          </w:p>
        </w:tc>
        <w:tc>
          <w:tcPr>
            <w:tcW w:type="dxa" w:w="2880"/>
          </w:tcPr>
          <w:p>
            <w:r>
              <w:t>hygiene kit</w:t>
            </w:r>
          </w:p>
        </w:tc>
        <w:tc>
          <w:tcPr>
            <w:tcW w:type="dxa" w:w="2880"/>
          </w:tcPr>
          <w:p>
            <w:r>
              <w:t>6</w:t>
            </w:r>
          </w:p>
        </w:tc>
      </w:tr>
      <w:tr>
        <w:tc>
          <w:tcPr>
            <w:tcW w:type="dxa" w:w="2880"/>
          </w:tcPr>
          <w:p>
            <w:r>
              <w:t>2026-09-18</w:t>
            </w:r>
          </w:p>
        </w:tc>
        <w:tc>
          <w:tcPr>
            <w:tcW w:type="dxa" w:w="2880"/>
          </w:tcPr>
          <w:p>
            <w:r>
              <w:t>food kit</w:t>
            </w:r>
          </w:p>
        </w:tc>
        <w:tc>
          <w:tcPr>
            <w:tcW w:type="dxa" w:w="2880"/>
          </w:tcPr>
          <w:p>
            <w:r>
              <w:t>3</w:t>
            </w:r>
          </w:p>
        </w:tc>
      </w:tr>
      <w:tr>
        <w:tc>
          <w:tcPr>
            <w:tcW w:type="dxa" w:w="2880"/>
          </w:tcPr>
          <w:p>
            <w:r>
              <w:t>2026-09-19</w:t>
            </w:r>
          </w:p>
        </w:tc>
        <w:tc>
          <w:tcPr>
            <w:tcW w:type="dxa" w:w="2880"/>
          </w:tcPr>
          <w:p>
            <w:r>
              <w:t>blanket</w:t>
            </w:r>
          </w:p>
        </w:tc>
        <w:tc>
          <w:tcPr>
            <w:tcW w:type="dxa" w:w="2880"/>
          </w:tcPr>
          <w:p>
            <w:r>
              <w:t>4</w:t>
            </w:r>
          </w:p>
        </w:tc>
      </w:tr>
      <w:tr>
        <w:tc>
          <w:tcPr>
            <w:tcW w:type="dxa" w:w="2880"/>
          </w:tcPr>
          <w:p>
            <w:r>
              <w:t>2026-09-19</w:t>
            </w:r>
          </w:p>
        </w:tc>
        <w:tc>
          <w:tcPr>
            <w:tcW w:type="dxa" w:w="2880"/>
          </w:tcPr>
          <w:p>
            <w:r>
              <w:t>tarpaulin</w:t>
            </w:r>
          </w:p>
        </w:tc>
        <w:tc>
          <w:tcPr>
            <w:tcW w:type="dxa" w:w="2880"/>
          </w:tcPr>
          <w:p>
            <w:r>
              <w:t>2</w:t>
            </w:r>
          </w:p>
        </w:tc>
      </w:tr>
      <w:tr>
        <w:tc>
          <w:tcPr>
            <w:tcW w:type="dxa" w:w="2880"/>
          </w:tcPr>
          <w:p>
            <w:r>
              <w:t>2026-09-19</w:t>
            </w:r>
          </w:p>
        </w:tc>
        <w:tc>
          <w:tcPr>
            <w:tcW w:type="dxa" w:w="2880"/>
          </w:tcPr>
          <w:p>
            <w:r>
              <w:t>hygiene kit</w:t>
            </w:r>
          </w:p>
        </w:tc>
        <w:tc>
          <w:tcPr>
            <w:tcW w:type="dxa" w:w="2880"/>
          </w:tcPr>
          <w:p>
            <w:r>
              <w:t>2</w:t>
            </w:r>
          </w:p>
        </w:tc>
      </w:tr>
      <w:tr>
        <w:tc>
          <w:tcPr>
            <w:tcW w:type="dxa" w:w="2880"/>
          </w:tcPr>
          <w:p>
            <w:r>
              <w:t>2026-09-19</w:t>
            </w:r>
          </w:p>
        </w:tc>
        <w:tc>
          <w:tcPr>
            <w:tcW w:type="dxa" w:w="2880"/>
          </w:tcPr>
          <w:p>
            <w:r>
              <w:t>food kit</w:t>
            </w:r>
          </w:p>
        </w:tc>
        <w:tc>
          <w:tcPr>
            <w:tcW w:type="dxa" w:w="2880"/>
          </w:tcPr>
          <w:p>
            <w:r>
              <w:t>3</w:t>
            </w:r>
          </w:p>
        </w:tc>
      </w:tr>
      <w:tr>
        <w:tc>
          <w:tcPr>
            <w:tcW w:type="dxa" w:w="2880"/>
          </w:tcPr>
          <w:p>
            <w:r>
              <w:t>2026-09-20</w:t>
            </w:r>
          </w:p>
        </w:tc>
        <w:tc>
          <w:tcPr>
            <w:tcW w:type="dxa" w:w="2880"/>
          </w:tcPr>
          <w:p>
            <w:r>
              <w:t>blanket</w:t>
            </w:r>
          </w:p>
        </w:tc>
        <w:tc>
          <w:tcPr>
            <w:tcW w:type="dxa" w:w="2880"/>
          </w:tcPr>
          <w:p>
            <w:r>
              <w:t>5</w:t>
            </w:r>
          </w:p>
        </w:tc>
      </w:tr>
      <w:tr>
        <w:tc>
          <w:tcPr>
            <w:tcW w:type="dxa" w:w="2880"/>
          </w:tcPr>
          <w:p>
            <w:r>
              <w:t>2026-09-20</w:t>
            </w:r>
          </w:p>
        </w:tc>
        <w:tc>
          <w:tcPr>
            <w:tcW w:type="dxa" w:w="2880"/>
          </w:tcPr>
          <w:p>
            <w:r>
              <w:t>tarpaulin</w:t>
            </w:r>
          </w:p>
        </w:tc>
        <w:tc>
          <w:tcPr>
            <w:tcW w:type="dxa" w:w="2880"/>
          </w:tcPr>
          <w:p>
            <w:r>
              <w:t>6</w:t>
            </w:r>
          </w:p>
        </w:tc>
      </w:tr>
      <w:tr>
        <w:tc>
          <w:tcPr>
            <w:tcW w:type="dxa" w:w="2880"/>
          </w:tcPr>
          <w:p>
            <w:r>
              <w:t>2026-09-20</w:t>
            </w:r>
          </w:p>
        </w:tc>
        <w:tc>
          <w:tcPr>
            <w:tcW w:type="dxa" w:w="2880"/>
          </w:tcPr>
          <w:p>
            <w:r>
              <w:t>hygiene kit</w:t>
            </w:r>
          </w:p>
        </w:tc>
        <w:tc>
          <w:tcPr>
            <w:tcW w:type="dxa" w:w="2880"/>
          </w:tcPr>
          <w:p>
            <w:r>
              <w:t>3</w:t>
            </w:r>
          </w:p>
        </w:tc>
      </w:tr>
      <w:tr>
        <w:tc>
          <w:tcPr>
            <w:tcW w:type="dxa" w:w="2880"/>
          </w:tcPr>
          <w:p>
            <w:r>
              <w:t>2026-09-20</w:t>
            </w:r>
          </w:p>
        </w:tc>
        <w:tc>
          <w:tcPr>
            <w:tcW w:type="dxa" w:w="2880"/>
          </w:tcPr>
          <w:p>
            <w:r>
              <w:t>food kit</w:t>
            </w:r>
          </w:p>
        </w:tc>
        <w:tc>
          <w:tcPr>
            <w:tcW w:type="dxa" w:w="2880"/>
          </w:tcPr>
          <w:p>
            <w:r>
              <w:t>2</w:t>
            </w:r>
          </w:p>
        </w:tc>
      </w:tr>
      <w:tr>
        <w:tc>
          <w:tcPr>
            <w:tcW w:type="dxa" w:w="2880"/>
          </w:tcPr>
          <w:p>
            <w:r>
              <w:t>2026-09-21</w:t>
            </w:r>
          </w:p>
        </w:tc>
        <w:tc>
          <w:tcPr>
            <w:tcW w:type="dxa" w:w="2880"/>
          </w:tcPr>
          <w:p>
            <w:r>
              <w:t>blanket</w:t>
            </w:r>
          </w:p>
        </w:tc>
        <w:tc>
          <w:tcPr>
            <w:tcW w:type="dxa" w:w="2880"/>
          </w:tcPr>
          <w:p>
            <w:r>
              <w:t>4</w:t>
            </w:r>
          </w:p>
        </w:tc>
      </w:tr>
      <w:tr>
        <w:tc>
          <w:tcPr>
            <w:tcW w:type="dxa" w:w="2880"/>
          </w:tcPr>
          <w:p>
            <w:r>
              <w:t>2026-09-21</w:t>
            </w:r>
          </w:p>
        </w:tc>
        <w:tc>
          <w:tcPr>
            <w:tcW w:type="dxa" w:w="2880"/>
          </w:tcPr>
          <w:p>
            <w:r>
              <w:t>tarpaulin</w:t>
            </w:r>
          </w:p>
        </w:tc>
        <w:tc>
          <w:tcPr>
            <w:tcW w:type="dxa" w:w="2880"/>
          </w:tcPr>
          <w:p>
            <w:r>
              <w:t>8</w:t>
            </w:r>
          </w:p>
        </w:tc>
      </w:tr>
      <w:tr>
        <w:tc>
          <w:tcPr>
            <w:tcW w:type="dxa" w:w="2880"/>
          </w:tcPr>
          <w:p>
            <w:r>
              <w:t>2026-09-21</w:t>
            </w:r>
          </w:p>
        </w:tc>
        <w:tc>
          <w:tcPr>
            <w:tcW w:type="dxa" w:w="2880"/>
          </w:tcPr>
          <w:p>
            <w:r>
              <w:t>hygiene kit</w:t>
            </w:r>
          </w:p>
        </w:tc>
        <w:tc>
          <w:tcPr>
            <w:tcW w:type="dxa" w:w="2880"/>
          </w:tcPr>
          <w:p>
            <w:r>
              <w:t>2</w:t>
            </w:r>
          </w:p>
        </w:tc>
      </w:tr>
      <w:tr>
        <w:tc>
          <w:tcPr>
            <w:tcW w:type="dxa" w:w="2880"/>
          </w:tcPr>
          <w:p>
            <w:r>
              <w:t>2026-09-21</w:t>
            </w:r>
          </w:p>
        </w:tc>
        <w:tc>
          <w:tcPr>
            <w:tcW w:type="dxa" w:w="2880"/>
          </w:tcPr>
          <w:p>
            <w:r>
              <w:t>food kit</w:t>
            </w:r>
          </w:p>
        </w:tc>
        <w:tc>
          <w:tcPr>
            <w:tcW w:type="dxa" w:w="2880"/>
          </w:tcPr>
          <w:p>
            <w:r>
              <w:t>4</w:t>
            </w:r>
          </w:p>
        </w:tc>
      </w:tr>
      <w:tr>
        <w:tc>
          <w:tcPr>
            <w:tcW w:type="dxa" w:w="2880"/>
          </w:tcPr>
          <w:p>
            <w:r>
              <w:t>2026-09-22</w:t>
            </w:r>
          </w:p>
        </w:tc>
        <w:tc>
          <w:tcPr>
            <w:tcW w:type="dxa" w:w="2880"/>
          </w:tcPr>
          <w:p>
            <w:r>
              <w:t>blanket</w:t>
            </w:r>
          </w:p>
        </w:tc>
        <w:tc>
          <w:tcPr>
            <w:tcW w:type="dxa" w:w="2880"/>
          </w:tcPr>
          <w:p>
            <w:r>
              <w:t>6</w:t>
            </w:r>
          </w:p>
        </w:tc>
      </w:tr>
      <w:tr>
        <w:tc>
          <w:tcPr>
            <w:tcW w:type="dxa" w:w="2880"/>
          </w:tcPr>
          <w:p>
            <w:r>
              <w:t>2026-09-22</w:t>
            </w:r>
          </w:p>
        </w:tc>
        <w:tc>
          <w:tcPr>
            <w:tcW w:type="dxa" w:w="2880"/>
          </w:tcPr>
          <w:p>
            <w:r>
              <w:t>tarpaulin</w:t>
            </w:r>
          </w:p>
        </w:tc>
        <w:tc>
          <w:tcPr>
            <w:tcW w:type="dxa" w:w="2880"/>
          </w:tcPr>
          <w:p>
            <w:r>
              <w:t>3</w:t>
            </w:r>
          </w:p>
        </w:tc>
      </w:tr>
      <w:tr>
        <w:tc>
          <w:tcPr>
            <w:tcW w:type="dxa" w:w="2880"/>
          </w:tcPr>
          <w:p>
            <w:r>
              <w:t>2026-09-22</w:t>
            </w:r>
          </w:p>
        </w:tc>
        <w:tc>
          <w:tcPr>
            <w:tcW w:type="dxa" w:w="2880"/>
          </w:tcPr>
          <w:p>
            <w:r>
              <w:t>hygiene kit</w:t>
            </w:r>
          </w:p>
        </w:tc>
        <w:tc>
          <w:tcPr>
            <w:tcW w:type="dxa" w:w="2880"/>
          </w:tcPr>
          <w:p>
            <w:r>
              <w:t>9</w:t>
            </w:r>
          </w:p>
        </w:tc>
      </w:tr>
      <w:tr>
        <w:tc>
          <w:tcPr>
            <w:tcW w:type="dxa" w:w="2880"/>
          </w:tcPr>
          <w:p>
            <w:r>
              <w:t>2026-09-22</w:t>
            </w:r>
          </w:p>
        </w:tc>
        <w:tc>
          <w:tcPr>
            <w:tcW w:type="dxa" w:w="2880"/>
          </w:tcPr>
          <w:p>
            <w:r>
              <w:t>food kit</w:t>
            </w:r>
          </w:p>
        </w:tc>
        <w:tc>
          <w:tcPr>
            <w:tcW w:type="dxa" w:w="2880"/>
          </w:tcPr>
          <w:p>
            <w:r>
              <w:t>6</w:t>
            </w:r>
          </w:p>
        </w:tc>
      </w:tr>
    </w:tbl>
    <w:p/>
    <w:p>
      <w:pPr>
        <w:pStyle w:val="Heading2"/>
      </w:pPr>
      <w:r>
        <w:t>Figure 46. Hot spot analysis: Damage assessments over time [94]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2026-09-02</w:t>
            </w:r>
          </w:p>
        </w:tc>
        <w:tc>
          <w:tcPr>
            <w:tcW w:type="dxa" w:w="2880"/>
          </w:tcPr>
          <w:p>
            <w:r>
              <w:t>not_significant</w:t>
            </w:r>
          </w:p>
        </w:tc>
        <w:tc>
          <w:tcPr>
            <w:tcW w:type="dxa" w:w="2880"/>
          </w:tcPr>
          <w:p>
            <w:r>
              <w:t>51</w:t>
            </w:r>
          </w:p>
        </w:tc>
      </w:tr>
      <w:tr>
        <w:tc>
          <w:tcPr>
            <w:tcW w:type="dxa" w:w="2880"/>
          </w:tcPr>
          <w:p>
            <w:r>
              <w:t>2026-09-02</w:t>
            </w:r>
          </w:p>
        </w:tc>
        <w:tc>
          <w:tcPr>
            <w:tcW w:type="dxa" w:w="2880"/>
          </w:tcPr>
          <w:p>
            <w:r>
              <w:t>hot_99</w:t>
            </w:r>
          </w:p>
        </w:tc>
        <w:tc>
          <w:tcPr>
            <w:tcW w:type="dxa" w:w="2880"/>
          </w:tcPr>
          <w:p>
            <w:r>
              <w:t>41</w:t>
            </w:r>
          </w:p>
        </w:tc>
      </w:tr>
      <w:tr>
        <w:tc>
          <w:tcPr>
            <w:tcW w:type="dxa" w:w="2880"/>
          </w:tcPr>
          <w:p>
            <w:r>
              <w:t>2026-09-02</w:t>
            </w:r>
          </w:p>
        </w:tc>
        <w:tc>
          <w:tcPr>
            <w:tcW w:type="dxa" w:w="2880"/>
          </w:tcPr>
          <w:p>
            <w:r>
              <w:t>cold_99</w:t>
            </w:r>
          </w:p>
        </w:tc>
        <w:tc>
          <w:tcPr>
            <w:tcW w:type="dxa" w:w="2880"/>
          </w:tcPr>
          <w:p>
            <w:r>
              <w:t>12</w:t>
            </w:r>
          </w:p>
        </w:tc>
      </w:tr>
      <w:tr>
        <w:tc>
          <w:tcPr>
            <w:tcW w:type="dxa" w:w="2880"/>
          </w:tcPr>
          <w:p>
            <w:r>
              <w:t>2026-09-02</w:t>
            </w:r>
          </w:p>
        </w:tc>
        <w:tc>
          <w:tcPr>
            <w:tcW w:type="dxa" w:w="2880"/>
          </w:tcPr>
          <w:p>
            <w:r>
              <w:t>cold_95</w:t>
            </w:r>
          </w:p>
        </w:tc>
        <w:tc>
          <w:tcPr>
            <w:tcW w:type="dxa" w:w="2880"/>
          </w:tcPr>
          <w:p>
            <w:r>
              <w:t>13</w:t>
            </w:r>
          </w:p>
        </w:tc>
      </w:tr>
      <w:tr>
        <w:tc>
          <w:tcPr>
            <w:tcW w:type="dxa" w:w="2880"/>
          </w:tcPr>
          <w:p>
            <w:r>
              <w:t>2026-09-02</w:t>
            </w:r>
          </w:p>
        </w:tc>
        <w:tc>
          <w:tcPr>
            <w:tcW w:type="dxa" w:w="2880"/>
          </w:tcPr>
          <w:p>
            <w:r>
              <w:t>hot_95</w:t>
            </w:r>
          </w:p>
        </w:tc>
        <w:tc>
          <w:tcPr>
            <w:tcW w:type="dxa" w:w="2880"/>
          </w:tcPr>
          <w:p>
            <w:r>
              <w:t>8</w:t>
            </w:r>
          </w:p>
        </w:tc>
      </w:tr>
      <w:tr>
        <w:tc>
          <w:tcPr>
            <w:tcW w:type="dxa" w:w="2880"/>
          </w:tcPr>
          <w:p>
            <w:r>
              <w:t>2026-09-02</w:t>
            </w:r>
          </w:p>
        </w:tc>
        <w:tc>
          <w:tcPr>
            <w:tcW w:type="dxa" w:w="2880"/>
          </w:tcPr>
          <w:p>
            <w:r>
              <w:t>Other</w:t>
            </w:r>
          </w:p>
        </w:tc>
        <w:tc>
          <w:tcPr>
            <w:tcW w:type="dxa" w:w="2880"/>
          </w:tcPr>
          <w:p>
            <w:r>
              <w:t>10</w:t>
            </w:r>
          </w:p>
        </w:tc>
      </w:tr>
      <w:tr>
        <w:tc>
          <w:tcPr>
            <w:tcW w:type="dxa" w:w="2880"/>
          </w:tcPr>
          <w:p>
            <w:r>
              <w:t>2026-09-03</w:t>
            </w:r>
          </w:p>
        </w:tc>
        <w:tc>
          <w:tcPr>
            <w:tcW w:type="dxa" w:w="2880"/>
          </w:tcPr>
          <w:p>
            <w:r>
              <w:t>not_significant</w:t>
            </w:r>
          </w:p>
        </w:tc>
        <w:tc>
          <w:tcPr>
            <w:tcW w:type="dxa" w:w="2880"/>
          </w:tcPr>
          <w:p>
            <w:r>
              <w:t>47</w:t>
            </w:r>
          </w:p>
        </w:tc>
      </w:tr>
      <w:tr>
        <w:tc>
          <w:tcPr>
            <w:tcW w:type="dxa" w:w="2880"/>
          </w:tcPr>
          <w:p>
            <w:r>
              <w:t>2026-09-03</w:t>
            </w:r>
          </w:p>
        </w:tc>
        <w:tc>
          <w:tcPr>
            <w:tcW w:type="dxa" w:w="2880"/>
          </w:tcPr>
          <w:p>
            <w:r>
              <w:t>hot_99</w:t>
            </w:r>
          </w:p>
        </w:tc>
        <w:tc>
          <w:tcPr>
            <w:tcW w:type="dxa" w:w="2880"/>
          </w:tcPr>
          <w:p>
            <w:r>
              <w:t>35</w:t>
            </w:r>
          </w:p>
        </w:tc>
      </w:tr>
      <w:tr>
        <w:tc>
          <w:tcPr>
            <w:tcW w:type="dxa" w:w="2880"/>
          </w:tcPr>
          <w:p>
            <w:r>
              <w:t>2026-09-03</w:t>
            </w:r>
          </w:p>
        </w:tc>
        <w:tc>
          <w:tcPr>
            <w:tcW w:type="dxa" w:w="2880"/>
          </w:tcPr>
          <w:p>
            <w:r>
              <w:t>cold_99</w:t>
            </w:r>
          </w:p>
        </w:tc>
        <w:tc>
          <w:tcPr>
            <w:tcW w:type="dxa" w:w="2880"/>
          </w:tcPr>
          <w:p>
            <w:r>
              <w:t>9</w:t>
            </w:r>
          </w:p>
        </w:tc>
      </w:tr>
      <w:tr>
        <w:tc>
          <w:tcPr>
            <w:tcW w:type="dxa" w:w="2880"/>
          </w:tcPr>
          <w:p>
            <w:r>
              <w:t>2026-09-03</w:t>
            </w:r>
          </w:p>
        </w:tc>
        <w:tc>
          <w:tcPr>
            <w:tcW w:type="dxa" w:w="2880"/>
          </w:tcPr>
          <w:p>
            <w:r>
              <w:t>cold_95</w:t>
            </w:r>
          </w:p>
        </w:tc>
        <w:tc>
          <w:tcPr>
            <w:tcW w:type="dxa" w:w="2880"/>
          </w:tcPr>
          <w:p>
            <w:r>
              <w:t>14</w:t>
            </w:r>
          </w:p>
        </w:tc>
      </w:tr>
      <w:tr>
        <w:tc>
          <w:tcPr>
            <w:tcW w:type="dxa" w:w="2880"/>
          </w:tcPr>
          <w:p>
            <w:r>
              <w:t>2026-09-03</w:t>
            </w:r>
          </w:p>
        </w:tc>
        <w:tc>
          <w:tcPr>
            <w:tcW w:type="dxa" w:w="2880"/>
          </w:tcPr>
          <w:p>
            <w:r>
              <w:t>hot_95</w:t>
            </w:r>
          </w:p>
        </w:tc>
        <w:tc>
          <w:tcPr>
            <w:tcW w:type="dxa" w:w="2880"/>
          </w:tcPr>
          <w:p>
            <w:r>
              <w:t>11</w:t>
            </w:r>
          </w:p>
        </w:tc>
      </w:tr>
      <w:tr>
        <w:tc>
          <w:tcPr>
            <w:tcW w:type="dxa" w:w="2880"/>
          </w:tcPr>
          <w:p>
            <w:r>
              <w:t>2026-09-03</w:t>
            </w:r>
          </w:p>
        </w:tc>
        <w:tc>
          <w:tcPr>
            <w:tcW w:type="dxa" w:w="2880"/>
          </w:tcPr>
          <w:p>
            <w:r>
              <w:t>Other</w:t>
            </w:r>
          </w:p>
        </w:tc>
        <w:tc>
          <w:tcPr>
            <w:tcW w:type="dxa" w:w="2880"/>
          </w:tcPr>
          <w:p>
            <w:r>
              <w:t>16</w:t>
            </w:r>
          </w:p>
        </w:tc>
      </w:tr>
      <w:tr>
        <w:tc>
          <w:tcPr>
            <w:tcW w:type="dxa" w:w="2880"/>
          </w:tcPr>
          <w:p>
            <w:r>
              <w:t>2026-09-04</w:t>
            </w:r>
          </w:p>
        </w:tc>
        <w:tc>
          <w:tcPr>
            <w:tcW w:type="dxa" w:w="2880"/>
          </w:tcPr>
          <w:p>
            <w:r>
              <w:t>not_significant</w:t>
            </w:r>
          </w:p>
        </w:tc>
        <w:tc>
          <w:tcPr>
            <w:tcW w:type="dxa" w:w="2880"/>
          </w:tcPr>
          <w:p>
            <w:r>
              <w:t>47</w:t>
            </w:r>
          </w:p>
        </w:tc>
      </w:tr>
      <w:tr>
        <w:tc>
          <w:tcPr>
            <w:tcW w:type="dxa" w:w="2880"/>
          </w:tcPr>
          <w:p>
            <w:r>
              <w:t>2026-09-04</w:t>
            </w:r>
          </w:p>
        </w:tc>
        <w:tc>
          <w:tcPr>
            <w:tcW w:type="dxa" w:w="2880"/>
          </w:tcPr>
          <w:p>
            <w:r>
              <w:t>hot_99</w:t>
            </w:r>
          </w:p>
        </w:tc>
        <w:tc>
          <w:tcPr>
            <w:tcW w:type="dxa" w:w="2880"/>
          </w:tcPr>
          <w:p>
            <w:r>
              <w:t>37</w:t>
            </w:r>
          </w:p>
        </w:tc>
      </w:tr>
      <w:tr>
        <w:tc>
          <w:tcPr>
            <w:tcW w:type="dxa" w:w="2880"/>
          </w:tcPr>
          <w:p>
            <w:r>
              <w:t>2026-09-04</w:t>
            </w:r>
          </w:p>
        </w:tc>
        <w:tc>
          <w:tcPr>
            <w:tcW w:type="dxa" w:w="2880"/>
          </w:tcPr>
          <w:p>
            <w:r>
              <w:t>cold_99</w:t>
            </w:r>
          </w:p>
        </w:tc>
        <w:tc>
          <w:tcPr>
            <w:tcW w:type="dxa" w:w="2880"/>
          </w:tcPr>
          <w:p>
            <w:r>
              <w:t>9</w:t>
            </w:r>
          </w:p>
        </w:tc>
      </w:tr>
      <w:tr>
        <w:tc>
          <w:tcPr>
            <w:tcW w:type="dxa" w:w="2880"/>
          </w:tcPr>
          <w:p>
            <w:r>
              <w:t>2026-09-04</w:t>
            </w:r>
          </w:p>
        </w:tc>
        <w:tc>
          <w:tcPr>
            <w:tcW w:type="dxa" w:w="2880"/>
          </w:tcPr>
          <w:p>
            <w:r>
              <w:t>cold_95</w:t>
            </w:r>
          </w:p>
        </w:tc>
        <w:tc>
          <w:tcPr>
            <w:tcW w:type="dxa" w:w="2880"/>
          </w:tcPr>
          <w:p>
            <w:r>
              <w:t>8</w:t>
            </w:r>
          </w:p>
        </w:tc>
      </w:tr>
      <w:tr>
        <w:tc>
          <w:tcPr>
            <w:tcW w:type="dxa" w:w="2880"/>
          </w:tcPr>
          <w:p>
            <w:r>
              <w:t>2026-09-04</w:t>
            </w:r>
          </w:p>
        </w:tc>
        <w:tc>
          <w:tcPr>
            <w:tcW w:type="dxa" w:w="2880"/>
          </w:tcPr>
          <w:p>
            <w:r>
              <w:t>hot_95</w:t>
            </w:r>
          </w:p>
        </w:tc>
        <w:tc>
          <w:tcPr>
            <w:tcW w:type="dxa" w:w="2880"/>
          </w:tcPr>
          <w:p>
            <w:r>
              <w:t>5</w:t>
            </w:r>
          </w:p>
        </w:tc>
      </w:tr>
      <w:tr>
        <w:tc>
          <w:tcPr>
            <w:tcW w:type="dxa" w:w="2880"/>
          </w:tcPr>
          <w:p>
            <w:r>
              <w:t>2026-09-04</w:t>
            </w:r>
          </w:p>
        </w:tc>
        <w:tc>
          <w:tcPr>
            <w:tcW w:type="dxa" w:w="2880"/>
          </w:tcPr>
          <w:p>
            <w:r>
              <w:t>Other</w:t>
            </w:r>
          </w:p>
        </w:tc>
        <w:tc>
          <w:tcPr>
            <w:tcW w:type="dxa" w:w="2880"/>
          </w:tcPr>
          <w:p>
            <w:r>
              <w:t>14</w:t>
            </w:r>
          </w:p>
        </w:tc>
      </w:tr>
      <w:tr>
        <w:tc>
          <w:tcPr>
            <w:tcW w:type="dxa" w:w="2880"/>
          </w:tcPr>
          <w:p>
            <w:r>
              <w:t>2026-09-05</w:t>
            </w:r>
          </w:p>
        </w:tc>
        <w:tc>
          <w:tcPr>
            <w:tcW w:type="dxa" w:w="2880"/>
          </w:tcPr>
          <w:p>
            <w:r>
              <w:t>not_significant</w:t>
            </w:r>
          </w:p>
        </w:tc>
        <w:tc>
          <w:tcPr>
            <w:tcW w:type="dxa" w:w="2880"/>
          </w:tcPr>
          <w:p>
            <w:r>
              <w:t>51</w:t>
            </w:r>
          </w:p>
        </w:tc>
      </w:tr>
      <w:tr>
        <w:tc>
          <w:tcPr>
            <w:tcW w:type="dxa" w:w="2880"/>
          </w:tcPr>
          <w:p>
            <w:r>
              <w:t>2026-09-05</w:t>
            </w:r>
          </w:p>
        </w:tc>
        <w:tc>
          <w:tcPr>
            <w:tcW w:type="dxa" w:w="2880"/>
          </w:tcPr>
          <w:p>
            <w:r>
              <w:t>hot_99</w:t>
            </w:r>
          </w:p>
        </w:tc>
        <w:tc>
          <w:tcPr>
            <w:tcW w:type="dxa" w:w="2880"/>
          </w:tcPr>
          <w:p>
            <w:r>
              <w:t>49</w:t>
            </w:r>
          </w:p>
        </w:tc>
      </w:tr>
      <w:tr>
        <w:tc>
          <w:tcPr>
            <w:tcW w:type="dxa" w:w="2880"/>
          </w:tcPr>
          <w:p>
            <w:r>
              <w:t>2026-09-05</w:t>
            </w:r>
          </w:p>
        </w:tc>
        <w:tc>
          <w:tcPr>
            <w:tcW w:type="dxa" w:w="2880"/>
          </w:tcPr>
          <w:p>
            <w:r>
              <w:t>cold_99</w:t>
            </w:r>
          </w:p>
        </w:tc>
        <w:tc>
          <w:tcPr>
            <w:tcW w:type="dxa" w:w="2880"/>
          </w:tcPr>
          <w:p>
            <w:r>
              <w:t>13</w:t>
            </w:r>
          </w:p>
        </w:tc>
      </w:tr>
      <w:tr>
        <w:tc>
          <w:tcPr>
            <w:tcW w:type="dxa" w:w="2880"/>
          </w:tcPr>
          <w:p>
            <w:r>
              <w:t>2026-09-05</w:t>
            </w:r>
          </w:p>
        </w:tc>
        <w:tc>
          <w:tcPr>
            <w:tcW w:type="dxa" w:w="2880"/>
          </w:tcPr>
          <w:p>
            <w:r>
              <w:t>cold_95</w:t>
            </w:r>
          </w:p>
        </w:tc>
        <w:tc>
          <w:tcPr>
            <w:tcW w:type="dxa" w:w="2880"/>
          </w:tcPr>
          <w:p>
            <w:r>
              <w:t>7</w:t>
            </w:r>
          </w:p>
        </w:tc>
      </w:tr>
      <w:tr>
        <w:tc>
          <w:tcPr>
            <w:tcW w:type="dxa" w:w="2880"/>
          </w:tcPr>
          <w:p>
            <w:r>
              <w:t>2026-09-05</w:t>
            </w:r>
          </w:p>
        </w:tc>
        <w:tc>
          <w:tcPr>
            <w:tcW w:type="dxa" w:w="2880"/>
          </w:tcPr>
          <w:p>
            <w:r>
              <w:t>hot_95</w:t>
            </w:r>
          </w:p>
        </w:tc>
        <w:tc>
          <w:tcPr>
            <w:tcW w:type="dxa" w:w="2880"/>
          </w:tcPr>
          <w:p>
            <w:r>
              <w:t>7</w:t>
            </w:r>
          </w:p>
        </w:tc>
      </w:tr>
      <w:tr>
        <w:tc>
          <w:tcPr>
            <w:tcW w:type="dxa" w:w="2880"/>
          </w:tcPr>
          <w:p>
            <w:r>
              <w:t>2026-09-05</w:t>
            </w:r>
          </w:p>
        </w:tc>
        <w:tc>
          <w:tcPr>
            <w:tcW w:type="dxa" w:w="2880"/>
          </w:tcPr>
          <w:p>
            <w:r>
              <w:t>Other</w:t>
            </w:r>
          </w:p>
        </w:tc>
        <w:tc>
          <w:tcPr>
            <w:tcW w:type="dxa" w:w="2880"/>
          </w:tcPr>
          <w:p>
            <w:r>
              <w:t>11</w:t>
            </w:r>
          </w:p>
        </w:tc>
      </w:tr>
      <w:tr>
        <w:tc>
          <w:tcPr>
            <w:tcW w:type="dxa" w:w="2880"/>
          </w:tcPr>
          <w:p>
            <w:r>
              <w:t>2026-09-06</w:t>
            </w:r>
          </w:p>
        </w:tc>
        <w:tc>
          <w:tcPr>
            <w:tcW w:type="dxa" w:w="2880"/>
          </w:tcPr>
          <w:p>
            <w:r>
              <w:t>not_significant</w:t>
            </w:r>
          </w:p>
        </w:tc>
        <w:tc>
          <w:tcPr>
            <w:tcW w:type="dxa" w:w="2880"/>
          </w:tcPr>
          <w:p>
            <w:r>
              <w:t>43</w:t>
            </w:r>
          </w:p>
        </w:tc>
      </w:tr>
      <w:tr>
        <w:tc>
          <w:tcPr>
            <w:tcW w:type="dxa" w:w="2880"/>
          </w:tcPr>
          <w:p>
            <w:r>
              <w:t>2026-09-06</w:t>
            </w:r>
          </w:p>
        </w:tc>
        <w:tc>
          <w:tcPr>
            <w:tcW w:type="dxa" w:w="2880"/>
          </w:tcPr>
          <w:p>
            <w:r>
              <w:t>hot_99</w:t>
            </w:r>
          </w:p>
        </w:tc>
        <w:tc>
          <w:tcPr>
            <w:tcW w:type="dxa" w:w="2880"/>
          </w:tcPr>
          <w:p>
            <w:r>
              <w:t>32</w:t>
            </w:r>
          </w:p>
        </w:tc>
      </w:tr>
      <w:tr>
        <w:tc>
          <w:tcPr>
            <w:tcW w:type="dxa" w:w="2880"/>
          </w:tcPr>
          <w:p>
            <w:r>
              <w:t>2026-09-06</w:t>
            </w:r>
          </w:p>
        </w:tc>
        <w:tc>
          <w:tcPr>
            <w:tcW w:type="dxa" w:w="2880"/>
          </w:tcPr>
          <w:p>
            <w:r>
              <w:t>cold_99</w:t>
            </w:r>
          </w:p>
        </w:tc>
        <w:tc>
          <w:tcPr>
            <w:tcW w:type="dxa" w:w="2880"/>
          </w:tcPr>
          <w:p>
            <w:r>
              <w:t>7</w:t>
            </w:r>
          </w:p>
        </w:tc>
      </w:tr>
      <w:tr>
        <w:tc>
          <w:tcPr>
            <w:tcW w:type="dxa" w:w="2880"/>
          </w:tcPr>
          <w:p>
            <w:r>
              <w:t>2026-09-06</w:t>
            </w:r>
          </w:p>
        </w:tc>
        <w:tc>
          <w:tcPr>
            <w:tcW w:type="dxa" w:w="2880"/>
          </w:tcPr>
          <w:p>
            <w:r>
              <w:t>cold_95</w:t>
            </w:r>
          </w:p>
        </w:tc>
        <w:tc>
          <w:tcPr>
            <w:tcW w:type="dxa" w:w="2880"/>
          </w:tcPr>
          <w:p>
            <w:r>
              <w:t>10</w:t>
            </w:r>
          </w:p>
        </w:tc>
      </w:tr>
      <w:tr>
        <w:tc>
          <w:tcPr>
            <w:tcW w:type="dxa" w:w="2880"/>
          </w:tcPr>
          <w:p>
            <w:r>
              <w:t>2026-09-06</w:t>
            </w:r>
          </w:p>
        </w:tc>
        <w:tc>
          <w:tcPr>
            <w:tcW w:type="dxa" w:w="2880"/>
          </w:tcPr>
          <w:p>
            <w:r>
              <w:t>hot_95</w:t>
            </w:r>
          </w:p>
        </w:tc>
        <w:tc>
          <w:tcPr>
            <w:tcW w:type="dxa" w:w="2880"/>
          </w:tcPr>
          <w:p>
            <w:r>
              <w:t>7</w:t>
            </w:r>
          </w:p>
        </w:tc>
      </w:tr>
      <w:tr>
        <w:tc>
          <w:tcPr>
            <w:tcW w:type="dxa" w:w="2880"/>
          </w:tcPr>
          <w:p>
            <w:r>
              <w:t>2026-09-06</w:t>
            </w:r>
          </w:p>
        </w:tc>
        <w:tc>
          <w:tcPr>
            <w:tcW w:type="dxa" w:w="2880"/>
          </w:tcPr>
          <w:p>
            <w:r>
              <w:t>Other</w:t>
            </w:r>
          </w:p>
        </w:tc>
        <w:tc>
          <w:tcPr>
            <w:tcW w:type="dxa" w:w="2880"/>
          </w:tcPr>
          <w:p>
            <w:r>
              <w:t>5</w:t>
            </w:r>
          </w:p>
        </w:tc>
      </w:tr>
      <w:tr>
        <w:tc>
          <w:tcPr>
            <w:tcW w:type="dxa" w:w="2880"/>
          </w:tcPr>
          <w:p>
            <w:r>
              <w:t>2026-09-07</w:t>
            </w:r>
          </w:p>
        </w:tc>
        <w:tc>
          <w:tcPr>
            <w:tcW w:type="dxa" w:w="2880"/>
          </w:tcPr>
          <w:p>
            <w:r>
              <w:t>not_significant</w:t>
            </w:r>
          </w:p>
        </w:tc>
        <w:tc>
          <w:tcPr>
            <w:tcW w:type="dxa" w:w="2880"/>
          </w:tcPr>
          <w:p>
            <w:r>
              <w:t>41</w:t>
            </w:r>
          </w:p>
        </w:tc>
      </w:tr>
      <w:tr>
        <w:tc>
          <w:tcPr>
            <w:tcW w:type="dxa" w:w="2880"/>
          </w:tcPr>
          <w:p>
            <w:r>
              <w:t>2026-09-07</w:t>
            </w:r>
          </w:p>
        </w:tc>
        <w:tc>
          <w:tcPr>
            <w:tcW w:type="dxa" w:w="2880"/>
          </w:tcPr>
          <w:p>
            <w:r>
              <w:t>hot_99</w:t>
            </w:r>
          </w:p>
        </w:tc>
        <w:tc>
          <w:tcPr>
            <w:tcW w:type="dxa" w:w="2880"/>
          </w:tcPr>
          <w:p>
            <w:r>
              <w:t>26</w:t>
            </w:r>
          </w:p>
        </w:tc>
      </w:tr>
      <w:tr>
        <w:tc>
          <w:tcPr>
            <w:tcW w:type="dxa" w:w="2880"/>
          </w:tcPr>
          <w:p>
            <w:r>
              <w:t>2026-09-07</w:t>
            </w:r>
          </w:p>
        </w:tc>
        <w:tc>
          <w:tcPr>
            <w:tcW w:type="dxa" w:w="2880"/>
          </w:tcPr>
          <w:p>
            <w:r>
              <w:t>cold_99</w:t>
            </w:r>
          </w:p>
        </w:tc>
        <w:tc>
          <w:tcPr>
            <w:tcW w:type="dxa" w:w="2880"/>
          </w:tcPr>
          <w:p>
            <w:r>
              <w:t>6</w:t>
            </w:r>
          </w:p>
        </w:tc>
      </w:tr>
      <w:tr>
        <w:tc>
          <w:tcPr>
            <w:tcW w:type="dxa" w:w="2880"/>
          </w:tcPr>
          <w:p>
            <w:r>
              <w:t>2026-09-07</w:t>
            </w:r>
          </w:p>
        </w:tc>
        <w:tc>
          <w:tcPr>
            <w:tcW w:type="dxa" w:w="2880"/>
          </w:tcPr>
          <w:p>
            <w:r>
              <w:t>cold_95</w:t>
            </w:r>
          </w:p>
        </w:tc>
        <w:tc>
          <w:tcPr>
            <w:tcW w:type="dxa" w:w="2880"/>
          </w:tcPr>
          <w:p>
            <w:r>
              <w:t>6</w:t>
            </w:r>
          </w:p>
        </w:tc>
      </w:tr>
      <w:tr>
        <w:tc>
          <w:tcPr>
            <w:tcW w:type="dxa" w:w="2880"/>
          </w:tcPr>
          <w:p>
            <w:r>
              <w:t>2026-09-07</w:t>
            </w:r>
          </w:p>
        </w:tc>
        <w:tc>
          <w:tcPr>
            <w:tcW w:type="dxa" w:w="2880"/>
          </w:tcPr>
          <w:p>
            <w:r>
              <w:t>hot_95</w:t>
            </w:r>
          </w:p>
        </w:tc>
        <w:tc>
          <w:tcPr>
            <w:tcW w:type="dxa" w:w="2880"/>
          </w:tcPr>
          <w:p>
            <w:r>
              <w:t>8</w:t>
            </w:r>
          </w:p>
        </w:tc>
      </w:tr>
      <w:tr>
        <w:tc>
          <w:tcPr>
            <w:tcW w:type="dxa" w:w="2880"/>
          </w:tcPr>
          <w:p>
            <w:r>
              <w:t>2026-09-07</w:t>
            </w:r>
          </w:p>
        </w:tc>
        <w:tc>
          <w:tcPr>
            <w:tcW w:type="dxa" w:w="2880"/>
          </w:tcPr>
          <w:p>
            <w:r>
              <w:t>Other</w:t>
            </w:r>
          </w:p>
        </w:tc>
        <w:tc>
          <w:tcPr>
            <w:tcW w:type="dxa" w:w="2880"/>
          </w:tcPr>
          <w:p>
            <w:r>
              <w:t>8</w:t>
            </w:r>
          </w:p>
        </w:tc>
      </w:tr>
      <w:tr>
        <w:tc>
          <w:tcPr>
            <w:tcW w:type="dxa" w:w="2880"/>
          </w:tcPr>
          <w:p>
            <w:r>
              <w:t>2026-09-08</w:t>
            </w:r>
          </w:p>
        </w:tc>
        <w:tc>
          <w:tcPr>
            <w:tcW w:type="dxa" w:w="2880"/>
          </w:tcPr>
          <w:p>
            <w:r>
              <w:t>not_significant</w:t>
            </w:r>
          </w:p>
        </w:tc>
        <w:tc>
          <w:tcPr>
            <w:tcW w:type="dxa" w:w="2880"/>
          </w:tcPr>
          <w:p>
            <w:r>
              <w:t>41</w:t>
            </w:r>
          </w:p>
        </w:tc>
      </w:tr>
      <w:tr>
        <w:tc>
          <w:tcPr>
            <w:tcW w:type="dxa" w:w="2880"/>
          </w:tcPr>
          <w:p>
            <w:r>
              <w:t>2026-09-08</w:t>
            </w:r>
          </w:p>
        </w:tc>
        <w:tc>
          <w:tcPr>
            <w:tcW w:type="dxa" w:w="2880"/>
          </w:tcPr>
          <w:p>
            <w:r>
              <w:t>hot_99</w:t>
            </w:r>
          </w:p>
        </w:tc>
        <w:tc>
          <w:tcPr>
            <w:tcW w:type="dxa" w:w="2880"/>
          </w:tcPr>
          <w:p>
            <w:r>
              <w:t>29</w:t>
            </w:r>
          </w:p>
        </w:tc>
      </w:tr>
      <w:tr>
        <w:tc>
          <w:tcPr>
            <w:tcW w:type="dxa" w:w="2880"/>
          </w:tcPr>
          <w:p>
            <w:r>
              <w:t>2026-09-08</w:t>
            </w:r>
          </w:p>
        </w:tc>
        <w:tc>
          <w:tcPr>
            <w:tcW w:type="dxa" w:w="2880"/>
          </w:tcPr>
          <w:p>
            <w:r>
              <w:t>cold_99</w:t>
            </w:r>
          </w:p>
        </w:tc>
        <w:tc>
          <w:tcPr>
            <w:tcW w:type="dxa" w:w="2880"/>
          </w:tcPr>
          <w:p>
            <w:r>
              <w:t>10</w:t>
            </w:r>
          </w:p>
        </w:tc>
      </w:tr>
      <w:tr>
        <w:tc>
          <w:tcPr>
            <w:tcW w:type="dxa" w:w="2880"/>
          </w:tcPr>
          <w:p>
            <w:r>
              <w:t>2026-09-08</w:t>
            </w:r>
          </w:p>
        </w:tc>
        <w:tc>
          <w:tcPr>
            <w:tcW w:type="dxa" w:w="2880"/>
          </w:tcPr>
          <w:p>
            <w:r>
              <w:t>cold_95</w:t>
            </w:r>
          </w:p>
        </w:tc>
        <w:tc>
          <w:tcPr>
            <w:tcW w:type="dxa" w:w="2880"/>
          </w:tcPr>
          <w:p>
            <w:r>
              <w:t>10</w:t>
            </w:r>
          </w:p>
        </w:tc>
      </w:tr>
      <w:tr>
        <w:tc>
          <w:tcPr>
            <w:tcW w:type="dxa" w:w="2880"/>
          </w:tcPr>
          <w:p>
            <w:r>
              <w:t>2026-09-08</w:t>
            </w:r>
          </w:p>
        </w:tc>
        <w:tc>
          <w:tcPr>
            <w:tcW w:type="dxa" w:w="2880"/>
          </w:tcPr>
          <w:p>
            <w:r>
              <w:t>hot_95</w:t>
            </w:r>
          </w:p>
        </w:tc>
        <w:tc>
          <w:tcPr>
            <w:tcW w:type="dxa" w:w="2880"/>
          </w:tcPr>
          <w:p>
            <w:r>
              <w:t>9</w:t>
            </w:r>
          </w:p>
        </w:tc>
      </w:tr>
      <w:tr>
        <w:tc>
          <w:tcPr>
            <w:tcW w:type="dxa" w:w="2880"/>
          </w:tcPr>
          <w:p>
            <w:r>
              <w:t>2026-09-08</w:t>
            </w:r>
          </w:p>
        </w:tc>
        <w:tc>
          <w:tcPr>
            <w:tcW w:type="dxa" w:w="2880"/>
          </w:tcPr>
          <w:p>
            <w:r>
              <w:t>Other</w:t>
            </w:r>
          </w:p>
        </w:tc>
        <w:tc>
          <w:tcPr>
            <w:tcW w:type="dxa" w:w="2880"/>
          </w:tcPr>
          <w:p>
            <w:r>
              <w:t>10</w:t>
            </w:r>
          </w:p>
        </w:tc>
      </w:tr>
      <w:tr>
        <w:tc>
          <w:tcPr>
            <w:tcW w:type="dxa" w:w="2880"/>
          </w:tcPr>
          <w:p>
            <w:r>
              <w:t>2026-09-09</w:t>
            </w:r>
          </w:p>
        </w:tc>
        <w:tc>
          <w:tcPr>
            <w:tcW w:type="dxa" w:w="2880"/>
          </w:tcPr>
          <w:p>
            <w:r>
              <w:t>not_significant</w:t>
            </w:r>
          </w:p>
        </w:tc>
        <w:tc>
          <w:tcPr>
            <w:tcW w:type="dxa" w:w="2880"/>
          </w:tcPr>
          <w:p>
            <w:r>
              <w:t>50</w:t>
            </w:r>
          </w:p>
        </w:tc>
      </w:tr>
      <w:tr>
        <w:tc>
          <w:tcPr>
            <w:tcW w:type="dxa" w:w="2880"/>
          </w:tcPr>
          <w:p>
            <w:r>
              <w:t>2026-09-09</w:t>
            </w:r>
          </w:p>
        </w:tc>
        <w:tc>
          <w:tcPr>
            <w:tcW w:type="dxa" w:w="2880"/>
          </w:tcPr>
          <w:p>
            <w:r>
              <w:t>hot_99</w:t>
            </w:r>
          </w:p>
        </w:tc>
        <w:tc>
          <w:tcPr>
            <w:tcW w:type="dxa" w:w="2880"/>
          </w:tcPr>
          <w:p>
            <w:r>
              <w:t>24</w:t>
            </w:r>
          </w:p>
        </w:tc>
      </w:tr>
      <w:tr>
        <w:tc>
          <w:tcPr>
            <w:tcW w:type="dxa" w:w="2880"/>
          </w:tcPr>
          <w:p>
            <w:r>
              <w:t>2026-09-09</w:t>
            </w:r>
          </w:p>
        </w:tc>
        <w:tc>
          <w:tcPr>
            <w:tcW w:type="dxa" w:w="2880"/>
          </w:tcPr>
          <w:p>
            <w:r>
              <w:t>cold_99</w:t>
            </w:r>
          </w:p>
        </w:tc>
        <w:tc>
          <w:tcPr>
            <w:tcW w:type="dxa" w:w="2880"/>
          </w:tcPr>
          <w:p>
            <w:r>
              <w:t>12</w:t>
            </w:r>
          </w:p>
        </w:tc>
      </w:tr>
      <w:tr>
        <w:tc>
          <w:tcPr>
            <w:tcW w:type="dxa" w:w="2880"/>
          </w:tcPr>
          <w:p>
            <w:r>
              <w:t>2026-09-09</w:t>
            </w:r>
          </w:p>
        </w:tc>
        <w:tc>
          <w:tcPr>
            <w:tcW w:type="dxa" w:w="2880"/>
          </w:tcPr>
          <w:p>
            <w:r>
              <w:t>cold_95</w:t>
            </w:r>
          </w:p>
        </w:tc>
        <w:tc>
          <w:tcPr>
            <w:tcW w:type="dxa" w:w="2880"/>
          </w:tcPr>
          <w:p>
            <w:r>
              <w:t>10</w:t>
            </w:r>
          </w:p>
        </w:tc>
      </w:tr>
      <w:tr>
        <w:tc>
          <w:tcPr>
            <w:tcW w:type="dxa" w:w="2880"/>
          </w:tcPr>
          <w:p>
            <w:r>
              <w:t>2026-09-09</w:t>
            </w:r>
          </w:p>
        </w:tc>
        <w:tc>
          <w:tcPr>
            <w:tcW w:type="dxa" w:w="2880"/>
          </w:tcPr>
          <w:p>
            <w:r>
              <w:t>hot_95</w:t>
            </w:r>
          </w:p>
        </w:tc>
        <w:tc>
          <w:tcPr>
            <w:tcW w:type="dxa" w:w="2880"/>
          </w:tcPr>
          <w:p>
            <w:r>
              <w:t>7</w:t>
            </w:r>
          </w:p>
        </w:tc>
      </w:tr>
      <w:tr>
        <w:tc>
          <w:tcPr>
            <w:tcW w:type="dxa" w:w="2880"/>
          </w:tcPr>
          <w:p>
            <w:r>
              <w:t>2026-09-09</w:t>
            </w:r>
          </w:p>
        </w:tc>
        <w:tc>
          <w:tcPr>
            <w:tcW w:type="dxa" w:w="2880"/>
          </w:tcPr>
          <w:p>
            <w:r>
              <w:t>Other</w:t>
            </w:r>
          </w:p>
        </w:tc>
        <w:tc>
          <w:tcPr>
            <w:tcW w:type="dxa" w:w="2880"/>
          </w:tcPr>
          <w:p>
            <w:r>
              <w:t>12</w:t>
            </w:r>
          </w:p>
        </w:tc>
      </w:tr>
      <w:tr>
        <w:tc>
          <w:tcPr>
            <w:tcW w:type="dxa" w:w="2880"/>
          </w:tcPr>
          <w:p>
            <w:r>
              <w:t>2026-09-10</w:t>
            </w:r>
          </w:p>
        </w:tc>
        <w:tc>
          <w:tcPr>
            <w:tcW w:type="dxa" w:w="2880"/>
          </w:tcPr>
          <w:p>
            <w:r>
              <w:t>not_significant</w:t>
            </w:r>
          </w:p>
        </w:tc>
        <w:tc>
          <w:tcPr>
            <w:tcW w:type="dxa" w:w="2880"/>
          </w:tcPr>
          <w:p>
            <w:r>
              <w:t>38</w:t>
            </w:r>
          </w:p>
        </w:tc>
      </w:tr>
      <w:tr>
        <w:tc>
          <w:tcPr>
            <w:tcW w:type="dxa" w:w="2880"/>
          </w:tcPr>
          <w:p>
            <w:r>
              <w:t>2026-09-10</w:t>
            </w:r>
          </w:p>
        </w:tc>
        <w:tc>
          <w:tcPr>
            <w:tcW w:type="dxa" w:w="2880"/>
          </w:tcPr>
          <w:p>
            <w:r>
              <w:t>hot_99</w:t>
            </w:r>
          </w:p>
        </w:tc>
        <w:tc>
          <w:tcPr>
            <w:tcW w:type="dxa" w:w="2880"/>
          </w:tcPr>
          <w:p>
            <w:r>
              <w:t>38</w:t>
            </w:r>
          </w:p>
        </w:tc>
      </w:tr>
      <w:tr>
        <w:tc>
          <w:tcPr>
            <w:tcW w:type="dxa" w:w="2880"/>
          </w:tcPr>
          <w:p>
            <w:r>
              <w:t>2026-09-10</w:t>
            </w:r>
          </w:p>
        </w:tc>
        <w:tc>
          <w:tcPr>
            <w:tcW w:type="dxa" w:w="2880"/>
          </w:tcPr>
          <w:p>
            <w:r>
              <w:t>cold_99</w:t>
            </w:r>
          </w:p>
        </w:tc>
        <w:tc>
          <w:tcPr>
            <w:tcW w:type="dxa" w:w="2880"/>
          </w:tcPr>
          <w:p>
            <w:r>
              <w:t>14</w:t>
            </w:r>
          </w:p>
        </w:tc>
      </w:tr>
      <w:tr>
        <w:tc>
          <w:tcPr>
            <w:tcW w:type="dxa" w:w="2880"/>
          </w:tcPr>
          <w:p>
            <w:r>
              <w:t>2026-09-10</w:t>
            </w:r>
          </w:p>
        </w:tc>
        <w:tc>
          <w:tcPr>
            <w:tcW w:type="dxa" w:w="2880"/>
          </w:tcPr>
          <w:p>
            <w:r>
              <w:t>cold_95</w:t>
            </w:r>
          </w:p>
        </w:tc>
        <w:tc>
          <w:tcPr>
            <w:tcW w:type="dxa" w:w="2880"/>
          </w:tcPr>
          <w:p>
            <w:r>
              <w:t>5</w:t>
            </w:r>
          </w:p>
        </w:tc>
      </w:tr>
      <w:tr>
        <w:tc>
          <w:tcPr>
            <w:tcW w:type="dxa" w:w="2880"/>
          </w:tcPr>
          <w:p>
            <w:r>
              <w:t>2026-09-10</w:t>
            </w:r>
          </w:p>
        </w:tc>
        <w:tc>
          <w:tcPr>
            <w:tcW w:type="dxa" w:w="2880"/>
          </w:tcPr>
          <w:p>
            <w:r>
              <w:t>hot_95</w:t>
            </w:r>
          </w:p>
        </w:tc>
        <w:tc>
          <w:tcPr>
            <w:tcW w:type="dxa" w:w="2880"/>
          </w:tcPr>
          <w:p>
            <w:r>
              <w:t>8</w:t>
            </w:r>
          </w:p>
        </w:tc>
      </w:tr>
      <w:tr>
        <w:tc>
          <w:tcPr>
            <w:tcW w:type="dxa" w:w="2880"/>
          </w:tcPr>
          <w:p>
            <w:r>
              <w:t>2026-09-10</w:t>
            </w:r>
          </w:p>
        </w:tc>
        <w:tc>
          <w:tcPr>
            <w:tcW w:type="dxa" w:w="2880"/>
          </w:tcPr>
          <w:p>
            <w:r>
              <w:t>Other</w:t>
            </w:r>
          </w:p>
        </w:tc>
        <w:tc>
          <w:tcPr>
            <w:tcW w:type="dxa" w:w="2880"/>
          </w:tcPr>
          <w:p>
            <w:r>
              <w:t>13</w:t>
            </w:r>
          </w:p>
        </w:tc>
      </w:tr>
      <w:tr>
        <w:tc>
          <w:tcPr>
            <w:tcW w:type="dxa" w:w="2880"/>
          </w:tcPr>
          <w:p>
            <w:r>
              <w:t>2026-09-11</w:t>
            </w:r>
          </w:p>
        </w:tc>
        <w:tc>
          <w:tcPr>
            <w:tcW w:type="dxa" w:w="2880"/>
          </w:tcPr>
          <w:p>
            <w:r>
              <w:t>not_significant</w:t>
            </w:r>
          </w:p>
        </w:tc>
        <w:tc>
          <w:tcPr>
            <w:tcW w:type="dxa" w:w="2880"/>
          </w:tcPr>
          <w:p>
            <w:r>
              <w:t>35</w:t>
            </w:r>
          </w:p>
        </w:tc>
      </w:tr>
      <w:tr>
        <w:tc>
          <w:tcPr>
            <w:tcW w:type="dxa" w:w="2880"/>
          </w:tcPr>
          <w:p>
            <w:r>
              <w:t>2026-09-11</w:t>
            </w:r>
          </w:p>
        </w:tc>
        <w:tc>
          <w:tcPr>
            <w:tcW w:type="dxa" w:w="2880"/>
          </w:tcPr>
          <w:p>
            <w:r>
              <w:t>hot_99</w:t>
            </w:r>
          </w:p>
        </w:tc>
        <w:tc>
          <w:tcPr>
            <w:tcW w:type="dxa" w:w="2880"/>
          </w:tcPr>
          <w:p>
            <w:r>
              <w:t>24</w:t>
            </w:r>
          </w:p>
        </w:tc>
      </w:tr>
      <w:tr>
        <w:tc>
          <w:tcPr>
            <w:tcW w:type="dxa" w:w="2880"/>
          </w:tcPr>
          <w:p>
            <w:r>
              <w:t>2026-09-11</w:t>
            </w:r>
          </w:p>
        </w:tc>
        <w:tc>
          <w:tcPr>
            <w:tcW w:type="dxa" w:w="2880"/>
          </w:tcPr>
          <w:p>
            <w:r>
              <w:t>cold_99</w:t>
            </w:r>
          </w:p>
        </w:tc>
        <w:tc>
          <w:tcPr>
            <w:tcW w:type="dxa" w:w="2880"/>
          </w:tcPr>
          <w:p>
            <w:r>
              <w:t>11</w:t>
            </w:r>
          </w:p>
        </w:tc>
      </w:tr>
      <w:tr>
        <w:tc>
          <w:tcPr>
            <w:tcW w:type="dxa" w:w="2880"/>
          </w:tcPr>
          <w:p>
            <w:r>
              <w:t>2026-09-11</w:t>
            </w:r>
          </w:p>
        </w:tc>
        <w:tc>
          <w:tcPr>
            <w:tcW w:type="dxa" w:w="2880"/>
          </w:tcPr>
          <w:p>
            <w:r>
              <w:t>cold_95</w:t>
            </w:r>
          </w:p>
        </w:tc>
        <w:tc>
          <w:tcPr>
            <w:tcW w:type="dxa" w:w="2880"/>
          </w:tcPr>
          <w:p>
            <w:r>
              <w:t>14</w:t>
            </w:r>
          </w:p>
        </w:tc>
      </w:tr>
      <w:tr>
        <w:tc>
          <w:tcPr>
            <w:tcW w:type="dxa" w:w="2880"/>
          </w:tcPr>
          <w:p>
            <w:r>
              <w:t>2026-09-11</w:t>
            </w:r>
          </w:p>
        </w:tc>
        <w:tc>
          <w:tcPr>
            <w:tcW w:type="dxa" w:w="2880"/>
          </w:tcPr>
          <w:p>
            <w:r>
              <w:t>hot_95</w:t>
            </w:r>
          </w:p>
        </w:tc>
        <w:tc>
          <w:tcPr>
            <w:tcW w:type="dxa" w:w="2880"/>
          </w:tcPr>
          <w:p>
            <w:r>
              <w:t>13</w:t>
            </w:r>
          </w:p>
        </w:tc>
      </w:tr>
      <w:tr>
        <w:tc>
          <w:tcPr>
            <w:tcW w:type="dxa" w:w="2880"/>
          </w:tcPr>
          <w:p>
            <w:r>
              <w:t>2026-09-11</w:t>
            </w:r>
          </w:p>
        </w:tc>
        <w:tc>
          <w:tcPr>
            <w:tcW w:type="dxa" w:w="2880"/>
          </w:tcPr>
          <w:p>
            <w:r>
              <w:t>Other</w:t>
            </w:r>
          </w:p>
        </w:tc>
        <w:tc>
          <w:tcPr>
            <w:tcW w:type="dxa" w:w="2880"/>
          </w:tcPr>
          <w:p>
            <w:r>
              <w:t>11</w:t>
            </w:r>
          </w:p>
        </w:tc>
      </w:tr>
      <w:tr>
        <w:tc>
          <w:tcPr>
            <w:tcW w:type="dxa" w:w="2880"/>
          </w:tcPr>
          <w:p>
            <w:r>
              <w:t>2026-09-12</w:t>
            </w:r>
          </w:p>
        </w:tc>
        <w:tc>
          <w:tcPr>
            <w:tcW w:type="dxa" w:w="2880"/>
          </w:tcPr>
          <w:p>
            <w:r>
              <w:t>not_significant</w:t>
            </w:r>
          </w:p>
        </w:tc>
        <w:tc>
          <w:tcPr>
            <w:tcW w:type="dxa" w:w="2880"/>
          </w:tcPr>
          <w:p>
            <w:r>
              <w:t>36</w:t>
            </w:r>
          </w:p>
        </w:tc>
      </w:tr>
      <w:tr>
        <w:tc>
          <w:tcPr>
            <w:tcW w:type="dxa" w:w="2880"/>
          </w:tcPr>
          <w:p>
            <w:r>
              <w:t>2026-09-12</w:t>
            </w:r>
          </w:p>
        </w:tc>
        <w:tc>
          <w:tcPr>
            <w:tcW w:type="dxa" w:w="2880"/>
          </w:tcPr>
          <w:p>
            <w:r>
              <w:t>hot_99</w:t>
            </w:r>
          </w:p>
        </w:tc>
        <w:tc>
          <w:tcPr>
            <w:tcW w:type="dxa" w:w="2880"/>
          </w:tcPr>
          <w:p>
            <w:r>
              <w:t>27</w:t>
            </w:r>
          </w:p>
        </w:tc>
      </w:tr>
      <w:tr>
        <w:tc>
          <w:tcPr>
            <w:tcW w:type="dxa" w:w="2880"/>
          </w:tcPr>
          <w:p>
            <w:r>
              <w:t>2026-09-12</w:t>
            </w:r>
          </w:p>
        </w:tc>
        <w:tc>
          <w:tcPr>
            <w:tcW w:type="dxa" w:w="2880"/>
          </w:tcPr>
          <w:p>
            <w:r>
              <w:t>cold_99</w:t>
            </w:r>
          </w:p>
        </w:tc>
        <w:tc>
          <w:tcPr>
            <w:tcW w:type="dxa" w:w="2880"/>
          </w:tcPr>
          <w:p>
            <w:r>
              <w:t>6</w:t>
            </w:r>
          </w:p>
        </w:tc>
      </w:tr>
      <w:tr>
        <w:tc>
          <w:tcPr>
            <w:tcW w:type="dxa" w:w="2880"/>
          </w:tcPr>
          <w:p>
            <w:r>
              <w:t>2026-09-12</w:t>
            </w:r>
          </w:p>
        </w:tc>
        <w:tc>
          <w:tcPr>
            <w:tcW w:type="dxa" w:w="2880"/>
          </w:tcPr>
          <w:p>
            <w:r>
              <w:t>cold_95</w:t>
            </w:r>
          </w:p>
        </w:tc>
        <w:tc>
          <w:tcPr>
            <w:tcW w:type="dxa" w:w="2880"/>
          </w:tcPr>
          <w:p>
            <w:r>
              <w:t>7</w:t>
            </w:r>
          </w:p>
        </w:tc>
      </w:tr>
      <w:tr>
        <w:tc>
          <w:tcPr>
            <w:tcW w:type="dxa" w:w="2880"/>
          </w:tcPr>
          <w:p>
            <w:r>
              <w:t>2026-09-12</w:t>
            </w:r>
          </w:p>
        </w:tc>
        <w:tc>
          <w:tcPr>
            <w:tcW w:type="dxa" w:w="2880"/>
          </w:tcPr>
          <w:p>
            <w:r>
              <w:t>hot_95</w:t>
            </w:r>
          </w:p>
        </w:tc>
        <w:tc>
          <w:tcPr>
            <w:tcW w:type="dxa" w:w="2880"/>
          </w:tcPr>
          <w:p>
            <w:r>
              <w:t>4</w:t>
            </w:r>
          </w:p>
        </w:tc>
      </w:tr>
      <w:tr>
        <w:tc>
          <w:tcPr>
            <w:tcW w:type="dxa" w:w="2880"/>
          </w:tcPr>
          <w:p>
            <w:r>
              <w:t>2026-09-12</w:t>
            </w:r>
          </w:p>
        </w:tc>
        <w:tc>
          <w:tcPr>
            <w:tcW w:type="dxa" w:w="2880"/>
          </w:tcPr>
          <w:p>
            <w:r>
              <w:t>Other</w:t>
            </w:r>
          </w:p>
        </w:tc>
        <w:tc>
          <w:tcPr>
            <w:tcW w:type="dxa" w:w="2880"/>
          </w:tcPr>
          <w:p>
            <w:r>
              <w:t>14</w:t>
            </w:r>
          </w:p>
        </w:tc>
      </w:tr>
      <w:tr>
        <w:tc>
          <w:tcPr>
            <w:tcW w:type="dxa" w:w="2880"/>
          </w:tcPr>
          <w:p>
            <w:r>
              <w:t>2026-09-13</w:t>
            </w:r>
          </w:p>
        </w:tc>
        <w:tc>
          <w:tcPr>
            <w:tcW w:type="dxa" w:w="2880"/>
          </w:tcPr>
          <w:p>
            <w:r>
              <w:t>not_significant</w:t>
            </w:r>
          </w:p>
        </w:tc>
        <w:tc>
          <w:tcPr>
            <w:tcW w:type="dxa" w:w="2880"/>
          </w:tcPr>
          <w:p>
            <w:r>
              <w:t>29</w:t>
            </w:r>
          </w:p>
        </w:tc>
      </w:tr>
      <w:tr>
        <w:tc>
          <w:tcPr>
            <w:tcW w:type="dxa" w:w="2880"/>
          </w:tcPr>
          <w:p>
            <w:r>
              <w:t>2026-09-13</w:t>
            </w:r>
          </w:p>
        </w:tc>
        <w:tc>
          <w:tcPr>
            <w:tcW w:type="dxa" w:w="2880"/>
          </w:tcPr>
          <w:p>
            <w:r>
              <w:t>hot_99</w:t>
            </w:r>
          </w:p>
        </w:tc>
        <w:tc>
          <w:tcPr>
            <w:tcW w:type="dxa" w:w="2880"/>
          </w:tcPr>
          <w:p>
            <w:r>
              <w:t>29</w:t>
            </w:r>
          </w:p>
        </w:tc>
      </w:tr>
      <w:tr>
        <w:tc>
          <w:tcPr>
            <w:tcW w:type="dxa" w:w="2880"/>
          </w:tcPr>
          <w:p>
            <w:r>
              <w:t>2026-09-13</w:t>
            </w:r>
          </w:p>
        </w:tc>
        <w:tc>
          <w:tcPr>
            <w:tcW w:type="dxa" w:w="2880"/>
          </w:tcPr>
          <w:p>
            <w:r>
              <w:t>cold_99</w:t>
            </w:r>
          </w:p>
        </w:tc>
        <w:tc>
          <w:tcPr>
            <w:tcW w:type="dxa" w:w="2880"/>
          </w:tcPr>
          <w:p>
            <w:r>
              <w:t>4</w:t>
            </w:r>
          </w:p>
        </w:tc>
      </w:tr>
      <w:tr>
        <w:tc>
          <w:tcPr>
            <w:tcW w:type="dxa" w:w="2880"/>
          </w:tcPr>
          <w:p>
            <w:r>
              <w:t>2026-09-13</w:t>
            </w:r>
          </w:p>
        </w:tc>
        <w:tc>
          <w:tcPr>
            <w:tcW w:type="dxa" w:w="2880"/>
          </w:tcPr>
          <w:p>
            <w:r>
              <w:t>cold_95</w:t>
            </w:r>
          </w:p>
        </w:tc>
        <w:tc>
          <w:tcPr>
            <w:tcW w:type="dxa" w:w="2880"/>
          </w:tcPr>
          <w:p>
            <w:r>
              <w:t>5</w:t>
            </w:r>
          </w:p>
        </w:tc>
      </w:tr>
      <w:tr>
        <w:tc>
          <w:tcPr>
            <w:tcW w:type="dxa" w:w="2880"/>
          </w:tcPr>
          <w:p>
            <w:r>
              <w:t>2026-09-13</w:t>
            </w:r>
          </w:p>
        </w:tc>
        <w:tc>
          <w:tcPr>
            <w:tcW w:type="dxa" w:w="2880"/>
          </w:tcPr>
          <w:p>
            <w:r>
              <w:t>hot_95</w:t>
            </w:r>
          </w:p>
        </w:tc>
        <w:tc>
          <w:tcPr>
            <w:tcW w:type="dxa" w:w="2880"/>
          </w:tcPr>
          <w:p>
            <w:r>
              <w:t>4</w:t>
            </w:r>
          </w:p>
        </w:tc>
      </w:tr>
      <w:tr>
        <w:tc>
          <w:tcPr>
            <w:tcW w:type="dxa" w:w="2880"/>
          </w:tcPr>
          <w:p>
            <w:r>
              <w:t>2026-09-13</w:t>
            </w:r>
          </w:p>
        </w:tc>
        <w:tc>
          <w:tcPr>
            <w:tcW w:type="dxa" w:w="2880"/>
          </w:tcPr>
          <w:p>
            <w:r>
              <w:t>Other</w:t>
            </w:r>
          </w:p>
        </w:tc>
        <w:tc>
          <w:tcPr>
            <w:tcW w:type="dxa" w:w="2880"/>
          </w:tcPr>
          <w:p>
            <w:r>
              <w:t>7</w:t>
            </w:r>
          </w:p>
        </w:tc>
      </w:tr>
      <w:tr>
        <w:tc>
          <w:tcPr>
            <w:tcW w:type="dxa" w:w="2880"/>
          </w:tcPr>
          <w:p>
            <w:r>
              <w:t>2026-09-14</w:t>
            </w:r>
          </w:p>
        </w:tc>
        <w:tc>
          <w:tcPr>
            <w:tcW w:type="dxa" w:w="2880"/>
          </w:tcPr>
          <w:p>
            <w:r>
              <w:t>not_significant</w:t>
            </w:r>
          </w:p>
        </w:tc>
        <w:tc>
          <w:tcPr>
            <w:tcW w:type="dxa" w:w="2880"/>
          </w:tcPr>
          <w:p>
            <w:r>
              <w:t>33</w:t>
            </w:r>
          </w:p>
        </w:tc>
      </w:tr>
      <w:tr>
        <w:tc>
          <w:tcPr>
            <w:tcW w:type="dxa" w:w="2880"/>
          </w:tcPr>
          <w:p>
            <w:r>
              <w:t>2026-09-14</w:t>
            </w:r>
          </w:p>
        </w:tc>
        <w:tc>
          <w:tcPr>
            <w:tcW w:type="dxa" w:w="2880"/>
          </w:tcPr>
          <w:p>
            <w:r>
              <w:t>hot_99</w:t>
            </w:r>
          </w:p>
        </w:tc>
        <w:tc>
          <w:tcPr>
            <w:tcW w:type="dxa" w:w="2880"/>
          </w:tcPr>
          <w:p>
            <w:r>
              <w:t>14</w:t>
            </w:r>
          </w:p>
        </w:tc>
      </w:tr>
      <w:tr>
        <w:tc>
          <w:tcPr>
            <w:tcW w:type="dxa" w:w="2880"/>
          </w:tcPr>
          <w:p>
            <w:r>
              <w:t>2026-09-14</w:t>
            </w:r>
          </w:p>
        </w:tc>
        <w:tc>
          <w:tcPr>
            <w:tcW w:type="dxa" w:w="2880"/>
          </w:tcPr>
          <w:p>
            <w:r>
              <w:t>cold_99</w:t>
            </w:r>
          </w:p>
        </w:tc>
        <w:tc>
          <w:tcPr>
            <w:tcW w:type="dxa" w:w="2880"/>
          </w:tcPr>
          <w:p>
            <w:r>
              <w:t>8</w:t>
            </w:r>
          </w:p>
        </w:tc>
      </w:tr>
      <w:tr>
        <w:tc>
          <w:tcPr>
            <w:tcW w:type="dxa" w:w="2880"/>
          </w:tcPr>
          <w:p>
            <w:r>
              <w:t>2026-09-14</w:t>
            </w:r>
          </w:p>
        </w:tc>
        <w:tc>
          <w:tcPr>
            <w:tcW w:type="dxa" w:w="2880"/>
          </w:tcPr>
          <w:p>
            <w:r>
              <w:t>cold_95</w:t>
            </w:r>
          </w:p>
        </w:tc>
        <w:tc>
          <w:tcPr>
            <w:tcW w:type="dxa" w:w="2880"/>
          </w:tcPr>
          <w:p>
            <w:r>
              <w:t>9</w:t>
            </w:r>
          </w:p>
        </w:tc>
      </w:tr>
      <w:tr>
        <w:tc>
          <w:tcPr>
            <w:tcW w:type="dxa" w:w="2880"/>
          </w:tcPr>
          <w:p>
            <w:r>
              <w:t>2026-09-14</w:t>
            </w:r>
          </w:p>
        </w:tc>
        <w:tc>
          <w:tcPr>
            <w:tcW w:type="dxa" w:w="2880"/>
          </w:tcPr>
          <w:p>
            <w:r>
              <w:t>hot_95</w:t>
            </w:r>
          </w:p>
        </w:tc>
        <w:tc>
          <w:tcPr>
            <w:tcW w:type="dxa" w:w="2880"/>
          </w:tcPr>
          <w:p>
            <w:r>
              <w:t>4</w:t>
            </w:r>
          </w:p>
        </w:tc>
      </w:tr>
      <w:tr>
        <w:tc>
          <w:tcPr>
            <w:tcW w:type="dxa" w:w="2880"/>
          </w:tcPr>
          <w:p>
            <w:r>
              <w:t>2026-09-14</w:t>
            </w:r>
          </w:p>
        </w:tc>
        <w:tc>
          <w:tcPr>
            <w:tcW w:type="dxa" w:w="2880"/>
          </w:tcPr>
          <w:p>
            <w:r>
              <w:t>Other</w:t>
            </w:r>
          </w:p>
        </w:tc>
        <w:tc>
          <w:tcPr>
            <w:tcW w:type="dxa" w:w="2880"/>
          </w:tcPr>
          <w:p>
            <w:r>
              <w:t>11</w:t>
            </w:r>
          </w:p>
        </w:tc>
      </w:tr>
      <w:tr>
        <w:tc>
          <w:tcPr>
            <w:tcW w:type="dxa" w:w="2880"/>
          </w:tcPr>
          <w:p>
            <w:r>
              <w:t>2026-09-15</w:t>
            </w:r>
          </w:p>
        </w:tc>
        <w:tc>
          <w:tcPr>
            <w:tcW w:type="dxa" w:w="2880"/>
          </w:tcPr>
          <w:p>
            <w:r>
              <w:t>not_significant</w:t>
            </w:r>
          </w:p>
        </w:tc>
        <w:tc>
          <w:tcPr>
            <w:tcW w:type="dxa" w:w="2880"/>
          </w:tcPr>
          <w:p>
            <w:r>
              <w:t>28</w:t>
            </w:r>
          </w:p>
        </w:tc>
      </w:tr>
      <w:tr>
        <w:tc>
          <w:tcPr>
            <w:tcW w:type="dxa" w:w="2880"/>
          </w:tcPr>
          <w:p>
            <w:r>
              <w:t>2026-09-15</w:t>
            </w:r>
          </w:p>
        </w:tc>
        <w:tc>
          <w:tcPr>
            <w:tcW w:type="dxa" w:w="2880"/>
          </w:tcPr>
          <w:p>
            <w:r>
              <w:t>hot_99</w:t>
            </w:r>
          </w:p>
        </w:tc>
        <w:tc>
          <w:tcPr>
            <w:tcW w:type="dxa" w:w="2880"/>
          </w:tcPr>
          <w:p>
            <w:r>
              <w:t>22</w:t>
            </w:r>
          </w:p>
        </w:tc>
      </w:tr>
      <w:tr>
        <w:tc>
          <w:tcPr>
            <w:tcW w:type="dxa" w:w="2880"/>
          </w:tcPr>
          <w:p>
            <w:r>
              <w:t>2026-09-15</w:t>
            </w:r>
          </w:p>
        </w:tc>
        <w:tc>
          <w:tcPr>
            <w:tcW w:type="dxa" w:w="2880"/>
          </w:tcPr>
          <w:p>
            <w:r>
              <w:t>cold_99</w:t>
            </w:r>
          </w:p>
        </w:tc>
        <w:tc>
          <w:tcPr>
            <w:tcW w:type="dxa" w:w="2880"/>
          </w:tcPr>
          <w:p>
            <w:r>
              <w:t>13</w:t>
            </w:r>
          </w:p>
        </w:tc>
      </w:tr>
      <w:tr>
        <w:tc>
          <w:tcPr>
            <w:tcW w:type="dxa" w:w="2880"/>
          </w:tcPr>
          <w:p>
            <w:r>
              <w:t>2026-09-15</w:t>
            </w:r>
          </w:p>
        </w:tc>
        <w:tc>
          <w:tcPr>
            <w:tcW w:type="dxa" w:w="2880"/>
          </w:tcPr>
          <w:p>
            <w:r>
              <w:t>cold_95</w:t>
            </w:r>
          </w:p>
        </w:tc>
        <w:tc>
          <w:tcPr>
            <w:tcW w:type="dxa" w:w="2880"/>
          </w:tcPr>
          <w:p>
            <w:r>
              <w:t>9</w:t>
            </w:r>
          </w:p>
        </w:tc>
      </w:tr>
      <w:tr>
        <w:tc>
          <w:tcPr>
            <w:tcW w:type="dxa" w:w="2880"/>
          </w:tcPr>
          <w:p>
            <w:r>
              <w:t>2026-09-15</w:t>
            </w:r>
          </w:p>
        </w:tc>
        <w:tc>
          <w:tcPr>
            <w:tcW w:type="dxa" w:w="2880"/>
          </w:tcPr>
          <w:p>
            <w:r>
              <w:t>hot_95</w:t>
            </w:r>
          </w:p>
        </w:tc>
        <w:tc>
          <w:tcPr>
            <w:tcW w:type="dxa" w:w="2880"/>
          </w:tcPr>
          <w:p>
            <w:r>
              <w:t>5</w:t>
            </w:r>
          </w:p>
        </w:tc>
      </w:tr>
      <w:tr>
        <w:tc>
          <w:tcPr>
            <w:tcW w:type="dxa" w:w="2880"/>
          </w:tcPr>
          <w:p>
            <w:r>
              <w:t>2026-09-15</w:t>
            </w:r>
          </w:p>
        </w:tc>
        <w:tc>
          <w:tcPr>
            <w:tcW w:type="dxa" w:w="2880"/>
          </w:tcPr>
          <w:p>
            <w:r>
              <w:t>Other</w:t>
            </w:r>
          </w:p>
        </w:tc>
        <w:tc>
          <w:tcPr>
            <w:tcW w:type="dxa" w:w="2880"/>
          </w:tcPr>
          <w:p>
            <w:r>
              <w:t>12</w:t>
            </w:r>
          </w:p>
        </w:tc>
      </w:tr>
      <w:tr>
        <w:tc>
          <w:tcPr>
            <w:tcW w:type="dxa" w:w="2880"/>
          </w:tcPr>
          <w:p>
            <w:r>
              <w:t>2026-09-16</w:t>
            </w:r>
          </w:p>
        </w:tc>
        <w:tc>
          <w:tcPr>
            <w:tcW w:type="dxa" w:w="2880"/>
          </w:tcPr>
          <w:p>
            <w:r>
              <w:t>not_significant</w:t>
            </w:r>
          </w:p>
        </w:tc>
        <w:tc>
          <w:tcPr>
            <w:tcW w:type="dxa" w:w="2880"/>
          </w:tcPr>
          <w:p>
            <w:r>
              <w:t>31</w:t>
            </w:r>
          </w:p>
        </w:tc>
      </w:tr>
      <w:tr>
        <w:tc>
          <w:tcPr>
            <w:tcW w:type="dxa" w:w="2880"/>
          </w:tcPr>
          <w:p>
            <w:r>
              <w:t>2026-09-16</w:t>
            </w:r>
          </w:p>
        </w:tc>
        <w:tc>
          <w:tcPr>
            <w:tcW w:type="dxa" w:w="2880"/>
          </w:tcPr>
          <w:p>
            <w:r>
              <w:t>hot_99</w:t>
            </w:r>
          </w:p>
        </w:tc>
        <w:tc>
          <w:tcPr>
            <w:tcW w:type="dxa" w:w="2880"/>
          </w:tcPr>
          <w:p>
            <w:r>
              <w:t>20</w:t>
            </w:r>
          </w:p>
        </w:tc>
      </w:tr>
      <w:tr>
        <w:tc>
          <w:tcPr>
            <w:tcW w:type="dxa" w:w="2880"/>
          </w:tcPr>
          <w:p>
            <w:r>
              <w:t>2026-09-16</w:t>
            </w:r>
          </w:p>
        </w:tc>
        <w:tc>
          <w:tcPr>
            <w:tcW w:type="dxa" w:w="2880"/>
          </w:tcPr>
          <w:p>
            <w:r>
              <w:t>cold_99</w:t>
            </w:r>
          </w:p>
        </w:tc>
        <w:tc>
          <w:tcPr>
            <w:tcW w:type="dxa" w:w="2880"/>
          </w:tcPr>
          <w:p>
            <w:r>
              <w:t>8</w:t>
            </w:r>
          </w:p>
        </w:tc>
      </w:tr>
      <w:tr>
        <w:tc>
          <w:tcPr>
            <w:tcW w:type="dxa" w:w="2880"/>
          </w:tcPr>
          <w:p>
            <w:r>
              <w:t>2026-09-16</w:t>
            </w:r>
          </w:p>
        </w:tc>
        <w:tc>
          <w:tcPr>
            <w:tcW w:type="dxa" w:w="2880"/>
          </w:tcPr>
          <w:p>
            <w:r>
              <w:t>cold_95</w:t>
            </w:r>
          </w:p>
        </w:tc>
        <w:tc>
          <w:tcPr>
            <w:tcW w:type="dxa" w:w="2880"/>
          </w:tcPr>
          <w:p>
            <w:r>
              <w:t>7</w:t>
            </w:r>
          </w:p>
        </w:tc>
      </w:tr>
      <w:tr>
        <w:tc>
          <w:tcPr>
            <w:tcW w:type="dxa" w:w="2880"/>
          </w:tcPr>
          <w:p>
            <w:r>
              <w:t>2026-09-16</w:t>
            </w:r>
          </w:p>
        </w:tc>
        <w:tc>
          <w:tcPr>
            <w:tcW w:type="dxa" w:w="2880"/>
          </w:tcPr>
          <w:p>
            <w:r>
              <w:t>hot_95</w:t>
            </w:r>
          </w:p>
        </w:tc>
        <w:tc>
          <w:tcPr>
            <w:tcW w:type="dxa" w:w="2880"/>
          </w:tcPr>
          <w:p>
            <w:r>
              <w:t>3</w:t>
            </w:r>
          </w:p>
        </w:tc>
      </w:tr>
      <w:tr>
        <w:tc>
          <w:tcPr>
            <w:tcW w:type="dxa" w:w="2880"/>
          </w:tcPr>
          <w:p>
            <w:r>
              <w:t>2026-09-16</w:t>
            </w:r>
          </w:p>
        </w:tc>
        <w:tc>
          <w:tcPr>
            <w:tcW w:type="dxa" w:w="2880"/>
          </w:tcPr>
          <w:p>
            <w:r>
              <w:t>Other</w:t>
            </w:r>
          </w:p>
        </w:tc>
        <w:tc>
          <w:tcPr>
            <w:tcW w:type="dxa" w:w="2880"/>
          </w:tcPr>
          <w:p>
            <w:r>
              <w:t>7</w:t>
            </w:r>
          </w:p>
        </w:tc>
      </w:tr>
      <w:tr>
        <w:tc>
          <w:tcPr>
            <w:tcW w:type="dxa" w:w="2880"/>
          </w:tcPr>
          <w:p>
            <w:r>
              <w:t>2026-09-17</w:t>
            </w:r>
          </w:p>
        </w:tc>
        <w:tc>
          <w:tcPr>
            <w:tcW w:type="dxa" w:w="2880"/>
          </w:tcPr>
          <w:p>
            <w:r>
              <w:t>not_significant</w:t>
            </w:r>
          </w:p>
        </w:tc>
        <w:tc>
          <w:tcPr>
            <w:tcW w:type="dxa" w:w="2880"/>
          </w:tcPr>
          <w:p>
            <w:r>
              <w:t>30</w:t>
            </w:r>
          </w:p>
        </w:tc>
      </w:tr>
      <w:tr>
        <w:tc>
          <w:tcPr>
            <w:tcW w:type="dxa" w:w="2880"/>
          </w:tcPr>
          <w:p>
            <w:r>
              <w:t>2026-09-17</w:t>
            </w:r>
          </w:p>
        </w:tc>
        <w:tc>
          <w:tcPr>
            <w:tcW w:type="dxa" w:w="2880"/>
          </w:tcPr>
          <w:p>
            <w:r>
              <w:t>hot_99</w:t>
            </w:r>
          </w:p>
        </w:tc>
        <w:tc>
          <w:tcPr>
            <w:tcW w:type="dxa" w:w="2880"/>
          </w:tcPr>
          <w:p>
            <w:r>
              <w:t>32</w:t>
            </w:r>
          </w:p>
        </w:tc>
      </w:tr>
      <w:tr>
        <w:tc>
          <w:tcPr>
            <w:tcW w:type="dxa" w:w="2880"/>
          </w:tcPr>
          <w:p>
            <w:r>
              <w:t>2026-09-17</w:t>
            </w:r>
          </w:p>
        </w:tc>
        <w:tc>
          <w:tcPr>
            <w:tcW w:type="dxa" w:w="2880"/>
          </w:tcPr>
          <w:p>
            <w:r>
              <w:t>cold_99</w:t>
            </w:r>
          </w:p>
        </w:tc>
        <w:tc>
          <w:tcPr>
            <w:tcW w:type="dxa" w:w="2880"/>
          </w:tcPr>
          <w:p>
            <w:r>
              <w:t>13</w:t>
            </w:r>
          </w:p>
        </w:tc>
      </w:tr>
      <w:tr>
        <w:tc>
          <w:tcPr>
            <w:tcW w:type="dxa" w:w="2880"/>
          </w:tcPr>
          <w:p>
            <w:r>
              <w:t>2026-09-17</w:t>
            </w:r>
          </w:p>
        </w:tc>
        <w:tc>
          <w:tcPr>
            <w:tcW w:type="dxa" w:w="2880"/>
          </w:tcPr>
          <w:p>
            <w:r>
              <w:t>cold_95</w:t>
            </w:r>
          </w:p>
        </w:tc>
        <w:tc>
          <w:tcPr>
            <w:tcW w:type="dxa" w:w="2880"/>
          </w:tcPr>
          <w:p>
            <w:r>
              <w:t>2</w:t>
            </w:r>
          </w:p>
        </w:tc>
      </w:tr>
      <w:tr>
        <w:tc>
          <w:tcPr>
            <w:tcW w:type="dxa" w:w="2880"/>
          </w:tcPr>
          <w:p>
            <w:r>
              <w:t>2026-09-17</w:t>
            </w:r>
          </w:p>
        </w:tc>
        <w:tc>
          <w:tcPr>
            <w:tcW w:type="dxa" w:w="2880"/>
          </w:tcPr>
          <w:p>
            <w:r>
              <w:t>hot_95</w:t>
            </w:r>
          </w:p>
        </w:tc>
        <w:tc>
          <w:tcPr>
            <w:tcW w:type="dxa" w:w="2880"/>
          </w:tcPr>
          <w:p>
            <w:r>
              <w:t>3</w:t>
            </w:r>
          </w:p>
        </w:tc>
      </w:tr>
      <w:tr>
        <w:tc>
          <w:tcPr>
            <w:tcW w:type="dxa" w:w="2880"/>
          </w:tcPr>
          <w:p>
            <w:r>
              <w:t>2026-09-17</w:t>
            </w:r>
          </w:p>
        </w:tc>
        <w:tc>
          <w:tcPr>
            <w:tcW w:type="dxa" w:w="2880"/>
          </w:tcPr>
          <w:p>
            <w:r>
              <w:t>Other</w:t>
            </w:r>
          </w:p>
        </w:tc>
        <w:tc>
          <w:tcPr>
            <w:tcW w:type="dxa" w:w="2880"/>
          </w:tcPr>
          <w:p>
            <w:r>
              <w:t>9</w:t>
            </w:r>
          </w:p>
        </w:tc>
      </w:tr>
      <w:tr>
        <w:tc>
          <w:tcPr>
            <w:tcW w:type="dxa" w:w="2880"/>
          </w:tcPr>
          <w:p>
            <w:r>
              <w:t>2026-09-18</w:t>
            </w:r>
          </w:p>
        </w:tc>
        <w:tc>
          <w:tcPr>
            <w:tcW w:type="dxa" w:w="2880"/>
          </w:tcPr>
          <w:p>
            <w:r>
              <w:t>not_significant</w:t>
            </w:r>
          </w:p>
        </w:tc>
        <w:tc>
          <w:tcPr>
            <w:tcW w:type="dxa" w:w="2880"/>
          </w:tcPr>
          <w:p>
            <w:r>
              <w:t>23</w:t>
            </w:r>
          </w:p>
        </w:tc>
      </w:tr>
      <w:tr>
        <w:tc>
          <w:tcPr>
            <w:tcW w:type="dxa" w:w="2880"/>
          </w:tcPr>
          <w:p>
            <w:r>
              <w:t>2026-09-18</w:t>
            </w:r>
          </w:p>
        </w:tc>
        <w:tc>
          <w:tcPr>
            <w:tcW w:type="dxa" w:w="2880"/>
          </w:tcPr>
          <w:p>
            <w:r>
              <w:t>hot_99</w:t>
            </w:r>
          </w:p>
        </w:tc>
        <w:tc>
          <w:tcPr>
            <w:tcW w:type="dxa" w:w="2880"/>
          </w:tcPr>
          <w:p>
            <w:r>
              <w:t>20</w:t>
            </w:r>
          </w:p>
        </w:tc>
      </w:tr>
      <w:tr>
        <w:tc>
          <w:tcPr>
            <w:tcW w:type="dxa" w:w="2880"/>
          </w:tcPr>
          <w:p>
            <w:r>
              <w:t>2026-09-18</w:t>
            </w:r>
          </w:p>
        </w:tc>
        <w:tc>
          <w:tcPr>
            <w:tcW w:type="dxa" w:w="2880"/>
          </w:tcPr>
          <w:p>
            <w:r>
              <w:t>cold_99</w:t>
            </w:r>
          </w:p>
        </w:tc>
        <w:tc>
          <w:tcPr>
            <w:tcW w:type="dxa" w:w="2880"/>
          </w:tcPr>
          <w:p>
            <w:r>
              <w:t>9</w:t>
            </w:r>
          </w:p>
        </w:tc>
      </w:tr>
      <w:tr>
        <w:tc>
          <w:tcPr>
            <w:tcW w:type="dxa" w:w="2880"/>
          </w:tcPr>
          <w:p>
            <w:r>
              <w:t>2026-09-18</w:t>
            </w:r>
          </w:p>
        </w:tc>
        <w:tc>
          <w:tcPr>
            <w:tcW w:type="dxa" w:w="2880"/>
          </w:tcPr>
          <w:p>
            <w:r>
              <w:t>cold_95</w:t>
            </w:r>
          </w:p>
        </w:tc>
        <w:tc>
          <w:tcPr>
            <w:tcW w:type="dxa" w:w="2880"/>
          </w:tcPr>
          <w:p>
            <w:r>
              <w:t>6</w:t>
            </w:r>
          </w:p>
        </w:tc>
      </w:tr>
      <w:tr>
        <w:tc>
          <w:tcPr>
            <w:tcW w:type="dxa" w:w="2880"/>
          </w:tcPr>
          <w:p>
            <w:r>
              <w:t>2026-09-18</w:t>
            </w:r>
          </w:p>
        </w:tc>
        <w:tc>
          <w:tcPr>
            <w:tcW w:type="dxa" w:w="2880"/>
          </w:tcPr>
          <w:p>
            <w:r>
              <w:t>hot_95</w:t>
            </w:r>
          </w:p>
        </w:tc>
        <w:tc>
          <w:tcPr>
            <w:tcW w:type="dxa" w:w="2880"/>
          </w:tcPr>
          <w:p>
            <w:r>
              <w:t>4</w:t>
            </w:r>
          </w:p>
        </w:tc>
      </w:tr>
      <w:tr>
        <w:tc>
          <w:tcPr>
            <w:tcW w:type="dxa" w:w="2880"/>
          </w:tcPr>
          <w:p>
            <w:r>
              <w:t>2026-09-18</w:t>
            </w:r>
          </w:p>
        </w:tc>
        <w:tc>
          <w:tcPr>
            <w:tcW w:type="dxa" w:w="2880"/>
          </w:tcPr>
          <w:p>
            <w:r>
              <w:t>Other</w:t>
            </w:r>
          </w:p>
        </w:tc>
        <w:tc>
          <w:tcPr>
            <w:tcW w:type="dxa" w:w="2880"/>
          </w:tcPr>
          <w:p>
            <w:r>
              <w:t>7</w:t>
            </w:r>
          </w:p>
        </w:tc>
      </w:tr>
      <w:tr>
        <w:tc>
          <w:tcPr>
            <w:tcW w:type="dxa" w:w="2880"/>
          </w:tcPr>
          <w:p>
            <w:r>
              <w:t>2026-09-19</w:t>
            </w:r>
          </w:p>
        </w:tc>
        <w:tc>
          <w:tcPr>
            <w:tcW w:type="dxa" w:w="2880"/>
          </w:tcPr>
          <w:p>
            <w:r>
              <w:t>not_significant</w:t>
            </w:r>
          </w:p>
        </w:tc>
        <w:tc>
          <w:tcPr>
            <w:tcW w:type="dxa" w:w="2880"/>
          </w:tcPr>
          <w:p>
            <w:r>
              <w:t>32</w:t>
            </w:r>
          </w:p>
        </w:tc>
      </w:tr>
      <w:tr>
        <w:tc>
          <w:tcPr>
            <w:tcW w:type="dxa" w:w="2880"/>
          </w:tcPr>
          <w:p>
            <w:r>
              <w:t>2026-09-19</w:t>
            </w:r>
          </w:p>
        </w:tc>
        <w:tc>
          <w:tcPr>
            <w:tcW w:type="dxa" w:w="2880"/>
          </w:tcPr>
          <w:p>
            <w:r>
              <w:t>hot_99</w:t>
            </w:r>
          </w:p>
        </w:tc>
        <w:tc>
          <w:tcPr>
            <w:tcW w:type="dxa" w:w="2880"/>
          </w:tcPr>
          <w:p>
            <w:r>
              <w:t>18</w:t>
            </w:r>
          </w:p>
        </w:tc>
      </w:tr>
      <w:tr>
        <w:tc>
          <w:tcPr>
            <w:tcW w:type="dxa" w:w="2880"/>
          </w:tcPr>
          <w:p>
            <w:r>
              <w:t>2026-09-19</w:t>
            </w:r>
          </w:p>
        </w:tc>
        <w:tc>
          <w:tcPr>
            <w:tcW w:type="dxa" w:w="2880"/>
          </w:tcPr>
          <w:p>
            <w:r>
              <w:t>cold_99</w:t>
            </w:r>
          </w:p>
        </w:tc>
        <w:tc>
          <w:tcPr>
            <w:tcW w:type="dxa" w:w="2880"/>
          </w:tcPr>
          <w:p>
            <w:r>
              <w:t>6</w:t>
            </w:r>
          </w:p>
        </w:tc>
      </w:tr>
      <w:tr>
        <w:tc>
          <w:tcPr>
            <w:tcW w:type="dxa" w:w="2880"/>
          </w:tcPr>
          <w:p>
            <w:r>
              <w:t>2026-09-19</w:t>
            </w:r>
          </w:p>
        </w:tc>
        <w:tc>
          <w:tcPr>
            <w:tcW w:type="dxa" w:w="2880"/>
          </w:tcPr>
          <w:p>
            <w:r>
              <w:t>cold_95</w:t>
            </w:r>
          </w:p>
        </w:tc>
        <w:tc>
          <w:tcPr>
            <w:tcW w:type="dxa" w:w="2880"/>
          </w:tcPr>
          <w:p>
            <w:r>
              <w:t>6</w:t>
            </w:r>
          </w:p>
        </w:tc>
      </w:tr>
      <w:tr>
        <w:tc>
          <w:tcPr>
            <w:tcW w:type="dxa" w:w="2880"/>
          </w:tcPr>
          <w:p>
            <w:r>
              <w:t>2026-09-19</w:t>
            </w:r>
          </w:p>
        </w:tc>
        <w:tc>
          <w:tcPr>
            <w:tcW w:type="dxa" w:w="2880"/>
          </w:tcPr>
          <w:p>
            <w:r>
              <w:t>hot_95</w:t>
            </w:r>
          </w:p>
        </w:tc>
        <w:tc>
          <w:tcPr>
            <w:tcW w:type="dxa" w:w="2880"/>
          </w:tcPr>
          <w:p>
            <w:r>
              <w:t>6</w:t>
            </w:r>
          </w:p>
        </w:tc>
      </w:tr>
      <w:tr>
        <w:tc>
          <w:tcPr>
            <w:tcW w:type="dxa" w:w="2880"/>
          </w:tcPr>
          <w:p>
            <w:r>
              <w:t>2026-09-19</w:t>
            </w:r>
          </w:p>
        </w:tc>
        <w:tc>
          <w:tcPr>
            <w:tcW w:type="dxa" w:w="2880"/>
          </w:tcPr>
          <w:p>
            <w:r>
              <w:t>Other</w:t>
            </w:r>
          </w:p>
        </w:tc>
        <w:tc>
          <w:tcPr>
            <w:tcW w:type="dxa" w:w="2880"/>
          </w:tcPr>
          <w:p>
            <w:r>
              <w:t>7</w:t>
            </w:r>
          </w:p>
        </w:tc>
      </w:tr>
      <w:tr>
        <w:tc>
          <w:tcPr>
            <w:tcW w:type="dxa" w:w="2880"/>
          </w:tcPr>
          <w:p>
            <w:r>
              <w:t>2026-09-20</w:t>
            </w:r>
          </w:p>
        </w:tc>
        <w:tc>
          <w:tcPr>
            <w:tcW w:type="dxa" w:w="2880"/>
          </w:tcPr>
          <w:p>
            <w:r>
              <w:t>not_significant</w:t>
            </w:r>
          </w:p>
        </w:tc>
        <w:tc>
          <w:tcPr>
            <w:tcW w:type="dxa" w:w="2880"/>
          </w:tcPr>
          <w:p>
            <w:r>
              <w:t>24</w:t>
            </w:r>
          </w:p>
        </w:tc>
      </w:tr>
      <w:tr>
        <w:tc>
          <w:tcPr>
            <w:tcW w:type="dxa" w:w="2880"/>
          </w:tcPr>
          <w:p>
            <w:r>
              <w:t>2026-09-20</w:t>
            </w:r>
          </w:p>
        </w:tc>
        <w:tc>
          <w:tcPr>
            <w:tcW w:type="dxa" w:w="2880"/>
          </w:tcPr>
          <w:p>
            <w:r>
              <w:t>hot_99</w:t>
            </w:r>
          </w:p>
        </w:tc>
        <w:tc>
          <w:tcPr>
            <w:tcW w:type="dxa" w:w="2880"/>
          </w:tcPr>
          <w:p>
            <w:r>
              <w:t>7</w:t>
            </w:r>
          </w:p>
        </w:tc>
      </w:tr>
      <w:tr>
        <w:tc>
          <w:tcPr>
            <w:tcW w:type="dxa" w:w="2880"/>
          </w:tcPr>
          <w:p>
            <w:r>
              <w:t>2026-09-20</w:t>
            </w:r>
          </w:p>
        </w:tc>
        <w:tc>
          <w:tcPr>
            <w:tcW w:type="dxa" w:w="2880"/>
          </w:tcPr>
          <w:p>
            <w:r>
              <w:t>cold_99</w:t>
            </w:r>
          </w:p>
        </w:tc>
        <w:tc>
          <w:tcPr>
            <w:tcW w:type="dxa" w:w="2880"/>
          </w:tcPr>
          <w:p>
            <w:r>
              <w:t>10</w:t>
            </w:r>
          </w:p>
        </w:tc>
      </w:tr>
      <w:tr>
        <w:tc>
          <w:tcPr>
            <w:tcW w:type="dxa" w:w="2880"/>
          </w:tcPr>
          <w:p>
            <w:r>
              <w:t>2026-09-20</w:t>
            </w:r>
          </w:p>
        </w:tc>
        <w:tc>
          <w:tcPr>
            <w:tcW w:type="dxa" w:w="2880"/>
          </w:tcPr>
          <w:p>
            <w:r>
              <w:t>cold_95</w:t>
            </w:r>
          </w:p>
        </w:tc>
        <w:tc>
          <w:tcPr>
            <w:tcW w:type="dxa" w:w="2880"/>
          </w:tcPr>
          <w:p>
            <w:r>
              <w:t>7</w:t>
            </w:r>
          </w:p>
        </w:tc>
      </w:tr>
      <w:tr>
        <w:tc>
          <w:tcPr>
            <w:tcW w:type="dxa" w:w="2880"/>
          </w:tcPr>
          <w:p>
            <w:r>
              <w:t>2026-09-20</w:t>
            </w:r>
          </w:p>
        </w:tc>
        <w:tc>
          <w:tcPr>
            <w:tcW w:type="dxa" w:w="2880"/>
          </w:tcPr>
          <w:p>
            <w:r>
              <w:t>hot_95</w:t>
            </w:r>
          </w:p>
        </w:tc>
        <w:tc>
          <w:tcPr>
            <w:tcW w:type="dxa" w:w="2880"/>
          </w:tcPr>
          <w:p>
            <w:r>
              <w:t>6</w:t>
            </w:r>
          </w:p>
        </w:tc>
      </w:tr>
      <w:tr>
        <w:tc>
          <w:tcPr>
            <w:tcW w:type="dxa" w:w="2880"/>
          </w:tcPr>
          <w:p>
            <w:r>
              <w:t>2026-09-20</w:t>
            </w:r>
          </w:p>
        </w:tc>
        <w:tc>
          <w:tcPr>
            <w:tcW w:type="dxa" w:w="2880"/>
          </w:tcPr>
          <w:p>
            <w:r>
              <w:t>Other</w:t>
            </w:r>
          </w:p>
        </w:tc>
        <w:tc>
          <w:tcPr>
            <w:tcW w:type="dxa" w:w="2880"/>
          </w:tcPr>
          <w:p>
            <w:r>
              <w:t>9</w:t>
            </w:r>
          </w:p>
        </w:tc>
      </w:tr>
      <w:tr>
        <w:tc>
          <w:tcPr>
            <w:tcW w:type="dxa" w:w="2880"/>
          </w:tcPr>
          <w:p>
            <w:r>
              <w:t>2026-09-21</w:t>
            </w:r>
          </w:p>
        </w:tc>
        <w:tc>
          <w:tcPr>
            <w:tcW w:type="dxa" w:w="2880"/>
          </w:tcPr>
          <w:p>
            <w:r>
              <w:t>not_significant</w:t>
            </w:r>
          </w:p>
        </w:tc>
        <w:tc>
          <w:tcPr>
            <w:tcW w:type="dxa" w:w="2880"/>
          </w:tcPr>
          <w:p>
            <w:r>
              <w:t>22</w:t>
            </w:r>
          </w:p>
        </w:tc>
      </w:tr>
      <w:tr>
        <w:tc>
          <w:tcPr>
            <w:tcW w:type="dxa" w:w="2880"/>
          </w:tcPr>
          <w:p>
            <w:r>
              <w:t>2026-09-21</w:t>
            </w:r>
          </w:p>
        </w:tc>
        <w:tc>
          <w:tcPr>
            <w:tcW w:type="dxa" w:w="2880"/>
          </w:tcPr>
          <w:p>
            <w:r>
              <w:t>hot_99</w:t>
            </w:r>
          </w:p>
        </w:tc>
        <w:tc>
          <w:tcPr>
            <w:tcW w:type="dxa" w:w="2880"/>
          </w:tcPr>
          <w:p>
            <w:r>
              <w:t>16</w:t>
            </w:r>
          </w:p>
        </w:tc>
      </w:tr>
      <w:tr>
        <w:tc>
          <w:tcPr>
            <w:tcW w:type="dxa" w:w="2880"/>
          </w:tcPr>
          <w:p>
            <w:r>
              <w:t>2026-09-21</w:t>
            </w:r>
          </w:p>
        </w:tc>
        <w:tc>
          <w:tcPr>
            <w:tcW w:type="dxa" w:w="2880"/>
          </w:tcPr>
          <w:p>
            <w:r>
              <w:t>cold_99</w:t>
            </w:r>
          </w:p>
        </w:tc>
        <w:tc>
          <w:tcPr>
            <w:tcW w:type="dxa" w:w="2880"/>
          </w:tcPr>
          <w:p>
            <w:r>
              <w:t>5</w:t>
            </w:r>
          </w:p>
        </w:tc>
      </w:tr>
      <w:tr>
        <w:tc>
          <w:tcPr>
            <w:tcW w:type="dxa" w:w="2880"/>
          </w:tcPr>
          <w:p>
            <w:r>
              <w:t>2026-09-21</w:t>
            </w:r>
          </w:p>
        </w:tc>
        <w:tc>
          <w:tcPr>
            <w:tcW w:type="dxa" w:w="2880"/>
          </w:tcPr>
          <w:p>
            <w:r>
              <w:t>cold_95</w:t>
            </w:r>
          </w:p>
        </w:tc>
        <w:tc>
          <w:tcPr>
            <w:tcW w:type="dxa" w:w="2880"/>
          </w:tcPr>
          <w:p>
            <w:r>
              <w:t>4</w:t>
            </w:r>
          </w:p>
        </w:tc>
      </w:tr>
      <w:tr>
        <w:tc>
          <w:tcPr>
            <w:tcW w:type="dxa" w:w="2880"/>
          </w:tcPr>
          <w:p>
            <w:r>
              <w:t>2026-09-21</w:t>
            </w:r>
          </w:p>
        </w:tc>
        <w:tc>
          <w:tcPr>
            <w:tcW w:type="dxa" w:w="2880"/>
          </w:tcPr>
          <w:p>
            <w:r>
              <w:t>hot_95</w:t>
            </w:r>
          </w:p>
        </w:tc>
        <w:tc>
          <w:tcPr>
            <w:tcW w:type="dxa" w:w="2880"/>
          </w:tcPr>
          <w:p>
            <w:r>
              <w:t>4</w:t>
            </w:r>
          </w:p>
        </w:tc>
      </w:tr>
      <w:tr>
        <w:tc>
          <w:tcPr>
            <w:tcW w:type="dxa" w:w="2880"/>
          </w:tcPr>
          <w:p>
            <w:r>
              <w:t>2026-09-21</w:t>
            </w:r>
          </w:p>
        </w:tc>
        <w:tc>
          <w:tcPr>
            <w:tcW w:type="dxa" w:w="2880"/>
          </w:tcPr>
          <w:p>
            <w:r>
              <w:t>Other</w:t>
            </w:r>
          </w:p>
        </w:tc>
        <w:tc>
          <w:tcPr>
            <w:tcW w:type="dxa" w:w="2880"/>
          </w:tcPr>
          <w:p>
            <w:r>
              <w:t>7</w:t>
            </w:r>
          </w:p>
        </w:tc>
      </w:tr>
      <w:tr>
        <w:tc>
          <w:tcPr>
            <w:tcW w:type="dxa" w:w="2880"/>
          </w:tcPr>
          <w:p>
            <w:r>
              <w:t>2026-09-22</w:t>
            </w:r>
          </w:p>
        </w:tc>
        <w:tc>
          <w:tcPr>
            <w:tcW w:type="dxa" w:w="2880"/>
          </w:tcPr>
          <w:p>
            <w:r>
              <w:t>not_significant</w:t>
            </w:r>
          </w:p>
        </w:tc>
        <w:tc>
          <w:tcPr>
            <w:tcW w:type="dxa" w:w="2880"/>
          </w:tcPr>
          <w:p>
            <w:r>
              <w:t>26</w:t>
            </w:r>
          </w:p>
        </w:tc>
      </w:tr>
      <w:tr>
        <w:tc>
          <w:tcPr>
            <w:tcW w:type="dxa" w:w="2880"/>
          </w:tcPr>
          <w:p>
            <w:r>
              <w:t>2026-09-22</w:t>
            </w:r>
          </w:p>
        </w:tc>
        <w:tc>
          <w:tcPr>
            <w:tcW w:type="dxa" w:w="2880"/>
          </w:tcPr>
          <w:p>
            <w:r>
              <w:t>hot_99</w:t>
            </w:r>
          </w:p>
        </w:tc>
        <w:tc>
          <w:tcPr>
            <w:tcW w:type="dxa" w:w="2880"/>
          </w:tcPr>
          <w:p>
            <w:r>
              <w:t>18</w:t>
            </w:r>
          </w:p>
        </w:tc>
      </w:tr>
      <w:tr>
        <w:tc>
          <w:tcPr>
            <w:tcW w:type="dxa" w:w="2880"/>
          </w:tcPr>
          <w:p>
            <w:r>
              <w:t>2026-09-22</w:t>
            </w:r>
          </w:p>
        </w:tc>
        <w:tc>
          <w:tcPr>
            <w:tcW w:type="dxa" w:w="2880"/>
          </w:tcPr>
          <w:p>
            <w:r>
              <w:t>cold_99</w:t>
            </w:r>
          </w:p>
        </w:tc>
        <w:tc>
          <w:tcPr>
            <w:tcW w:type="dxa" w:w="2880"/>
          </w:tcPr>
          <w:p>
            <w:r>
              <w:t>5</w:t>
            </w:r>
          </w:p>
        </w:tc>
      </w:tr>
      <w:tr>
        <w:tc>
          <w:tcPr>
            <w:tcW w:type="dxa" w:w="2880"/>
          </w:tcPr>
          <w:p>
            <w:r>
              <w:t>2026-09-22</w:t>
            </w:r>
          </w:p>
        </w:tc>
        <w:tc>
          <w:tcPr>
            <w:tcW w:type="dxa" w:w="2880"/>
          </w:tcPr>
          <w:p>
            <w:r>
              <w:t>cold_95</w:t>
            </w:r>
          </w:p>
        </w:tc>
        <w:tc>
          <w:tcPr>
            <w:tcW w:type="dxa" w:w="2880"/>
          </w:tcPr>
          <w:p>
            <w:r>
              <w:t>4</w:t>
            </w:r>
          </w:p>
        </w:tc>
      </w:tr>
      <w:tr>
        <w:tc>
          <w:tcPr>
            <w:tcW w:type="dxa" w:w="2880"/>
          </w:tcPr>
          <w:p>
            <w:r>
              <w:t>2026-09-22</w:t>
            </w:r>
          </w:p>
        </w:tc>
        <w:tc>
          <w:tcPr>
            <w:tcW w:type="dxa" w:w="2880"/>
          </w:tcPr>
          <w:p>
            <w:r>
              <w:t>hot_95</w:t>
            </w:r>
          </w:p>
        </w:tc>
        <w:tc>
          <w:tcPr>
            <w:tcW w:type="dxa" w:w="2880"/>
          </w:tcPr>
          <w:p>
            <w:r>
              <w:t>2</w:t>
            </w:r>
          </w:p>
        </w:tc>
      </w:tr>
      <w:tr>
        <w:tc>
          <w:tcPr>
            <w:tcW w:type="dxa" w:w="2880"/>
          </w:tcPr>
          <w:p>
            <w:r>
              <w:t>2026-09-22</w:t>
            </w:r>
          </w:p>
        </w:tc>
        <w:tc>
          <w:tcPr>
            <w:tcW w:type="dxa" w:w="2880"/>
          </w:tcPr>
          <w:p>
            <w:r>
              <w:t>Other</w:t>
            </w:r>
          </w:p>
        </w:tc>
        <w:tc>
          <w:tcPr>
            <w:tcW w:type="dxa" w:w="2880"/>
          </w:tcPr>
          <w:p>
            <w:r>
              <w:t>3</w:t>
            </w:r>
          </w:p>
        </w:tc>
      </w:tr>
    </w:tbl>
    <w:p/>
    <w:p>
      <w:pPr>
        <w:pStyle w:val="Heading2"/>
      </w:pPr>
      <w:r>
        <w:t>Figure 47. Hot spot analysis: Relief distributions over time [95]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2026-09-04</w:t>
            </w:r>
          </w:p>
        </w:tc>
        <w:tc>
          <w:tcPr>
            <w:tcW w:type="dxa" w:w="2880"/>
          </w:tcPr>
          <w:p>
            <w:r>
              <w:t>blanket</w:t>
            </w:r>
          </w:p>
        </w:tc>
        <w:tc>
          <w:tcPr>
            <w:tcW w:type="dxa" w:w="2880"/>
          </w:tcPr>
          <w:p>
            <w:r>
              <w:t>5</w:t>
            </w:r>
          </w:p>
        </w:tc>
      </w:tr>
      <w:tr>
        <w:tc>
          <w:tcPr>
            <w:tcW w:type="dxa" w:w="2880"/>
          </w:tcPr>
          <w:p>
            <w:r>
              <w:t>2026-09-04</w:t>
            </w:r>
          </w:p>
        </w:tc>
        <w:tc>
          <w:tcPr>
            <w:tcW w:type="dxa" w:w="2880"/>
          </w:tcPr>
          <w:p>
            <w:r>
              <w:t>tarpaulin</w:t>
            </w:r>
          </w:p>
        </w:tc>
        <w:tc>
          <w:tcPr>
            <w:tcW w:type="dxa" w:w="2880"/>
          </w:tcPr>
          <w:p>
            <w:r>
              <w:t>4</w:t>
            </w:r>
          </w:p>
        </w:tc>
      </w:tr>
      <w:tr>
        <w:tc>
          <w:tcPr>
            <w:tcW w:type="dxa" w:w="2880"/>
          </w:tcPr>
          <w:p>
            <w:r>
              <w:t>2026-09-04</w:t>
            </w:r>
          </w:p>
        </w:tc>
        <w:tc>
          <w:tcPr>
            <w:tcW w:type="dxa" w:w="2880"/>
          </w:tcPr>
          <w:p>
            <w:r>
              <w:t>hygiene kit</w:t>
            </w:r>
          </w:p>
        </w:tc>
        <w:tc>
          <w:tcPr>
            <w:tcW w:type="dxa" w:w="2880"/>
          </w:tcPr>
          <w:p>
            <w:r>
              <w:t>6</w:t>
            </w:r>
          </w:p>
        </w:tc>
      </w:tr>
      <w:tr>
        <w:tc>
          <w:tcPr>
            <w:tcW w:type="dxa" w:w="2880"/>
          </w:tcPr>
          <w:p>
            <w:r>
              <w:t>2026-09-04</w:t>
            </w:r>
          </w:p>
        </w:tc>
        <w:tc>
          <w:tcPr>
            <w:tcW w:type="dxa" w:w="2880"/>
          </w:tcPr>
          <w:p>
            <w:r>
              <w:t>food kit</w:t>
            </w:r>
          </w:p>
        </w:tc>
        <w:tc>
          <w:tcPr>
            <w:tcW w:type="dxa" w:w="2880"/>
          </w:tcPr>
          <w:p>
            <w:r>
              <w:t>6</w:t>
            </w:r>
          </w:p>
        </w:tc>
      </w:tr>
      <w:tr>
        <w:tc>
          <w:tcPr>
            <w:tcW w:type="dxa" w:w="2880"/>
          </w:tcPr>
          <w:p>
            <w:r>
              <w:t>2026-09-05</w:t>
            </w:r>
          </w:p>
        </w:tc>
        <w:tc>
          <w:tcPr>
            <w:tcW w:type="dxa" w:w="2880"/>
          </w:tcPr>
          <w:p>
            <w:r>
              <w:t>blanket</w:t>
            </w:r>
          </w:p>
        </w:tc>
        <w:tc>
          <w:tcPr>
            <w:tcW w:type="dxa" w:w="2880"/>
          </w:tcPr>
          <w:p>
            <w:r>
              <w:t>4</w:t>
            </w:r>
          </w:p>
        </w:tc>
      </w:tr>
      <w:tr>
        <w:tc>
          <w:tcPr>
            <w:tcW w:type="dxa" w:w="2880"/>
          </w:tcPr>
          <w:p>
            <w:r>
              <w:t>2026-09-05</w:t>
            </w:r>
          </w:p>
        </w:tc>
        <w:tc>
          <w:tcPr>
            <w:tcW w:type="dxa" w:w="2880"/>
          </w:tcPr>
          <w:p>
            <w:r>
              <w:t>tarpaulin</w:t>
            </w:r>
          </w:p>
        </w:tc>
        <w:tc>
          <w:tcPr>
            <w:tcW w:type="dxa" w:w="2880"/>
          </w:tcPr>
          <w:p>
            <w:r>
              <w:t>2</w:t>
            </w:r>
          </w:p>
        </w:tc>
      </w:tr>
      <w:tr>
        <w:tc>
          <w:tcPr>
            <w:tcW w:type="dxa" w:w="2880"/>
          </w:tcPr>
          <w:p>
            <w:r>
              <w:t>2026-09-05</w:t>
            </w:r>
          </w:p>
        </w:tc>
        <w:tc>
          <w:tcPr>
            <w:tcW w:type="dxa" w:w="2880"/>
          </w:tcPr>
          <w:p>
            <w:r>
              <w:t>hygiene kit</w:t>
            </w:r>
          </w:p>
        </w:tc>
        <w:tc>
          <w:tcPr>
            <w:tcW w:type="dxa" w:w="2880"/>
          </w:tcPr>
          <w:p>
            <w:r>
              <w:t>3</w:t>
            </w:r>
          </w:p>
        </w:tc>
      </w:tr>
      <w:tr>
        <w:tc>
          <w:tcPr>
            <w:tcW w:type="dxa" w:w="2880"/>
          </w:tcPr>
          <w:p>
            <w:r>
              <w:t>2026-09-05</w:t>
            </w:r>
          </w:p>
        </w:tc>
        <w:tc>
          <w:tcPr>
            <w:tcW w:type="dxa" w:w="2880"/>
          </w:tcPr>
          <w:p>
            <w:r>
              <w:t>food kit</w:t>
            </w:r>
          </w:p>
        </w:tc>
        <w:tc>
          <w:tcPr>
            <w:tcW w:type="dxa" w:w="2880"/>
          </w:tcPr>
          <w:p>
            <w:r>
              <w:t>6</w:t>
            </w:r>
          </w:p>
        </w:tc>
      </w:tr>
      <w:tr>
        <w:tc>
          <w:tcPr>
            <w:tcW w:type="dxa" w:w="2880"/>
          </w:tcPr>
          <w:p>
            <w:r>
              <w:t>2026-09-06</w:t>
            </w:r>
          </w:p>
        </w:tc>
        <w:tc>
          <w:tcPr>
            <w:tcW w:type="dxa" w:w="2880"/>
          </w:tcPr>
          <w:p>
            <w:r>
              <w:t>blanket</w:t>
            </w:r>
          </w:p>
        </w:tc>
        <w:tc>
          <w:tcPr>
            <w:tcW w:type="dxa" w:w="2880"/>
          </w:tcPr>
          <w:p>
            <w:r>
              <w:t>4</w:t>
            </w:r>
          </w:p>
        </w:tc>
      </w:tr>
      <w:tr>
        <w:tc>
          <w:tcPr>
            <w:tcW w:type="dxa" w:w="2880"/>
          </w:tcPr>
          <w:p>
            <w:r>
              <w:t>2026-09-06</w:t>
            </w:r>
          </w:p>
        </w:tc>
        <w:tc>
          <w:tcPr>
            <w:tcW w:type="dxa" w:w="2880"/>
          </w:tcPr>
          <w:p>
            <w:r>
              <w:t>tarpaulin</w:t>
            </w:r>
          </w:p>
        </w:tc>
        <w:tc>
          <w:tcPr>
            <w:tcW w:type="dxa" w:w="2880"/>
          </w:tcPr>
          <w:p>
            <w:r>
              <w:t>5</w:t>
            </w:r>
          </w:p>
        </w:tc>
      </w:tr>
      <w:tr>
        <w:tc>
          <w:tcPr>
            <w:tcW w:type="dxa" w:w="2880"/>
          </w:tcPr>
          <w:p>
            <w:r>
              <w:t>2026-09-06</w:t>
            </w:r>
          </w:p>
        </w:tc>
        <w:tc>
          <w:tcPr>
            <w:tcW w:type="dxa" w:w="2880"/>
          </w:tcPr>
          <w:p>
            <w:r>
              <w:t>hygiene kit</w:t>
            </w:r>
          </w:p>
        </w:tc>
        <w:tc>
          <w:tcPr>
            <w:tcW w:type="dxa" w:w="2880"/>
          </w:tcPr>
          <w:p>
            <w:r>
              <w:t>4</w:t>
            </w:r>
          </w:p>
        </w:tc>
      </w:tr>
      <w:tr>
        <w:tc>
          <w:tcPr>
            <w:tcW w:type="dxa" w:w="2880"/>
          </w:tcPr>
          <w:p>
            <w:r>
              <w:t>2026-09-06</w:t>
            </w:r>
          </w:p>
        </w:tc>
        <w:tc>
          <w:tcPr>
            <w:tcW w:type="dxa" w:w="2880"/>
          </w:tcPr>
          <w:p>
            <w:r>
              <w:t>food kit</w:t>
            </w:r>
          </w:p>
        </w:tc>
        <w:tc>
          <w:tcPr>
            <w:tcW w:type="dxa" w:w="2880"/>
          </w:tcPr>
          <w:p>
            <w:r>
              <w:t>2</w:t>
            </w:r>
          </w:p>
        </w:tc>
      </w:tr>
      <w:tr>
        <w:tc>
          <w:tcPr>
            <w:tcW w:type="dxa" w:w="2880"/>
          </w:tcPr>
          <w:p>
            <w:r>
              <w:t>2026-09-07</w:t>
            </w:r>
          </w:p>
        </w:tc>
        <w:tc>
          <w:tcPr>
            <w:tcW w:type="dxa" w:w="2880"/>
          </w:tcPr>
          <w:p>
            <w:r>
              <w:t>blanket</w:t>
            </w:r>
          </w:p>
        </w:tc>
        <w:tc>
          <w:tcPr>
            <w:tcW w:type="dxa" w:w="2880"/>
          </w:tcPr>
          <w:p>
            <w:r>
              <w:t>5</w:t>
            </w:r>
          </w:p>
        </w:tc>
      </w:tr>
      <w:tr>
        <w:tc>
          <w:tcPr>
            <w:tcW w:type="dxa" w:w="2880"/>
          </w:tcPr>
          <w:p>
            <w:r>
              <w:t>2026-09-07</w:t>
            </w:r>
          </w:p>
        </w:tc>
        <w:tc>
          <w:tcPr>
            <w:tcW w:type="dxa" w:w="2880"/>
          </w:tcPr>
          <w:p>
            <w:r>
              <w:t>tarpaulin</w:t>
            </w:r>
          </w:p>
        </w:tc>
        <w:tc>
          <w:tcPr>
            <w:tcW w:type="dxa" w:w="2880"/>
          </w:tcPr>
          <w:p>
            <w:r>
              <w:t>0</w:t>
            </w:r>
          </w:p>
        </w:tc>
      </w:tr>
      <w:tr>
        <w:tc>
          <w:tcPr>
            <w:tcW w:type="dxa" w:w="2880"/>
          </w:tcPr>
          <w:p>
            <w:r>
              <w:t>2026-09-07</w:t>
            </w:r>
          </w:p>
        </w:tc>
        <w:tc>
          <w:tcPr>
            <w:tcW w:type="dxa" w:w="2880"/>
          </w:tcPr>
          <w:p>
            <w:r>
              <w:t>hygiene kit</w:t>
            </w:r>
          </w:p>
        </w:tc>
        <w:tc>
          <w:tcPr>
            <w:tcW w:type="dxa" w:w="2880"/>
          </w:tcPr>
          <w:p>
            <w:r>
              <w:t>1</w:t>
            </w:r>
          </w:p>
        </w:tc>
      </w:tr>
      <w:tr>
        <w:tc>
          <w:tcPr>
            <w:tcW w:type="dxa" w:w="2880"/>
          </w:tcPr>
          <w:p>
            <w:r>
              <w:t>2026-09-07</w:t>
            </w:r>
          </w:p>
        </w:tc>
        <w:tc>
          <w:tcPr>
            <w:tcW w:type="dxa" w:w="2880"/>
          </w:tcPr>
          <w:p>
            <w:r>
              <w:t>food kit</w:t>
            </w:r>
          </w:p>
        </w:tc>
        <w:tc>
          <w:tcPr>
            <w:tcW w:type="dxa" w:w="2880"/>
          </w:tcPr>
          <w:p>
            <w:r>
              <w:t>3</w:t>
            </w:r>
          </w:p>
        </w:tc>
      </w:tr>
      <w:tr>
        <w:tc>
          <w:tcPr>
            <w:tcW w:type="dxa" w:w="2880"/>
          </w:tcPr>
          <w:p>
            <w:r>
              <w:t>2026-09-08</w:t>
            </w:r>
          </w:p>
        </w:tc>
        <w:tc>
          <w:tcPr>
            <w:tcW w:type="dxa" w:w="2880"/>
          </w:tcPr>
          <w:p>
            <w:r>
              <w:t>blanket</w:t>
            </w:r>
          </w:p>
        </w:tc>
        <w:tc>
          <w:tcPr>
            <w:tcW w:type="dxa" w:w="2880"/>
          </w:tcPr>
          <w:p>
            <w:r>
              <w:t>1</w:t>
            </w:r>
          </w:p>
        </w:tc>
      </w:tr>
      <w:tr>
        <w:tc>
          <w:tcPr>
            <w:tcW w:type="dxa" w:w="2880"/>
          </w:tcPr>
          <w:p>
            <w:r>
              <w:t>2026-09-08</w:t>
            </w:r>
          </w:p>
        </w:tc>
        <w:tc>
          <w:tcPr>
            <w:tcW w:type="dxa" w:w="2880"/>
          </w:tcPr>
          <w:p>
            <w:r>
              <w:t>tarpaulin</w:t>
            </w:r>
          </w:p>
        </w:tc>
        <w:tc>
          <w:tcPr>
            <w:tcW w:type="dxa" w:w="2880"/>
          </w:tcPr>
          <w:p>
            <w:r>
              <w:t>8</w:t>
            </w:r>
          </w:p>
        </w:tc>
      </w:tr>
      <w:tr>
        <w:tc>
          <w:tcPr>
            <w:tcW w:type="dxa" w:w="2880"/>
          </w:tcPr>
          <w:p>
            <w:r>
              <w:t>2026-09-08</w:t>
            </w:r>
          </w:p>
        </w:tc>
        <w:tc>
          <w:tcPr>
            <w:tcW w:type="dxa" w:w="2880"/>
          </w:tcPr>
          <w:p>
            <w:r>
              <w:t>hygiene kit</w:t>
            </w:r>
          </w:p>
        </w:tc>
        <w:tc>
          <w:tcPr>
            <w:tcW w:type="dxa" w:w="2880"/>
          </w:tcPr>
          <w:p>
            <w:r>
              <w:t>4</w:t>
            </w:r>
          </w:p>
        </w:tc>
      </w:tr>
      <w:tr>
        <w:tc>
          <w:tcPr>
            <w:tcW w:type="dxa" w:w="2880"/>
          </w:tcPr>
          <w:p>
            <w:r>
              <w:t>2026-09-08</w:t>
            </w:r>
          </w:p>
        </w:tc>
        <w:tc>
          <w:tcPr>
            <w:tcW w:type="dxa" w:w="2880"/>
          </w:tcPr>
          <w:p>
            <w:r>
              <w:t>food kit</w:t>
            </w:r>
          </w:p>
        </w:tc>
        <w:tc>
          <w:tcPr>
            <w:tcW w:type="dxa" w:w="2880"/>
          </w:tcPr>
          <w:p>
            <w:r>
              <w:t>5</w:t>
            </w:r>
          </w:p>
        </w:tc>
      </w:tr>
      <w:tr>
        <w:tc>
          <w:tcPr>
            <w:tcW w:type="dxa" w:w="2880"/>
          </w:tcPr>
          <w:p>
            <w:r>
              <w:t>2026-09-09</w:t>
            </w:r>
          </w:p>
        </w:tc>
        <w:tc>
          <w:tcPr>
            <w:tcW w:type="dxa" w:w="2880"/>
          </w:tcPr>
          <w:p>
            <w:r>
              <w:t>blanket</w:t>
            </w:r>
          </w:p>
        </w:tc>
        <w:tc>
          <w:tcPr>
            <w:tcW w:type="dxa" w:w="2880"/>
          </w:tcPr>
          <w:p>
            <w:r>
              <w:t>4</w:t>
            </w:r>
          </w:p>
        </w:tc>
      </w:tr>
      <w:tr>
        <w:tc>
          <w:tcPr>
            <w:tcW w:type="dxa" w:w="2880"/>
          </w:tcPr>
          <w:p>
            <w:r>
              <w:t>2026-09-09</w:t>
            </w:r>
          </w:p>
        </w:tc>
        <w:tc>
          <w:tcPr>
            <w:tcW w:type="dxa" w:w="2880"/>
          </w:tcPr>
          <w:p>
            <w:r>
              <w:t>tarpaulin</w:t>
            </w:r>
          </w:p>
        </w:tc>
        <w:tc>
          <w:tcPr>
            <w:tcW w:type="dxa" w:w="2880"/>
          </w:tcPr>
          <w:p>
            <w:r>
              <w:t>5</w:t>
            </w:r>
          </w:p>
        </w:tc>
      </w:tr>
      <w:tr>
        <w:tc>
          <w:tcPr>
            <w:tcW w:type="dxa" w:w="2880"/>
          </w:tcPr>
          <w:p>
            <w:r>
              <w:t>2026-09-09</w:t>
            </w:r>
          </w:p>
        </w:tc>
        <w:tc>
          <w:tcPr>
            <w:tcW w:type="dxa" w:w="2880"/>
          </w:tcPr>
          <w:p>
            <w:r>
              <w:t>hygiene kit</w:t>
            </w:r>
          </w:p>
        </w:tc>
        <w:tc>
          <w:tcPr>
            <w:tcW w:type="dxa" w:w="2880"/>
          </w:tcPr>
          <w:p>
            <w:r>
              <w:t>3</w:t>
            </w:r>
          </w:p>
        </w:tc>
      </w:tr>
      <w:tr>
        <w:tc>
          <w:tcPr>
            <w:tcW w:type="dxa" w:w="2880"/>
          </w:tcPr>
          <w:p>
            <w:r>
              <w:t>2026-09-09</w:t>
            </w:r>
          </w:p>
        </w:tc>
        <w:tc>
          <w:tcPr>
            <w:tcW w:type="dxa" w:w="2880"/>
          </w:tcPr>
          <w:p>
            <w:r>
              <w:t>food kit</w:t>
            </w:r>
          </w:p>
        </w:tc>
        <w:tc>
          <w:tcPr>
            <w:tcW w:type="dxa" w:w="2880"/>
          </w:tcPr>
          <w:p>
            <w:r>
              <w:t>4</w:t>
            </w:r>
          </w:p>
        </w:tc>
      </w:tr>
      <w:tr>
        <w:tc>
          <w:tcPr>
            <w:tcW w:type="dxa" w:w="2880"/>
          </w:tcPr>
          <w:p>
            <w:r>
              <w:t>2026-09-10</w:t>
            </w:r>
          </w:p>
        </w:tc>
        <w:tc>
          <w:tcPr>
            <w:tcW w:type="dxa" w:w="2880"/>
          </w:tcPr>
          <w:p>
            <w:r>
              <w:t>blanket</w:t>
            </w:r>
          </w:p>
        </w:tc>
        <w:tc>
          <w:tcPr>
            <w:tcW w:type="dxa" w:w="2880"/>
          </w:tcPr>
          <w:p>
            <w:r>
              <w:t>4</w:t>
            </w:r>
          </w:p>
        </w:tc>
      </w:tr>
      <w:tr>
        <w:tc>
          <w:tcPr>
            <w:tcW w:type="dxa" w:w="2880"/>
          </w:tcPr>
          <w:p>
            <w:r>
              <w:t>2026-09-10</w:t>
            </w:r>
          </w:p>
        </w:tc>
        <w:tc>
          <w:tcPr>
            <w:tcW w:type="dxa" w:w="2880"/>
          </w:tcPr>
          <w:p>
            <w:r>
              <w:t>tarpaulin</w:t>
            </w:r>
          </w:p>
        </w:tc>
        <w:tc>
          <w:tcPr>
            <w:tcW w:type="dxa" w:w="2880"/>
          </w:tcPr>
          <w:p>
            <w:r>
              <w:t>6</w:t>
            </w:r>
          </w:p>
        </w:tc>
      </w:tr>
      <w:tr>
        <w:tc>
          <w:tcPr>
            <w:tcW w:type="dxa" w:w="2880"/>
          </w:tcPr>
          <w:p>
            <w:r>
              <w:t>2026-09-10</w:t>
            </w:r>
          </w:p>
        </w:tc>
        <w:tc>
          <w:tcPr>
            <w:tcW w:type="dxa" w:w="2880"/>
          </w:tcPr>
          <w:p>
            <w:r>
              <w:t>hygiene kit</w:t>
            </w:r>
          </w:p>
        </w:tc>
        <w:tc>
          <w:tcPr>
            <w:tcW w:type="dxa" w:w="2880"/>
          </w:tcPr>
          <w:p>
            <w:r>
              <w:t>2</w:t>
            </w:r>
          </w:p>
        </w:tc>
      </w:tr>
      <w:tr>
        <w:tc>
          <w:tcPr>
            <w:tcW w:type="dxa" w:w="2880"/>
          </w:tcPr>
          <w:p>
            <w:r>
              <w:t>2026-09-10</w:t>
            </w:r>
          </w:p>
        </w:tc>
        <w:tc>
          <w:tcPr>
            <w:tcW w:type="dxa" w:w="2880"/>
          </w:tcPr>
          <w:p>
            <w:r>
              <w:t>food kit</w:t>
            </w:r>
          </w:p>
        </w:tc>
        <w:tc>
          <w:tcPr>
            <w:tcW w:type="dxa" w:w="2880"/>
          </w:tcPr>
          <w:p>
            <w:r>
              <w:t>3</w:t>
            </w:r>
          </w:p>
        </w:tc>
      </w:tr>
      <w:tr>
        <w:tc>
          <w:tcPr>
            <w:tcW w:type="dxa" w:w="2880"/>
          </w:tcPr>
          <w:p>
            <w:r>
              <w:t>2026-09-11</w:t>
            </w:r>
          </w:p>
        </w:tc>
        <w:tc>
          <w:tcPr>
            <w:tcW w:type="dxa" w:w="2880"/>
          </w:tcPr>
          <w:p>
            <w:r>
              <w:t>blanket</w:t>
            </w:r>
          </w:p>
        </w:tc>
        <w:tc>
          <w:tcPr>
            <w:tcW w:type="dxa" w:w="2880"/>
          </w:tcPr>
          <w:p>
            <w:r>
              <w:t>5</w:t>
            </w:r>
          </w:p>
        </w:tc>
      </w:tr>
      <w:tr>
        <w:tc>
          <w:tcPr>
            <w:tcW w:type="dxa" w:w="2880"/>
          </w:tcPr>
          <w:p>
            <w:r>
              <w:t>2026-09-11</w:t>
            </w:r>
          </w:p>
        </w:tc>
        <w:tc>
          <w:tcPr>
            <w:tcW w:type="dxa" w:w="2880"/>
          </w:tcPr>
          <w:p>
            <w:r>
              <w:t>tarpaulin</w:t>
            </w:r>
          </w:p>
        </w:tc>
        <w:tc>
          <w:tcPr>
            <w:tcW w:type="dxa" w:w="2880"/>
          </w:tcPr>
          <w:p>
            <w:r>
              <w:t>1</w:t>
            </w:r>
          </w:p>
        </w:tc>
      </w:tr>
      <w:tr>
        <w:tc>
          <w:tcPr>
            <w:tcW w:type="dxa" w:w="2880"/>
          </w:tcPr>
          <w:p>
            <w:r>
              <w:t>2026-09-11</w:t>
            </w:r>
          </w:p>
        </w:tc>
        <w:tc>
          <w:tcPr>
            <w:tcW w:type="dxa" w:w="2880"/>
          </w:tcPr>
          <w:p>
            <w:r>
              <w:t>hygiene kit</w:t>
            </w:r>
          </w:p>
        </w:tc>
        <w:tc>
          <w:tcPr>
            <w:tcW w:type="dxa" w:w="2880"/>
          </w:tcPr>
          <w:p>
            <w:r>
              <w:t>6</w:t>
            </w:r>
          </w:p>
        </w:tc>
      </w:tr>
      <w:tr>
        <w:tc>
          <w:tcPr>
            <w:tcW w:type="dxa" w:w="2880"/>
          </w:tcPr>
          <w:p>
            <w:r>
              <w:t>2026-09-11</w:t>
            </w:r>
          </w:p>
        </w:tc>
        <w:tc>
          <w:tcPr>
            <w:tcW w:type="dxa" w:w="2880"/>
          </w:tcPr>
          <w:p>
            <w:r>
              <w:t>food kit</w:t>
            </w:r>
          </w:p>
        </w:tc>
        <w:tc>
          <w:tcPr>
            <w:tcW w:type="dxa" w:w="2880"/>
          </w:tcPr>
          <w:p>
            <w:r>
              <w:t>3</w:t>
            </w:r>
          </w:p>
        </w:tc>
      </w:tr>
      <w:tr>
        <w:tc>
          <w:tcPr>
            <w:tcW w:type="dxa" w:w="2880"/>
          </w:tcPr>
          <w:p>
            <w:r>
              <w:t>2026-09-12</w:t>
            </w:r>
          </w:p>
        </w:tc>
        <w:tc>
          <w:tcPr>
            <w:tcW w:type="dxa" w:w="2880"/>
          </w:tcPr>
          <w:p>
            <w:r>
              <w:t>blanket</w:t>
            </w:r>
          </w:p>
        </w:tc>
        <w:tc>
          <w:tcPr>
            <w:tcW w:type="dxa" w:w="2880"/>
          </w:tcPr>
          <w:p>
            <w:r>
              <w:t>4</w:t>
            </w:r>
          </w:p>
        </w:tc>
      </w:tr>
      <w:tr>
        <w:tc>
          <w:tcPr>
            <w:tcW w:type="dxa" w:w="2880"/>
          </w:tcPr>
          <w:p>
            <w:r>
              <w:t>2026-09-12</w:t>
            </w:r>
          </w:p>
        </w:tc>
        <w:tc>
          <w:tcPr>
            <w:tcW w:type="dxa" w:w="2880"/>
          </w:tcPr>
          <w:p>
            <w:r>
              <w:t>tarpaulin</w:t>
            </w:r>
          </w:p>
        </w:tc>
        <w:tc>
          <w:tcPr>
            <w:tcW w:type="dxa" w:w="2880"/>
          </w:tcPr>
          <w:p>
            <w:r>
              <w:t>3</w:t>
            </w:r>
          </w:p>
        </w:tc>
      </w:tr>
      <w:tr>
        <w:tc>
          <w:tcPr>
            <w:tcW w:type="dxa" w:w="2880"/>
          </w:tcPr>
          <w:p>
            <w:r>
              <w:t>2026-09-12</w:t>
            </w:r>
          </w:p>
        </w:tc>
        <w:tc>
          <w:tcPr>
            <w:tcW w:type="dxa" w:w="2880"/>
          </w:tcPr>
          <w:p>
            <w:r>
              <w:t>hygiene kit</w:t>
            </w:r>
          </w:p>
        </w:tc>
        <w:tc>
          <w:tcPr>
            <w:tcW w:type="dxa" w:w="2880"/>
          </w:tcPr>
          <w:p>
            <w:r>
              <w:t>8</w:t>
            </w:r>
          </w:p>
        </w:tc>
      </w:tr>
      <w:tr>
        <w:tc>
          <w:tcPr>
            <w:tcW w:type="dxa" w:w="2880"/>
          </w:tcPr>
          <w:p>
            <w:r>
              <w:t>2026-09-12</w:t>
            </w:r>
          </w:p>
        </w:tc>
        <w:tc>
          <w:tcPr>
            <w:tcW w:type="dxa" w:w="2880"/>
          </w:tcPr>
          <w:p>
            <w:r>
              <w:t>food kit</w:t>
            </w:r>
          </w:p>
        </w:tc>
        <w:tc>
          <w:tcPr>
            <w:tcW w:type="dxa" w:w="2880"/>
          </w:tcPr>
          <w:p>
            <w:r>
              <w:t>2</w:t>
            </w:r>
          </w:p>
        </w:tc>
      </w:tr>
      <w:tr>
        <w:tc>
          <w:tcPr>
            <w:tcW w:type="dxa" w:w="2880"/>
          </w:tcPr>
          <w:p>
            <w:r>
              <w:t>2026-09-13</w:t>
            </w:r>
          </w:p>
        </w:tc>
        <w:tc>
          <w:tcPr>
            <w:tcW w:type="dxa" w:w="2880"/>
          </w:tcPr>
          <w:p>
            <w:r>
              <w:t>blanket</w:t>
            </w:r>
          </w:p>
        </w:tc>
        <w:tc>
          <w:tcPr>
            <w:tcW w:type="dxa" w:w="2880"/>
          </w:tcPr>
          <w:p>
            <w:r>
              <w:t>8</w:t>
            </w:r>
          </w:p>
        </w:tc>
      </w:tr>
      <w:tr>
        <w:tc>
          <w:tcPr>
            <w:tcW w:type="dxa" w:w="2880"/>
          </w:tcPr>
          <w:p>
            <w:r>
              <w:t>2026-09-13</w:t>
            </w:r>
          </w:p>
        </w:tc>
        <w:tc>
          <w:tcPr>
            <w:tcW w:type="dxa" w:w="2880"/>
          </w:tcPr>
          <w:p>
            <w:r>
              <w:t>tarpaulin</w:t>
            </w:r>
          </w:p>
        </w:tc>
        <w:tc>
          <w:tcPr>
            <w:tcW w:type="dxa" w:w="2880"/>
          </w:tcPr>
          <w:p>
            <w:r>
              <w:t>5</w:t>
            </w:r>
          </w:p>
        </w:tc>
      </w:tr>
      <w:tr>
        <w:tc>
          <w:tcPr>
            <w:tcW w:type="dxa" w:w="2880"/>
          </w:tcPr>
          <w:p>
            <w:r>
              <w:t>2026-09-13</w:t>
            </w:r>
          </w:p>
        </w:tc>
        <w:tc>
          <w:tcPr>
            <w:tcW w:type="dxa" w:w="2880"/>
          </w:tcPr>
          <w:p>
            <w:r>
              <w:t>hygiene kit</w:t>
            </w:r>
          </w:p>
        </w:tc>
        <w:tc>
          <w:tcPr>
            <w:tcW w:type="dxa" w:w="2880"/>
          </w:tcPr>
          <w:p>
            <w:r>
              <w:t>2</w:t>
            </w:r>
          </w:p>
        </w:tc>
      </w:tr>
      <w:tr>
        <w:tc>
          <w:tcPr>
            <w:tcW w:type="dxa" w:w="2880"/>
          </w:tcPr>
          <w:p>
            <w:r>
              <w:t>2026-09-13</w:t>
            </w:r>
          </w:p>
        </w:tc>
        <w:tc>
          <w:tcPr>
            <w:tcW w:type="dxa" w:w="2880"/>
          </w:tcPr>
          <w:p>
            <w:r>
              <w:t>food kit</w:t>
            </w:r>
          </w:p>
        </w:tc>
        <w:tc>
          <w:tcPr>
            <w:tcW w:type="dxa" w:w="2880"/>
          </w:tcPr>
          <w:p>
            <w:r>
              <w:t>4</w:t>
            </w:r>
          </w:p>
        </w:tc>
      </w:tr>
      <w:tr>
        <w:tc>
          <w:tcPr>
            <w:tcW w:type="dxa" w:w="2880"/>
          </w:tcPr>
          <w:p>
            <w:r>
              <w:t>2026-09-14</w:t>
            </w:r>
          </w:p>
        </w:tc>
        <w:tc>
          <w:tcPr>
            <w:tcW w:type="dxa" w:w="2880"/>
          </w:tcPr>
          <w:p>
            <w:r>
              <w:t>blanket</w:t>
            </w:r>
          </w:p>
        </w:tc>
        <w:tc>
          <w:tcPr>
            <w:tcW w:type="dxa" w:w="2880"/>
          </w:tcPr>
          <w:p>
            <w:r>
              <w:t>7</w:t>
            </w:r>
          </w:p>
        </w:tc>
      </w:tr>
      <w:tr>
        <w:tc>
          <w:tcPr>
            <w:tcW w:type="dxa" w:w="2880"/>
          </w:tcPr>
          <w:p>
            <w:r>
              <w:t>2026-09-14</w:t>
            </w:r>
          </w:p>
        </w:tc>
        <w:tc>
          <w:tcPr>
            <w:tcW w:type="dxa" w:w="2880"/>
          </w:tcPr>
          <w:p>
            <w:r>
              <w:t>tarpaulin</w:t>
            </w:r>
          </w:p>
        </w:tc>
        <w:tc>
          <w:tcPr>
            <w:tcW w:type="dxa" w:w="2880"/>
          </w:tcPr>
          <w:p>
            <w:r>
              <w:t>3</w:t>
            </w:r>
          </w:p>
        </w:tc>
      </w:tr>
      <w:tr>
        <w:tc>
          <w:tcPr>
            <w:tcW w:type="dxa" w:w="2880"/>
          </w:tcPr>
          <w:p>
            <w:r>
              <w:t>2026-09-14</w:t>
            </w:r>
          </w:p>
        </w:tc>
        <w:tc>
          <w:tcPr>
            <w:tcW w:type="dxa" w:w="2880"/>
          </w:tcPr>
          <w:p>
            <w:r>
              <w:t>hygiene kit</w:t>
            </w:r>
          </w:p>
        </w:tc>
        <w:tc>
          <w:tcPr>
            <w:tcW w:type="dxa" w:w="2880"/>
          </w:tcPr>
          <w:p>
            <w:r>
              <w:t>4</w:t>
            </w:r>
          </w:p>
        </w:tc>
      </w:tr>
      <w:tr>
        <w:tc>
          <w:tcPr>
            <w:tcW w:type="dxa" w:w="2880"/>
          </w:tcPr>
          <w:p>
            <w:r>
              <w:t>2026-09-14</w:t>
            </w:r>
          </w:p>
        </w:tc>
        <w:tc>
          <w:tcPr>
            <w:tcW w:type="dxa" w:w="2880"/>
          </w:tcPr>
          <w:p>
            <w:r>
              <w:t>food kit</w:t>
            </w:r>
          </w:p>
        </w:tc>
        <w:tc>
          <w:tcPr>
            <w:tcW w:type="dxa" w:w="2880"/>
          </w:tcPr>
          <w:p>
            <w:r>
              <w:t>3</w:t>
            </w:r>
          </w:p>
        </w:tc>
      </w:tr>
      <w:tr>
        <w:tc>
          <w:tcPr>
            <w:tcW w:type="dxa" w:w="2880"/>
          </w:tcPr>
          <w:p>
            <w:r>
              <w:t>2026-09-15</w:t>
            </w:r>
          </w:p>
        </w:tc>
        <w:tc>
          <w:tcPr>
            <w:tcW w:type="dxa" w:w="2880"/>
          </w:tcPr>
          <w:p>
            <w:r>
              <w:t>blanket</w:t>
            </w:r>
          </w:p>
        </w:tc>
        <w:tc>
          <w:tcPr>
            <w:tcW w:type="dxa" w:w="2880"/>
          </w:tcPr>
          <w:p>
            <w:r>
              <w:t>5</w:t>
            </w:r>
          </w:p>
        </w:tc>
      </w:tr>
      <w:tr>
        <w:tc>
          <w:tcPr>
            <w:tcW w:type="dxa" w:w="2880"/>
          </w:tcPr>
          <w:p>
            <w:r>
              <w:t>2026-09-15</w:t>
            </w:r>
          </w:p>
        </w:tc>
        <w:tc>
          <w:tcPr>
            <w:tcW w:type="dxa" w:w="2880"/>
          </w:tcPr>
          <w:p>
            <w:r>
              <w:t>tarpaulin</w:t>
            </w:r>
          </w:p>
        </w:tc>
        <w:tc>
          <w:tcPr>
            <w:tcW w:type="dxa" w:w="2880"/>
          </w:tcPr>
          <w:p>
            <w:r>
              <w:t>8</w:t>
            </w:r>
          </w:p>
        </w:tc>
      </w:tr>
      <w:tr>
        <w:tc>
          <w:tcPr>
            <w:tcW w:type="dxa" w:w="2880"/>
          </w:tcPr>
          <w:p>
            <w:r>
              <w:t>2026-09-15</w:t>
            </w:r>
          </w:p>
        </w:tc>
        <w:tc>
          <w:tcPr>
            <w:tcW w:type="dxa" w:w="2880"/>
          </w:tcPr>
          <w:p>
            <w:r>
              <w:t>hygiene kit</w:t>
            </w:r>
          </w:p>
        </w:tc>
        <w:tc>
          <w:tcPr>
            <w:tcW w:type="dxa" w:w="2880"/>
          </w:tcPr>
          <w:p>
            <w:r>
              <w:t>2</w:t>
            </w:r>
          </w:p>
        </w:tc>
      </w:tr>
      <w:tr>
        <w:tc>
          <w:tcPr>
            <w:tcW w:type="dxa" w:w="2880"/>
          </w:tcPr>
          <w:p>
            <w:r>
              <w:t>2026-09-15</w:t>
            </w:r>
          </w:p>
        </w:tc>
        <w:tc>
          <w:tcPr>
            <w:tcW w:type="dxa" w:w="2880"/>
          </w:tcPr>
          <w:p>
            <w:r>
              <w:t>food kit</w:t>
            </w:r>
          </w:p>
        </w:tc>
        <w:tc>
          <w:tcPr>
            <w:tcW w:type="dxa" w:w="2880"/>
          </w:tcPr>
          <w:p>
            <w:r>
              <w:t>4</w:t>
            </w:r>
          </w:p>
        </w:tc>
      </w:tr>
      <w:tr>
        <w:tc>
          <w:tcPr>
            <w:tcW w:type="dxa" w:w="2880"/>
          </w:tcPr>
          <w:p>
            <w:r>
              <w:t>2026-09-16</w:t>
            </w:r>
          </w:p>
        </w:tc>
        <w:tc>
          <w:tcPr>
            <w:tcW w:type="dxa" w:w="2880"/>
          </w:tcPr>
          <w:p>
            <w:r>
              <w:t>blanket</w:t>
            </w:r>
          </w:p>
        </w:tc>
        <w:tc>
          <w:tcPr>
            <w:tcW w:type="dxa" w:w="2880"/>
          </w:tcPr>
          <w:p>
            <w:r>
              <w:t>4</w:t>
            </w:r>
          </w:p>
        </w:tc>
      </w:tr>
      <w:tr>
        <w:tc>
          <w:tcPr>
            <w:tcW w:type="dxa" w:w="2880"/>
          </w:tcPr>
          <w:p>
            <w:r>
              <w:t>2026-09-16</w:t>
            </w:r>
          </w:p>
        </w:tc>
        <w:tc>
          <w:tcPr>
            <w:tcW w:type="dxa" w:w="2880"/>
          </w:tcPr>
          <w:p>
            <w:r>
              <w:t>tarpaulin</w:t>
            </w:r>
          </w:p>
        </w:tc>
        <w:tc>
          <w:tcPr>
            <w:tcW w:type="dxa" w:w="2880"/>
          </w:tcPr>
          <w:p>
            <w:r>
              <w:t>5</w:t>
            </w:r>
          </w:p>
        </w:tc>
      </w:tr>
      <w:tr>
        <w:tc>
          <w:tcPr>
            <w:tcW w:type="dxa" w:w="2880"/>
          </w:tcPr>
          <w:p>
            <w:r>
              <w:t>2026-09-16</w:t>
            </w:r>
          </w:p>
        </w:tc>
        <w:tc>
          <w:tcPr>
            <w:tcW w:type="dxa" w:w="2880"/>
          </w:tcPr>
          <w:p>
            <w:r>
              <w:t>hygiene kit</w:t>
            </w:r>
          </w:p>
        </w:tc>
        <w:tc>
          <w:tcPr>
            <w:tcW w:type="dxa" w:w="2880"/>
          </w:tcPr>
          <w:p>
            <w:r>
              <w:t>5</w:t>
            </w:r>
          </w:p>
        </w:tc>
      </w:tr>
      <w:tr>
        <w:tc>
          <w:tcPr>
            <w:tcW w:type="dxa" w:w="2880"/>
          </w:tcPr>
          <w:p>
            <w:r>
              <w:t>2026-09-16</w:t>
            </w:r>
          </w:p>
        </w:tc>
        <w:tc>
          <w:tcPr>
            <w:tcW w:type="dxa" w:w="2880"/>
          </w:tcPr>
          <w:p>
            <w:r>
              <w:t>food kit</w:t>
            </w:r>
          </w:p>
        </w:tc>
        <w:tc>
          <w:tcPr>
            <w:tcW w:type="dxa" w:w="2880"/>
          </w:tcPr>
          <w:p>
            <w:r>
              <w:t>4</w:t>
            </w:r>
          </w:p>
        </w:tc>
      </w:tr>
      <w:tr>
        <w:tc>
          <w:tcPr>
            <w:tcW w:type="dxa" w:w="2880"/>
          </w:tcPr>
          <w:p>
            <w:r>
              <w:t>2026-09-17</w:t>
            </w:r>
          </w:p>
        </w:tc>
        <w:tc>
          <w:tcPr>
            <w:tcW w:type="dxa" w:w="2880"/>
          </w:tcPr>
          <w:p>
            <w:r>
              <w:t>blanket</w:t>
            </w:r>
          </w:p>
        </w:tc>
        <w:tc>
          <w:tcPr>
            <w:tcW w:type="dxa" w:w="2880"/>
          </w:tcPr>
          <w:p>
            <w:r>
              <w:t>6</w:t>
            </w:r>
          </w:p>
        </w:tc>
      </w:tr>
      <w:tr>
        <w:tc>
          <w:tcPr>
            <w:tcW w:type="dxa" w:w="2880"/>
          </w:tcPr>
          <w:p>
            <w:r>
              <w:t>2026-09-17</w:t>
            </w:r>
          </w:p>
        </w:tc>
        <w:tc>
          <w:tcPr>
            <w:tcW w:type="dxa" w:w="2880"/>
          </w:tcPr>
          <w:p>
            <w:r>
              <w:t>tarpaulin</w:t>
            </w:r>
          </w:p>
        </w:tc>
        <w:tc>
          <w:tcPr>
            <w:tcW w:type="dxa" w:w="2880"/>
          </w:tcPr>
          <w:p>
            <w:r>
              <w:t>5</w:t>
            </w:r>
          </w:p>
        </w:tc>
      </w:tr>
      <w:tr>
        <w:tc>
          <w:tcPr>
            <w:tcW w:type="dxa" w:w="2880"/>
          </w:tcPr>
          <w:p>
            <w:r>
              <w:t>2026-09-17</w:t>
            </w:r>
          </w:p>
        </w:tc>
        <w:tc>
          <w:tcPr>
            <w:tcW w:type="dxa" w:w="2880"/>
          </w:tcPr>
          <w:p>
            <w:r>
              <w:t>hygiene kit</w:t>
            </w:r>
          </w:p>
        </w:tc>
        <w:tc>
          <w:tcPr>
            <w:tcW w:type="dxa" w:w="2880"/>
          </w:tcPr>
          <w:p>
            <w:r>
              <w:t>5</w:t>
            </w:r>
          </w:p>
        </w:tc>
      </w:tr>
      <w:tr>
        <w:tc>
          <w:tcPr>
            <w:tcW w:type="dxa" w:w="2880"/>
          </w:tcPr>
          <w:p>
            <w:r>
              <w:t>2026-09-17</w:t>
            </w:r>
          </w:p>
        </w:tc>
        <w:tc>
          <w:tcPr>
            <w:tcW w:type="dxa" w:w="2880"/>
          </w:tcPr>
          <w:p>
            <w:r>
              <w:t>food kit</w:t>
            </w:r>
          </w:p>
        </w:tc>
        <w:tc>
          <w:tcPr>
            <w:tcW w:type="dxa" w:w="2880"/>
          </w:tcPr>
          <w:p>
            <w:r>
              <w:t>4</w:t>
            </w:r>
          </w:p>
        </w:tc>
      </w:tr>
      <w:tr>
        <w:tc>
          <w:tcPr>
            <w:tcW w:type="dxa" w:w="2880"/>
          </w:tcPr>
          <w:p>
            <w:r>
              <w:t>2026-09-18</w:t>
            </w:r>
          </w:p>
        </w:tc>
        <w:tc>
          <w:tcPr>
            <w:tcW w:type="dxa" w:w="2880"/>
          </w:tcPr>
          <w:p>
            <w:r>
              <w:t>blanket</w:t>
            </w:r>
          </w:p>
        </w:tc>
        <w:tc>
          <w:tcPr>
            <w:tcW w:type="dxa" w:w="2880"/>
          </w:tcPr>
          <w:p>
            <w:r>
              <w:t>2</w:t>
            </w:r>
          </w:p>
        </w:tc>
      </w:tr>
      <w:tr>
        <w:tc>
          <w:tcPr>
            <w:tcW w:type="dxa" w:w="2880"/>
          </w:tcPr>
          <w:p>
            <w:r>
              <w:t>2026-09-18</w:t>
            </w:r>
          </w:p>
        </w:tc>
        <w:tc>
          <w:tcPr>
            <w:tcW w:type="dxa" w:w="2880"/>
          </w:tcPr>
          <w:p>
            <w:r>
              <w:t>tarpaulin</w:t>
            </w:r>
          </w:p>
        </w:tc>
        <w:tc>
          <w:tcPr>
            <w:tcW w:type="dxa" w:w="2880"/>
          </w:tcPr>
          <w:p>
            <w:r>
              <w:t>6</w:t>
            </w:r>
          </w:p>
        </w:tc>
      </w:tr>
      <w:tr>
        <w:tc>
          <w:tcPr>
            <w:tcW w:type="dxa" w:w="2880"/>
          </w:tcPr>
          <w:p>
            <w:r>
              <w:t>2026-09-18</w:t>
            </w:r>
          </w:p>
        </w:tc>
        <w:tc>
          <w:tcPr>
            <w:tcW w:type="dxa" w:w="2880"/>
          </w:tcPr>
          <w:p>
            <w:r>
              <w:t>hygiene kit</w:t>
            </w:r>
          </w:p>
        </w:tc>
        <w:tc>
          <w:tcPr>
            <w:tcW w:type="dxa" w:w="2880"/>
          </w:tcPr>
          <w:p>
            <w:r>
              <w:t>6</w:t>
            </w:r>
          </w:p>
        </w:tc>
      </w:tr>
      <w:tr>
        <w:tc>
          <w:tcPr>
            <w:tcW w:type="dxa" w:w="2880"/>
          </w:tcPr>
          <w:p>
            <w:r>
              <w:t>2026-09-18</w:t>
            </w:r>
          </w:p>
        </w:tc>
        <w:tc>
          <w:tcPr>
            <w:tcW w:type="dxa" w:w="2880"/>
          </w:tcPr>
          <w:p>
            <w:r>
              <w:t>food kit</w:t>
            </w:r>
          </w:p>
        </w:tc>
        <w:tc>
          <w:tcPr>
            <w:tcW w:type="dxa" w:w="2880"/>
          </w:tcPr>
          <w:p>
            <w:r>
              <w:t>3</w:t>
            </w:r>
          </w:p>
        </w:tc>
      </w:tr>
      <w:tr>
        <w:tc>
          <w:tcPr>
            <w:tcW w:type="dxa" w:w="2880"/>
          </w:tcPr>
          <w:p>
            <w:r>
              <w:t>2026-09-19</w:t>
            </w:r>
          </w:p>
        </w:tc>
        <w:tc>
          <w:tcPr>
            <w:tcW w:type="dxa" w:w="2880"/>
          </w:tcPr>
          <w:p>
            <w:r>
              <w:t>blanket</w:t>
            </w:r>
          </w:p>
        </w:tc>
        <w:tc>
          <w:tcPr>
            <w:tcW w:type="dxa" w:w="2880"/>
          </w:tcPr>
          <w:p>
            <w:r>
              <w:t>4</w:t>
            </w:r>
          </w:p>
        </w:tc>
      </w:tr>
      <w:tr>
        <w:tc>
          <w:tcPr>
            <w:tcW w:type="dxa" w:w="2880"/>
          </w:tcPr>
          <w:p>
            <w:r>
              <w:t>2026-09-19</w:t>
            </w:r>
          </w:p>
        </w:tc>
        <w:tc>
          <w:tcPr>
            <w:tcW w:type="dxa" w:w="2880"/>
          </w:tcPr>
          <w:p>
            <w:r>
              <w:t>tarpaulin</w:t>
            </w:r>
          </w:p>
        </w:tc>
        <w:tc>
          <w:tcPr>
            <w:tcW w:type="dxa" w:w="2880"/>
          </w:tcPr>
          <w:p>
            <w:r>
              <w:t>2</w:t>
            </w:r>
          </w:p>
        </w:tc>
      </w:tr>
      <w:tr>
        <w:tc>
          <w:tcPr>
            <w:tcW w:type="dxa" w:w="2880"/>
          </w:tcPr>
          <w:p>
            <w:r>
              <w:t>2026-09-19</w:t>
            </w:r>
          </w:p>
        </w:tc>
        <w:tc>
          <w:tcPr>
            <w:tcW w:type="dxa" w:w="2880"/>
          </w:tcPr>
          <w:p>
            <w:r>
              <w:t>hygiene kit</w:t>
            </w:r>
          </w:p>
        </w:tc>
        <w:tc>
          <w:tcPr>
            <w:tcW w:type="dxa" w:w="2880"/>
          </w:tcPr>
          <w:p>
            <w:r>
              <w:t>2</w:t>
            </w:r>
          </w:p>
        </w:tc>
      </w:tr>
      <w:tr>
        <w:tc>
          <w:tcPr>
            <w:tcW w:type="dxa" w:w="2880"/>
          </w:tcPr>
          <w:p>
            <w:r>
              <w:t>2026-09-19</w:t>
            </w:r>
          </w:p>
        </w:tc>
        <w:tc>
          <w:tcPr>
            <w:tcW w:type="dxa" w:w="2880"/>
          </w:tcPr>
          <w:p>
            <w:r>
              <w:t>food kit</w:t>
            </w:r>
          </w:p>
        </w:tc>
        <w:tc>
          <w:tcPr>
            <w:tcW w:type="dxa" w:w="2880"/>
          </w:tcPr>
          <w:p>
            <w:r>
              <w:t>3</w:t>
            </w:r>
          </w:p>
        </w:tc>
      </w:tr>
      <w:tr>
        <w:tc>
          <w:tcPr>
            <w:tcW w:type="dxa" w:w="2880"/>
          </w:tcPr>
          <w:p>
            <w:r>
              <w:t>2026-09-20</w:t>
            </w:r>
          </w:p>
        </w:tc>
        <w:tc>
          <w:tcPr>
            <w:tcW w:type="dxa" w:w="2880"/>
          </w:tcPr>
          <w:p>
            <w:r>
              <w:t>blanket</w:t>
            </w:r>
          </w:p>
        </w:tc>
        <w:tc>
          <w:tcPr>
            <w:tcW w:type="dxa" w:w="2880"/>
          </w:tcPr>
          <w:p>
            <w:r>
              <w:t>5</w:t>
            </w:r>
          </w:p>
        </w:tc>
      </w:tr>
      <w:tr>
        <w:tc>
          <w:tcPr>
            <w:tcW w:type="dxa" w:w="2880"/>
          </w:tcPr>
          <w:p>
            <w:r>
              <w:t>2026-09-20</w:t>
            </w:r>
          </w:p>
        </w:tc>
        <w:tc>
          <w:tcPr>
            <w:tcW w:type="dxa" w:w="2880"/>
          </w:tcPr>
          <w:p>
            <w:r>
              <w:t>tarpaulin</w:t>
            </w:r>
          </w:p>
        </w:tc>
        <w:tc>
          <w:tcPr>
            <w:tcW w:type="dxa" w:w="2880"/>
          </w:tcPr>
          <w:p>
            <w:r>
              <w:t>6</w:t>
            </w:r>
          </w:p>
        </w:tc>
      </w:tr>
      <w:tr>
        <w:tc>
          <w:tcPr>
            <w:tcW w:type="dxa" w:w="2880"/>
          </w:tcPr>
          <w:p>
            <w:r>
              <w:t>2026-09-20</w:t>
            </w:r>
          </w:p>
        </w:tc>
        <w:tc>
          <w:tcPr>
            <w:tcW w:type="dxa" w:w="2880"/>
          </w:tcPr>
          <w:p>
            <w:r>
              <w:t>hygiene kit</w:t>
            </w:r>
          </w:p>
        </w:tc>
        <w:tc>
          <w:tcPr>
            <w:tcW w:type="dxa" w:w="2880"/>
          </w:tcPr>
          <w:p>
            <w:r>
              <w:t>3</w:t>
            </w:r>
          </w:p>
        </w:tc>
      </w:tr>
      <w:tr>
        <w:tc>
          <w:tcPr>
            <w:tcW w:type="dxa" w:w="2880"/>
          </w:tcPr>
          <w:p>
            <w:r>
              <w:t>2026-09-20</w:t>
            </w:r>
          </w:p>
        </w:tc>
        <w:tc>
          <w:tcPr>
            <w:tcW w:type="dxa" w:w="2880"/>
          </w:tcPr>
          <w:p>
            <w:r>
              <w:t>food kit</w:t>
            </w:r>
          </w:p>
        </w:tc>
        <w:tc>
          <w:tcPr>
            <w:tcW w:type="dxa" w:w="2880"/>
          </w:tcPr>
          <w:p>
            <w:r>
              <w:t>2</w:t>
            </w:r>
          </w:p>
        </w:tc>
      </w:tr>
      <w:tr>
        <w:tc>
          <w:tcPr>
            <w:tcW w:type="dxa" w:w="2880"/>
          </w:tcPr>
          <w:p>
            <w:r>
              <w:t>2026-09-21</w:t>
            </w:r>
          </w:p>
        </w:tc>
        <w:tc>
          <w:tcPr>
            <w:tcW w:type="dxa" w:w="2880"/>
          </w:tcPr>
          <w:p>
            <w:r>
              <w:t>blanket</w:t>
            </w:r>
          </w:p>
        </w:tc>
        <w:tc>
          <w:tcPr>
            <w:tcW w:type="dxa" w:w="2880"/>
          </w:tcPr>
          <w:p>
            <w:r>
              <w:t>4</w:t>
            </w:r>
          </w:p>
        </w:tc>
      </w:tr>
      <w:tr>
        <w:tc>
          <w:tcPr>
            <w:tcW w:type="dxa" w:w="2880"/>
          </w:tcPr>
          <w:p>
            <w:r>
              <w:t>2026-09-21</w:t>
            </w:r>
          </w:p>
        </w:tc>
        <w:tc>
          <w:tcPr>
            <w:tcW w:type="dxa" w:w="2880"/>
          </w:tcPr>
          <w:p>
            <w:r>
              <w:t>tarpaulin</w:t>
            </w:r>
          </w:p>
        </w:tc>
        <w:tc>
          <w:tcPr>
            <w:tcW w:type="dxa" w:w="2880"/>
          </w:tcPr>
          <w:p>
            <w:r>
              <w:t>8</w:t>
            </w:r>
          </w:p>
        </w:tc>
      </w:tr>
      <w:tr>
        <w:tc>
          <w:tcPr>
            <w:tcW w:type="dxa" w:w="2880"/>
          </w:tcPr>
          <w:p>
            <w:r>
              <w:t>2026-09-21</w:t>
            </w:r>
          </w:p>
        </w:tc>
        <w:tc>
          <w:tcPr>
            <w:tcW w:type="dxa" w:w="2880"/>
          </w:tcPr>
          <w:p>
            <w:r>
              <w:t>hygiene kit</w:t>
            </w:r>
          </w:p>
        </w:tc>
        <w:tc>
          <w:tcPr>
            <w:tcW w:type="dxa" w:w="2880"/>
          </w:tcPr>
          <w:p>
            <w:r>
              <w:t>2</w:t>
            </w:r>
          </w:p>
        </w:tc>
      </w:tr>
      <w:tr>
        <w:tc>
          <w:tcPr>
            <w:tcW w:type="dxa" w:w="2880"/>
          </w:tcPr>
          <w:p>
            <w:r>
              <w:t>2026-09-21</w:t>
            </w:r>
          </w:p>
        </w:tc>
        <w:tc>
          <w:tcPr>
            <w:tcW w:type="dxa" w:w="2880"/>
          </w:tcPr>
          <w:p>
            <w:r>
              <w:t>food kit</w:t>
            </w:r>
          </w:p>
        </w:tc>
        <w:tc>
          <w:tcPr>
            <w:tcW w:type="dxa" w:w="2880"/>
          </w:tcPr>
          <w:p>
            <w:r>
              <w:t>4</w:t>
            </w:r>
          </w:p>
        </w:tc>
      </w:tr>
      <w:tr>
        <w:tc>
          <w:tcPr>
            <w:tcW w:type="dxa" w:w="2880"/>
          </w:tcPr>
          <w:p>
            <w:r>
              <w:t>2026-09-22</w:t>
            </w:r>
          </w:p>
        </w:tc>
        <w:tc>
          <w:tcPr>
            <w:tcW w:type="dxa" w:w="2880"/>
          </w:tcPr>
          <w:p>
            <w:r>
              <w:t>blanket</w:t>
            </w:r>
          </w:p>
        </w:tc>
        <w:tc>
          <w:tcPr>
            <w:tcW w:type="dxa" w:w="2880"/>
          </w:tcPr>
          <w:p>
            <w:r>
              <w:t>6</w:t>
            </w:r>
          </w:p>
        </w:tc>
      </w:tr>
      <w:tr>
        <w:tc>
          <w:tcPr>
            <w:tcW w:type="dxa" w:w="2880"/>
          </w:tcPr>
          <w:p>
            <w:r>
              <w:t>2026-09-22</w:t>
            </w:r>
          </w:p>
        </w:tc>
        <w:tc>
          <w:tcPr>
            <w:tcW w:type="dxa" w:w="2880"/>
          </w:tcPr>
          <w:p>
            <w:r>
              <w:t>tarpaulin</w:t>
            </w:r>
          </w:p>
        </w:tc>
        <w:tc>
          <w:tcPr>
            <w:tcW w:type="dxa" w:w="2880"/>
          </w:tcPr>
          <w:p>
            <w:r>
              <w:t>3</w:t>
            </w:r>
          </w:p>
        </w:tc>
      </w:tr>
      <w:tr>
        <w:tc>
          <w:tcPr>
            <w:tcW w:type="dxa" w:w="2880"/>
          </w:tcPr>
          <w:p>
            <w:r>
              <w:t>2026-09-22</w:t>
            </w:r>
          </w:p>
        </w:tc>
        <w:tc>
          <w:tcPr>
            <w:tcW w:type="dxa" w:w="2880"/>
          </w:tcPr>
          <w:p>
            <w:r>
              <w:t>hygiene kit</w:t>
            </w:r>
          </w:p>
        </w:tc>
        <w:tc>
          <w:tcPr>
            <w:tcW w:type="dxa" w:w="2880"/>
          </w:tcPr>
          <w:p>
            <w:r>
              <w:t>9</w:t>
            </w:r>
          </w:p>
        </w:tc>
      </w:tr>
      <w:tr>
        <w:tc>
          <w:tcPr>
            <w:tcW w:type="dxa" w:w="2880"/>
          </w:tcPr>
          <w:p>
            <w:r>
              <w:t>2026-09-22</w:t>
            </w:r>
          </w:p>
        </w:tc>
        <w:tc>
          <w:tcPr>
            <w:tcW w:type="dxa" w:w="2880"/>
          </w:tcPr>
          <w:p>
            <w:r>
              <w:t>food kit</w:t>
            </w:r>
          </w:p>
        </w:tc>
        <w:tc>
          <w:tcPr>
            <w:tcW w:type="dxa" w:w="2880"/>
          </w:tcPr>
          <w:p>
            <w:r>
              <w:t>6</w:t>
            </w:r>
          </w:p>
        </w:tc>
      </w:tr>
    </w:tbl>
    <w:p/>
    <w:sectPr w:rsidR="00FC693F" w:rsidRPr="0006063C" w:rsidSect="00034616">
      <w:footerReference w:type="default" r:id="rId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Disaster response, Kathmandu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Disaster response, Kathmandu: report</dc:title>
  <dc:subject>Describe the project Sample: Disaster response, Kathmandu: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