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07F1F"/>
          <w:sz w:val="16"/>
        </w:rPr>
        <w:t>GEOBIT LARGE SPATIAL MODEL</w:t>
      </w:r>
    </w:p>
    <w:p>
      <w:pPr>
        <w:pStyle w:val="Title"/>
      </w:pPr>
      <w:r>
        <w:t>Sample: Field operations terrain, Sennybridge: report</w:t>
      </w:r>
    </w:p>
    <w:p>
      <w:r>
        <w:rPr>
          <w:color w:val="525252"/>
          <w:sz w:val="18"/>
        </w:rPr>
        <w:t>Project: Sample: Field operations terrain, Sennybridge</w:t>
      </w:r>
      <w:r>
        <w:rPr>
          <w:color w:val="525252"/>
          <w:sz w:val="18"/>
        </w:rPr>
        <w:br/>
        <w:t>Goal: Describe the project Sample: Field operations terrain, Sennybridge: run the analyses that tell the most about its data, draw every result, and write a cited report.</w:t>
      </w:r>
      <w:r>
        <w:rPr>
          <w:color w:val="525252"/>
          <w:sz w:val="18"/>
        </w:rPr>
        <w:br/>
        <w:t>Run: a36509fb-c3ff-418d-888b-dfbec0c1819e (running, 11 agent run(s))</w:t>
      </w:r>
      <w:r>
        <w:rPr>
          <w:color w:val="525252"/>
          <w:sz w:val="18"/>
        </w:rPr>
        <w:br/>
        <w:t>Generated: 2026-10-18T05:50:35Z, version 1</w:t>
      </w:r>
      <w:r>
        <w:rPr>
          <w:color w:val="525252"/>
          <w:sz w:val="18"/>
        </w:rPr>
        <w:br/>
        <w:t>Model cost: USD 0.0000 over 0 model call(s)</w:t>
      </w:r>
    </w:p>
    <w:p>
      <w:pPr>
        <w:pStyle w:val="Heading1"/>
      </w:pPr>
      <w:r>
        <w:t>Data used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Data</w:t>
            </w:r>
          </w:p>
        </w:tc>
        <w:tc>
          <w:tcPr>
            <w:tcW w:type="dxa" w:w="1440"/>
          </w:tcPr>
          <w:p>
            <w:r>
              <w:t>Kind</w:t>
            </w:r>
          </w:p>
        </w:tc>
        <w:tc>
          <w:tcPr>
            <w:tcW w:type="dxa" w:w="1440"/>
          </w:tcPr>
          <w:p>
            <w:r>
              <w:t>Rows</w:t>
            </w:r>
          </w:p>
        </w:tc>
        <w:tc>
          <w:tcPr>
            <w:tcW w:type="dxa" w:w="1440"/>
          </w:tcPr>
          <w:p>
            <w:r>
              <w:t>Time span</w:t>
            </w:r>
          </w:p>
        </w:tc>
        <w:tc>
          <w:tcPr>
            <w:tcW w:type="dxa" w:w="1440"/>
          </w:tcPr>
          <w:p>
            <w:r>
              <w:t>Summary</w:t>
            </w:r>
          </w:p>
        </w:tc>
        <w:tc>
          <w:tcPr>
            <w:tcW w:type="dxa" w:w="1440"/>
          </w:tcPr>
          <w:p>
            <w:r>
              <w:t>Source</w:t>
            </w:r>
          </w:p>
        </w:tc>
      </w:tr>
      <w:tr>
        <w:tc>
          <w:tcPr>
            <w:tcW w:type="dxa" w:w="1440"/>
          </w:tcPr>
          <w:p>
            <w:r>
              <w:t>Observation posts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 point features; 'manned' has 2 values (top: True 7, False 3); 'height_m' 2 to 2 (mean 2); 'ground_m' 449.5 to 532.4 (mean 493.7); named by 'name' (e.g. Observation post 1, Observation post 2, Observation post 3); extent -3.6612,52.0113 to -3.5369,52.0492. Point locations of Observation posts by manned.</w:t>
            </w:r>
          </w:p>
        </w:tc>
        <w:tc>
          <w:tcPr>
            <w:tcW w:type="dxa" w:w="1440"/>
          </w:tcPr>
          <w:p>
            <w:r>
              <w:t>[93]</w:t>
            </w:r>
          </w:p>
        </w:tc>
      </w:tr>
      <w:tr>
        <w:tc>
          <w:tcPr>
            <w:tcW w:type="dxa" w:w="1440"/>
          </w:tcPr>
          <w:p>
            <w:r>
              <w:t>Areas of operation</w:t>
            </w:r>
          </w:p>
        </w:tc>
        <w:tc>
          <w:tcPr>
            <w:tcW w:type="dxa" w:w="1440"/>
          </w:tcPr>
          <w:p>
            <w:r>
              <w:t>vector, Polygon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6 polygon (area) features; 'priority' 1 to 3 (mean 1.667); named by 'name' (e.g. AO North West, AO North, AO North East); total area 80.06 km2; extent -3.6734,51.9936 to -3.5267,52.0663. Areas (Areas of operation) with priority to compare and map.</w:t>
            </w:r>
          </w:p>
        </w:tc>
        <w:tc>
          <w:tcPr>
            <w:tcW w:type="dxa" w:w="1440"/>
          </w:tcPr>
          <w:p>
            <w:r>
              <w:t>[94]</w:t>
            </w:r>
          </w:p>
        </w:tc>
      </w:tr>
      <w:tr>
        <w:tc>
          <w:tcPr>
            <w:tcW w:type="dxa" w:w="1440"/>
          </w:tcPr>
          <w:p>
            <w:r>
              <w:t>Tracks and routes</w:t>
            </w:r>
          </w:p>
        </w:tc>
        <w:tc>
          <w:tcPr>
            <w:tcW w:type="dxa" w:w="1440"/>
          </w:tcPr>
          <w:p>
            <w:r>
              <w:t>vector, LineString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 line features; 'surface' has 3 values (top: track 6, footpath 3, valley road 1); 'max_vehicle' has 4 values (top: foot only 5, 4x4 3, truck 1); total length 101.9 km; extent -3.6731,51.9938 to -3.5267,52.0661. Lines (Tracks and routes) such as routes or networks.</w:t>
            </w:r>
          </w:p>
        </w:tc>
        <w:tc>
          <w:tcPr>
            <w:tcW w:type="dxa" w:w="1440"/>
          </w:tcPr>
          <w:p>
            <w:r>
              <w:t>[95]</w:t>
            </w:r>
          </w:p>
        </w:tc>
      </w:tr>
      <w:tr>
        <w:tc>
          <w:tcPr>
            <w:tcW w:type="dxa" w:w="1440"/>
          </w:tcPr>
          <w:p>
            <w:r>
              <w:t>Patrol reports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650</w:t>
            </w:r>
          </w:p>
        </w:tc>
        <w:tc>
          <w:tcPr>
            <w:tcW w:type="dxa" w:w="1440"/>
          </w:tcPr>
          <w:p>
            <w:r>
              <w:t>2026-09-07 to 2026-10-04</w:t>
            </w:r>
          </w:p>
        </w:tc>
        <w:tc>
          <w:tcPr>
            <w:tcW w:type="dxa" w:w="1440"/>
          </w:tcPr>
          <w:p>
            <w:r>
              <w:t>650 point features; dated by 'reported_at' from 2026-09-07 to 2026-10-04; 'type' has 4 values (top: observation 173, vehicle 165, movement 156); 'confidence' has 3 values (top: medium 238, low 206, high 206); extent -3.6728,52.0126 to -3.5271,52.0491. Dated point events by type: where and when Patrol reports happen.</w:t>
            </w:r>
          </w:p>
        </w:tc>
        <w:tc>
          <w:tcPr>
            <w:tcW w:type="dxa" w:w="1440"/>
          </w:tcPr>
          <w:p>
            <w:r>
              <w:t>[2]</w:t>
            </w:r>
          </w:p>
        </w:tc>
      </w:tr>
      <w:tr>
        <w:tc>
          <w:tcPr>
            <w:tcW w:type="dxa" w:w="1440"/>
          </w:tcPr>
          <w:p>
            <w:r>
              <w:t>Obstacles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90</w:t>
            </w:r>
          </w:p>
        </w:tc>
        <w:tc>
          <w:tcPr>
            <w:tcW w:type="dxa" w:w="1440"/>
          </w:tcPr>
          <w:p>
            <w:r>
              <w:t>2026-08-24 to 2026-10-04</w:t>
            </w:r>
          </w:p>
        </w:tc>
        <w:tc>
          <w:tcPr>
            <w:tcW w:type="dxa" w:w="1440"/>
          </w:tcPr>
          <w:p>
            <w:r>
              <w:t>90 point features; dated by 'date' from 2026-08-24 to 2026-10-04; 'type' has 5 values (top: fallen tree 20, fence 20, washout 20); 'passable_by' has 2 values (top: tracked 37, foot only 26); extent -3.6713,51.9949 to -3.5392,52.0467. Dated point events by type: where and when Obstacles happen.</w:t>
            </w:r>
          </w:p>
        </w:tc>
        <w:tc>
          <w:tcPr>
            <w:tcW w:type="dxa" w:w="1440"/>
          </w:tcPr>
          <w:p>
            <w:r>
              <w:t>[3]</w:t>
            </w:r>
          </w:p>
        </w:tc>
      </w:tr>
      <w:tr>
        <w:tc>
          <w:tcPr>
            <w:tcW w:type="dxa" w:w="1440"/>
          </w:tcPr>
          <w:p>
            <w:r>
              <w:t>Landing zones</w:t>
            </w:r>
          </w:p>
        </w:tc>
        <w:tc>
          <w:tcPr>
            <w:tcW w:type="dxa" w:w="1440"/>
          </w:tcPr>
          <w:p>
            <w:r>
              <w:t>vector, Polygon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6 polygon (area) features; 'surface' has 2 values (top: grass 5, heather 1); 'slope_deg' 1.8 to 2.7 (mean 2.267); named by 'name' (e.g. Landing zone 1, Landing zone 2, Landing zone 3); total area 0.1524 km2; extent -3.6535,51.9966 to -3.5514,52.0625. Areas (Landing zones) with slope_deg to compare and map.</w:t>
            </w:r>
          </w:p>
        </w:tc>
        <w:tc>
          <w:tcPr>
            <w:tcW w:type="dxa" w:w="1440"/>
          </w:tcPr>
          <w:p>
            <w:r>
              <w:t>[96]</w:t>
            </w:r>
          </w:p>
        </w:tc>
      </w:tr>
      <w:tr>
        <w:tc>
          <w:tcPr>
            <w:tcW w:type="dxa" w:w="1440"/>
          </w:tcPr>
          <w:p>
            <w:r>
              <w:t>Water crossings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20 point features; 'type' has 3 values (top: ford 8, culvert 7, bridge 5); 'max_depth_m' 0.2 to 1.2 (mean 0.735); extent -3.6513,52.0278 to -3.5856,52.0321. Point locations of Water crossings by type.</w:t>
            </w:r>
          </w:p>
        </w:tc>
        <w:tc>
          <w:tcPr>
            <w:tcW w:type="dxa" w:w="1440"/>
          </w:tcPr>
          <w:p>
            <w:r>
              <w:t>[97]</w:t>
            </w:r>
          </w:p>
        </w:tc>
      </w:tr>
      <w:tr>
        <w:tc>
          <w:tcPr>
            <w:tcW w:type="dxa" w:w="1440"/>
          </w:tcPr>
          <w:p>
            <w:r>
              <w:t>Training area terrain model (DEM)</w:t>
            </w:r>
          </w:p>
        </w:tc>
        <w:tc>
          <w:tcPr>
            <w:tcW w:type="dxa" w:w="1440"/>
          </w:tcPr>
          <w:p>
            <w:r>
              <w:t>raster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1-band float32 raster (dem), 500 x 400 cells; resolution 20; band 1 237.7 to 543.7; extent -3.6734,51.9936 to -3.5267,52.0663. An elevation surface for terrain analysis.</w:t>
            </w:r>
          </w:p>
        </w:tc>
        <w:tc>
          <w:tcPr>
            <w:tcW w:type="dxa" w:w="1440"/>
          </w:tcPr>
          <w:p>
            <w:r>
              <w:t>[98]</w:t>
            </w:r>
          </w:p>
        </w:tc>
      </w:tr>
      <w:tr>
        <w:tc>
          <w:tcPr>
            <w:tcW w:type="dxa" w:w="1440"/>
          </w:tcPr>
          <w:p>
            <w:r>
              <w:t>Patrol log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180</w:t>
            </w:r>
          </w:p>
        </w:tc>
        <w:tc>
          <w:tcPr>
            <w:tcW w:type="dxa" w:w="1440"/>
          </w:tcPr>
          <w:p>
            <w:r>
              <w:t>2026-09-07 to 2026-10-04</w:t>
            </w:r>
          </w:p>
        </w:tc>
        <w:tc>
          <w:tcPr>
            <w:tcW w:type="dxa" w:w="1440"/>
          </w:tcPr>
          <w:p>
            <w:r>
              <w:t>Table of 180 rows and 6 columns without geometry; dated by 'date' from 2026-09-07 to 2026-10-04; 'ao_code' has 6 values (top: AO2 37, AO5 34, AO6 31); 'distance_km' 3 to 17.7 (mean 10.23); 'duration_h' 2 to 9 (mean 5.54); 'reports' 0 to 9 (mean 2.961). A table of Patrol log without locations.</w:t>
            </w:r>
          </w:p>
        </w:tc>
        <w:tc>
          <w:tcPr>
            <w:tcW w:type="dxa" w:w="1440"/>
          </w:tcPr>
          <w:p>
            <w:r>
              <w:t>[4]</w:t>
            </w:r>
          </w:p>
        </w:tc>
      </w:tr>
      <w:tr>
        <w:tc>
          <w:tcPr>
            <w:tcW w:type="dxa" w:w="1440"/>
          </w:tcPr>
          <w:p>
            <w:r>
              <w:t>Unit roster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Table of 12 rows and 5 columns without geometry; 'ao_code' has 6 values (top: AO1 2, AO2 2, AO3 2); 'role' has 3 values (top: logistics 4, infantry 4, engineers 4); 'personnel' 35 to 119 (mean 67); 'vehicles' 0 to 12 (mean 6.667). A table of Unit roster without locations.</w:t>
            </w:r>
          </w:p>
        </w:tc>
        <w:tc>
          <w:tcPr>
            <w:tcW w:type="dxa" w:w="1440"/>
          </w:tcPr>
          <w:p>
            <w:r>
              <w:t>[99]</w:t>
            </w:r>
          </w:p>
        </w:tc>
      </w:tr>
      <w:tr>
        <w:tc>
          <w:tcPr>
            <w:tcW w:type="dxa" w:w="1440"/>
          </w:tcPr>
          <w:p>
            <w:r>
              <w:t>Exercise orders</w:t>
            </w:r>
          </w:p>
        </w:tc>
        <w:tc>
          <w:tcPr>
            <w:tcW w:type="dxa" w:w="1440"/>
          </w:tcPr>
          <w:p>
            <w:r>
              <w:t>document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1-page pdf document 'Exercise orders'; language en; mentions 10 place(s): Observation (2), Observation post 1 (1), Observation post 6 (1), Observation post 7 (1), Observation post 10 (1). A document about Observation, Observation post 1, Observation post 6.</w:t>
            </w:r>
          </w:p>
        </w:tc>
        <w:tc>
          <w:tcPr>
            <w:tcW w:type="dxa" w:w="1440"/>
          </w:tcPr>
          <w:p>
            <w:r>
              <w:t>[100]</w:t>
            </w:r>
          </w:p>
        </w:tc>
      </w:tr>
      <w:tr>
        <w:tc>
          <w:tcPr>
            <w:tcW w:type="dxa" w:w="1440"/>
          </w:tcPr>
          <w:p>
            <w:r>
              <w:t>Sample: Field operations terrain, Sennybridge</w:t>
            </w:r>
          </w:p>
        </w:tc>
        <w:tc>
          <w:tcPr>
            <w:tcW w:type="dxa" w:w="1440"/>
          </w:tcPr>
          <w:p>
            <w:r>
              <w:t>record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[101]</w:t>
            </w:r>
          </w:p>
        </w:tc>
      </w:tr>
      <w:tr>
        <w:tc>
          <w:tcPr>
            <w:tcW w:type="dxa" w:w="1440"/>
          </w:tcPr>
          <w:p>
            <w:r>
              <w:t>Hot spot analysis: Obstacles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17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[102]</w:t>
            </w:r>
          </w:p>
        </w:tc>
      </w:tr>
      <w:tr>
        <w:tc>
          <w:tcPr>
            <w:tcW w:type="dxa" w:w="1440"/>
          </w:tcPr>
          <w:p>
            <w:r>
              <w:t>Hot spot analysis: Patrol reports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154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[103]</w:t>
            </w:r>
          </w:p>
        </w:tc>
      </w:tr>
      <w:tr>
        <w:tc>
          <w:tcPr>
            <w:tcW w:type="dxa" w:w="1440"/>
          </w:tcPr>
          <w:p>
            <w:r>
              <w:t>Summarize within: Areas of operation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[104]</w:t>
            </w:r>
          </w:p>
        </w:tc>
      </w:tr>
      <w:tr>
        <w:tc>
          <w:tcPr>
            <w:tcW w:type="dxa" w:w="1440"/>
          </w:tcPr>
          <w:p>
            <w:r>
              <w:t>Summarize within: Areas of operation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[105]</w:t>
            </w:r>
          </w:p>
        </w:tc>
      </w:tr>
      <w:tr>
        <w:tc>
          <w:tcPr>
            <w:tcW w:type="dxa" w:w="1440"/>
          </w:tcPr>
          <w:p>
            <w:r>
              <w:t>Summarize within: Areas of operation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[106]</w:t>
            </w:r>
          </w:p>
        </w:tc>
      </w:tr>
      <w:tr>
        <w:tc>
          <w:tcPr>
            <w:tcW w:type="dxa" w:w="1440"/>
          </w:tcPr>
          <w:p>
            <w:r>
              <w:t>Find point clusters: Observation posts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[107]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[108]</w:t>
            </w:r>
          </w:p>
        </w:tc>
      </w:tr>
      <w:tr>
        <w:tc>
          <w:tcPr>
            <w:tcW w:type="dxa" w:w="1440"/>
          </w:tcPr>
          <w:p>
            <w:r>
              <w:t>Find point clusters: Obstacles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90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[109]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[110]</w:t>
            </w:r>
          </w:p>
        </w:tc>
      </w:tr>
      <w:tr>
        <w:tc>
          <w:tcPr>
            <w:tcW w:type="dxa" w:w="1440"/>
          </w:tcPr>
          <w:p>
            <w:r>
              <w:t>Find point clusters: Patrol reports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650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[111]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[112]</w:t>
            </w:r>
          </w:p>
        </w:tc>
      </w:tr>
      <w:tr>
        <w:tc>
          <w:tcPr>
            <w:tcW w:type="dxa" w:w="1440"/>
          </w:tcPr>
          <w:p>
            <w:r>
              <w:t>Slope (degrees)</w:t>
            </w:r>
          </w:p>
        </w:tc>
        <w:tc>
          <w:tcPr>
            <w:tcW w:type="dxa" w:w="1440"/>
          </w:tcPr>
          <w:p>
            <w:r>
              <w:t>layer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[113]</w:t>
            </w:r>
          </w:p>
        </w:tc>
      </w:tr>
      <w:tr>
        <w:tc>
          <w:tcPr>
            <w:tcW w:type="dxa" w:w="1440"/>
          </w:tcPr>
          <w:p>
            <w:r>
              <w:t>Emerging hot spots: Obstacles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23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[114]</w:t>
            </w:r>
          </w:p>
        </w:tc>
      </w:tr>
      <w:tr>
        <w:tc>
          <w:tcPr>
            <w:tcW w:type="dxa" w:w="1440"/>
          </w:tcPr>
          <w:p>
            <w:r>
              <w:t>Emerging hot spots: Patrol reports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53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[115]</w:t>
            </w:r>
          </w:p>
        </w:tc>
      </w:tr>
      <w:tr>
        <w:tc>
          <w:tcPr>
            <w:tcW w:type="dxa" w:w="1440"/>
          </w:tcPr>
          <w:p>
            <w:r>
              <w:t>Repeat and near repeat classification: Obstacles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90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[116]</w:t>
            </w:r>
          </w:p>
        </w:tc>
      </w:tr>
      <w:tr>
        <w:tc>
          <w:tcPr>
            <w:tcW w:type="dxa" w:w="1440"/>
          </w:tcPr>
          <w:p>
            <w:r>
              <w:t>Calculate density: Obstacles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92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[117]</w:t>
            </w:r>
          </w:p>
        </w:tc>
      </w:tr>
      <w:tr>
        <w:tc>
          <w:tcPr>
            <w:tcW w:type="dxa" w:w="1440"/>
          </w:tcPr>
          <w:p>
            <w:r>
              <w:t>Calculate density: Patrol reports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917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[118]</w:t>
            </w:r>
          </w:p>
        </w:tc>
      </w:tr>
      <w:tr>
        <w:tc>
          <w:tcPr>
            <w:tcW w:type="dxa" w:w="1440"/>
          </w:tcPr>
          <w:p>
            <w:r>
              <w:t>Calculate density: Water crossings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307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[119]</w:t>
            </w:r>
          </w:p>
        </w:tc>
      </w:tr>
      <w:tr>
        <w:tc>
          <w:tcPr>
            <w:tcW w:type="dxa" w:w="1440"/>
          </w:tcPr>
          <w:p>
            <w:r>
              <w:t>Exercise orders</w:t>
            </w:r>
          </w:p>
        </w:tc>
        <w:tc>
          <w:tcPr>
            <w:tcW w:type="dxa" w:w="1440"/>
          </w:tcPr>
          <w:p>
            <w:r>
              <w:t>document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[120]</w:t>
            </w:r>
          </w:p>
        </w:tc>
      </w:tr>
    </w:tbl>
    <w:p/>
    <w:p>
      <w:pPr>
        <w:pStyle w:val="Heading1"/>
      </w:pPr>
      <w:r>
        <w:t>Timeline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5630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3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63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1. Timeline: events per day by dataset [1]. Per day, 2026-08-24 to 2026-10-04. Source: Patrol reports, Obstacles, Patrol log (920 features). The data is in the appendix.</w:t>
      </w:r>
    </w:p>
    <w:p>
      <w:r>
        <w:rPr>
          <w:i w:val="0"/>
        </w:rPr>
        <w:t>The timeline counts 920 dated events in Patrol reports, Obstacles, Patrol log per day, from 2026-08-24 to 2026-10-04 [1][2][3][4]. By dataset: Patrol reports 650; Patrol log 180; Obstacles 90 [1]. The trend is +0.969 events per day; the second half of the days has 677 against 243 in the first (+178.6%) [1].</w:t>
      </w:r>
    </w:p>
    <w:p>
      <w:r>
        <w:rPr>
          <w:b/>
        </w:rPr>
        <w:t>Busiest days</w:t>
      </w:r>
    </w:p>
    <w:p>
      <w:pPr>
        <w:pStyle w:val="ListBullet"/>
      </w:pPr>
      <w:r>
        <w:t>2026-09-10: 41 events [1]</w:t>
      </w:r>
    </w:p>
    <w:p>
      <w:pPr>
        <w:pStyle w:val="ListBullet"/>
      </w:pPr>
      <w:r>
        <w:t>2026-09-18: 39 events [1]</w:t>
      </w:r>
    </w:p>
    <w:p>
      <w:pPr>
        <w:pStyle w:val="ListBullet"/>
      </w:pPr>
      <w:r>
        <w:t>2026-09-24: 39 events [1]</w:t>
      </w:r>
    </w:p>
    <w:p>
      <w:r>
        <w:rPr>
          <w:b/>
        </w:rPr>
        <w:t>Quietest days</w:t>
      </w:r>
    </w:p>
    <w:p>
      <w:pPr>
        <w:pStyle w:val="ListBullet"/>
      </w:pPr>
      <w:r>
        <w:t>2026-08-24: 1 event [1]</w:t>
      </w:r>
    </w:p>
    <w:p>
      <w:pPr>
        <w:pStyle w:val="ListBullet"/>
      </w:pPr>
      <w:r>
        <w:t>2026-08-25: 1 event [1]</w:t>
      </w:r>
    </w:p>
    <w:p>
      <w:pPr>
        <w:pStyle w:val="ListBullet"/>
      </w:pPr>
      <w:r>
        <w:t>2026-08-27: 1 event [1]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[5]. In ArcGIS it is Find Hot Spots or Hot Spot Analysis (Getis-Ord Gi*); in QGIS, qgis:hotspot (plugin) [5].</w:t>
      </w:r>
    </w:p>
    <w:p>
      <w:r>
        <w:rPr>
          <w:b/>
        </w:rPr>
        <w:t xml:space="preserve">Why it was run on this data. </w:t>
      </w:r>
      <w:r>
        <w:rPr>
          <w:i w:val="0"/>
        </w:rPr>
        <w:t>90 points: Getis-Ord Gi* tests whether the concentrations in Obstacles are statistically significant [6].</w:t>
      </w:r>
    </w:p>
    <w:p>
      <w:r>
        <w:rPr>
          <w:b/>
        </w:rPr>
        <w:t xml:space="preserve">What it found. </w:t>
      </w:r>
      <w:r>
        <w:rPr>
          <w:i w:val="0"/>
        </w:rPr>
        <w:t>Hot spots on Obstacles: Hot spot analysis: 1 layer saved: Hot spot analysis: Obstacles (17 features) [7][8]. It reported result, bins 17; result, count 17; result, elapsed ms 4; result, cell size m 2,000; result, incidents used 90; result, distance band m 2,000 [7].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17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17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90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0.0518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0.0518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Obstacles: Hot spot analysis: 1 layer saved: Hot spot analysis: Obstacles (17 features) [7][8].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17; result, count 17; result, elapsed ms 4; result, cell size m 2,000; result, incidents used 90; result, distance band m 2,000 [7].</w:t>
      </w:r>
    </w:p>
    <w:p>
      <w:r>
        <w:rPr>
          <w:i/>
          <w:color w:val="525252"/>
          <w:sz w:val="17"/>
        </w:rPr>
        <w:t>Tool gp_hot_spots; parameters {"project": "9f6aa8f7-f5fe-4630-ab44-f56a90a94683", "features": {"layer": "Obstacles (10e309c5)"}, "aggregation": "hexagon", "cell_size_m": 2000.0, "distance_band_m": 2000.0}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[5]. In ArcGIS it is Find Hot Spots or Hot Spot Analysis (Getis-Ord Gi*); in QGIS, qgis:hotspot (plugin) [5].</w:t>
      </w:r>
    </w:p>
    <w:p>
      <w:r>
        <w:rPr>
          <w:b/>
        </w:rPr>
        <w:t xml:space="preserve">Why it was run on this data. </w:t>
      </w:r>
      <w:r>
        <w:rPr>
          <w:i w:val="0"/>
        </w:rPr>
        <w:t>650 points: Getis-Ord Gi* tests whether the concentrations in Patrol reports are statistically significant [9].</w:t>
      </w:r>
    </w:p>
    <w:p>
      <w:r>
        <w:rPr>
          <w:b/>
        </w:rPr>
        <w:t xml:space="preserve">What it found. </w:t>
      </w:r>
      <w:r>
        <w:rPr>
          <w:i w:val="0"/>
        </w:rPr>
        <w:t>Hot spots on Patrol reports: Hot spot analysis: 1 layer saved: Hot spot analysis: Patrol reports (154 features) [10][11]. It reported result, bins 154; result, count 154; result, elapsed ms 13; result, cell size m 500; result, incidents used 650; result, distance band m 500 [10].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154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154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13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650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0.063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0.063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Patrol reports: Hot spot analysis: 1 layer saved: Hot spot analysis: Patrol reports (154 features) [10][11].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154; result, count 154; result, elapsed ms 13; result, cell size m 500; result, incidents used 650; result, distance band m 500 [10].</w:t>
      </w:r>
    </w:p>
    <w:p>
      <w:r>
        <w:rPr>
          <w:i/>
          <w:color w:val="525252"/>
          <w:sz w:val="17"/>
        </w:rPr>
        <w:t>A model draft was discarded because a sentence did not cite a source of this section.</w:t>
      </w:r>
    </w:p>
    <w:p>
      <w:r>
        <w:rPr>
          <w:i/>
          <w:color w:val="525252"/>
          <w:sz w:val="17"/>
        </w:rPr>
        <w:t>Tool gp_hot_spots; parameters {"project": "9f6aa8f7-f5fe-4630-ab44-f56a90a94683", "features": {"layer": "Patrol reports (5e87153f)"}, "aggregation": "hexagon", "cell_size_m": 500.0, "distance_band_m": 500.0}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[12]. In ArcGIS it is Summarize Within or Aggregate Points; in QGIS, native:countpointsinpolygon or native:sumlinelengths [12].</w:t>
      </w:r>
    </w:p>
    <w:p>
      <w:r>
        <w:rPr>
          <w:b/>
        </w:rPr>
        <w:t xml:space="preserve">Why it was run on this data. </w:t>
      </w:r>
      <w:r>
        <w:rPr>
          <w:i w:val="0"/>
        </w:rPr>
        <w:t>Count Observation posts inside each feature of Areas of operation by manned; the counts map as a choropleth (natural breaks, sequential colors) [13].</w:t>
      </w:r>
    </w:p>
    <w:p>
      <w:r>
        <w:rPr>
          <w:b/>
        </w:rPr>
        <w:t xml:space="preserve">What it found. </w:t>
      </w:r>
      <w:r>
        <w:rPr>
          <w:i w:val="0"/>
        </w:rPr>
        <w:t>Summarize within on Observation posts, Areas of operation: Summarize within: 1 layer saved: Summarize within: Areas of operation (6 features) [14][15][16]. It reported result, count 6; result, elapsed ms 1; billing, cost 0.01034; billing, list price 0.01034; billing, upstream cost 0 [14].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0.01034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0.01034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Observation posts, Areas of operation: Summarize within: 1 layer saved: Summarize within: Areas of operation (6 features) [14][15][16].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6; result, elapsed ms 1; billing, cost 0.01034; billing, list price 0.01034; billing, upstream cost 0 [14].</w:t>
      </w:r>
    </w:p>
    <w:p>
      <w:r>
        <w:rPr>
          <w:i/>
          <w:color w:val="525252"/>
          <w:sz w:val="17"/>
        </w:rPr>
        <w:t>A model draft was discarded because a sentence did not cite a source of this section.</w:t>
      </w:r>
    </w:p>
    <w:p>
      <w:r>
        <w:rPr>
          <w:i/>
          <w:color w:val="525252"/>
          <w:sz w:val="17"/>
        </w:rPr>
        <w:t>Tool gp_summarize_within; parameters {"stats": [{"stat": "sum", "field": "ground_m"}], "project": "9f6aa8f7-f5fe-4630-ab44-f56a90a94683", "features": {"layer": "Observation posts (fd2e56d2)"}, "group_by": "manned", "polygons": {"layer": "Areas of operation (eb593b97)"}}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[12]. In ArcGIS it is Summarize Within or Aggregate Points; in QGIS, native:countpointsinpolygon or native:sumlinelengths [12].</w:t>
      </w:r>
    </w:p>
    <w:p>
      <w:r>
        <w:rPr>
          <w:b/>
        </w:rPr>
        <w:t xml:space="preserve">Why it was run on this data. </w:t>
      </w:r>
      <w:r>
        <w:rPr>
          <w:i w:val="0"/>
        </w:rPr>
        <w:t>Count Observation posts inside each feature of Areas of operation by manned; the counts map as a choropleth (natural breaks, sequential colors) [13].</w:t>
      </w:r>
    </w:p>
    <w:p>
      <w:r>
        <w:rPr>
          <w:b/>
        </w:rPr>
        <w:t xml:space="preserve">What it found. </w:t>
      </w:r>
      <w:r>
        <w:rPr>
          <w:i w:val="0"/>
        </w:rPr>
        <w:t>The `gp_summarize_within` tool was executed [17], utilizing areas of operation [16] and obstacles [8] as inputs. The operation yielded a count of 6 [17]. Measurements showed the process took an elapsed time of 0 ms [17].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0.01192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0.01192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Obstacles, Areas of operation: Summarize within: 1 layer saved: Summarize within: Areas of operation (6 features) [8][16][17].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6; result, elapsed ms 0; billing, cost 0.01192; billing, list price 0.01192; billing, upstream cost 0 [17].</w:t>
      </w:r>
    </w:p>
    <w:p>
      <w:r>
        <w:rPr>
          <w:i/>
          <w:color w:val="525252"/>
          <w:sz w:val="17"/>
        </w:rPr>
        <w:t>Tool gp_summarize_within; parameters {"stats": [], "project": "9f6aa8f7-f5fe-4630-ab44-f56a90a94683", "features": {"layer": "Obstacles (10e309c5)"}, "group_by": "type", "polygons": {"layer": "Areas of operation (eb593b97)"}}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[12]. In ArcGIS it is Summarize Within or Aggregate Points; in QGIS, native:countpointsinpolygon or native:sumlinelengths [12].</w:t>
      </w:r>
    </w:p>
    <w:p>
      <w:r>
        <w:rPr>
          <w:b/>
        </w:rPr>
        <w:t xml:space="preserve">Why it was run on this data. </w:t>
      </w:r>
      <w:r>
        <w:rPr>
          <w:i w:val="0"/>
        </w:rPr>
        <w:t>Count Observation posts inside each feature of Areas of operation by manned; the counts map as a choropleth (natural breaks, sequential colors) [13].</w:t>
      </w:r>
    </w:p>
    <w:p>
      <w:r>
        <w:rPr>
          <w:b/>
        </w:rPr>
        <w:t xml:space="preserve">What it found. </w:t>
      </w:r>
      <w:r>
        <w:rPr>
          <w:i w:val="0"/>
        </w:rPr>
        <w:t>Summarize within on Patrol reports, Areas of operation: Summarize within: 1 layer saved: Summarize within: Areas of operation (6 features) [11][16][18]. It reported result, count 6; result, elapsed ms 1; billing, cost 0.02312; billing, list price 0.02312; billing, upstream cost 0 [18].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0.02312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0.02312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Patrol reports, Areas of operation: Summarize within: 1 layer saved: Summarize within: Areas of operation (6 features) [11][16][18].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6; result, elapsed ms 1; billing, cost 0.02312; billing, list price 0.02312; billing, upstream cost 0 [18].</w:t>
      </w:r>
    </w:p>
    <w:p>
      <w:r>
        <w:rPr>
          <w:i/>
          <w:color w:val="525252"/>
          <w:sz w:val="17"/>
        </w:rPr>
        <w:t>Tool gp_summarize_within; parameters {"stats": [], "project": "9f6aa8f7-f5fe-4630-ab44-f56a90a94683", "features": {"layer": "Patrol reports (5e87153f)"}, "group_by": "type", "polygons": {"layer": "Areas of operation (eb593b97)"}}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[19]. In ArcGIS it is Find Point Clusters or Density-based Clustering; in QGIS, native:dbscanclustering or native:stdbscanclustering [19].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Observation posts and separates noise [20].</w:t>
      </w:r>
    </w:p>
    <w:p>
      <w:r>
        <w:rPr>
          <w:b/>
        </w:rPr>
        <w:t xml:space="preserve">What it found. </w:t>
      </w:r>
      <w:r>
        <w:rPr>
          <w:i w:val="0"/>
        </w:rPr>
        <w:t>The `gp_find_point_clusters` tool was run using the Observation posts data [15], saving 2 layers, including Observation posts and cluster hulls [21].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Observation posts: Find point clusters: 2 layers saved: Find point clusters: Observation posts (10 features); Find point clusters: cluster hulls (1 feature) [15][21].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10; result, noise 4; result, distance m 2,000; result, elapsed ms 5; result, min points 3; billing, cost 0.0502 [21].</w:t>
      </w:r>
    </w:p>
    <w:p>
      <w:r>
        <w:rPr>
          <w:i/>
          <w:color w:val="525252"/>
          <w:sz w:val="17"/>
        </w:rPr>
        <w:t>Tool gp_find_point_clusters; parameters {"method": "dbscan", "project": "9f6aa8f7-f5fe-4630-ab44-f56a90a94683", "features": {"layer": "Observation posts (fd2e56d2)"}, "distance_m": 2000.0, "min_points": 3}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[19]. In ArcGIS it is Find Point Clusters or Density-based Clustering; in QGIS, native:dbscanclustering or native:stdbscanclustering [19].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Obstacles and separates noise [22].</w:t>
      </w:r>
    </w:p>
    <w:p>
      <w:r>
        <w:rPr>
          <w:b/>
        </w:rPr>
        <w:t xml:space="preserve">What it found. </w:t>
      </w:r>
      <w:r>
        <w:rPr>
          <w:i w:val="0"/>
        </w:rPr>
        <w:t>The `gp_find_point_clusters` tool utilized the Obstacles layer for analysis [23]. This process resulted in 90 features being discovered, alongside 4 cluster hulls [23].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90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0.0518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0.0518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Obstacles: Find point clusters: 2 layers saved: Find point clusters: Obstacles (90 features); Find point clusters: cluster hulls (4 features) [8][23].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90; result, noise 1; result, distance m 1,000; result, elapsed ms 6; result, min points 3; billing, cost 0.0518 [23].</w:t>
      </w:r>
    </w:p>
    <w:p>
      <w:r>
        <w:rPr>
          <w:i/>
          <w:color w:val="525252"/>
          <w:sz w:val="17"/>
        </w:rPr>
        <w:t>Tool gp_find_point_clusters; parameters {"method": "dbscan", "project": "9f6aa8f7-f5fe-4630-ab44-f56a90a94683", "features": {"layer": "Obstacles (10e309c5)"}, "distance_m": 1000.0, "min_points": 3}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[19]. In ArcGIS it is Find Point Clusters or Density-based Clustering; in QGIS, native:dbscanclustering or native:stdbscanclustering [19].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Patrol reports and separates noise [24].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Patrol reports: Find point clusters: 2 layers saved: Find point clusters: Patrol reports (650 features); Find point clusters: cluster hulls (1 feature) [11][25]. It reported result, count 650; result, noise 44; result, distance m 500; result, elapsed ms 16; result, min points 16; billing, cost 0.063 [25].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650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44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16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16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0.063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0.063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Patrol reports: Find point clusters: 2 layers saved: Find point clusters: Patrol reports (650 features); Find point clusters: cluster hulls (1 feature) [11][25].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650; result, noise 44; result, distance m 500; result, elapsed ms 16; result, min points 16; billing, cost 0.063 [25].</w:t>
      </w:r>
    </w:p>
    <w:p>
      <w:r>
        <w:rPr>
          <w:i/>
          <w:color w:val="525252"/>
          <w:sz w:val="17"/>
        </w:rPr>
        <w:t>Tool gp_find_point_clusters; parameters {"method": "dbscan", "project": "9f6aa8f7-f5fe-4630-ab44-f56a90a94683", "features": {"layer": "Patrol reports (5e87153f)"}, "distance_m": 500.0, "min_points": 16}</w:t>
      </w:r>
    </w:p>
    <w:p>
      <w:pPr>
        <w:pStyle w:val="Heading1"/>
      </w:pPr>
      <w:r>
        <w:t>Zonal statistics</w:t>
      </w:r>
    </w:p>
    <w:p>
      <w:r>
        <w:rPr>
          <w:b/>
        </w:rPr>
        <w:t xml:space="preserve">What this analysis is. </w:t>
      </w:r>
      <w:r>
        <w:rPr>
          <w:i w:val="0"/>
        </w:rPr>
        <w:t>Zonal statistics: count/min/max/mean/std/sum/median/majority per polygon as a table and as GeoJSON [26]. In ArcGIS it is Zonal Statistics as Table (polygons) [26].</w:t>
      </w:r>
    </w:p>
    <w:p>
      <w:r>
        <w:rPr>
          <w:b/>
        </w:rPr>
        <w:t xml:space="preserve">Why it was run on this data. </w:t>
      </w:r>
      <w:r>
        <w:rPr>
          <w:i w:val="0"/>
        </w:rPr>
        <w:t>Statistics of Training area terrain model (DEM) inside each feature of Landing zones [27].</w:t>
      </w:r>
    </w:p>
    <w:p>
      <w:r>
        <w:rPr>
          <w:b/>
        </w:rPr>
        <w:t xml:space="preserve">What it found. </w:t>
      </w:r>
      <w:r>
        <w:rPr>
          <w:i w:val="0"/>
        </w:rPr>
        <w:t>The Zonal statistics tool rs_zonal_statistics was employed for this analysis [28]. The execution involved step 0 of the process [28]. A total of 6 zones were analyzed, resulting in 6 row(s) of zonal statistics data [28].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Zonal statistics: Zonal statistics: 6 row(s) [28].</w:t>
      </w:r>
    </w:p>
    <w:p>
      <w:pPr>
        <w:pStyle w:val="ListBullet"/>
      </w:pPr>
      <w:r>
        <w:rPr>
          <w:b/>
        </w:rPr>
        <w:t xml:space="preserve">Evidenced: </w:t>
      </w:r>
      <w:r>
        <w:t>zones 6 [28].</w:t>
      </w:r>
    </w:p>
    <w:p>
      <w:r>
        <w:rPr>
          <w:i/>
          <w:color w:val="525252"/>
          <w:sz w:val="17"/>
        </w:rPr>
        <w:t>Tool rs_zonal_statistics; parameters {"stats": ["mean", "min", "max", "std"], "zones": "Landing zones (6405dd78)", "raster_id": "Training area terrain model (DEM) (e55808a8)"}</w:t>
      </w:r>
    </w:p>
    <w:p>
      <w:pPr>
        <w:pStyle w:val="Heading1"/>
      </w:pPr>
      <w:r>
        <w:t>Zonal statistics</w:t>
      </w:r>
    </w:p>
    <w:p>
      <w:r>
        <w:rPr>
          <w:b/>
        </w:rPr>
        <w:t xml:space="preserve">What this analysis is. </w:t>
      </w:r>
      <w:r>
        <w:rPr>
          <w:i w:val="0"/>
        </w:rPr>
        <w:t>Zonal statistics: count/min/max/mean/std/sum/median/majority per polygon as a table and as GeoJSON [26]. In ArcGIS it is Zonal Statistics as Table (polygons) [26].</w:t>
      </w:r>
    </w:p>
    <w:p>
      <w:r>
        <w:rPr>
          <w:b/>
        </w:rPr>
        <w:t xml:space="preserve">Why it was run on this data. </w:t>
      </w:r>
      <w:r>
        <w:rPr>
          <w:i w:val="0"/>
        </w:rPr>
        <w:t>Statistics of Training area terrain model (DEM) inside each feature of Landing zones [27].</w:t>
      </w:r>
    </w:p>
    <w:p>
      <w:r>
        <w:rPr>
          <w:b/>
        </w:rPr>
        <w:t xml:space="preserve">What it found. </w:t>
      </w:r>
      <w:r>
        <w:rPr>
          <w:i w:val="0"/>
        </w:rPr>
        <w:t>The rs_zonal_statistics tool executed with 6 row(s) and 6 zones [29]. The analysis generated statistics for 6 zones [29]. Additionally, the tool counted 6 features [29]. The entire process was completed in 40 elapsed milliseconds [29].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stats, zones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features, count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elapsed ms</w:t>
            </w:r>
          </w:p>
        </w:tc>
        <w:tc>
          <w:tcPr>
            <w:tcW w:type="dxa" w:w="4320"/>
          </w:tcPr>
          <w:p>
            <w:r>
              <w:t>40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Zonal statistics: Zonal statistics: 6 row(s) [29].</w:t>
      </w:r>
    </w:p>
    <w:p>
      <w:pPr>
        <w:pStyle w:val="ListBullet"/>
      </w:pPr>
      <w:r>
        <w:rPr>
          <w:b/>
        </w:rPr>
        <w:t xml:space="preserve">Evidenced: </w:t>
      </w:r>
      <w:r>
        <w:t>zones 6 [29].</w:t>
      </w:r>
    </w:p>
    <w:p>
      <w:pPr>
        <w:pStyle w:val="ListBullet"/>
      </w:pPr>
      <w:r>
        <w:rPr>
          <w:b/>
        </w:rPr>
        <w:t xml:space="preserve">Evidenced: </w:t>
      </w:r>
      <w:r>
        <w:t>It reported stats, zones 6; features, count 6; elapsed ms 40 [29].</w:t>
      </w:r>
    </w:p>
    <w:p>
      <w:r>
        <w:rPr>
          <w:i/>
          <w:color w:val="525252"/>
          <w:sz w:val="17"/>
        </w:rPr>
        <w:t>Tool rs_zonal_statistics; parameters {"stats": ["mean", "min", "max", "std"], "zones": "Areas of operation (eb593b97)", "raster_id": "Training area terrain model (DEM) (e55808a8)"}</w:t>
      </w:r>
    </w:p>
    <w:p>
      <w:pPr>
        <w:pStyle w:val="Heading1"/>
      </w:pPr>
      <w:r>
        <w:t>Slope</w:t>
      </w:r>
    </w:p>
    <w:p>
      <w:r>
        <w:rPr>
          <w:b/>
        </w:rPr>
        <w:t xml:space="preserve">What this analysis is. </w:t>
      </w:r>
      <w:r>
        <w:rPr>
          <w:i w:val="0"/>
        </w:rPr>
        <w:t>Slope: Horn slope in degrees or percent, with the share of ground in six grade classes [30]. In ArcGIS it is Slope (Spatial Analyst); in QGIS, Slope (GDAL DEM) [30].</w:t>
      </w:r>
    </w:p>
    <w:p>
      <w:r>
        <w:rPr>
          <w:b/>
        </w:rPr>
        <w:t xml:space="preserve">Why it was run on this data. </w:t>
      </w:r>
      <w:r>
        <w:rPr>
          <w:i w:val="0"/>
        </w:rPr>
        <w:t>Slope of the Training area terrain model (DEM) surface [31].</w:t>
      </w:r>
    </w:p>
    <w:p>
      <w:r>
        <w:rPr>
          <w:b/>
        </w:rPr>
        <w:t xml:space="preserve">What it found. </w:t>
      </w:r>
      <w:r>
        <w:rPr>
          <w:i w:val="0"/>
        </w:rPr>
        <w:t>Slope on Training area terrain model (DEM): Slope over 80.00 km2: mean 6.45 degrees, max 17.54 degrees; 35% of the ground is steeper than 15% [32][33]. DEM: Training area terrain model (DEM) [32][33]. Verified: 2 checks passed [32][33]. It reported dem, cols 500; dem, rows 400; dem, cell m 20; dem, relief m 306; dem, elev max m 543.7; dem, elev min m 237.7 [32].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dem, cols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dem, rows</w:t>
            </w:r>
          </w:p>
        </w:tc>
        <w:tc>
          <w:tcPr>
            <w:tcW w:type="dxa" w:w="4320"/>
          </w:tcPr>
          <w:p>
            <w:r>
              <w:t>400</w:t>
            </w:r>
          </w:p>
        </w:tc>
      </w:tr>
      <w:tr>
        <w:tc>
          <w:tcPr>
            <w:tcW w:type="dxa" w:w="4320"/>
          </w:tcPr>
          <w:p>
            <w:r>
              <w:t>dem, cell m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dem, relief m</w:t>
            </w:r>
          </w:p>
        </w:tc>
        <w:tc>
          <w:tcPr>
            <w:tcW w:type="dxa" w:w="4320"/>
          </w:tcPr>
          <w:p>
            <w:r>
              <w:t>306</w:t>
            </w:r>
          </w:p>
        </w:tc>
      </w:tr>
      <w:tr>
        <w:tc>
          <w:tcPr>
            <w:tcW w:type="dxa" w:w="4320"/>
          </w:tcPr>
          <w:p>
            <w:r>
              <w:t>dem, elev max m</w:t>
            </w:r>
          </w:p>
        </w:tc>
        <w:tc>
          <w:tcPr>
            <w:tcW w:type="dxa" w:w="4320"/>
          </w:tcPr>
          <w:p>
            <w:r>
              <w:t>543.7</w:t>
            </w:r>
          </w:p>
        </w:tc>
      </w:tr>
      <w:tr>
        <w:tc>
          <w:tcPr>
            <w:tcW w:type="dxa" w:w="4320"/>
          </w:tcPr>
          <w:p>
            <w:r>
              <w:t>dem, elev min m</w:t>
            </w:r>
          </w:p>
        </w:tc>
        <w:tc>
          <w:tcPr>
            <w:tcW w:type="dxa" w:w="4320"/>
          </w:tcPr>
          <w:p>
            <w:r>
              <w:t>237.7</w:t>
            </w:r>
          </w:p>
        </w:tc>
      </w:tr>
      <w:tr>
        <w:tc>
          <w:tcPr>
            <w:tcW w:type="dxa" w:w="4320"/>
          </w:tcPr>
          <w:p>
            <w:r>
              <w:t>dem, elev mean m</w:t>
            </w:r>
          </w:p>
        </w:tc>
        <w:tc>
          <w:tcPr>
            <w:tcW w:type="dxa" w:w="4320"/>
          </w:tcPr>
          <w:p>
            <w:r>
              <w:t>370.9</w:t>
            </w:r>
          </w:p>
        </w:tc>
      </w:tr>
      <w:tr>
        <w:tc>
          <w:tcPr>
            <w:tcW w:type="dxa" w:w="4320"/>
          </w:tcPr>
          <w:p>
            <w:r>
              <w:t>dem, missing frac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cost, usd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grid, cols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grid, rows</w:t>
            </w:r>
          </w:p>
        </w:tc>
        <w:tc>
          <w:tcPr>
            <w:tcW w:type="dxa" w:w="4320"/>
          </w:tcPr>
          <w:p>
            <w:r>
              <w:t>400</w:t>
            </w:r>
          </w:p>
        </w:tc>
      </w:tr>
      <w:tr>
        <w:tc>
          <w:tcPr>
            <w:tcW w:type="dxa" w:w="4320"/>
          </w:tcPr>
          <w:p>
            <w:r>
              <w:t>grid, cell m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stats, max</w:t>
            </w:r>
          </w:p>
        </w:tc>
        <w:tc>
          <w:tcPr>
            <w:tcW w:type="dxa" w:w="4320"/>
          </w:tcPr>
          <w:p>
            <w:r>
              <w:t>17.54</w:t>
            </w:r>
          </w:p>
        </w:tc>
      </w:tr>
      <w:tr>
        <w:tc>
          <w:tcPr>
            <w:tcW w:type="dxa" w:w="4320"/>
          </w:tcPr>
          <w:p>
            <w:r>
              <w:t>stats, min</w:t>
            </w:r>
          </w:p>
        </w:tc>
        <w:tc>
          <w:tcPr>
            <w:tcW w:type="dxa" w:w="4320"/>
          </w:tcPr>
          <w:p>
            <w:r>
              <w:t>0.01</w:t>
            </w:r>
          </w:p>
        </w:tc>
      </w:tr>
      <w:tr>
        <w:tc>
          <w:tcPr>
            <w:tcW w:type="dxa" w:w="4320"/>
          </w:tcPr>
          <w:p>
            <w:r>
              <w:t>stats, mean</w:t>
            </w:r>
          </w:p>
        </w:tc>
        <w:tc>
          <w:tcPr>
            <w:tcW w:type="dxa" w:w="4320"/>
          </w:tcPr>
          <w:p>
            <w:r>
              <w:t>6.45</w:t>
            </w:r>
          </w:p>
        </w:tc>
      </w:tr>
      <w:tr>
        <w:tc>
          <w:tcPr>
            <w:tcW w:type="dxa" w:w="4320"/>
          </w:tcPr>
          <w:p>
            <w:r>
              <w:t>stats, median</w:t>
            </w:r>
          </w:p>
        </w:tc>
        <w:tc>
          <w:tcPr>
            <w:tcW w:type="dxa" w:w="4320"/>
          </w:tcPr>
          <w:p>
            <w:r>
              <w:t>6.41</w:t>
            </w:r>
          </w:p>
        </w:tc>
      </w:tr>
      <w:tr>
        <w:tc>
          <w:tcPr>
            <w:tcW w:type="dxa" w:w="4320"/>
          </w:tcPr>
          <w:p>
            <w:r>
              <w:t>stats, steeper than 15pct</w:t>
            </w:r>
          </w:p>
        </w:tc>
        <w:tc>
          <w:tcPr>
            <w:tcW w:type="dxa" w:w="4320"/>
          </w:tcPr>
          <w:p>
            <w:r>
              <w:t>35.02</w:t>
            </w:r>
          </w:p>
        </w:tc>
      </w:tr>
      <w:tr>
        <w:tc>
          <w:tcPr>
            <w:tcW w:type="dxa" w:w="4320"/>
          </w:tcPr>
          <w:p>
            <w:r>
              <w:t>rows left out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Slope on Training area terrain model (DEM): Slope over 80.00 km2: mean 6.45 degrees, max 17.54 degrees; 35% of the ground is steeper than 15% [32][33].</w:t>
      </w:r>
    </w:p>
    <w:p>
      <w:pPr>
        <w:pStyle w:val="ListBullet"/>
      </w:pPr>
      <w:r>
        <w:rPr>
          <w:b/>
        </w:rPr>
        <w:t xml:space="preserve">Evidenced: </w:t>
      </w:r>
      <w:r>
        <w:t>DEM: Training area terrain model (DEM) [32][33].</w:t>
      </w:r>
    </w:p>
    <w:p>
      <w:pPr>
        <w:pStyle w:val="ListBullet"/>
      </w:pPr>
      <w:r>
        <w:rPr>
          <w:b/>
        </w:rPr>
        <w:t xml:space="preserve">Evidenced: </w:t>
      </w:r>
      <w:r>
        <w:t>Verified: 2 checks passed [32][33].</w:t>
      </w:r>
    </w:p>
    <w:p>
      <w:pPr>
        <w:pStyle w:val="ListBullet"/>
      </w:pPr>
      <w:r>
        <w:rPr>
          <w:b/>
        </w:rPr>
        <w:t xml:space="preserve">Evidenced: </w:t>
      </w:r>
      <w:r>
        <w:t>It reported dem, cols 500; dem, rows 400; dem, cell m 20; dem, relief m 306; dem, elev max m 543.7; dem, elev min m 237.7 [32].</w:t>
      </w:r>
    </w:p>
    <w:p>
      <w:r>
        <w:rPr>
          <w:i/>
          <w:color w:val="525252"/>
          <w:sz w:val="17"/>
        </w:rPr>
        <w:t>Tool tr_slope; parameters {"dem": {"layer": "Training area terrain model (DEM) (e55808a8)"}, "project": "9f6aa8f7-f5fe-4630-ab44-f56a90a94683"}</w:t>
      </w:r>
    </w:p>
    <w:p>
      <w:pPr>
        <w:pStyle w:val="Heading1"/>
      </w:pPr>
      <w:r>
        <w:t>Space time hot spots</w:t>
      </w:r>
    </w:p>
    <w:p>
      <w:r>
        <w:rPr>
          <w:b/>
        </w:rPr>
        <w:t xml:space="preserve">What this analysis is. </w:t>
      </w:r>
      <w:r>
        <w:rPr>
          <w:i w:val="0"/>
        </w:rPr>
        <w:t>Emerging hot spots: Where hot spots are new, consecutive, intensifying, persistent, diminishing, sporadic, oscillating or historical over time [34]. In ArcGIS it is Emerging Hot Spot Analysis or Create Space Time Cube [34].</w:t>
      </w:r>
    </w:p>
    <w:p>
      <w:r>
        <w:rPr>
          <w:b/>
        </w:rPr>
        <w:t xml:space="preserve">Why it was run on this data. </w:t>
      </w:r>
      <w:r>
        <w:rPr>
          <w:i w:val="0"/>
        </w:rPr>
        <w:t>Obstacles carry dates in 'date': emerging hot spot analysis finds new, intensifying and fading hot spots per day [35].</w:t>
      </w:r>
    </w:p>
    <w:p>
      <w:r>
        <w:rPr>
          <w:b/>
        </w:rPr>
        <w:t xml:space="preserve">What it found. </w:t>
      </w:r>
      <w:r>
        <w:rPr>
          <w:i w:val="0"/>
        </w:rPr>
        <w:t>Space time hot spots on Obstacles: Emerging hot spots: 1 layer saved: Emerging hot spots: Obstacles (23 features) [8][36]. It reported result, count 23; result, elapsed ms 5; result, resolution 7; result, features used 90; result, time neighbors 0; billing, cost 0.1045 [36].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23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result, resolution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result, features used</w:t>
            </w:r>
          </w:p>
        </w:tc>
        <w:tc>
          <w:tcPr>
            <w:tcW w:type="dxa" w:w="4320"/>
          </w:tcPr>
          <w:p>
            <w:r>
              <w:t>90</w:t>
            </w:r>
          </w:p>
        </w:tc>
      </w:tr>
      <w:tr>
        <w:tc>
          <w:tcPr>
            <w:tcW w:type="dxa" w:w="4320"/>
          </w:tcPr>
          <w:p>
            <w:r>
              <w:t>result, time neighbors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0.1045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0.1045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Space time hot spots on Obstacles: Emerging hot spots: 1 layer saved: Emerging hot spots: Obstacles (23 features) [8][36].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23; result, elapsed ms 5; result, resolution 7; result, features used 90; result, time neighbors 0; billing, cost 0.1045 [36].</w:t>
      </w:r>
    </w:p>
    <w:p>
      <w:r>
        <w:rPr>
          <w:i/>
          <w:color w:val="525252"/>
          <w:sz w:val="17"/>
        </w:rPr>
        <w:t>A model draft was discarded because a sentence did not cite a source of this section.</w:t>
      </w:r>
    </w:p>
    <w:p>
      <w:r>
        <w:rPr>
          <w:i/>
          <w:color w:val="525252"/>
          <w:sz w:val="17"/>
        </w:rPr>
        <w:t>Tool gp_space_time_hot_spots; parameters {"project": "9f6aa8f7-f5fe-4630-ab44-f56a90a94683", "features": {"layer": "Obstacles (10e309c5)"}, "interval": "day", "bin_shape": "h3", "resolution": 7, "time_field": "date"}</w:t>
      </w:r>
    </w:p>
    <w:p>
      <w:pPr>
        <w:pStyle w:val="Heading1"/>
      </w:pPr>
      <w:r>
        <w:t>Space time hot spots</w:t>
      </w:r>
    </w:p>
    <w:p>
      <w:r>
        <w:rPr>
          <w:b/>
        </w:rPr>
        <w:t xml:space="preserve">What this analysis is. </w:t>
      </w:r>
      <w:r>
        <w:rPr>
          <w:i w:val="0"/>
        </w:rPr>
        <w:t>Emerging hot spots: Where hot spots are new, consecutive, intensifying, persistent, diminishing, sporadic, oscillating or historical over time [34]. In ArcGIS it is Emerging Hot Spot Analysis or Create Space Time Cube [34].</w:t>
      </w:r>
    </w:p>
    <w:p>
      <w:r>
        <w:rPr>
          <w:b/>
        </w:rPr>
        <w:t xml:space="preserve">Why it was run on this data. </w:t>
      </w:r>
      <w:r>
        <w:rPr>
          <w:i w:val="0"/>
        </w:rPr>
        <w:t>Patrol reports carry dates in 'reported_at': emerging hot spot analysis finds new, intensifying and fading hot spots per day [37].</w:t>
      </w:r>
    </w:p>
    <w:p>
      <w:r>
        <w:rPr>
          <w:b/>
        </w:rPr>
        <w:t xml:space="preserve">What it found. </w:t>
      </w:r>
      <w:r>
        <w:rPr>
          <w:i w:val="0"/>
        </w:rPr>
        <w:t>The `gp_space_time_hot_spots` tool was run using the `Patrol reports` [11] and successfully identified 53 emerging hot spots [38].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53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result, resolution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result, features used</w:t>
            </w:r>
          </w:p>
        </w:tc>
        <w:tc>
          <w:tcPr>
            <w:tcW w:type="dxa" w:w="4320"/>
          </w:tcPr>
          <w:p>
            <w:r>
              <w:t>650</w:t>
            </w:r>
          </w:p>
        </w:tc>
      </w:tr>
      <w:tr>
        <w:tc>
          <w:tcPr>
            <w:tcW w:type="dxa" w:w="4320"/>
          </w:tcPr>
          <w:p>
            <w:r>
              <w:t>result, time neighbors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0.1325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0.1325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Space time hot spots on Patrol reports: Emerging hot spots: 1 layer saved: Emerging hot spots: Patrol reports (53 features) [11][38].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53; result, elapsed ms 10; result, resolution 8; result, features used 650; result, time neighbors 0; billing, cost 0.1325 [38].</w:t>
      </w:r>
    </w:p>
    <w:p>
      <w:r>
        <w:rPr>
          <w:i/>
          <w:color w:val="525252"/>
          <w:sz w:val="17"/>
        </w:rPr>
        <w:t>Tool gp_space_time_hot_spots; parameters {"project": "9f6aa8f7-f5fe-4630-ab44-f56a90a94683", "features": {"layer": "Patrol reports (5e87153f)"}, "interval": "day", "bin_shape": "h3", "resolution": 8, "time_field": "reported_at"}</w:t>
      </w:r>
    </w:p>
    <w:p>
      <w:pPr>
        <w:pStyle w:val="Heading1"/>
      </w:pPr>
      <w:r>
        <w:t>Near repeat</w:t>
      </w:r>
    </w:p>
    <w:p>
      <w:r>
        <w:rPr>
          <w:b/>
        </w:rPr>
        <w:t xml:space="preserve">What this analysis is. </w:t>
      </w:r>
      <w:r>
        <w:rPr>
          <w:i w:val="0"/>
        </w:rPr>
        <w:t>Repeat and near repeat classification: Classify incidents as originators, repeats (same place) or near repeats within a distance and time window, with a Knox test table [39]. In ArcGIS it is Repeat and Near Repeat Classification or Near Repeat Calculator [39].</w:t>
      </w:r>
    </w:p>
    <w:p>
      <w:r>
        <w:rPr>
          <w:b/>
        </w:rPr>
        <w:t xml:space="preserve">Why it was run on this data. </w:t>
      </w:r>
      <w:r>
        <w:rPr>
          <w:i w:val="0"/>
        </w:rPr>
        <w:t>Near repeat analysis tests whether Obstacles close in space also follow each other within 4 days [40].</w:t>
      </w:r>
    </w:p>
    <w:p>
      <w:r>
        <w:rPr>
          <w:b/>
        </w:rPr>
        <w:t xml:space="preserve">What it found. </w:t>
      </w:r>
      <w:r>
        <w:rPr>
          <w:i w:val="0"/>
        </w:rPr>
        <w:t>Near repeat on Obstacles: Repeat and near repeat classification: 1 layer saved: Repeat and near repeat classification: Obstacles (90 features) [8][41]. It reported result, days 4; result, count 90; result, chains 18; result, distance m 1,000; result, elapsed ms 5; result, pairs linked 76 [41].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days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90</w:t>
            </w:r>
          </w:p>
        </w:tc>
      </w:tr>
      <w:tr>
        <w:tc>
          <w:tcPr>
            <w:tcW w:type="dxa" w:w="4320"/>
          </w:tcPr>
          <w:p>
            <w:r>
              <w:t>result, chains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result, pairs linked</w:t>
            </w:r>
          </w:p>
        </w:tc>
        <w:tc>
          <w:tcPr>
            <w:tcW w:type="dxa" w:w="4320"/>
          </w:tcPr>
          <w:p>
            <w:r>
              <w:t>76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0.0527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0.0527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Near repeat on Obstacles: Repeat and near repeat classification: 1 layer saved: Repeat and near repeat classification: Obstacles (90 features) [8][41].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days 4; result, count 90; result, chains 18; result, distance m 1,000; result, elapsed ms 5; result, pairs linked 76 [41].</w:t>
      </w:r>
    </w:p>
    <w:p>
      <w:r>
        <w:rPr>
          <w:i/>
          <w:color w:val="525252"/>
          <w:sz w:val="17"/>
        </w:rPr>
        <w:t>Tool gp_near_repeat; parameters {"days": 4, "project": "9f6aa8f7-f5fe-4630-ab44-f56a90a94683", "features": {"layer": "Obstacles (10e309c5)"}, "distance_m": 1000.0, "time_field": "date"}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[42]. In ArcGIS it is Calculate Density or Kernel Density; in QGIS, native:heatmapkerneldensityestimation [42].</w:t>
      </w:r>
    </w:p>
    <w:p>
      <w:r>
        <w:rPr>
          <w:b/>
        </w:rPr>
        <w:t xml:space="preserve">Why it was run on this data. </w:t>
      </w:r>
      <w:r>
        <w:rPr>
          <w:i w:val="0"/>
        </w:rPr>
        <w:t>90 points in Obstacles: a density surface shows where they concentrate [43].</w:t>
      </w:r>
    </w:p>
    <w:p>
      <w:r>
        <w:rPr>
          <w:b/>
        </w:rPr>
        <w:t xml:space="preserve">What it found. </w:t>
      </w:r>
      <w:r>
        <w:rPr>
          <w:i w:val="0"/>
        </w:rPr>
        <w:t>The density calculation processed 92 features from the Obstacles layer [44].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92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4.231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0.0518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0.0518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Obstacles: Calculate density: 1 layer saved: Calculate density: Obstacles (92 features) [8][44].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92; result, elapsed ms 3; result, bandwidth m 2,000; result, cell size m 1,000; result, excluded null 0; result, max density per km2 4.231 [44].</w:t>
      </w:r>
    </w:p>
    <w:p>
      <w:r>
        <w:rPr>
          <w:i/>
          <w:color w:val="525252"/>
          <w:sz w:val="17"/>
        </w:rPr>
        <w:t>Tool gp_calculate_density; parameters {"kernel": "quartic", "project": "9f6aa8f7-f5fe-4630-ab44-f56a90a94683", "features": {"layer": "Obstacles (10e309c5)"}, "bandwidth_m": 2000.0, "cell_size_m": 1000.0}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[42]. In ArcGIS it is Calculate Density or Kernel Density; in QGIS, native:heatmapkerneldensityestimation [42].</w:t>
      </w:r>
    </w:p>
    <w:p>
      <w:r>
        <w:rPr>
          <w:b/>
        </w:rPr>
        <w:t xml:space="preserve">Why it was run on this data. </w:t>
      </w:r>
      <w:r>
        <w:rPr>
          <w:i w:val="0"/>
        </w:rPr>
        <w:t>650 points in Patrol reports: a density surface shows where they concentrate [45].</w:t>
      </w:r>
    </w:p>
    <w:p>
      <w:r>
        <w:rPr>
          <w:b/>
        </w:rPr>
        <w:t xml:space="preserve">What it found. </w:t>
      </w:r>
      <w:r>
        <w:rPr>
          <w:i w:val="0"/>
        </w:rPr>
        <w:t>Density was calculated using the Patrol reports [11], generating a total of 917 features [46]. The analysis determined that the maximum density recorded was 160.4 per km² [46]. This calculation was completed in 27 ms [46] and generated a billing cost of 0.063 [46].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917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27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160.4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0.063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0.063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Patrol reports: Calculate density: 1 layer saved: Calculate density: Patrol reports (917 features) [11][46].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917; result, elapsed ms 27; result, bandwidth m 500; result, cell size m 200; result, excluded null 0; result, max density per km2 160.4 [46].</w:t>
      </w:r>
    </w:p>
    <w:p>
      <w:r>
        <w:rPr>
          <w:i/>
          <w:color w:val="525252"/>
          <w:sz w:val="17"/>
        </w:rPr>
        <w:t>Tool gp_calculate_density; parameters {"kernel": "quartic", "project": "9f6aa8f7-f5fe-4630-ab44-f56a90a94683", "features": {"layer": "Patrol reports (5e87153f)"}, "bandwidth_m": 500.0, "cell_size_m": 200.0}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[42]. In ArcGIS it is Calculate Density or Kernel Density; in QGIS, native:heatmapkerneldensityestimation [42].</w:t>
      </w:r>
    </w:p>
    <w:p>
      <w:r>
        <w:rPr>
          <w:b/>
        </w:rPr>
        <w:t xml:space="preserve">Why it was run on this data. </w:t>
      </w:r>
      <w:r>
        <w:rPr>
          <w:i w:val="0"/>
        </w:rPr>
        <w:t>20 points in Water crossings: a density surface shows where they concentrate [47].</w:t>
      </w:r>
    </w:p>
    <w:p>
      <w:r>
        <w:rPr>
          <w:b/>
        </w:rPr>
        <w:t xml:space="preserve">What it found. </w:t>
      </w:r>
      <w:r>
        <w:rPr>
          <w:i w:val="0"/>
        </w:rPr>
        <w:t>Calculate density on Water crossings: Calculate density: 1 layer saved: Calculate density: Water crossings (307 features) [48][49]. It reported result, count 307; result, elapsed ms 8; result, bandwidth m 1,000; result, cell size m 200; result, excluded null 0; result, max density per km2 9.049 [48].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307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9.049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Water crossings: Calculate density: 1 layer saved: Calculate density: Water crossings (307 features) [48][49].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307; result, elapsed ms 8; result, bandwidth m 1,000; result, cell size m 200; result, excluded null 0; result, max density per km2 9.049 [48].</w:t>
      </w:r>
    </w:p>
    <w:p>
      <w:r>
        <w:rPr>
          <w:i/>
          <w:color w:val="525252"/>
          <w:sz w:val="17"/>
        </w:rPr>
        <w:t>Tool gp_calculate_density; parameters {"kernel": "quartic", "project": "9f6aa8f7-f5fe-4630-ab44-f56a90a94683", "features": {"layer": "Water crossings (208d3baf)"}, "bandwidth_m": 1000.0, "cell_size_m": 200.0}</w:t>
      </w:r>
    </w:p>
    <w:p>
      <w:pPr>
        <w:pStyle w:val="Heading1"/>
      </w:pPr>
      <w:r>
        <w:t>Maps and charts</w:t>
      </w:r>
    </w:p>
    <w:p>
      <w:r>
        <w:rPr>
          <w:i w:val="0"/>
        </w:rPr>
        <w:t>The run also made 20 map image(s) [50][51][52][53][54][55][56][57][58][59][60][61][62][63][64][65][66][67][68][69] and 23 chart(s) [70][71][72][73][74][75][76][77][78][79][80][81][82][83][84][85][86][87][88][89][90][91][92].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2. Hot spot analysis: Obstacles [50]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3. Hot spot analysis: Patrol reports [51]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4. Summarize within: Areas of operation [52]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7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5. Summarize within: Areas of operation [53]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8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6. Summarize within: Areas of operation [54]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1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7. Find point clusters: Observation posts [55]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2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8. Find point clusters: cluster hulls [56]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4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9. Find point clusters: Obstacles [57]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6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10. Find point clusters: cluster hulls [58]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9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11. Find point clusters: Patrol reports [59]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1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12. Find point clusters: cluster hulls [60]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2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13. Slope (degrees) [61]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4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14. Emerging hot spots: Obstacles [62]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7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15. Emerging hot spots: Patrol reports [63]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9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16. Repeat and near repeat classification: Obstacles [64]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1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17. Calculate density: Obstacles [65]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2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18. Calculate density: Patrol reports [66]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5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19. Calculate density: Water crossings [67]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7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20. Landing zones by slope_deg [68]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8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21. Areas of operation by priority [69]</w:t>
      </w:r>
    </w:p>
    <w:p>
      <w:r>
        <w:rPr>
          <w:b/>
        </w:rPr>
        <w:t xml:space="preserve">What the map shows. </w:t>
      </w:r>
      <w:r>
        <w:rPr>
          <w:i/>
        </w:rPr>
        <w:t>The map illustrates the count of "Areas of operation [52]</w:t>
      </w:r>
    </w:p>
    <w:p>
      <w:r>
        <w:rPr>
          <w:i/>
          <w:color w:val="525252"/>
          <w:sz w:val="17"/>
        </w:rPr>
        <w:t>Inferred: read from the image by gemma4:e4b, not evidence.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005072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0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50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22. Patrol reports over time (reported_at) [70]. Per day, 2026-09-07 to 2026-10-04. Source: Patrol reports (650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041648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1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16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23. Obstacles over time (date) [71]. Per day, 2026-08-24 to 2026-10-04. Source: Obstacles (90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2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24. Patrol log over time (date) [72]. Per day, 2026-09-07 to 2026-10-04. Source: Patrol log (180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07536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3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75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25. Hot spot analysis: Obstacles [73]. Source: Hot spot analysis: Obstacles (17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864864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4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26. Hot spot analysis: Patrol reports [74]. Source: Hot spot analysis: Patrol reports (154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81984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5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19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27. Summarize within: Areas of operation [75]. Source: Summarize within: Areas of operation (6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81984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19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28. Summarize within: Areas of operation [76]. Source: Summarize within: Areas of operation (6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8808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7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8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29. Summarize within: Areas of operation [77]. Source: Summarize within: Areas of operation (6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908048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8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8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30. Find point clusters: Observation posts [78]. Source: Find point clusters: Observation posts (10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658112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9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31. Find point clusters: cluster hulls [79]. Source: Find point clusters: cluster hulls (1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2676144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0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61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32. Find point clusters: Obstacles [80]. Period: 2026-08-24 to 2026-10-04 (date). Source: Find point clusters: Obstacles (90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2420112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1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0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33. Find point clusters: cluster hulls [81]. Source: Find point clusters: cluster hulls (4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908048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2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8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34. Find point clusters: Patrol reports [82]. Period: 2026-09-07 to 2026-10-04 (reported_at). Source: Find point clusters: Patrol reports (650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658112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9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35. Find point clusters: cluster hulls [83]. Source: Find point clusters: cluster hulls (1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30752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4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36. Emerging hot spots: Obstacles [84]. Source: Emerging hot spots: Obstacles (23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39312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5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9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37. Emerging hot spots: Patrol reports [85]. Source: Emerging hot spots: Patrol reports (53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041648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6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16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38. Repeat and near repeat classification: Obstacles [86]. Per day, 2026-08-24 to 2026-10-04. Source: Repeat and near repeat classification: Obstacles (90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12464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7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24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39. Calculate density: Obstacles [87]. Source: Calculate density: Obstacles (92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578352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8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8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40. Calculate density: Patrol reports [88]. Source: Calculate density: Patrol reports (917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39312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9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9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41. Calculate density: Water crossings [89]. Source: Calculate density: Water crossings (307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041648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6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16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42. Repeat and near repeat classification: Obstacles over time [90]. Per day, 2026-08-24 to 2026-10-04. Source: Repeat and near repeat classification: Obstacles (90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005072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1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50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43. Find point clusters: Patrol reports over time [91]. Per day, 2026-09-07 to 2026-10-04. Source: Find point clusters: Patrol reports (650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041648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2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16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44. Find point clusters: Obstacles over time [92]. Per day, 2026-08-24 to 2026-10-04. Source: Find point clusters: Obstacles (90 features). The data is in the appendix.</w:t>
      </w:r>
    </w:p>
    <w:p>
      <w:pPr>
        <w:pStyle w:val="Heading1"/>
      </w:pPr>
      <w:r>
        <w:t>Changes since the last run</w:t>
      </w:r>
    </w:p>
    <w:p>
      <w:r>
        <w:t>This is the first report of this project.</w:t>
      </w:r>
    </w:p>
    <w:p>
      <w:pPr>
        <w:pStyle w:val="Heading1"/>
      </w:pPr>
      <w:r>
        <w:t>Sources</w:t>
      </w:r>
    </w:p>
    <w:p>
      <w:pPr>
        <w:spacing w:after="40"/>
      </w:pPr>
      <w:r>
        <w:t>[1] Rendering: Chart: Timeline: events per day by dataset. 126 rows (id a075601f-8af4-4c36-b946-28a1dfddb7fe)</w:t>
      </w:r>
    </w:p>
    <w:p>
      <w:pPr>
        <w:spacing w:after="40"/>
      </w:pPr>
      <w:r>
        <w:t>[2] Dataset: Patrol reports. vector, 650 rows (id c25eb5cb-2e9d-49b2-9627-f99a5f226a66)</w:t>
      </w:r>
    </w:p>
    <w:p>
      <w:pPr>
        <w:spacing w:after="40"/>
      </w:pPr>
      <w:r>
        <w:t>[3] Dataset: Obstacles. vector, 90 rows (id 9d65a5e4-b04a-4392-a9de-b8effe3904cf)</w:t>
      </w:r>
    </w:p>
    <w:p>
      <w:pPr>
        <w:spacing w:after="40"/>
      </w:pPr>
      <w:r>
        <w:t>[4] Dataset: Patrol log. table, 180 rows (id 955d11b9-aa3e-47bb-9ff6-b65e6ac4fa73)</w:t>
      </w:r>
    </w:p>
    <w:p>
      <w:pPr>
        <w:spacing w:after="40"/>
      </w:pPr>
      <w:r>
        <w:t>[5] Catalog: Hot spot analysis (operation catalog, gp_hot_spots). Getis-Ord Gi* hot and cold spots with z-scores, p-values and confidence bins. ArcGIS: Find Hot Spots, Hot Spot Analysis (Getis-Ord Gi*). QGIS: qgis:hotspot (plugin). (id gp_hot_spots)</w:t>
      </w:r>
    </w:p>
    <w:p>
      <w:pPr>
        <w:spacing w:after="40"/>
      </w:pPr>
      <w:r>
        <w:t>[6] Plan: Hot spots of Obstacles (the Start plan's candidate c_1654b7ad37e0). 90 points: Getis-Ord Gi* tests whether the concentrations in Obstacles are statistically significant. (id 3357fd3d-8b81-4a47-98ef-82353b0fc69a:c_1654b7ad37e0)</w:t>
      </w:r>
    </w:p>
    <w:p>
      <w:pPr>
        <w:spacing w:after="40"/>
      </w:pPr>
      <w:r>
        <w:t>[7] Tool result: gp_hot_spots, step 0. Hot spot analysis: 1 layer saved: Hot spot analysis: Obstacles (17 features). (id c02bea9a-84b4-471a-af11-fcc136bfd834:0)</w:t>
      </w:r>
    </w:p>
    <w:p>
      <w:pPr>
        <w:spacing w:after="40"/>
      </w:pPr>
      <w:r>
        <w:t>[8] Layer: Obstacles. 90 features (id 10e309c5-03a3-4ad1-ae11-ae448d606dc2)</w:t>
      </w:r>
    </w:p>
    <w:p>
      <w:pPr>
        <w:spacing w:after="40"/>
      </w:pPr>
      <w:r>
        <w:t>[9] Plan: Hot spots of Patrol reports (the Start plan's candidate c_c76128ed5dc0). 650 points: Getis-Ord Gi* tests whether the concentrations in Patrol reports are statistically significant. (id 3357fd3d-8b81-4a47-98ef-82353b0fc69a:c_c76128ed5dc0)</w:t>
      </w:r>
    </w:p>
    <w:p>
      <w:pPr>
        <w:spacing w:after="40"/>
      </w:pPr>
      <w:r>
        <w:t>[10] Tool result: gp_hot_spots, step 1. Hot spot analysis: 1 layer saved: Hot spot analysis: Patrol reports (154 features). (id c02bea9a-84b4-471a-af11-fcc136bfd834:1)</w:t>
      </w:r>
    </w:p>
    <w:p>
      <w:pPr>
        <w:spacing w:after="40"/>
      </w:pPr>
      <w:r>
        <w:t>[11] Layer: Patrol reports. 650 features (id 5e87153f-3c7f-4d6a-8b1b-b4466de16a73)</w:t>
      </w:r>
    </w:p>
    <w:p>
      <w:pPr>
        <w:spacing w:after="40"/>
      </w:pPr>
      <w:r>
        <w:t>[12] Catalog: Summarize within (operation catalog, gp_summarize_within). Count and aggregate the features inside each polygon (or bin), proportionally for lines and polygons. ArcGIS: Summarize Within, Aggregate Points. QGIS: native:countpointsinpolygon, native:sumlinelengths. (id gp_summarize_within)</w:t>
      </w:r>
    </w:p>
    <w:p>
      <w:pPr>
        <w:spacing w:after="40"/>
      </w:pPr>
      <w:r>
        <w:t>[13] Plan: Observation posts per feature of Areas of operation (the Start plan's candidate c_9615a25895d8). Count Observation posts inside each feature of Areas of operation by manned; the counts map as a choropleth (natural breaks, sequential colors). (id 3357fd3d-8b81-4a47-98ef-82353b0fc69a:c_9615a25895d8)</w:t>
      </w:r>
    </w:p>
    <w:p>
      <w:pPr>
        <w:spacing w:after="40"/>
      </w:pPr>
      <w:r>
        <w:t>[14] Tool result: gp_summarize_within, step 0. Summarize within: 1 layer saved: Summarize within: Areas of operation (6 features). (id 708827d4-b092-40cb-a1ae-61f53ad70619:0)</w:t>
      </w:r>
    </w:p>
    <w:p>
      <w:pPr>
        <w:spacing w:after="40"/>
      </w:pPr>
      <w:r>
        <w:t>[15] Layer: Observation posts. 10 features (id fd2e56d2-1032-4b2b-9046-8f9286496779)</w:t>
      </w:r>
    </w:p>
    <w:p>
      <w:pPr>
        <w:spacing w:after="40"/>
      </w:pPr>
      <w:r>
        <w:t>[16] Layer: Areas of operation. 6 features (id eb593b97-39dd-4550-80e3-2d7a82b95f79)</w:t>
      </w:r>
    </w:p>
    <w:p>
      <w:pPr>
        <w:spacing w:after="40"/>
      </w:pPr>
      <w:r>
        <w:t>[17] Tool result: gp_summarize_within, step 1. Summarize within: 1 layer saved: Summarize within: Areas of operation (6 features). (id 708827d4-b092-40cb-a1ae-61f53ad70619:1)</w:t>
      </w:r>
    </w:p>
    <w:p>
      <w:pPr>
        <w:spacing w:after="40"/>
      </w:pPr>
      <w:r>
        <w:t>[18] Tool result: gp_summarize_within, step 2. Summarize within: 1 layer saved: Summarize within: Areas of operation (6 features). (id 708827d4-b092-40cb-a1ae-61f53ad70619:2)</w:t>
      </w:r>
    </w:p>
    <w:p>
      <w:pPr>
        <w:spacing w:after="40"/>
      </w:pPr>
      <w:r>
        <w:t>[19] Catalog: Find point clusters (operation catalog, gp_find_point_clusters). Density-based clusters (DBSCAN, HDBSCAN or OPTICS, optionally space-time) with hulls and noise. ArcGIS: Find Point Clusters, Density-based Clustering. QGIS: native:dbscanclustering, native:stdbscanclustering. (id gp_find_point_clusters)</w:t>
      </w:r>
    </w:p>
    <w:p>
      <w:pPr>
        <w:spacing w:after="40"/>
      </w:pPr>
      <w:r>
        <w:t>[20] Plan: Cluster points of Observation posts (the Start plan's candidate c_7723da134a11). DBSCAN finds dense groups of Observation posts and separates noise. (id 3357fd3d-8b81-4a47-98ef-82353b0fc69a:c_7723da134a11)</w:t>
      </w:r>
    </w:p>
    <w:p>
      <w:pPr>
        <w:spacing w:after="40"/>
      </w:pPr>
      <w:r>
        <w:t>[21] Tool result: gp_find_point_clusters, step 0. Find point clusters: 2 layers saved: Find point clusters: Observation posts (10 features); Find point clusters: cluster hulls (1 feature). (id 93f15f4c-77ae-405b-a031-78b5514fb666:0)</w:t>
      </w:r>
    </w:p>
    <w:p>
      <w:pPr>
        <w:spacing w:after="40"/>
      </w:pPr>
      <w:r>
        <w:t>[22] Plan: Cluster points of Obstacles (the Start plan's candidate c_98311896c483). DBSCAN finds dense groups of Obstacles and separates noise. (id 3357fd3d-8b81-4a47-98ef-82353b0fc69a:c_98311896c483)</w:t>
      </w:r>
    </w:p>
    <w:p>
      <w:pPr>
        <w:spacing w:after="40"/>
      </w:pPr>
      <w:r>
        <w:t>[23] Tool result: gp_find_point_clusters, step 1. Find point clusters: 2 layers saved: Find point clusters: Obstacles (90 features); Find point clusters: cluster hulls (4 features). (id 93f15f4c-77ae-405b-a031-78b5514fb666:1)</w:t>
      </w:r>
    </w:p>
    <w:p>
      <w:pPr>
        <w:spacing w:after="40"/>
      </w:pPr>
      <w:r>
        <w:t>[24] Plan: Cluster points of Patrol reports (the Start plan's candidate c_4e02d942d100). DBSCAN finds dense groups of Patrol reports and separates noise. (id 3357fd3d-8b81-4a47-98ef-82353b0fc69a:c_4e02d942d100)</w:t>
      </w:r>
    </w:p>
    <w:p>
      <w:pPr>
        <w:spacing w:after="40"/>
      </w:pPr>
      <w:r>
        <w:t>[25] Tool result: gp_find_point_clusters, step 2. Find point clusters: 2 layers saved: Find point clusters: Patrol reports (650 features); Find point clusters: cluster hulls (1 feature). (id 93f15f4c-77ae-405b-a031-78b5514fb666:2)</w:t>
      </w:r>
    </w:p>
    <w:p>
      <w:pPr>
        <w:spacing w:after="40"/>
      </w:pPr>
      <w:r>
        <w:t>[26] Catalog: Zonal statistics (analysis catalog, rs_zonal_statistics). count/min/max/mean/std/sum/median/majority per polygon as a table and as GeoJSON. ArcGIS: Zonal Statistics as Table (polygons). (id rs_zonal_statistics)</w:t>
      </w:r>
    </w:p>
    <w:p>
      <w:pPr>
        <w:spacing w:after="40"/>
      </w:pPr>
      <w:r>
        <w:t>[27] Plan: Zonal statistics of Training area terrain model (DEM) and Landing zones (the Start plan's candidate c_70866e78d829). Statistics of Training area terrain model (DEM) inside each feature of Landing zones. (id 3357fd3d-8b81-4a47-98ef-82353b0fc69a:c_70866e78d829)</w:t>
      </w:r>
    </w:p>
    <w:p>
      <w:pPr>
        <w:spacing w:after="40"/>
      </w:pPr>
      <w:r>
        <w:t>[28] Tool result: rs_zonal_statistics, step 0. Zonal statistics: 6 row(s). zones 6. (id 57fd4b1c-0b21-474c-8fbb-5585fed0e5d0:0)</w:t>
      </w:r>
    </w:p>
    <w:p>
      <w:pPr>
        <w:spacing w:after="40"/>
      </w:pPr>
      <w:r>
        <w:t>[29] Tool result: rs_zonal_statistics, step 1. Zonal statistics: 6 row(s). zones 6. (id 57fd4b1c-0b21-474c-8fbb-5585fed0e5d0:1)</w:t>
      </w:r>
    </w:p>
    <w:p>
      <w:pPr>
        <w:spacing w:after="40"/>
      </w:pPr>
      <w:r>
        <w:t>[30] Catalog: Slope (analysis catalog, tr_slope). Horn slope in degrees or percent, with the share of ground in six grade classes. ArcGIS: Slope (Spatial Analyst). QGIS: Slope (GDAL DEM). (id tr_slope)</w:t>
      </w:r>
    </w:p>
    <w:p>
      <w:pPr>
        <w:spacing w:after="40"/>
      </w:pPr>
      <w:r>
        <w:t>[31] Plan: Slope of Training area terrain model (DEM) (the Start plan's candidate c_5f66d5e2b63c). Slope of the Training area terrain model (DEM) surface. (id 3357fd3d-8b81-4a47-98ef-82353b0fc69a:c_5f66d5e2b63c)</w:t>
      </w:r>
    </w:p>
    <w:p>
      <w:pPr>
        <w:spacing w:after="40"/>
      </w:pPr>
      <w:r>
        <w:t>[32] Tool result: tr_slope, step 2. Slope over 80.00 km2: mean 6.45 degrees, max 17.54 degrees; 35% of the ground is steeper than 15%. DEM: Training area terrain model (DEM). Verified: 2 checks passed. (id 57fd4b1c-0b21-474c-8fbb-5585fed0e5d0:2)</w:t>
      </w:r>
    </w:p>
    <w:p>
      <w:pPr>
        <w:spacing w:after="40"/>
      </w:pPr>
      <w:r>
        <w:t>[33] Layer: Training area terrain model (DEM). 0 features (id e55808a8-3d73-4245-b822-111fb86d9827)</w:t>
      </w:r>
    </w:p>
    <w:p>
      <w:pPr>
        <w:spacing w:after="40"/>
      </w:pPr>
      <w:r>
        <w:t>[34] Catalog: Emerging hot spots (operation catalog, gp_space_time_hot_spots). Where hot spots are new, consecutive, intensifying, persistent, diminishing, sporadic, oscillating or historical over time. ArcGIS: Emerging Hot Spot Analysis, Create Space Time Cube. (id gp_space_time_hot_spots)</w:t>
      </w:r>
    </w:p>
    <w:p>
      <w:pPr>
        <w:spacing w:after="40"/>
      </w:pPr>
      <w:r>
        <w:t>[35] Plan: Space time hot spots of Obstacles (the Start plan's candidate c_31f5f28e0062). Obstacles carry dates in 'date': emerging hot spot analysis finds new, intensifying and fading hot spots per day. (id 3357fd3d-8b81-4a47-98ef-82353b0fc69a:c_31f5f28e0062)</w:t>
      </w:r>
    </w:p>
    <w:p>
      <w:pPr>
        <w:spacing w:after="40"/>
      </w:pPr>
      <w:r>
        <w:t>[36] Tool result: gp_space_time_hot_spots, step 0. Emerging hot spots: 1 layer saved: Emerging hot spots: Obstacles (23 features). (id f9327690-03fb-4bc8-a73e-29675f948fa0:0)</w:t>
      </w:r>
    </w:p>
    <w:p>
      <w:pPr>
        <w:spacing w:after="40"/>
      </w:pPr>
      <w:r>
        <w:t>[37] Plan: Space time hot spots of Patrol reports (the Start plan's candidate c_f4213213eb44). Patrol reports carry dates in 'reported_at': emerging hot spot analysis finds new, intensifying and fading hot spots per day. (id 3357fd3d-8b81-4a47-98ef-82353b0fc69a:c_f4213213eb44)</w:t>
      </w:r>
    </w:p>
    <w:p>
      <w:pPr>
        <w:spacing w:after="40"/>
      </w:pPr>
      <w:r>
        <w:t>[38] Tool result: gp_space_time_hot_spots, step 1. Emerging hot spots: 1 layer saved: Emerging hot spots: Patrol reports (53 features). (id f9327690-03fb-4bc8-a73e-29675f948fa0:1)</w:t>
      </w:r>
    </w:p>
    <w:p>
      <w:pPr>
        <w:spacing w:after="40"/>
      </w:pPr>
      <w:r>
        <w:t>[39] Catalog: Repeat and near repeat classification (operation catalog, gp_near_repeat). Classify incidents as originators, repeats (same place) or near repeats within a distance and time window, with a Knox test table. ArcGIS: Repeat and Near Repeat Classification, Near Repeat Calculator. (id gp_near_repeat)</w:t>
      </w:r>
    </w:p>
    <w:p>
      <w:pPr>
        <w:spacing w:after="40"/>
      </w:pPr>
      <w:r>
        <w:t>[40] Plan: Near repeat of Obstacles (the Start plan's candidate c_d6531d225d6c). Near repeat analysis tests whether Obstacles close in space also follow each other within 4 days. (id 3357fd3d-8b81-4a47-98ef-82353b0fc69a:c_d6531d225d6c)</w:t>
      </w:r>
    </w:p>
    <w:p>
      <w:pPr>
        <w:spacing w:after="40"/>
      </w:pPr>
      <w:r>
        <w:t>[41] Tool result: gp_near_repeat, step 2. Repeat and near repeat classification: 1 layer saved: Repeat and near repeat classification: Obstacles (90 features). (id f9327690-03fb-4bc8-a73e-29675f948fa0:2)</w:t>
      </w:r>
    </w:p>
    <w:p>
      <w:pPr>
        <w:spacing w:after="40"/>
      </w:pPr>
      <w:r>
        <w:t>[42] Catalog: Calculate density (operation catalog, gp_calculate_density). Kernel density per square kilometer on a grid. ArcGIS: Calculate Density, Kernel Density. QGIS: native:heatmapkerneldensityestimation. (id gp_calculate_density)</w:t>
      </w:r>
    </w:p>
    <w:p>
      <w:pPr>
        <w:spacing w:after="40"/>
      </w:pPr>
      <w:r>
        <w:t>[43] Plan: Kernel density of Obstacles (the Start plan's candidate c_f16b85e1e450). 90 points in Obstacles: a density surface shows where they concentrate. (id 3357fd3d-8b81-4a47-98ef-82353b0fc69a:c_f16b85e1e450)</w:t>
      </w:r>
    </w:p>
    <w:p>
      <w:pPr>
        <w:spacing w:after="40"/>
      </w:pPr>
      <w:r>
        <w:t>[44] Tool result: gp_calculate_density, step 0. Calculate density: 1 layer saved: Calculate density: Obstacles (92 features). (id 60e730b7-dd00-400a-a140-c96bac46f2c5:0)</w:t>
      </w:r>
    </w:p>
    <w:p>
      <w:pPr>
        <w:spacing w:after="40"/>
      </w:pPr>
      <w:r>
        <w:t>[45] Plan: Kernel density of Patrol reports (the Start plan's candidate c_e02ad3b592ff). 650 points in Patrol reports: a density surface shows where they concentrate. (id 3357fd3d-8b81-4a47-98ef-82353b0fc69a:c_e02ad3b592ff)</w:t>
      </w:r>
    </w:p>
    <w:p>
      <w:pPr>
        <w:spacing w:after="40"/>
      </w:pPr>
      <w:r>
        <w:t>[46] Tool result: gp_calculate_density, step 1. Calculate density: 1 layer saved: Calculate density: Patrol reports (917 features). (id 60e730b7-dd00-400a-a140-c96bac46f2c5:1)</w:t>
      </w:r>
    </w:p>
    <w:p>
      <w:pPr>
        <w:spacing w:after="40"/>
      </w:pPr>
      <w:r>
        <w:t>[47] Plan: Kernel density of Water crossings (the Start plan's candidate c_15ca28f2d2d2). 20 points in Water crossings: a density surface shows where they concentrate. (id 3357fd3d-8b81-4a47-98ef-82353b0fc69a:c_15ca28f2d2d2)</w:t>
      </w:r>
    </w:p>
    <w:p>
      <w:pPr>
        <w:spacing w:after="40"/>
      </w:pPr>
      <w:r>
        <w:t>[48] Tool result: gp_calculate_density, step 2. Calculate density: 1 layer saved: Calculate density: Water crossings (307 features). (id 60e730b7-dd00-400a-a140-c96bac46f2c5:2)</w:t>
      </w:r>
    </w:p>
    <w:p>
      <w:pPr>
        <w:spacing w:after="40"/>
      </w:pPr>
      <w:r>
        <w:t>[49] Layer: Water crossings. 20 features (id 208d3baf-a4d2-484f-8e16-b9702114da9b)</w:t>
      </w:r>
    </w:p>
    <w:p>
      <w:pPr>
        <w:spacing w:after="40"/>
      </w:pPr>
      <w:r>
        <w:t>[50] Rendering: Map: Hot spot analysis: Obstacles (id b36c2235-8c38-40a3-8157-25e56c6a1e0f)</w:t>
      </w:r>
    </w:p>
    <w:p>
      <w:pPr>
        <w:spacing w:after="40"/>
      </w:pPr>
      <w:r>
        <w:t>[51] Rendering: Map: Hot spot analysis: Patrol reports (id 5cda70fb-0d99-4a7a-8495-a97496733283)</w:t>
      </w:r>
    </w:p>
    <w:p>
      <w:pPr>
        <w:spacing w:after="40"/>
      </w:pPr>
      <w:r>
        <w:t>[52] Rendering: Map: Summarize within: Areas of operation (id 1e1b5d41-642e-48b0-8269-a66c0ef32d78)</w:t>
      </w:r>
    </w:p>
    <w:p>
      <w:pPr>
        <w:spacing w:after="40"/>
      </w:pPr>
      <w:r>
        <w:t>[53] Rendering: Map: Summarize within: Areas of operation (id 168d2ce0-cf77-4595-bde8-43e1862982cc)</w:t>
      </w:r>
    </w:p>
    <w:p>
      <w:pPr>
        <w:spacing w:after="40"/>
      </w:pPr>
      <w:r>
        <w:t>[54] Rendering: Map: Summarize within: Areas of operation (id 0d8537f4-dd3c-4f73-ab89-6f8174e81d97)</w:t>
      </w:r>
    </w:p>
    <w:p>
      <w:pPr>
        <w:spacing w:after="40"/>
      </w:pPr>
      <w:r>
        <w:t>[55] Rendering: Map: Find point clusters: Observation posts (id 70c9dab4-7a4d-4fec-8552-055022f5cbb7)</w:t>
      </w:r>
    </w:p>
    <w:p>
      <w:pPr>
        <w:spacing w:after="40"/>
      </w:pPr>
      <w:r>
        <w:t>[56] Rendering: Map: Find point clusters: cluster hulls (id 6236e4ce-4459-48d1-a70d-b79e0117c1ec)</w:t>
      </w:r>
    </w:p>
    <w:p>
      <w:pPr>
        <w:spacing w:after="40"/>
      </w:pPr>
      <w:r>
        <w:t>[57] Rendering: Map: Find point clusters: Obstacles (id 563df080-8000-41a7-8a11-a694ccd89b08)</w:t>
      </w:r>
    </w:p>
    <w:p>
      <w:pPr>
        <w:spacing w:after="40"/>
      </w:pPr>
      <w:r>
        <w:t>[58] Rendering: Map: Find point clusters: cluster hulls (id e92c0248-744d-4cc3-8589-370dfcad30f2)</w:t>
      </w:r>
    </w:p>
    <w:p>
      <w:pPr>
        <w:spacing w:after="40"/>
      </w:pPr>
      <w:r>
        <w:t>[59] Rendering: Map: Find point clusters: Patrol reports (id ab13ea19-de86-4b69-80e0-c8ef4aa30931)</w:t>
      </w:r>
    </w:p>
    <w:p>
      <w:pPr>
        <w:spacing w:after="40"/>
      </w:pPr>
      <w:r>
        <w:t>[60] Rendering: Map: Find point clusters: cluster hulls (id 7ca4199b-5d6b-4f23-ab37-2fa1f56526a8)</w:t>
      </w:r>
    </w:p>
    <w:p>
      <w:pPr>
        <w:spacing w:after="40"/>
      </w:pPr>
      <w:r>
        <w:t>[61] Rendering: Map: Slope (degrees) (id 6a63c78c-3d1e-4205-a842-31ad40a4b309)</w:t>
      </w:r>
    </w:p>
    <w:p>
      <w:pPr>
        <w:spacing w:after="40"/>
      </w:pPr>
      <w:r>
        <w:t>[62] Rendering: Map: Emerging hot spots: Obstacles (id 29d7b2e3-d895-4a09-a771-5fc05603e430)</w:t>
      </w:r>
    </w:p>
    <w:p>
      <w:pPr>
        <w:spacing w:after="40"/>
      </w:pPr>
      <w:r>
        <w:t>[63] Rendering: Map: Emerging hot spots: Patrol reports (id 1bc16b89-3c2b-4b82-9207-eb27a894493d)</w:t>
      </w:r>
    </w:p>
    <w:p>
      <w:pPr>
        <w:spacing w:after="40"/>
      </w:pPr>
      <w:r>
        <w:t>[64] Rendering: Map: Repeat and near repeat classification: Obstacles (id bcbe80a5-b991-4d6f-96f1-a3139a300291)</w:t>
      </w:r>
    </w:p>
    <w:p>
      <w:pPr>
        <w:spacing w:after="40"/>
      </w:pPr>
      <w:r>
        <w:t>[65] Rendering: Map: Calculate density: Obstacles (id 7d62948d-b214-4047-b1cf-5bd2a67def12)</w:t>
      </w:r>
    </w:p>
    <w:p>
      <w:pPr>
        <w:spacing w:after="40"/>
      </w:pPr>
      <w:r>
        <w:t>[66] Rendering: Map: Calculate density: Patrol reports (id 250c5714-f0d3-4b1c-9640-dc6880c56e2b)</w:t>
      </w:r>
    </w:p>
    <w:p>
      <w:pPr>
        <w:spacing w:after="40"/>
      </w:pPr>
      <w:r>
        <w:t>[67] Rendering: Map: Calculate density: Water crossings (id 7b8c83ac-abff-4e12-ab23-c44d4c789f3d)</w:t>
      </w:r>
    </w:p>
    <w:p>
      <w:pPr>
        <w:spacing w:after="40"/>
      </w:pPr>
      <w:r>
        <w:t>[68] Rendering: Map: Landing zones by slope_deg (id 74f2a1da-dfd2-4448-b5de-b8702a8f25d4)</w:t>
      </w:r>
    </w:p>
    <w:p>
      <w:pPr>
        <w:spacing w:after="40"/>
      </w:pPr>
      <w:r>
        <w:t>[69] Rendering: Map: Areas of operation by priority (id d834336f-0a25-476c-b121-230662c23d0a)</w:t>
      </w:r>
    </w:p>
    <w:p>
      <w:pPr>
        <w:spacing w:after="40"/>
      </w:pPr>
      <w:r>
        <w:t>[70] Rendering: Chart: Patrol reports over time (reported_at). 112 rows (id 07478869-2a69-4581-87e3-17496cf5e136)</w:t>
      </w:r>
    </w:p>
    <w:p>
      <w:pPr>
        <w:spacing w:after="40"/>
      </w:pPr>
      <w:r>
        <w:t>[71] Rendering: Chart: Obstacles over time (date). 210 rows (id 9d813213-59c6-4415-82b3-c93e26844b7f)</w:t>
      </w:r>
    </w:p>
    <w:p>
      <w:pPr>
        <w:spacing w:after="40"/>
      </w:pPr>
      <w:r>
        <w:t>[72] Rendering: Chart: Patrol log over time (date). 168 rows (id 034a55d7-21be-4129-a31d-9eee119f54f5)</w:t>
      </w:r>
    </w:p>
    <w:p>
      <w:pPr>
        <w:spacing w:after="40"/>
      </w:pPr>
      <w:r>
        <w:t>[73] Rendering: Chart: Hot spot analysis: Obstacles. 7 rows (id 72a5d350-6ab1-4962-b0f7-d1bad4f53392)</w:t>
      </w:r>
    </w:p>
    <w:p>
      <w:pPr>
        <w:spacing w:after="40"/>
      </w:pPr>
      <w:r>
        <w:t>[74] Rendering: Chart: Hot spot analysis: Patrol reports. 9 rows (id ace8f4ef-f3d3-4b05-a439-cfc49e5df712)</w:t>
      </w:r>
    </w:p>
    <w:p>
      <w:pPr>
        <w:spacing w:after="40"/>
      </w:pPr>
      <w:r>
        <w:t>[75] Rendering: Chart: Summarize within: Areas of operation. 5 rows (id eb14ddb9-15a6-48d4-8ae8-f9529a04a3cb)</w:t>
      </w:r>
    </w:p>
    <w:p>
      <w:pPr>
        <w:spacing w:after="40"/>
      </w:pPr>
      <w:r>
        <w:t>[76] Rendering: Chart: Summarize within: Areas of operation. 5 rows (id 1eb7527a-597b-41b9-a99a-45938cd7dc50)</w:t>
      </w:r>
    </w:p>
    <w:p>
      <w:pPr>
        <w:spacing w:after="40"/>
      </w:pPr>
      <w:r>
        <w:t>[77] Rendering: Chart: Summarize within: Areas of operation. 5 rows (id 792139b3-4b0e-4de4-bd8a-43603bb5f6bd)</w:t>
      </w:r>
    </w:p>
    <w:p>
      <w:pPr>
        <w:spacing w:after="40"/>
      </w:pPr>
      <w:r>
        <w:t>[78] Rendering: Chart: Find point clusters: Observation posts. 2 rows (id 534f28e5-77b1-4f4e-acb4-709551f06798)</w:t>
      </w:r>
    </w:p>
    <w:p>
      <w:pPr>
        <w:spacing w:after="40"/>
      </w:pPr>
      <w:r>
        <w:t>[79] Rendering: Chart: Find point clusters: cluster hulls. 1 rows (id 97f55bbe-4bbd-44f1-bd3f-936b63a5a2b0)</w:t>
      </w:r>
    </w:p>
    <w:p>
      <w:pPr>
        <w:spacing w:after="40"/>
      </w:pPr>
      <w:r>
        <w:t>[80] Rendering: Chart: Find point clusters: Obstacles. 5 rows (id b4e5e438-92bd-4da6-8403-7a4589823441)</w:t>
      </w:r>
    </w:p>
    <w:p>
      <w:pPr>
        <w:spacing w:after="40"/>
      </w:pPr>
      <w:r>
        <w:t>[81] Rendering: Chart: Find point clusters: cluster hulls. 4 rows (id b3a2459b-e772-43f2-ab39-976f2ffc561d)</w:t>
      </w:r>
    </w:p>
    <w:p>
      <w:pPr>
        <w:spacing w:after="40"/>
      </w:pPr>
      <w:r>
        <w:t>[82] Rendering: Chart: Find point clusters: Patrol reports. 2 rows (id 74922feb-fe7f-4a01-89dc-69b5df2a31d8)</w:t>
      </w:r>
    </w:p>
    <w:p>
      <w:pPr>
        <w:spacing w:after="40"/>
      </w:pPr>
      <w:r>
        <w:t>[83] Rendering: Chart: Find point clusters: cluster hulls. 1 rows (id ca1b9fb6-ec2c-401a-b77a-adefc366594e)</w:t>
      </w:r>
    </w:p>
    <w:p>
      <w:pPr>
        <w:spacing w:after="40"/>
      </w:pPr>
      <w:r>
        <w:t>[84] Rendering: Chart: Emerging hot spots: Obstacles. 6 rows (id 7467a03d-7a04-4edd-b500-2571d8ed1ff7)</w:t>
      </w:r>
    </w:p>
    <w:p>
      <w:pPr>
        <w:spacing w:after="40"/>
      </w:pPr>
      <w:r>
        <w:t>[85] Rendering: Chart: Emerging hot spots: Patrol reports. 7 rows (id 1cb4af9d-0884-4a75-8acf-df058d69feec)</w:t>
      </w:r>
    </w:p>
    <w:p>
      <w:pPr>
        <w:spacing w:after="40"/>
      </w:pPr>
      <w:r>
        <w:t>[86] Rendering: Chart: Repeat and near repeat classification: Obstacles. 210 rows (id 02424072-0bed-4b29-aed1-3ae65502761a)</w:t>
      </w:r>
    </w:p>
    <w:p>
      <w:pPr>
        <w:spacing w:after="40"/>
      </w:pPr>
      <w:r>
        <w:t>[87] Rendering: Chart: Calculate density: Obstacles. 8 rows (id 65b9b20c-13c3-4077-83f5-ddb3fa4dbbf1)</w:t>
      </w:r>
    </w:p>
    <w:p>
      <w:pPr>
        <w:spacing w:after="40"/>
      </w:pPr>
      <w:r>
        <w:t>[88] Rendering: Chart: Calculate density: Patrol reports. 11 rows (id 732b7459-ac9a-498c-8134-64ac33368d43)</w:t>
      </w:r>
    </w:p>
    <w:p>
      <w:pPr>
        <w:spacing w:after="40"/>
      </w:pPr>
      <w:r>
        <w:t>[89] Rendering: Chart: Calculate density: Water crossings. 10 rows (id c5e21893-6553-4771-b9ec-1404e4bde3e4)</w:t>
      </w:r>
    </w:p>
    <w:p>
      <w:pPr>
        <w:spacing w:after="40"/>
      </w:pPr>
      <w:r>
        <w:t>[90] Rendering: Chart: Repeat and near repeat classification: Obstacles over time. 210 rows (id 85c408a0-c4a6-494e-889b-9629715d60f3)</w:t>
      </w:r>
    </w:p>
    <w:p>
      <w:pPr>
        <w:spacing w:after="40"/>
      </w:pPr>
      <w:r>
        <w:t>[91] Rendering: Chart: Find point clusters: Patrol reports over time. 112 rows (id 2b6755a5-cbe0-4c45-af22-1c437c4c3148)</w:t>
      </w:r>
    </w:p>
    <w:p>
      <w:pPr>
        <w:spacing w:after="40"/>
      </w:pPr>
      <w:r>
        <w:t>[92] Rendering: Chart: Find point clusters: Obstacles over time. 210 rows (id 09f78ff6-4149-4a54-a883-9acb717cebb8)</w:t>
      </w:r>
    </w:p>
    <w:p>
      <w:pPr>
        <w:spacing w:after="40"/>
      </w:pPr>
      <w:r>
        <w:t>[93] Dataset: Observation posts. vector, 10 rows (id 8f0f1a87-dd0f-4c0b-8acd-1987833c2dfb)</w:t>
      </w:r>
    </w:p>
    <w:p>
      <w:pPr>
        <w:spacing w:after="40"/>
      </w:pPr>
      <w:r>
        <w:t>[94] Dataset: Areas of operation. vector, 6 rows (id 57abb88c-382d-49e5-af70-78724688b7aa)</w:t>
      </w:r>
    </w:p>
    <w:p>
      <w:pPr>
        <w:spacing w:after="40"/>
      </w:pPr>
      <w:r>
        <w:t>[95] Dataset: Tracks and routes. vector, 10 rows (id fa0f7594-2e32-484b-b0ef-259c88036060)</w:t>
      </w:r>
    </w:p>
    <w:p>
      <w:pPr>
        <w:spacing w:after="40"/>
      </w:pPr>
      <w:r>
        <w:t>[96] Dataset: Landing zones. vector, 6 rows (id 1e58cf31-c3d8-4fc1-8126-5d80f9746b7f)</w:t>
      </w:r>
    </w:p>
    <w:p>
      <w:pPr>
        <w:spacing w:after="40"/>
      </w:pPr>
      <w:r>
        <w:t>[97] Dataset: Water crossings. vector, 20 rows (id f536fc8e-2668-4ca3-84d6-d02229976802)</w:t>
      </w:r>
    </w:p>
    <w:p>
      <w:pPr>
        <w:spacing w:after="40"/>
      </w:pPr>
      <w:r>
        <w:t>[98] Dataset: Training area terrain model (DEM). raster, ? rows (id 4e625b8c-d8a8-495f-bcc1-48bc10c548e6)</w:t>
      </w:r>
    </w:p>
    <w:p>
      <w:pPr>
        <w:spacing w:after="40"/>
      </w:pPr>
      <w:r>
        <w:t>[99] Dataset: Unit roster. table, 12 rows (id 9792cc27-8080-4d5c-9bca-d91704c915e7)</w:t>
      </w:r>
    </w:p>
    <w:p>
      <w:pPr>
        <w:spacing w:after="40"/>
      </w:pPr>
      <w:r>
        <w:t>[100] Dataset: Exercise orders. document, ? rows (id 4186fc2a-074a-4dee-8f0f-dab84dbe40c0)</w:t>
      </w:r>
    </w:p>
    <w:p>
      <w:pPr>
        <w:spacing w:after="40"/>
      </w:pPr>
      <w:r>
        <w:t>[101] Record: Sample: Field operations terrain, Sennybridge (id 9f6aa8f7-f5fe-4630-ab44-f56a90a94683)</w:t>
      </w:r>
    </w:p>
    <w:p>
      <w:pPr>
        <w:spacing w:after="40"/>
      </w:pPr>
      <w:r>
        <w:t>[102] Layer: Hot spot analysis: Obstacles. 17 features (id f4dc8e71-227a-4c0d-ad3d-1bf4d7b0007a)</w:t>
      </w:r>
    </w:p>
    <w:p>
      <w:pPr>
        <w:spacing w:after="40"/>
      </w:pPr>
      <w:r>
        <w:t>[103] Layer: Hot spot analysis: Patrol reports. 154 features (id 3915a1a8-7346-4d03-aed4-c92fac1c921a)</w:t>
      </w:r>
    </w:p>
    <w:p>
      <w:pPr>
        <w:spacing w:after="40"/>
      </w:pPr>
      <w:r>
        <w:t>[104] Layer: Summarize within: Areas of operation. 6 features (id 23f3ae18-b552-4200-8914-682e1fecfaa8)</w:t>
      </w:r>
    </w:p>
    <w:p>
      <w:pPr>
        <w:spacing w:after="40"/>
      </w:pPr>
      <w:r>
        <w:t>[105] Layer: Summarize within: Areas of operation. 6 features (id 1f4497dc-e816-43d0-ab77-866fac5cc34c)</w:t>
      </w:r>
    </w:p>
    <w:p>
      <w:pPr>
        <w:spacing w:after="40"/>
      </w:pPr>
      <w:r>
        <w:t>[106] Layer: Summarize within: Areas of operation. 6 features (id 727ecbb2-90f8-4fe2-9e60-2c9101f12b0d)</w:t>
      </w:r>
    </w:p>
    <w:p>
      <w:pPr>
        <w:spacing w:after="40"/>
      </w:pPr>
      <w:r>
        <w:t>[107] Layer: Find point clusters: Observation posts. 10 features (id 16d6caee-b512-4773-9ba1-66108569c4a9)</w:t>
      </w:r>
    </w:p>
    <w:p>
      <w:pPr>
        <w:spacing w:after="40"/>
      </w:pPr>
      <w:r>
        <w:t>[108] Layer: Find point clusters: cluster hulls. 1 features (id 0bdf2a2b-41e8-4e1c-8aa7-7ee0e119ca1b)</w:t>
      </w:r>
    </w:p>
    <w:p>
      <w:pPr>
        <w:spacing w:after="40"/>
      </w:pPr>
      <w:r>
        <w:t>[109] Layer: Find point clusters: Obstacles. 90 features (id 0f5f0385-f10d-4121-988c-42dfafc82df7)</w:t>
      </w:r>
    </w:p>
    <w:p>
      <w:pPr>
        <w:spacing w:after="40"/>
      </w:pPr>
      <w:r>
        <w:t>[110] Layer: Find point clusters: cluster hulls. 4 features (id 01da6a57-d000-4e39-b882-1f40bb33050d)</w:t>
      </w:r>
    </w:p>
    <w:p>
      <w:pPr>
        <w:spacing w:after="40"/>
      </w:pPr>
      <w:r>
        <w:t>[111] Layer: Find point clusters: Patrol reports. 650 features (id 4f52bebf-3f65-4820-866c-85abbe31c6e0)</w:t>
      </w:r>
    </w:p>
    <w:p>
      <w:pPr>
        <w:spacing w:after="40"/>
      </w:pPr>
      <w:r>
        <w:t>[112] Layer: Find point clusters: cluster hulls. 1 features (id e3c5e7a6-2962-4719-b63c-271a1f761b44)</w:t>
      </w:r>
    </w:p>
    <w:p>
      <w:pPr>
        <w:spacing w:after="40"/>
      </w:pPr>
      <w:r>
        <w:t>[113] Layer: Slope (degrees). 0 features (id 2c8b4aff-3457-42fc-b96c-11c77a0ac8d3)</w:t>
      </w:r>
    </w:p>
    <w:p>
      <w:pPr>
        <w:spacing w:after="40"/>
      </w:pPr>
      <w:r>
        <w:t>[114] Layer: Emerging hot spots: Obstacles. 23 features (id ed581997-aff0-48ca-90b6-5aaf76587ff9)</w:t>
      </w:r>
    </w:p>
    <w:p>
      <w:pPr>
        <w:spacing w:after="40"/>
      </w:pPr>
      <w:r>
        <w:t>[115] Layer: Emerging hot spots: Patrol reports. 53 features (id 49cb95cf-68cc-4d39-8757-8bec5c021a79)</w:t>
      </w:r>
    </w:p>
    <w:p>
      <w:pPr>
        <w:spacing w:after="40"/>
      </w:pPr>
      <w:r>
        <w:t>[116] Layer: Repeat and near repeat classification: Obstacles. 90 features (id 12ba7636-bbf6-4484-b67c-076a475693ee)</w:t>
      </w:r>
    </w:p>
    <w:p>
      <w:pPr>
        <w:spacing w:after="40"/>
      </w:pPr>
      <w:r>
        <w:t>[117] Layer: Calculate density: Obstacles. 92 features (id b54dddde-3720-4c5c-8833-27f6868f361e)</w:t>
      </w:r>
    </w:p>
    <w:p>
      <w:pPr>
        <w:spacing w:after="40"/>
      </w:pPr>
      <w:r>
        <w:t>[118] Layer: Calculate density: Patrol reports. 917 features (id b5456c96-3d51-4f5f-8e7a-cea776032203)</w:t>
      </w:r>
    </w:p>
    <w:p>
      <w:pPr>
        <w:spacing w:after="40"/>
      </w:pPr>
      <w:r>
        <w:t>[119] Layer: Calculate density: Water crossings. 307 features (id 6828b511-9b90-421e-b1c0-82df009bcd2c)</w:t>
      </w:r>
    </w:p>
    <w:p>
      <w:pPr>
        <w:spacing w:after="40"/>
      </w:pPr>
      <w:r>
        <w:t>[120] Document: Exercise orders (id a3a42113-5e5d-4af0-bcf8-a95ed08b3dfe)</w:t>
      </w:r>
    </w:p>
    <w:p>
      <w:pPr>
        <w:pStyle w:val="Heading1"/>
      </w:pPr>
      <w:r>
        <w:t>Appendix: the data behind the charts</w:t>
      </w:r>
    </w:p>
    <w:p>
      <w:pPr>
        <w:pStyle w:val="Heading2"/>
      </w:pPr>
      <w:r>
        <w:t>Figure 1. Timeline: events per day by dataset [1]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2026-08-25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2026-08-25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2026-08-25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2026-08-26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2026-08-26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2026-08-26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2026-08-27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2026-08-27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2026-08-27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2026-08-28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2026-08-28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2026-08-28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2026-08-29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2026-08-29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2026-08-29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2026-08-30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2026-08-30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2026-08-30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2026-09-02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2026-09-02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2026-09-02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2026-09-03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2026-09-03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2026-09-03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2026-09-04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2026-09-04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2026-09-04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2026-09-05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2026-09-05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2026-09-05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2026-09-06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2026-09-06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2026-09-06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Patrol reports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Patrol log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Obstacles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</w:tbl>
    <w:p/>
    <w:p>
      <w:pPr>
        <w:pStyle w:val="Heading2"/>
      </w:pPr>
      <w:r>
        <w:t>Figure 22. Patrol reports over time (reported_at) [70]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</w:tbl>
    <w:p/>
    <w:p>
      <w:pPr>
        <w:pStyle w:val="Heading2"/>
      </w:pPr>
      <w:r>
        <w:t>Figure 23. Obstacles over time (date) [71]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2026-08-25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2026-08-25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2026-08-25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2026-08-25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2026-08-25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2026-08-26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2026-08-26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2026-08-26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2026-08-26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2026-08-26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2026-08-27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2026-08-27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2026-08-27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2026-08-27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2026-08-27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2026-08-28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2026-08-28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2026-08-28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2026-08-28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2026-08-28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2026-08-29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2026-08-29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2026-08-29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2026-08-29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2026-08-29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2026-08-30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2026-08-30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2026-08-30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2026-08-30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2026-08-30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2026-09-02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2026-09-02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2026-09-02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2026-09-02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2026-09-02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2026-09-03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2026-09-03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2026-09-03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2026-09-03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2026-09-03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2026-09-04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2026-09-04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2026-09-04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2026-09-04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2026-09-04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2026-09-05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2026-09-05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2026-09-05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2026-09-05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2026-09-05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2026-09-06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2026-09-06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2026-09-06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2026-09-06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2026-09-06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24. Patrol log over time (date) [72]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AO2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AO5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AO6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AO4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AO3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</w:tbl>
    <w:p/>
    <w:p>
      <w:pPr>
        <w:pStyle w:val="Heading2"/>
      </w:pPr>
      <w:r>
        <w:t>Figure 25. Hot spot analysis: Obstacles [73]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6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26. Hot spot analysis: Patrol reports [74]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44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59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26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12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6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4.5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5.5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27. Summarize within: Areas of operation [75]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1.2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1.2</w:t>
            </w:r>
          </w:p>
        </w:tc>
        <w:tc>
          <w:tcPr>
            <w:tcW w:type="dxa" w:w="2880"/>
          </w:tcPr>
          <w:p>
            <w:r>
              <w:t>1.4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1.4</w:t>
            </w:r>
          </w:p>
        </w:tc>
        <w:tc>
          <w:tcPr>
            <w:tcW w:type="dxa" w:w="2880"/>
          </w:tcPr>
          <w:p>
            <w:r>
              <w:t>1.6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1.6</w:t>
            </w:r>
          </w:p>
        </w:tc>
        <w:tc>
          <w:tcPr>
            <w:tcW w:type="dxa" w:w="2880"/>
          </w:tcPr>
          <w:p>
            <w:r>
              <w:t>1.8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1.8</w:t>
            </w:r>
          </w:p>
        </w:tc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</w:tbl>
    <w:p/>
    <w:p>
      <w:pPr>
        <w:pStyle w:val="Heading2"/>
      </w:pPr>
      <w:r>
        <w:t>Figure 28. Summarize within: Areas of operation [76]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7.4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7.4</w:t>
            </w:r>
          </w:p>
        </w:tc>
        <w:tc>
          <w:tcPr>
            <w:tcW w:type="dxa" w:w="2880"/>
          </w:tcPr>
          <w:p>
            <w:r>
              <w:t>14.8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14.8</w:t>
            </w:r>
          </w:p>
        </w:tc>
        <w:tc>
          <w:tcPr>
            <w:tcW w:type="dxa" w:w="2880"/>
          </w:tcPr>
          <w:p>
            <w:r>
              <w:t>22.2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22.2</w:t>
            </w:r>
          </w:p>
        </w:tc>
        <w:tc>
          <w:tcPr>
            <w:tcW w:type="dxa" w:w="2880"/>
          </w:tcPr>
          <w:p>
            <w:r>
              <w:t>29.6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29.6</w:t>
            </w:r>
          </w:p>
        </w:tc>
        <w:tc>
          <w:tcPr>
            <w:tcW w:type="dxa" w:w="2880"/>
          </w:tcPr>
          <w:p>
            <w:r>
              <w:t>37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29. Summarize within: Areas of operation [77]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57</w:t>
            </w:r>
          </w:p>
        </w:tc>
        <w:tc>
          <w:tcPr>
            <w:tcW w:type="dxa" w:w="2880"/>
          </w:tcPr>
          <w:p>
            <w:r>
              <w:t>93.4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93.4</w:t>
            </w:r>
          </w:p>
        </w:tc>
        <w:tc>
          <w:tcPr>
            <w:tcW w:type="dxa" w:w="2880"/>
          </w:tcPr>
          <w:p>
            <w:r>
              <w:t>129.8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129.8</w:t>
            </w:r>
          </w:p>
        </w:tc>
        <w:tc>
          <w:tcPr>
            <w:tcW w:type="dxa" w:w="2880"/>
          </w:tcPr>
          <w:p>
            <w:r>
              <w:t>166.2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166.2</w:t>
            </w:r>
          </w:p>
        </w:tc>
        <w:tc>
          <w:tcPr>
            <w:tcW w:type="dxa" w:w="2880"/>
          </w:tcPr>
          <w:p>
            <w:r>
              <w:t>202.6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202.6</w:t>
            </w:r>
          </w:p>
        </w:tc>
        <w:tc>
          <w:tcPr>
            <w:tcW w:type="dxa" w:w="2880"/>
          </w:tcPr>
          <w:p>
            <w:r>
              <w:t>239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30. Find point clusters: Observation posts [78]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0.6</w:t>
            </w:r>
          </w:p>
        </w:tc>
        <w:tc>
          <w:tcPr>
            <w:tcW w:type="dxa" w:w="2160"/>
          </w:tcPr>
          <w:p>
            <w:r>
              <w:t>60.0%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0.4</w:t>
            </w:r>
          </w:p>
        </w:tc>
        <w:tc>
          <w:tcPr>
            <w:tcW w:type="dxa" w:w="2160"/>
          </w:tcPr>
          <w:p>
            <w:r>
              <w:t>40.0%</w:t>
            </w:r>
          </w:p>
        </w:tc>
      </w:tr>
    </w:tbl>
    <w:p/>
    <w:p>
      <w:pPr>
        <w:pStyle w:val="Heading2"/>
      </w:pPr>
      <w:r>
        <w:t>Figure 31. Find point clusters: cluster hulls [79]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32. Find point clusters: Obstacles [80]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40</w:t>
            </w:r>
          </w:p>
        </w:tc>
        <w:tc>
          <w:tcPr>
            <w:tcW w:type="dxa" w:w="2160"/>
          </w:tcPr>
          <w:p>
            <w:r>
              <w:t>0.4444</w:t>
            </w:r>
          </w:p>
        </w:tc>
        <w:tc>
          <w:tcPr>
            <w:tcW w:type="dxa" w:w="2160"/>
          </w:tcPr>
          <w:p>
            <w:r>
              <w:t>44.4%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24</w:t>
            </w:r>
          </w:p>
        </w:tc>
        <w:tc>
          <w:tcPr>
            <w:tcW w:type="dxa" w:w="2160"/>
          </w:tcPr>
          <w:p>
            <w:r>
              <w:t>0.2667</w:t>
            </w:r>
          </w:p>
        </w:tc>
        <w:tc>
          <w:tcPr>
            <w:tcW w:type="dxa" w:w="2160"/>
          </w:tcPr>
          <w:p>
            <w:r>
              <w:t>26.7%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>
            <w:r>
              <w:t>0.1556</w:t>
            </w:r>
          </w:p>
        </w:tc>
        <w:tc>
          <w:tcPr>
            <w:tcW w:type="dxa" w:w="2160"/>
          </w:tcPr>
          <w:p>
            <w:r>
              <w:t>15.6%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0.1222</w:t>
            </w:r>
          </w:p>
        </w:tc>
        <w:tc>
          <w:tcPr>
            <w:tcW w:type="dxa" w:w="2160"/>
          </w:tcPr>
          <w:p>
            <w:r>
              <w:t>12.2%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0.01111</w:t>
            </w:r>
          </w:p>
        </w:tc>
        <w:tc>
          <w:tcPr>
            <w:tcW w:type="dxa" w:w="2160"/>
          </w:tcPr>
          <w:p>
            <w:r>
              <w:t>1.1%</w:t>
            </w:r>
          </w:p>
        </w:tc>
      </w:tr>
    </w:tbl>
    <w:p/>
    <w:p>
      <w:pPr>
        <w:pStyle w:val="Heading2"/>
      </w:pPr>
      <w:r>
        <w:t>Figure 33. Find point clusters: cluster hulls [81]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0.25</w:t>
            </w:r>
          </w:p>
        </w:tc>
        <w:tc>
          <w:tcPr>
            <w:tcW w:type="dxa" w:w="2160"/>
          </w:tcPr>
          <w:p>
            <w:r>
              <w:t>25.0%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0.25</w:t>
            </w:r>
          </w:p>
        </w:tc>
        <w:tc>
          <w:tcPr>
            <w:tcW w:type="dxa" w:w="2160"/>
          </w:tcPr>
          <w:p>
            <w:r>
              <w:t>25.0%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0.25</w:t>
            </w:r>
          </w:p>
        </w:tc>
        <w:tc>
          <w:tcPr>
            <w:tcW w:type="dxa" w:w="2160"/>
          </w:tcPr>
          <w:p>
            <w:r>
              <w:t>25.0%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0.25</w:t>
            </w:r>
          </w:p>
        </w:tc>
        <w:tc>
          <w:tcPr>
            <w:tcW w:type="dxa" w:w="2160"/>
          </w:tcPr>
          <w:p>
            <w:r>
              <w:t>25.0%</w:t>
            </w:r>
          </w:p>
        </w:tc>
      </w:tr>
    </w:tbl>
    <w:p/>
    <w:p>
      <w:pPr>
        <w:pStyle w:val="Heading2"/>
      </w:pPr>
      <w:r>
        <w:t>Figure 34. Find point clusters: Patrol reports [82]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606</w:t>
            </w:r>
          </w:p>
        </w:tc>
        <w:tc>
          <w:tcPr>
            <w:tcW w:type="dxa" w:w="2160"/>
          </w:tcPr>
          <w:p>
            <w:r>
              <w:t>0.9323</w:t>
            </w:r>
          </w:p>
        </w:tc>
        <w:tc>
          <w:tcPr>
            <w:tcW w:type="dxa" w:w="2160"/>
          </w:tcPr>
          <w:p>
            <w:r>
              <w:t>93.2%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44</w:t>
            </w:r>
          </w:p>
        </w:tc>
        <w:tc>
          <w:tcPr>
            <w:tcW w:type="dxa" w:w="2160"/>
          </w:tcPr>
          <w:p>
            <w:r>
              <w:t>0.06769</w:t>
            </w:r>
          </w:p>
        </w:tc>
        <w:tc>
          <w:tcPr>
            <w:tcW w:type="dxa" w:w="2160"/>
          </w:tcPr>
          <w:p>
            <w:r>
              <w:t>6.8%</w:t>
            </w:r>
          </w:p>
        </w:tc>
      </w:tr>
    </w:tbl>
    <w:p/>
    <w:p>
      <w:pPr>
        <w:pStyle w:val="Heading2"/>
      </w:pPr>
      <w:r>
        <w:t>Figure 35. Find point clusters: cluster hulls [83]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36. Emerging hot spots: Obstacles [84]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-0.615</w:t>
            </w:r>
          </w:p>
        </w:tc>
        <w:tc>
          <w:tcPr>
            <w:tcW w:type="dxa" w:w="2880"/>
          </w:tcPr>
          <w:p>
            <w:r>
              <w:t>0.2598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0.2598</w:t>
            </w:r>
          </w:p>
        </w:tc>
        <w:tc>
          <w:tcPr>
            <w:tcW w:type="dxa" w:w="2880"/>
          </w:tcPr>
          <w:p>
            <w:r>
              <w:t>1.135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1.135</w:t>
            </w:r>
          </w:p>
        </w:tc>
        <w:tc>
          <w:tcPr>
            <w:tcW w:type="dxa" w:w="2880"/>
          </w:tcPr>
          <w:p>
            <w:r>
              <w:t>2.01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2.01</w:t>
            </w:r>
          </w:p>
        </w:tc>
        <w:tc>
          <w:tcPr>
            <w:tcW w:type="dxa" w:w="2880"/>
          </w:tcPr>
          <w:p>
            <w:r>
              <w:t>2.884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2.884</w:t>
            </w:r>
          </w:p>
        </w:tc>
        <w:tc>
          <w:tcPr>
            <w:tcW w:type="dxa" w:w="2880"/>
          </w:tcPr>
          <w:p>
            <w:r>
              <w:t>3.759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3.759</w:t>
            </w:r>
          </w:p>
        </w:tc>
        <w:tc>
          <w:tcPr>
            <w:tcW w:type="dxa" w:w="2880"/>
          </w:tcPr>
          <w:p>
            <w:r>
              <w:t>4.634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37. Emerging hot spots: Patrol reports [85]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-0.949</w:t>
            </w:r>
          </w:p>
        </w:tc>
        <w:tc>
          <w:tcPr>
            <w:tcW w:type="dxa" w:w="2880"/>
          </w:tcPr>
          <w:p>
            <w:r>
              <w:t>0.2023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0.2023</w:t>
            </w:r>
          </w:p>
        </w:tc>
        <w:tc>
          <w:tcPr>
            <w:tcW w:type="dxa" w:w="2880"/>
          </w:tcPr>
          <w:p>
            <w:r>
              <w:t>1.354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1.354</w:t>
            </w:r>
          </w:p>
        </w:tc>
        <w:tc>
          <w:tcPr>
            <w:tcW w:type="dxa" w:w="2880"/>
          </w:tcPr>
          <w:p>
            <w:r>
              <w:t>2.505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2.505</w:t>
            </w:r>
          </w:p>
        </w:tc>
        <w:tc>
          <w:tcPr>
            <w:tcW w:type="dxa" w:w="2880"/>
          </w:tcPr>
          <w:p>
            <w:r>
              <w:t>3.656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3.656</w:t>
            </w:r>
          </w:p>
        </w:tc>
        <w:tc>
          <w:tcPr>
            <w:tcW w:type="dxa" w:w="2880"/>
          </w:tcPr>
          <w:p>
            <w:r>
              <w:t>4.807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4.807</w:t>
            </w:r>
          </w:p>
        </w:tc>
        <w:tc>
          <w:tcPr>
            <w:tcW w:type="dxa" w:w="2880"/>
          </w:tcPr>
          <w:p>
            <w:r>
              <w:t>5.959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5.959</w:t>
            </w:r>
          </w:p>
        </w:tc>
        <w:tc>
          <w:tcPr>
            <w:tcW w:type="dxa" w:w="2880"/>
          </w:tcPr>
          <w:p>
            <w:r>
              <w:t>7.11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38. Repeat and near repeat classification: Obstacles [86]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2026-08-25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2026-08-25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2026-08-25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2026-08-25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2026-08-25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2026-08-26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2026-08-26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2026-08-26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2026-08-26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2026-08-26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2026-08-27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2026-08-27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2026-08-27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2026-08-27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2026-08-27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2026-08-28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2026-08-28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2026-08-28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2026-08-28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2026-08-28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2026-08-29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2026-08-29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2026-08-29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2026-08-29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2026-08-29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2026-08-30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2026-08-30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2026-08-30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2026-08-30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2026-08-30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2026-09-02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2026-09-02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2026-09-02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2026-09-02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2026-09-02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2026-09-03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2026-09-03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2026-09-03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2026-09-03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2026-09-03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2026-09-04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2026-09-04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2026-09-04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2026-09-04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2026-09-04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2026-09-05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2026-09-05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2026-09-05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2026-09-05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2026-09-05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2026-09-06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2026-09-06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2026-09-06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2026-09-06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2026-09-06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39. Calculate density: Obstacles [87]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1.5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1.5</w:t>
            </w:r>
          </w:p>
        </w:tc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4.5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4.5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7.5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7.5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10.5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10.5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</w:tbl>
    <w:p/>
    <w:p>
      <w:pPr>
        <w:pStyle w:val="Heading2"/>
      </w:pPr>
      <w:r>
        <w:t>Figure 40. Calculate density: Patrol reports [88]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4.909</w:t>
            </w:r>
          </w:p>
        </w:tc>
        <w:tc>
          <w:tcPr>
            <w:tcW w:type="dxa" w:w="2880"/>
          </w:tcPr>
          <w:p>
            <w:r>
              <w:t>61</w:t>
            </w:r>
          </w:p>
        </w:tc>
      </w:tr>
      <w:tr>
        <w:tc>
          <w:tcPr>
            <w:tcW w:type="dxa" w:w="2880"/>
          </w:tcPr>
          <w:p>
            <w:r>
              <w:t>4.909</w:t>
            </w:r>
          </w:p>
        </w:tc>
        <w:tc>
          <w:tcPr>
            <w:tcW w:type="dxa" w:w="2880"/>
          </w:tcPr>
          <w:p>
            <w:r>
              <w:t>9.818</w:t>
            </w:r>
          </w:p>
        </w:tc>
        <w:tc>
          <w:tcPr>
            <w:tcW w:type="dxa" w:w="2880"/>
          </w:tcPr>
          <w:p>
            <w:r>
              <w:t>93</w:t>
            </w:r>
          </w:p>
        </w:tc>
      </w:tr>
      <w:tr>
        <w:tc>
          <w:tcPr>
            <w:tcW w:type="dxa" w:w="2880"/>
          </w:tcPr>
          <w:p>
            <w:r>
              <w:t>9.818</w:t>
            </w:r>
          </w:p>
        </w:tc>
        <w:tc>
          <w:tcPr>
            <w:tcW w:type="dxa" w:w="2880"/>
          </w:tcPr>
          <w:p>
            <w:r>
              <w:t>14.73</w:t>
            </w:r>
          </w:p>
        </w:tc>
        <w:tc>
          <w:tcPr>
            <w:tcW w:type="dxa" w:w="2880"/>
          </w:tcPr>
          <w:p>
            <w:r>
              <w:t>91</w:t>
            </w:r>
          </w:p>
        </w:tc>
      </w:tr>
      <w:tr>
        <w:tc>
          <w:tcPr>
            <w:tcW w:type="dxa" w:w="2880"/>
          </w:tcPr>
          <w:p>
            <w:r>
              <w:t>14.73</w:t>
            </w:r>
          </w:p>
        </w:tc>
        <w:tc>
          <w:tcPr>
            <w:tcW w:type="dxa" w:w="2880"/>
          </w:tcPr>
          <w:p>
            <w:r>
              <w:t>19.64</w:t>
            </w:r>
          </w:p>
        </w:tc>
        <w:tc>
          <w:tcPr>
            <w:tcW w:type="dxa" w:w="2880"/>
          </w:tcPr>
          <w:p>
            <w:r>
              <w:t>85</w:t>
            </w:r>
          </w:p>
        </w:tc>
      </w:tr>
      <w:tr>
        <w:tc>
          <w:tcPr>
            <w:tcW w:type="dxa" w:w="2880"/>
          </w:tcPr>
          <w:p>
            <w:r>
              <w:t>19.64</w:t>
            </w:r>
          </w:p>
        </w:tc>
        <w:tc>
          <w:tcPr>
            <w:tcW w:type="dxa" w:w="2880"/>
          </w:tcPr>
          <w:p>
            <w:r>
              <w:t>24.55</w:t>
            </w:r>
          </w:p>
        </w:tc>
        <w:tc>
          <w:tcPr>
            <w:tcW w:type="dxa" w:w="2880"/>
          </w:tcPr>
          <w:p>
            <w:r>
              <w:t>80</w:t>
            </w:r>
          </w:p>
        </w:tc>
      </w:tr>
      <w:tr>
        <w:tc>
          <w:tcPr>
            <w:tcW w:type="dxa" w:w="2880"/>
          </w:tcPr>
          <w:p>
            <w:r>
              <w:t>24.55</w:t>
            </w:r>
          </w:p>
        </w:tc>
        <w:tc>
          <w:tcPr>
            <w:tcW w:type="dxa" w:w="2880"/>
          </w:tcPr>
          <w:p>
            <w:r>
              <w:t>29.45</w:t>
            </w:r>
          </w:p>
        </w:tc>
        <w:tc>
          <w:tcPr>
            <w:tcW w:type="dxa" w:w="2880"/>
          </w:tcPr>
          <w:p>
            <w:r>
              <w:t>92</w:t>
            </w:r>
          </w:p>
        </w:tc>
      </w:tr>
      <w:tr>
        <w:tc>
          <w:tcPr>
            <w:tcW w:type="dxa" w:w="2880"/>
          </w:tcPr>
          <w:p>
            <w:r>
              <w:t>29.45</w:t>
            </w:r>
          </w:p>
        </w:tc>
        <w:tc>
          <w:tcPr>
            <w:tcW w:type="dxa" w:w="2880"/>
          </w:tcPr>
          <w:p>
            <w:r>
              <w:t>34.36</w:t>
            </w:r>
          </w:p>
        </w:tc>
        <w:tc>
          <w:tcPr>
            <w:tcW w:type="dxa" w:w="2880"/>
          </w:tcPr>
          <w:p>
            <w:r>
              <w:t>80</w:t>
            </w:r>
          </w:p>
        </w:tc>
      </w:tr>
      <w:tr>
        <w:tc>
          <w:tcPr>
            <w:tcW w:type="dxa" w:w="2880"/>
          </w:tcPr>
          <w:p>
            <w:r>
              <w:t>34.36</w:t>
            </w:r>
          </w:p>
        </w:tc>
        <w:tc>
          <w:tcPr>
            <w:tcW w:type="dxa" w:w="2880"/>
          </w:tcPr>
          <w:p>
            <w:r>
              <w:t>39.27</w:t>
            </w:r>
          </w:p>
        </w:tc>
        <w:tc>
          <w:tcPr>
            <w:tcW w:type="dxa" w:w="2880"/>
          </w:tcPr>
          <w:p>
            <w:r>
              <w:t>91</w:t>
            </w:r>
          </w:p>
        </w:tc>
      </w:tr>
      <w:tr>
        <w:tc>
          <w:tcPr>
            <w:tcW w:type="dxa" w:w="2880"/>
          </w:tcPr>
          <w:p>
            <w:r>
              <w:t>39.27</w:t>
            </w:r>
          </w:p>
        </w:tc>
        <w:tc>
          <w:tcPr>
            <w:tcW w:type="dxa" w:w="2880"/>
          </w:tcPr>
          <w:p>
            <w:r>
              <w:t>44.18</w:t>
            </w:r>
          </w:p>
        </w:tc>
        <w:tc>
          <w:tcPr>
            <w:tcW w:type="dxa" w:w="2880"/>
          </w:tcPr>
          <w:p>
            <w:r>
              <w:t>105</w:t>
            </w:r>
          </w:p>
        </w:tc>
      </w:tr>
      <w:tr>
        <w:tc>
          <w:tcPr>
            <w:tcW w:type="dxa" w:w="2880"/>
          </w:tcPr>
          <w:p>
            <w:r>
              <w:t>44.18</w:t>
            </w:r>
          </w:p>
        </w:tc>
        <w:tc>
          <w:tcPr>
            <w:tcW w:type="dxa" w:w="2880"/>
          </w:tcPr>
          <w:p>
            <w:r>
              <w:t>49.09</w:t>
            </w:r>
          </w:p>
        </w:tc>
        <w:tc>
          <w:tcPr>
            <w:tcW w:type="dxa" w:w="2880"/>
          </w:tcPr>
          <w:p>
            <w:r>
              <w:t>79</w:t>
            </w:r>
          </w:p>
        </w:tc>
      </w:tr>
      <w:tr>
        <w:tc>
          <w:tcPr>
            <w:tcW w:type="dxa" w:w="2880"/>
          </w:tcPr>
          <w:p>
            <w:r>
              <w:t>49.09</w:t>
            </w:r>
          </w:p>
        </w:tc>
        <w:tc>
          <w:tcPr>
            <w:tcW w:type="dxa" w:w="2880"/>
          </w:tcPr>
          <w:p>
            <w:r>
              <w:t>54</w:t>
            </w:r>
          </w:p>
        </w:tc>
        <w:tc>
          <w:tcPr>
            <w:tcW w:type="dxa" w:w="2880"/>
          </w:tcPr>
          <w:p>
            <w:r>
              <w:t>60</w:t>
            </w:r>
          </w:p>
        </w:tc>
      </w:tr>
    </w:tbl>
    <w:p/>
    <w:p>
      <w:pPr>
        <w:pStyle w:val="Heading2"/>
      </w:pPr>
      <w:r>
        <w:t>Figure 41. Calculate density: Water crossings [89]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3.2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3.2</w:t>
            </w:r>
          </w:p>
        </w:tc>
        <w:tc>
          <w:tcPr>
            <w:tcW w:type="dxa" w:w="2880"/>
          </w:tcPr>
          <w:p>
            <w:r>
              <w:t>6.4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6.4</w:t>
            </w:r>
          </w:p>
        </w:tc>
        <w:tc>
          <w:tcPr>
            <w:tcW w:type="dxa" w:w="2880"/>
          </w:tcPr>
          <w:p>
            <w:r>
              <w:t>9.6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9.6</w:t>
            </w:r>
          </w:p>
        </w:tc>
        <w:tc>
          <w:tcPr>
            <w:tcW w:type="dxa" w:w="2880"/>
          </w:tcPr>
          <w:p>
            <w:r>
              <w:t>12.8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12.8</w:t>
            </w:r>
          </w:p>
        </w:tc>
        <w:tc>
          <w:tcPr>
            <w:tcW w:type="dxa" w:w="2880"/>
          </w:tcPr>
          <w:p>
            <w:r>
              <w:t>16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16</w:t>
            </w:r>
          </w:p>
        </w:tc>
        <w:tc>
          <w:tcPr>
            <w:tcW w:type="dxa" w:w="2880"/>
          </w:tcPr>
          <w:p>
            <w:r>
              <w:t>19.2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19.2</w:t>
            </w:r>
          </w:p>
        </w:tc>
        <w:tc>
          <w:tcPr>
            <w:tcW w:type="dxa" w:w="2880"/>
          </w:tcPr>
          <w:p>
            <w:r>
              <w:t>22.4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22.4</w:t>
            </w:r>
          </w:p>
        </w:tc>
        <w:tc>
          <w:tcPr>
            <w:tcW w:type="dxa" w:w="2880"/>
          </w:tcPr>
          <w:p>
            <w:r>
              <w:t>25.6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25.6</w:t>
            </w:r>
          </w:p>
        </w:tc>
        <w:tc>
          <w:tcPr>
            <w:tcW w:type="dxa" w:w="2880"/>
          </w:tcPr>
          <w:p>
            <w:r>
              <w:t>28.8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28.8</w:t>
            </w:r>
          </w:p>
        </w:tc>
        <w:tc>
          <w:tcPr>
            <w:tcW w:type="dxa" w:w="2880"/>
          </w:tcPr>
          <w:p>
            <w:r>
              <w:t>32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</w:tbl>
    <w:p/>
    <w:p>
      <w:pPr>
        <w:pStyle w:val="Heading2"/>
      </w:pPr>
      <w:r>
        <w:t>Figure 42. Repeat and near repeat classification: Obstacles over time [90]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2026-08-25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2026-08-25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2026-08-25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2026-08-25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2026-08-25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2026-08-26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2026-08-26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2026-08-26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2026-08-26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2026-08-26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2026-08-27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2026-08-27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2026-08-27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2026-08-27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2026-08-27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2026-08-28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2026-08-28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2026-08-28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2026-08-28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2026-08-28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2026-08-29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2026-08-29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2026-08-29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2026-08-29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2026-08-29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2026-08-30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2026-08-30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2026-08-30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2026-08-30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2026-08-30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2026-09-02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2026-09-02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2026-09-02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2026-09-02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2026-09-02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2026-09-03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2026-09-03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2026-09-03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2026-09-03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2026-09-03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2026-09-04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2026-09-04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2026-09-04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2026-09-04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2026-09-04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2026-09-05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2026-09-05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2026-09-05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2026-09-05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2026-09-05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2026-09-06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2026-09-06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2026-09-06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2026-09-06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2026-09-06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43. Find point clusters: Patrol reports over time [91]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observation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vehicle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movement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obstacle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</w:tbl>
    <w:p/>
    <w:p>
      <w:pPr>
        <w:pStyle w:val="Heading2"/>
      </w:pPr>
      <w:r>
        <w:t>Figure 44. Find point clusters: Obstacles over time [92]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2026-08-25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2026-08-25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2026-08-25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2026-08-25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2026-08-25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2026-08-26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2026-08-26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2026-08-26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2026-08-26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2026-08-26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2026-08-27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2026-08-27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2026-08-27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2026-08-27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2026-08-27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2026-08-28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2026-08-28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2026-08-28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2026-08-28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2026-08-28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2026-08-29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2026-08-29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2026-08-29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2026-08-29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2026-08-29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2026-08-30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2026-08-30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2026-08-30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2026-08-30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2026-08-30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2026-09-02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2026-09-02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2026-09-02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2026-09-02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2026-09-02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2026-09-03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2026-09-03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2026-09-03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2026-09-03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2026-09-03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2026-09-04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2026-09-04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2026-09-04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2026-09-04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2026-09-04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2026-09-05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2026-09-05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2026-09-05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2026-09-05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2026-09-05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2026-09-06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2026-09-06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2026-09-06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2026-09-06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2026-09-06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2026-09-08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2026-09-09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2026-09-10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2026-09-11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2026-09-12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2026-09-13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2026-09-15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2026-09-16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2026-09-17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2026-09-18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2026-09-19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2026-09-20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2026-09-22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2026-09-24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2026-09-25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2026-09-26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2026-09-27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2026-09-29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2026-09-30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2026-10-01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2026-10-02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2026-10-03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fallen tree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fence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washout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bog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2026-10-04</w:t>
            </w:r>
          </w:p>
        </w:tc>
        <w:tc>
          <w:tcPr>
            <w:tcW w:type="dxa" w:w="2880"/>
          </w:tcPr>
          <w:p>
            <w:r>
              <w:t>ford too deep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sectPr w:rsidR="00FC693F" w:rsidRPr="0006063C" w:rsidSect="00034616">
      <w:footerReference w:type="default" r:id="rId5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GeoBit Large Spatial Model | Sample: Field operations terrain, Sennybridge | report version 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Relationship Id="rId50" Type="http://schemas.openxmlformats.org/officeDocument/2006/relationships/image" Target="media/image42.jpg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Sample: Field operations terrain, Sennybridge: report</dc:title>
  <dc:subject>Describe the project Sample: Field operations terrain, Sennybridge: run the analyses that tell the most about its data, draw every result, and write a cited report.</dc:subject>
  <dc:creator>GeoBit Large Spatial Model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