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Mining, Newman: report</w:t>
      </w:r>
    </w:p>
    <w:p>
      <w:r>
        <w:rPr>
          <w:color w:val="525252"/>
          <w:sz w:val="18"/>
        </w:rPr>
        <w:t>Project: Sample: Mining, Newman</w:t>
      </w:r>
      <w:r>
        <w:rPr>
          <w:color w:val="525252"/>
          <w:sz w:val="18"/>
        </w:rPr>
        <w:br/>
        <w:t>Goal: Describe the project Sample: Mining, Newman: run the analyses that tell the most about its data, draw every result, and write a cited report.</w:t>
      </w:r>
      <w:r>
        <w:rPr>
          <w:color w:val="525252"/>
          <w:sz w:val="18"/>
        </w:rPr>
        <w:br/>
        <w:t>Run: e02f959c-4f5a-4566-a3dc-239b3095beaa (running, 11 agent run(s))</w:t>
      </w:r>
      <w:r>
        <w:rPr>
          <w:color w:val="525252"/>
          <w:sz w:val="18"/>
        </w:rPr>
        <w:br/>
        <w:t>Generated: 2026-10-18T05:51:00Z,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Mine areas</w:t>
            </w:r>
          </w:p>
        </w:tc>
        <w:tc>
          <w:tcPr>
            <w:tcW w:type="dxa" w:w="1440"/>
          </w:tcPr>
          <w:p>
            <w:r>
              <w:t>vector, Polygon</w:t>
            </w:r>
          </w:p>
        </w:tc>
        <w:tc>
          <w:tcPr>
            <w:tcW w:type="dxa" w:w="1440"/>
          </w:tcPr>
          <w:p>
            <w:r>
              <w:t>7</w:t>
            </w:r>
          </w:p>
        </w:tc>
        <w:tc>
          <w:tcPr>
            <w:tcW w:type="dxa" w:w="1440"/>
          </w:tcPr>
          <w:p>
            <w:r/>
          </w:p>
        </w:tc>
        <w:tc>
          <w:tcPr>
            <w:tcW w:type="dxa" w:w="1440"/>
          </w:tcPr>
          <w:p>
            <w:r>
              <w:t>7 polygon (area) features; 'kind' has 4 values (top: waste dump 3, pit 2, ROM pad 1); 'status' has 2 values (top: active 4, rehabilitating 3); 'depth_m' -60 to 260 (mean 33.14); 'ore_reserve_mt' 0 to 151.5 (mean 38.09); named by 'name' (e.g. Main Pit A, East Pit B, North Waste Dump); total area 6.68 km2; extent 119.6814,-23.3942 to 119.7444,-23.3460. Areas (Mine areas) with depth_m to compare and map.</w:t>
            </w:r>
          </w:p>
        </w:tc>
        <w:tc>
          <w:tcPr>
            <w:tcW w:type="dxa" w:w="1440"/>
          </w:tcPr>
          <w:p>
            <w:r>
              <w:t>[94]</w:t>
            </w:r>
          </w:p>
        </w:tc>
      </w:tr>
      <w:tr>
        <w:tc>
          <w:tcPr>
            <w:tcW w:type="dxa" w:w="1440"/>
          </w:tcPr>
          <w:p>
            <w:r>
              <w:t>Haul roads</w:t>
            </w:r>
          </w:p>
        </w:tc>
        <w:tc>
          <w:tcPr>
            <w:tcW w:type="dxa" w:w="1440"/>
          </w:tcPr>
          <w:p>
            <w:r>
              <w:t>vector, LineString</w:t>
            </w:r>
          </w:p>
        </w:tc>
        <w:tc>
          <w:tcPr>
            <w:tcW w:type="dxa" w:w="1440"/>
          </w:tcPr>
          <w:p>
            <w:r>
              <w:t>38</w:t>
            </w:r>
          </w:p>
        </w:tc>
        <w:tc>
          <w:tcPr>
            <w:tcW w:type="dxa" w:w="1440"/>
          </w:tcPr>
          <w:p>
            <w:r/>
          </w:p>
        </w:tc>
        <w:tc>
          <w:tcPr>
            <w:tcW w:type="dxa" w:w="1440"/>
          </w:tcPr>
          <w:p>
            <w:r>
              <w:t>38 line features; 'from' has 4 values (top: PIT-B 14, PIT-A 13, ROM 7); 'to' has 6 values (top: ROM 13, SP-1 6, WD-2 5); 'grade_pct' 0 to 33.3 (mean 6.558); 'width_m' 25 to 35 (mean 28.82); 'trucks_per_hour' 6 to 40 (mean 21.89); total length 20.47 km; extent 119.6885,-23.3893 to 119.7424,-23.3467. Lines (Haul roads) such as routes or networks.</w:t>
            </w:r>
          </w:p>
        </w:tc>
        <w:tc>
          <w:tcPr>
            <w:tcW w:type="dxa" w:w="1440"/>
          </w:tcPr>
          <w:p>
            <w:r>
              <w:t>[95]</w:t>
            </w:r>
          </w:p>
        </w:tc>
      </w:tr>
      <w:tr>
        <w:tc>
          <w:tcPr>
            <w:tcW w:type="dxa" w:w="1440"/>
          </w:tcPr>
          <w:p>
            <w:r>
              <w:t>Monitoring prisms</w:t>
            </w:r>
          </w:p>
        </w:tc>
        <w:tc>
          <w:tcPr>
            <w:tcW w:type="dxa" w:w="1440"/>
          </w:tcPr>
          <w:p>
            <w:r>
              <w:t>vector, Point</w:t>
            </w:r>
          </w:p>
        </w:tc>
        <w:tc>
          <w:tcPr>
            <w:tcW w:type="dxa" w:w="1440"/>
          </w:tcPr>
          <w:p>
            <w:r>
              <w:t>60</w:t>
            </w:r>
          </w:p>
        </w:tc>
        <w:tc>
          <w:tcPr>
            <w:tcW w:type="dxa" w:w="1440"/>
          </w:tcPr>
          <w:p>
            <w:r/>
          </w:p>
        </w:tc>
        <w:tc>
          <w:tcPr>
            <w:tcW w:type="dxa" w:w="1440"/>
          </w:tcPr>
          <w:p>
            <w:r>
              <w:t>60 point features; 'wall' has 4 values (top: north 19, west 17, south 17); 'elevation_m' 444.2 to 559.6 (mean 499.8); extent 119.6927,-23.3753 to 119.7116,-23.3626. Point locations of Monitoring prisms by wall.</w:t>
            </w:r>
          </w:p>
        </w:tc>
        <w:tc>
          <w:tcPr>
            <w:tcW w:type="dxa" w:w="1440"/>
          </w:tcPr>
          <w:p>
            <w:r>
              <w:t>[96]</w:t>
            </w:r>
          </w:p>
        </w:tc>
      </w:tr>
      <w:tr>
        <w:tc>
          <w:tcPr>
            <w:tcW w:type="dxa" w:w="1440"/>
          </w:tcPr>
          <w:p>
            <w:r>
              <w:t>Prism readings</w:t>
            </w:r>
          </w:p>
        </w:tc>
        <w:tc>
          <w:tcPr>
            <w:tcW w:type="dxa" w:w="1440"/>
          </w:tcPr>
          <w:p>
            <w:r>
              <w:t>vector, Point</w:t>
            </w:r>
          </w:p>
        </w:tc>
        <w:tc>
          <w:tcPr>
            <w:tcW w:type="dxa" w:w="1440"/>
          </w:tcPr>
          <w:p>
            <w:r>
              <w:t>1,200</w:t>
            </w:r>
          </w:p>
        </w:tc>
        <w:tc>
          <w:tcPr>
            <w:tcW w:type="dxa" w:w="1440"/>
          </w:tcPr>
          <w:p>
            <w:r>
              <w:t>2026-05-04 to 2026-09-14</w:t>
            </w:r>
          </w:p>
        </w:tc>
        <w:tc>
          <w:tcPr>
            <w:tcW w:type="dxa" w:w="1440"/>
          </w:tcPr>
          <w:p>
            <w:r>
              <w:t>1,200 point features; dated by 'observed_at' from 2026-05-04 to 2026-09-14; 'displacement_mm' 0.1 to 74.8 (mean 7.96); 'velocity_mm_day' 0.02 to 2.99 (mean 0.2121); extent 119.6927,-23.3753 to 119.7116,-23.3626. Dated point events: where and when Prism readings happen.</w:t>
            </w:r>
          </w:p>
        </w:tc>
        <w:tc>
          <w:tcPr>
            <w:tcW w:type="dxa" w:w="1440"/>
          </w:tcPr>
          <w:p>
            <w:r>
              <w:t>[2]</w:t>
            </w:r>
          </w:p>
        </w:tc>
      </w:tr>
      <w:tr>
        <w:tc>
          <w:tcPr>
            <w:tcW w:type="dxa" w:w="1440"/>
          </w:tcPr>
          <w:p>
            <w:r>
              <w:t>Drill holes</w:t>
            </w:r>
          </w:p>
        </w:tc>
        <w:tc>
          <w:tcPr>
            <w:tcW w:type="dxa" w:w="1440"/>
          </w:tcPr>
          <w:p>
            <w:r>
              <w:t>vector, Point</w:t>
            </w:r>
          </w:p>
        </w:tc>
        <w:tc>
          <w:tcPr>
            <w:tcW w:type="dxa" w:w="1440"/>
          </w:tcPr>
          <w:p>
            <w:r>
              <w:t>320</w:t>
            </w:r>
          </w:p>
        </w:tc>
        <w:tc>
          <w:tcPr>
            <w:tcW w:type="dxa" w:w="1440"/>
          </w:tcPr>
          <w:p>
            <w:r>
              <w:t>2024-01-01 to 2026-08-19</w:t>
            </w:r>
          </w:p>
        </w:tc>
        <w:tc>
          <w:tcPr>
            <w:tcW w:type="dxa" w:w="1440"/>
          </w:tcPr>
          <w:p>
            <w:r>
              <w:t>320 point features; dated by 'drilled_on' from 2024-01-01 to 2026-08-19; 'type' has 2 values (top: RC 221, diamond 99); 'depth_m' 60 to 319 (mean 187.9); 'fe_pct' 33.6 to 66 (mean 52.77); 'sio2_pct' 1 to 9.6 (mean 5.066); extent 119.6888,-23.3822 to 119.7396,-23.3598. Dated point events by type: where and when Drill holes happen.</w:t>
            </w:r>
          </w:p>
        </w:tc>
        <w:tc>
          <w:tcPr>
            <w:tcW w:type="dxa" w:w="1440"/>
          </w:tcPr>
          <w:p>
            <w:r>
              <w:t>[3]</w:t>
            </w:r>
          </w:p>
        </w:tc>
      </w:tr>
      <w:tr>
        <w:tc>
          <w:tcPr>
            <w:tcW w:type="dxa" w:w="1440"/>
          </w:tcPr>
          <w:p>
            <w:r>
              <w:t>Equipment</w:t>
            </w:r>
          </w:p>
        </w:tc>
        <w:tc>
          <w:tcPr>
            <w:tcW w:type="dxa" w:w="1440"/>
          </w:tcPr>
          <w:p>
            <w:r>
              <w:t>vector, Point</w:t>
            </w:r>
          </w:p>
        </w:tc>
        <w:tc>
          <w:tcPr>
            <w:tcW w:type="dxa" w:w="1440"/>
          </w:tcPr>
          <w:p>
            <w:r>
              <w:t>40</w:t>
            </w:r>
          </w:p>
        </w:tc>
        <w:tc>
          <w:tcPr>
            <w:tcW w:type="dxa" w:w="1440"/>
          </w:tcPr>
          <w:p>
            <w:r/>
          </w:p>
        </w:tc>
        <w:tc>
          <w:tcPr>
            <w:tcW w:type="dxa" w:w="1440"/>
          </w:tcPr>
          <w:p>
            <w:r>
              <w:t>40 point features; 'type' has 5 values (top: haul truck 16, excavator 8, dozer 6); 'status' has 3 values (top: operating 16, down 12, standby 12); 'payload_t' 0 to 220 (mean 88); extent 119.6909,-23.3864 to 119.7392,-23.3483. Point locations of Equipment by type.</w:t>
            </w:r>
          </w:p>
        </w:tc>
        <w:tc>
          <w:tcPr>
            <w:tcW w:type="dxa" w:w="1440"/>
          </w:tcPr>
          <w:p>
            <w:r>
              <w:t>[97]</w:t>
            </w:r>
          </w:p>
        </w:tc>
      </w:tr>
      <w:tr>
        <w:tc>
          <w:tcPr>
            <w:tcW w:type="dxa" w:w="1440"/>
          </w:tcPr>
          <w:p>
            <w:r>
              <w:t>Geotechnical domains</w:t>
            </w:r>
          </w:p>
        </w:tc>
        <w:tc>
          <w:tcPr>
            <w:tcW w:type="dxa" w:w="1440"/>
          </w:tcPr>
          <w:p>
            <w:r>
              <w:t>vector, Polygon</w:t>
            </w:r>
          </w:p>
        </w:tc>
        <w:tc>
          <w:tcPr>
            <w:tcW w:type="dxa" w:w="1440"/>
          </w:tcPr>
          <w:p>
            <w:r>
              <w:t>6</w:t>
            </w:r>
          </w:p>
        </w:tc>
        <w:tc>
          <w:tcPr>
            <w:tcW w:type="dxa" w:w="1440"/>
          </w:tcPr>
          <w:p>
            <w:r/>
          </w:p>
        </w:tc>
        <w:tc>
          <w:tcPr>
            <w:tcW w:type="dxa" w:w="1440"/>
          </w:tcPr>
          <w:p>
            <w:r>
              <w:t>6 polygon (area) features; 'rock_type' has 4 values (top: shale 3, dolerite 1, BIF 1); 'rmr' 43 to 74 (mean 54.83); 'design_angle_deg' 38 to 48 (mean 44.17); total area 10.37 km2; extent 119.6826,-23.3842 to 119.7217,-23.3540. Areas (Geotechnical domains) with rmr to compare and map.</w:t>
            </w:r>
          </w:p>
        </w:tc>
        <w:tc>
          <w:tcPr>
            <w:tcW w:type="dxa" w:w="1440"/>
          </w:tcPr>
          <w:p>
            <w:r>
              <w:t>[98]</w:t>
            </w:r>
          </w:p>
        </w:tc>
      </w:tr>
      <w:tr>
        <w:tc>
          <w:tcPr>
            <w:tcW w:type="dxa" w:w="1440"/>
          </w:tcPr>
          <w:p>
            <w:r>
              <w:t>Mine terrain model (DEM)</w:t>
            </w:r>
          </w:p>
        </w:tc>
        <w:tc>
          <w:tcPr>
            <w:tcW w:type="dxa" w:w="1440"/>
          </w:tcPr>
          <w:p>
            <w:r>
              <w:t>raster</w:t>
            </w:r>
          </w:p>
        </w:tc>
        <w:tc>
          <w:tcPr>
            <w:tcW w:type="dxa" w:w="1440"/>
          </w:tcPr>
          <w:p>
            <w:r/>
          </w:p>
        </w:tc>
        <w:tc>
          <w:tcPr>
            <w:tcW w:type="dxa" w:w="1440"/>
          </w:tcPr>
          <w:p>
            <w:r/>
          </w:p>
        </w:tc>
        <w:tc>
          <w:tcPr>
            <w:tcW w:type="dxa" w:w="1440"/>
          </w:tcPr>
          <w:p>
            <w:r>
              <w:t>1-band float32 raster (dem), 400 x 300 cells; resolution 20; band 1 309.4 to 630.1; extent 119.6704,-23.3977 to 119.7496,-23.3423. An elevation surface for terrain analysis.</w:t>
            </w:r>
          </w:p>
        </w:tc>
        <w:tc>
          <w:tcPr>
            <w:tcW w:type="dxa" w:w="1440"/>
          </w:tcPr>
          <w:p>
            <w:r>
              <w:t>[99]</w:t>
            </w:r>
          </w:p>
        </w:tc>
      </w:tr>
      <w:tr>
        <w:tc>
          <w:tcPr>
            <w:tcW w:type="dxa" w:w="1440"/>
          </w:tcPr>
          <w:p>
            <w:r>
              <w:t>Production by pit and week</w:t>
            </w:r>
          </w:p>
        </w:tc>
        <w:tc>
          <w:tcPr>
            <w:tcW w:type="dxa" w:w="1440"/>
          </w:tcPr>
          <w:p>
            <w:r>
              <w:t>table</w:t>
            </w:r>
          </w:p>
        </w:tc>
        <w:tc>
          <w:tcPr>
            <w:tcW w:type="dxa" w:w="1440"/>
          </w:tcPr>
          <w:p>
            <w:r>
              <w:t>76</w:t>
            </w:r>
          </w:p>
        </w:tc>
        <w:tc>
          <w:tcPr>
            <w:tcW w:type="dxa" w:w="1440"/>
          </w:tcPr>
          <w:p>
            <w:r>
              <w:t>2026-01-05 to 2026-09-21</w:t>
            </w:r>
          </w:p>
        </w:tc>
        <w:tc>
          <w:tcPr>
            <w:tcW w:type="dxa" w:w="1440"/>
          </w:tcPr>
          <w:p>
            <w:r>
              <w:t>Table of 76 rows and 6 columns without geometry; dated by 'week_start' from 2026-01-05 to 2026-09-21; 'ore_t' 124,041 to 577,138 (mean 2.998e+05); 'waste_t' 238,570 to 1,500,239 (mean 7.316e+05); 'truck_hours' 664 to 3,679 (mean 1875). A table of Production by pit and week without locations.</w:t>
            </w:r>
          </w:p>
        </w:tc>
        <w:tc>
          <w:tcPr>
            <w:tcW w:type="dxa" w:w="1440"/>
          </w:tcPr>
          <w:p>
            <w:r>
              <w:t>[4]</w:t>
            </w:r>
          </w:p>
        </w:tc>
      </w:tr>
      <w:tr>
        <w:tc>
          <w:tcPr>
            <w:tcW w:type="dxa" w:w="1440"/>
          </w:tcPr>
          <w:p>
            <w:r>
              <w:t>Bench design by domain</w:t>
            </w:r>
          </w:p>
        </w:tc>
        <w:tc>
          <w:tcPr>
            <w:tcW w:type="dxa" w:w="1440"/>
          </w:tcPr>
          <w:p>
            <w:r>
              <w:t>table</w:t>
            </w:r>
          </w:p>
        </w:tc>
        <w:tc>
          <w:tcPr>
            <w:tcW w:type="dxa" w:w="1440"/>
          </w:tcPr>
          <w:p>
            <w:r>
              <w:t>6</w:t>
            </w:r>
          </w:p>
        </w:tc>
        <w:tc>
          <w:tcPr>
            <w:tcW w:type="dxa" w:w="1440"/>
          </w:tcPr>
          <w:p>
            <w:r/>
          </w:p>
        </w:tc>
        <w:tc>
          <w:tcPr>
            <w:tcW w:type="dxa" w:w="1440"/>
          </w:tcPr>
          <w:p>
            <w:r>
              <w:t>Table of 6 rows and 5 columns without geometry; 'bench_height_m' 10 to 15 (mean 13.33); 'berm_width_m' 6.4 to 8.8 (mean 7.833); 'face_angle_deg' 65 to 75 (mean 69.17). A table of Bench design by domain without locations.</w:t>
            </w:r>
          </w:p>
        </w:tc>
        <w:tc>
          <w:tcPr>
            <w:tcW w:type="dxa" w:w="1440"/>
          </w:tcPr>
          <w:p>
            <w:r>
              <w:t>[100]</w:t>
            </w:r>
          </w:p>
        </w:tc>
      </w:tr>
      <w:tr>
        <w:tc>
          <w:tcPr>
            <w:tcW w:type="dxa" w:w="1440"/>
          </w:tcPr>
          <w:p>
            <w:r>
              <w:t>Geotechnical inspection report</w:t>
            </w:r>
          </w:p>
        </w:tc>
        <w:tc>
          <w:tcPr>
            <w:tcW w:type="dxa" w:w="1440"/>
          </w:tcPr>
          <w:p>
            <w:r>
              <w:t>document</w:t>
            </w:r>
          </w:p>
        </w:tc>
        <w:tc>
          <w:tcPr>
            <w:tcW w:type="dxa" w:w="1440"/>
          </w:tcPr>
          <w:p>
            <w:r/>
          </w:p>
        </w:tc>
        <w:tc>
          <w:tcPr>
            <w:tcW w:type="dxa" w:w="1440"/>
          </w:tcPr>
          <w:p>
            <w:r/>
          </w:p>
        </w:tc>
        <w:tc>
          <w:tcPr>
            <w:tcW w:type="dxa" w:w="1440"/>
          </w:tcPr>
          <w:p>
            <w:r>
              <w:t>1-page pdf document 'Geotechnical inspection report'; language en; mentions 6 place(s): Main Pit A (3), -23.36400, 119.70205 (1), ROM Pad and Crusher (1), Main Pit (1), East Pit B (1). A document about Main Pit A, -23.36400, 119.70205, ROM Pad and Crusher.</w:t>
            </w:r>
          </w:p>
        </w:tc>
        <w:tc>
          <w:tcPr>
            <w:tcW w:type="dxa" w:w="1440"/>
          </w:tcPr>
          <w:p>
            <w:r>
              <w:t>[101]</w:t>
            </w:r>
          </w:p>
        </w:tc>
      </w:tr>
      <w:tr>
        <w:tc>
          <w:tcPr>
            <w:tcW w:type="dxa" w:w="1440"/>
          </w:tcPr>
          <w:p>
            <w:r>
              <w:t>Sample: Mining, Newman</w:t>
            </w:r>
          </w:p>
        </w:tc>
        <w:tc>
          <w:tcPr>
            <w:tcW w:type="dxa" w:w="1440"/>
          </w:tcPr>
          <w:p>
            <w:r>
              <w:t>record</w:t>
            </w:r>
          </w:p>
        </w:tc>
        <w:tc>
          <w:tcPr>
            <w:tcW w:type="dxa" w:w="1440"/>
          </w:tcPr>
          <w:p>
            <w:r/>
          </w:p>
        </w:tc>
        <w:tc>
          <w:tcPr>
            <w:tcW w:type="dxa" w:w="1440"/>
          </w:tcPr>
          <w:p>
            <w:r/>
          </w:p>
        </w:tc>
        <w:tc>
          <w:tcPr>
            <w:tcW w:type="dxa" w:w="1440"/>
          </w:tcPr>
          <w:p>
            <w:r/>
          </w:p>
        </w:tc>
        <w:tc>
          <w:tcPr>
            <w:tcW w:type="dxa" w:w="1440"/>
          </w:tcPr>
          <w:p>
            <w:r>
              <w:t>[102]</w:t>
            </w:r>
          </w:p>
        </w:tc>
      </w:tr>
      <w:tr>
        <w:tc>
          <w:tcPr>
            <w:tcW w:type="dxa" w:w="1440"/>
          </w:tcPr>
          <w:p>
            <w:r>
              <w:t>Hot spot analysis: Drill holes</w:t>
            </w:r>
          </w:p>
        </w:tc>
        <w:tc>
          <w:tcPr>
            <w:tcW w:type="dxa" w:w="1440"/>
          </w:tcPr>
          <w:p>
            <w:r>
              <w:t>layer, Polygon</w:t>
            </w:r>
          </w:p>
        </w:tc>
        <w:tc>
          <w:tcPr>
            <w:tcW w:type="dxa" w:w="1440"/>
          </w:tcPr>
          <w:p>
            <w:r>
              <w:t>50</w:t>
            </w:r>
          </w:p>
        </w:tc>
        <w:tc>
          <w:tcPr>
            <w:tcW w:type="dxa" w:w="1440"/>
          </w:tcPr>
          <w:p>
            <w:r/>
          </w:p>
        </w:tc>
        <w:tc>
          <w:tcPr>
            <w:tcW w:type="dxa" w:w="1440"/>
          </w:tcPr>
          <w:p>
            <w:r/>
          </w:p>
        </w:tc>
        <w:tc>
          <w:tcPr>
            <w:tcW w:type="dxa" w:w="1440"/>
          </w:tcPr>
          <w:p>
            <w:r>
              <w:t>[103]</w:t>
            </w:r>
          </w:p>
        </w:tc>
      </w:tr>
      <w:tr>
        <w:tc>
          <w:tcPr>
            <w:tcW w:type="dxa" w:w="1440"/>
          </w:tcPr>
          <w:p>
            <w:r>
              <w:t>Hot spot analysis: Prism readings</w:t>
            </w:r>
          </w:p>
        </w:tc>
        <w:tc>
          <w:tcPr>
            <w:tcW w:type="dxa" w:w="1440"/>
          </w:tcPr>
          <w:p>
            <w:r>
              <w:t>layer, Polygon</w:t>
            </w:r>
          </w:p>
        </w:tc>
        <w:tc>
          <w:tcPr>
            <w:tcW w:type="dxa" w:w="1440"/>
          </w:tcPr>
          <w:p>
            <w:r>
              <w:t>227</w:t>
            </w:r>
          </w:p>
        </w:tc>
        <w:tc>
          <w:tcPr>
            <w:tcW w:type="dxa" w:w="1440"/>
          </w:tcPr>
          <w:p>
            <w:r/>
          </w:p>
        </w:tc>
        <w:tc>
          <w:tcPr>
            <w:tcW w:type="dxa" w:w="1440"/>
          </w:tcPr>
          <w:p>
            <w:r/>
          </w:p>
        </w:tc>
        <w:tc>
          <w:tcPr>
            <w:tcW w:type="dxa" w:w="1440"/>
          </w:tcPr>
          <w:p>
            <w:r>
              <w:t>[104]</w:t>
            </w:r>
          </w:p>
        </w:tc>
      </w:tr>
      <w:tr>
        <w:tc>
          <w:tcPr>
            <w:tcW w:type="dxa" w:w="1440"/>
          </w:tcPr>
          <w:p>
            <w:r>
              <w:t>Emerging hot spots: Drill holes</w:t>
            </w:r>
          </w:p>
        </w:tc>
        <w:tc>
          <w:tcPr>
            <w:tcW w:type="dxa" w:w="1440"/>
          </w:tcPr>
          <w:p>
            <w:r>
              <w:t>layer, Polygon</w:t>
            </w:r>
          </w:p>
        </w:tc>
        <w:tc>
          <w:tcPr>
            <w:tcW w:type="dxa" w:w="1440"/>
          </w:tcPr>
          <w:p>
            <w:r>
              <w:t>30</w:t>
            </w:r>
          </w:p>
        </w:tc>
        <w:tc>
          <w:tcPr>
            <w:tcW w:type="dxa" w:w="1440"/>
          </w:tcPr>
          <w:p>
            <w:r/>
          </w:p>
        </w:tc>
        <w:tc>
          <w:tcPr>
            <w:tcW w:type="dxa" w:w="1440"/>
          </w:tcPr>
          <w:p>
            <w:r/>
          </w:p>
        </w:tc>
        <w:tc>
          <w:tcPr>
            <w:tcW w:type="dxa" w:w="1440"/>
          </w:tcPr>
          <w:p>
            <w:r>
              <w:t>[105]</w:t>
            </w:r>
          </w:p>
        </w:tc>
      </w:tr>
      <w:tr>
        <w:tc>
          <w:tcPr>
            <w:tcW w:type="dxa" w:w="1440"/>
          </w:tcPr>
          <w:p>
            <w:r>
              <w:t>Emerging hot spots: Prism readings</w:t>
            </w:r>
          </w:p>
        </w:tc>
        <w:tc>
          <w:tcPr>
            <w:tcW w:type="dxa" w:w="1440"/>
          </w:tcPr>
          <w:p>
            <w:r>
              <w:t>layer, Polygon</w:t>
            </w:r>
          </w:p>
        </w:tc>
        <w:tc>
          <w:tcPr>
            <w:tcW w:type="dxa" w:w="1440"/>
          </w:tcPr>
          <w:p>
            <w:r>
              <w:t>29</w:t>
            </w:r>
          </w:p>
        </w:tc>
        <w:tc>
          <w:tcPr>
            <w:tcW w:type="dxa" w:w="1440"/>
          </w:tcPr>
          <w:p>
            <w:r/>
          </w:p>
        </w:tc>
        <w:tc>
          <w:tcPr>
            <w:tcW w:type="dxa" w:w="1440"/>
          </w:tcPr>
          <w:p>
            <w:r/>
          </w:p>
        </w:tc>
        <w:tc>
          <w:tcPr>
            <w:tcW w:type="dxa" w:w="1440"/>
          </w:tcPr>
          <w:p>
            <w:r>
              <w:t>[106]</w:t>
            </w:r>
          </w:p>
        </w:tc>
      </w:tr>
      <w:tr>
        <w:tc>
          <w:tcPr>
            <w:tcW w:type="dxa" w:w="1440"/>
          </w:tcPr>
          <w:p>
            <w:r>
              <w:t>Repeat and near repeat classification: Drill holes</w:t>
            </w:r>
          </w:p>
        </w:tc>
        <w:tc>
          <w:tcPr>
            <w:tcW w:type="dxa" w:w="1440"/>
          </w:tcPr>
          <w:p>
            <w:r>
              <w:t>layer, Point</w:t>
            </w:r>
          </w:p>
        </w:tc>
        <w:tc>
          <w:tcPr>
            <w:tcW w:type="dxa" w:w="1440"/>
          </w:tcPr>
          <w:p>
            <w:r>
              <w:t>320</w:t>
            </w:r>
          </w:p>
        </w:tc>
        <w:tc>
          <w:tcPr>
            <w:tcW w:type="dxa" w:w="1440"/>
          </w:tcPr>
          <w:p>
            <w:r/>
          </w:p>
        </w:tc>
        <w:tc>
          <w:tcPr>
            <w:tcW w:type="dxa" w:w="1440"/>
          </w:tcPr>
          <w:p>
            <w:r/>
          </w:p>
        </w:tc>
        <w:tc>
          <w:tcPr>
            <w:tcW w:type="dxa" w:w="1440"/>
          </w:tcPr>
          <w:p>
            <w:r>
              <w:t>[107]</w:t>
            </w:r>
          </w:p>
        </w:tc>
      </w:tr>
      <w:tr>
        <w:tc>
          <w:tcPr>
            <w:tcW w:type="dxa" w:w="1440"/>
          </w:tcPr>
          <w:p>
            <w:r>
              <w:t>Summarize within: Geotechnical domains</w:t>
            </w:r>
          </w:p>
        </w:tc>
        <w:tc>
          <w:tcPr>
            <w:tcW w:type="dxa" w:w="1440"/>
          </w:tcPr>
          <w:p>
            <w:r>
              <w:t>layer, Polygon</w:t>
            </w:r>
          </w:p>
        </w:tc>
        <w:tc>
          <w:tcPr>
            <w:tcW w:type="dxa" w:w="1440"/>
          </w:tcPr>
          <w:p>
            <w:r>
              <w:t>6</w:t>
            </w:r>
          </w:p>
        </w:tc>
        <w:tc>
          <w:tcPr>
            <w:tcW w:type="dxa" w:w="1440"/>
          </w:tcPr>
          <w:p>
            <w:r/>
          </w:p>
        </w:tc>
        <w:tc>
          <w:tcPr>
            <w:tcW w:type="dxa" w:w="1440"/>
          </w:tcPr>
          <w:p>
            <w:r/>
          </w:p>
        </w:tc>
        <w:tc>
          <w:tcPr>
            <w:tcW w:type="dxa" w:w="1440"/>
          </w:tcPr>
          <w:p>
            <w:r>
              <w:t>[108]</w:t>
            </w:r>
          </w:p>
        </w:tc>
      </w:tr>
      <w:tr>
        <w:tc>
          <w:tcPr>
            <w:tcW w:type="dxa" w:w="1440"/>
          </w:tcPr>
          <w:p>
            <w:r>
              <w:t>Summarize within: Geotechnical domains</w:t>
            </w:r>
          </w:p>
        </w:tc>
        <w:tc>
          <w:tcPr>
            <w:tcW w:type="dxa" w:w="1440"/>
          </w:tcPr>
          <w:p>
            <w:r>
              <w:t>layer, Polygon</w:t>
            </w:r>
          </w:p>
        </w:tc>
        <w:tc>
          <w:tcPr>
            <w:tcW w:type="dxa" w:w="1440"/>
          </w:tcPr>
          <w:p>
            <w:r>
              <w:t>6</w:t>
            </w:r>
          </w:p>
        </w:tc>
        <w:tc>
          <w:tcPr>
            <w:tcW w:type="dxa" w:w="1440"/>
          </w:tcPr>
          <w:p>
            <w:r/>
          </w:p>
        </w:tc>
        <w:tc>
          <w:tcPr>
            <w:tcW w:type="dxa" w:w="1440"/>
          </w:tcPr>
          <w:p>
            <w:r/>
          </w:p>
        </w:tc>
        <w:tc>
          <w:tcPr>
            <w:tcW w:type="dxa" w:w="1440"/>
          </w:tcPr>
          <w:p>
            <w:r>
              <w:t>[109]</w:t>
            </w:r>
          </w:p>
        </w:tc>
      </w:tr>
      <w:tr>
        <w:tc>
          <w:tcPr>
            <w:tcW w:type="dxa" w:w="1440"/>
          </w:tcPr>
          <w:p>
            <w:r>
              <w:t>Summarize within: Geotechnical domains</w:t>
            </w:r>
          </w:p>
        </w:tc>
        <w:tc>
          <w:tcPr>
            <w:tcW w:type="dxa" w:w="1440"/>
          </w:tcPr>
          <w:p>
            <w:r>
              <w:t>layer, Polygon</w:t>
            </w:r>
          </w:p>
        </w:tc>
        <w:tc>
          <w:tcPr>
            <w:tcW w:type="dxa" w:w="1440"/>
          </w:tcPr>
          <w:p>
            <w:r>
              <w:t>6</w:t>
            </w:r>
          </w:p>
        </w:tc>
        <w:tc>
          <w:tcPr>
            <w:tcW w:type="dxa" w:w="1440"/>
          </w:tcPr>
          <w:p>
            <w:r/>
          </w:p>
        </w:tc>
        <w:tc>
          <w:tcPr>
            <w:tcW w:type="dxa" w:w="1440"/>
          </w:tcPr>
          <w:p>
            <w:r/>
          </w:p>
        </w:tc>
        <w:tc>
          <w:tcPr>
            <w:tcW w:type="dxa" w:w="1440"/>
          </w:tcPr>
          <w:p>
            <w:r>
              <w:t>[110]</w:t>
            </w:r>
          </w:p>
        </w:tc>
      </w:tr>
      <w:tr>
        <w:tc>
          <w:tcPr>
            <w:tcW w:type="dxa" w:w="1440"/>
          </w:tcPr>
          <w:p>
            <w:r>
              <w:t>Find point clusters: Drill holes</w:t>
            </w:r>
          </w:p>
        </w:tc>
        <w:tc>
          <w:tcPr>
            <w:tcW w:type="dxa" w:w="1440"/>
          </w:tcPr>
          <w:p>
            <w:r>
              <w:t>layer, Point</w:t>
            </w:r>
          </w:p>
        </w:tc>
        <w:tc>
          <w:tcPr>
            <w:tcW w:type="dxa" w:w="1440"/>
          </w:tcPr>
          <w:p>
            <w:r>
              <w:t>320</w:t>
            </w:r>
          </w:p>
        </w:tc>
        <w:tc>
          <w:tcPr>
            <w:tcW w:type="dxa" w:w="1440"/>
          </w:tcPr>
          <w:p>
            <w:r/>
          </w:p>
        </w:tc>
        <w:tc>
          <w:tcPr>
            <w:tcW w:type="dxa" w:w="1440"/>
          </w:tcPr>
          <w:p>
            <w:r/>
          </w:p>
        </w:tc>
        <w:tc>
          <w:tcPr>
            <w:tcW w:type="dxa" w:w="1440"/>
          </w:tcPr>
          <w:p>
            <w:r>
              <w:t>[111]</w:t>
            </w:r>
          </w:p>
        </w:tc>
      </w:tr>
      <w:tr>
        <w:tc>
          <w:tcPr>
            <w:tcW w:type="dxa" w:w="1440"/>
          </w:tcPr>
          <w:p>
            <w:r>
              <w:t>Find point clusters: cluster hulls</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[112]</w:t>
            </w:r>
          </w:p>
        </w:tc>
      </w:tr>
      <w:tr>
        <w:tc>
          <w:tcPr>
            <w:tcW w:type="dxa" w:w="1440"/>
          </w:tcPr>
          <w:p>
            <w:r>
              <w:t>Find point clusters: Prism readings</w:t>
            </w:r>
          </w:p>
        </w:tc>
        <w:tc>
          <w:tcPr>
            <w:tcW w:type="dxa" w:w="1440"/>
          </w:tcPr>
          <w:p>
            <w:r>
              <w:t>layer, Point</w:t>
            </w:r>
          </w:p>
        </w:tc>
        <w:tc>
          <w:tcPr>
            <w:tcW w:type="dxa" w:w="1440"/>
          </w:tcPr>
          <w:p>
            <w:r>
              <w:t>1,200</w:t>
            </w:r>
          </w:p>
        </w:tc>
        <w:tc>
          <w:tcPr>
            <w:tcW w:type="dxa" w:w="1440"/>
          </w:tcPr>
          <w:p>
            <w:r/>
          </w:p>
        </w:tc>
        <w:tc>
          <w:tcPr>
            <w:tcW w:type="dxa" w:w="1440"/>
          </w:tcPr>
          <w:p>
            <w:r/>
          </w:p>
        </w:tc>
        <w:tc>
          <w:tcPr>
            <w:tcW w:type="dxa" w:w="1440"/>
          </w:tcPr>
          <w:p>
            <w:r>
              <w:t>[113]</w:t>
            </w:r>
          </w:p>
        </w:tc>
      </w:tr>
      <w:tr>
        <w:tc>
          <w:tcPr>
            <w:tcW w:type="dxa" w:w="1440"/>
          </w:tcPr>
          <w:p>
            <w:r>
              <w:t>Find point clusters: cluster hulls</w:t>
            </w:r>
          </w:p>
        </w:tc>
        <w:tc>
          <w:tcPr>
            <w:tcW w:type="dxa" w:w="1440"/>
          </w:tcPr>
          <w:p>
            <w:r>
              <w:t>layer, Polygon</w:t>
            </w:r>
          </w:p>
        </w:tc>
        <w:tc>
          <w:tcPr>
            <w:tcW w:type="dxa" w:w="1440"/>
          </w:tcPr>
          <w:p>
            <w:r>
              <w:t>60</w:t>
            </w:r>
          </w:p>
        </w:tc>
        <w:tc>
          <w:tcPr>
            <w:tcW w:type="dxa" w:w="1440"/>
          </w:tcPr>
          <w:p>
            <w:r/>
          </w:p>
        </w:tc>
        <w:tc>
          <w:tcPr>
            <w:tcW w:type="dxa" w:w="1440"/>
          </w:tcPr>
          <w:p>
            <w:r/>
          </w:p>
        </w:tc>
        <w:tc>
          <w:tcPr>
            <w:tcW w:type="dxa" w:w="1440"/>
          </w:tcPr>
          <w:p>
            <w:r>
              <w:t>[114]</w:t>
            </w:r>
          </w:p>
        </w:tc>
      </w:tr>
      <w:tr>
        <w:tc>
          <w:tcPr>
            <w:tcW w:type="dxa" w:w="1440"/>
          </w:tcPr>
          <w:p>
            <w:r>
              <w:t>Find point clusters: Monitoring prisms</w:t>
            </w:r>
          </w:p>
        </w:tc>
        <w:tc>
          <w:tcPr>
            <w:tcW w:type="dxa" w:w="1440"/>
          </w:tcPr>
          <w:p>
            <w:r>
              <w:t>layer, Point</w:t>
            </w:r>
          </w:p>
        </w:tc>
        <w:tc>
          <w:tcPr>
            <w:tcW w:type="dxa" w:w="1440"/>
          </w:tcPr>
          <w:p>
            <w:r>
              <w:t>60</w:t>
            </w:r>
          </w:p>
        </w:tc>
        <w:tc>
          <w:tcPr>
            <w:tcW w:type="dxa" w:w="1440"/>
          </w:tcPr>
          <w:p>
            <w:r/>
          </w:p>
        </w:tc>
        <w:tc>
          <w:tcPr>
            <w:tcW w:type="dxa" w:w="1440"/>
          </w:tcPr>
          <w:p>
            <w:r/>
          </w:p>
        </w:tc>
        <w:tc>
          <w:tcPr>
            <w:tcW w:type="dxa" w:w="1440"/>
          </w:tcPr>
          <w:p>
            <w:r>
              <w:t>[115]</w:t>
            </w:r>
          </w:p>
        </w:tc>
      </w:tr>
      <w:tr>
        <w:tc>
          <w:tcPr>
            <w:tcW w:type="dxa" w:w="1440"/>
          </w:tcPr>
          <w:p>
            <w:r>
              <w:t>Find point clusters: cluster hulls</w:t>
            </w:r>
          </w:p>
        </w:tc>
        <w:tc>
          <w:tcPr>
            <w:tcW w:type="dxa" w:w="1440"/>
          </w:tcPr>
          <w:p>
            <w:r>
              <w:t>layer, Polygon</w:t>
            </w:r>
          </w:p>
        </w:tc>
        <w:tc>
          <w:tcPr>
            <w:tcW w:type="dxa" w:w="1440"/>
          </w:tcPr>
          <w:p>
            <w:r>
              <w:t>4</w:t>
            </w:r>
          </w:p>
        </w:tc>
        <w:tc>
          <w:tcPr>
            <w:tcW w:type="dxa" w:w="1440"/>
          </w:tcPr>
          <w:p>
            <w:r/>
          </w:p>
        </w:tc>
        <w:tc>
          <w:tcPr>
            <w:tcW w:type="dxa" w:w="1440"/>
          </w:tcPr>
          <w:p>
            <w:r/>
          </w:p>
        </w:tc>
        <w:tc>
          <w:tcPr>
            <w:tcW w:type="dxa" w:w="1440"/>
          </w:tcPr>
          <w:p>
            <w:r>
              <w:t>[116]</w:t>
            </w:r>
          </w:p>
        </w:tc>
      </w:tr>
      <w:tr>
        <w:tc>
          <w:tcPr>
            <w:tcW w:type="dxa" w:w="1440"/>
          </w:tcPr>
          <w:p>
            <w:r>
              <w:t>Slope (degrees)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[117]</w:t>
            </w:r>
          </w:p>
        </w:tc>
      </w:tr>
      <w:tr>
        <w:tc>
          <w:tcPr>
            <w:tcW w:type="dxa" w:w="1440"/>
          </w:tcPr>
          <w:p>
            <w:r>
              <w:t>Calculate density: Drill holes</w:t>
            </w:r>
          </w:p>
        </w:tc>
        <w:tc>
          <w:tcPr>
            <w:tcW w:type="dxa" w:w="1440"/>
          </w:tcPr>
          <w:p>
            <w:r>
              <w:t>layer, Polygon</w:t>
            </w:r>
          </w:p>
        </w:tc>
        <w:tc>
          <w:tcPr>
            <w:tcW w:type="dxa" w:w="1440"/>
          </w:tcPr>
          <w:p>
            <w:r>
              <w:t>328</w:t>
            </w:r>
          </w:p>
        </w:tc>
        <w:tc>
          <w:tcPr>
            <w:tcW w:type="dxa" w:w="1440"/>
          </w:tcPr>
          <w:p>
            <w:r/>
          </w:p>
        </w:tc>
        <w:tc>
          <w:tcPr>
            <w:tcW w:type="dxa" w:w="1440"/>
          </w:tcPr>
          <w:p>
            <w:r/>
          </w:p>
        </w:tc>
        <w:tc>
          <w:tcPr>
            <w:tcW w:type="dxa" w:w="1440"/>
          </w:tcPr>
          <w:p>
            <w:r>
              <w:t>[118]</w:t>
            </w:r>
          </w:p>
        </w:tc>
      </w:tr>
      <w:tr>
        <w:tc>
          <w:tcPr>
            <w:tcW w:type="dxa" w:w="1440"/>
          </w:tcPr>
          <w:p>
            <w:r>
              <w:t>Calculate density: Prism readings</w:t>
            </w:r>
          </w:p>
        </w:tc>
        <w:tc>
          <w:tcPr>
            <w:tcW w:type="dxa" w:w="1440"/>
          </w:tcPr>
          <w:p>
            <w:r>
              <w:t>layer, Polygon</w:t>
            </w:r>
          </w:p>
        </w:tc>
        <w:tc>
          <w:tcPr>
            <w:tcW w:type="dxa" w:w="1440"/>
          </w:tcPr>
          <w:p>
            <w:r>
              <w:t>545</w:t>
            </w:r>
          </w:p>
        </w:tc>
        <w:tc>
          <w:tcPr>
            <w:tcW w:type="dxa" w:w="1440"/>
          </w:tcPr>
          <w:p>
            <w:r/>
          </w:p>
        </w:tc>
        <w:tc>
          <w:tcPr>
            <w:tcW w:type="dxa" w:w="1440"/>
          </w:tcPr>
          <w:p>
            <w:r/>
          </w:p>
        </w:tc>
        <w:tc>
          <w:tcPr>
            <w:tcW w:type="dxa" w:w="1440"/>
          </w:tcPr>
          <w:p>
            <w:r>
              <w:t>[119]</w:t>
            </w:r>
          </w:p>
        </w:tc>
      </w:tr>
      <w:tr>
        <w:tc>
          <w:tcPr>
            <w:tcW w:type="dxa" w:w="1440"/>
          </w:tcPr>
          <w:p>
            <w:r>
              <w:t>Calculate density: Monitoring prisms</w:t>
            </w:r>
          </w:p>
        </w:tc>
        <w:tc>
          <w:tcPr>
            <w:tcW w:type="dxa" w:w="1440"/>
          </w:tcPr>
          <w:p>
            <w:r>
              <w:t>layer, Polygon</w:t>
            </w:r>
          </w:p>
        </w:tc>
        <w:tc>
          <w:tcPr>
            <w:tcW w:type="dxa" w:w="1440"/>
          </w:tcPr>
          <w:p>
            <w:r>
              <w:t>134</w:t>
            </w:r>
          </w:p>
        </w:tc>
        <w:tc>
          <w:tcPr>
            <w:tcW w:type="dxa" w:w="1440"/>
          </w:tcPr>
          <w:p>
            <w:r/>
          </w:p>
        </w:tc>
        <w:tc>
          <w:tcPr>
            <w:tcW w:type="dxa" w:w="1440"/>
          </w:tcPr>
          <w:p>
            <w:r/>
          </w:p>
        </w:tc>
        <w:tc>
          <w:tcPr>
            <w:tcW w:type="dxa" w:w="1440"/>
          </w:tcPr>
          <w:p>
            <w:r>
              <w:t>[120]</w:t>
            </w:r>
          </w:p>
        </w:tc>
      </w:tr>
      <w:tr>
        <w:tc>
          <w:tcPr>
            <w:tcW w:type="dxa" w:w="1440"/>
          </w:tcPr>
          <w:p>
            <w:r>
              <w:t>Hot spot analysis: Monitoring prisms</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[121]</w:t>
            </w:r>
          </w:p>
        </w:tc>
      </w:tr>
    </w:tbl>
    <w:p/>
    <w:p>
      <w:pPr>
        <w:pStyle w:val="Heading1"/>
      </w:pPr>
      <w:r>
        <w:t>Timeline</w:t>
      </w:r>
    </w:p>
    <w:p>
      <w:pPr>
        <w:jc w:val="center"/>
      </w:pPr>
      <w:r>
        <w:drawing>
          <wp:inline xmlns:a="http://schemas.openxmlformats.org/drawingml/2006/main" xmlns:pic="http://schemas.openxmlformats.org/drawingml/2006/picture">
            <wp:extent cx="5486400" cy="3968496"/>
            <wp:docPr id="1" name="Picture 1"/>
            <wp:cNvGraphicFramePr>
              <a:graphicFrameLocks noChangeAspect="1"/>
            </wp:cNvGraphicFramePr>
            <a:graphic>
              <a:graphicData uri="http://schemas.openxmlformats.org/drawingml/2006/picture">
                <pic:pic>
                  <pic:nvPicPr>
                    <pic:cNvPr id="0" name="064.jpg"/>
                    <pic:cNvPicPr/>
                  </pic:nvPicPr>
                  <pic:blipFill>
                    <a:blip r:embed="rId9"/>
                    <a:stretch>
                      <a:fillRect/>
                    </a:stretch>
                  </pic:blipFill>
                  <pic:spPr>
                    <a:xfrm>
                      <a:off x="0" y="0"/>
                      <a:ext cx="5486400" cy="3968496"/>
                    </a:xfrm>
                    <a:prstGeom prst="rect"/>
                  </pic:spPr>
                </pic:pic>
              </a:graphicData>
            </a:graphic>
          </wp:inline>
        </w:drawing>
      </w:r>
    </w:p>
    <w:p>
      <w:r>
        <w:rPr>
          <w:i/>
          <w:color w:val="525252"/>
          <w:sz w:val="17"/>
        </w:rPr>
        <w:t>Figure 1. Timeline: events per month by dataset [1]. Per month, 2024-01-01 to 2026-09-01. Source: Prism readings, Drill holes, Production by pit and week (1,596 features). The data is in the appendix.</w:t>
      </w:r>
    </w:p>
    <w:p>
      <w:r>
        <w:rPr>
          <w:i w:val="0"/>
        </w:rPr>
        <w:t>The timeline counts 1,596 dated events in Prism readings, Drill holes, Production by pit and week per month, from January 2024 to September 2026 [1][2][3][4]. By dataset: Prism readings 1,200; Drill holes 320; Production by pit and week 76 [1]. The trend is +5.81 events per month; the second half of the months has 1,431 against 157 in the first (+811.5%) [1].</w:t>
      </w:r>
    </w:p>
    <w:p>
      <w:r>
        <w:rPr>
          <w:b/>
        </w:rPr>
        <w:t>Busiest months</w:t>
      </w:r>
    </w:p>
    <w:p>
      <w:pPr>
        <w:pStyle w:val="ListBullet"/>
      </w:pPr>
      <w:r>
        <w:t>June 2026: 320 events [1]</w:t>
      </w:r>
    </w:p>
    <w:p>
      <w:pPr>
        <w:pStyle w:val="ListBullet"/>
      </w:pPr>
      <w:r>
        <w:t>August 2026: 314 events [1]</w:t>
      </w:r>
    </w:p>
    <w:p>
      <w:pPr>
        <w:pStyle w:val="ListBullet"/>
      </w:pPr>
      <w:r>
        <w:t>May 2026: 258 events [1]</w:t>
      </w:r>
    </w:p>
    <w:p>
      <w:r>
        <w:rPr>
          <w:b/>
        </w:rPr>
        <w:t>Quietest months</w:t>
      </w:r>
    </w:p>
    <w:p>
      <w:pPr>
        <w:pStyle w:val="ListBullet"/>
      </w:pPr>
      <w:r>
        <w:t>August 2024: 3 events [1]</w:t>
      </w:r>
    </w:p>
    <w:p>
      <w:pPr>
        <w:pStyle w:val="ListBullet"/>
      </w:pPr>
      <w:r>
        <w:t>September 2024: 3 events [1]</w:t>
      </w:r>
    </w:p>
    <w:p>
      <w:pPr>
        <w:pStyle w:val="ListBullet"/>
      </w:pPr>
      <w:r>
        <w:t>June 2024: 5 events [1]</w:t>
      </w:r>
    </w:p>
    <w:p>
      <w:pPr>
        <w:pStyle w:val="Heading1"/>
      </w:pPr>
      <w:r>
        <w:t>Hot spots</w:t>
      </w:r>
    </w:p>
    <w:p>
      <w:r>
        <w:rPr>
          <w:b/>
        </w:rPr>
        <w:t xml:space="preserve">What this analysis is. </w:t>
      </w:r>
      <w:r>
        <w:rPr>
          <w:i w:val="0"/>
        </w:rPr>
        <w:t>Hot spot analysis: Getis-Ord Gi* hot and cold spots with z-scores, p-values and confidence bins [5]. In ArcGIS it is Find Hot Spots or Hot Spot Analysis (Getis-Ord Gi*); in QGIS, qgis:hotspot (plugin) [5].</w:t>
      </w:r>
    </w:p>
    <w:p>
      <w:r>
        <w:rPr>
          <w:b/>
        </w:rPr>
        <w:t xml:space="preserve">Why it was run on this data. </w:t>
      </w:r>
      <w:r>
        <w:rPr>
          <w:i w:val="0"/>
        </w:rPr>
        <w:t>320 points: Getis-Ord Gi* tests whether the concentrations in Drill holes are statistically significant [6].</w:t>
      </w:r>
    </w:p>
    <w:p>
      <w:r>
        <w:rPr>
          <w:b/>
        </w:rPr>
        <w:t xml:space="preserve">What it found. </w:t>
      </w:r>
      <w:r>
        <w:rPr>
          <w:i w:val="0"/>
        </w:rPr>
        <w:t>Hot spots on Drill holes: Hot spot analysis: 1 layer saved: Hot spot analysis: Drill holes (50 features) [7][8]. It reported result, bins 50; result, count 50; result, elapsed ms 6; result, cell size m 500; result, incidents used 320; result, distance band m 500 [7].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50</w:t>
            </w:r>
          </w:p>
        </w:tc>
      </w:tr>
      <w:tr>
        <w:tc>
          <w:tcPr>
            <w:tcW w:type="dxa" w:w="4320"/>
          </w:tcPr>
          <w:p>
            <w:r>
              <w:t>result, count</w:t>
            </w:r>
          </w:p>
        </w:tc>
        <w:tc>
          <w:tcPr>
            <w:tcW w:type="dxa" w:w="4320"/>
          </w:tcPr>
          <w:p>
            <w:r>
              <w:t>50</w:t>
            </w:r>
          </w:p>
        </w:tc>
      </w:tr>
      <w:tr>
        <w:tc>
          <w:tcPr>
            <w:tcW w:type="dxa" w:w="4320"/>
          </w:tcPr>
          <w:p>
            <w:r>
              <w:t>result, elapsed ms</w:t>
            </w:r>
          </w:p>
        </w:tc>
        <w:tc>
          <w:tcPr>
            <w:tcW w:type="dxa" w:w="4320"/>
          </w:tcPr>
          <w:p>
            <w:r>
              <w:t>6</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320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0.0564</w:t>
            </w:r>
          </w:p>
        </w:tc>
      </w:tr>
      <w:tr>
        <w:tc>
          <w:tcPr>
            <w:tcW w:type="dxa" w:w="4320"/>
          </w:tcPr>
          <w:p>
            <w:r>
              <w:t>billing, list price</w:t>
            </w:r>
          </w:p>
        </w:tc>
        <w:tc>
          <w:tcPr>
            <w:tcW w:type="dxa" w:w="4320"/>
          </w:tcPr>
          <w:p>
            <w:r>
              <w:t>0.0564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Drill holes: Hot spot analysis: 1 layer saved: Hot spot analysis: Drill holes (50 features) [7][8].</w:t>
      </w:r>
    </w:p>
    <w:p>
      <w:pPr>
        <w:pStyle w:val="ListBullet"/>
      </w:pPr>
      <w:r>
        <w:rPr>
          <w:b/>
        </w:rPr>
        <w:t xml:space="preserve">Evidenced: </w:t>
      </w:r>
      <w:r>
        <w:t>It reported result, bins 50; result, count 50; result, elapsed ms 6; result, cell size m 500; result, incidents used 320; result, distance band m 500 [7].</w:t>
      </w:r>
    </w:p>
    <w:p>
      <w:r>
        <w:rPr>
          <w:i/>
          <w:color w:val="525252"/>
          <w:sz w:val="17"/>
        </w:rPr>
        <w:t>Tool gp_hot_spots; parameters {"project": "11fd3b70-5f29-4895-b87f-807f2ec1e52e", "features": {"layer": "Drill holes (3fc6780a)"}, "aggregation": "hexagon", "cell_size_m": 500.0, "distance_band_m": 500.0}</w:t>
      </w:r>
    </w:p>
    <w:p>
      <w:pPr>
        <w:pStyle w:val="Heading1"/>
      </w:pPr>
      <w:r>
        <w:t>Hot spots</w:t>
      </w:r>
    </w:p>
    <w:p>
      <w:r>
        <w:rPr>
          <w:b/>
        </w:rPr>
        <w:t xml:space="preserve">What this analysis is. </w:t>
      </w:r>
      <w:r>
        <w:rPr>
          <w:i w:val="0"/>
        </w:rPr>
        <w:t>Hot spot analysis: Getis-Ord Gi* hot and cold spots with z-scores, p-values and confidence bins [5]. In ArcGIS it is Find Hot Spots or Hot Spot Analysis (Getis-Ord Gi*); in QGIS, qgis:hotspot (plugin) [5].</w:t>
      </w:r>
    </w:p>
    <w:p>
      <w:r>
        <w:rPr>
          <w:b/>
        </w:rPr>
        <w:t xml:space="preserve">Why it was run on this data. </w:t>
      </w:r>
      <w:r>
        <w:rPr>
          <w:i w:val="0"/>
        </w:rPr>
        <w:t>1200 points: Getis-Ord Gi* tests whether the concentrations in Prism readings are statistically significant [9].</w:t>
      </w:r>
    </w:p>
    <w:p>
      <w:r>
        <w:rPr>
          <w:b/>
        </w:rPr>
        <w:t xml:space="preserve">What it found. </w:t>
      </w:r>
      <w:r>
        <w:rPr>
          <w:i w:val="0"/>
        </w:rPr>
        <w:t>Hot spots on Prism readings: Hot spot analysis: 1 layer saved: Hot spot analysis: Prism readings (227 features) [10][11]. It reported result, bins 227; result, count 227; result, elapsed ms 15; result, cell size m 100; result, incidents used 1,200; result, distance band m 100 [10].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227</w:t>
            </w:r>
          </w:p>
        </w:tc>
      </w:tr>
      <w:tr>
        <w:tc>
          <w:tcPr>
            <w:tcW w:type="dxa" w:w="4320"/>
          </w:tcPr>
          <w:p>
            <w:r>
              <w:t>result, count</w:t>
            </w:r>
          </w:p>
        </w:tc>
        <w:tc>
          <w:tcPr>
            <w:tcW w:type="dxa" w:w="4320"/>
          </w:tcPr>
          <w:p>
            <w:r>
              <w:t>227</w:t>
            </w:r>
          </w:p>
        </w:tc>
      </w:tr>
      <w:tr>
        <w:tc>
          <w:tcPr>
            <w:tcW w:type="dxa" w:w="4320"/>
          </w:tcPr>
          <w:p>
            <w:r>
              <w:t>result, elapsed ms</w:t>
            </w:r>
          </w:p>
        </w:tc>
        <w:tc>
          <w:tcPr>
            <w:tcW w:type="dxa" w:w="4320"/>
          </w:tcPr>
          <w:p>
            <w:r>
              <w:t>15</w:t>
            </w:r>
          </w:p>
        </w:tc>
      </w:tr>
      <w:tr>
        <w:tc>
          <w:tcPr>
            <w:tcW w:type="dxa" w:w="4320"/>
          </w:tcPr>
          <w:p>
            <w:r>
              <w:t>result, cell size m</w:t>
            </w:r>
          </w:p>
        </w:tc>
        <w:tc>
          <w:tcPr>
            <w:tcW w:type="dxa" w:w="4320"/>
          </w:tcPr>
          <w:p>
            <w:r>
              <w:t>100</w:t>
            </w:r>
          </w:p>
        </w:tc>
      </w:tr>
      <w:tr>
        <w:tc>
          <w:tcPr>
            <w:tcW w:type="dxa" w:w="4320"/>
          </w:tcPr>
          <w:p>
            <w:r>
              <w:t>result, incidents used</w:t>
            </w:r>
          </w:p>
        </w:tc>
        <w:tc>
          <w:tcPr>
            <w:tcW w:type="dxa" w:w="4320"/>
          </w:tcPr>
          <w:p>
            <w:r>
              <w:t>1,200</w:t>
            </w:r>
          </w:p>
        </w:tc>
      </w:tr>
      <w:tr>
        <w:tc>
          <w:tcPr>
            <w:tcW w:type="dxa" w:w="4320"/>
          </w:tcPr>
          <w:p>
            <w:r>
              <w:t>result, distance band m</w:t>
            </w:r>
          </w:p>
        </w:tc>
        <w:tc>
          <w:tcPr>
            <w:tcW w:type="dxa" w:w="4320"/>
          </w:tcPr>
          <w:p>
            <w:r>
              <w:t>100</w:t>
            </w:r>
          </w:p>
        </w:tc>
      </w:tr>
      <w:tr>
        <w:tc>
          <w:tcPr>
            <w:tcW w:type="dxa" w:w="4320"/>
          </w:tcPr>
          <w:p>
            <w:r>
              <w:t>billing, cost</w:t>
            </w:r>
          </w:p>
        </w:tc>
        <w:tc>
          <w:tcPr>
            <w:tcW w:type="dxa" w:w="4320"/>
          </w:tcPr>
          <w:p>
            <w:r>
              <w:t>0.074</w:t>
            </w:r>
          </w:p>
        </w:tc>
      </w:tr>
      <w:tr>
        <w:tc>
          <w:tcPr>
            <w:tcW w:type="dxa" w:w="4320"/>
          </w:tcPr>
          <w:p>
            <w:r>
              <w:t>billing, list price</w:t>
            </w:r>
          </w:p>
        </w:tc>
        <w:tc>
          <w:tcPr>
            <w:tcW w:type="dxa" w:w="4320"/>
          </w:tcPr>
          <w:p>
            <w:r>
              <w:t>0.074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Prism readings: Hot spot analysis: 1 layer saved: Hot spot analysis: Prism readings (227 features) [10][11].</w:t>
      </w:r>
    </w:p>
    <w:p>
      <w:pPr>
        <w:pStyle w:val="ListBullet"/>
      </w:pPr>
      <w:r>
        <w:rPr>
          <w:b/>
        </w:rPr>
        <w:t xml:space="preserve">Evidenced: </w:t>
      </w:r>
      <w:r>
        <w:t>It reported result, bins 227; result, count 227; result, elapsed ms 15; result, cell size m 100; result, incidents used 1,200; result, distance band m 100 [10].</w:t>
      </w:r>
    </w:p>
    <w:p>
      <w:r>
        <w:rPr>
          <w:i/>
          <w:color w:val="525252"/>
          <w:sz w:val="17"/>
        </w:rPr>
        <w:t>Tool gp_hot_spots; parameters {"project": "11fd3b70-5f29-4895-b87f-807f2ec1e52e", "features": {"layer": "Prism readings (920e4ae7)"}, "aggregation": "hexagon", "cell_size_m": 100.0, "distance_band_m": 100.0}</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[12]. In ArcGIS it is Emerging Hot Spot Analysis or Create Space Time Cube [12].</w:t>
      </w:r>
    </w:p>
    <w:p>
      <w:r>
        <w:rPr>
          <w:b/>
        </w:rPr>
        <w:t xml:space="preserve">Why it was run on this data. </w:t>
      </w:r>
      <w:r>
        <w:rPr>
          <w:i w:val="0"/>
        </w:rPr>
        <w:t>Drill holes carry dates in 'drilled_on': emerging hot spot analysis finds new, intensifying and fading hot spots per month [13].</w:t>
      </w:r>
    </w:p>
    <w:p>
      <w:r>
        <w:rPr>
          <w:b/>
        </w:rPr>
        <w:t xml:space="preserve">What it found. </w:t>
      </w:r>
      <w:r>
        <w:rPr>
          <w:i w:val="0"/>
        </w:rPr>
        <w:t>Space time hot spots on Drill holes: Emerging hot spots: 1 layer saved: Emerging hot spots: Drill holes (30 features) [8][14]. It reported result, count 30; result, elapsed ms 5; result, resolution 8; result, features used 320; result, time neighbors 0; billing, cost 0.116 [14].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30</w:t>
            </w:r>
          </w:p>
        </w:tc>
      </w:tr>
      <w:tr>
        <w:tc>
          <w:tcPr>
            <w:tcW w:type="dxa" w:w="4320"/>
          </w:tcPr>
          <w:p>
            <w:r>
              <w:t>result, elapsed ms</w:t>
            </w:r>
          </w:p>
        </w:tc>
        <w:tc>
          <w:tcPr>
            <w:tcW w:type="dxa" w:w="4320"/>
          </w:tcPr>
          <w:p>
            <w:r>
              <w:t>5</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320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0.116</w:t>
            </w:r>
          </w:p>
        </w:tc>
      </w:tr>
      <w:tr>
        <w:tc>
          <w:tcPr>
            <w:tcW w:type="dxa" w:w="4320"/>
          </w:tcPr>
          <w:p>
            <w:r>
              <w:t>billing, list price</w:t>
            </w:r>
          </w:p>
        </w:tc>
        <w:tc>
          <w:tcPr>
            <w:tcW w:type="dxa" w:w="4320"/>
          </w:tcPr>
          <w:p>
            <w:r>
              <w:t>0.116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Drill holes: Emerging hot spots: 1 layer saved: Emerging hot spots: Drill holes (30 features) [8][14].</w:t>
      </w:r>
    </w:p>
    <w:p>
      <w:pPr>
        <w:pStyle w:val="ListBullet"/>
      </w:pPr>
      <w:r>
        <w:rPr>
          <w:b/>
        </w:rPr>
        <w:t xml:space="preserve">Evidenced: </w:t>
      </w:r>
      <w:r>
        <w:t>It reported result, count 30; result, elapsed ms 5; result, resolution 8; result, features used 320; result, time neighbors 0; billing, cost 0.116 [14].</w:t>
      </w:r>
    </w:p>
    <w:p>
      <w:r>
        <w:rPr>
          <w:i/>
          <w:color w:val="525252"/>
          <w:sz w:val="17"/>
        </w:rPr>
        <w:t>A model draft was discarded because a sentence did not cite a source of this section.</w:t>
      </w:r>
    </w:p>
    <w:p>
      <w:r>
        <w:rPr>
          <w:i/>
          <w:color w:val="525252"/>
          <w:sz w:val="17"/>
        </w:rPr>
        <w:t>Tool gp_space_time_hot_spots; parameters {"project": "11fd3b70-5f29-4895-b87f-807f2ec1e52e", "features": {"layer": "Drill holes (3fc6780a)"}, "interval": "month", "bin_shape": "h3", "resolution": 8, "time_field": "drilled_on"}</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[12]. In ArcGIS it is Emerging Hot Spot Analysis or Create Space Time Cube [12].</w:t>
      </w:r>
    </w:p>
    <w:p>
      <w:r>
        <w:rPr>
          <w:b/>
        </w:rPr>
        <w:t xml:space="preserve">Why it was run on this data. </w:t>
      </w:r>
      <w:r>
        <w:rPr>
          <w:i w:val="0"/>
        </w:rPr>
        <w:t>Prism readings carry dates in 'observed_at': emerging hot spot analysis finds new, intensifying and fading hot spots per week [15].</w:t>
      </w:r>
    </w:p>
    <w:p>
      <w:r>
        <w:rPr>
          <w:b/>
        </w:rPr>
        <w:t xml:space="preserve">What it found. </w:t>
      </w:r>
      <w:r>
        <w:rPr>
          <w:i w:val="0"/>
        </w:rPr>
        <w:t>Space time hot spots on Prism readings: Emerging hot spots: 1 layer saved: Emerging hot spots: Prism readings (29 features) [11][16]. It reported result, count 29; result, elapsed ms 5; result, resolution 9; result, features used 1,200; result, time neighbors 0; billing, cost 0.16 [16].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29</w:t>
            </w:r>
          </w:p>
        </w:tc>
      </w:tr>
      <w:tr>
        <w:tc>
          <w:tcPr>
            <w:tcW w:type="dxa" w:w="4320"/>
          </w:tcPr>
          <w:p>
            <w:r>
              <w:t>result, elapsed ms</w:t>
            </w:r>
          </w:p>
        </w:tc>
        <w:tc>
          <w:tcPr>
            <w:tcW w:type="dxa" w:w="4320"/>
          </w:tcPr>
          <w:p>
            <w:r>
              <w:t>5</w:t>
            </w:r>
          </w:p>
        </w:tc>
      </w:tr>
      <w:tr>
        <w:tc>
          <w:tcPr>
            <w:tcW w:type="dxa" w:w="4320"/>
          </w:tcPr>
          <w:p>
            <w:r>
              <w:t>result, resolution</w:t>
            </w:r>
          </w:p>
        </w:tc>
        <w:tc>
          <w:tcPr>
            <w:tcW w:type="dxa" w:w="4320"/>
          </w:tcPr>
          <w:p>
            <w:r>
              <w:t>9</w:t>
            </w:r>
          </w:p>
        </w:tc>
      </w:tr>
      <w:tr>
        <w:tc>
          <w:tcPr>
            <w:tcW w:type="dxa" w:w="4320"/>
          </w:tcPr>
          <w:p>
            <w:r>
              <w:t>result, features used</w:t>
            </w:r>
          </w:p>
        </w:tc>
        <w:tc>
          <w:tcPr>
            <w:tcW w:type="dxa" w:w="4320"/>
          </w:tcPr>
          <w:p>
            <w:r>
              <w:t>1,200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0.16</w:t>
            </w:r>
          </w:p>
        </w:tc>
      </w:tr>
      <w:tr>
        <w:tc>
          <w:tcPr>
            <w:tcW w:type="dxa" w:w="4320"/>
          </w:tcPr>
          <w:p>
            <w:r>
              <w:t>billing, list price</w:t>
            </w:r>
          </w:p>
        </w:tc>
        <w:tc>
          <w:tcPr>
            <w:tcW w:type="dxa" w:w="4320"/>
          </w:tcPr>
          <w:p>
            <w:r>
              <w:t>0.16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Prism readings: Emerging hot spots: 1 layer saved: Emerging hot spots: Prism readings (29 features) [11][16].</w:t>
      </w:r>
    </w:p>
    <w:p>
      <w:pPr>
        <w:pStyle w:val="ListBullet"/>
      </w:pPr>
      <w:r>
        <w:rPr>
          <w:b/>
        </w:rPr>
        <w:t xml:space="preserve">Evidenced: </w:t>
      </w:r>
      <w:r>
        <w:t>It reported result, count 29; result, elapsed ms 5; result, resolution 9; result, features used 1,200; result, time neighbors 0; billing, cost 0.16 [16].</w:t>
      </w:r>
    </w:p>
    <w:p>
      <w:r>
        <w:rPr>
          <w:i/>
          <w:color w:val="525252"/>
          <w:sz w:val="17"/>
        </w:rPr>
        <w:t>Tool gp_space_time_hot_spots; parameters {"project": "11fd3b70-5f29-4895-b87f-807f2ec1e52e", "features": {"layer": "Prism readings (920e4ae7)"}, "interval": "week", "bin_shape": "h3", "resolution": 9, "time_field": "observed_at"}</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[17]. In ArcGIS it is Repeat and Near Repeat Classification or Near Repeat Calculator [17].</w:t>
      </w:r>
    </w:p>
    <w:p>
      <w:r>
        <w:rPr>
          <w:b/>
        </w:rPr>
        <w:t xml:space="preserve">Why it was run on this data. </w:t>
      </w:r>
      <w:r>
        <w:rPr>
          <w:i w:val="0"/>
        </w:rPr>
        <w:t>Near repeat analysis tests whether Drill holes close in space also follow each other within 30 days [18].</w:t>
      </w:r>
    </w:p>
    <w:p>
      <w:r>
        <w:rPr>
          <w:b/>
        </w:rPr>
        <w:t xml:space="preserve">What it found. </w:t>
      </w:r>
      <w:r>
        <w:rPr>
          <w:i w:val="0"/>
        </w:rPr>
        <w:t>The analysis used an input of Drill holes [8] to classify</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30</w:t>
            </w:r>
          </w:p>
        </w:tc>
      </w:tr>
      <w:tr>
        <w:tc>
          <w:tcPr>
            <w:tcW w:type="dxa" w:w="4320"/>
          </w:tcPr>
          <w:p>
            <w:r>
              <w:t>result, count</w:t>
            </w:r>
          </w:p>
        </w:tc>
        <w:tc>
          <w:tcPr>
            <w:tcW w:type="dxa" w:w="4320"/>
          </w:tcPr>
          <w:p>
            <w:r>
              <w:t>320</w:t>
            </w:r>
          </w:p>
        </w:tc>
      </w:tr>
      <w:tr>
        <w:tc>
          <w:tcPr>
            <w:tcW w:type="dxa" w:w="4320"/>
          </w:tcPr>
          <w:p>
            <w:r>
              <w:t>result, chains</w:t>
            </w:r>
          </w:p>
        </w:tc>
        <w:tc>
          <w:tcPr>
            <w:tcW w:type="dxa" w:w="4320"/>
          </w:tcPr>
          <w:p>
            <w:r>
              <w:t>41</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8</w:t>
            </w:r>
          </w:p>
        </w:tc>
      </w:tr>
      <w:tr>
        <w:tc>
          <w:tcPr>
            <w:tcW w:type="dxa" w:w="4320"/>
          </w:tcPr>
          <w:p>
            <w:r>
              <w:t>result, pairs linked</w:t>
            </w:r>
          </w:p>
        </w:tc>
        <w:tc>
          <w:tcPr>
            <w:tcW w:type="dxa" w:w="4320"/>
          </w:tcPr>
          <w:p>
            <w:r>
              <w:t>61</w:t>
            </w:r>
          </w:p>
        </w:tc>
      </w:tr>
      <w:tr>
        <w:tc>
          <w:tcPr>
            <w:tcW w:type="dxa" w:w="4320"/>
          </w:tcPr>
          <w:p>
            <w:r>
              <w:t>billing, cost</w:t>
            </w:r>
          </w:p>
        </w:tc>
        <w:tc>
          <w:tcPr>
            <w:tcW w:type="dxa" w:w="4320"/>
          </w:tcPr>
          <w:p>
            <w:r>
              <w:t>0.0596</w:t>
            </w:r>
          </w:p>
        </w:tc>
      </w:tr>
      <w:tr>
        <w:tc>
          <w:tcPr>
            <w:tcW w:type="dxa" w:w="4320"/>
          </w:tcPr>
          <w:p>
            <w:r>
              <w:t>billing, list price</w:t>
            </w:r>
          </w:p>
        </w:tc>
        <w:tc>
          <w:tcPr>
            <w:tcW w:type="dxa" w:w="4320"/>
          </w:tcPr>
          <w:p>
            <w:r>
              <w:t>0.0596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Drill holes: Repeat and near repeat classification: 1 layer saved: Repeat and near repeat classification: Drill holes (320 features) [8][19].</w:t>
      </w:r>
    </w:p>
    <w:p>
      <w:pPr>
        <w:pStyle w:val="ListBullet"/>
      </w:pPr>
      <w:r>
        <w:rPr>
          <w:b/>
        </w:rPr>
        <w:t xml:space="preserve">Evidenced: </w:t>
      </w:r>
      <w:r>
        <w:t>It reported result, days 30; result, count 320; result, chains 41; result, distance m 200; result, elapsed ms 8; result, pairs linked 61 [19].</w:t>
      </w:r>
    </w:p>
    <w:p>
      <w:r>
        <w:rPr>
          <w:i/>
          <w:color w:val="525252"/>
          <w:sz w:val="17"/>
        </w:rPr>
        <w:t>Tool gp_near_repeat; parameters {"days": 30, "project": "11fd3b70-5f29-4895-b87f-807f2ec1e52e", "features": {"layer": "Drill holes (3fc6780a)"}, "distance_m": 200.0, "time_field": "drilled_on"}</w:t>
      </w:r>
    </w:p>
    <w:p>
      <w:pPr>
        <w:pStyle w:val="Heading1"/>
      </w:pPr>
      <w:r>
        <w:t>Summarize within</w:t>
      </w:r>
    </w:p>
    <w:p>
      <w:r>
        <w:rPr>
          <w:b/>
        </w:rPr>
        <w:t xml:space="preserve">What this analysis is. </w:t>
      </w:r>
      <w:r>
        <w:rPr>
          <w:i w:val="0"/>
        </w:rPr>
        <w:t>Summarize within: Count and aggregate the features inside each polygon (or bin), proportionally for lines and polygons [20]. In ArcGIS it is Summarize Within or Aggregate Points; in QGIS, native:countpointsinpolygon or native:sumlinelengths [20].</w:t>
      </w:r>
    </w:p>
    <w:p>
      <w:r>
        <w:rPr>
          <w:b/>
        </w:rPr>
        <w:t xml:space="preserve">Why it was run on this data. </w:t>
      </w:r>
      <w:r>
        <w:rPr>
          <w:i w:val="0"/>
        </w:rPr>
        <w:t>Count Drill holes inside each feature of Geotechnical domains by type; the counts map as a choropleth (natural breaks, sequential colors) [21].</w:t>
      </w:r>
    </w:p>
    <w:p>
      <w:r>
        <w:rPr>
          <w:b/>
        </w:rPr>
        <w:t xml:space="preserve">What it found. </w:t>
      </w:r>
      <w:r>
        <w:rPr>
          <w:i w:val="0"/>
        </w:rPr>
        <w:t>Summarize within on Drill holes, Geotechnical domains: Summarize within: 1 layer saved: Summarize within: Geotechnical domains (6 features) [8][22][23]. It reported result, count 6; result, elapsed ms 1; billing, cost 0.01654; billing, list price 0.01654; billing, upstream cost 0 [22].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0.01654</w:t>
            </w:r>
          </w:p>
        </w:tc>
      </w:tr>
      <w:tr>
        <w:tc>
          <w:tcPr>
            <w:tcW w:type="dxa" w:w="4320"/>
          </w:tcPr>
          <w:p>
            <w:r>
              <w:t>billing, list price</w:t>
            </w:r>
          </w:p>
        </w:tc>
        <w:tc>
          <w:tcPr>
            <w:tcW w:type="dxa" w:w="4320"/>
          </w:tcPr>
          <w:p>
            <w:r>
              <w:t>0.01654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Drill holes, Geotechnical domains: Summarize within: 1 layer saved: Summarize within: Geotechnical domains (6 features) [8][22][23].</w:t>
      </w:r>
    </w:p>
    <w:p>
      <w:pPr>
        <w:pStyle w:val="ListBullet"/>
      </w:pPr>
      <w:r>
        <w:rPr>
          <w:b/>
        </w:rPr>
        <w:t xml:space="preserve">Evidenced: </w:t>
      </w:r>
      <w:r>
        <w:t>It reported result, count 6; result, elapsed ms 1; billing, cost 0.01654; billing, list price 0.01654; billing, upstream cost 0 [22].</w:t>
      </w:r>
    </w:p>
    <w:p>
      <w:r>
        <w:rPr>
          <w:i/>
          <w:color w:val="525252"/>
          <w:sz w:val="17"/>
        </w:rPr>
        <w:t>Tool gp_summarize_within; parameters {"stats": [{"stat": "sum", "field": "depth_m"}], "project": "11fd3b70-5f29-4895-b87f-807f2ec1e52e", "features": {"layer": "Drill holes (3fc6780a)"}, "group_by": "type", "polygons": {"layer": "Geotechnical domains (7e9e4801)"}}</w:t>
      </w:r>
    </w:p>
    <w:p>
      <w:pPr>
        <w:pStyle w:val="Heading1"/>
      </w:pPr>
      <w:r>
        <w:t>Summarize within</w:t>
      </w:r>
    </w:p>
    <w:p>
      <w:r>
        <w:rPr>
          <w:b/>
        </w:rPr>
        <w:t xml:space="preserve">What this analysis is. </w:t>
      </w:r>
      <w:r>
        <w:rPr>
          <w:i w:val="0"/>
        </w:rPr>
        <w:t>Summarize within: Count and aggregate the features inside each polygon (or bin), proportionally for lines and polygons [20]. In ArcGIS it is Summarize Within or Aggregate Points; in QGIS, native:countpointsinpolygon or native:sumlinelengths [20].</w:t>
      </w:r>
    </w:p>
    <w:p>
      <w:r>
        <w:rPr>
          <w:b/>
        </w:rPr>
        <w:t xml:space="preserve">Why it was run on this data. </w:t>
      </w:r>
      <w:r>
        <w:rPr>
          <w:i w:val="0"/>
        </w:rPr>
        <w:t>Count Drill holes inside each feature of Geotechnical domains by type; the counts map as a choropleth (natural breaks, sequential colors) [21].</w:t>
      </w:r>
    </w:p>
    <w:p>
      <w:r>
        <w:rPr>
          <w:b/>
        </w:rPr>
        <w:t xml:space="preserve">What it found. </w:t>
      </w:r>
      <w:r>
        <w:rPr>
          <w:i w:val="0"/>
        </w:rPr>
        <w:t>Summarize within on Prism readings, Geotechnical domains: Summarize within: 1 layer saved: Summarize within: Geotechnical domains (6 features) [11][23][24]. It reported result, count 6; result, elapsed ms 3; billing, cost 0.03414; billing, list price 0.03414; billing, upstream cost 0 [24].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w:t>
            </w:r>
          </w:p>
        </w:tc>
      </w:tr>
      <w:tr>
        <w:tc>
          <w:tcPr>
            <w:tcW w:type="dxa" w:w="4320"/>
          </w:tcPr>
          <w:p>
            <w:r>
              <w:t>result, elapsed ms</w:t>
            </w:r>
          </w:p>
        </w:tc>
        <w:tc>
          <w:tcPr>
            <w:tcW w:type="dxa" w:w="4320"/>
          </w:tcPr>
          <w:p>
            <w:r>
              <w:t>3</w:t>
            </w:r>
          </w:p>
        </w:tc>
      </w:tr>
      <w:tr>
        <w:tc>
          <w:tcPr>
            <w:tcW w:type="dxa" w:w="4320"/>
          </w:tcPr>
          <w:p>
            <w:r>
              <w:t>billing, cost</w:t>
            </w:r>
          </w:p>
        </w:tc>
        <w:tc>
          <w:tcPr>
            <w:tcW w:type="dxa" w:w="4320"/>
          </w:tcPr>
          <w:p>
            <w:r>
              <w:t>0.03414</w:t>
            </w:r>
          </w:p>
        </w:tc>
      </w:tr>
      <w:tr>
        <w:tc>
          <w:tcPr>
            <w:tcW w:type="dxa" w:w="4320"/>
          </w:tcPr>
          <w:p>
            <w:r>
              <w:t>billing, list price</w:t>
            </w:r>
          </w:p>
        </w:tc>
        <w:tc>
          <w:tcPr>
            <w:tcW w:type="dxa" w:w="4320"/>
          </w:tcPr>
          <w:p>
            <w:r>
              <w:t>0.03414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Prism readings, Geotechnical domains: Summarize within: 1 layer saved: Summarize within: Geotechnical domains (6 features) [11][23][24].</w:t>
      </w:r>
    </w:p>
    <w:p>
      <w:pPr>
        <w:pStyle w:val="ListBullet"/>
      </w:pPr>
      <w:r>
        <w:rPr>
          <w:b/>
        </w:rPr>
        <w:t xml:space="preserve">Evidenced: </w:t>
      </w:r>
      <w:r>
        <w:t>It reported result, count 6; result, elapsed ms 3; billing, cost 0.03414; billing, list price 0.03414; billing, upstream cost 0 [24].</w:t>
      </w:r>
    </w:p>
    <w:p>
      <w:r>
        <w:rPr>
          <w:i/>
          <w:color w:val="525252"/>
          <w:sz w:val="17"/>
        </w:rPr>
        <w:t>Tool gp_summarize_within; parameters {"stats": [{"stat": "sum", "field": "displacement_mm"}], "project": "11fd3b70-5f29-4895-b87f-807f2ec1e52e", "features": {"layer": "Prism readings (920e4ae7)"}, "polygons": {"layer": "Geotechnical domains (7e9e4801)"}}</w:t>
      </w:r>
    </w:p>
    <w:p>
      <w:pPr>
        <w:pStyle w:val="Heading1"/>
      </w:pPr>
      <w:r>
        <w:t>Summarize within</w:t>
      </w:r>
    </w:p>
    <w:p>
      <w:r>
        <w:rPr>
          <w:b/>
        </w:rPr>
        <w:t xml:space="preserve">What this analysis is. </w:t>
      </w:r>
      <w:r>
        <w:rPr>
          <w:i w:val="0"/>
        </w:rPr>
        <w:t>Summarize within: Count and aggregate the features inside each polygon (or bin), proportionally for lines and polygons [20]. In ArcGIS it is Summarize Within or Aggregate Points; in QGIS, native:countpointsinpolygon or native:sumlinelengths [20].</w:t>
      </w:r>
    </w:p>
    <w:p>
      <w:r>
        <w:rPr>
          <w:b/>
        </w:rPr>
        <w:t xml:space="preserve">Why it was run on this data. </w:t>
      </w:r>
      <w:r>
        <w:rPr>
          <w:i w:val="0"/>
        </w:rPr>
        <w:t>Count Drill holes inside each feature of Geotechnical domains by type; the counts map as a choropleth (natural breaks, sequential colors) [21].</w:t>
      </w:r>
    </w:p>
    <w:p>
      <w:r>
        <w:rPr>
          <w:b/>
        </w:rPr>
        <w:t xml:space="preserve">What it found. </w:t>
      </w:r>
      <w:r>
        <w:rPr>
          <w:i w:val="0"/>
        </w:rPr>
        <w:t>Summarize within on Monitoring prisms, Geotechnical domains: Summarize within: 1 layer saved: Summarize within: Geotechnical domains (6 features) [23][25][26]. It reported result, count 6; result, elapsed ms 1; billing, cost 0.01134; billing, list price 0.01134; billing, upstream cost 0 [25].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0.01134</w:t>
            </w:r>
          </w:p>
        </w:tc>
      </w:tr>
      <w:tr>
        <w:tc>
          <w:tcPr>
            <w:tcW w:type="dxa" w:w="4320"/>
          </w:tcPr>
          <w:p>
            <w:r>
              <w:t>billing, list price</w:t>
            </w:r>
          </w:p>
        </w:tc>
        <w:tc>
          <w:tcPr>
            <w:tcW w:type="dxa" w:w="4320"/>
          </w:tcPr>
          <w:p>
            <w:r>
              <w:t>0.01134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Monitoring prisms, Geotechnical domains: Summarize within: 1 layer saved: Summarize within: Geotechnical domains (6 features) [23][25][26].</w:t>
      </w:r>
    </w:p>
    <w:p>
      <w:pPr>
        <w:pStyle w:val="ListBullet"/>
      </w:pPr>
      <w:r>
        <w:rPr>
          <w:b/>
        </w:rPr>
        <w:t xml:space="preserve">Evidenced: </w:t>
      </w:r>
      <w:r>
        <w:t>It reported result, count 6; result, elapsed ms 1; billing, cost 0.01134; billing, list price 0.01134; billing, upstream cost 0 [25].</w:t>
      </w:r>
    </w:p>
    <w:p>
      <w:r>
        <w:rPr>
          <w:i/>
          <w:color w:val="525252"/>
          <w:sz w:val="17"/>
        </w:rPr>
        <w:t>A model draft was discarded because a sentence did not cite a source of this section.</w:t>
      </w:r>
    </w:p>
    <w:p>
      <w:r>
        <w:rPr>
          <w:i/>
          <w:color w:val="525252"/>
          <w:sz w:val="17"/>
        </w:rPr>
        <w:t>Tool gp_summarize_within; parameters {"stats": [{"stat": "sum", "field": "elevation_m"}], "project": "11fd3b70-5f29-4895-b87f-807f2ec1e52e", "features": {"layer": "Monitoring prisms (6e51a43e)"}, "group_by": "wall", "polygons": {"layer": "Geotechnical domains (7e9e4801)"}}</w:t>
      </w:r>
    </w:p>
    <w:p>
      <w:pPr>
        <w:pStyle w:val="Heading1"/>
      </w:pPr>
      <w:r>
        <w:t>Find point clusters</w:t>
      </w:r>
    </w:p>
    <w:p>
      <w:r>
        <w:rPr>
          <w:b/>
        </w:rPr>
        <w:t xml:space="preserve">What this analysis is. </w:t>
      </w:r>
      <w:r>
        <w:rPr>
          <w:i w:val="0"/>
        </w:rPr>
        <w:t>Find point clusters: Density-based clusters (DBSCAN, HDBSCAN or OPTICS, optionally space-time) with hulls and noise [27]. In ArcGIS it is Find Point Clusters or Density-based Clustering; in QGIS, native:dbscanclustering or native:stdbscanclustering [27].</w:t>
      </w:r>
    </w:p>
    <w:p>
      <w:r>
        <w:rPr>
          <w:b/>
        </w:rPr>
        <w:t xml:space="preserve">Why it was run on this data. </w:t>
      </w:r>
      <w:r>
        <w:rPr>
          <w:i w:val="0"/>
        </w:rPr>
        <w:t>DBSCAN finds dense groups of Drill holes and separates noise [28].</w:t>
      </w:r>
    </w:p>
    <w:p>
      <w:r>
        <w:rPr>
          <w:b/>
        </w:rPr>
        <w:t xml:space="preserve">What it found. </w:t>
      </w:r>
      <w:r>
        <w:rPr>
          <w:i w:val="0"/>
        </w:rPr>
        <w:t>Find point clusters on Drill holes: Find point clusters: 2 layers saved: Find point clusters: Drill holes (320 features); Find point clusters: cluster hulls (10 features) [8][29]. It reported result, count 320; result, noise 93; result, distance m 200; result, elapsed ms 9; result, min points 8; billing, cost 0.0564 [29].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320</w:t>
            </w:r>
          </w:p>
        </w:tc>
      </w:tr>
      <w:tr>
        <w:tc>
          <w:tcPr>
            <w:tcW w:type="dxa" w:w="4320"/>
          </w:tcPr>
          <w:p>
            <w:r>
              <w:t>result, noise</w:t>
            </w:r>
          </w:p>
        </w:tc>
        <w:tc>
          <w:tcPr>
            <w:tcW w:type="dxa" w:w="4320"/>
          </w:tcPr>
          <w:p>
            <w:r>
              <w:t>93</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9</w:t>
            </w:r>
          </w:p>
        </w:tc>
      </w:tr>
      <w:tr>
        <w:tc>
          <w:tcPr>
            <w:tcW w:type="dxa" w:w="4320"/>
          </w:tcPr>
          <w:p>
            <w:r>
              <w:t>result, min points</w:t>
            </w:r>
          </w:p>
        </w:tc>
        <w:tc>
          <w:tcPr>
            <w:tcW w:type="dxa" w:w="4320"/>
          </w:tcPr>
          <w:p>
            <w:r>
              <w:t>8</w:t>
            </w:r>
          </w:p>
        </w:tc>
      </w:tr>
      <w:tr>
        <w:tc>
          <w:tcPr>
            <w:tcW w:type="dxa" w:w="4320"/>
          </w:tcPr>
          <w:p>
            <w:r>
              <w:t>billing, cost</w:t>
            </w:r>
          </w:p>
        </w:tc>
        <w:tc>
          <w:tcPr>
            <w:tcW w:type="dxa" w:w="4320"/>
          </w:tcPr>
          <w:p>
            <w:r>
              <w:t>0.0564</w:t>
            </w:r>
          </w:p>
        </w:tc>
      </w:tr>
      <w:tr>
        <w:tc>
          <w:tcPr>
            <w:tcW w:type="dxa" w:w="4320"/>
          </w:tcPr>
          <w:p>
            <w:r>
              <w:t>billing, list price</w:t>
            </w:r>
          </w:p>
        </w:tc>
        <w:tc>
          <w:tcPr>
            <w:tcW w:type="dxa" w:w="4320"/>
          </w:tcPr>
          <w:p>
            <w:r>
              <w:t>0.0564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Drill holes: Find point clusters: 2 layers saved: Find point clusters: Drill holes (320 features); Find point clusters: cluster hulls (10 features) [8][29].</w:t>
      </w:r>
    </w:p>
    <w:p>
      <w:pPr>
        <w:pStyle w:val="ListBullet"/>
      </w:pPr>
      <w:r>
        <w:rPr>
          <w:b/>
        </w:rPr>
        <w:t xml:space="preserve">Evidenced: </w:t>
      </w:r>
      <w:r>
        <w:t>It reported result, count 320; result, noise 93; result, distance m 200; result, elapsed ms 9; result, min points 8; billing, cost 0.0564 [29].</w:t>
      </w:r>
    </w:p>
    <w:p>
      <w:r>
        <w:rPr>
          <w:i/>
          <w:color w:val="525252"/>
          <w:sz w:val="17"/>
        </w:rPr>
        <w:t>Tool gp_find_point_clusters; parameters {"method": "dbscan", "project": "11fd3b70-5f29-4895-b87f-807f2ec1e52e", "features": {"layer": "Drill holes (3fc6780a)"}, "distance_m": 200.0, "min_points": 8}</w:t>
      </w:r>
    </w:p>
    <w:p>
      <w:pPr>
        <w:pStyle w:val="Heading1"/>
      </w:pPr>
      <w:r>
        <w:t>Find point clusters</w:t>
      </w:r>
    </w:p>
    <w:p>
      <w:r>
        <w:rPr>
          <w:b/>
        </w:rPr>
        <w:t xml:space="preserve">What this analysis is. </w:t>
      </w:r>
      <w:r>
        <w:rPr>
          <w:i w:val="0"/>
        </w:rPr>
        <w:t>Find point clusters: Density-based clusters (DBSCAN, HDBSCAN or OPTICS, optionally space-time) with hulls and noise [27]. In ArcGIS it is Find Point Clusters or Density-based Clustering; in QGIS, native:dbscanclustering or native:stdbscanclustering [27].</w:t>
      </w:r>
    </w:p>
    <w:p>
      <w:r>
        <w:rPr>
          <w:b/>
        </w:rPr>
        <w:t xml:space="preserve">Why it was run on this data. </w:t>
      </w:r>
      <w:r>
        <w:rPr>
          <w:i w:val="0"/>
        </w:rPr>
        <w:t>DBSCAN finds dense groups of Prism readings and separates noise [30].</w:t>
      </w:r>
    </w:p>
    <w:p>
      <w:r>
        <w:rPr>
          <w:b/>
        </w:rPr>
        <w:t xml:space="preserve">What it found. </w:t>
      </w:r>
      <w:r>
        <w:rPr>
          <w:i w:val="0"/>
        </w:rPr>
        <w:t>The cluster finding process began using the Prism readings as input [11]. The `gp_find_point_clusters` tool was executed, which saved a total of 2 layers [31].</w:t>
      </w:r>
    </w:p>
    <w:p>
      <w:r>
        <w:rPr>
          <w:b/>
        </w:rPr>
        <w:t>Findings</w:t>
      </w:r>
    </w:p>
    <w:p>
      <w:pPr>
        <w:pStyle w:val="ListBullet"/>
      </w:pPr>
      <w:r>
        <w:rPr>
          <w:b/>
        </w:rPr>
        <w:t xml:space="preserve">Evidenced: </w:t>
      </w:r>
      <w:r>
        <w:t>Find point clusters on Prism readings: Find point clusters: 2 layers saved: Find point clusters: Prism readings (1200 features); Find point clusters: cluster hulls (60 features) [11][31].</w:t>
      </w:r>
    </w:p>
    <w:p>
      <w:r>
        <w:rPr>
          <w:i/>
          <w:color w:val="525252"/>
          <w:sz w:val="17"/>
        </w:rPr>
        <w:t>Tool gp_find_point_clusters; parameters {"method": "dbscan", "project": "11fd3b70-5f29-4895-b87f-807f2ec1e52e", "features": {"layer": "Prism readings (920e4ae7)"}, "distance_m": 50.0, "min_points": 20}</w:t>
      </w:r>
    </w:p>
    <w:p>
      <w:pPr>
        <w:pStyle w:val="Heading1"/>
      </w:pPr>
      <w:r>
        <w:t>Find point clusters</w:t>
      </w:r>
    </w:p>
    <w:p>
      <w:r>
        <w:rPr>
          <w:b/>
        </w:rPr>
        <w:t xml:space="preserve">What this analysis is. </w:t>
      </w:r>
      <w:r>
        <w:rPr>
          <w:i w:val="0"/>
        </w:rPr>
        <w:t>Find point clusters: Density-based clusters (DBSCAN, HDBSCAN or OPTICS, optionally space-time) with hulls and noise [27]. In ArcGIS it is Find Point Clusters or Density-based Clustering; in QGIS, native:dbscanclustering or native:stdbscanclustering [27].</w:t>
      </w:r>
    </w:p>
    <w:p>
      <w:r>
        <w:rPr>
          <w:b/>
        </w:rPr>
        <w:t xml:space="preserve">Why it was run on this data. </w:t>
      </w:r>
      <w:r>
        <w:rPr>
          <w:i w:val="0"/>
        </w:rPr>
        <w:t>DBSCAN finds dense groups of Monitoring prisms and separates noise [32].</w:t>
      </w:r>
    </w:p>
    <w:p>
      <w:r>
        <w:rPr>
          <w:b/>
        </w:rPr>
        <w:t xml:space="preserve">What it found. </w:t>
      </w:r>
      <w:r>
        <w:rPr>
          <w:i w:val="0"/>
        </w:rPr>
        <w:t>Find point clusters on Monitoring prisms: Find point clusters: 2 layers saved: Find point clusters: Monitoring prisms (60 features); Find point clusters: cluster hulls (4 features) [26][33]. It reported result, count 60; result, noise 5; result, distance m 200; result, elapsed ms 2; result, min points 3; billing, cost 0.0512 [33].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60</w:t>
            </w:r>
          </w:p>
        </w:tc>
      </w:tr>
      <w:tr>
        <w:tc>
          <w:tcPr>
            <w:tcW w:type="dxa" w:w="4320"/>
          </w:tcPr>
          <w:p>
            <w:r>
              <w:t>result, noise</w:t>
            </w:r>
          </w:p>
        </w:tc>
        <w:tc>
          <w:tcPr>
            <w:tcW w:type="dxa" w:w="4320"/>
          </w:tcPr>
          <w:p>
            <w:r>
              <w:t>5</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2</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0.0512</w:t>
            </w:r>
          </w:p>
        </w:tc>
      </w:tr>
      <w:tr>
        <w:tc>
          <w:tcPr>
            <w:tcW w:type="dxa" w:w="4320"/>
          </w:tcPr>
          <w:p>
            <w:r>
              <w:t>billing, list price</w:t>
            </w:r>
          </w:p>
        </w:tc>
        <w:tc>
          <w:tcPr>
            <w:tcW w:type="dxa" w:w="4320"/>
          </w:tcPr>
          <w:p>
            <w:r>
              <w:t>0.0512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Monitoring prisms: Find point clusters: 2 layers saved: Find point clusters: Monitoring prisms (60 features); Find point clusters: cluster hulls (4 features) [26][33].</w:t>
      </w:r>
    </w:p>
    <w:p>
      <w:pPr>
        <w:pStyle w:val="ListBullet"/>
      </w:pPr>
      <w:r>
        <w:rPr>
          <w:b/>
        </w:rPr>
        <w:t xml:space="preserve">Evidenced: </w:t>
      </w:r>
      <w:r>
        <w:t>It reported result, count 60; result, noise 5; result, distance m 200; result, elapsed ms 2; result, min points 3; billing, cost 0.0512 [33].</w:t>
      </w:r>
    </w:p>
    <w:p>
      <w:r>
        <w:rPr>
          <w:i/>
          <w:color w:val="525252"/>
          <w:sz w:val="17"/>
        </w:rPr>
        <w:t>Tool gp_find_point_clusters; parameters {"method": "dbscan", "project": "11fd3b70-5f29-4895-b87f-807f2ec1e52e", "features": {"layer": "Monitoring prisms (6e51a43e)"}, "distance_m": 200.0, "min_points": 3}</w:t>
      </w:r>
    </w:p>
    <w:p>
      <w:pPr>
        <w:pStyle w:val="Heading1"/>
      </w:pPr>
      <w:r>
        <w:t>Zonal statistics</w:t>
      </w:r>
    </w:p>
    <w:p>
      <w:r>
        <w:rPr>
          <w:b/>
        </w:rPr>
        <w:t xml:space="preserve">What this analysis is. </w:t>
      </w:r>
      <w:r>
        <w:rPr>
          <w:i w:val="0"/>
        </w:rPr>
        <w:t>Zonal statistics: count/min/max/mean/std/sum/median/majority per polygon as a table and as GeoJSON [34]. In ArcGIS it is Zonal Statistics as Table (polygons) [34].</w:t>
      </w:r>
    </w:p>
    <w:p>
      <w:r>
        <w:rPr>
          <w:b/>
        </w:rPr>
        <w:t xml:space="preserve">Why it was run on this data. </w:t>
      </w:r>
      <w:r>
        <w:rPr>
          <w:i w:val="0"/>
        </w:rPr>
        <w:t>Statistics of Mine terrain model (DEM) inside each feature of Geotechnical domains [35].</w:t>
      </w:r>
    </w:p>
    <w:p>
      <w:r>
        <w:rPr>
          <w:b/>
        </w:rPr>
        <w:t xml:space="preserve">What it found. </w:t>
      </w:r>
      <w:r>
        <w:rPr>
          <w:i w:val="0"/>
        </w:rPr>
        <w:t>The analysis involved Zonal statistics using the rs_zonal_statistics tool [36]. The tool summary reports the generation of 6 row(s) [36]. It is noted that the analysis involved 6 zones [36].</w:t>
      </w:r>
    </w:p>
    <w:p>
      <w:r>
        <w:rPr>
          <w:b/>
        </w:rPr>
        <w:t>Findings</w:t>
      </w:r>
    </w:p>
    <w:p>
      <w:pPr>
        <w:pStyle w:val="ListBullet"/>
      </w:pPr>
      <w:r>
        <w:rPr>
          <w:b/>
        </w:rPr>
        <w:t xml:space="preserve">Evidenced: </w:t>
      </w:r>
      <w:r>
        <w:t>Zonal statistics: Zonal statistics: 6 row(s) [36].</w:t>
      </w:r>
    </w:p>
    <w:p>
      <w:pPr>
        <w:pStyle w:val="ListBullet"/>
      </w:pPr>
      <w:r>
        <w:rPr>
          <w:b/>
        </w:rPr>
        <w:t xml:space="preserve">Evidenced: </w:t>
      </w:r>
      <w:r>
        <w:t>zones 6 [36].</w:t>
      </w:r>
    </w:p>
    <w:p>
      <w:r>
        <w:rPr>
          <w:i/>
          <w:color w:val="525252"/>
          <w:sz w:val="17"/>
        </w:rPr>
        <w:t>Tool rs_zonal_statistics; parameters {"stats": ["mean", "min", "max", "std"], "zones": "Geotechnical domains (7e9e4801)", "raster_id": "Mine terrain model (DEM) (d3bacd4c)"}</w:t>
      </w:r>
    </w:p>
    <w:p>
      <w:pPr>
        <w:pStyle w:val="Heading1"/>
      </w:pPr>
      <w:r>
        <w:t>Zonal statistics</w:t>
      </w:r>
    </w:p>
    <w:p>
      <w:r>
        <w:rPr>
          <w:b/>
        </w:rPr>
        <w:t xml:space="preserve">What this analysis is. </w:t>
      </w:r>
      <w:r>
        <w:rPr>
          <w:i w:val="0"/>
        </w:rPr>
        <w:t>Zonal statistics: count/min/max/mean/std/sum/median/majority per polygon as a table and as GeoJSON [34]. In ArcGIS it is Zonal Statistics as Table (polygons) [34].</w:t>
      </w:r>
    </w:p>
    <w:p>
      <w:r>
        <w:rPr>
          <w:b/>
        </w:rPr>
        <w:t xml:space="preserve">Why it was run on this data. </w:t>
      </w:r>
      <w:r>
        <w:rPr>
          <w:i w:val="0"/>
        </w:rPr>
        <w:t>Statistics of Mine terrain model (DEM) inside each feature of Geotechnical domains [35].</w:t>
      </w:r>
    </w:p>
    <w:p>
      <w:r>
        <w:rPr>
          <w:b/>
        </w:rPr>
        <w:t xml:space="preserve">What it found. </w:t>
      </w:r>
      <w:r>
        <w:rPr>
          <w:i w:val="0"/>
        </w:rPr>
        <w:t>The analysis utilized the Zonal statistics tool, which is also referenced as rs_zonal_statistics [37]. This process yielded 7 row(s) [37]. The resulting data analyzed 7 zones [37].</w:t>
      </w:r>
    </w:p>
    <w:p>
      <w:r>
        <w:rPr>
          <w:b/>
        </w:rPr>
        <w:t>Findings</w:t>
      </w:r>
    </w:p>
    <w:p>
      <w:pPr>
        <w:pStyle w:val="ListBullet"/>
      </w:pPr>
      <w:r>
        <w:rPr>
          <w:b/>
        </w:rPr>
        <w:t xml:space="preserve">Evidenced: </w:t>
      </w:r>
      <w:r>
        <w:t>Zonal statistics: Zonal statistics: 7 row(s) [37].</w:t>
      </w:r>
    </w:p>
    <w:p>
      <w:pPr>
        <w:pStyle w:val="ListBullet"/>
      </w:pPr>
      <w:r>
        <w:rPr>
          <w:b/>
        </w:rPr>
        <w:t xml:space="preserve">Evidenced: </w:t>
      </w:r>
      <w:r>
        <w:t>zones 7 [37].</w:t>
      </w:r>
    </w:p>
    <w:p>
      <w:r>
        <w:rPr>
          <w:i/>
          <w:color w:val="525252"/>
          <w:sz w:val="17"/>
        </w:rPr>
        <w:t>Tool rs_zonal_statistics; parameters {"stats": ["mean", "min", "max", "std"], "zones": "Mine areas (e1015218)", "raster_id": "Mine terrain model (DEM) (d3bacd4c)"}</w:t>
      </w:r>
    </w:p>
    <w:p>
      <w:pPr>
        <w:pStyle w:val="Heading1"/>
      </w:pPr>
      <w:r>
        <w:t>Slope</w:t>
      </w:r>
    </w:p>
    <w:p>
      <w:r>
        <w:rPr>
          <w:b/>
        </w:rPr>
        <w:t xml:space="preserve">What this analysis is. </w:t>
      </w:r>
      <w:r>
        <w:rPr>
          <w:i w:val="0"/>
        </w:rPr>
        <w:t>Slope: Horn slope in degrees or percent, with the share of ground in six grade classes [38]. In ArcGIS it is Slope (Spatial Analyst); in QGIS, Slope (GDAL DEM) [38].</w:t>
      </w:r>
    </w:p>
    <w:p>
      <w:r>
        <w:rPr>
          <w:b/>
        </w:rPr>
        <w:t xml:space="preserve">Why it was run on this data. </w:t>
      </w:r>
      <w:r>
        <w:rPr>
          <w:i w:val="0"/>
        </w:rPr>
        <w:t>Slope of the Mine terrain model (DEM) surface [39].</w:t>
      </w:r>
    </w:p>
    <w:p>
      <w:r>
        <w:rPr>
          <w:b/>
        </w:rPr>
        <w:t xml:space="preserve">What it found. </w:t>
      </w:r>
      <w:r>
        <w:rPr>
          <w:i w:val="0"/>
        </w:rPr>
        <w:t>The slope analysis was conducted over an area of 48.00 km² [40].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dem, cols</w:t>
            </w:r>
          </w:p>
        </w:tc>
        <w:tc>
          <w:tcPr>
            <w:tcW w:type="dxa" w:w="4320"/>
          </w:tcPr>
          <w:p>
            <w:r>
              <w:t>400</w:t>
            </w:r>
          </w:p>
        </w:tc>
      </w:tr>
      <w:tr>
        <w:tc>
          <w:tcPr>
            <w:tcW w:type="dxa" w:w="4320"/>
          </w:tcPr>
          <w:p>
            <w:r>
              <w:t>dem, rows</w:t>
            </w:r>
          </w:p>
        </w:tc>
        <w:tc>
          <w:tcPr>
            <w:tcW w:type="dxa" w:w="4320"/>
          </w:tcPr>
          <w:p>
            <w:r>
              <w:t>300</w:t>
            </w:r>
          </w:p>
        </w:tc>
      </w:tr>
      <w:tr>
        <w:tc>
          <w:tcPr>
            <w:tcW w:type="dxa" w:w="4320"/>
          </w:tcPr>
          <w:p>
            <w:r>
              <w:t>dem, cell m</w:t>
            </w:r>
          </w:p>
        </w:tc>
        <w:tc>
          <w:tcPr>
            <w:tcW w:type="dxa" w:w="4320"/>
          </w:tcPr>
          <w:p>
            <w:r>
              <w:t>20</w:t>
            </w:r>
          </w:p>
        </w:tc>
      </w:tr>
      <w:tr>
        <w:tc>
          <w:tcPr>
            <w:tcW w:type="dxa" w:w="4320"/>
          </w:tcPr>
          <w:p>
            <w:r>
              <w:t>dem, relief m</w:t>
            </w:r>
          </w:p>
        </w:tc>
        <w:tc>
          <w:tcPr>
            <w:tcW w:type="dxa" w:w="4320"/>
          </w:tcPr>
          <w:p>
            <w:r>
              <w:t>320.7</w:t>
            </w:r>
          </w:p>
        </w:tc>
      </w:tr>
      <w:tr>
        <w:tc>
          <w:tcPr>
            <w:tcW w:type="dxa" w:w="4320"/>
          </w:tcPr>
          <w:p>
            <w:r>
              <w:t>dem, elev max m</w:t>
            </w:r>
          </w:p>
        </w:tc>
        <w:tc>
          <w:tcPr>
            <w:tcW w:type="dxa" w:w="4320"/>
          </w:tcPr>
          <w:p>
            <w:r>
              <w:t>630.1</w:t>
            </w:r>
          </w:p>
        </w:tc>
      </w:tr>
      <w:tr>
        <w:tc>
          <w:tcPr>
            <w:tcW w:type="dxa" w:w="4320"/>
          </w:tcPr>
          <w:p>
            <w:r>
              <w:t>dem, elev min m</w:t>
            </w:r>
          </w:p>
        </w:tc>
        <w:tc>
          <w:tcPr>
            <w:tcW w:type="dxa" w:w="4320"/>
          </w:tcPr>
          <w:p>
            <w:r>
              <w:t>309.4</w:t>
            </w:r>
          </w:p>
        </w:tc>
      </w:tr>
      <w:tr>
        <w:tc>
          <w:tcPr>
            <w:tcW w:type="dxa" w:w="4320"/>
          </w:tcPr>
          <w:p>
            <w:r>
              <w:t>dem, elev mean m</w:t>
            </w:r>
          </w:p>
        </w:tc>
        <w:tc>
          <w:tcPr>
            <w:tcW w:type="dxa" w:w="4320"/>
          </w:tcPr>
          <w:p>
            <w:r>
              <w:t>570.3</w:t>
            </w:r>
          </w:p>
        </w:tc>
      </w:tr>
      <w:tr>
        <w:tc>
          <w:tcPr>
            <w:tcW w:type="dxa" w:w="4320"/>
          </w:tcPr>
          <w:p>
            <w:r>
              <w:t>dem, missing frac</w:t>
            </w:r>
          </w:p>
        </w:tc>
        <w:tc>
          <w:tcPr>
            <w:tcW w:type="dxa" w:w="4320"/>
          </w:tcPr>
          <w:p>
            <w:r>
              <w:t>0</w:t>
            </w:r>
          </w:p>
        </w:tc>
      </w:tr>
      <w:tr>
        <w:tc>
          <w:tcPr>
            <w:tcW w:type="dxa" w:w="4320"/>
          </w:tcPr>
          <w:p>
            <w:r>
              <w:t>cost, usd</w:t>
            </w:r>
          </w:p>
        </w:tc>
        <w:tc>
          <w:tcPr>
            <w:tcW w:type="dxa" w:w="4320"/>
          </w:tcPr>
          <w:p>
            <w:r>
              <w:t>0</w:t>
            </w:r>
          </w:p>
        </w:tc>
      </w:tr>
      <w:tr>
        <w:tc>
          <w:tcPr>
            <w:tcW w:type="dxa" w:w="4320"/>
          </w:tcPr>
          <w:p>
            <w:r>
              <w:t>grid, cols</w:t>
            </w:r>
          </w:p>
        </w:tc>
        <w:tc>
          <w:tcPr>
            <w:tcW w:type="dxa" w:w="4320"/>
          </w:tcPr>
          <w:p>
            <w:r>
              <w:t>400</w:t>
            </w:r>
          </w:p>
        </w:tc>
      </w:tr>
      <w:tr>
        <w:tc>
          <w:tcPr>
            <w:tcW w:type="dxa" w:w="4320"/>
          </w:tcPr>
          <w:p>
            <w:r>
              <w:t>grid, rows</w:t>
            </w:r>
          </w:p>
        </w:tc>
        <w:tc>
          <w:tcPr>
            <w:tcW w:type="dxa" w:w="4320"/>
          </w:tcPr>
          <w:p>
            <w:r>
              <w:t>300</w:t>
            </w:r>
          </w:p>
        </w:tc>
      </w:tr>
      <w:tr>
        <w:tc>
          <w:tcPr>
            <w:tcW w:type="dxa" w:w="4320"/>
          </w:tcPr>
          <w:p>
            <w:r>
              <w:t>grid, cell m</w:t>
            </w:r>
          </w:p>
        </w:tc>
        <w:tc>
          <w:tcPr>
            <w:tcW w:type="dxa" w:w="4320"/>
          </w:tcPr>
          <w:p>
            <w:r>
              <w:t>20</w:t>
            </w:r>
          </w:p>
        </w:tc>
      </w:tr>
      <w:tr>
        <w:tc>
          <w:tcPr>
            <w:tcW w:type="dxa" w:w="4320"/>
          </w:tcPr>
          <w:p>
            <w:r>
              <w:t>stats, max</w:t>
            </w:r>
          </w:p>
        </w:tc>
        <w:tc>
          <w:tcPr>
            <w:tcW w:type="dxa" w:w="4320"/>
          </w:tcPr>
          <w:p>
            <w:r>
              <w:t>36.74</w:t>
            </w:r>
          </w:p>
        </w:tc>
      </w:tr>
      <w:tr>
        <w:tc>
          <w:tcPr>
            <w:tcW w:type="dxa" w:w="4320"/>
          </w:tcPr>
          <w:p>
            <w:r>
              <w:t>stats, min</w:t>
            </w:r>
          </w:p>
        </w:tc>
        <w:tc>
          <w:tcPr>
            <w:tcW w:type="dxa" w:w="4320"/>
          </w:tcPr>
          <w:p>
            <w:r>
              <w:t>0</w:t>
            </w:r>
          </w:p>
        </w:tc>
      </w:tr>
      <w:tr>
        <w:tc>
          <w:tcPr>
            <w:tcW w:type="dxa" w:w="4320"/>
          </w:tcPr>
          <w:p>
            <w:r>
              <w:t>stats, mean</w:t>
            </w:r>
          </w:p>
        </w:tc>
        <w:tc>
          <w:tcPr>
            <w:tcW w:type="dxa" w:w="4320"/>
          </w:tcPr>
          <w:p>
            <w:r>
              <w:t>2.68</w:t>
            </w:r>
          </w:p>
        </w:tc>
      </w:tr>
      <w:tr>
        <w:tc>
          <w:tcPr>
            <w:tcW w:type="dxa" w:w="4320"/>
          </w:tcPr>
          <w:p>
            <w:r>
              <w:t>stats, median</w:t>
            </w:r>
          </w:p>
        </w:tc>
        <w:tc>
          <w:tcPr>
            <w:tcW w:type="dxa" w:w="4320"/>
          </w:tcPr>
          <w:p>
            <w:r>
              <w:t>0.99</w:t>
            </w:r>
          </w:p>
        </w:tc>
      </w:tr>
      <w:tr>
        <w:tc>
          <w:tcPr>
            <w:tcW w:type="dxa" w:w="4320"/>
          </w:tcPr>
          <w:p>
            <w:r>
              <w:t>stats, steeper than 15pct</w:t>
            </w:r>
          </w:p>
        </w:tc>
        <w:tc>
          <w:tcPr>
            <w:tcW w:type="dxa" w:w="4320"/>
          </w:tcPr>
          <w:p>
            <w:r>
              <w:t>8.62</w:t>
            </w:r>
          </w:p>
        </w:tc>
      </w:tr>
      <w:tr>
        <w:tc>
          <w:tcPr>
            <w:tcW w:type="dxa" w:w="4320"/>
          </w:tcPr>
          <w:p>
            <w:r>
              <w:t>rows left out</w:t>
            </w:r>
          </w:p>
        </w:tc>
        <w:tc>
          <w:tcPr>
            <w:tcW w:type="dxa" w:w="4320"/>
          </w:tcPr>
          <w:p>
            <w:r>
              <w:t>0</w:t>
            </w:r>
          </w:p>
        </w:tc>
      </w:tr>
    </w:tbl>
    <w:p/>
    <w:p>
      <w:r>
        <w:rPr>
          <w:b/>
        </w:rPr>
        <w:t>Findings</w:t>
      </w:r>
    </w:p>
    <w:p>
      <w:pPr>
        <w:pStyle w:val="ListBullet"/>
      </w:pPr>
      <w:r>
        <w:rPr>
          <w:b/>
        </w:rPr>
        <w:t xml:space="preserve">Evidenced: </w:t>
      </w:r>
      <w:r>
        <w:t>Slope on Mine terrain model (DEM): Slope over 48.00 km2: mean 2.68 degrees, max 36.74 degrees; 9% of the ground is steeper than 15% [40][41].</w:t>
      </w:r>
    </w:p>
    <w:p>
      <w:pPr>
        <w:pStyle w:val="ListBullet"/>
      </w:pPr>
      <w:r>
        <w:rPr>
          <w:b/>
        </w:rPr>
        <w:t xml:space="preserve">Evidenced: </w:t>
      </w:r>
      <w:r>
        <w:t>DEM: Mine terrain model (DEM) [40][41].</w:t>
      </w:r>
    </w:p>
    <w:p>
      <w:pPr>
        <w:pStyle w:val="ListBullet"/>
      </w:pPr>
      <w:r>
        <w:rPr>
          <w:b/>
        </w:rPr>
        <w:t xml:space="preserve">Evidenced: </w:t>
      </w:r>
      <w:r>
        <w:t>Verified: 2 checks passed [40][41].</w:t>
      </w:r>
    </w:p>
    <w:p>
      <w:pPr>
        <w:pStyle w:val="ListBullet"/>
      </w:pPr>
      <w:r>
        <w:rPr>
          <w:b/>
        </w:rPr>
        <w:t xml:space="preserve">Evidenced: </w:t>
      </w:r>
      <w:r>
        <w:t>It reported dem, cols 400; dem, rows 300; dem, cell m 20; dem, relief m 320.7; dem, elev max m 630.1; dem, elev min m 309.4 [40].</w:t>
      </w:r>
    </w:p>
    <w:p>
      <w:r>
        <w:rPr>
          <w:i/>
          <w:color w:val="525252"/>
          <w:sz w:val="17"/>
        </w:rPr>
        <w:t>Tool tr_slope; parameters {"dem": {"layer": "Mine terrain model (DEM) (d3bacd4c)"}, "project": "11fd3b70-5f29-4895-b87f-807f2ec1e52e"}</w:t>
      </w:r>
    </w:p>
    <w:p>
      <w:pPr>
        <w:pStyle w:val="Heading1"/>
      </w:pPr>
      <w:r>
        <w:t>Calculate density</w:t>
      </w:r>
    </w:p>
    <w:p>
      <w:r>
        <w:rPr>
          <w:b/>
        </w:rPr>
        <w:t xml:space="preserve">What this analysis is. </w:t>
      </w:r>
      <w:r>
        <w:rPr>
          <w:i w:val="0"/>
        </w:rPr>
        <w:t>Calculate density: Kernel density per square kilometer on a grid [42]. In ArcGIS it is Calculate Density or Kernel Density; in QGIS, native:heatmapkerneldensityestimation [42].</w:t>
      </w:r>
    </w:p>
    <w:p>
      <w:r>
        <w:rPr>
          <w:b/>
        </w:rPr>
        <w:t xml:space="preserve">Why it was run on this data. </w:t>
      </w:r>
      <w:r>
        <w:rPr>
          <w:i w:val="0"/>
        </w:rPr>
        <w:t>320 points in Drill holes: a density surface shows where they concentrate [43].</w:t>
      </w:r>
    </w:p>
    <w:p>
      <w:r>
        <w:rPr>
          <w:b/>
        </w:rPr>
        <w:t xml:space="preserve">What it found. </w:t>
      </w:r>
      <w:r>
        <w:rPr>
          <w:i w:val="0"/>
        </w:rPr>
        <w:t>The density calculation was performed on 328 drill holes [44]. The resulting maximum density recorded was 81.67 per km2 [44]. The total elapsed time for the calculation was 11 ms [44]. Furthermore, the billing cost associated with this service was 0.0564 [44].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328</w:t>
            </w:r>
          </w:p>
        </w:tc>
      </w:tr>
      <w:tr>
        <w:tc>
          <w:tcPr>
            <w:tcW w:type="dxa" w:w="4320"/>
          </w:tcPr>
          <w:p>
            <w:r>
              <w:t>result, elapsed ms</w:t>
            </w:r>
          </w:p>
        </w:tc>
        <w:tc>
          <w:tcPr>
            <w:tcW w:type="dxa" w:w="4320"/>
          </w:tcPr>
          <w:p>
            <w:r>
              <w:t>11</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81.67</w:t>
            </w:r>
          </w:p>
        </w:tc>
      </w:tr>
      <w:tr>
        <w:tc>
          <w:tcPr>
            <w:tcW w:type="dxa" w:w="4320"/>
          </w:tcPr>
          <w:p>
            <w:r>
              <w:t>billing, cost</w:t>
            </w:r>
          </w:p>
        </w:tc>
        <w:tc>
          <w:tcPr>
            <w:tcW w:type="dxa" w:w="4320"/>
          </w:tcPr>
          <w:p>
            <w:r>
              <w:t>0.0564</w:t>
            </w:r>
          </w:p>
        </w:tc>
      </w:tr>
      <w:tr>
        <w:tc>
          <w:tcPr>
            <w:tcW w:type="dxa" w:w="4320"/>
          </w:tcPr>
          <w:p>
            <w:r>
              <w:t>billing, list price</w:t>
            </w:r>
          </w:p>
        </w:tc>
        <w:tc>
          <w:tcPr>
            <w:tcW w:type="dxa" w:w="4320"/>
          </w:tcPr>
          <w:p>
            <w:r>
              <w:t>0.0564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Drill holes: Calculate density: 1 layer saved: Calculate density: Drill holes (328 features) [8][44].</w:t>
      </w:r>
    </w:p>
    <w:p>
      <w:pPr>
        <w:pStyle w:val="ListBullet"/>
      </w:pPr>
      <w:r>
        <w:rPr>
          <w:b/>
        </w:rPr>
        <w:t xml:space="preserve">Evidenced: </w:t>
      </w:r>
      <w:r>
        <w:t>It reported result, count 328; result, elapsed ms 11; result, bandwidth m 500; result, cell size m 200; result, excluded null 0; result, max density per km2 81.67 [44].</w:t>
      </w:r>
    </w:p>
    <w:p>
      <w:r>
        <w:rPr>
          <w:i/>
          <w:color w:val="525252"/>
          <w:sz w:val="17"/>
        </w:rPr>
        <w:t>Tool gp_calculate_density; parameters {"kernel": "quartic", "project": "11fd3b70-5f29-4895-b87f-807f2ec1e52e", "features": {"layer": "Drill holes (3fc6780a)"}, "bandwidth_m": 500.0, "cell_size_m": 200.0}</w:t>
      </w:r>
    </w:p>
    <w:p>
      <w:pPr>
        <w:pStyle w:val="Heading1"/>
      </w:pPr>
      <w:r>
        <w:t>Calculate density</w:t>
      </w:r>
    </w:p>
    <w:p>
      <w:r>
        <w:rPr>
          <w:b/>
        </w:rPr>
        <w:t xml:space="preserve">What this analysis is. </w:t>
      </w:r>
      <w:r>
        <w:rPr>
          <w:i w:val="0"/>
        </w:rPr>
        <w:t>Calculate density: Kernel density per square kilometer on a grid [42]. In ArcGIS it is Calculate Density or Kernel Density; in QGIS, native:heatmapkerneldensityestimation [42].</w:t>
      </w:r>
    </w:p>
    <w:p>
      <w:r>
        <w:rPr>
          <w:b/>
        </w:rPr>
        <w:t xml:space="preserve">Why it was run on this data. </w:t>
      </w:r>
      <w:r>
        <w:rPr>
          <w:i w:val="0"/>
        </w:rPr>
        <w:t>1200 points in Prism readings: a density surface shows where they concentrate [45].</w:t>
      </w:r>
    </w:p>
    <w:p>
      <w:r>
        <w:rPr>
          <w:b/>
        </w:rPr>
        <w:t xml:space="preserve">What it found. </w:t>
      </w:r>
      <w:r>
        <w:rPr>
          <w:i w:val="0"/>
        </w:rPr>
        <w:t>Calculate density on Prism readings: Calculate density: 1 layer saved: Calculate density: Prism readings (545 features) [11][46]. It reported result, count 545; result, elapsed ms 18; result, bandwidth m 100; result, cell size m 50; result, excluded null 0; result, max density per km2 2,781 [46].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545</w:t>
            </w:r>
          </w:p>
        </w:tc>
      </w:tr>
      <w:tr>
        <w:tc>
          <w:tcPr>
            <w:tcW w:type="dxa" w:w="4320"/>
          </w:tcPr>
          <w:p>
            <w:r>
              <w:t>result, elapsed ms</w:t>
            </w:r>
          </w:p>
        </w:tc>
        <w:tc>
          <w:tcPr>
            <w:tcW w:type="dxa" w:w="4320"/>
          </w:tcPr>
          <w:p>
            <w:r>
              <w:t>18</w:t>
            </w:r>
          </w:p>
        </w:tc>
      </w:tr>
      <w:tr>
        <w:tc>
          <w:tcPr>
            <w:tcW w:type="dxa" w:w="4320"/>
          </w:tcPr>
          <w:p>
            <w:r>
              <w:t>result, bandwidth m</w:t>
            </w:r>
          </w:p>
        </w:tc>
        <w:tc>
          <w:tcPr>
            <w:tcW w:type="dxa" w:w="4320"/>
          </w:tcPr>
          <w:p>
            <w:r>
              <w:t>100</w:t>
            </w:r>
          </w:p>
        </w:tc>
      </w:tr>
      <w:tr>
        <w:tc>
          <w:tcPr>
            <w:tcW w:type="dxa" w:w="4320"/>
          </w:tcPr>
          <w:p>
            <w:r>
              <w:t>result, cell size m</w:t>
            </w:r>
          </w:p>
        </w:tc>
        <w:tc>
          <w:tcPr>
            <w:tcW w:type="dxa" w:w="4320"/>
          </w:tcPr>
          <w:p>
            <w:r>
              <w:t>50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2,781</w:t>
            </w:r>
          </w:p>
        </w:tc>
      </w:tr>
      <w:tr>
        <w:tc>
          <w:tcPr>
            <w:tcW w:type="dxa" w:w="4320"/>
          </w:tcPr>
          <w:p>
            <w:r>
              <w:t>billing, cost</w:t>
            </w:r>
          </w:p>
        </w:tc>
        <w:tc>
          <w:tcPr>
            <w:tcW w:type="dxa" w:w="4320"/>
          </w:tcPr>
          <w:p>
            <w:r>
              <w:t>0.074</w:t>
            </w:r>
          </w:p>
        </w:tc>
      </w:tr>
      <w:tr>
        <w:tc>
          <w:tcPr>
            <w:tcW w:type="dxa" w:w="4320"/>
          </w:tcPr>
          <w:p>
            <w:r>
              <w:t>billing, list price</w:t>
            </w:r>
          </w:p>
        </w:tc>
        <w:tc>
          <w:tcPr>
            <w:tcW w:type="dxa" w:w="4320"/>
          </w:tcPr>
          <w:p>
            <w:r>
              <w:t>0.074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Prism readings: Calculate density: 1 layer saved: Calculate density: Prism readings (545 features) [11][46].</w:t>
      </w:r>
    </w:p>
    <w:p>
      <w:pPr>
        <w:pStyle w:val="ListBullet"/>
      </w:pPr>
      <w:r>
        <w:rPr>
          <w:b/>
        </w:rPr>
        <w:t xml:space="preserve">Evidenced: </w:t>
      </w:r>
      <w:r>
        <w:t>It reported result, count 545; result, elapsed ms 18; result, bandwidth m 100; result, cell size m 50; result, excluded null 0; result, max density per km2 2,781 [46].</w:t>
      </w:r>
    </w:p>
    <w:p>
      <w:r>
        <w:rPr>
          <w:i/>
          <w:color w:val="525252"/>
          <w:sz w:val="17"/>
        </w:rPr>
        <w:t>Tool gp_calculate_density; parameters {"kernel": "quartic", "project": "11fd3b70-5f29-4895-b87f-807f2ec1e52e", "features": {"layer": "Prism readings (920e4ae7)"}, "bandwidth_m": 100.0, "cell_size_m": 50.0}</w:t>
      </w:r>
    </w:p>
    <w:p>
      <w:pPr>
        <w:pStyle w:val="Heading1"/>
      </w:pPr>
      <w:r>
        <w:t>Calculate density</w:t>
      </w:r>
    </w:p>
    <w:p>
      <w:r>
        <w:rPr>
          <w:b/>
        </w:rPr>
        <w:t xml:space="preserve">What this analysis is. </w:t>
      </w:r>
      <w:r>
        <w:rPr>
          <w:i w:val="0"/>
        </w:rPr>
        <w:t>Calculate density: Kernel density per square kilometer on a grid [42]. In ArcGIS it is Calculate Density or Kernel Density; in QGIS, native:heatmapkerneldensityestimation [42].</w:t>
      </w:r>
    </w:p>
    <w:p>
      <w:r>
        <w:rPr>
          <w:b/>
        </w:rPr>
        <w:t xml:space="preserve">Why it was run on this data. </w:t>
      </w:r>
      <w:r>
        <w:rPr>
          <w:i w:val="0"/>
        </w:rPr>
        <w:t>60 points in Monitoring prisms: a density surface shows where they concentrate [47].</w:t>
      </w:r>
    </w:p>
    <w:p>
      <w:r>
        <w:rPr>
          <w:b/>
        </w:rPr>
        <w:t xml:space="preserve">What it found. </w:t>
      </w:r>
      <w:r>
        <w:rPr>
          <w:i w:val="0"/>
        </w:rPr>
        <w:t>The `gp_calculate_density` tool analyzed 134 features from the "Monitoring prisms" layer [48]. Key results from this analysis include a maximum density of 32.75 per km² [48]. Furthermore, the process utilized a bandwidth of 500 m [48] and completed within 4 elapsed ms [48].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134</w:t>
            </w:r>
          </w:p>
        </w:tc>
      </w:tr>
      <w:tr>
        <w:tc>
          <w:tcPr>
            <w:tcW w:type="dxa" w:w="4320"/>
          </w:tcPr>
          <w:p>
            <w:r>
              <w:t>result, elapsed ms</w:t>
            </w:r>
          </w:p>
        </w:tc>
        <w:tc>
          <w:tcPr>
            <w:tcW w:type="dxa" w:w="4320"/>
          </w:tcPr>
          <w:p>
            <w:r>
              <w:t>4</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32.75</w:t>
            </w:r>
          </w:p>
        </w:tc>
      </w:tr>
      <w:tr>
        <w:tc>
          <w:tcPr>
            <w:tcW w:type="dxa" w:w="4320"/>
          </w:tcPr>
          <w:p>
            <w:r>
              <w:t>billing, cost</w:t>
            </w:r>
          </w:p>
        </w:tc>
        <w:tc>
          <w:tcPr>
            <w:tcW w:type="dxa" w:w="4320"/>
          </w:tcPr>
          <w:p>
            <w:r>
              <w:t>0.0512</w:t>
            </w:r>
          </w:p>
        </w:tc>
      </w:tr>
      <w:tr>
        <w:tc>
          <w:tcPr>
            <w:tcW w:type="dxa" w:w="4320"/>
          </w:tcPr>
          <w:p>
            <w:r>
              <w:t>billing, list price</w:t>
            </w:r>
          </w:p>
        </w:tc>
        <w:tc>
          <w:tcPr>
            <w:tcW w:type="dxa" w:w="4320"/>
          </w:tcPr>
          <w:p>
            <w:r>
              <w:t>0.0512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Monitoring prisms: Calculate density: 1 layer saved: Calculate density: Monitoring prisms (134 features) [26][48].</w:t>
      </w:r>
    </w:p>
    <w:p>
      <w:pPr>
        <w:pStyle w:val="ListBullet"/>
      </w:pPr>
      <w:r>
        <w:rPr>
          <w:b/>
        </w:rPr>
        <w:t xml:space="preserve">Evidenced: </w:t>
      </w:r>
      <w:r>
        <w:t>It reported result, count 134; result, elapsed ms 4; result, bandwidth m 500; result, cell size m 200; result, excluded null 0; result, max density per km2 32.75 [48].</w:t>
      </w:r>
    </w:p>
    <w:p>
      <w:r>
        <w:rPr>
          <w:i/>
          <w:color w:val="525252"/>
          <w:sz w:val="17"/>
        </w:rPr>
        <w:t>Tool gp_calculate_density; parameters {"kernel": "quartic", "project": "11fd3b70-5f29-4895-b87f-807f2ec1e52e", "features": {"layer": "Monitoring prisms (6e51a43e)"}, "bandwidth_m": 500.0, "cell_size_m": 200.0}</w:t>
      </w:r>
    </w:p>
    <w:p>
      <w:pPr>
        <w:pStyle w:val="Heading1"/>
      </w:pPr>
      <w:r>
        <w:t>Hot spots</w:t>
      </w:r>
    </w:p>
    <w:p>
      <w:r>
        <w:rPr>
          <w:b/>
        </w:rPr>
        <w:t xml:space="preserve">What this analysis is. </w:t>
      </w:r>
      <w:r>
        <w:rPr>
          <w:i w:val="0"/>
        </w:rPr>
        <w:t>Hot spot analysis: Getis-Ord Gi* hot and cold spots with z-scores, p-values and confidence bins [5]. In ArcGIS it is Find Hot Spots or Hot Spot Analysis (Getis-Ord Gi*); in QGIS, qgis:hotspot (plugin) [5].</w:t>
      </w:r>
    </w:p>
    <w:p>
      <w:r>
        <w:rPr>
          <w:b/>
        </w:rPr>
        <w:t xml:space="preserve">Why it was run on this data. </w:t>
      </w:r>
      <w:r>
        <w:rPr>
          <w:i w:val="0"/>
        </w:rPr>
        <w:t>60 points: Getis-Ord Gi* tests whether the concentrations in Monitoring prisms are statistically significant [49].</w:t>
      </w:r>
    </w:p>
    <w:p>
      <w:r>
        <w:rPr>
          <w:b/>
        </w:rPr>
        <w:t xml:space="preserve">What it found. </w:t>
      </w:r>
      <w:r>
        <w:rPr>
          <w:i w:val="0"/>
        </w:rPr>
        <w:t>Hot spots on Monitoring prisms: Hot spot analysis: 1 layer saved: Hot spot analysis: Monitoring prisms (16 features) [26][50]. It reported result, bins 16; result, count 16; result, elapsed ms 3; result, cell size m 500; result, incidents used 60; result, distance band m 500 [50].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16</w:t>
            </w:r>
          </w:p>
        </w:tc>
      </w:tr>
      <w:tr>
        <w:tc>
          <w:tcPr>
            <w:tcW w:type="dxa" w:w="4320"/>
          </w:tcPr>
          <w:p>
            <w:r>
              <w:t>result, count</w:t>
            </w:r>
          </w:p>
        </w:tc>
        <w:tc>
          <w:tcPr>
            <w:tcW w:type="dxa" w:w="4320"/>
          </w:tcPr>
          <w:p>
            <w:r>
              <w:t>16</w:t>
            </w:r>
          </w:p>
        </w:tc>
      </w:tr>
      <w:tr>
        <w:tc>
          <w:tcPr>
            <w:tcW w:type="dxa" w:w="4320"/>
          </w:tcPr>
          <w:p>
            <w:r>
              <w:t>result, elapsed ms</w:t>
            </w:r>
          </w:p>
        </w:tc>
        <w:tc>
          <w:tcPr>
            <w:tcW w:type="dxa" w:w="4320"/>
          </w:tcPr>
          <w:p>
            <w:r>
              <w:t>3</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60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0.0512</w:t>
            </w:r>
          </w:p>
        </w:tc>
      </w:tr>
      <w:tr>
        <w:tc>
          <w:tcPr>
            <w:tcW w:type="dxa" w:w="4320"/>
          </w:tcPr>
          <w:p>
            <w:r>
              <w:t>billing, list price</w:t>
            </w:r>
          </w:p>
        </w:tc>
        <w:tc>
          <w:tcPr>
            <w:tcW w:type="dxa" w:w="4320"/>
          </w:tcPr>
          <w:p>
            <w:r>
              <w:t>0.0512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Monitoring prisms: Hot spot analysis: 1 layer saved: Hot spot analysis: Monitoring prisms (16 features) [26][50].</w:t>
      </w:r>
    </w:p>
    <w:p>
      <w:pPr>
        <w:pStyle w:val="ListBullet"/>
      </w:pPr>
      <w:r>
        <w:rPr>
          <w:b/>
        </w:rPr>
        <w:t xml:space="preserve">Evidenced: </w:t>
      </w:r>
      <w:r>
        <w:t>It reported result, bins 16; result, count 16; result, elapsed ms 3; result, cell size m 500; result, incidents used 60; result, distance band m 500 [50].</w:t>
      </w:r>
    </w:p>
    <w:p>
      <w:r>
        <w:rPr>
          <w:i/>
          <w:color w:val="525252"/>
          <w:sz w:val="17"/>
        </w:rPr>
        <w:t>Tool gp_hot_spots; parameters {"project": "11fd3b70-5f29-4895-b87f-807f2ec1e52e", "features": {"layer": "Monitoring prisms (6e51a43e)"}, "aggregation": "hexagon", "cell_size_m": 500.0, "distance_band_m": 500.0}</w:t>
      </w:r>
    </w:p>
    <w:p>
      <w:pPr>
        <w:pStyle w:val="Heading1"/>
      </w:pPr>
      <w:r>
        <w:t>Maps and charts</w:t>
      </w:r>
    </w:p>
    <w:p>
      <w:r>
        <w:rPr>
          <w:i w:val="0"/>
        </w:rPr>
        <w:t>The run also made 21 map image(s) [51][52][53][54][55][56][57][58][59][60][61][62][63][64][65][66][67][68][69][70][71] and 22 chart(s) [72][73][74][75][76][77][78][79][80][81][82][83][84][85][86][87][88][89][90][91][92][93].</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1.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Hot spot analysis: Drill holes [51]</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3.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Hot spot analysis: Prism readings [52]</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5.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Emerging hot spots: Drill holes [53]</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6.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Emerging hot spots: Prism readings [54]</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9.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Repeat and near repeat classification: Drill holes [55]</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1.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Summarize within: Geotechnical domains [56]</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Summarize within: Geotechnical domains [57]</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4.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Summarize within: Geotechnical domains [58]</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7.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Find point clusters: Drill holes [59]</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8.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Find point clusters: cluster hulls [60]</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0.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Find point clusters: Prism readings [61]</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3.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Find point clusters: cluster hulls [62]</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5.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Find point clusters: Monitoring prisms [63]</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7.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Find point clusters: cluster hulls [64]</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9.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Slope (degrees) [65]</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Calculate density: Drill holes [66]</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3.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Calculate density: Prism readings [67]</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5.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Calculate density: Monitoring prisms [68]</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6.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Geotechnical domains by rmr [69]</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8.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Mine areas by depth_m [70]</w:t>
      </w:r>
    </w:p>
    <w:p>
      <w:pPr>
        <w:jc w:val="center"/>
      </w:pPr>
      <w:r>
        <w:drawing>
          <wp:inline xmlns:a="http://schemas.openxmlformats.org/drawingml/2006/main" xmlns:pic="http://schemas.openxmlformats.org/drawingml/2006/picture">
            <wp:extent cx="5760720" cy="3840480"/>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760720" cy="3840480"/>
                    </a:xfrm>
                    <a:prstGeom prst="rect"/>
                  </pic:spPr>
                </pic:pic>
              </a:graphicData>
            </a:graphic>
          </wp:inline>
        </w:drawing>
      </w:r>
    </w:p>
    <w:p>
      <w:r>
        <w:rPr>
          <w:i/>
          <w:color w:val="525252"/>
          <w:sz w:val="17"/>
        </w:rPr>
        <w:t>Figure 22. Hot spot analysis: Monitoring prisms [71]</w:t>
      </w:r>
    </w:p>
    <w:p>
      <w:r>
        <w:rPr>
          <w:b/>
        </w:rPr>
        <w:t xml:space="preserve">What the map shows. </w:t>
      </w:r>
      <w:r>
        <w:rPr>
          <w:i/>
        </w:rPr>
        <w:t>The map titled "Emerging hot spots: Drill holes" displays the spatial analysis of drill hole activity over a defined geographical area. According to the legend provided, the analysis concluded that there is "No pattern detected" for the emerging hot spots of drill holes across the mapped region. Visually, the entire area is covered in a continuous network of uniformly shaded polygons, reflecting the absence of a discernible spatial cluster or gradient. Consequently, the image indicates a lack of significant aggregation or concentration of drill hole activity at any specific point. [53]</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627120"/>
            <wp:docPr id="23" name="Picture 23"/>
            <wp:cNvGraphicFramePr>
              <a:graphicFrameLocks noChangeAspect="1"/>
            </wp:cNvGraphicFramePr>
            <a:graphic>
              <a:graphicData uri="http://schemas.openxmlformats.org/drawingml/2006/picture">
                <pic:pic>
                  <pic:nvPicPr>
                    <pic:cNvPr id="0" name="042.jpg"/>
                    <pic:cNvPicPr/>
                  </pic:nvPicPr>
                  <pic:blipFill>
                    <a:blip r:embed="rId31"/>
                    <a:stretch>
                      <a:fillRect/>
                    </a:stretch>
                  </pic:blipFill>
                  <pic:spPr>
                    <a:xfrm>
                      <a:off x="0" y="0"/>
                      <a:ext cx="5486400" cy="3627120"/>
                    </a:xfrm>
                    <a:prstGeom prst="rect"/>
                  </pic:spPr>
                </pic:pic>
              </a:graphicData>
            </a:graphic>
          </wp:inline>
        </w:drawing>
      </w:r>
    </w:p>
    <w:p>
      <w:r>
        <w:rPr>
          <w:i/>
          <w:color w:val="525252"/>
          <w:sz w:val="17"/>
        </w:rPr>
        <w:t>Figure 23. Prism readings over time (velocity_mm_day) [72]. Per week, 2026-05-04 to 2026-09-14. Source: Prism readings (1,200 features). The data is in the appendix.</w:t>
      </w:r>
    </w:p>
    <w:p>
      <w:pPr>
        <w:jc w:val="center"/>
      </w:pPr>
      <w:r>
        <w:drawing>
          <wp:inline xmlns:a="http://schemas.openxmlformats.org/drawingml/2006/main" xmlns:pic="http://schemas.openxmlformats.org/drawingml/2006/picture">
            <wp:extent cx="5486400" cy="3883152"/>
            <wp:docPr id="24" name="Picture 24"/>
            <wp:cNvGraphicFramePr>
              <a:graphicFrameLocks noChangeAspect="1"/>
            </wp:cNvGraphicFramePr>
            <a:graphic>
              <a:graphicData uri="http://schemas.openxmlformats.org/drawingml/2006/picture">
                <pic:pic>
                  <pic:nvPicPr>
                    <pic:cNvPr id="0" name="043.jpg"/>
                    <pic:cNvPicPr/>
                  </pic:nvPicPr>
                  <pic:blipFill>
                    <a:blip r:embed="rId32"/>
                    <a:stretch>
                      <a:fillRect/>
                    </a:stretch>
                  </pic:blipFill>
                  <pic:spPr>
                    <a:xfrm>
                      <a:off x="0" y="0"/>
                      <a:ext cx="5486400" cy="3883152"/>
                    </a:xfrm>
                    <a:prstGeom prst="rect"/>
                  </pic:spPr>
                </pic:pic>
              </a:graphicData>
            </a:graphic>
          </wp:inline>
        </w:drawing>
      </w:r>
    </w:p>
    <w:p>
      <w:r>
        <w:rPr>
          <w:i/>
          <w:color w:val="525252"/>
          <w:sz w:val="17"/>
        </w:rPr>
        <w:t>Figure 24. Hot spot analysis: Drill holes [73]. Source: Hot spot analysis: Drill holes (50 features). The data is in the appendix.</w:t>
      </w:r>
    </w:p>
    <w:p>
      <w:pPr>
        <w:jc w:val="center"/>
      </w:pPr>
      <w:r>
        <w:drawing>
          <wp:inline xmlns:a="http://schemas.openxmlformats.org/drawingml/2006/main" xmlns:pic="http://schemas.openxmlformats.org/drawingml/2006/picture">
            <wp:extent cx="5486400" cy="3846576"/>
            <wp:docPr id="25" name="Picture 25"/>
            <wp:cNvGraphicFramePr>
              <a:graphicFrameLocks noChangeAspect="1"/>
            </wp:cNvGraphicFramePr>
            <a:graphic>
              <a:graphicData uri="http://schemas.openxmlformats.org/drawingml/2006/picture">
                <pic:pic>
                  <pic:nvPicPr>
                    <pic:cNvPr id="0" name="044.jpg"/>
                    <pic:cNvPicPr/>
                  </pic:nvPicPr>
                  <pic:blipFill>
                    <a:blip r:embed="rId33"/>
                    <a:stretch>
                      <a:fillRect/>
                    </a:stretch>
                  </pic:blipFill>
                  <pic:spPr>
                    <a:xfrm>
                      <a:off x="0" y="0"/>
                      <a:ext cx="5486400" cy="3846576"/>
                    </a:xfrm>
                    <a:prstGeom prst="rect"/>
                  </pic:spPr>
                </pic:pic>
              </a:graphicData>
            </a:graphic>
          </wp:inline>
        </w:drawing>
      </w:r>
    </w:p>
    <w:p>
      <w:r>
        <w:rPr>
          <w:i/>
          <w:color w:val="525252"/>
          <w:sz w:val="17"/>
        </w:rPr>
        <w:t>Figure 25. Hot spot analysis: Prism readings [74]. Source: Hot spot analysis: Prism readings (227 features). The data is in the appendix.</w:t>
      </w:r>
    </w:p>
    <w:p>
      <w:pPr>
        <w:jc w:val="center"/>
      </w:pPr>
      <w:r>
        <w:drawing>
          <wp:inline xmlns:a="http://schemas.openxmlformats.org/drawingml/2006/main" xmlns:pic="http://schemas.openxmlformats.org/drawingml/2006/picture">
            <wp:extent cx="5486400" cy="3712464"/>
            <wp:docPr id="26" name="Picture 26"/>
            <wp:cNvGraphicFramePr>
              <a:graphicFrameLocks noChangeAspect="1"/>
            </wp:cNvGraphicFramePr>
            <a:graphic>
              <a:graphicData uri="http://schemas.openxmlformats.org/drawingml/2006/picture">
                <pic:pic>
                  <pic:nvPicPr>
                    <pic:cNvPr id="0" name="045.jpg"/>
                    <pic:cNvPicPr/>
                  </pic:nvPicPr>
                  <pic:blipFill>
                    <a:blip r:embed="rId34"/>
                    <a:stretch>
                      <a:fillRect/>
                    </a:stretch>
                  </pic:blipFill>
                  <pic:spPr>
                    <a:xfrm>
                      <a:off x="0" y="0"/>
                      <a:ext cx="5486400" cy="3712464"/>
                    </a:xfrm>
                    <a:prstGeom prst="rect"/>
                  </pic:spPr>
                </pic:pic>
              </a:graphicData>
            </a:graphic>
          </wp:inline>
        </w:drawing>
      </w:r>
    </w:p>
    <w:p>
      <w:r>
        <w:rPr>
          <w:i/>
          <w:color w:val="525252"/>
          <w:sz w:val="17"/>
        </w:rPr>
        <w:t>Figure 26. Emerging hot spots: Drill holes [75]. Source: Emerging hot spots: Drill holes (30 features). The data is in the appendix.</w:t>
      </w:r>
    </w:p>
    <w:p>
      <w:pPr>
        <w:jc w:val="center"/>
      </w:pPr>
      <w:r>
        <w:drawing>
          <wp:inline xmlns:a="http://schemas.openxmlformats.org/drawingml/2006/main" xmlns:pic="http://schemas.openxmlformats.org/drawingml/2006/picture">
            <wp:extent cx="5486400" cy="3736848"/>
            <wp:docPr id="27" name="Picture 27"/>
            <wp:cNvGraphicFramePr>
              <a:graphicFrameLocks noChangeAspect="1"/>
            </wp:cNvGraphicFramePr>
            <a:graphic>
              <a:graphicData uri="http://schemas.openxmlformats.org/drawingml/2006/picture">
                <pic:pic>
                  <pic:nvPicPr>
                    <pic:cNvPr id="0" name="046.jpg"/>
                    <pic:cNvPicPr/>
                  </pic:nvPicPr>
                  <pic:blipFill>
                    <a:blip r:embed="rId35"/>
                    <a:stretch>
                      <a:fillRect/>
                    </a:stretch>
                  </pic:blipFill>
                  <pic:spPr>
                    <a:xfrm>
                      <a:off x="0" y="0"/>
                      <a:ext cx="5486400" cy="3736848"/>
                    </a:xfrm>
                    <a:prstGeom prst="rect"/>
                  </pic:spPr>
                </pic:pic>
              </a:graphicData>
            </a:graphic>
          </wp:inline>
        </w:drawing>
      </w:r>
    </w:p>
    <w:p>
      <w:r>
        <w:rPr>
          <w:i/>
          <w:color w:val="525252"/>
          <w:sz w:val="17"/>
        </w:rPr>
        <w:t>Figure 27. Emerging hot spots: Prism readings [76]. Source: Emerging hot spots: Prism readings (29 features). The data is in the appendix.</w:t>
      </w:r>
    </w:p>
    <w:p>
      <w:pPr>
        <w:jc w:val="center"/>
      </w:pPr>
      <w:r>
        <w:drawing>
          <wp:inline xmlns:a="http://schemas.openxmlformats.org/drawingml/2006/main" xmlns:pic="http://schemas.openxmlformats.org/drawingml/2006/picture">
            <wp:extent cx="5486400" cy="4011168"/>
            <wp:docPr id="28" name="Picture 28"/>
            <wp:cNvGraphicFramePr>
              <a:graphicFrameLocks noChangeAspect="1"/>
            </wp:cNvGraphicFramePr>
            <a:graphic>
              <a:graphicData uri="http://schemas.openxmlformats.org/drawingml/2006/picture">
                <pic:pic>
                  <pic:nvPicPr>
                    <pic:cNvPr id="0" name="047.jpg"/>
                    <pic:cNvPicPr/>
                  </pic:nvPicPr>
                  <pic:blipFill>
                    <a:blip r:embed="rId36"/>
                    <a:stretch>
                      <a:fillRect/>
                    </a:stretch>
                  </pic:blipFill>
                  <pic:spPr>
                    <a:xfrm>
                      <a:off x="0" y="0"/>
                      <a:ext cx="5486400" cy="4011168"/>
                    </a:xfrm>
                    <a:prstGeom prst="rect"/>
                  </pic:spPr>
                </pic:pic>
              </a:graphicData>
            </a:graphic>
          </wp:inline>
        </w:drawing>
      </w:r>
    </w:p>
    <w:p>
      <w:r>
        <w:rPr>
          <w:i/>
          <w:color w:val="525252"/>
          <w:sz w:val="17"/>
        </w:rPr>
        <w:t>Figure 28. Repeat and near repeat classification: Drill holes [77]. Per month, 2024-01-01 to 2026-08-01. Source: Repeat and near repeat classification: Drill holes (320 features). The data is in the appendix.</w:t>
      </w:r>
    </w:p>
    <w:p>
      <w:pPr>
        <w:jc w:val="center"/>
      </w:pPr>
      <w:r>
        <w:drawing>
          <wp:inline xmlns:a="http://schemas.openxmlformats.org/drawingml/2006/main" xmlns:pic="http://schemas.openxmlformats.org/drawingml/2006/picture">
            <wp:extent cx="5486400" cy="3681984"/>
            <wp:docPr id="29" name="Picture 29"/>
            <wp:cNvGraphicFramePr>
              <a:graphicFrameLocks noChangeAspect="1"/>
            </wp:cNvGraphicFramePr>
            <a:graphic>
              <a:graphicData uri="http://schemas.openxmlformats.org/drawingml/2006/picture">
                <pic:pic>
                  <pic:nvPicPr>
                    <pic:cNvPr id="0" name="048.jpg"/>
                    <pic:cNvPicPr/>
                  </pic:nvPicPr>
                  <pic:blipFill>
                    <a:blip r:embed="rId37"/>
                    <a:stretch>
                      <a:fillRect/>
                    </a:stretch>
                  </pic:blipFill>
                  <pic:spPr>
                    <a:xfrm>
                      <a:off x="0" y="0"/>
                      <a:ext cx="5486400" cy="3681984"/>
                    </a:xfrm>
                    <a:prstGeom prst="rect"/>
                  </pic:spPr>
                </pic:pic>
              </a:graphicData>
            </a:graphic>
          </wp:inline>
        </w:drawing>
      </w:r>
    </w:p>
    <w:p>
      <w:r>
        <w:rPr>
          <w:i/>
          <w:color w:val="525252"/>
          <w:sz w:val="17"/>
        </w:rPr>
        <w:t>Figure 29. Summarize within: Geotechnical domains [78]. Source: Summarize within: Geotechnical domains (6 features). The data is in the appendix.</w:t>
      </w:r>
    </w:p>
    <w:p>
      <w:pPr>
        <w:jc w:val="center"/>
      </w:pPr>
      <w:r>
        <w:drawing>
          <wp:inline xmlns:a="http://schemas.openxmlformats.org/drawingml/2006/main" xmlns:pic="http://schemas.openxmlformats.org/drawingml/2006/picture">
            <wp:extent cx="5486400" cy="3681984"/>
            <wp:docPr id="30" name="Picture 30"/>
            <wp:cNvGraphicFramePr>
              <a:graphicFrameLocks noChangeAspect="1"/>
            </wp:cNvGraphicFramePr>
            <a:graphic>
              <a:graphicData uri="http://schemas.openxmlformats.org/drawingml/2006/picture">
                <pic:pic>
                  <pic:nvPicPr>
                    <pic:cNvPr id="0" name="048.jpg"/>
                    <pic:cNvPicPr/>
                  </pic:nvPicPr>
                  <pic:blipFill>
                    <a:blip r:embed="rId37"/>
                    <a:stretch>
                      <a:fillRect/>
                    </a:stretch>
                  </pic:blipFill>
                  <pic:spPr>
                    <a:xfrm>
                      <a:off x="0" y="0"/>
                      <a:ext cx="5486400" cy="3681984"/>
                    </a:xfrm>
                    <a:prstGeom prst="rect"/>
                  </pic:spPr>
                </pic:pic>
              </a:graphicData>
            </a:graphic>
          </wp:inline>
        </w:drawing>
      </w:r>
    </w:p>
    <w:p>
      <w:r>
        <w:rPr>
          <w:i/>
          <w:color w:val="525252"/>
          <w:sz w:val="17"/>
        </w:rPr>
        <w:t>Figure 30. Summarize within: Geotechnical domains [79]. Source: Summarize within: Geotechnical domains (6 features). The data is in the appendix.</w:t>
      </w:r>
    </w:p>
    <w:p>
      <w:pPr>
        <w:jc w:val="center"/>
      </w:pPr>
      <w:r>
        <w:drawing>
          <wp:inline xmlns:a="http://schemas.openxmlformats.org/drawingml/2006/main" xmlns:pic="http://schemas.openxmlformats.org/drawingml/2006/picture">
            <wp:extent cx="5486400" cy="3681984"/>
            <wp:docPr id="31" name="Picture 31"/>
            <wp:cNvGraphicFramePr>
              <a:graphicFrameLocks noChangeAspect="1"/>
            </wp:cNvGraphicFramePr>
            <a:graphic>
              <a:graphicData uri="http://schemas.openxmlformats.org/drawingml/2006/picture">
                <pic:pic>
                  <pic:nvPicPr>
                    <pic:cNvPr id="0" name="048.jpg"/>
                    <pic:cNvPicPr/>
                  </pic:nvPicPr>
                  <pic:blipFill>
                    <a:blip r:embed="rId37"/>
                    <a:stretch>
                      <a:fillRect/>
                    </a:stretch>
                  </pic:blipFill>
                  <pic:spPr>
                    <a:xfrm>
                      <a:off x="0" y="0"/>
                      <a:ext cx="5486400" cy="3681984"/>
                    </a:xfrm>
                    <a:prstGeom prst="rect"/>
                  </pic:spPr>
                </pic:pic>
              </a:graphicData>
            </a:graphic>
          </wp:inline>
        </w:drawing>
      </w:r>
    </w:p>
    <w:p>
      <w:r>
        <w:rPr>
          <w:i/>
          <w:color w:val="525252"/>
          <w:sz w:val="17"/>
        </w:rPr>
        <w:t>Figure 31. Summarize within: Geotechnical domains [80]. Source: Summarize within: Geotechnical domains (6 features). The data is in the appendix.</w:t>
      </w:r>
    </w:p>
    <w:p>
      <w:pPr>
        <w:jc w:val="center"/>
      </w:pPr>
      <w:r>
        <w:drawing>
          <wp:inline xmlns:a="http://schemas.openxmlformats.org/drawingml/2006/main" xmlns:pic="http://schemas.openxmlformats.org/drawingml/2006/picture">
            <wp:extent cx="5486400" cy="4200144"/>
            <wp:docPr id="32" name="Picture 32"/>
            <wp:cNvGraphicFramePr>
              <a:graphicFrameLocks noChangeAspect="1"/>
            </wp:cNvGraphicFramePr>
            <a:graphic>
              <a:graphicData uri="http://schemas.openxmlformats.org/drawingml/2006/picture">
                <pic:pic>
                  <pic:nvPicPr>
                    <pic:cNvPr id="0" name="051.jpg"/>
                    <pic:cNvPicPr/>
                  </pic:nvPicPr>
                  <pic:blipFill>
                    <a:blip r:embed="rId38"/>
                    <a:stretch>
                      <a:fillRect/>
                    </a:stretch>
                  </pic:blipFill>
                  <pic:spPr>
                    <a:xfrm>
                      <a:off x="0" y="0"/>
                      <a:ext cx="5486400" cy="4200144"/>
                    </a:xfrm>
                    <a:prstGeom prst="rect"/>
                  </pic:spPr>
                </pic:pic>
              </a:graphicData>
            </a:graphic>
          </wp:inline>
        </w:drawing>
      </w:r>
    </w:p>
    <w:p>
      <w:r>
        <w:rPr>
          <w:i/>
          <w:color w:val="525252"/>
          <w:sz w:val="17"/>
        </w:rPr>
        <w:t>Figure 32. Find point clusters: Drill holes [81]. Period: 2024-01-01 to 2026-08-19 (drilled_on). Source: Find point clusters: Drill holes (320 features). The data is in the appendix.</w:t>
      </w:r>
    </w:p>
    <w:p>
      <w:pPr>
        <w:jc w:val="center"/>
      </w:pPr>
      <w:r>
        <w:drawing>
          <wp:inline xmlns:a="http://schemas.openxmlformats.org/drawingml/2006/main" xmlns:pic="http://schemas.openxmlformats.org/drawingml/2006/picture">
            <wp:extent cx="5486400" cy="3944112"/>
            <wp:docPr id="33" name="Picture 33"/>
            <wp:cNvGraphicFramePr>
              <a:graphicFrameLocks noChangeAspect="1"/>
            </wp:cNvGraphicFramePr>
            <a:graphic>
              <a:graphicData uri="http://schemas.openxmlformats.org/drawingml/2006/picture">
                <pic:pic>
                  <pic:nvPicPr>
                    <pic:cNvPr id="0" name="052.jpg"/>
                    <pic:cNvPicPr/>
                  </pic:nvPicPr>
                  <pic:blipFill>
                    <a:blip r:embed="rId39"/>
                    <a:stretch>
                      <a:fillRect/>
                    </a:stretch>
                  </pic:blipFill>
                  <pic:spPr>
                    <a:xfrm>
                      <a:off x="0" y="0"/>
                      <a:ext cx="5486400" cy="3944112"/>
                    </a:xfrm>
                    <a:prstGeom prst="rect"/>
                  </pic:spPr>
                </pic:pic>
              </a:graphicData>
            </a:graphic>
          </wp:inline>
        </w:drawing>
      </w:r>
    </w:p>
    <w:p>
      <w:r>
        <w:rPr>
          <w:i/>
          <w:color w:val="525252"/>
          <w:sz w:val="17"/>
        </w:rPr>
        <w:t>Figure 33. Find point clusters: cluster hulls [82]. Source: Find point clusters: cluster hulls (10 features). The data is in the appendix.</w:t>
      </w:r>
    </w:p>
    <w:p>
      <w:pPr>
        <w:jc w:val="center"/>
      </w:pPr>
      <w:r>
        <w:drawing>
          <wp:inline xmlns:a="http://schemas.openxmlformats.org/drawingml/2006/main" xmlns:pic="http://schemas.openxmlformats.org/drawingml/2006/picture">
            <wp:extent cx="5486400" cy="7763774"/>
            <wp:docPr id="34" name="Picture 34"/>
            <wp:cNvGraphicFramePr>
              <a:graphicFrameLocks noChangeAspect="1"/>
            </wp:cNvGraphicFramePr>
            <a:graphic>
              <a:graphicData uri="http://schemas.openxmlformats.org/drawingml/2006/picture">
                <pic:pic>
                  <pic:nvPicPr>
                    <pic:cNvPr id="0" name="053.jpg"/>
                    <pic:cNvPicPr/>
                  </pic:nvPicPr>
                  <pic:blipFill>
                    <a:blip r:embed="rId40"/>
                    <a:stretch>
                      <a:fillRect/>
                    </a:stretch>
                  </pic:blipFill>
                  <pic:spPr>
                    <a:xfrm>
                      <a:off x="0" y="0"/>
                      <a:ext cx="5486400" cy="7763774"/>
                    </a:xfrm>
                    <a:prstGeom prst="rect"/>
                  </pic:spPr>
                </pic:pic>
              </a:graphicData>
            </a:graphic>
          </wp:inline>
        </w:drawing>
      </w:r>
    </w:p>
    <w:p>
      <w:r>
        <w:rPr>
          <w:i/>
          <w:color w:val="525252"/>
          <w:sz w:val="17"/>
        </w:rPr>
        <w:t>Figure 34. Find point clusters: Prism readings [83]. Period: 2026-05-04 to 2026-09-14 (observed_at). Source: Find point clusters: Prism readings (1,200 features). The data is in the appendix.</w:t>
      </w:r>
    </w:p>
    <w:p>
      <w:pPr>
        <w:jc w:val="center"/>
      </w:pPr>
      <w:r>
        <w:drawing>
          <wp:inline xmlns:a="http://schemas.openxmlformats.org/drawingml/2006/main" xmlns:pic="http://schemas.openxmlformats.org/drawingml/2006/picture">
            <wp:extent cx="5486400" cy="7763774"/>
            <wp:docPr id="35" name="Picture 35"/>
            <wp:cNvGraphicFramePr>
              <a:graphicFrameLocks noChangeAspect="1"/>
            </wp:cNvGraphicFramePr>
            <a:graphic>
              <a:graphicData uri="http://schemas.openxmlformats.org/drawingml/2006/picture">
                <pic:pic>
                  <pic:nvPicPr>
                    <pic:cNvPr id="0" name="054.jpg"/>
                    <pic:cNvPicPr/>
                  </pic:nvPicPr>
                  <pic:blipFill>
                    <a:blip r:embed="rId41"/>
                    <a:stretch>
                      <a:fillRect/>
                    </a:stretch>
                  </pic:blipFill>
                  <pic:spPr>
                    <a:xfrm>
                      <a:off x="0" y="0"/>
                      <a:ext cx="5486400" cy="7763774"/>
                    </a:xfrm>
                    <a:prstGeom prst="rect"/>
                  </pic:spPr>
                </pic:pic>
              </a:graphicData>
            </a:graphic>
          </wp:inline>
        </w:drawing>
      </w:r>
    </w:p>
    <w:p>
      <w:r>
        <w:rPr>
          <w:i/>
          <w:color w:val="525252"/>
          <w:sz w:val="17"/>
        </w:rPr>
        <w:t>Figure 35. Find point clusters: cluster hulls [84]. Source: Find point clusters: cluster hulls (60 features). The data is in the appendix.</w:t>
      </w:r>
    </w:p>
    <w:p>
      <w:pPr>
        <w:jc w:val="center"/>
      </w:pPr>
      <w:r>
        <w:drawing>
          <wp:inline xmlns:a="http://schemas.openxmlformats.org/drawingml/2006/main" xmlns:pic="http://schemas.openxmlformats.org/drawingml/2006/picture">
            <wp:extent cx="5486400" cy="2676144"/>
            <wp:docPr id="36" name="Picture 36"/>
            <wp:cNvGraphicFramePr>
              <a:graphicFrameLocks noChangeAspect="1"/>
            </wp:cNvGraphicFramePr>
            <a:graphic>
              <a:graphicData uri="http://schemas.openxmlformats.org/drawingml/2006/picture">
                <pic:pic>
                  <pic:nvPicPr>
                    <pic:cNvPr id="0" name="055.jpg"/>
                    <pic:cNvPicPr/>
                  </pic:nvPicPr>
                  <pic:blipFill>
                    <a:blip r:embed="rId42"/>
                    <a:stretch>
                      <a:fillRect/>
                    </a:stretch>
                  </pic:blipFill>
                  <pic:spPr>
                    <a:xfrm>
                      <a:off x="0" y="0"/>
                      <a:ext cx="5486400" cy="2676144"/>
                    </a:xfrm>
                    <a:prstGeom prst="rect"/>
                  </pic:spPr>
                </pic:pic>
              </a:graphicData>
            </a:graphic>
          </wp:inline>
        </w:drawing>
      </w:r>
    </w:p>
    <w:p>
      <w:r>
        <w:rPr>
          <w:i/>
          <w:color w:val="525252"/>
          <w:sz w:val="17"/>
        </w:rPr>
        <w:t>Figure 36. Find point clusters: Monitoring prisms [85]. Source: Find point clusters: Monitoring prisms (60 features). The data is in the appendix.</w:t>
      </w:r>
    </w:p>
    <w:p>
      <w:pPr>
        <w:jc w:val="center"/>
      </w:pPr>
      <w:r>
        <w:drawing>
          <wp:inline xmlns:a="http://schemas.openxmlformats.org/drawingml/2006/main" xmlns:pic="http://schemas.openxmlformats.org/drawingml/2006/picture">
            <wp:extent cx="5486400" cy="2420112"/>
            <wp:docPr id="37" name="Picture 37"/>
            <wp:cNvGraphicFramePr>
              <a:graphicFrameLocks noChangeAspect="1"/>
            </wp:cNvGraphicFramePr>
            <a:graphic>
              <a:graphicData uri="http://schemas.openxmlformats.org/drawingml/2006/picture">
                <pic:pic>
                  <pic:nvPicPr>
                    <pic:cNvPr id="0" name="056.jpg"/>
                    <pic:cNvPicPr/>
                  </pic:nvPicPr>
                  <pic:blipFill>
                    <a:blip r:embed="rId43"/>
                    <a:stretch>
                      <a:fillRect/>
                    </a:stretch>
                  </pic:blipFill>
                  <pic:spPr>
                    <a:xfrm>
                      <a:off x="0" y="0"/>
                      <a:ext cx="5486400" cy="2420112"/>
                    </a:xfrm>
                    <a:prstGeom prst="rect"/>
                  </pic:spPr>
                </pic:pic>
              </a:graphicData>
            </a:graphic>
          </wp:inline>
        </w:drawing>
      </w:r>
    </w:p>
    <w:p>
      <w:r>
        <w:rPr>
          <w:i/>
          <w:color w:val="525252"/>
          <w:sz w:val="17"/>
        </w:rPr>
        <w:t>Figure 37. Find point clusters: cluster hulls [86]. Source: Find point clusters: cluster hulls (4 features). The data is in the appendix.</w:t>
      </w:r>
    </w:p>
    <w:p>
      <w:pPr>
        <w:jc w:val="center"/>
      </w:pPr>
      <w:r>
        <w:drawing>
          <wp:inline xmlns:a="http://schemas.openxmlformats.org/drawingml/2006/main" xmlns:pic="http://schemas.openxmlformats.org/drawingml/2006/picture">
            <wp:extent cx="5486400" cy="3639312"/>
            <wp:docPr id="38" name="Picture 38"/>
            <wp:cNvGraphicFramePr>
              <a:graphicFrameLocks noChangeAspect="1"/>
            </wp:cNvGraphicFramePr>
            <a:graphic>
              <a:graphicData uri="http://schemas.openxmlformats.org/drawingml/2006/picture">
                <pic:pic>
                  <pic:nvPicPr>
                    <pic:cNvPr id="0" name="057.jpg"/>
                    <pic:cNvPicPr/>
                  </pic:nvPicPr>
                  <pic:blipFill>
                    <a:blip r:embed="rId44"/>
                    <a:stretch>
                      <a:fillRect/>
                    </a:stretch>
                  </pic:blipFill>
                  <pic:spPr>
                    <a:xfrm>
                      <a:off x="0" y="0"/>
                      <a:ext cx="5486400" cy="3639312"/>
                    </a:xfrm>
                    <a:prstGeom prst="rect"/>
                  </pic:spPr>
                </pic:pic>
              </a:graphicData>
            </a:graphic>
          </wp:inline>
        </w:drawing>
      </w:r>
    </w:p>
    <w:p>
      <w:r>
        <w:rPr>
          <w:i/>
          <w:color w:val="525252"/>
          <w:sz w:val="17"/>
        </w:rPr>
        <w:t>Figure 38. Calculate density: Drill holes [87]. Source: Calculate density: Drill holes (328 features). The data is in the appendix.</w:t>
      </w:r>
    </w:p>
    <w:p>
      <w:pPr>
        <w:jc w:val="center"/>
      </w:pPr>
      <w:r>
        <w:drawing>
          <wp:inline xmlns:a="http://schemas.openxmlformats.org/drawingml/2006/main" xmlns:pic="http://schemas.openxmlformats.org/drawingml/2006/picture">
            <wp:extent cx="5486400" cy="3645408"/>
            <wp:docPr id="39" name="Picture 39"/>
            <wp:cNvGraphicFramePr>
              <a:graphicFrameLocks noChangeAspect="1"/>
            </wp:cNvGraphicFramePr>
            <a:graphic>
              <a:graphicData uri="http://schemas.openxmlformats.org/drawingml/2006/picture">
                <pic:pic>
                  <pic:nvPicPr>
                    <pic:cNvPr id="0" name="058.jpg"/>
                    <pic:cNvPicPr/>
                  </pic:nvPicPr>
                  <pic:blipFill>
                    <a:blip r:embed="rId45"/>
                    <a:stretch>
                      <a:fillRect/>
                    </a:stretch>
                  </pic:blipFill>
                  <pic:spPr>
                    <a:xfrm>
                      <a:off x="0" y="0"/>
                      <a:ext cx="5486400" cy="3645408"/>
                    </a:xfrm>
                    <a:prstGeom prst="rect"/>
                  </pic:spPr>
                </pic:pic>
              </a:graphicData>
            </a:graphic>
          </wp:inline>
        </w:drawing>
      </w:r>
    </w:p>
    <w:p>
      <w:r>
        <w:rPr>
          <w:i/>
          <w:color w:val="525252"/>
          <w:sz w:val="17"/>
        </w:rPr>
        <w:t>Figure 39. Calculate density: Prism readings [88]. Source: Calculate density: Prism readings (545 features). The data is in the appendix.</w:t>
      </w:r>
    </w:p>
    <w:p>
      <w:pPr>
        <w:jc w:val="center"/>
      </w:pPr>
      <w:r>
        <w:drawing>
          <wp:inline xmlns:a="http://schemas.openxmlformats.org/drawingml/2006/main" xmlns:pic="http://schemas.openxmlformats.org/drawingml/2006/picture">
            <wp:extent cx="5486400" cy="3596640"/>
            <wp:docPr id="40" name="Picture 40"/>
            <wp:cNvGraphicFramePr>
              <a:graphicFrameLocks noChangeAspect="1"/>
            </wp:cNvGraphicFramePr>
            <a:graphic>
              <a:graphicData uri="http://schemas.openxmlformats.org/drawingml/2006/picture">
                <pic:pic>
                  <pic:nvPicPr>
                    <pic:cNvPr id="0" name="059.jpg"/>
                    <pic:cNvPicPr/>
                  </pic:nvPicPr>
                  <pic:blipFill>
                    <a:blip r:embed="rId46"/>
                    <a:stretch>
                      <a:fillRect/>
                    </a:stretch>
                  </pic:blipFill>
                  <pic:spPr>
                    <a:xfrm>
                      <a:off x="0" y="0"/>
                      <a:ext cx="5486400" cy="3596640"/>
                    </a:xfrm>
                    <a:prstGeom prst="rect"/>
                  </pic:spPr>
                </pic:pic>
              </a:graphicData>
            </a:graphic>
          </wp:inline>
        </w:drawing>
      </w:r>
    </w:p>
    <w:p>
      <w:r>
        <w:rPr>
          <w:i/>
          <w:color w:val="525252"/>
          <w:sz w:val="17"/>
        </w:rPr>
        <w:t>Figure 40. Calculate density: Monitoring prisms [89]. Source: Calculate density: Monitoring prisms (134 features). The data is in the appendix.</w:t>
      </w:r>
    </w:p>
    <w:p>
      <w:pPr>
        <w:jc w:val="center"/>
      </w:pPr>
      <w:r>
        <w:drawing>
          <wp:inline xmlns:a="http://schemas.openxmlformats.org/drawingml/2006/main" xmlns:pic="http://schemas.openxmlformats.org/drawingml/2006/picture">
            <wp:extent cx="5486400" cy="3852672"/>
            <wp:docPr id="41" name="Picture 41"/>
            <wp:cNvGraphicFramePr>
              <a:graphicFrameLocks noChangeAspect="1"/>
            </wp:cNvGraphicFramePr>
            <a:graphic>
              <a:graphicData uri="http://schemas.openxmlformats.org/drawingml/2006/picture">
                <pic:pic>
                  <pic:nvPicPr>
                    <pic:cNvPr id="0" name="060.jpg"/>
                    <pic:cNvPicPr/>
                  </pic:nvPicPr>
                  <pic:blipFill>
                    <a:blip r:embed="rId47"/>
                    <a:stretch>
                      <a:fillRect/>
                    </a:stretch>
                  </pic:blipFill>
                  <pic:spPr>
                    <a:xfrm>
                      <a:off x="0" y="0"/>
                      <a:ext cx="5486400" cy="3852672"/>
                    </a:xfrm>
                    <a:prstGeom prst="rect"/>
                  </pic:spPr>
                </pic:pic>
              </a:graphicData>
            </a:graphic>
          </wp:inline>
        </w:drawing>
      </w:r>
    </w:p>
    <w:p>
      <w:r>
        <w:rPr>
          <w:i/>
          <w:color w:val="525252"/>
          <w:sz w:val="17"/>
        </w:rPr>
        <w:t>Figure 41. Hot spot analysis: Monitoring prisms [90]. Source: Hot spot analysis: Monitoring prisms (16 features). The data is in the appendix.</w:t>
      </w:r>
    </w:p>
    <w:p>
      <w:pPr>
        <w:jc w:val="center"/>
      </w:pPr>
      <w:r>
        <w:drawing>
          <wp:inline xmlns:a="http://schemas.openxmlformats.org/drawingml/2006/main" xmlns:pic="http://schemas.openxmlformats.org/drawingml/2006/picture">
            <wp:extent cx="5486400" cy="3627120"/>
            <wp:docPr id="42" name="Picture 42"/>
            <wp:cNvGraphicFramePr>
              <a:graphicFrameLocks noChangeAspect="1"/>
            </wp:cNvGraphicFramePr>
            <a:graphic>
              <a:graphicData uri="http://schemas.openxmlformats.org/drawingml/2006/picture">
                <pic:pic>
                  <pic:nvPicPr>
                    <pic:cNvPr id="0" name="061.jpg"/>
                    <pic:cNvPicPr/>
                  </pic:nvPicPr>
                  <pic:blipFill>
                    <a:blip r:embed="rId48"/>
                    <a:stretch>
                      <a:fillRect/>
                    </a:stretch>
                  </pic:blipFill>
                  <pic:spPr>
                    <a:xfrm>
                      <a:off x="0" y="0"/>
                      <a:ext cx="5486400" cy="3627120"/>
                    </a:xfrm>
                    <a:prstGeom prst="rect"/>
                  </pic:spPr>
                </pic:pic>
              </a:graphicData>
            </a:graphic>
          </wp:inline>
        </w:drawing>
      </w:r>
    </w:p>
    <w:p>
      <w:r>
        <w:rPr>
          <w:i/>
          <w:color w:val="525252"/>
          <w:sz w:val="17"/>
        </w:rPr>
        <w:t>Figure 42. Find point clusters: Prism readings over time [91]. Per week, 2026-05-04 to 2026-09-14. Source: Find point clusters: Prism readings (1,200 features). The data is in the appendix.</w:t>
      </w:r>
    </w:p>
    <w:p>
      <w:pPr>
        <w:jc w:val="center"/>
      </w:pPr>
      <w:r>
        <w:drawing>
          <wp:inline xmlns:a="http://schemas.openxmlformats.org/drawingml/2006/main" xmlns:pic="http://schemas.openxmlformats.org/drawingml/2006/picture">
            <wp:extent cx="5486400" cy="4011168"/>
            <wp:docPr id="43" name="Picture 43"/>
            <wp:cNvGraphicFramePr>
              <a:graphicFrameLocks noChangeAspect="1"/>
            </wp:cNvGraphicFramePr>
            <a:graphic>
              <a:graphicData uri="http://schemas.openxmlformats.org/drawingml/2006/picture">
                <pic:pic>
                  <pic:nvPicPr>
                    <pic:cNvPr id="0" name="062.jpg"/>
                    <pic:cNvPicPr/>
                  </pic:nvPicPr>
                  <pic:blipFill>
                    <a:blip r:embed="rId49"/>
                    <a:stretch>
                      <a:fillRect/>
                    </a:stretch>
                  </pic:blipFill>
                  <pic:spPr>
                    <a:xfrm>
                      <a:off x="0" y="0"/>
                      <a:ext cx="5486400" cy="4011168"/>
                    </a:xfrm>
                    <a:prstGeom prst="rect"/>
                  </pic:spPr>
                </pic:pic>
              </a:graphicData>
            </a:graphic>
          </wp:inline>
        </w:drawing>
      </w:r>
    </w:p>
    <w:p>
      <w:r>
        <w:rPr>
          <w:i/>
          <w:color w:val="525252"/>
          <w:sz w:val="17"/>
        </w:rPr>
        <w:t>Figure 43. Find point clusters: Drill holes over time [92]. Per month, 2024-01-01 to 2026-08-01. Source: Find point clusters: Drill holes (320 features). The data is in the appendix.</w:t>
      </w:r>
    </w:p>
    <w:p>
      <w:pPr>
        <w:jc w:val="center"/>
      </w:pPr>
      <w:r>
        <w:drawing>
          <wp:inline xmlns:a="http://schemas.openxmlformats.org/drawingml/2006/main" xmlns:pic="http://schemas.openxmlformats.org/drawingml/2006/picture">
            <wp:extent cx="5486400" cy="4011168"/>
            <wp:docPr id="44" name="Picture 44"/>
            <wp:cNvGraphicFramePr>
              <a:graphicFrameLocks noChangeAspect="1"/>
            </wp:cNvGraphicFramePr>
            <a:graphic>
              <a:graphicData uri="http://schemas.openxmlformats.org/drawingml/2006/picture">
                <pic:pic>
                  <pic:nvPicPr>
                    <pic:cNvPr id="0" name="047.jpg"/>
                    <pic:cNvPicPr/>
                  </pic:nvPicPr>
                  <pic:blipFill>
                    <a:blip r:embed="rId36"/>
                    <a:stretch>
                      <a:fillRect/>
                    </a:stretch>
                  </pic:blipFill>
                  <pic:spPr>
                    <a:xfrm>
                      <a:off x="0" y="0"/>
                      <a:ext cx="5486400" cy="4011168"/>
                    </a:xfrm>
                    <a:prstGeom prst="rect"/>
                  </pic:spPr>
                </pic:pic>
              </a:graphicData>
            </a:graphic>
          </wp:inline>
        </w:drawing>
      </w:r>
    </w:p>
    <w:p>
      <w:r>
        <w:rPr>
          <w:i/>
          <w:color w:val="525252"/>
          <w:sz w:val="17"/>
        </w:rPr>
        <w:t>Figure 44. Repeat and near repeat classification: Drill holes over time [93]. Per month, 2024-01-01 to 2026-08-01. Source: Repeat and near repeat classification: Drill holes (320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month by dataset. 99 rows (id d5063e0d-383f-46d6-a583-b42ef86dcb50)</w:t>
      </w:r>
    </w:p>
    <w:p>
      <w:pPr>
        <w:spacing w:after="40"/>
      </w:pPr>
      <w:r>
        <w:t>[2] Dataset: Prism readings. vector, 1200 rows (id 60f18997-7538-4981-ab32-a2378dbc2332)</w:t>
      </w:r>
    </w:p>
    <w:p>
      <w:pPr>
        <w:spacing w:after="40"/>
      </w:pPr>
      <w:r>
        <w:t>[3] Dataset: Drill holes. vector, 320 rows (id 2a2433a0-611a-44a4-9f0d-081ef95736f5)</w:t>
      </w:r>
    </w:p>
    <w:p>
      <w:pPr>
        <w:spacing w:after="40"/>
      </w:pPr>
      <w:r>
        <w:t>[4] Dataset: Production by pit and week. table, 76 rows (id b8016ccc-7a32-41af-83a8-3d85487ce025)</w:t>
      </w:r>
    </w:p>
    <w:p>
      <w:pPr>
        <w:spacing w:after="40"/>
      </w:pPr>
      <w:r>
        <w:t>[5] Catalog: Hot spot analysis (operation catalog, gp_hot_spots). Getis-Ord Gi* hot and cold spots with z-scores, p-values and confidence bins. ArcGIS: Find Hot Spots, Hot Spot Analysis (Getis-Ord Gi*). QGIS: qgis:hotspot (plugin). (id gp_hot_spots)</w:t>
      </w:r>
    </w:p>
    <w:p>
      <w:pPr>
        <w:spacing w:after="40"/>
      </w:pPr>
      <w:r>
        <w:t>[6] Plan: Hot spots of Drill holes (the Start plan's candidate c_89364af0f3f2). 320 points: Getis-Ord Gi* tests whether the concentrations in Drill holes are statistically significant. (id 7bc56161-0d78-4299-bc71-0dcafaee2734:c_89364af0f3f2)</w:t>
      </w:r>
    </w:p>
    <w:p>
      <w:pPr>
        <w:spacing w:after="40"/>
      </w:pPr>
      <w:r>
        <w:t>[7] Tool result: gp_hot_spots, step 0. Hot spot analysis: 1 layer saved: Hot spot analysis: Drill holes (50 features). (id 6d176ba7-ebd6-4f95-82dc-d0c9a4e4146b:0)</w:t>
      </w:r>
    </w:p>
    <w:p>
      <w:pPr>
        <w:spacing w:after="40"/>
      </w:pPr>
      <w:r>
        <w:t>[8] Layer: Drill holes. 320 features (id 3fc6780a-f84b-41cc-a091-beff7f8fa0d0)</w:t>
      </w:r>
    </w:p>
    <w:p>
      <w:pPr>
        <w:spacing w:after="40"/>
      </w:pPr>
      <w:r>
        <w:t>[9] Plan: Hot spots of Prism readings (the Start plan's candidate c_50324c88a44c). 1200 points: Getis-Ord Gi* tests whether the concentrations in Prism readings are statistically significant. (id 7bc56161-0d78-4299-bc71-0dcafaee2734:c_50324c88a44c)</w:t>
      </w:r>
    </w:p>
    <w:p>
      <w:pPr>
        <w:spacing w:after="40"/>
      </w:pPr>
      <w:r>
        <w:t>[10] Tool result: gp_hot_spots, step 1. Hot spot analysis: 1 layer saved: Hot spot analysis: Prism readings (227 features). (id 6d176ba7-ebd6-4f95-82dc-d0c9a4e4146b:1)</w:t>
      </w:r>
    </w:p>
    <w:p>
      <w:pPr>
        <w:spacing w:after="40"/>
      </w:pPr>
      <w:r>
        <w:t>[11] Layer: Prism readings. 1,200 features (id 920e4ae7-03de-45d8-8b1f-df8f2afca685)</w:t>
      </w:r>
    </w:p>
    <w:p>
      <w:pPr>
        <w:spacing w:after="40"/>
      </w:pPr>
      <w:r>
        <w:t>[12]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[13] Plan: Space time hot spots of Drill holes (the Start plan's candidate c_0ea6ff5db7ae). Drill holes carry dates in 'drilled_on': emerging hot spot analysis finds new, intensifying and fading hot spots per month. (id 7bc56161-0d78-4299-bc71-0dcafaee2734:c_0ea6ff5db7ae)</w:t>
      </w:r>
    </w:p>
    <w:p>
      <w:pPr>
        <w:spacing w:after="40"/>
      </w:pPr>
      <w:r>
        <w:t>[14] Tool result: gp_space_time_hot_spots, step 0. Emerging hot spots: 1 layer saved: Emerging hot spots: Drill holes (30 features). (id d6b96f46-054d-4ebc-b6ed-8ea1f8115bfb:0)</w:t>
      </w:r>
    </w:p>
    <w:p>
      <w:pPr>
        <w:spacing w:after="40"/>
      </w:pPr>
      <w:r>
        <w:t>[15] Plan: Space time hot spots of Prism readings (the Start plan's candidate c_52d4ce8ea935). Prism readings carry dates in 'observed_at': emerging hot spot analysis finds new, intensifying and fading hot spots per week. (id 7bc56161-0d78-4299-bc71-0dcafaee2734:c_52d4ce8ea935)</w:t>
      </w:r>
    </w:p>
    <w:p>
      <w:pPr>
        <w:spacing w:after="40"/>
      </w:pPr>
      <w:r>
        <w:t>[16] Tool result: gp_space_time_hot_spots, step 1. Emerging hot spots: 1 layer saved: Emerging hot spots: Prism readings (29 features). (id d6b96f46-054d-4ebc-b6ed-8ea1f8115bfb:1)</w:t>
      </w:r>
    </w:p>
    <w:p>
      <w:pPr>
        <w:spacing w:after="40"/>
      </w:pPr>
      <w:r>
        <w:t>[17]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[18] Plan: Near repeat of Drill holes (the Start plan's candidate c_817106996954). Near repeat analysis tests whether Drill holes close in space also follow each other within 30 days. (id 7bc56161-0d78-4299-bc71-0dcafaee2734:c_817106996954)</w:t>
      </w:r>
    </w:p>
    <w:p>
      <w:pPr>
        <w:spacing w:after="40"/>
      </w:pPr>
      <w:r>
        <w:t>[19] Tool result: gp_near_repeat, step 2. Repeat and near repeat classification: 1 layer saved: Repeat and near repeat classification: Drill holes (320 features). (id d6b96f46-054d-4ebc-b6ed-8ea1f8115bfb:2)</w:t>
      </w:r>
    </w:p>
    <w:p>
      <w:pPr>
        <w:spacing w:after="40"/>
      </w:pPr>
      <w:r>
        <w:t>[20]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[21] Plan: Drill holes per feature of Geotechnical domains (the Start plan's candidate c_755f3a7cd2f9). Count Drill holes inside each feature of Geotechnical domains by type; the counts map as a choropleth (natural breaks, sequential colors). (id 7bc56161-0d78-4299-bc71-0dcafaee2734:c_755f3a7cd2f9)</w:t>
      </w:r>
    </w:p>
    <w:p>
      <w:pPr>
        <w:spacing w:after="40"/>
      </w:pPr>
      <w:r>
        <w:t>[22] Tool result: gp_summarize_within, step 0. Summarize within: 1 layer saved: Summarize within: Geotechnical domains (6 features). (id e68cc066-c112-488f-8008-428c4110a545:0)</w:t>
      </w:r>
    </w:p>
    <w:p>
      <w:pPr>
        <w:spacing w:after="40"/>
      </w:pPr>
      <w:r>
        <w:t>[23] Layer: Geotechnical domains. 6 features (id 7e9e4801-2390-459b-a556-ee9f4ecc9967)</w:t>
      </w:r>
    </w:p>
    <w:p>
      <w:pPr>
        <w:spacing w:after="40"/>
      </w:pPr>
      <w:r>
        <w:t>[24] Tool result: gp_summarize_within, step 1. Summarize within: 1 layer saved: Summarize within: Geotechnical domains (6 features). (id e68cc066-c112-488f-8008-428c4110a545:1)</w:t>
      </w:r>
    </w:p>
    <w:p>
      <w:pPr>
        <w:spacing w:after="40"/>
      </w:pPr>
      <w:r>
        <w:t>[25] Tool result: gp_summarize_within, step 2. Summarize within: 1 layer saved: Summarize within: Geotechnical domains (6 features). (id e68cc066-c112-488f-8008-428c4110a545:2)</w:t>
      </w:r>
    </w:p>
    <w:p>
      <w:pPr>
        <w:spacing w:after="40"/>
      </w:pPr>
      <w:r>
        <w:t>[26] Layer: Monitoring prisms. 60 features (id 6e51a43e-4dfd-41b4-8730-56c9ba793475)</w:t>
      </w:r>
    </w:p>
    <w:p>
      <w:pPr>
        <w:spacing w:after="40"/>
      </w:pPr>
      <w:r>
        <w:t>[27]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[28] Plan: Cluster points of Drill holes (the Start plan's candidate c_6300f2dcb36d). DBSCAN finds dense groups of Drill holes and separates noise. (id 7bc56161-0d78-4299-bc71-0dcafaee2734:c_6300f2dcb36d)</w:t>
      </w:r>
    </w:p>
    <w:p>
      <w:pPr>
        <w:spacing w:after="40"/>
      </w:pPr>
      <w:r>
        <w:t>[29] Tool result: gp_find_point_clusters, step 0. Find point clusters: 2 layers saved: Find point clusters: Drill holes (320 features); Find point clusters: cluster hulls (10 features). (id 5ac0b253-366a-4046-9261-fd5bdc8cf6f3:0)</w:t>
      </w:r>
    </w:p>
    <w:p>
      <w:pPr>
        <w:spacing w:after="40"/>
      </w:pPr>
      <w:r>
        <w:t>[30] Plan: Cluster points of Prism readings (the Start plan's candidate c_04a216785510). DBSCAN finds dense groups of Prism readings and separates noise. (id 7bc56161-0d78-4299-bc71-0dcafaee2734:c_04a216785510)</w:t>
      </w:r>
    </w:p>
    <w:p>
      <w:pPr>
        <w:spacing w:after="40"/>
      </w:pPr>
      <w:r>
        <w:t>[31] Tool result: gp_find_point_clusters, step 1. Find point clusters: 2 layers saved: Find point clusters: Prism readings (1200 features); Find point clusters: cluster hulls (60 features). (id 5ac0b253-366a-4046-9261-fd5bdc8cf6f3:1)</w:t>
      </w:r>
    </w:p>
    <w:p>
      <w:pPr>
        <w:spacing w:after="40"/>
      </w:pPr>
      <w:r>
        <w:t>[32] Plan: Cluster points of Monitoring prisms (the Start plan's candidate c_9c591df40051). DBSCAN finds dense groups of Monitoring prisms and separates noise. (id 7bc56161-0d78-4299-bc71-0dcafaee2734:c_9c591df40051)</w:t>
      </w:r>
    </w:p>
    <w:p>
      <w:pPr>
        <w:spacing w:after="40"/>
      </w:pPr>
      <w:r>
        <w:t>[33] Tool result: gp_find_point_clusters, step 2. Find point clusters: 2 layers saved: Find point clusters: Monitoring prisms (60 features); Find point clusters: cluster hulls (4 features). (id 5ac0b253-366a-4046-9261-fd5bdc8cf6f3:2)</w:t>
      </w:r>
    </w:p>
    <w:p>
      <w:pPr>
        <w:spacing w:after="40"/>
      </w:pPr>
      <w:r>
        <w:t>[34] Catalog: Zonal statistics (analysis catalog, rs_zonal_statistics). count/min/max/mean/std/sum/median/majority per polygon as a table and as GeoJSON. ArcGIS: Zonal Statistics as Table (polygons). (id rs_zonal_statistics)</w:t>
      </w:r>
    </w:p>
    <w:p>
      <w:pPr>
        <w:spacing w:after="40"/>
      </w:pPr>
      <w:r>
        <w:t>[35] Plan: Zonal statistics of Mine terrain model (DEM) and Geotechnical domains (the Start plan's candidate c_4a873859298f). Statistics of Mine terrain model (DEM) inside each feature of Geotechnical domains. (id 7bc56161-0d78-4299-bc71-0dcafaee2734:c_4a873859298f)</w:t>
      </w:r>
    </w:p>
    <w:p>
      <w:pPr>
        <w:spacing w:after="40"/>
      </w:pPr>
      <w:r>
        <w:t>[36] Tool result: rs_zonal_statistics, step 0. Zonal statistics: 6 row(s). zones 6. (id 30c7009a-f86b-4e23-ad74-b8942eb98ecd:0)</w:t>
      </w:r>
    </w:p>
    <w:p>
      <w:pPr>
        <w:spacing w:after="40"/>
      </w:pPr>
      <w:r>
        <w:t>[37] Tool result: rs_zonal_statistics, step 1. Zonal statistics: 7 row(s). zones 7. (id 30c7009a-f86b-4e23-ad74-b8942eb98ecd:1)</w:t>
      </w:r>
    </w:p>
    <w:p>
      <w:pPr>
        <w:spacing w:after="40"/>
      </w:pPr>
      <w:r>
        <w:t>[38] Catalog: Slope (analysis catalog, tr_slope). Horn slope in degrees or percent, with the share of ground in six grade classes. ArcGIS: Slope (Spatial Analyst). QGIS: Slope (GDAL DEM). (id tr_slope)</w:t>
      </w:r>
    </w:p>
    <w:p>
      <w:pPr>
        <w:spacing w:after="40"/>
      </w:pPr>
      <w:r>
        <w:t>[39] Plan: Slope of Mine terrain model (DEM) (the Start plan's candidate c_c4670a6804ed). Slope of the Mine terrain model (DEM) surface. (id 7bc56161-0d78-4299-bc71-0dcafaee2734:c_c4670a6804ed)</w:t>
      </w:r>
    </w:p>
    <w:p>
      <w:pPr>
        <w:spacing w:after="40"/>
      </w:pPr>
      <w:r>
        <w:t>[40] Tool result: tr_slope, step 2. Slope over 48.00 km2: mean 2.68 degrees, max 36.74 degrees; 9% of the ground is steeper than 15%. DEM: Mine terrain model (DEM). Verified: 2 checks passed. (id 30c7009a-f86b-4e23-ad74-b8942eb98ecd:2)</w:t>
      </w:r>
    </w:p>
    <w:p>
      <w:pPr>
        <w:spacing w:after="40"/>
      </w:pPr>
      <w:r>
        <w:t>[41] Layer: Mine terrain model (DEM). 0 features (id d3bacd4c-de66-4724-8a10-a3ec4d2f4cd4)</w:t>
      </w:r>
    </w:p>
    <w:p>
      <w:pPr>
        <w:spacing w:after="40"/>
      </w:pPr>
      <w:r>
        <w:t>[42] Catalog: Calculate density (operation catalog, gp_calculate_density). Kernel density per square kilometer on a grid. ArcGIS: Calculate Density, Kernel Density. QGIS: native:heatmapkerneldensityestimation. (id gp_calculate_density)</w:t>
      </w:r>
    </w:p>
    <w:p>
      <w:pPr>
        <w:spacing w:after="40"/>
      </w:pPr>
      <w:r>
        <w:t>[43] Plan: Kernel density of Drill holes (the Start plan's candidate c_2e2e29bf0e3a). 320 points in Drill holes: a density surface shows where they concentrate. (id 7bc56161-0d78-4299-bc71-0dcafaee2734:c_2e2e29bf0e3a)</w:t>
      </w:r>
    </w:p>
    <w:p>
      <w:pPr>
        <w:spacing w:after="40"/>
      </w:pPr>
      <w:r>
        <w:t>[44] Tool result: gp_calculate_density, step 0. Calculate density: 1 layer saved: Calculate density: Drill holes (328 features). (id 48907d44-ee48-4d56-88b9-782734e7cb9e:0)</w:t>
      </w:r>
    </w:p>
    <w:p>
      <w:pPr>
        <w:spacing w:after="40"/>
      </w:pPr>
      <w:r>
        <w:t>[45] Plan: Kernel density of Prism readings (the Start plan's candidate c_aacfc43e5746). 1200 points in Prism readings: a density surface shows where they concentrate. (id 7bc56161-0d78-4299-bc71-0dcafaee2734:c_aacfc43e5746)</w:t>
      </w:r>
    </w:p>
    <w:p>
      <w:pPr>
        <w:spacing w:after="40"/>
      </w:pPr>
      <w:r>
        <w:t>[46] Tool result: gp_calculate_density, step 1. Calculate density: 1 layer saved: Calculate density: Prism readings (545 features). (id 48907d44-ee48-4d56-88b9-782734e7cb9e:1)</w:t>
      </w:r>
    </w:p>
    <w:p>
      <w:pPr>
        <w:spacing w:after="40"/>
      </w:pPr>
      <w:r>
        <w:t>[47] Plan: Kernel density of Monitoring prisms (the Start plan's candidate c_f6f8e0a3b55f). 60 points in Monitoring prisms: a density surface shows where they concentrate. (id 7bc56161-0d78-4299-bc71-0dcafaee2734:c_f6f8e0a3b55f)</w:t>
      </w:r>
    </w:p>
    <w:p>
      <w:pPr>
        <w:spacing w:after="40"/>
      </w:pPr>
      <w:r>
        <w:t>[48] Tool result: gp_calculate_density, step 2. Calculate density: 1 layer saved: Calculate density: Monitoring prisms (134 features). (id 48907d44-ee48-4d56-88b9-782734e7cb9e:2)</w:t>
      </w:r>
    </w:p>
    <w:p>
      <w:pPr>
        <w:spacing w:after="40"/>
      </w:pPr>
      <w:r>
        <w:t>[49] Plan: Hot spots of Monitoring prisms (the Start plan's candidate c_37960faa4114). 60 points: Getis-Ord Gi* tests whether the concentrations in Monitoring prisms are statistically significant. (id 7bc56161-0d78-4299-bc71-0dcafaee2734:c_37960faa4114)</w:t>
      </w:r>
    </w:p>
    <w:p>
      <w:pPr>
        <w:spacing w:after="40"/>
      </w:pPr>
      <w:r>
        <w:t>[50] Tool result: gp_hot_spots, step 0. Hot spot analysis: 1 layer saved: Hot spot analysis: Monitoring prisms (16 features). (id 85672774-a9a1-438b-b198-fb69481775dd:0)</w:t>
      </w:r>
    </w:p>
    <w:p>
      <w:pPr>
        <w:spacing w:after="40"/>
      </w:pPr>
      <w:r>
        <w:t>[51] Rendering: Map: Hot spot analysis: Drill holes (id 7aba71c8-1496-40d8-b8eb-42666243d92b)</w:t>
      </w:r>
    </w:p>
    <w:p>
      <w:pPr>
        <w:spacing w:after="40"/>
      </w:pPr>
      <w:r>
        <w:t>[52] Rendering: Map: Hot spot analysis: Prism readings (id 26ff0f7f-3d97-4039-93a6-123c8eafa5da)</w:t>
      </w:r>
    </w:p>
    <w:p>
      <w:pPr>
        <w:spacing w:after="40"/>
      </w:pPr>
      <w:r>
        <w:t>[53] Rendering: Map: Emerging hot spots: Drill holes (id e03597b1-0956-4005-94ae-c579b88dc145)</w:t>
      </w:r>
    </w:p>
    <w:p>
      <w:pPr>
        <w:spacing w:after="40"/>
      </w:pPr>
      <w:r>
        <w:t>[54] Rendering: Map: Emerging hot spots: Prism readings (id c7fd6550-a8b0-43c2-b53f-25a96057ad1f)</w:t>
      </w:r>
    </w:p>
    <w:p>
      <w:pPr>
        <w:spacing w:after="40"/>
      </w:pPr>
      <w:r>
        <w:t>[55] Rendering: Map: Repeat and near repeat classification: Drill holes (id 64c3b80d-fd24-488e-857c-348e16eef2b7)</w:t>
      </w:r>
    </w:p>
    <w:p>
      <w:pPr>
        <w:spacing w:after="40"/>
      </w:pPr>
      <w:r>
        <w:t>[56] Rendering: Map: Summarize within: Geotechnical domains (id 46826436-d7ec-40c3-bd26-6442c1f5bce0)</w:t>
      </w:r>
    </w:p>
    <w:p>
      <w:pPr>
        <w:spacing w:after="40"/>
      </w:pPr>
      <w:r>
        <w:t>[57] Rendering: Map: Summarize within: Geotechnical domains (id a0355267-d17c-48fb-8009-9201561699e5)</w:t>
      </w:r>
    </w:p>
    <w:p>
      <w:pPr>
        <w:spacing w:after="40"/>
      </w:pPr>
      <w:r>
        <w:t>[58] Rendering: Map: Summarize within: Geotechnical domains (id b5636e87-7844-4fb0-8ed5-f8f518396c87)</w:t>
      </w:r>
    </w:p>
    <w:p>
      <w:pPr>
        <w:spacing w:after="40"/>
      </w:pPr>
      <w:r>
        <w:t>[59] Rendering: Map: Find point clusters: Drill holes (id db466f95-f4c8-4cd9-af9d-6d9cfcf6d915)</w:t>
      </w:r>
    </w:p>
    <w:p>
      <w:pPr>
        <w:spacing w:after="40"/>
      </w:pPr>
      <w:r>
        <w:t>[60] Rendering: Map: Find point clusters: cluster hulls (id 6c0777df-5751-4f2a-b90f-28f799dfed17)</w:t>
      </w:r>
    </w:p>
    <w:p>
      <w:pPr>
        <w:spacing w:after="40"/>
      </w:pPr>
      <w:r>
        <w:t>[61] Rendering: Map: Find point clusters: Prism readings (id 24577f88-171d-4b0e-b865-3e11993d2f9f)</w:t>
      </w:r>
    </w:p>
    <w:p>
      <w:pPr>
        <w:spacing w:after="40"/>
      </w:pPr>
      <w:r>
        <w:t>[62] Rendering: Map: Find point clusters: cluster hulls (id f6f2da46-1368-4eda-bec6-17e32c7181f8)</w:t>
      </w:r>
    </w:p>
    <w:p>
      <w:pPr>
        <w:spacing w:after="40"/>
      </w:pPr>
      <w:r>
        <w:t>[63] Rendering: Map: Find point clusters: Monitoring prisms (id a07906f9-8500-4b6c-9113-39a85ad19144)</w:t>
      </w:r>
    </w:p>
    <w:p>
      <w:pPr>
        <w:spacing w:after="40"/>
      </w:pPr>
      <w:r>
        <w:t>[64] Rendering: Map: Find point clusters: cluster hulls (id 46445a69-778d-4e67-b2ee-b6df575e5ec0)</w:t>
      </w:r>
    </w:p>
    <w:p>
      <w:pPr>
        <w:spacing w:after="40"/>
      </w:pPr>
      <w:r>
        <w:t>[65] Rendering: Map: Slope (degrees) (id 6e1a5363-e4c6-449d-8033-bd5fd8b184f2)</w:t>
      </w:r>
    </w:p>
    <w:p>
      <w:pPr>
        <w:spacing w:after="40"/>
      </w:pPr>
      <w:r>
        <w:t>[66] Rendering: Map: Calculate density: Drill holes (id cc413631-8b22-482c-a490-bb94d5d9fcab)</w:t>
      </w:r>
    </w:p>
    <w:p>
      <w:pPr>
        <w:spacing w:after="40"/>
      </w:pPr>
      <w:r>
        <w:t>[67] Rendering: Map: Calculate density: Prism readings (id 580f357c-fb0a-4e14-adc1-65a8045b73a3)</w:t>
      </w:r>
    </w:p>
    <w:p>
      <w:pPr>
        <w:spacing w:after="40"/>
      </w:pPr>
      <w:r>
        <w:t>[68] Rendering: Map: Calculate density: Monitoring prisms (id cad3aba8-d7e0-4de8-8c67-d9f79050feae)</w:t>
      </w:r>
    </w:p>
    <w:p>
      <w:pPr>
        <w:spacing w:after="40"/>
      </w:pPr>
      <w:r>
        <w:t>[69] Rendering: Map: Geotechnical domains by rmr (id c85125a0-4390-476f-8f95-a7f7b2b1772c)</w:t>
      </w:r>
    </w:p>
    <w:p>
      <w:pPr>
        <w:spacing w:after="40"/>
      </w:pPr>
      <w:r>
        <w:t>[70] Rendering: Map: Mine areas by depth_m (id 7bf2ced2-c815-4869-902d-5189c7dbcbb3)</w:t>
      </w:r>
    </w:p>
    <w:p>
      <w:pPr>
        <w:spacing w:after="40"/>
      </w:pPr>
      <w:r>
        <w:t>[71] Rendering: Map: Hot spot analysis: Monitoring prisms (id e47105cc-ae94-4c8a-ac4c-801c44b57ad6)</w:t>
      </w:r>
    </w:p>
    <w:p>
      <w:pPr>
        <w:spacing w:after="40"/>
      </w:pPr>
      <w:r>
        <w:t>[72] Rendering: Chart: Prism readings over time (velocity_mm_day). 20 rows (id f72a208b-643e-404c-b35c-deb12248f756)</w:t>
      </w:r>
    </w:p>
    <w:p>
      <w:pPr>
        <w:spacing w:after="40"/>
      </w:pPr>
      <w:r>
        <w:t>[73] Rendering: Chart: Hot spot analysis: Drill holes. 9 rows (id 2232e923-0f0f-40a7-bcec-b33f32691a12)</w:t>
      </w:r>
    </w:p>
    <w:p>
      <w:pPr>
        <w:spacing w:after="40"/>
      </w:pPr>
      <w:r>
        <w:t>[74] Rendering: Chart: Hot spot analysis: Prism readings. 2 rows (id bcc45631-4c2b-4328-b12f-0742986292e6)</w:t>
      </w:r>
    </w:p>
    <w:p>
      <w:pPr>
        <w:spacing w:after="40"/>
      </w:pPr>
      <w:r>
        <w:t>[75] Rendering: Chart: Emerging hot spots: Drill holes. 6 rows (id 83db89a9-e5f1-43ee-bef4-9607147169ef)</w:t>
      </w:r>
    </w:p>
    <w:p>
      <w:pPr>
        <w:spacing w:after="40"/>
      </w:pPr>
      <w:r>
        <w:t>[76] Rendering: Chart: Emerging hot spots: Prism readings. 6 rows (id e64dd055-c0fb-427f-a4c1-b3365102d997)</w:t>
      </w:r>
    </w:p>
    <w:p>
      <w:pPr>
        <w:spacing w:after="40"/>
      </w:pPr>
      <w:r>
        <w:t>[77] Rendering: Chart: Repeat and near repeat classification: Drill holes. 64 rows (id 0487f31b-380e-42f5-8a05-5afcc2dd8033)</w:t>
      </w:r>
    </w:p>
    <w:p>
      <w:pPr>
        <w:spacing w:after="40"/>
      </w:pPr>
      <w:r>
        <w:t>[78] Rendering: Chart: Summarize within: Geotechnical domains. 5 rows (id 52ed6781-1621-4935-86e6-a4335fb92e26)</w:t>
      </w:r>
    </w:p>
    <w:p>
      <w:pPr>
        <w:spacing w:after="40"/>
      </w:pPr>
      <w:r>
        <w:t>[79] Rendering: Chart: Summarize within: Geotechnical domains. 5 rows (id 60644b50-b68a-4746-97d0-81795a71efe5)</w:t>
      </w:r>
    </w:p>
    <w:p>
      <w:pPr>
        <w:spacing w:after="40"/>
      </w:pPr>
      <w:r>
        <w:t>[80] Rendering: Chart: Summarize within: Geotechnical domains. 5 rows (id dc5eabf8-66d5-4b52-ab80-f8fd8a8eb98a)</w:t>
      </w:r>
    </w:p>
    <w:p>
      <w:pPr>
        <w:spacing w:after="40"/>
      </w:pPr>
      <w:r>
        <w:t>[81] Rendering: Chart: Find point clusters: Drill holes. 11 rows (id c2c8d93a-1510-4b4c-8ceb-eb117952bdd5)</w:t>
      </w:r>
    </w:p>
    <w:p>
      <w:pPr>
        <w:spacing w:after="40"/>
      </w:pPr>
      <w:r>
        <w:t>[82] Rendering: Chart: Find point clusters: cluster hulls. 10 rows (id 520eb33c-5a35-4111-bf80-cb207542d8d7)</w:t>
      </w:r>
    </w:p>
    <w:p>
      <w:pPr>
        <w:spacing w:after="40"/>
      </w:pPr>
      <w:r>
        <w:t>[83] Rendering: Chart: Find point clusters: Prism readings. 60 rows (id 23efb700-58b6-48a0-8b27-5d330ea8f265)</w:t>
      </w:r>
    </w:p>
    <w:p>
      <w:pPr>
        <w:spacing w:after="40"/>
      </w:pPr>
      <w:r>
        <w:t>[84] Rendering: Chart: Find point clusters: cluster hulls. 60 rows (id 471bb2b8-d0f5-4095-8b5a-dc94ede849ca)</w:t>
      </w:r>
    </w:p>
    <w:p>
      <w:pPr>
        <w:spacing w:after="40"/>
      </w:pPr>
      <w:r>
        <w:t>[85] Rendering: Chart: Find point clusters: Monitoring prisms. 5 rows (id 19c67bbc-96ea-464f-98d9-b8049e398cd2)</w:t>
      </w:r>
    </w:p>
    <w:p>
      <w:pPr>
        <w:spacing w:after="40"/>
      </w:pPr>
      <w:r>
        <w:t>[86] Rendering: Chart: Find point clusters: cluster hulls. 4 rows (id b959d2a0-9626-4d42-adca-b8bd867773e1)</w:t>
      </w:r>
    </w:p>
    <w:p>
      <w:pPr>
        <w:spacing w:after="40"/>
      </w:pPr>
      <w:r>
        <w:t>[87] Rendering: Chart: Calculate density: Drill holes. 10 rows (id b2f5fe27-ce96-4a92-b076-cbd54e45c371)</w:t>
      </w:r>
    </w:p>
    <w:p>
      <w:pPr>
        <w:spacing w:after="40"/>
      </w:pPr>
      <w:r>
        <w:t>[88] Rendering: Chart: Calculate density: Prism readings. 11 rows (id 141cbaa1-7ea2-44fe-a5b7-1bd4079d6a01)</w:t>
      </w:r>
    </w:p>
    <w:p>
      <w:pPr>
        <w:spacing w:after="40"/>
      </w:pPr>
      <w:r>
        <w:t>[89] Rendering: Chart: Calculate density: Monitoring prisms. 9 rows (id 0f1f5fd1-f50c-4016-ac53-5ae0ec095be2)</w:t>
      </w:r>
    </w:p>
    <w:p>
      <w:pPr>
        <w:spacing w:after="40"/>
      </w:pPr>
      <w:r>
        <w:t>[90] Rendering: Chart: Hot spot analysis: Monitoring prisms. 7 rows (id 0bacfb00-e39e-4890-93a0-bbdf0d8d797f)</w:t>
      </w:r>
    </w:p>
    <w:p>
      <w:pPr>
        <w:spacing w:after="40"/>
      </w:pPr>
      <w:r>
        <w:t>[91] Rendering: Chart: Find point clusters: Prism readings over time. 20 rows (id e052e5c9-141f-425d-87c0-88027cefb9e8)</w:t>
      </w:r>
    </w:p>
    <w:p>
      <w:pPr>
        <w:spacing w:after="40"/>
      </w:pPr>
      <w:r>
        <w:t>[92] Rendering: Chart: Find point clusters: Drill holes over time. 64 rows (id 0501233f-ce86-469a-adb7-88f810d5c2bf)</w:t>
      </w:r>
    </w:p>
    <w:p>
      <w:pPr>
        <w:spacing w:after="40"/>
      </w:pPr>
      <w:r>
        <w:t>[93] Rendering: Chart: Repeat and near repeat classification: Drill holes over time. 64 rows (id a1201925-0565-4158-a599-5097c6e018b7)</w:t>
      </w:r>
    </w:p>
    <w:p>
      <w:pPr>
        <w:spacing w:after="40"/>
      </w:pPr>
      <w:r>
        <w:t>[94] Dataset: Mine areas. vector, 7 rows (id 796bc23c-1c01-471f-a816-e4b92b4ad5d2)</w:t>
      </w:r>
    </w:p>
    <w:p>
      <w:pPr>
        <w:spacing w:after="40"/>
      </w:pPr>
      <w:r>
        <w:t>[95] Dataset: Haul roads. vector, 38 rows (id 98271253-f396-48d5-89e3-e5ec77dd5592)</w:t>
      </w:r>
    </w:p>
    <w:p>
      <w:pPr>
        <w:spacing w:after="40"/>
      </w:pPr>
      <w:r>
        <w:t>[96] Dataset: Monitoring prisms. vector, 60 rows (id 931b37bf-74ac-40a6-bf1e-5aa284c78b21)</w:t>
      </w:r>
    </w:p>
    <w:p>
      <w:pPr>
        <w:spacing w:after="40"/>
      </w:pPr>
      <w:r>
        <w:t>[97] Dataset: Equipment. vector, 40 rows (id eb207db2-da08-4413-ab19-e6b7a998dbd4)</w:t>
      </w:r>
    </w:p>
    <w:p>
      <w:pPr>
        <w:spacing w:after="40"/>
      </w:pPr>
      <w:r>
        <w:t>[98] Dataset: Geotechnical domains. vector, 6 rows (id 767dcbe8-71b3-4319-9ad0-09d448c619f8)</w:t>
      </w:r>
    </w:p>
    <w:p>
      <w:pPr>
        <w:spacing w:after="40"/>
      </w:pPr>
      <w:r>
        <w:t>[99] Dataset: Mine terrain model (DEM). raster, ? rows (id 963146d0-3d3d-4cbb-a20f-e9c9ef5589ac)</w:t>
      </w:r>
    </w:p>
    <w:p>
      <w:pPr>
        <w:spacing w:after="40"/>
      </w:pPr>
      <w:r>
        <w:t>[100] Dataset: Bench design by domain. table, 6 rows (id b5190874-406c-48c8-aebb-c9874f6882f0)</w:t>
      </w:r>
    </w:p>
    <w:p>
      <w:pPr>
        <w:spacing w:after="40"/>
      </w:pPr>
      <w:r>
        <w:t>[101] Dataset: Geotechnical inspection report. document, ? rows (id 80e8ec2d-81ee-46d6-8c45-60a1c26b1f30)</w:t>
      </w:r>
    </w:p>
    <w:p>
      <w:pPr>
        <w:spacing w:after="40"/>
      </w:pPr>
      <w:r>
        <w:t>[102] Record: Sample: Mining, Newman (id 11fd3b70-5f29-4895-b87f-807f2ec1e52e)</w:t>
      </w:r>
    </w:p>
    <w:p>
      <w:pPr>
        <w:spacing w:after="40"/>
      </w:pPr>
      <w:r>
        <w:t>[103] Layer: Hot spot analysis: Drill holes. 50 features (id 36abf980-d699-4391-b457-180766c099c0)</w:t>
      </w:r>
    </w:p>
    <w:p>
      <w:pPr>
        <w:spacing w:after="40"/>
      </w:pPr>
      <w:r>
        <w:t>[104] Layer: Hot spot analysis: Prism readings. 227 features (id 8d411a35-93ea-41e6-ac52-18fa06883b1c)</w:t>
      </w:r>
    </w:p>
    <w:p>
      <w:pPr>
        <w:spacing w:after="40"/>
      </w:pPr>
      <w:r>
        <w:t>[105] Layer: Emerging hot spots: Drill holes. 30 features (id cc05cc11-2ba3-49cc-afaf-96e5b6d84ea6)</w:t>
      </w:r>
    </w:p>
    <w:p>
      <w:pPr>
        <w:spacing w:after="40"/>
      </w:pPr>
      <w:r>
        <w:t>[106] Layer: Emerging hot spots: Prism readings. 29 features (id e8e5a0b5-cdd5-4009-9d71-f4cf0a3f9f18)</w:t>
      </w:r>
    </w:p>
    <w:p>
      <w:pPr>
        <w:spacing w:after="40"/>
      </w:pPr>
      <w:r>
        <w:t>[107] Layer: Repeat and near repeat classification: Drill holes. 320 features (id 8bddb8ce-b2f8-42a4-ab09-fb8113d0c801)</w:t>
      </w:r>
    </w:p>
    <w:p>
      <w:pPr>
        <w:spacing w:after="40"/>
      </w:pPr>
      <w:r>
        <w:t>[108] Layer: Summarize within: Geotechnical domains. 6 features (id 989fcb0a-59fe-4c99-8349-b5beb2aa041b)</w:t>
      </w:r>
    </w:p>
    <w:p>
      <w:pPr>
        <w:spacing w:after="40"/>
      </w:pPr>
      <w:r>
        <w:t>[109] Layer: Summarize within: Geotechnical domains. 6 features (id 3a8b71e4-f3a7-48ff-b334-a801a6580ef1)</w:t>
      </w:r>
    </w:p>
    <w:p>
      <w:pPr>
        <w:spacing w:after="40"/>
      </w:pPr>
      <w:r>
        <w:t>[110] Layer: Summarize within: Geotechnical domains. 6 features (id 6c0a971c-88cb-42dd-b61a-1f207187a16a)</w:t>
      </w:r>
    </w:p>
    <w:p>
      <w:pPr>
        <w:spacing w:after="40"/>
      </w:pPr>
      <w:r>
        <w:t>[111] Layer: Find point clusters: Drill holes. 320 features (id be76cc0a-2088-45ad-bf48-2d3888e3db73)</w:t>
      </w:r>
    </w:p>
    <w:p>
      <w:pPr>
        <w:spacing w:after="40"/>
      </w:pPr>
      <w:r>
        <w:t>[112] Layer: Find point clusters: cluster hulls. 10 features (id 2d5bb0ec-3aff-4ae5-8c07-a363aa90d7c0)</w:t>
      </w:r>
    </w:p>
    <w:p>
      <w:pPr>
        <w:spacing w:after="40"/>
      </w:pPr>
      <w:r>
        <w:t>[113] Layer: Find point clusters: Prism readings. 1,200 features (id 3ed015a7-54f2-48f5-8d53-18be5b1e296f)</w:t>
      </w:r>
    </w:p>
    <w:p>
      <w:pPr>
        <w:spacing w:after="40"/>
      </w:pPr>
      <w:r>
        <w:t>[114] Layer: Find point clusters: cluster hulls. 60 features (id 879a04ad-6994-4706-b490-5ae1b265ce0c)</w:t>
      </w:r>
    </w:p>
    <w:p>
      <w:pPr>
        <w:spacing w:after="40"/>
      </w:pPr>
      <w:r>
        <w:t>[115] Layer: Find point clusters: Monitoring prisms. 60 features (id 071cb991-6662-4709-864a-6640d55e879e)</w:t>
      </w:r>
    </w:p>
    <w:p>
      <w:pPr>
        <w:spacing w:after="40"/>
      </w:pPr>
      <w:r>
        <w:t>[116] Layer: Find point clusters: cluster hulls. 4 features (id e55673cb-1d02-42f4-93f6-1a75d767eade)</w:t>
      </w:r>
    </w:p>
    <w:p>
      <w:pPr>
        <w:spacing w:after="40"/>
      </w:pPr>
      <w:r>
        <w:t>[117] Layer: Slope (degrees). 0 features (id c5b5f107-7b36-4783-b7a6-737f8f3a02cc)</w:t>
      </w:r>
    </w:p>
    <w:p>
      <w:pPr>
        <w:spacing w:after="40"/>
      </w:pPr>
      <w:r>
        <w:t>[118] Layer: Calculate density: Drill holes. 328 features (id dd247b38-56c5-4294-964c-b7f44ab1d084)</w:t>
      </w:r>
    </w:p>
    <w:p>
      <w:pPr>
        <w:spacing w:after="40"/>
      </w:pPr>
      <w:r>
        <w:t>[119] Layer: Calculate density: Prism readings. 545 features (id f30d3b65-9ba2-4542-8fe4-bf9d001bdfdb)</w:t>
      </w:r>
    </w:p>
    <w:p>
      <w:pPr>
        <w:spacing w:after="40"/>
      </w:pPr>
      <w:r>
        <w:t>[120] Layer: Calculate density: Monitoring prisms. 134 features (id 8f7a5a35-13b6-4d43-bf2b-da32f59529b4)</w:t>
      </w:r>
    </w:p>
    <w:p>
      <w:pPr>
        <w:spacing w:after="40"/>
      </w:pPr>
      <w:r>
        <w:t>[121] Layer: Hot spot analysis: Monitoring prisms. 16 features (id 4b0bd69c-b2aa-4d02-9ce9-80b98cc051ab)</w:t>
      </w:r>
    </w:p>
    <w:p>
      <w:pPr>
        <w:pStyle w:val="Heading1"/>
      </w:pPr>
      <w:r>
        <w:t>Appendix: the data behind the charts</w:t>
      </w:r>
    </w:p>
    <w:p>
      <w:pPr>
        <w:pStyle w:val="Heading2"/>
      </w:pPr>
      <w:r>
        <w:t>Figure 1. Timeline: events per month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2024-01-01</w:t>
            </w:r>
          </w:p>
        </w:tc>
        <w:tc>
          <w:tcPr>
            <w:tcW w:type="dxa" w:w="2880"/>
          </w:tcPr>
          <w:p>
            <w:r>
              <w:t>Prism readings</w:t>
            </w:r>
          </w:p>
        </w:tc>
        <w:tc>
          <w:tcPr>
            <w:tcW w:type="dxa" w:w="2880"/>
          </w:tcPr>
          <w:p>
            <w:r>
              <w:t>0</w:t>
            </w:r>
          </w:p>
        </w:tc>
      </w:tr>
      <w:tr>
        <w:tc>
          <w:tcPr>
            <w:tcW w:type="dxa" w:w="2880"/>
          </w:tcPr>
          <w:p>
            <w:r>
              <w:t>2024-01-01</w:t>
            </w:r>
          </w:p>
        </w:tc>
        <w:tc>
          <w:tcPr>
            <w:tcW w:type="dxa" w:w="2880"/>
          </w:tcPr>
          <w:p>
            <w:r>
              <w:t>Drill holes</w:t>
            </w:r>
          </w:p>
        </w:tc>
        <w:tc>
          <w:tcPr>
            <w:tcW w:type="dxa" w:w="2880"/>
          </w:tcPr>
          <w:p>
            <w:r>
              <w:t>7</w:t>
            </w:r>
          </w:p>
        </w:tc>
      </w:tr>
      <w:tr>
        <w:tc>
          <w:tcPr>
            <w:tcW w:type="dxa" w:w="2880"/>
          </w:tcPr>
          <w:p>
            <w:r>
              <w:t>2024-01-01</w:t>
            </w:r>
          </w:p>
        </w:tc>
        <w:tc>
          <w:tcPr>
            <w:tcW w:type="dxa" w:w="2880"/>
          </w:tcPr>
          <w:p>
            <w:r>
              <w:t>Production by pit and week</w:t>
            </w:r>
          </w:p>
        </w:tc>
        <w:tc>
          <w:tcPr>
            <w:tcW w:type="dxa" w:w="2880"/>
          </w:tcPr>
          <w:p>
            <w:r>
              <w:t>0</w:t>
            </w:r>
          </w:p>
        </w:tc>
      </w:tr>
      <w:tr>
        <w:tc>
          <w:tcPr>
            <w:tcW w:type="dxa" w:w="2880"/>
          </w:tcPr>
          <w:p>
            <w:r>
              <w:t>2024-02-01</w:t>
            </w:r>
          </w:p>
        </w:tc>
        <w:tc>
          <w:tcPr>
            <w:tcW w:type="dxa" w:w="2880"/>
          </w:tcPr>
          <w:p>
            <w:r>
              <w:t>Prism readings</w:t>
            </w:r>
          </w:p>
        </w:tc>
        <w:tc>
          <w:tcPr>
            <w:tcW w:type="dxa" w:w="2880"/>
          </w:tcPr>
          <w:p>
            <w:r>
              <w:t>0</w:t>
            </w:r>
          </w:p>
        </w:tc>
      </w:tr>
      <w:tr>
        <w:tc>
          <w:tcPr>
            <w:tcW w:type="dxa" w:w="2880"/>
          </w:tcPr>
          <w:p>
            <w:r>
              <w:t>2024-02-01</w:t>
            </w:r>
          </w:p>
        </w:tc>
        <w:tc>
          <w:tcPr>
            <w:tcW w:type="dxa" w:w="2880"/>
          </w:tcPr>
          <w:p>
            <w:r>
              <w:t>Drill holes</w:t>
            </w:r>
          </w:p>
        </w:tc>
        <w:tc>
          <w:tcPr>
            <w:tcW w:type="dxa" w:w="2880"/>
          </w:tcPr>
          <w:p>
            <w:r>
              <w:t>10</w:t>
            </w:r>
          </w:p>
        </w:tc>
      </w:tr>
      <w:tr>
        <w:tc>
          <w:tcPr>
            <w:tcW w:type="dxa" w:w="2880"/>
          </w:tcPr>
          <w:p>
            <w:r>
              <w:t>2024-02-01</w:t>
            </w:r>
          </w:p>
        </w:tc>
        <w:tc>
          <w:tcPr>
            <w:tcW w:type="dxa" w:w="2880"/>
          </w:tcPr>
          <w:p>
            <w:r>
              <w:t>Production by pit and week</w:t>
            </w:r>
          </w:p>
        </w:tc>
        <w:tc>
          <w:tcPr>
            <w:tcW w:type="dxa" w:w="2880"/>
          </w:tcPr>
          <w:p>
            <w:r>
              <w:t>0</w:t>
            </w:r>
          </w:p>
        </w:tc>
      </w:tr>
      <w:tr>
        <w:tc>
          <w:tcPr>
            <w:tcW w:type="dxa" w:w="2880"/>
          </w:tcPr>
          <w:p>
            <w:r>
              <w:t>2024-03-01</w:t>
            </w:r>
          </w:p>
        </w:tc>
        <w:tc>
          <w:tcPr>
            <w:tcW w:type="dxa" w:w="2880"/>
          </w:tcPr>
          <w:p>
            <w:r>
              <w:t>Prism readings</w:t>
            </w:r>
          </w:p>
        </w:tc>
        <w:tc>
          <w:tcPr>
            <w:tcW w:type="dxa" w:w="2880"/>
          </w:tcPr>
          <w:p>
            <w:r>
              <w:t>0</w:t>
            </w:r>
          </w:p>
        </w:tc>
      </w:tr>
      <w:tr>
        <w:tc>
          <w:tcPr>
            <w:tcW w:type="dxa" w:w="2880"/>
          </w:tcPr>
          <w:p>
            <w:r>
              <w:t>2024-03-01</w:t>
            </w:r>
          </w:p>
        </w:tc>
        <w:tc>
          <w:tcPr>
            <w:tcW w:type="dxa" w:w="2880"/>
          </w:tcPr>
          <w:p>
            <w:r>
              <w:t>Drill holes</w:t>
            </w:r>
          </w:p>
        </w:tc>
        <w:tc>
          <w:tcPr>
            <w:tcW w:type="dxa" w:w="2880"/>
          </w:tcPr>
          <w:p>
            <w:r>
              <w:t>10</w:t>
            </w:r>
          </w:p>
        </w:tc>
      </w:tr>
      <w:tr>
        <w:tc>
          <w:tcPr>
            <w:tcW w:type="dxa" w:w="2880"/>
          </w:tcPr>
          <w:p>
            <w:r>
              <w:t>2024-03-01</w:t>
            </w:r>
          </w:p>
        </w:tc>
        <w:tc>
          <w:tcPr>
            <w:tcW w:type="dxa" w:w="2880"/>
          </w:tcPr>
          <w:p>
            <w:r>
              <w:t>Production by pit and week</w:t>
            </w:r>
          </w:p>
        </w:tc>
        <w:tc>
          <w:tcPr>
            <w:tcW w:type="dxa" w:w="2880"/>
          </w:tcPr>
          <w:p>
            <w:r>
              <w:t>0</w:t>
            </w:r>
          </w:p>
        </w:tc>
      </w:tr>
      <w:tr>
        <w:tc>
          <w:tcPr>
            <w:tcW w:type="dxa" w:w="2880"/>
          </w:tcPr>
          <w:p>
            <w:r>
              <w:t>2024-04-01</w:t>
            </w:r>
          </w:p>
        </w:tc>
        <w:tc>
          <w:tcPr>
            <w:tcW w:type="dxa" w:w="2880"/>
          </w:tcPr>
          <w:p>
            <w:r>
              <w:t>Prism readings</w:t>
            </w:r>
          </w:p>
        </w:tc>
        <w:tc>
          <w:tcPr>
            <w:tcW w:type="dxa" w:w="2880"/>
          </w:tcPr>
          <w:p>
            <w:r>
              <w:t>0</w:t>
            </w:r>
          </w:p>
        </w:tc>
      </w:tr>
      <w:tr>
        <w:tc>
          <w:tcPr>
            <w:tcW w:type="dxa" w:w="2880"/>
          </w:tcPr>
          <w:p>
            <w:r>
              <w:t>2024-04-01</w:t>
            </w:r>
          </w:p>
        </w:tc>
        <w:tc>
          <w:tcPr>
            <w:tcW w:type="dxa" w:w="2880"/>
          </w:tcPr>
          <w:p>
            <w:r>
              <w:t>Drill holes</w:t>
            </w:r>
          </w:p>
        </w:tc>
        <w:tc>
          <w:tcPr>
            <w:tcW w:type="dxa" w:w="2880"/>
          </w:tcPr>
          <w:p>
            <w:r>
              <w:t>9</w:t>
            </w:r>
          </w:p>
        </w:tc>
      </w:tr>
      <w:tr>
        <w:tc>
          <w:tcPr>
            <w:tcW w:type="dxa" w:w="2880"/>
          </w:tcPr>
          <w:p>
            <w:r>
              <w:t>2024-04-01</w:t>
            </w:r>
          </w:p>
        </w:tc>
        <w:tc>
          <w:tcPr>
            <w:tcW w:type="dxa" w:w="2880"/>
          </w:tcPr>
          <w:p>
            <w:r>
              <w:t>Production by pit and week</w:t>
            </w:r>
          </w:p>
        </w:tc>
        <w:tc>
          <w:tcPr>
            <w:tcW w:type="dxa" w:w="2880"/>
          </w:tcPr>
          <w:p>
            <w:r>
              <w:t>0</w:t>
            </w:r>
          </w:p>
        </w:tc>
      </w:tr>
      <w:tr>
        <w:tc>
          <w:tcPr>
            <w:tcW w:type="dxa" w:w="2880"/>
          </w:tcPr>
          <w:p>
            <w:r>
              <w:t>2024-05-01</w:t>
            </w:r>
          </w:p>
        </w:tc>
        <w:tc>
          <w:tcPr>
            <w:tcW w:type="dxa" w:w="2880"/>
          </w:tcPr>
          <w:p>
            <w:r>
              <w:t>Prism readings</w:t>
            </w:r>
          </w:p>
        </w:tc>
        <w:tc>
          <w:tcPr>
            <w:tcW w:type="dxa" w:w="2880"/>
          </w:tcPr>
          <w:p>
            <w:r>
              <w:t>0</w:t>
            </w:r>
          </w:p>
        </w:tc>
      </w:tr>
      <w:tr>
        <w:tc>
          <w:tcPr>
            <w:tcW w:type="dxa" w:w="2880"/>
          </w:tcPr>
          <w:p>
            <w:r>
              <w:t>2024-05-01</w:t>
            </w:r>
          </w:p>
        </w:tc>
        <w:tc>
          <w:tcPr>
            <w:tcW w:type="dxa" w:w="2880"/>
          </w:tcPr>
          <w:p>
            <w:r>
              <w:t>Drill holes</w:t>
            </w:r>
          </w:p>
        </w:tc>
        <w:tc>
          <w:tcPr>
            <w:tcW w:type="dxa" w:w="2880"/>
          </w:tcPr>
          <w:p>
            <w:r>
              <w:t>18</w:t>
            </w:r>
          </w:p>
        </w:tc>
      </w:tr>
      <w:tr>
        <w:tc>
          <w:tcPr>
            <w:tcW w:type="dxa" w:w="2880"/>
          </w:tcPr>
          <w:p>
            <w:r>
              <w:t>2024-05-01</w:t>
            </w:r>
          </w:p>
        </w:tc>
        <w:tc>
          <w:tcPr>
            <w:tcW w:type="dxa" w:w="2880"/>
          </w:tcPr>
          <w:p>
            <w:r>
              <w:t>Production by pit and week</w:t>
            </w:r>
          </w:p>
        </w:tc>
        <w:tc>
          <w:tcPr>
            <w:tcW w:type="dxa" w:w="2880"/>
          </w:tcPr>
          <w:p>
            <w:r>
              <w:t>0</w:t>
            </w:r>
          </w:p>
        </w:tc>
      </w:tr>
      <w:tr>
        <w:tc>
          <w:tcPr>
            <w:tcW w:type="dxa" w:w="2880"/>
          </w:tcPr>
          <w:p>
            <w:r>
              <w:t>2024-06-01</w:t>
            </w:r>
          </w:p>
        </w:tc>
        <w:tc>
          <w:tcPr>
            <w:tcW w:type="dxa" w:w="2880"/>
          </w:tcPr>
          <w:p>
            <w:r>
              <w:t>Prism readings</w:t>
            </w:r>
          </w:p>
        </w:tc>
        <w:tc>
          <w:tcPr>
            <w:tcW w:type="dxa" w:w="2880"/>
          </w:tcPr>
          <w:p>
            <w:r>
              <w:t>0</w:t>
            </w:r>
          </w:p>
        </w:tc>
      </w:tr>
      <w:tr>
        <w:tc>
          <w:tcPr>
            <w:tcW w:type="dxa" w:w="2880"/>
          </w:tcPr>
          <w:p>
            <w:r>
              <w:t>2024-06-01</w:t>
            </w:r>
          </w:p>
        </w:tc>
        <w:tc>
          <w:tcPr>
            <w:tcW w:type="dxa" w:w="2880"/>
          </w:tcPr>
          <w:p>
            <w:r>
              <w:t>Drill holes</w:t>
            </w:r>
          </w:p>
        </w:tc>
        <w:tc>
          <w:tcPr>
            <w:tcW w:type="dxa" w:w="2880"/>
          </w:tcPr>
          <w:p>
            <w:r>
              <w:t>5</w:t>
            </w:r>
          </w:p>
        </w:tc>
      </w:tr>
      <w:tr>
        <w:tc>
          <w:tcPr>
            <w:tcW w:type="dxa" w:w="2880"/>
          </w:tcPr>
          <w:p>
            <w:r>
              <w:t>2024-06-01</w:t>
            </w:r>
          </w:p>
        </w:tc>
        <w:tc>
          <w:tcPr>
            <w:tcW w:type="dxa" w:w="2880"/>
          </w:tcPr>
          <w:p>
            <w:r>
              <w:t>Production by pit and week</w:t>
            </w:r>
          </w:p>
        </w:tc>
        <w:tc>
          <w:tcPr>
            <w:tcW w:type="dxa" w:w="2880"/>
          </w:tcPr>
          <w:p>
            <w:r>
              <w:t>0</w:t>
            </w:r>
          </w:p>
        </w:tc>
      </w:tr>
      <w:tr>
        <w:tc>
          <w:tcPr>
            <w:tcW w:type="dxa" w:w="2880"/>
          </w:tcPr>
          <w:p>
            <w:r>
              <w:t>2024-07-01</w:t>
            </w:r>
          </w:p>
        </w:tc>
        <w:tc>
          <w:tcPr>
            <w:tcW w:type="dxa" w:w="2880"/>
          </w:tcPr>
          <w:p>
            <w:r>
              <w:t>Prism readings</w:t>
            </w:r>
          </w:p>
        </w:tc>
        <w:tc>
          <w:tcPr>
            <w:tcW w:type="dxa" w:w="2880"/>
          </w:tcPr>
          <w:p>
            <w:r>
              <w:t>0</w:t>
            </w:r>
          </w:p>
        </w:tc>
      </w:tr>
      <w:tr>
        <w:tc>
          <w:tcPr>
            <w:tcW w:type="dxa" w:w="2880"/>
          </w:tcPr>
          <w:p>
            <w:r>
              <w:t>2024-07-01</w:t>
            </w:r>
          </w:p>
        </w:tc>
        <w:tc>
          <w:tcPr>
            <w:tcW w:type="dxa" w:w="2880"/>
          </w:tcPr>
          <w:p>
            <w:r>
              <w:t>Drill holes</w:t>
            </w:r>
          </w:p>
        </w:tc>
        <w:tc>
          <w:tcPr>
            <w:tcW w:type="dxa" w:w="2880"/>
          </w:tcPr>
          <w:p>
            <w:r>
              <w:t>14</w:t>
            </w:r>
          </w:p>
        </w:tc>
      </w:tr>
      <w:tr>
        <w:tc>
          <w:tcPr>
            <w:tcW w:type="dxa" w:w="2880"/>
          </w:tcPr>
          <w:p>
            <w:r>
              <w:t>2024-07-01</w:t>
            </w:r>
          </w:p>
        </w:tc>
        <w:tc>
          <w:tcPr>
            <w:tcW w:type="dxa" w:w="2880"/>
          </w:tcPr>
          <w:p>
            <w:r>
              <w:t>Production by pit and week</w:t>
            </w:r>
          </w:p>
        </w:tc>
        <w:tc>
          <w:tcPr>
            <w:tcW w:type="dxa" w:w="2880"/>
          </w:tcPr>
          <w:p>
            <w:r>
              <w:t>0</w:t>
            </w:r>
          </w:p>
        </w:tc>
      </w:tr>
      <w:tr>
        <w:tc>
          <w:tcPr>
            <w:tcW w:type="dxa" w:w="2880"/>
          </w:tcPr>
          <w:p>
            <w:r>
              <w:t>2024-08-01</w:t>
            </w:r>
          </w:p>
        </w:tc>
        <w:tc>
          <w:tcPr>
            <w:tcW w:type="dxa" w:w="2880"/>
          </w:tcPr>
          <w:p>
            <w:r>
              <w:t>Prism readings</w:t>
            </w:r>
          </w:p>
        </w:tc>
        <w:tc>
          <w:tcPr>
            <w:tcW w:type="dxa" w:w="2880"/>
          </w:tcPr>
          <w:p>
            <w:r>
              <w:t>0</w:t>
            </w:r>
          </w:p>
        </w:tc>
      </w:tr>
      <w:tr>
        <w:tc>
          <w:tcPr>
            <w:tcW w:type="dxa" w:w="2880"/>
          </w:tcPr>
          <w:p>
            <w:r>
              <w:t>2024-08-01</w:t>
            </w:r>
          </w:p>
        </w:tc>
        <w:tc>
          <w:tcPr>
            <w:tcW w:type="dxa" w:w="2880"/>
          </w:tcPr>
          <w:p>
            <w:r>
              <w:t>Drill holes</w:t>
            </w:r>
          </w:p>
        </w:tc>
        <w:tc>
          <w:tcPr>
            <w:tcW w:type="dxa" w:w="2880"/>
          </w:tcPr>
          <w:p>
            <w:r>
              <w:t>3</w:t>
            </w:r>
          </w:p>
        </w:tc>
      </w:tr>
      <w:tr>
        <w:tc>
          <w:tcPr>
            <w:tcW w:type="dxa" w:w="2880"/>
          </w:tcPr>
          <w:p>
            <w:r>
              <w:t>2024-08-01</w:t>
            </w:r>
          </w:p>
        </w:tc>
        <w:tc>
          <w:tcPr>
            <w:tcW w:type="dxa" w:w="2880"/>
          </w:tcPr>
          <w:p>
            <w:r>
              <w:t>Production by pit and week</w:t>
            </w:r>
          </w:p>
        </w:tc>
        <w:tc>
          <w:tcPr>
            <w:tcW w:type="dxa" w:w="2880"/>
          </w:tcPr>
          <w:p>
            <w:r>
              <w:t>0</w:t>
            </w:r>
          </w:p>
        </w:tc>
      </w:tr>
      <w:tr>
        <w:tc>
          <w:tcPr>
            <w:tcW w:type="dxa" w:w="2880"/>
          </w:tcPr>
          <w:p>
            <w:r>
              <w:t>2024-09-01</w:t>
            </w:r>
          </w:p>
        </w:tc>
        <w:tc>
          <w:tcPr>
            <w:tcW w:type="dxa" w:w="2880"/>
          </w:tcPr>
          <w:p>
            <w:r>
              <w:t>Prism readings</w:t>
            </w:r>
          </w:p>
        </w:tc>
        <w:tc>
          <w:tcPr>
            <w:tcW w:type="dxa" w:w="2880"/>
          </w:tcPr>
          <w:p>
            <w:r>
              <w:t>0</w:t>
            </w:r>
          </w:p>
        </w:tc>
      </w:tr>
      <w:tr>
        <w:tc>
          <w:tcPr>
            <w:tcW w:type="dxa" w:w="2880"/>
          </w:tcPr>
          <w:p>
            <w:r>
              <w:t>2024-09-01</w:t>
            </w:r>
          </w:p>
        </w:tc>
        <w:tc>
          <w:tcPr>
            <w:tcW w:type="dxa" w:w="2880"/>
          </w:tcPr>
          <w:p>
            <w:r>
              <w:t>Drill holes</w:t>
            </w:r>
          </w:p>
        </w:tc>
        <w:tc>
          <w:tcPr>
            <w:tcW w:type="dxa" w:w="2880"/>
          </w:tcPr>
          <w:p>
            <w:r>
              <w:t>3</w:t>
            </w:r>
          </w:p>
        </w:tc>
      </w:tr>
      <w:tr>
        <w:tc>
          <w:tcPr>
            <w:tcW w:type="dxa" w:w="2880"/>
          </w:tcPr>
          <w:p>
            <w:r>
              <w:t>2024-09-01</w:t>
            </w:r>
          </w:p>
        </w:tc>
        <w:tc>
          <w:tcPr>
            <w:tcW w:type="dxa" w:w="2880"/>
          </w:tcPr>
          <w:p>
            <w:r>
              <w:t>Production by pit and week</w:t>
            </w:r>
          </w:p>
        </w:tc>
        <w:tc>
          <w:tcPr>
            <w:tcW w:type="dxa" w:w="2880"/>
          </w:tcPr>
          <w:p>
            <w:r>
              <w:t>0</w:t>
            </w:r>
          </w:p>
        </w:tc>
      </w:tr>
      <w:tr>
        <w:tc>
          <w:tcPr>
            <w:tcW w:type="dxa" w:w="2880"/>
          </w:tcPr>
          <w:p>
            <w:r>
              <w:t>2024-10-01</w:t>
            </w:r>
          </w:p>
        </w:tc>
        <w:tc>
          <w:tcPr>
            <w:tcW w:type="dxa" w:w="2880"/>
          </w:tcPr>
          <w:p>
            <w:r>
              <w:t>Prism readings</w:t>
            </w:r>
          </w:p>
        </w:tc>
        <w:tc>
          <w:tcPr>
            <w:tcW w:type="dxa" w:w="2880"/>
          </w:tcPr>
          <w:p>
            <w:r>
              <w:t>0</w:t>
            </w:r>
          </w:p>
        </w:tc>
      </w:tr>
      <w:tr>
        <w:tc>
          <w:tcPr>
            <w:tcW w:type="dxa" w:w="2880"/>
          </w:tcPr>
          <w:p>
            <w:r>
              <w:t>2024-10-01</w:t>
            </w:r>
          </w:p>
        </w:tc>
        <w:tc>
          <w:tcPr>
            <w:tcW w:type="dxa" w:w="2880"/>
          </w:tcPr>
          <w:p>
            <w:r>
              <w:t>Drill holes</w:t>
            </w:r>
          </w:p>
        </w:tc>
        <w:tc>
          <w:tcPr>
            <w:tcW w:type="dxa" w:w="2880"/>
          </w:tcPr>
          <w:p>
            <w:r>
              <w:t>12</w:t>
            </w:r>
          </w:p>
        </w:tc>
      </w:tr>
      <w:tr>
        <w:tc>
          <w:tcPr>
            <w:tcW w:type="dxa" w:w="2880"/>
          </w:tcPr>
          <w:p>
            <w:r>
              <w:t>2024-10-01</w:t>
            </w:r>
          </w:p>
        </w:tc>
        <w:tc>
          <w:tcPr>
            <w:tcW w:type="dxa" w:w="2880"/>
          </w:tcPr>
          <w:p>
            <w:r>
              <w:t>Production by pit and week</w:t>
            </w:r>
          </w:p>
        </w:tc>
        <w:tc>
          <w:tcPr>
            <w:tcW w:type="dxa" w:w="2880"/>
          </w:tcPr>
          <w:p>
            <w:r>
              <w:t>0</w:t>
            </w:r>
          </w:p>
        </w:tc>
      </w:tr>
      <w:tr>
        <w:tc>
          <w:tcPr>
            <w:tcW w:type="dxa" w:w="2880"/>
          </w:tcPr>
          <w:p>
            <w:r>
              <w:t>2024-11-01</w:t>
            </w:r>
          </w:p>
        </w:tc>
        <w:tc>
          <w:tcPr>
            <w:tcW w:type="dxa" w:w="2880"/>
          </w:tcPr>
          <w:p>
            <w:r>
              <w:t>Prism readings</w:t>
            </w:r>
          </w:p>
        </w:tc>
        <w:tc>
          <w:tcPr>
            <w:tcW w:type="dxa" w:w="2880"/>
          </w:tcPr>
          <w:p>
            <w:r>
              <w:t>0</w:t>
            </w:r>
          </w:p>
        </w:tc>
      </w:tr>
      <w:tr>
        <w:tc>
          <w:tcPr>
            <w:tcW w:type="dxa" w:w="2880"/>
          </w:tcPr>
          <w:p>
            <w:r>
              <w:t>2024-11-01</w:t>
            </w:r>
          </w:p>
        </w:tc>
        <w:tc>
          <w:tcPr>
            <w:tcW w:type="dxa" w:w="2880"/>
          </w:tcPr>
          <w:p>
            <w:r>
              <w:t>Drill holes</w:t>
            </w:r>
          </w:p>
        </w:tc>
        <w:tc>
          <w:tcPr>
            <w:tcW w:type="dxa" w:w="2880"/>
          </w:tcPr>
          <w:p>
            <w:r>
              <w:t>15</w:t>
            </w:r>
          </w:p>
        </w:tc>
      </w:tr>
      <w:tr>
        <w:tc>
          <w:tcPr>
            <w:tcW w:type="dxa" w:w="2880"/>
          </w:tcPr>
          <w:p>
            <w:r>
              <w:t>2024-11-01</w:t>
            </w:r>
          </w:p>
        </w:tc>
        <w:tc>
          <w:tcPr>
            <w:tcW w:type="dxa" w:w="2880"/>
          </w:tcPr>
          <w:p>
            <w:r>
              <w:t>Production by pit and week</w:t>
            </w:r>
          </w:p>
        </w:tc>
        <w:tc>
          <w:tcPr>
            <w:tcW w:type="dxa" w:w="2880"/>
          </w:tcPr>
          <w:p>
            <w:r>
              <w:t>0</w:t>
            </w:r>
          </w:p>
        </w:tc>
      </w:tr>
      <w:tr>
        <w:tc>
          <w:tcPr>
            <w:tcW w:type="dxa" w:w="2880"/>
          </w:tcPr>
          <w:p>
            <w:r>
              <w:t>2024-12-01</w:t>
            </w:r>
          </w:p>
        </w:tc>
        <w:tc>
          <w:tcPr>
            <w:tcW w:type="dxa" w:w="2880"/>
          </w:tcPr>
          <w:p>
            <w:r>
              <w:t>Prism readings</w:t>
            </w:r>
          </w:p>
        </w:tc>
        <w:tc>
          <w:tcPr>
            <w:tcW w:type="dxa" w:w="2880"/>
          </w:tcPr>
          <w:p>
            <w:r>
              <w:t>0</w:t>
            </w:r>
          </w:p>
        </w:tc>
      </w:tr>
      <w:tr>
        <w:tc>
          <w:tcPr>
            <w:tcW w:type="dxa" w:w="2880"/>
          </w:tcPr>
          <w:p>
            <w:r>
              <w:t>2024-12-01</w:t>
            </w:r>
          </w:p>
        </w:tc>
        <w:tc>
          <w:tcPr>
            <w:tcW w:type="dxa" w:w="2880"/>
          </w:tcPr>
          <w:p>
            <w:r>
              <w:t>Drill holes</w:t>
            </w:r>
          </w:p>
        </w:tc>
        <w:tc>
          <w:tcPr>
            <w:tcW w:type="dxa" w:w="2880"/>
          </w:tcPr>
          <w:p>
            <w:r>
              <w:t>13</w:t>
            </w:r>
          </w:p>
        </w:tc>
      </w:tr>
      <w:tr>
        <w:tc>
          <w:tcPr>
            <w:tcW w:type="dxa" w:w="2880"/>
          </w:tcPr>
          <w:p>
            <w:r>
              <w:t>2024-12-01</w:t>
            </w:r>
          </w:p>
        </w:tc>
        <w:tc>
          <w:tcPr>
            <w:tcW w:type="dxa" w:w="2880"/>
          </w:tcPr>
          <w:p>
            <w:r>
              <w:t>Production by pit and week</w:t>
            </w:r>
          </w:p>
        </w:tc>
        <w:tc>
          <w:tcPr>
            <w:tcW w:type="dxa" w:w="2880"/>
          </w:tcPr>
          <w:p>
            <w:r>
              <w:t>0</w:t>
            </w:r>
          </w:p>
        </w:tc>
      </w:tr>
      <w:tr>
        <w:tc>
          <w:tcPr>
            <w:tcW w:type="dxa" w:w="2880"/>
          </w:tcPr>
          <w:p>
            <w:r>
              <w:t>2025-01-01</w:t>
            </w:r>
          </w:p>
        </w:tc>
        <w:tc>
          <w:tcPr>
            <w:tcW w:type="dxa" w:w="2880"/>
          </w:tcPr>
          <w:p>
            <w:r>
              <w:t>Prism readings</w:t>
            </w:r>
          </w:p>
        </w:tc>
        <w:tc>
          <w:tcPr>
            <w:tcW w:type="dxa" w:w="2880"/>
          </w:tcPr>
          <w:p>
            <w:r>
              <w:t>0</w:t>
            </w:r>
          </w:p>
        </w:tc>
      </w:tr>
      <w:tr>
        <w:tc>
          <w:tcPr>
            <w:tcW w:type="dxa" w:w="2880"/>
          </w:tcPr>
          <w:p>
            <w:r>
              <w:t>2025-01-01</w:t>
            </w:r>
          </w:p>
        </w:tc>
        <w:tc>
          <w:tcPr>
            <w:tcW w:type="dxa" w:w="2880"/>
          </w:tcPr>
          <w:p>
            <w:r>
              <w:t>Drill holes</w:t>
            </w:r>
          </w:p>
        </w:tc>
        <w:tc>
          <w:tcPr>
            <w:tcW w:type="dxa" w:w="2880"/>
          </w:tcPr>
          <w:p>
            <w:r>
              <w:t>15</w:t>
            </w:r>
          </w:p>
        </w:tc>
      </w:tr>
      <w:tr>
        <w:tc>
          <w:tcPr>
            <w:tcW w:type="dxa" w:w="2880"/>
          </w:tcPr>
          <w:p>
            <w:r>
              <w:t>2025-01-01</w:t>
            </w:r>
          </w:p>
        </w:tc>
        <w:tc>
          <w:tcPr>
            <w:tcW w:type="dxa" w:w="2880"/>
          </w:tcPr>
          <w:p>
            <w:r>
              <w:t>Production by pit and week</w:t>
            </w:r>
          </w:p>
        </w:tc>
        <w:tc>
          <w:tcPr>
            <w:tcW w:type="dxa" w:w="2880"/>
          </w:tcPr>
          <w:p>
            <w:r>
              <w:t>0</w:t>
            </w:r>
          </w:p>
        </w:tc>
      </w:tr>
      <w:tr>
        <w:tc>
          <w:tcPr>
            <w:tcW w:type="dxa" w:w="2880"/>
          </w:tcPr>
          <w:p>
            <w:r>
              <w:t>2025-02-01</w:t>
            </w:r>
          </w:p>
        </w:tc>
        <w:tc>
          <w:tcPr>
            <w:tcW w:type="dxa" w:w="2880"/>
          </w:tcPr>
          <w:p>
            <w:r>
              <w:t>Prism readings</w:t>
            </w:r>
          </w:p>
        </w:tc>
        <w:tc>
          <w:tcPr>
            <w:tcW w:type="dxa" w:w="2880"/>
          </w:tcPr>
          <w:p>
            <w:r>
              <w:t>0</w:t>
            </w:r>
          </w:p>
        </w:tc>
      </w:tr>
      <w:tr>
        <w:tc>
          <w:tcPr>
            <w:tcW w:type="dxa" w:w="2880"/>
          </w:tcPr>
          <w:p>
            <w:r>
              <w:t>2025-02-01</w:t>
            </w:r>
          </w:p>
        </w:tc>
        <w:tc>
          <w:tcPr>
            <w:tcW w:type="dxa" w:w="2880"/>
          </w:tcPr>
          <w:p>
            <w:r>
              <w:t>Drill holes</w:t>
            </w:r>
          </w:p>
        </w:tc>
        <w:tc>
          <w:tcPr>
            <w:tcW w:type="dxa" w:w="2880"/>
          </w:tcPr>
          <w:p>
            <w:r>
              <w:t>6</w:t>
            </w:r>
          </w:p>
        </w:tc>
      </w:tr>
      <w:tr>
        <w:tc>
          <w:tcPr>
            <w:tcW w:type="dxa" w:w="2880"/>
          </w:tcPr>
          <w:p>
            <w:r>
              <w:t>2025-02-01</w:t>
            </w:r>
          </w:p>
        </w:tc>
        <w:tc>
          <w:tcPr>
            <w:tcW w:type="dxa" w:w="2880"/>
          </w:tcPr>
          <w:p>
            <w:r>
              <w:t>Production by pit and week</w:t>
            </w:r>
          </w:p>
        </w:tc>
        <w:tc>
          <w:tcPr>
            <w:tcW w:type="dxa" w:w="2880"/>
          </w:tcPr>
          <w:p>
            <w:r>
              <w:t>0</w:t>
            </w:r>
          </w:p>
        </w:tc>
      </w:tr>
      <w:tr>
        <w:tc>
          <w:tcPr>
            <w:tcW w:type="dxa" w:w="2880"/>
          </w:tcPr>
          <w:p>
            <w:r>
              <w:t>2025-03-01</w:t>
            </w:r>
          </w:p>
        </w:tc>
        <w:tc>
          <w:tcPr>
            <w:tcW w:type="dxa" w:w="2880"/>
          </w:tcPr>
          <w:p>
            <w:r>
              <w:t>Prism readings</w:t>
            </w:r>
          </w:p>
        </w:tc>
        <w:tc>
          <w:tcPr>
            <w:tcW w:type="dxa" w:w="2880"/>
          </w:tcPr>
          <w:p>
            <w:r>
              <w:t>0</w:t>
            </w:r>
          </w:p>
        </w:tc>
      </w:tr>
      <w:tr>
        <w:tc>
          <w:tcPr>
            <w:tcW w:type="dxa" w:w="2880"/>
          </w:tcPr>
          <w:p>
            <w:r>
              <w:t>2025-03-01</w:t>
            </w:r>
          </w:p>
        </w:tc>
        <w:tc>
          <w:tcPr>
            <w:tcW w:type="dxa" w:w="2880"/>
          </w:tcPr>
          <w:p>
            <w:r>
              <w:t>Drill holes</w:t>
            </w:r>
          </w:p>
        </w:tc>
        <w:tc>
          <w:tcPr>
            <w:tcW w:type="dxa" w:w="2880"/>
          </w:tcPr>
          <w:p>
            <w:r>
              <w:t>9</w:t>
            </w:r>
          </w:p>
        </w:tc>
      </w:tr>
      <w:tr>
        <w:tc>
          <w:tcPr>
            <w:tcW w:type="dxa" w:w="2880"/>
          </w:tcPr>
          <w:p>
            <w:r>
              <w:t>2025-03-01</w:t>
            </w:r>
          </w:p>
        </w:tc>
        <w:tc>
          <w:tcPr>
            <w:tcW w:type="dxa" w:w="2880"/>
          </w:tcPr>
          <w:p>
            <w:r>
              <w:t>Production by pit and week</w:t>
            </w:r>
          </w:p>
        </w:tc>
        <w:tc>
          <w:tcPr>
            <w:tcW w:type="dxa" w:w="2880"/>
          </w:tcPr>
          <w:p>
            <w:r>
              <w:t>0</w:t>
            </w:r>
          </w:p>
        </w:tc>
      </w:tr>
      <w:tr>
        <w:tc>
          <w:tcPr>
            <w:tcW w:type="dxa" w:w="2880"/>
          </w:tcPr>
          <w:p>
            <w:r>
              <w:t>2025-04-01</w:t>
            </w:r>
          </w:p>
        </w:tc>
        <w:tc>
          <w:tcPr>
            <w:tcW w:type="dxa" w:w="2880"/>
          </w:tcPr>
          <w:p>
            <w:r>
              <w:t>Prism readings</w:t>
            </w:r>
          </w:p>
        </w:tc>
        <w:tc>
          <w:tcPr>
            <w:tcW w:type="dxa" w:w="2880"/>
          </w:tcPr>
          <w:p>
            <w:r>
              <w:t>0</w:t>
            </w:r>
          </w:p>
        </w:tc>
      </w:tr>
      <w:tr>
        <w:tc>
          <w:tcPr>
            <w:tcW w:type="dxa" w:w="2880"/>
          </w:tcPr>
          <w:p>
            <w:r>
              <w:t>2025-04-01</w:t>
            </w:r>
          </w:p>
        </w:tc>
        <w:tc>
          <w:tcPr>
            <w:tcW w:type="dxa" w:w="2880"/>
          </w:tcPr>
          <w:p>
            <w:r>
              <w:t>Drill holes</w:t>
            </w:r>
          </w:p>
        </w:tc>
        <w:tc>
          <w:tcPr>
            <w:tcW w:type="dxa" w:w="2880"/>
          </w:tcPr>
          <w:p>
            <w:r>
              <w:t>8</w:t>
            </w:r>
          </w:p>
        </w:tc>
      </w:tr>
      <w:tr>
        <w:tc>
          <w:tcPr>
            <w:tcW w:type="dxa" w:w="2880"/>
          </w:tcPr>
          <w:p>
            <w:r>
              <w:t>2025-04-01</w:t>
            </w:r>
          </w:p>
        </w:tc>
        <w:tc>
          <w:tcPr>
            <w:tcW w:type="dxa" w:w="2880"/>
          </w:tcPr>
          <w:p>
            <w:r>
              <w:t>Production by pit and week</w:t>
            </w:r>
          </w:p>
        </w:tc>
        <w:tc>
          <w:tcPr>
            <w:tcW w:type="dxa" w:w="2880"/>
          </w:tcPr>
          <w:p>
            <w:r>
              <w:t>0</w:t>
            </w:r>
          </w:p>
        </w:tc>
      </w:tr>
      <w:tr>
        <w:tc>
          <w:tcPr>
            <w:tcW w:type="dxa" w:w="2880"/>
          </w:tcPr>
          <w:p>
            <w:r>
              <w:t>2025-05-01</w:t>
            </w:r>
          </w:p>
        </w:tc>
        <w:tc>
          <w:tcPr>
            <w:tcW w:type="dxa" w:w="2880"/>
          </w:tcPr>
          <w:p>
            <w:r>
              <w:t>Prism readings</w:t>
            </w:r>
          </w:p>
        </w:tc>
        <w:tc>
          <w:tcPr>
            <w:tcW w:type="dxa" w:w="2880"/>
          </w:tcPr>
          <w:p>
            <w:r>
              <w:t>0</w:t>
            </w:r>
          </w:p>
        </w:tc>
      </w:tr>
      <w:tr>
        <w:tc>
          <w:tcPr>
            <w:tcW w:type="dxa" w:w="2880"/>
          </w:tcPr>
          <w:p>
            <w:r>
              <w:t>2025-05-01</w:t>
            </w:r>
          </w:p>
        </w:tc>
        <w:tc>
          <w:tcPr>
            <w:tcW w:type="dxa" w:w="2880"/>
          </w:tcPr>
          <w:p>
            <w:r>
              <w:t>Drill holes</w:t>
            </w:r>
          </w:p>
        </w:tc>
        <w:tc>
          <w:tcPr>
            <w:tcW w:type="dxa" w:w="2880"/>
          </w:tcPr>
          <w:p>
            <w:r>
              <w:t>8</w:t>
            </w:r>
          </w:p>
        </w:tc>
      </w:tr>
      <w:tr>
        <w:tc>
          <w:tcPr>
            <w:tcW w:type="dxa" w:w="2880"/>
          </w:tcPr>
          <w:p>
            <w:r>
              <w:t>2025-05-01</w:t>
            </w:r>
          </w:p>
        </w:tc>
        <w:tc>
          <w:tcPr>
            <w:tcW w:type="dxa" w:w="2880"/>
          </w:tcPr>
          <w:p>
            <w:r>
              <w:t>Production by pit and week</w:t>
            </w:r>
          </w:p>
        </w:tc>
        <w:tc>
          <w:tcPr>
            <w:tcW w:type="dxa" w:w="2880"/>
          </w:tcPr>
          <w:p>
            <w:r>
              <w:t>0</w:t>
            </w:r>
          </w:p>
        </w:tc>
      </w:tr>
      <w:tr>
        <w:tc>
          <w:tcPr>
            <w:tcW w:type="dxa" w:w="2880"/>
          </w:tcPr>
          <w:p>
            <w:r>
              <w:t>2025-06-01</w:t>
            </w:r>
          </w:p>
        </w:tc>
        <w:tc>
          <w:tcPr>
            <w:tcW w:type="dxa" w:w="2880"/>
          </w:tcPr>
          <w:p>
            <w:r>
              <w:t>Prism readings</w:t>
            </w:r>
          </w:p>
        </w:tc>
        <w:tc>
          <w:tcPr>
            <w:tcW w:type="dxa" w:w="2880"/>
          </w:tcPr>
          <w:p>
            <w:r>
              <w:t>0</w:t>
            </w:r>
          </w:p>
        </w:tc>
      </w:tr>
      <w:tr>
        <w:tc>
          <w:tcPr>
            <w:tcW w:type="dxa" w:w="2880"/>
          </w:tcPr>
          <w:p>
            <w:r>
              <w:t>2025-06-01</w:t>
            </w:r>
          </w:p>
        </w:tc>
        <w:tc>
          <w:tcPr>
            <w:tcW w:type="dxa" w:w="2880"/>
          </w:tcPr>
          <w:p>
            <w:r>
              <w:t>Drill holes</w:t>
            </w:r>
          </w:p>
        </w:tc>
        <w:tc>
          <w:tcPr>
            <w:tcW w:type="dxa" w:w="2880"/>
          </w:tcPr>
          <w:p>
            <w:r>
              <w:t>5</w:t>
            </w:r>
          </w:p>
        </w:tc>
      </w:tr>
      <w:tr>
        <w:tc>
          <w:tcPr>
            <w:tcW w:type="dxa" w:w="2880"/>
          </w:tcPr>
          <w:p>
            <w:r>
              <w:t>2025-06-01</w:t>
            </w:r>
          </w:p>
        </w:tc>
        <w:tc>
          <w:tcPr>
            <w:tcW w:type="dxa" w:w="2880"/>
          </w:tcPr>
          <w:p>
            <w:r>
              <w:t>Production by pit and week</w:t>
            </w:r>
          </w:p>
        </w:tc>
        <w:tc>
          <w:tcPr>
            <w:tcW w:type="dxa" w:w="2880"/>
          </w:tcPr>
          <w:p>
            <w:r>
              <w:t>0</w:t>
            </w:r>
          </w:p>
        </w:tc>
      </w:tr>
      <w:tr>
        <w:tc>
          <w:tcPr>
            <w:tcW w:type="dxa" w:w="2880"/>
          </w:tcPr>
          <w:p>
            <w:r>
              <w:t>2025-07-01</w:t>
            </w:r>
          </w:p>
        </w:tc>
        <w:tc>
          <w:tcPr>
            <w:tcW w:type="dxa" w:w="2880"/>
          </w:tcPr>
          <w:p>
            <w:r>
              <w:t>Prism readings</w:t>
            </w:r>
          </w:p>
        </w:tc>
        <w:tc>
          <w:tcPr>
            <w:tcW w:type="dxa" w:w="2880"/>
          </w:tcPr>
          <w:p>
            <w:r>
              <w:t>0</w:t>
            </w:r>
          </w:p>
        </w:tc>
      </w:tr>
      <w:tr>
        <w:tc>
          <w:tcPr>
            <w:tcW w:type="dxa" w:w="2880"/>
          </w:tcPr>
          <w:p>
            <w:r>
              <w:t>2025-07-01</w:t>
            </w:r>
          </w:p>
        </w:tc>
        <w:tc>
          <w:tcPr>
            <w:tcW w:type="dxa" w:w="2880"/>
          </w:tcPr>
          <w:p>
            <w:r>
              <w:t>Drill holes</w:t>
            </w:r>
          </w:p>
        </w:tc>
        <w:tc>
          <w:tcPr>
            <w:tcW w:type="dxa" w:w="2880"/>
          </w:tcPr>
          <w:p>
            <w:r>
              <w:t>12</w:t>
            </w:r>
          </w:p>
        </w:tc>
      </w:tr>
      <w:tr>
        <w:tc>
          <w:tcPr>
            <w:tcW w:type="dxa" w:w="2880"/>
          </w:tcPr>
          <w:p>
            <w:r>
              <w:t>2025-07-01</w:t>
            </w:r>
          </w:p>
        </w:tc>
        <w:tc>
          <w:tcPr>
            <w:tcW w:type="dxa" w:w="2880"/>
          </w:tcPr>
          <w:p>
            <w:r>
              <w:t>Production by pit and week</w:t>
            </w:r>
          </w:p>
        </w:tc>
        <w:tc>
          <w:tcPr>
            <w:tcW w:type="dxa" w:w="2880"/>
          </w:tcPr>
          <w:p>
            <w:r>
              <w:t>0</w:t>
            </w:r>
          </w:p>
        </w:tc>
      </w:tr>
      <w:tr>
        <w:tc>
          <w:tcPr>
            <w:tcW w:type="dxa" w:w="2880"/>
          </w:tcPr>
          <w:p>
            <w:r>
              <w:t>2025-08-01</w:t>
            </w:r>
          </w:p>
        </w:tc>
        <w:tc>
          <w:tcPr>
            <w:tcW w:type="dxa" w:w="2880"/>
          </w:tcPr>
          <w:p>
            <w:r>
              <w:t>Prism readings</w:t>
            </w:r>
          </w:p>
        </w:tc>
        <w:tc>
          <w:tcPr>
            <w:tcW w:type="dxa" w:w="2880"/>
          </w:tcPr>
          <w:p>
            <w:r>
              <w:t>0</w:t>
            </w:r>
          </w:p>
        </w:tc>
      </w:tr>
      <w:tr>
        <w:tc>
          <w:tcPr>
            <w:tcW w:type="dxa" w:w="2880"/>
          </w:tcPr>
          <w:p>
            <w:r>
              <w:t>2025-08-01</w:t>
            </w:r>
          </w:p>
        </w:tc>
        <w:tc>
          <w:tcPr>
            <w:tcW w:type="dxa" w:w="2880"/>
          </w:tcPr>
          <w:p>
            <w:r>
              <w:t>Drill holes</w:t>
            </w:r>
          </w:p>
        </w:tc>
        <w:tc>
          <w:tcPr>
            <w:tcW w:type="dxa" w:w="2880"/>
          </w:tcPr>
          <w:p>
            <w:r>
              <w:t>9</w:t>
            </w:r>
          </w:p>
        </w:tc>
      </w:tr>
      <w:tr>
        <w:tc>
          <w:tcPr>
            <w:tcW w:type="dxa" w:w="2880"/>
          </w:tcPr>
          <w:p>
            <w:r>
              <w:t>2025-08-01</w:t>
            </w:r>
          </w:p>
        </w:tc>
        <w:tc>
          <w:tcPr>
            <w:tcW w:type="dxa" w:w="2880"/>
          </w:tcPr>
          <w:p>
            <w:r>
              <w:t>Production by pit and week</w:t>
            </w:r>
          </w:p>
        </w:tc>
        <w:tc>
          <w:tcPr>
            <w:tcW w:type="dxa" w:w="2880"/>
          </w:tcPr>
          <w:p>
            <w:r>
              <w:t>0</w:t>
            </w:r>
          </w:p>
        </w:tc>
      </w:tr>
      <w:tr>
        <w:tc>
          <w:tcPr>
            <w:tcW w:type="dxa" w:w="2880"/>
          </w:tcPr>
          <w:p>
            <w:r>
              <w:t>2025-09-01</w:t>
            </w:r>
          </w:p>
        </w:tc>
        <w:tc>
          <w:tcPr>
            <w:tcW w:type="dxa" w:w="2880"/>
          </w:tcPr>
          <w:p>
            <w:r>
              <w:t>Prism readings</w:t>
            </w:r>
          </w:p>
        </w:tc>
        <w:tc>
          <w:tcPr>
            <w:tcW w:type="dxa" w:w="2880"/>
          </w:tcPr>
          <w:p>
            <w:r>
              <w:t>0</w:t>
            </w:r>
          </w:p>
        </w:tc>
      </w:tr>
      <w:tr>
        <w:tc>
          <w:tcPr>
            <w:tcW w:type="dxa" w:w="2880"/>
          </w:tcPr>
          <w:p>
            <w:r>
              <w:t>2025-09-01</w:t>
            </w:r>
          </w:p>
        </w:tc>
        <w:tc>
          <w:tcPr>
            <w:tcW w:type="dxa" w:w="2880"/>
          </w:tcPr>
          <w:p>
            <w:r>
              <w:t>Drill holes</w:t>
            </w:r>
          </w:p>
        </w:tc>
        <w:tc>
          <w:tcPr>
            <w:tcW w:type="dxa" w:w="2880"/>
          </w:tcPr>
          <w:p>
            <w:r>
              <w:t>10</w:t>
            </w:r>
          </w:p>
        </w:tc>
      </w:tr>
      <w:tr>
        <w:tc>
          <w:tcPr>
            <w:tcW w:type="dxa" w:w="2880"/>
          </w:tcPr>
          <w:p>
            <w:r>
              <w:t>2025-09-01</w:t>
            </w:r>
          </w:p>
        </w:tc>
        <w:tc>
          <w:tcPr>
            <w:tcW w:type="dxa" w:w="2880"/>
          </w:tcPr>
          <w:p>
            <w:r>
              <w:t>Production by pit and week</w:t>
            </w:r>
          </w:p>
        </w:tc>
        <w:tc>
          <w:tcPr>
            <w:tcW w:type="dxa" w:w="2880"/>
          </w:tcPr>
          <w:p>
            <w:r>
              <w:t>0</w:t>
            </w:r>
          </w:p>
        </w:tc>
      </w:tr>
      <w:tr>
        <w:tc>
          <w:tcPr>
            <w:tcW w:type="dxa" w:w="2880"/>
          </w:tcPr>
          <w:p>
            <w:r>
              <w:t>2025-10-01</w:t>
            </w:r>
          </w:p>
        </w:tc>
        <w:tc>
          <w:tcPr>
            <w:tcW w:type="dxa" w:w="2880"/>
          </w:tcPr>
          <w:p>
            <w:r>
              <w:t>Prism readings</w:t>
            </w:r>
          </w:p>
        </w:tc>
        <w:tc>
          <w:tcPr>
            <w:tcW w:type="dxa" w:w="2880"/>
          </w:tcPr>
          <w:p>
            <w:r>
              <w:t>0</w:t>
            </w:r>
          </w:p>
        </w:tc>
      </w:tr>
      <w:tr>
        <w:tc>
          <w:tcPr>
            <w:tcW w:type="dxa" w:w="2880"/>
          </w:tcPr>
          <w:p>
            <w:r>
              <w:t>2025-10-01</w:t>
            </w:r>
          </w:p>
        </w:tc>
        <w:tc>
          <w:tcPr>
            <w:tcW w:type="dxa" w:w="2880"/>
          </w:tcPr>
          <w:p>
            <w:r>
              <w:t>Drill holes</w:t>
            </w:r>
          </w:p>
        </w:tc>
        <w:tc>
          <w:tcPr>
            <w:tcW w:type="dxa" w:w="2880"/>
          </w:tcPr>
          <w:p>
            <w:r>
              <w:t>11</w:t>
            </w:r>
          </w:p>
        </w:tc>
      </w:tr>
      <w:tr>
        <w:tc>
          <w:tcPr>
            <w:tcW w:type="dxa" w:w="2880"/>
          </w:tcPr>
          <w:p>
            <w:r>
              <w:t>2025-10-01</w:t>
            </w:r>
          </w:p>
        </w:tc>
        <w:tc>
          <w:tcPr>
            <w:tcW w:type="dxa" w:w="2880"/>
          </w:tcPr>
          <w:p>
            <w:r>
              <w:t>Production by pit and week</w:t>
            </w:r>
          </w:p>
        </w:tc>
        <w:tc>
          <w:tcPr>
            <w:tcW w:type="dxa" w:w="2880"/>
          </w:tcPr>
          <w:p>
            <w:r>
              <w:t>0</w:t>
            </w:r>
          </w:p>
        </w:tc>
      </w:tr>
      <w:tr>
        <w:tc>
          <w:tcPr>
            <w:tcW w:type="dxa" w:w="2880"/>
          </w:tcPr>
          <w:p>
            <w:r>
              <w:t>2025-11-01</w:t>
            </w:r>
          </w:p>
        </w:tc>
        <w:tc>
          <w:tcPr>
            <w:tcW w:type="dxa" w:w="2880"/>
          </w:tcPr>
          <w:p>
            <w:r>
              <w:t>Prism readings</w:t>
            </w:r>
          </w:p>
        </w:tc>
        <w:tc>
          <w:tcPr>
            <w:tcW w:type="dxa" w:w="2880"/>
          </w:tcPr>
          <w:p>
            <w:r>
              <w:t>0</w:t>
            </w:r>
          </w:p>
        </w:tc>
      </w:tr>
      <w:tr>
        <w:tc>
          <w:tcPr>
            <w:tcW w:type="dxa" w:w="2880"/>
          </w:tcPr>
          <w:p>
            <w:r>
              <w:t>2025-11-01</w:t>
            </w:r>
          </w:p>
        </w:tc>
        <w:tc>
          <w:tcPr>
            <w:tcW w:type="dxa" w:w="2880"/>
          </w:tcPr>
          <w:p>
            <w:r>
              <w:t>Drill holes</w:t>
            </w:r>
          </w:p>
        </w:tc>
        <w:tc>
          <w:tcPr>
            <w:tcW w:type="dxa" w:w="2880"/>
          </w:tcPr>
          <w:p>
            <w:r>
              <w:t>9</w:t>
            </w:r>
          </w:p>
        </w:tc>
      </w:tr>
      <w:tr>
        <w:tc>
          <w:tcPr>
            <w:tcW w:type="dxa" w:w="2880"/>
          </w:tcPr>
          <w:p>
            <w:r>
              <w:t>2025-11-01</w:t>
            </w:r>
          </w:p>
        </w:tc>
        <w:tc>
          <w:tcPr>
            <w:tcW w:type="dxa" w:w="2880"/>
          </w:tcPr>
          <w:p>
            <w:r>
              <w:t>Production by pit and week</w:t>
            </w:r>
          </w:p>
        </w:tc>
        <w:tc>
          <w:tcPr>
            <w:tcW w:type="dxa" w:w="2880"/>
          </w:tcPr>
          <w:p>
            <w:r>
              <w:t>0</w:t>
            </w:r>
          </w:p>
        </w:tc>
      </w:tr>
      <w:tr>
        <w:tc>
          <w:tcPr>
            <w:tcW w:type="dxa" w:w="2880"/>
          </w:tcPr>
          <w:p>
            <w:r>
              <w:t>2025-12-01</w:t>
            </w:r>
          </w:p>
        </w:tc>
        <w:tc>
          <w:tcPr>
            <w:tcW w:type="dxa" w:w="2880"/>
          </w:tcPr>
          <w:p>
            <w:r>
              <w:t>Prism readings</w:t>
            </w:r>
          </w:p>
        </w:tc>
        <w:tc>
          <w:tcPr>
            <w:tcW w:type="dxa" w:w="2880"/>
          </w:tcPr>
          <w:p>
            <w:r>
              <w:t>0</w:t>
            </w:r>
          </w:p>
        </w:tc>
      </w:tr>
      <w:tr>
        <w:tc>
          <w:tcPr>
            <w:tcW w:type="dxa" w:w="2880"/>
          </w:tcPr>
          <w:p>
            <w:r>
              <w:t>2025-12-01</w:t>
            </w:r>
          </w:p>
        </w:tc>
        <w:tc>
          <w:tcPr>
            <w:tcW w:type="dxa" w:w="2880"/>
          </w:tcPr>
          <w:p>
            <w:r>
              <w:t>Drill holes</w:t>
            </w:r>
          </w:p>
        </w:tc>
        <w:tc>
          <w:tcPr>
            <w:tcW w:type="dxa" w:w="2880"/>
          </w:tcPr>
          <w:p>
            <w:r>
              <w:t>13</w:t>
            </w:r>
          </w:p>
        </w:tc>
      </w:tr>
      <w:tr>
        <w:tc>
          <w:tcPr>
            <w:tcW w:type="dxa" w:w="2880"/>
          </w:tcPr>
          <w:p>
            <w:r>
              <w:t>2025-12-01</w:t>
            </w:r>
          </w:p>
        </w:tc>
        <w:tc>
          <w:tcPr>
            <w:tcW w:type="dxa" w:w="2880"/>
          </w:tcPr>
          <w:p>
            <w:r>
              <w:t>Production by pit and week</w:t>
            </w:r>
          </w:p>
        </w:tc>
        <w:tc>
          <w:tcPr>
            <w:tcW w:type="dxa" w:w="2880"/>
          </w:tcPr>
          <w:p>
            <w:r>
              <w:t>0</w:t>
            </w:r>
          </w:p>
        </w:tc>
      </w:tr>
      <w:tr>
        <w:tc>
          <w:tcPr>
            <w:tcW w:type="dxa" w:w="2880"/>
          </w:tcPr>
          <w:p>
            <w:r>
              <w:t>2026-01-01</w:t>
            </w:r>
          </w:p>
        </w:tc>
        <w:tc>
          <w:tcPr>
            <w:tcW w:type="dxa" w:w="2880"/>
          </w:tcPr>
          <w:p>
            <w:r>
              <w:t>Prism readings</w:t>
            </w:r>
          </w:p>
        </w:tc>
        <w:tc>
          <w:tcPr>
            <w:tcW w:type="dxa" w:w="2880"/>
          </w:tcPr>
          <w:p>
            <w:r>
              <w:t>0</w:t>
            </w:r>
          </w:p>
        </w:tc>
      </w:tr>
      <w:tr>
        <w:tc>
          <w:tcPr>
            <w:tcW w:type="dxa" w:w="2880"/>
          </w:tcPr>
          <w:p>
            <w:r>
              <w:t>2026-01-01</w:t>
            </w:r>
          </w:p>
        </w:tc>
        <w:tc>
          <w:tcPr>
            <w:tcW w:type="dxa" w:w="2880"/>
          </w:tcPr>
          <w:p>
            <w:r>
              <w:t>Drill holes</w:t>
            </w:r>
          </w:p>
        </w:tc>
        <w:tc>
          <w:tcPr>
            <w:tcW w:type="dxa" w:w="2880"/>
          </w:tcPr>
          <w:p>
            <w:r>
              <w:t>6</w:t>
            </w:r>
          </w:p>
        </w:tc>
      </w:tr>
      <w:tr>
        <w:tc>
          <w:tcPr>
            <w:tcW w:type="dxa" w:w="2880"/>
          </w:tcPr>
          <w:p>
            <w:r>
              <w:t>2026-01-01</w:t>
            </w:r>
          </w:p>
        </w:tc>
        <w:tc>
          <w:tcPr>
            <w:tcW w:type="dxa" w:w="2880"/>
          </w:tcPr>
          <w:p>
            <w:r>
              <w:t>Production by pit and week</w:t>
            </w:r>
          </w:p>
        </w:tc>
        <w:tc>
          <w:tcPr>
            <w:tcW w:type="dxa" w:w="2880"/>
          </w:tcPr>
          <w:p>
            <w:r>
              <w:t>8</w:t>
            </w:r>
          </w:p>
        </w:tc>
      </w:tr>
      <w:tr>
        <w:tc>
          <w:tcPr>
            <w:tcW w:type="dxa" w:w="2880"/>
          </w:tcPr>
          <w:p>
            <w:r>
              <w:t>2026-02-01</w:t>
            </w:r>
          </w:p>
        </w:tc>
        <w:tc>
          <w:tcPr>
            <w:tcW w:type="dxa" w:w="2880"/>
          </w:tcPr>
          <w:p>
            <w:r>
              <w:t>Prism readings</w:t>
            </w:r>
          </w:p>
        </w:tc>
        <w:tc>
          <w:tcPr>
            <w:tcW w:type="dxa" w:w="2880"/>
          </w:tcPr>
          <w:p>
            <w:r>
              <w:t>0</w:t>
            </w:r>
          </w:p>
        </w:tc>
      </w:tr>
      <w:tr>
        <w:tc>
          <w:tcPr>
            <w:tcW w:type="dxa" w:w="2880"/>
          </w:tcPr>
          <w:p>
            <w:r>
              <w:t>2026-02-01</w:t>
            </w:r>
          </w:p>
        </w:tc>
        <w:tc>
          <w:tcPr>
            <w:tcW w:type="dxa" w:w="2880"/>
          </w:tcPr>
          <w:p>
            <w:r>
              <w:t>Drill holes</w:t>
            </w:r>
          </w:p>
        </w:tc>
        <w:tc>
          <w:tcPr>
            <w:tcW w:type="dxa" w:w="2880"/>
          </w:tcPr>
          <w:p>
            <w:r>
              <w:t>16</w:t>
            </w:r>
          </w:p>
        </w:tc>
      </w:tr>
      <w:tr>
        <w:tc>
          <w:tcPr>
            <w:tcW w:type="dxa" w:w="2880"/>
          </w:tcPr>
          <w:p>
            <w:r>
              <w:t>2026-02-01</w:t>
            </w:r>
          </w:p>
        </w:tc>
        <w:tc>
          <w:tcPr>
            <w:tcW w:type="dxa" w:w="2880"/>
          </w:tcPr>
          <w:p>
            <w:r>
              <w:t>Production by pit and week</w:t>
            </w:r>
          </w:p>
        </w:tc>
        <w:tc>
          <w:tcPr>
            <w:tcW w:type="dxa" w:w="2880"/>
          </w:tcPr>
          <w:p>
            <w:r>
              <w:t>8</w:t>
            </w:r>
          </w:p>
        </w:tc>
      </w:tr>
      <w:tr>
        <w:tc>
          <w:tcPr>
            <w:tcW w:type="dxa" w:w="2880"/>
          </w:tcPr>
          <w:p>
            <w:r>
              <w:t>2026-03-01</w:t>
            </w:r>
          </w:p>
        </w:tc>
        <w:tc>
          <w:tcPr>
            <w:tcW w:type="dxa" w:w="2880"/>
          </w:tcPr>
          <w:p>
            <w:r>
              <w:t>Prism readings</w:t>
            </w:r>
          </w:p>
        </w:tc>
        <w:tc>
          <w:tcPr>
            <w:tcW w:type="dxa" w:w="2880"/>
          </w:tcPr>
          <w:p>
            <w:r>
              <w:t>0</w:t>
            </w:r>
          </w:p>
        </w:tc>
      </w:tr>
      <w:tr>
        <w:tc>
          <w:tcPr>
            <w:tcW w:type="dxa" w:w="2880"/>
          </w:tcPr>
          <w:p>
            <w:r>
              <w:t>2026-03-01</w:t>
            </w:r>
          </w:p>
        </w:tc>
        <w:tc>
          <w:tcPr>
            <w:tcW w:type="dxa" w:w="2880"/>
          </w:tcPr>
          <w:p>
            <w:r>
              <w:t>Drill holes</w:t>
            </w:r>
          </w:p>
        </w:tc>
        <w:tc>
          <w:tcPr>
            <w:tcW w:type="dxa" w:w="2880"/>
          </w:tcPr>
          <w:p>
            <w:r>
              <w:t>11</w:t>
            </w:r>
          </w:p>
        </w:tc>
      </w:tr>
      <w:tr>
        <w:tc>
          <w:tcPr>
            <w:tcW w:type="dxa" w:w="2880"/>
          </w:tcPr>
          <w:p>
            <w:r>
              <w:t>2026-03-01</w:t>
            </w:r>
          </w:p>
        </w:tc>
        <w:tc>
          <w:tcPr>
            <w:tcW w:type="dxa" w:w="2880"/>
          </w:tcPr>
          <w:p>
            <w:r>
              <w:t>Production by pit and week</w:t>
            </w:r>
          </w:p>
        </w:tc>
        <w:tc>
          <w:tcPr>
            <w:tcW w:type="dxa" w:w="2880"/>
          </w:tcPr>
          <w:p>
            <w:r>
              <w:t>10</w:t>
            </w:r>
          </w:p>
        </w:tc>
      </w:tr>
      <w:tr>
        <w:tc>
          <w:tcPr>
            <w:tcW w:type="dxa" w:w="2880"/>
          </w:tcPr>
          <w:p>
            <w:r>
              <w:t>2026-04-01</w:t>
            </w:r>
          </w:p>
        </w:tc>
        <w:tc>
          <w:tcPr>
            <w:tcW w:type="dxa" w:w="2880"/>
          </w:tcPr>
          <w:p>
            <w:r>
              <w:t>Prism readings</w:t>
            </w:r>
          </w:p>
        </w:tc>
        <w:tc>
          <w:tcPr>
            <w:tcW w:type="dxa" w:w="2880"/>
          </w:tcPr>
          <w:p>
            <w:r>
              <w:t>0</w:t>
            </w:r>
          </w:p>
        </w:tc>
      </w:tr>
      <w:tr>
        <w:tc>
          <w:tcPr>
            <w:tcW w:type="dxa" w:w="2880"/>
          </w:tcPr>
          <w:p>
            <w:r>
              <w:t>2026-04-01</w:t>
            </w:r>
          </w:p>
        </w:tc>
        <w:tc>
          <w:tcPr>
            <w:tcW w:type="dxa" w:w="2880"/>
          </w:tcPr>
          <w:p>
            <w:r>
              <w:t>Drill holes</w:t>
            </w:r>
          </w:p>
        </w:tc>
        <w:tc>
          <w:tcPr>
            <w:tcW w:type="dxa" w:w="2880"/>
          </w:tcPr>
          <w:p>
            <w:r>
              <w:t>20</w:t>
            </w:r>
          </w:p>
        </w:tc>
      </w:tr>
      <w:tr>
        <w:tc>
          <w:tcPr>
            <w:tcW w:type="dxa" w:w="2880"/>
          </w:tcPr>
          <w:p>
            <w:r>
              <w:t>2026-04-01</w:t>
            </w:r>
          </w:p>
        </w:tc>
        <w:tc>
          <w:tcPr>
            <w:tcW w:type="dxa" w:w="2880"/>
          </w:tcPr>
          <w:p>
            <w:r>
              <w:t>Production by pit and week</w:t>
            </w:r>
          </w:p>
        </w:tc>
        <w:tc>
          <w:tcPr>
            <w:tcW w:type="dxa" w:w="2880"/>
          </w:tcPr>
          <w:p>
            <w:r>
              <w:t>8</w:t>
            </w:r>
          </w:p>
        </w:tc>
      </w:tr>
      <w:tr>
        <w:tc>
          <w:tcPr>
            <w:tcW w:type="dxa" w:w="2880"/>
          </w:tcPr>
          <w:p>
            <w:r>
              <w:t>2026-05-01</w:t>
            </w:r>
          </w:p>
        </w:tc>
        <w:tc>
          <w:tcPr>
            <w:tcW w:type="dxa" w:w="2880"/>
          </w:tcPr>
          <w:p>
            <w:r>
              <w:t>Prism readings</w:t>
            </w:r>
          </w:p>
        </w:tc>
        <w:tc>
          <w:tcPr>
            <w:tcW w:type="dxa" w:w="2880"/>
          </w:tcPr>
          <w:p>
            <w:r>
              <w:t>240</w:t>
            </w:r>
          </w:p>
        </w:tc>
      </w:tr>
      <w:tr>
        <w:tc>
          <w:tcPr>
            <w:tcW w:type="dxa" w:w="2880"/>
          </w:tcPr>
          <w:p>
            <w:r>
              <w:t>2026-05-01</w:t>
            </w:r>
          </w:p>
        </w:tc>
        <w:tc>
          <w:tcPr>
            <w:tcW w:type="dxa" w:w="2880"/>
          </w:tcPr>
          <w:p>
            <w:r>
              <w:t>Drill holes</w:t>
            </w:r>
          </w:p>
        </w:tc>
        <w:tc>
          <w:tcPr>
            <w:tcW w:type="dxa" w:w="2880"/>
          </w:tcPr>
          <w:p>
            <w:r>
              <w:t>10</w:t>
            </w:r>
          </w:p>
        </w:tc>
      </w:tr>
      <w:tr>
        <w:tc>
          <w:tcPr>
            <w:tcW w:type="dxa" w:w="2880"/>
          </w:tcPr>
          <w:p>
            <w:r>
              <w:t>2026-05-01</w:t>
            </w:r>
          </w:p>
        </w:tc>
        <w:tc>
          <w:tcPr>
            <w:tcW w:type="dxa" w:w="2880"/>
          </w:tcPr>
          <w:p>
            <w:r>
              <w:t>Production by pit and week</w:t>
            </w:r>
          </w:p>
        </w:tc>
        <w:tc>
          <w:tcPr>
            <w:tcW w:type="dxa" w:w="2880"/>
          </w:tcPr>
          <w:p>
            <w:r>
              <w:t>8</w:t>
            </w:r>
          </w:p>
        </w:tc>
      </w:tr>
      <w:tr>
        <w:tc>
          <w:tcPr>
            <w:tcW w:type="dxa" w:w="2880"/>
          </w:tcPr>
          <w:p>
            <w:r>
              <w:t>2026-06-01</w:t>
            </w:r>
          </w:p>
        </w:tc>
        <w:tc>
          <w:tcPr>
            <w:tcW w:type="dxa" w:w="2880"/>
          </w:tcPr>
          <w:p>
            <w:r>
              <w:t>Prism readings</w:t>
            </w:r>
          </w:p>
        </w:tc>
        <w:tc>
          <w:tcPr>
            <w:tcW w:type="dxa" w:w="2880"/>
          </w:tcPr>
          <w:p>
            <w:r>
              <w:t>300</w:t>
            </w:r>
          </w:p>
        </w:tc>
      </w:tr>
      <w:tr>
        <w:tc>
          <w:tcPr>
            <w:tcW w:type="dxa" w:w="2880"/>
          </w:tcPr>
          <w:p>
            <w:r>
              <w:t>2026-06-01</w:t>
            </w:r>
          </w:p>
        </w:tc>
        <w:tc>
          <w:tcPr>
            <w:tcW w:type="dxa" w:w="2880"/>
          </w:tcPr>
          <w:p>
            <w:r>
              <w:t>Drill holes</w:t>
            </w:r>
          </w:p>
        </w:tc>
        <w:tc>
          <w:tcPr>
            <w:tcW w:type="dxa" w:w="2880"/>
          </w:tcPr>
          <w:p>
            <w:r>
              <w:t>10</w:t>
            </w:r>
          </w:p>
        </w:tc>
      </w:tr>
      <w:tr>
        <w:tc>
          <w:tcPr>
            <w:tcW w:type="dxa" w:w="2880"/>
          </w:tcPr>
          <w:p>
            <w:r>
              <w:t>2026-06-01</w:t>
            </w:r>
          </w:p>
        </w:tc>
        <w:tc>
          <w:tcPr>
            <w:tcW w:type="dxa" w:w="2880"/>
          </w:tcPr>
          <w:p>
            <w:r>
              <w:t>Production by pit and week</w:t>
            </w:r>
          </w:p>
        </w:tc>
        <w:tc>
          <w:tcPr>
            <w:tcW w:type="dxa" w:w="2880"/>
          </w:tcPr>
          <w:p>
            <w:r>
              <w:t>10</w:t>
            </w:r>
          </w:p>
        </w:tc>
      </w:tr>
      <w:tr>
        <w:tc>
          <w:tcPr>
            <w:tcW w:type="dxa" w:w="2880"/>
          </w:tcPr>
          <w:p>
            <w:r>
              <w:t>2026-07-01</w:t>
            </w:r>
          </w:p>
        </w:tc>
        <w:tc>
          <w:tcPr>
            <w:tcW w:type="dxa" w:w="2880"/>
          </w:tcPr>
          <w:p>
            <w:r>
              <w:t>Prism readings</w:t>
            </w:r>
          </w:p>
        </w:tc>
        <w:tc>
          <w:tcPr>
            <w:tcW w:type="dxa" w:w="2880"/>
          </w:tcPr>
          <w:p>
            <w:r>
              <w:t>240</w:t>
            </w:r>
          </w:p>
        </w:tc>
      </w:tr>
      <w:tr>
        <w:tc>
          <w:tcPr>
            <w:tcW w:type="dxa" w:w="2880"/>
          </w:tcPr>
          <w:p>
            <w:r>
              <w:t>2026-07-01</w:t>
            </w:r>
          </w:p>
        </w:tc>
        <w:tc>
          <w:tcPr>
            <w:tcW w:type="dxa" w:w="2880"/>
          </w:tcPr>
          <w:p>
            <w:r>
              <w:t>Drill holes</w:t>
            </w:r>
          </w:p>
        </w:tc>
        <w:tc>
          <w:tcPr>
            <w:tcW w:type="dxa" w:w="2880"/>
          </w:tcPr>
          <w:p>
            <w:r>
              <w:t>9</w:t>
            </w:r>
          </w:p>
        </w:tc>
      </w:tr>
      <w:tr>
        <w:tc>
          <w:tcPr>
            <w:tcW w:type="dxa" w:w="2880"/>
          </w:tcPr>
          <w:p>
            <w:r>
              <w:t>2026-07-01</w:t>
            </w:r>
          </w:p>
        </w:tc>
        <w:tc>
          <w:tcPr>
            <w:tcW w:type="dxa" w:w="2880"/>
          </w:tcPr>
          <w:p>
            <w:r>
              <w:t>Production by pit and week</w:t>
            </w:r>
          </w:p>
        </w:tc>
        <w:tc>
          <w:tcPr>
            <w:tcW w:type="dxa" w:w="2880"/>
          </w:tcPr>
          <w:p>
            <w:r>
              <w:t>8</w:t>
            </w:r>
          </w:p>
        </w:tc>
      </w:tr>
      <w:tr>
        <w:tc>
          <w:tcPr>
            <w:tcW w:type="dxa" w:w="2880"/>
          </w:tcPr>
          <w:p>
            <w:r>
              <w:t>2026-08-01</w:t>
            </w:r>
          </w:p>
        </w:tc>
        <w:tc>
          <w:tcPr>
            <w:tcW w:type="dxa" w:w="2880"/>
          </w:tcPr>
          <w:p>
            <w:r>
              <w:t>Prism readings</w:t>
            </w:r>
          </w:p>
        </w:tc>
        <w:tc>
          <w:tcPr>
            <w:tcW w:type="dxa" w:w="2880"/>
          </w:tcPr>
          <w:p>
            <w:r>
              <w:t>300</w:t>
            </w:r>
          </w:p>
        </w:tc>
      </w:tr>
      <w:tr>
        <w:tc>
          <w:tcPr>
            <w:tcW w:type="dxa" w:w="2880"/>
          </w:tcPr>
          <w:p>
            <w:r>
              <w:t>2026-08-01</w:t>
            </w:r>
          </w:p>
        </w:tc>
        <w:tc>
          <w:tcPr>
            <w:tcW w:type="dxa" w:w="2880"/>
          </w:tcPr>
          <w:p>
            <w:r>
              <w:t>Drill holes</w:t>
            </w:r>
          </w:p>
        </w:tc>
        <w:tc>
          <w:tcPr>
            <w:tcW w:type="dxa" w:w="2880"/>
          </w:tcPr>
          <w:p>
            <w:r>
              <w:t>4</w:t>
            </w:r>
          </w:p>
        </w:tc>
      </w:tr>
      <w:tr>
        <w:tc>
          <w:tcPr>
            <w:tcW w:type="dxa" w:w="2880"/>
          </w:tcPr>
          <w:p>
            <w:r>
              <w:t>2026-08-01</w:t>
            </w:r>
          </w:p>
        </w:tc>
        <w:tc>
          <w:tcPr>
            <w:tcW w:type="dxa" w:w="2880"/>
          </w:tcPr>
          <w:p>
            <w:r>
              <w:t>Production by pit and week</w:t>
            </w:r>
          </w:p>
        </w:tc>
        <w:tc>
          <w:tcPr>
            <w:tcW w:type="dxa" w:w="2880"/>
          </w:tcPr>
          <w:p>
            <w:r>
              <w:t>10</w:t>
            </w:r>
          </w:p>
        </w:tc>
      </w:tr>
      <w:tr>
        <w:tc>
          <w:tcPr>
            <w:tcW w:type="dxa" w:w="2880"/>
          </w:tcPr>
          <w:p>
            <w:r>
              <w:t>2026-09-01</w:t>
            </w:r>
          </w:p>
        </w:tc>
        <w:tc>
          <w:tcPr>
            <w:tcW w:type="dxa" w:w="2880"/>
          </w:tcPr>
          <w:p>
            <w:r>
              <w:t>Prism readings</w:t>
            </w:r>
          </w:p>
        </w:tc>
        <w:tc>
          <w:tcPr>
            <w:tcW w:type="dxa" w:w="2880"/>
          </w:tcPr>
          <w:p>
            <w:r>
              <w:t>120</w:t>
            </w:r>
          </w:p>
        </w:tc>
      </w:tr>
      <w:tr>
        <w:tc>
          <w:tcPr>
            <w:tcW w:type="dxa" w:w="2880"/>
          </w:tcPr>
          <w:p>
            <w:r>
              <w:t>2026-09-01</w:t>
            </w:r>
          </w:p>
        </w:tc>
        <w:tc>
          <w:tcPr>
            <w:tcW w:type="dxa" w:w="2880"/>
          </w:tcPr>
          <w:p>
            <w:r>
              <w:t>Drill holes</w:t>
            </w:r>
          </w:p>
        </w:tc>
        <w:tc>
          <w:tcPr>
            <w:tcW w:type="dxa" w:w="2880"/>
          </w:tcPr>
          <w:p>
            <w:r>
              <w:t>0</w:t>
            </w:r>
          </w:p>
        </w:tc>
      </w:tr>
      <w:tr>
        <w:tc>
          <w:tcPr>
            <w:tcW w:type="dxa" w:w="2880"/>
          </w:tcPr>
          <w:p>
            <w:r>
              <w:t>2026-09-01</w:t>
            </w:r>
          </w:p>
        </w:tc>
        <w:tc>
          <w:tcPr>
            <w:tcW w:type="dxa" w:w="2880"/>
          </w:tcPr>
          <w:p>
            <w:r>
              <w:t>Production by pit and week</w:t>
            </w:r>
          </w:p>
        </w:tc>
        <w:tc>
          <w:tcPr>
            <w:tcW w:type="dxa" w:w="2880"/>
          </w:tcPr>
          <w:p>
            <w:r>
              <w:t>6</w:t>
            </w:r>
          </w:p>
        </w:tc>
      </w:tr>
    </w:tbl>
    <w:p/>
    <w:p>
      <w:pPr>
        <w:pStyle w:val="Heading2"/>
      </w:pPr>
      <w:r>
        <w:t>Figure 23. Prism readings over time (velocity_mm_day) [72]</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2026-05-04</w:t>
            </w:r>
          </w:p>
        </w:tc>
        <w:tc>
          <w:tcPr>
            <w:tcW w:type="dxa" w:w="4320"/>
          </w:tcPr>
          <w:p>
            <w:r>
              <w:t>60</w:t>
            </w:r>
          </w:p>
        </w:tc>
      </w:tr>
      <w:tr>
        <w:tc>
          <w:tcPr>
            <w:tcW w:type="dxa" w:w="4320"/>
          </w:tcPr>
          <w:p>
            <w:r>
              <w:t>2026-05-11</w:t>
            </w:r>
          </w:p>
        </w:tc>
        <w:tc>
          <w:tcPr>
            <w:tcW w:type="dxa" w:w="4320"/>
          </w:tcPr>
          <w:p>
            <w:r>
              <w:t>60</w:t>
            </w:r>
          </w:p>
        </w:tc>
      </w:tr>
      <w:tr>
        <w:tc>
          <w:tcPr>
            <w:tcW w:type="dxa" w:w="4320"/>
          </w:tcPr>
          <w:p>
            <w:r>
              <w:t>2026-05-18</w:t>
            </w:r>
          </w:p>
        </w:tc>
        <w:tc>
          <w:tcPr>
            <w:tcW w:type="dxa" w:w="4320"/>
          </w:tcPr>
          <w:p>
            <w:r>
              <w:t>60</w:t>
            </w:r>
          </w:p>
        </w:tc>
      </w:tr>
      <w:tr>
        <w:tc>
          <w:tcPr>
            <w:tcW w:type="dxa" w:w="4320"/>
          </w:tcPr>
          <w:p>
            <w:r>
              <w:t>2026-05-25</w:t>
            </w:r>
          </w:p>
        </w:tc>
        <w:tc>
          <w:tcPr>
            <w:tcW w:type="dxa" w:w="4320"/>
          </w:tcPr>
          <w:p>
            <w:r>
              <w:t>60</w:t>
            </w:r>
          </w:p>
        </w:tc>
      </w:tr>
      <w:tr>
        <w:tc>
          <w:tcPr>
            <w:tcW w:type="dxa" w:w="4320"/>
          </w:tcPr>
          <w:p>
            <w:r>
              <w:t>2026-06-01</w:t>
            </w:r>
          </w:p>
        </w:tc>
        <w:tc>
          <w:tcPr>
            <w:tcW w:type="dxa" w:w="4320"/>
          </w:tcPr>
          <w:p>
            <w:r>
              <w:t>60</w:t>
            </w:r>
          </w:p>
        </w:tc>
      </w:tr>
      <w:tr>
        <w:tc>
          <w:tcPr>
            <w:tcW w:type="dxa" w:w="4320"/>
          </w:tcPr>
          <w:p>
            <w:r>
              <w:t>2026-06-08</w:t>
            </w:r>
          </w:p>
        </w:tc>
        <w:tc>
          <w:tcPr>
            <w:tcW w:type="dxa" w:w="4320"/>
          </w:tcPr>
          <w:p>
            <w:r>
              <w:t>60</w:t>
            </w:r>
          </w:p>
        </w:tc>
      </w:tr>
      <w:tr>
        <w:tc>
          <w:tcPr>
            <w:tcW w:type="dxa" w:w="4320"/>
          </w:tcPr>
          <w:p>
            <w:r>
              <w:t>2026-06-15</w:t>
            </w:r>
          </w:p>
        </w:tc>
        <w:tc>
          <w:tcPr>
            <w:tcW w:type="dxa" w:w="4320"/>
          </w:tcPr>
          <w:p>
            <w:r>
              <w:t>60</w:t>
            </w:r>
          </w:p>
        </w:tc>
      </w:tr>
      <w:tr>
        <w:tc>
          <w:tcPr>
            <w:tcW w:type="dxa" w:w="4320"/>
          </w:tcPr>
          <w:p>
            <w:r>
              <w:t>2026-06-22</w:t>
            </w:r>
          </w:p>
        </w:tc>
        <w:tc>
          <w:tcPr>
            <w:tcW w:type="dxa" w:w="4320"/>
          </w:tcPr>
          <w:p>
            <w:r>
              <w:t>60</w:t>
            </w:r>
          </w:p>
        </w:tc>
      </w:tr>
      <w:tr>
        <w:tc>
          <w:tcPr>
            <w:tcW w:type="dxa" w:w="4320"/>
          </w:tcPr>
          <w:p>
            <w:r>
              <w:t>2026-06-29</w:t>
            </w:r>
          </w:p>
        </w:tc>
        <w:tc>
          <w:tcPr>
            <w:tcW w:type="dxa" w:w="4320"/>
          </w:tcPr>
          <w:p>
            <w:r>
              <w:t>60</w:t>
            </w:r>
          </w:p>
        </w:tc>
      </w:tr>
      <w:tr>
        <w:tc>
          <w:tcPr>
            <w:tcW w:type="dxa" w:w="4320"/>
          </w:tcPr>
          <w:p>
            <w:r>
              <w:t>2026-07-06</w:t>
            </w:r>
          </w:p>
        </w:tc>
        <w:tc>
          <w:tcPr>
            <w:tcW w:type="dxa" w:w="4320"/>
          </w:tcPr>
          <w:p>
            <w:r>
              <w:t>60</w:t>
            </w:r>
          </w:p>
        </w:tc>
      </w:tr>
      <w:tr>
        <w:tc>
          <w:tcPr>
            <w:tcW w:type="dxa" w:w="4320"/>
          </w:tcPr>
          <w:p>
            <w:r>
              <w:t>2026-07-13</w:t>
            </w:r>
          </w:p>
        </w:tc>
        <w:tc>
          <w:tcPr>
            <w:tcW w:type="dxa" w:w="4320"/>
          </w:tcPr>
          <w:p>
            <w:r>
              <w:t>60</w:t>
            </w:r>
          </w:p>
        </w:tc>
      </w:tr>
      <w:tr>
        <w:tc>
          <w:tcPr>
            <w:tcW w:type="dxa" w:w="4320"/>
          </w:tcPr>
          <w:p>
            <w:r>
              <w:t>2026-07-20</w:t>
            </w:r>
          </w:p>
        </w:tc>
        <w:tc>
          <w:tcPr>
            <w:tcW w:type="dxa" w:w="4320"/>
          </w:tcPr>
          <w:p>
            <w:r>
              <w:t>60</w:t>
            </w:r>
          </w:p>
        </w:tc>
      </w:tr>
      <w:tr>
        <w:tc>
          <w:tcPr>
            <w:tcW w:type="dxa" w:w="4320"/>
          </w:tcPr>
          <w:p>
            <w:r>
              <w:t>2026-07-27</w:t>
            </w:r>
          </w:p>
        </w:tc>
        <w:tc>
          <w:tcPr>
            <w:tcW w:type="dxa" w:w="4320"/>
          </w:tcPr>
          <w:p>
            <w:r>
              <w:t>60</w:t>
            </w:r>
          </w:p>
        </w:tc>
      </w:tr>
      <w:tr>
        <w:tc>
          <w:tcPr>
            <w:tcW w:type="dxa" w:w="4320"/>
          </w:tcPr>
          <w:p>
            <w:r>
              <w:t>2026-08-03</w:t>
            </w:r>
          </w:p>
        </w:tc>
        <w:tc>
          <w:tcPr>
            <w:tcW w:type="dxa" w:w="4320"/>
          </w:tcPr>
          <w:p>
            <w:r>
              <w:t>60</w:t>
            </w:r>
          </w:p>
        </w:tc>
      </w:tr>
      <w:tr>
        <w:tc>
          <w:tcPr>
            <w:tcW w:type="dxa" w:w="4320"/>
          </w:tcPr>
          <w:p>
            <w:r>
              <w:t>2026-08-10</w:t>
            </w:r>
          </w:p>
        </w:tc>
        <w:tc>
          <w:tcPr>
            <w:tcW w:type="dxa" w:w="4320"/>
          </w:tcPr>
          <w:p>
            <w:r>
              <w:t>60</w:t>
            </w:r>
          </w:p>
        </w:tc>
      </w:tr>
      <w:tr>
        <w:tc>
          <w:tcPr>
            <w:tcW w:type="dxa" w:w="4320"/>
          </w:tcPr>
          <w:p>
            <w:r>
              <w:t>2026-08-17</w:t>
            </w:r>
          </w:p>
        </w:tc>
        <w:tc>
          <w:tcPr>
            <w:tcW w:type="dxa" w:w="4320"/>
          </w:tcPr>
          <w:p>
            <w:r>
              <w:t>60</w:t>
            </w:r>
          </w:p>
        </w:tc>
      </w:tr>
      <w:tr>
        <w:tc>
          <w:tcPr>
            <w:tcW w:type="dxa" w:w="4320"/>
          </w:tcPr>
          <w:p>
            <w:r>
              <w:t>2026-08-24</w:t>
            </w:r>
          </w:p>
        </w:tc>
        <w:tc>
          <w:tcPr>
            <w:tcW w:type="dxa" w:w="4320"/>
          </w:tcPr>
          <w:p>
            <w:r>
              <w:t>60</w:t>
            </w:r>
          </w:p>
        </w:tc>
      </w:tr>
      <w:tr>
        <w:tc>
          <w:tcPr>
            <w:tcW w:type="dxa" w:w="4320"/>
          </w:tcPr>
          <w:p>
            <w:r>
              <w:t>2026-08-31</w:t>
            </w:r>
          </w:p>
        </w:tc>
        <w:tc>
          <w:tcPr>
            <w:tcW w:type="dxa" w:w="4320"/>
          </w:tcPr>
          <w:p>
            <w:r>
              <w:t>60</w:t>
            </w:r>
          </w:p>
        </w:tc>
      </w:tr>
      <w:tr>
        <w:tc>
          <w:tcPr>
            <w:tcW w:type="dxa" w:w="4320"/>
          </w:tcPr>
          <w:p>
            <w:r>
              <w:t>2026-09-07</w:t>
            </w:r>
          </w:p>
        </w:tc>
        <w:tc>
          <w:tcPr>
            <w:tcW w:type="dxa" w:w="4320"/>
          </w:tcPr>
          <w:p>
            <w:r>
              <w:t>60</w:t>
            </w:r>
          </w:p>
        </w:tc>
      </w:tr>
      <w:tr>
        <w:tc>
          <w:tcPr>
            <w:tcW w:type="dxa" w:w="4320"/>
          </w:tcPr>
          <w:p>
            <w:r>
              <w:t>2026-09-14</w:t>
            </w:r>
          </w:p>
        </w:tc>
        <w:tc>
          <w:tcPr>
            <w:tcW w:type="dxa" w:w="4320"/>
          </w:tcPr>
          <w:p>
            <w:r>
              <w:t>60</w:t>
            </w:r>
          </w:p>
        </w:tc>
      </w:tr>
    </w:tbl>
    <w:p/>
    <w:p>
      <w:pPr>
        <w:pStyle w:val="Heading2"/>
      </w:pPr>
      <w:r>
        <w:t>Figure 24. Hot spot analysis: Drill holes [73]</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9</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12</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7</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5</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8</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6</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1</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1</w:t>
            </w:r>
          </w:p>
        </w:tc>
      </w:tr>
    </w:tbl>
    <w:p/>
    <w:p>
      <w:pPr>
        <w:pStyle w:val="Heading2"/>
      </w:pPr>
      <w:r>
        <w:t>Figure 25. Hot spot analysis: Prism readings [74]</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167</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60</w:t>
            </w:r>
          </w:p>
        </w:tc>
      </w:tr>
    </w:tbl>
    <w:p/>
    <w:p>
      <w:pPr>
        <w:pStyle w:val="Heading2"/>
      </w:pPr>
      <w:r>
        <w:t>Figure 26. Emerging hot spots: Drill holes [75]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-1.045</w:t>
            </w:r>
          </w:p>
        </w:tc>
        <w:tc>
          <w:tcPr>
            <w:tcW w:type="dxa" w:w="2880"/>
          </w:tcPr>
          <w:p>
            <w:r>
              <w:t>-0.8112</w:t>
            </w:r>
          </w:p>
        </w:tc>
        <w:tc>
          <w:tcPr>
            <w:tcW w:type="dxa" w:w="2880"/>
          </w:tcPr>
          <w:p>
            <w:r>
              <w:t>11</w:t>
            </w:r>
          </w:p>
        </w:tc>
      </w:tr>
      <w:tr>
        <w:tc>
          <w:tcPr>
            <w:tcW w:type="dxa" w:w="2880"/>
          </w:tcPr>
          <w:p>
            <w:r>
              <w:t>-0.8112</w:t>
            </w:r>
          </w:p>
        </w:tc>
        <w:tc>
          <w:tcPr>
            <w:tcW w:type="dxa" w:w="2880"/>
          </w:tcPr>
          <w:p>
            <w:r>
              <w:t>-0.5773</w:t>
            </w:r>
          </w:p>
        </w:tc>
        <w:tc>
          <w:tcPr>
            <w:tcW w:type="dxa" w:w="2880"/>
          </w:tcPr>
          <w:p>
            <w:r>
              <w:t>1</w:t>
            </w:r>
          </w:p>
        </w:tc>
      </w:tr>
      <w:tr>
        <w:tc>
          <w:tcPr>
            <w:tcW w:type="dxa" w:w="2880"/>
          </w:tcPr>
          <w:p>
            <w:r>
              <w:t>-0.5773</w:t>
            </w:r>
          </w:p>
        </w:tc>
        <w:tc>
          <w:tcPr>
            <w:tcW w:type="dxa" w:w="2880"/>
          </w:tcPr>
          <w:p>
            <w:r>
              <w:t>-0.3435</w:t>
            </w:r>
          </w:p>
        </w:tc>
        <w:tc>
          <w:tcPr>
            <w:tcW w:type="dxa" w:w="2880"/>
          </w:tcPr>
          <w:p>
            <w:r>
              <w:t>0</w:t>
            </w:r>
          </w:p>
        </w:tc>
      </w:tr>
      <w:tr>
        <w:tc>
          <w:tcPr>
            <w:tcW w:type="dxa" w:w="2880"/>
          </w:tcPr>
          <w:p>
            <w:r>
              <w:t>-0.3435</w:t>
            </w:r>
          </w:p>
        </w:tc>
        <w:tc>
          <w:tcPr>
            <w:tcW w:type="dxa" w:w="2880"/>
          </w:tcPr>
          <w:p>
            <w:r>
              <w:t>-0.1097</w:t>
            </w:r>
          </w:p>
        </w:tc>
        <w:tc>
          <w:tcPr>
            <w:tcW w:type="dxa" w:w="2880"/>
          </w:tcPr>
          <w:p>
            <w:r>
              <w:t>11</w:t>
            </w:r>
          </w:p>
        </w:tc>
      </w:tr>
      <w:tr>
        <w:tc>
          <w:tcPr>
            <w:tcW w:type="dxa" w:w="2880"/>
          </w:tcPr>
          <w:p>
            <w:r>
              <w:t>-0.1097</w:t>
            </w:r>
          </w:p>
        </w:tc>
        <w:tc>
          <w:tcPr>
            <w:tcW w:type="dxa" w:w="2880"/>
          </w:tcPr>
          <w:p>
            <w:r>
              <w:t>0.1242</w:t>
            </w:r>
          </w:p>
        </w:tc>
        <w:tc>
          <w:tcPr>
            <w:tcW w:type="dxa" w:w="2880"/>
          </w:tcPr>
          <w:p>
            <w:r>
              <w:t>0</w:t>
            </w:r>
          </w:p>
        </w:tc>
      </w:tr>
      <w:tr>
        <w:tc>
          <w:tcPr>
            <w:tcW w:type="dxa" w:w="2880"/>
          </w:tcPr>
          <w:p>
            <w:r>
              <w:t>0.1242</w:t>
            </w:r>
          </w:p>
        </w:tc>
        <w:tc>
          <w:tcPr>
            <w:tcW w:type="dxa" w:w="2880"/>
          </w:tcPr>
          <w:p>
            <w:r>
              <w:t>0.358</w:t>
            </w:r>
          </w:p>
        </w:tc>
        <w:tc>
          <w:tcPr>
            <w:tcW w:type="dxa" w:w="2880"/>
          </w:tcPr>
          <w:p>
            <w:r>
              <w:t>7</w:t>
            </w:r>
          </w:p>
        </w:tc>
      </w:tr>
    </w:tbl>
    <w:p/>
    <w:p>
      <w:pPr>
        <w:pStyle w:val="Heading2"/>
      </w:pPr>
      <w:r>
        <w:t>Figure 27. Emerging hot spots: Prism readings [76]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-0.587</w:t>
            </w:r>
          </w:p>
        </w:tc>
        <w:tc>
          <w:tcPr>
            <w:tcW w:type="dxa" w:w="2880"/>
          </w:tcPr>
          <w:p>
            <w:r>
              <w:t>-0.09783</w:t>
            </w:r>
          </w:p>
        </w:tc>
        <w:tc>
          <w:tcPr>
            <w:tcW w:type="dxa" w:w="2880"/>
          </w:tcPr>
          <w:p>
            <w:r>
              <w:t>2</w:t>
            </w:r>
          </w:p>
        </w:tc>
      </w:tr>
      <w:tr>
        <w:tc>
          <w:tcPr>
            <w:tcW w:type="dxa" w:w="2880"/>
          </w:tcPr>
          <w:p>
            <w:r>
              <w:t>-0.09783</w:t>
            </w:r>
          </w:p>
        </w:tc>
        <w:tc>
          <w:tcPr>
            <w:tcW w:type="dxa" w:w="2880"/>
          </w:tcPr>
          <w:p>
            <w:r>
              <w:t>0.3913</w:t>
            </w:r>
          </w:p>
        </w:tc>
        <w:tc>
          <w:tcPr>
            <w:tcW w:type="dxa" w:w="2880"/>
          </w:tcPr>
          <w:p>
            <w:r>
              <w:t>4</w:t>
            </w:r>
          </w:p>
        </w:tc>
      </w:tr>
      <w:tr>
        <w:tc>
          <w:tcPr>
            <w:tcW w:type="dxa" w:w="2880"/>
          </w:tcPr>
          <w:p>
            <w:r>
              <w:t>0.3913</w:t>
            </w:r>
          </w:p>
        </w:tc>
        <w:tc>
          <w:tcPr>
            <w:tcW w:type="dxa" w:w="2880"/>
          </w:tcPr>
          <w:p>
            <w:r>
              <w:t>0.8805</w:t>
            </w:r>
          </w:p>
        </w:tc>
        <w:tc>
          <w:tcPr>
            <w:tcW w:type="dxa" w:w="2880"/>
          </w:tcPr>
          <w:p>
            <w:r>
              <w:t>8</w:t>
            </w:r>
          </w:p>
        </w:tc>
      </w:tr>
      <w:tr>
        <w:tc>
          <w:tcPr>
            <w:tcW w:type="dxa" w:w="2880"/>
          </w:tcPr>
          <w:p>
            <w:r>
              <w:t>0.8805</w:t>
            </w:r>
          </w:p>
        </w:tc>
        <w:tc>
          <w:tcPr>
            <w:tcW w:type="dxa" w:w="2880"/>
          </w:tcPr>
          <w:p>
            <w:r>
              <w:t>1.37</w:t>
            </w:r>
          </w:p>
        </w:tc>
        <w:tc>
          <w:tcPr>
            <w:tcW w:type="dxa" w:w="2880"/>
          </w:tcPr>
          <w:p>
            <w:r>
              <w:t>5</w:t>
            </w:r>
          </w:p>
        </w:tc>
      </w:tr>
      <w:tr>
        <w:tc>
          <w:tcPr>
            <w:tcW w:type="dxa" w:w="2880"/>
          </w:tcPr>
          <w:p>
            <w:r>
              <w:t>1.37</w:t>
            </w:r>
          </w:p>
        </w:tc>
        <w:tc>
          <w:tcPr>
            <w:tcW w:type="dxa" w:w="2880"/>
          </w:tcPr>
          <w:p>
            <w:r>
              <w:t>1.859</w:t>
            </w:r>
          </w:p>
        </w:tc>
        <w:tc>
          <w:tcPr>
            <w:tcW w:type="dxa" w:w="2880"/>
          </w:tcPr>
          <w:p>
            <w:r>
              <w:t>6</w:t>
            </w:r>
          </w:p>
        </w:tc>
      </w:tr>
      <w:tr>
        <w:tc>
          <w:tcPr>
            <w:tcW w:type="dxa" w:w="2880"/>
          </w:tcPr>
          <w:p>
            <w:r>
              <w:t>1.859</w:t>
            </w:r>
          </w:p>
        </w:tc>
        <w:tc>
          <w:tcPr>
            <w:tcW w:type="dxa" w:w="2880"/>
          </w:tcPr>
          <w:p>
            <w:r>
              <w:t>2.348</w:t>
            </w:r>
          </w:p>
        </w:tc>
        <w:tc>
          <w:tcPr>
            <w:tcW w:type="dxa" w:w="2880"/>
          </w:tcPr>
          <w:p>
            <w:r>
              <w:t>4</w:t>
            </w:r>
          </w:p>
        </w:tc>
      </w:tr>
    </w:tbl>
    <w:p/>
    <w:p>
      <w:pPr>
        <w:pStyle w:val="Heading2"/>
      </w:pPr>
      <w:r>
        <w:t>Figure 28. Repeat and near repeat classification: Drill holes [77]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2024-01-01</w:t>
            </w:r>
          </w:p>
        </w:tc>
        <w:tc>
          <w:tcPr>
            <w:tcW w:type="dxa" w:w="2880"/>
          </w:tcPr>
          <w:p>
            <w:r>
              <w:t>RC</w:t>
            </w:r>
          </w:p>
        </w:tc>
        <w:tc>
          <w:tcPr>
            <w:tcW w:type="dxa" w:w="2880"/>
          </w:tcPr>
          <w:p>
            <w:r>
              <w:t>2</w:t>
            </w:r>
          </w:p>
        </w:tc>
      </w:tr>
      <w:tr>
        <w:tc>
          <w:tcPr>
            <w:tcW w:type="dxa" w:w="2880"/>
          </w:tcPr>
          <w:p>
            <w:r>
              <w:t>2024-01-01</w:t>
            </w:r>
          </w:p>
        </w:tc>
        <w:tc>
          <w:tcPr>
            <w:tcW w:type="dxa" w:w="2880"/>
          </w:tcPr>
          <w:p>
            <w:r>
              <w:t>diamond</w:t>
            </w:r>
          </w:p>
        </w:tc>
        <w:tc>
          <w:tcPr>
            <w:tcW w:type="dxa" w:w="2880"/>
          </w:tcPr>
          <w:p>
            <w:r>
              <w:t>5</w:t>
            </w:r>
          </w:p>
        </w:tc>
      </w:tr>
      <w:tr>
        <w:tc>
          <w:tcPr>
            <w:tcW w:type="dxa" w:w="2880"/>
          </w:tcPr>
          <w:p>
            <w:r>
              <w:t>2024-02-01</w:t>
            </w:r>
          </w:p>
        </w:tc>
        <w:tc>
          <w:tcPr>
            <w:tcW w:type="dxa" w:w="2880"/>
          </w:tcPr>
          <w:p>
            <w:r>
              <w:t>RC</w:t>
            </w:r>
          </w:p>
        </w:tc>
        <w:tc>
          <w:tcPr>
            <w:tcW w:type="dxa" w:w="2880"/>
          </w:tcPr>
          <w:p>
            <w:r>
              <w:t>6</w:t>
            </w:r>
          </w:p>
        </w:tc>
      </w:tr>
      <w:tr>
        <w:tc>
          <w:tcPr>
            <w:tcW w:type="dxa" w:w="2880"/>
          </w:tcPr>
          <w:p>
            <w:r>
              <w:t>2024-02-01</w:t>
            </w:r>
          </w:p>
        </w:tc>
        <w:tc>
          <w:tcPr>
            <w:tcW w:type="dxa" w:w="2880"/>
          </w:tcPr>
          <w:p>
            <w:r>
              <w:t>diamond</w:t>
            </w:r>
          </w:p>
        </w:tc>
        <w:tc>
          <w:tcPr>
            <w:tcW w:type="dxa" w:w="2880"/>
          </w:tcPr>
          <w:p>
            <w:r>
              <w:t>4</w:t>
            </w:r>
          </w:p>
        </w:tc>
      </w:tr>
      <w:tr>
        <w:tc>
          <w:tcPr>
            <w:tcW w:type="dxa" w:w="2880"/>
          </w:tcPr>
          <w:p>
            <w:r>
              <w:t>2024-03-01</w:t>
            </w:r>
          </w:p>
        </w:tc>
        <w:tc>
          <w:tcPr>
            <w:tcW w:type="dxa" w:w="2880"/>
          </w:tcPr>
          <w:p>
            <w:r>
              <w:t>RC</w:t>
            </w:r>
          </w:p>
        </w:tc>
        <w:tc>
          <w:tcPr>
            <w:tcW w:type="dxa" w:w="2880"/>
          </w:tcPr>
          <w:p>
            <w:r>
              <w:t>7</w:t>
            </w:r>
          </w:p>
        </w:tc>
      </w:tr>
      <w:tr>
        <w:tc>
          <w:tcPr>
            <w:tcW w:type="dxa" w:w="2880"/>
          </w:tcPr>
          <w:p>
            <w:r>
              <w:t>2024-03-01</w:t>
            </w:r>
          </w:p>
        </w:tc>
        <w:tc>
          <w:tcPr>
            <w:tcW w:type="dxa" w:w="2880"/>
          </w:tcPr>
          <w:p>
            <w:r>
              <w:t>diamond</w:t>
            </w:r>
          </w:p>
        </w:tc>
        <w:tc>
          <w:tcPr>
            <w:tcW w:type="dxa" w:w="2880"/>
          </w:tcPr>
          <w:p>
            <w:r>
              <w:t>3</w:t>
            </w:r>
          </w:p>
        </w:tc>
      </w:tr>
      <w:tr>
        <w:tc>
          <w:tcPr>
            <w:tcW w:type="dxa" w:w="2880"/>
          </w:tcPr>
          <w:p>
            <w:r>
              <w:t>2024-04-01</w:t>
            </w:r>
          </w:p>
        </w:tc>
        <w:tc>
          <w:tcPr>
            <w:tcW w:type="dxa" w:w="2880"/>
          </w:tcPr>
          <w:p>
            <w:r>
              <w:t>RC</w:t>
            </w:r>
          </w:p>
        </w:tc>
        <w:tc>
          <w:tcPr>
            <w:tcW w:type="dxa" w:w="2880"/>
          </w:tcPr>
          <w:p>
            <w:r>
              <w:t>5</w:t>
            </w:r>
          </w:p>
        </w:tc>
      </w:tr>
      <w:tr>
        <w:tc>
          <w:tcPr>
            <w:tcW w:type="dxa" w:w="2880"/>
          </w:tcPr>
          <w:p>
            <w:r>
              <w:t>2024-04-01</w:t>
            </w:r>
          </w:p>
        </w:tc>
        <w:tc>
          <w:tcPr>
            <w:tcW w:type="dxa" w:w="2880"/>
          </w:tcPr>
          <w:p>
            <w:r>
              <w:t>diamond</w:t>
            </w:r>
          </w:p>
        </w:tc>
        <w:tc>
          <w:tcPr>
            <w:tcW w:type="dxa" w:w="2880"/>
          </w:tcPr>
          <w:p>
            <w:r>
              <w:t>4</w:t>
            </w:r>
          </w:p>
        </w:tc>
      </w:tr>
      <w:tr>
        <w:tc>
          <w:tcPr>
            <w:tcW w:type="dxa" w:w="2880"/>
          </w:tcPr>
          <w:p>
            <w:r>
              <w:t>2024-05-01</w:t>
            </w:r>
          </w:p>
        </w:tc>
        <w:tc>
          <w:tcPr>
            <w:tcW w:type="dxa" w:w="2880"/>
          </w:tcPr>
          <w:p>
            <w:r>
              <w:t>RC</w:t>
            </w:r>
          </w:p>
        </w:tc>
        <w:tc>
          <w:tcPr>
            <w:tcW w:type="dxa" w:w="2880"/>
          </w:tcPr>
          <w:p>
            <w:r>
              <w:t>10</w:t>
            </w:r>
          </w:p>
        </w:tc>
      </w:tr>
      <w:tr>
        <w:tc>
          <w:tcPr>
            <w:tcW w:type="dxa" w:w="2880"/>
          </w:tcPr>
          <w:p>
            <w:r>
              <w:t>2024-05-01</w:t>
            </w:r>
          </w:p>
        </w:tc>
        <w:tc>
          <w:tcPr>
            <w:tcW w:type="dxa" w:w="2880"/>
          </w:tcPr>
          <w:p>
            <w:r>
              <w:t>diamond</w:t>
            </w:r>
          </w:p>
        </w:tc>
        <w:tc>
          <w:tcPr>
            <w:tcW w:type="dxa" w:w="2880"/>
          </w:tcPr>
          <w:p>
            <w:r>
              <w:t>8</w:t>
            </w:r>
          </w:p>
        </w:tc>
      </w:tr>
      <w:tr>
        <w:tc>
          <w:tcPr>
            <w:tcW w:type="dxa" w:w="2880"/>
          </w:tcPr>
          <w:p>
            <w:r>
              <w:t>2024-06-01</w:t>
            </w:r>
          </w:p>
        </w:tc>
        <w:tc>
          <w:tcPr>
            <w:tcW w:type="dxa" w:w="2880"/>
          </w:tcPr>
          <w:p>
            <w:r>
              <w:t>RC</w:t>
            </w:r>
          </w:p>
        </w:tc>
        <w:tc>
          <w:tcPr>
            <w:tcW w:type="dxa" w:w="2880"/>
          </w:tcPr>
          <w:p>
            <w:r>
              <w:t>5</w:t>
            </w:r>
          </w:p>
        </w:tc>
      </w:tr>
      <w:tr>
        <w:tc>
          <w:tcPr>
            <w:tcW w:type="dxa" w:w="2880"/>
          </w:tcPr>
          <w:p>
            <w:r>
              <w:t>2024-06-01</w:t>
            </w:r>
          </w:p>
        </w:tc>
        <w:tc>
          <w:tcPr>
            <w:tcW w:type="dxa" w:w="2880"/>
          </w:tcPr>
          <w:p>
            <w:r>
              <w:t>diamond</w:t>
            </w:r>
          </w:p>
        </w:tc>
        <w:tc>
          <w:tcPr>
            <w:tcW w:type="dxa" w:w="2880"/>
          </w:tcPr>
          <w:p>
            <w:r>
              <w:t>0</w:t>
            </w:r>
          </w:p>
        </w:tc>
      </w:tr>
      <w:tr>
        <w:tc>
          <w:tcPr>
            <w:tcW w:type="dxa" w:w="2880"/>
          </w:tcPr>
          <w:p>
            <w:r>
              <w:t>2024-07-01</w:t>
            </w:r>
          </w:p>
        </w:tc>
        <w:tc>
          <w:tcPr>
            <w:tcW w:type="dxa" w:w="2880"/>
          </w:tcPr>
          <w:p>
            <w:r>
              <w:t>RC</w:t>
            </w:r>
          </w:p>
        </w:tc>
        <w:tc>
          <w:tcPr>
            <w:tcW w:type="dxa" w:w="2880"/>
          </w:tcPr>
          <w:p>
            <w:r>
              <w:t>10</w:t>
            </w:r>
          </w:p>
        </w:tc>
      </w:tr>
      <w:tr>
        <w:tc>
          <w:tcPr>
            <w:tcW w:type="dxa" w:w="2880"/>
          </w:tcPr>
          <w:p>
            <w:r>
              <w:t>2024-07-01</w:t>
            </w:r>
          </w:p>
        </w:tc>
        <w:tc>
          <w:tcPr>
            <w:tcW w:type="dxa" w:w="2880"/>
          </w:tcPr>
          <w:p>
            <w:r>
              <w:t>diamond</w:t>
            </w:r>
          </w:p>
        </w:tc>
        <w:tc>
          <w:tcPr>
            <w:tcW w:type="dxa" w:w="2880"/>
          </w:tcPr>
          <w:p>
            <w:r>
              <w:t>4</w:t>
            </w:r>
          </w:p>
        </w:tc>
      </w:tr>
      <w:tr>
        <w:tc>
          <w:tcPr>
            <w:tcW w:type="dxa" w:w="2880"/>
          </w:tcPr>
          <w:p>
            <w:r>
              <w:t>2024-08-01</w:t>
            </w:r>
          </w:p>
        </w:tc>
        <w:tc>
          <w:tcPr>
            <w:tcW w:type="dxa" w:w="2880"/>
          </w:tcPr>
          <w:p>
            <w:r>
              <w:t>RC</w:t>
            </w:r>
          </w:p>
        </w:tc>
        <w:tc>
          <w:tcPr>
            <w:tcW w:type="dxa" w:w="2880"/>
          </w:tcPr>
          <w:p>
            <w:r>
              <w:t>3</w:t>
            </w:r>
          </w:p>
        </w:tc>
      </w:tr>
      <w:tr>
        <w:tc>
          <w:tcPr>
            <w:tcW w:type="dxa" w:w="2880"/>
          </w:tcPr>
          <w:p>
            <w:r>
              <w:t>2024-08-01</w:t>
            </w:r>
          </w:p>
        </w:tc>
        <w:tc>
          <w:tcPr>
            <w:tcW w:type="dxa" w:w="2880"/>
          </w:tcPr>
          <w:p>
            <w:r>
              <w:t>diamond</w:t>
            </w:r>
          </w:p>
        </w:tc>
        <w:tc>
          <w:tcPr>
            <w:tcW w:type="dxa" w:w="2880"/>
          </w:tcPr>
          <w:p>
            <w:r>
              <w:t>0</w:t>
            </w:r>
          </w:p>
        </w:tc>
      </w:tr>
      <w:tr>
        <w:tc>
          <w:tcPr>
            <w:tcW w:type="dxa" w:w="2880"/>
          </w:tcPr>
          <w:p>
            <w:r>
              <w:t>2024-09-01</w:t>
            </w:r>
          </w:p>
        </w:tc>
        <w:tc>
          <w:tcPr>
            <w:tcW w:type="dxa" w:w="2880"/>
          </w:tcPr>
          <w:p>
            <w:r>
              <w:t>RC</w:t>
            </w:r>
          </w:p>
        </w:tc>
        <w:tc>
          <w:tcPr>
            <w:tcW w:type="dxa" w:w="2880"/>
          </w:tcPr>
          <w:p>
            <w:r>
              <w:t>3</w:t>
            </w:r>
          </w:p>
        </w:tc>
      </w:tr>
      <w:tr>
        <w:tc>
          <w:tcPr>
            <w:tcW w:type="dxa" w:w="2880"/>
          </w:tcPr>
          <w:p>
            <w:r>
              <w:t>2024-09-01</w:t>
            </w:r>
          </w:p>
        </w:tc>
        <w:tc>
          <w:tcPr>
            <w:tcW w:type="dxa" w:w="2880"/>
          </w:tcPr>
          <w:p>
            <w:r>
              <w:t>diamond</w:t>
            </w:r>
          </w:p>
        </w:tc>
        <w:tc>
          <w:tcPr>
            <w:tcW w:type="dxa" w:w="2880"/>
          </w:tcPr>
          <w:p>
            <w:r>
              <w:t>0</w:t>
            </w:r>
          </w:p>
        </w:tc>
      </w:tr>
      <w:tr>
        <w:tc>
          <w:tcPr>
            <w:tcW w:type="dxa" w:w="2880"/>
          </w:tcPr>
          <w:p>
            <w:r>
              <w:t>2024-10-01</w:t>
            </w:r>
          </w:p>
        </w:tc>
        <w:tc>
          <w:tcPr>
            <w:tcW w:type="dxa" w:w="2880"/>
          </w:tcPr>
          <w:p>
            <w:r>
              <w:t>RC</w:t>
            </w:r>
          </w:p>
        </w:tc>
        <w:tc>
          <w:tcPr>
            <w:tcW w:type="dxa" w:w="2880"/>
          </w:tcPr>
          <w:p>
            <w:r>
              <w:t>9</w:t>
            </w:r>
          </w:p>
        </w:tc>
      </w:tr>
      <w:tr>
        <w:tc>
          <w:tcPr>
            <w:tcW w:type="dxa" w:w="2880"/>
          </w:tcPr>
          <w:p>
            <w:r>
              <w:t>2024-10-01</w:t>
            </w:r>
          </w:p>
        </w:tc>
        <w:tc>
          <w:tcPr>
            <w:tcW w:type="dxa" w:w="2880"/>
          </w:tcPr>
          <w:p>
            <w:r>
              <w:t>diamond</w:t>
            </w:r>
          </w:p>
        </w:tc>
        <w:tc>
          <w:tcPr>
            <w:tcW w:type="dxa" w:w="2880"/>
          </w:tcPr>
          <w:p>
            <w:r>
              <w:t>3</w:t>
            </w:r>
          </w:p>
        </w:tc>
      </w:tr>
      <w:tr>
        <w:tc>
          <w:tcPr>
            <w:tcW w:type="dxa" w:w="2880"/>
          </w:tcPr>
          <w:p>
            <w:r>
              <w:t>2024-11-01</w:t>
            </w:r>
          </w:p>
        </w:tc>
        <w:tc>
          <w:tcPr>
            <w:tcW w:type="dxa" w:w="2880"/>
          </w:tcPr>
          <w:p>
            <w:r>
              <w:t>RC</w:t>
            </w:r>
          </w:p>
        </w:tc>
        <w:tc>
          <w:tcPr>
            <w:tcW w:type="dxa" w:w="2880"/>
          </w:tcPr>
          <w:p>
            <w:r>
              <w:t>12</w:t>
            </w:r>
          </w:p>
        </w:tc>
      </w:tr>
      <w:tr>
        <w:tc>
          <w:tcPr>
            <w:tcW w:type="dxa" w:w="2880"/>
          </w:tcPr>
          <w:p>
            <w:r>
              <w:t>2024-11-01</w:t>
            </w:r>
          </w:p>
        </w:tc>
        <w:tc>
          <w:tcPr>
            <w:tcW w:type="dxa" w:w="2880"/>
          </w:tcPr>
          <w:p>
            <w:r>
              <w:t>diamond</w:t>
            </w:r>
          </w:p>
        </w:tc>
        <w:tc>
          <w:tcPr>
            <w:tcW w:type="dxa" w:w="2880"/>
          </w:tcPr>
          <w:p>
            <w:r>
              <w:t>3</w:t>
            </w:r>
          </w:p>
        </w:tc>
      </w:tr>
      <w:tr>
        <w:tc>
          <w:tcPr>
            <w:tcW w:type="dxa" w:w="2880"/>
          </w:tcPr>
          <w:p>
            <w:r>
              <w:t>2024-12-01</w:t>
            </w:r>
          </w:p>
        </w:tc>
        <w:tc>
          <w:tcPr>
            <w:tcW w:type="dxa" w:w="2880"/>
          </w:tcPr>
          <w:p>
            <w:r>
              <w:t>RC</w:t>
            </w:r>
          </w:p>
        </w:tc>
        <w:tc>
          <w:tcPr>
            <w:tcW w:type="dxa" w:w="2880"/>
          </w:tcPr>
          <w:p>
            <w:r>
              <w:t>10</w:t>
            </w:r>
          </w:p>
        </w:tc>
      </w:tr>
      <w:tr>
        <w:tc>
          <w:tcPr>
            <w:tcW w:type="dxa" w:w="2880"/>
          </w:tcPr>
          <w:p>
            <w:r>
              <w:t>2024-12-01</w:t>
            </w:r>
          </w:p>
        </w:tc>
        <w:tc>
          <w:tcPr>
            <w:tcW w:type="dxa" w:w="2880"/>
          </w:tcPr>
          <w:p>
            <w:r>
              <w:t>diamond</w:t>
            </w:r>
          </w:p>
        </w:tc>
        <w:tc>
          <w:tcPr>
            <w:tcW w:type="dxa" w:w="2880"/>
          </w:tcPr>
          <w:p>
            <w:r>
              <w:t>3</w:t>
            </w:r>
          </w:p>
        </w:tc>
      </w:tr>
      <w:tr>
        <w:tc>
          <w:tcPr>
            <w:tcW w:type="dxa" w:w="2880"/>
          </w:tcPr>
          <w:p>
            <w:r>
              <w:t>2025-01-01</w:t>
            </w:r>
          </w:p>
        </w:tc>
        <w:tc>
          <w:tcPr>
            <w:tcW w:type="dxa" w:w="2880"/>
          </w:tcPr>
          <w:p>
            <w:r>
              <w:t>RC</w:t>
            </w:r>
          </w:p>
        </w:tc>
        <w:tc>
          <w:tcPr>
            <w:tcW w:type="dxa" w:w="2880"/>
          </w:tcPr>
          <w:p>
            <w:r>
              <w:t>10</w:t>
            </w:r>
          </w:p>
        </w:tc>
      </w:tr>
      <w:tr>
        <w:tc>
          <w:tcPr>
            <w:tcW w:type="dxa" w:w="2880"/>
          </w:tcPr>
          <w:p>
            <w:r>
              <w:t>2025-01-01</w:t>
            </w:r>
          </w:p>
        </w:tc>
        <w:tc>
          <w:tcPr>
            <w:tcW w:type="dxa" w:w="2880"/>
          </w:tcPr>
          <w:p>
            <w:r>
              <w:t>diamond</w:t>
            </w:r>
          </w:p>
        </w:tc>
        <w:tc>
          <w:tcPr>
            <w:tcW w:type="dxa" w:w="2880"/>
          </w:tcPr>
          <w:p>
            <w:r>
              <w:t>5</w:t>
            </w:r>
          </w:p>
        </w:tc>
      </w:tr>
      <w:tr>
        <w:tc>
          <w:tcPr>
            <w:tcW w:type="dxa" w:w="2880"/>
          </w:tcPr>
          <w:p>
            <w:r>
              <w:t>2025-02-01</w:t>
            </w:r>
          </w:p>
        </w:tc>
        <w:tc>
          <w:tcPr>
            <w:tcW w:type="dxa" w:w="2880"/>
          </w:tcPr>
          <w:p>
            <w:r>
              <w:t>RC</w:t>
            </w:r>
          </w:p>
        </w:tc>
        <w:tc>
          <w:tcPr>
            <w:tcW w:type="dxa" w:w="2880"/>
          </w:tcPr>
          <w:p>
            <w:r>
              <w:t>3</w:t>
            </w:r>
          </w:p>
        </w:tc>
      </w:tr>
      <w:tr>
        <w:tc>
          <w:tcPr>
            <w:tcW w:type="dxa" w:w="2880"/>
          </w:tcPr>
          <w:p>
            <w:r>
              <w:t>2025-02-01</w:t>
            </w:r>
          </w:p>
        </w:tc>
        <w:tc>
          <w:tcPr>
            <w:tcW w:type="dxa" w:w="2880"/>
          </w:tcPr>
          <w:p>
            <w:r>
              <w:t>diamond</w:t>
            </w:r>
          </w:p>
        </w:tc>
        <w:tc>
          <w:tcPr>
            <w:tcW w:type="dxa" w:w="2880"/>
          </w:tcPr>
          <w:p>
            <w:r>
              <w:t>3</w:t>
            </w:r>
          </w:p>
        </w:tc>
      </w:tr>
      <w:tr>
        <w:tc>
          <w:tcPr>
            <w:tcW w:type="dxa" w:w="2880"/>
          </w:tcPr>
          <w:p>
            <w:r>
              <w:t>2025-03-01</w:t>
            </w:r>
          </w:p>
        </w:tc>
        <w:tc>
          <w:tcPr>
            <w:tcW w:type="dxa" w:w="2880"/>
          </w:tcPr>
          <w:p>
            <w:r>
              <w:t>RC</w:t>
            </w:r>
          </w:p>
        </w:tc>
        <w:tc>
          <w:tcPr>
            <w:tcW w:type="dxa" w:w="2880"/>
          </w:tcPr>
          <w:p>
            <w:r>
              <w:t>4</w:t>
            </w:r>
          </w:p>
        </w:tc>
      </w:tr>
      <w:tr>
        <w:tc>
          <w:tcPr>
            <w:tcW w:type="dxa" w:w="2880"/>
          </w:tcPr>
          <w:p>
            <w:r>
              <w:t>2025-03-01</w:t>
            </w:r>
          </w:p>
        </w:tc>
        <w:tc>
          <w:tcPr>
            <w:tcW w:type="dxa" w:w="2880"/>
          </w:tcPr>
          <w:p>
            <w:r>
              <w:t>diamond</w:t>
            </w:r>
          </w:p>
        </w:tc>
        <w:tc>
          <w:tcPr>
            <w:tcW w:type="dxa" w:w="2880"/>
          </w:tcPr>
          <w:p>
            <w:r>
              <w:t>5</w:t>
            </w:r>
          </w:p>
        </w:tc>
      </w:tr>
      <w:tr>
        <w:tc>
          <w:tcPr>
            <w:tcW w:type="dxa" w:w="2880"/>
          </w:tcPr>
          <w:p>
            <w:r>
              <w:t>2025-04-01</w:t>
            </w:r>
          </w:p>
        </w:tc>
        <w:tc>
          <w:tcPr>
            <w:tcW w:type="dxa" w:w="2880"/>
          </w:tcPr>
          <w:p>
            <w:r>
              <w:t>RC</w:t>
            </w:r>
          </w:p>
        </w:tc>
        <w:tc>
          <w:tcPr>
            <w:tcW w:type="dxa" w:w="2880"/>
          </w:tcPr>
          <w:p>
            <w:r>
              <w:t>6</w:t>
            </w:r>
          </w:p>
        </w:tc>
      </w:tr>
      <w:tr>
        <w:tc>
          <w:tcPr>
            <w:tcW w:type="dxa" w:w="2880"/>
          </w:tcPr>
          <w:p>
            <w:r>
              <w:t>2025-04-01</w:t>
            </w:r>
          </w:p>
        </w:tc>
        <w:tc>
          <w:tcPr>
            <w:tcW w:type="dxa" w:w="2880"/>
          </w:tcPr>
          <w:p>
            <w:r>
              <w:t>diamond</w:t>
            </w:r>
          </w:p>
        </w:tc>
        <w:tc>
          <w:tcPr>
            <w:tcW w:type="dxa" w:w="2880"/>
          </w:tcPr>
          <w:p>
            <w:r>
              <w:t>2</w:t>
            </w:r>
          </w:p>
        </w:tc>
      </w:tr>
      <w:tr>
        <w:tc>
          <w:tcPr>
            <w:tcW w:type="dxa" w:w="2880"/>
          </w:tcPr>
          <w:p>
            <w:r>
              <w:t>2025-05-01</w:t>
            </w:r>
          </w:p>
        </w:tc>
        <w:tc>
          <w:tcPr>
            <w:tcW w:type="dxa" w:w="2880"/>
          </w:tcPr>
          <w:p>
            <w:r>
              <w:t>RC</w:t>
            </w:r>
          </w:p>
        </w:tc>
        <w:tc>
          <w:tcPr>
            <w:tcW w:type="dxa" w:w="2880"/>
          </w:tcPr>
          <w:p>
            <w:r>
              <w:t>2</w:t>
            </w:r>
          </w:p>
        </w:tc>
      </w:tr>
      <w:tr>
        <w:tc>
          <w:tcPr>
            <w:tcW w:type="dxa" w:w="2880"/>
          </w:tcPr>
          <w:p>
            <w:r>
              <w:t>2025-05-01</w:t>
            </w:r>
          </w:p>
        </w:tc>
        <w:tc>
          <w:tcPr>
            <w:tcW w:type="dxa" w:w="2880"/>
          </w:tcPr>
          <w:p>
            <w:r>
              <w:t>diamond</w:t>
            </w:r>
          </w:p>
        </w:tc>
        <w:tc>
          <w:tcPr>
            <w:tcW w:type="dxa" w:w="2880"/>
          </w:tcPr>
          <w:p>
            <w:r>
              <w:t>6</w:t>
            </w:r>
          </w:p>
        </w:tc>
      </w:tr>
      <w:tr>
        <w:tc>
          <w:tcPr>
            <w:tcW w:type="dxa" w:w="2880"/>
          </w:tcPr>
          <w:p>
            <w:r>
              <w:t>2025-06-01</w:t>
            </w:r>
          </w:p>
        </w:tc>
        <w:tc>
          <w:tcPr>
            <w:tcW w:type="dxa" w:w="2880"/>
          </w:tcPr>
          <w:p>
            <w:r>
              <w:t>RC</w:t>
            </w:r>
          </w:p>
        </w:tc>
        <w:tc>
          <w:tcPr>
            <w:tcW w:type="dxa" w:w="2880"/>
          </w:tcPr>
          <w:p>
            <w:r>
              <w:t>4</w:t>
            </w:r>
          </w:p>
        </w:tc>
      </w:tr>
      <w:tr>
        <w:tc>
          <w:tcPr>
            <w:tcW w:type="dxa" w:w="2880"/>
          </w:tcPr>
          <w:p>
            <w:r>
              <w:t>2025-06-01</w:t>
            </w:r>
          </w:p>
        </w:tc>
        <w:tc>
          <w:tcPr>
            <w:tcW w:type="dxa" w:w="2880"/>
          </w:tcPr>
          <w:p>
            <w:r>
              <w:t>diamond</w:t>
            </w:r>
          </w:p>
        </w:tc>
        <w:tc>
          <w:tcPr>
            <w:tcW w:type="dxa" w:w="2880"/>
          </w:tcPr>
          <w:p>
            <w:r>
              <w:t>1</w:t>
            </w:r>
          </w:p>
        </w:tc>
      </w:tr>
      <w:tr>
        <w:tc>
          <w:tcPr>
            <w:tcW w:type="dxa" w:w="2880"/>
          </w:tcPr>
          <w:p>
            <w:r>
              <w:t>2025-07-01</w:t>
            </w:r>
          </w:p>
        </w:tc>
        <w:tc>
          <w:tcPr>
            <w:tcW w:type="dxa" w:w="2880"/>
          </w:tcPr>
          <w:p>
            <w:r>
              <w:t>RC</w:t>
            </w:r>
          </w:p>
        </w:tc>
        <w:tc>
          <w:tcPr>
            <w:tcW w:type="dxa" w:w="2880"/>
          </w:tcPr>
          <w:p>
            <w:r>
              <w:t>10</w:t>
            </w:r>
          </w:p>
        </w:tc>
      </w:tr>
      <w:tr>
        <w:tc>
          <w:tcPr>
            <w:tcW w:type="dxa" w:w="2880"/>
          </w:tcPr>
          <w:p>
            <w:r>
              <w:t>2025-07-01</w:t>
            </w:r>
          </w:p>
        </w:tc>
        <w:tc>
          <w:tcPr>
            <w:tcW w:type="dxa" w:w="2880"/>
          </w:tcPr>
          <w:p>
            <w:r>
              <w:t>diamond</w:t>
            </w:r>
          </w:p>
        </w:tc>
        <w:tc>
          <w:tcPr>
            <w:tcW w:type="dxa" w:w="2880"/>
          </w:tcPr>
          <w:p>
            <w:r>
              <w:t>2</w:t>
            </w:r>
          </w:p>
        </w:tc>
      </w:tr>
      <w:tr>
        <w:tc>
          <w:tcPr>
            <w:tcW w:type="dxa" w:w="2880"/>
          </w:tcPr>
          <w:p>
            <w:r>
              <w:t>2025-08-01</w:t>
            </w:r>
          </w:p>
        </w:tc>
        <w:tc>
          <w:tcPr>
            <w:tcW w:type="dxa" w:w="2880"/>
          </w:tcPr>
          <w:p>
            <w:r>
              <w:t>RC</w:t>
            </w:r>
          </w:p>
        </w:tc>
        <w:tc>
          <w:tcPr>
            <w:tcW w:type="dxa" w:w="2880"/>
          </w:tcPr>
          <w:p>
            <w:r>
              <w:t>7</w:t>
            </w:r>
          </w:p>
        </w:tc>
      </w:tr>
      <w:tr>
        <w:tc>
          <w:tcPr>
            <w:tcW w:type="dxa" w:w="2880"/>
          </w:tcPr>
          <w:p>
            <w:r>
              <w:t>2025-08-01</w:t>
            </w:r>
          </w:p>
        </w:tc>
        <w:tc>
          <w:tcPr>
            <w:tcW w:type="dxa" w:w="2880"/>
          </w:tcPr>
          <w:p>
            <w:r>
              <w:t>diamond</w:t>
            </w:r>
          </w:p>
        </w:tc>
        <w:tc>
          <w:tcPr>
            <w:tcW w:type="dxa" w:w="2880"/>
          </w:tcPr>
          <w:p>
            <w:r>
              <w:t>2</w:t>
            </w:r>
          </w:p>
        </w:tc>
      </w:tr>
      <w:tr>
        <w:tc>
          <w:tcPr>
            <w:tcW w:type="dxa" w:w="2880"/>
          </w:tcPr>
          <w:p>
            <w:r>
              <w:t>2025-09-01</w:t>
            </w:r>
          </w:p>
        </w:tc>
        <w:tc>
          <w:tcPr>
            <w:tcW w:type="dxa" w:w="2880"/>
          </w:tcPr>
          <w:p>
            <w:r>
              <w:t>RC</w:t>
            </w:r>
          </w:p>
        </w:tc>
        <w:tc>
          <w:tcPr>
            <w:tcW w:type="dxa" w:w="2880"/>
          </w:tcPr>
          <w:p>
            <w:r>
              <w:t>6</w:t>
            </w:r>
          </w:p>
        </w:tc>
      </w:tr>
      <w:tr>
        <w:tc>
          <w:tcPr>
            <w:tcW w:type="dxa" w:w="2880"/>
          </w:tcPr>
          <w:p>
            <w:r>
              <w:t>2025-09-01</w:t>
            </w:r>
          </w:p>
        </w:tc>
        <w:tc>
          <w:tcPr>
            <w:tcW w:type="dxa" w:w="2880"/>
          </w:tcPr>
          <w:p>
            <w:r>
              <w:t>diamond</w:t>
            </w:r>
          </w:p>
        </w:tc>
        <w:tc>
          <w:tcPr>
            <w:tcW w:type="dxa" w:w="2880"/>
          </w:tcPr>
          <w:p>
            <w:r>
              <w:t>4</w:t>
            </w:r>
          </w:p>
        </w:tc>
      </w:tr>
      <w:tr>
        <w:tc>
          <w:tcPr>
            <w:tcW w:type="dxa" w:w="2880"/>
          </w:tcPr>
          <w:p>
            <w:r>
              <w:t>2025-10-01</w:t>
            </w:r>
          </w:p>
        </w:tc>
        <w:tc>
          <w:tcPr>
            <w:tcW w:type="dxa" w:w="2880"/>
          </w:tcPr>
          <w:p>
            <w:r>
              <w:t>RC</w:t>
            </w:r>
          </w:p>
        </w:tc>
        <w:tc>
          <w:tcPr>
            <w:tcW w:type="dxa" w:w="2880"/>
          </w:tcPr>
          <w:p>
            <w:r>
              <w:t>7</w:t>
            </w:r>
          </w:p>
        </w:tc>
      </w:tr>
      <w:tr>
        <w:tc>
          <w:tcPr>
            <w:tcW w:type="dxa" w:w="2880"/>
          </w:tcPr>
          <w:p>
            <w:r>
              <w:t>2025-10-01</w:t>
            </w:r>
          </w:p>
        </w:tc>
        <w:tc>
          <w:tcPr>
            <w:tcW w:type="dxa" w:w="2880"/>
          </w:tcPr>
          <w:p>
            <w:r>
              <w:t>diamond</w:t>
            </w:r>
          </w:p>
        </w:tc>
        <w:tc>
          <w:tcPr>
            <w:tcW w:type="dxa" w:w="2880"/>
          </w:tcPr>
          <w:p>
            <w:r>
              <w:t>4</w:t>
            </w:r>
          </w:p>
        </w:tc>
      </w:tr>
      <w:tr>
        <w:tc>
          <w:tcPr>
            <w:tcW w:type="dxa" w:w="2880"/>
          </w:tcPr>
          <w:p>
            <w:r>
              <w:t>2025-11-01</w:t>
            </w:r>
          </w:p>
        </w:tc>
        <w:tc>
          <w:tcPr>
            <w:tcW w:type="dxa" w:w="2880"/>
          </w:tcPr>
          <w:p>
            <w:r>
              <w:t>RC</w:t>
            </w:r>
          </w:p>
        </w:tc>
        <w:tc>
          <w:tcPr>
            <w:tcW w:type="dxa" w:w="2880"/>
          </w:tcPr>
          <w:p>
            <w:r>
              <w:t>8</w:t>
            </w:r>
          </w:p>
        </w:tc>
      </w:tr>
      <w:tr>
        <w:tc>
          <w:tcPr>
            <w:tcW w:type="dxa" w:w="2880"/>
          </w:tcPr>
          <w:p>
            <w:r>
              <w:t>2025-11-01</w:t>
            </w:r>
          </w:p>
        </w:tc>
        <w:tc>
          <w:tcPr>
            <w:tcW w:type="dxa" w:w="2880"/>
          </w:tcPr>
          <w:p>
            <w:r>
              <w:t>diamond</w:t>
            </w:r>
          </w:p>
        </w:tc>
        <w:tc>
          <w:tcPr>
            <w:tcW w:type="dxa" w:w="2880"/>
          </w:tcPr>
          <w:p>
            <w:r>
              <w:t>1</w:t>
            </w:r>
          </w:p>
        </w:tc>
      </w:tr>
      <w:tr>
        <w:tc>
          <w:tcPr>
            <w:tcW w:type="dxa" w:w="2880"/>
          </w:tcPr>
          <w:p>
            <w:r>
              <w:t>2025-12-01</w:t>
            </w:r>
          </w:p>
        </w:tc>
        <w:tc>
          <w:tcPr>
            <w:tcW w:type="dxa" w:w="2880"/>
          </w:tcPr>
          <w:p>
            <w:r>
              <w:t>RC</w:t>
            </w:r>
          </w:p>
        </w:tc>
        <w:tc>
          <w:tcPr>
            <w:tcW w:type="dxa" w:w="2880"/>
          </w:tcPr>
          <w:p>
            <w:r>
              <w:t>11</w:t>
            </w:r>
          </w:p>
        </w:tc>
      </w:tr>
      <w:tr>
        <w:tc>
          <w:tcPr>
            <w:tcW w:type="dxa" w:w="2880"/>
          </w:tcPr>
          <w:p>
            <w:r>
              <w:t>2025-12-01</w:t>
            </w:r>
          </w:p>
        </w:tc>
        <w:tc>
          <w:tcPr>
            <w:tcW w:type="dxa" w:w="2880"/>
          </w:tcPr>
          <w:p>
            <w:r>
              <w:t>diamond</w:t>
            </w:r>
          </w:p>
        </w:tc>
        <w:tc>
          <w:tcPr>
            <w:tcW w:type="dxa" w:w="2880"/>
          </w:tcPr>
          <w:p>
            <w:r>
              <w:t>2</w:t>
            </w:r>
          </w:p>
        </w:tc>
      </w:tr>
      <w:tr>
        <w:tc>
          <w:tcPr>
            <w:tcW w:type="dxa" w:w="2880"/>
          </w:tcPr>
          <w:p>
            <w:r>
              <w:t>2026-01-01</w:t>
            </w:r>
          </w:p>
        </w:tc>
        <w:tc>
          <w:tcPr>
            <w:tcW w:type="dxa" w:w="2880"/>
          </w:tcPr>
          <w:p>
            <w:r>
              <w:t>RC</w:t>
            </w:r>
          </w:p>
        </w:tc>
        <w:tc>
          <w:tcPr>
            <w:tcW w:type="dxa" w:w="2880"/>
          </w:tcPr>
          <w:p>
            <w:r>
              <w:t>6</w:t>
            </w:r>
          </w:p>
        </w:tc>
      </w:tr>
      <w:tr>
        <w:tc>
          <w:tcPr>
            <w:tcW w:type="dxa" w:w="2880"/>
          </w:tcPr>
          <w:p>
            <w:r>
              <w:t>2026-01-01</w:t>
            </w:r>
          </w:p>
        </w:tc>
        <w:tc>
          <w:tcPr>
            <w:tcW w:type="dxa" w:w="2880"/>
          </w:tcPr>
          <w:p>
            <w:r>
              <w:t>diamond</w:t>
            </w:r>
          </w:p>
        </w:tc>
        <w:tc>
          <w:tcPr>
            <w:tcW w:type="dxa" w:w="2880"/>
          </w:tcPr>
          <w:p>
            <w:r>
              <w:t>0</w:t>
            </w:r>
          </w:p>
        </w:tc>
      </w:tr>
      <w:tr>
        <w:tc>
          <w:tcPr>
            <w:tcW w:type="dxa" w:w="2880"/>
          </w:tcPr>
          <w:p>
            <w:r>
              <w:t>2026-02-01</w:t>
            </w:r>
          </w:p>
        </w:tc>
        <w:tc>
          <w:tcPr>
            <w:tcW w:type="dxa" w:w="2880"/>
          </w:tcPr>
          <w:p>
            <w:r>
              <w:t>RC</w:t>
            </w:r>
          </w:p>
        </w:tc>
        <w:tc>
          <w:tcPr>
            <w:tcW w:type="dxa" w:w="2880"/>
          </w:tcPr>
          <w:p>
            <w:r>
              <w:t>8</w:t>
            </w:r>
          </w:p>
        </w:tc>
      </w:tr>
      <w:tr>
        <w:tc>
          <w:tcPr>
            <w:tcW w:type="dxa" w:w="2880"/>
          </w:tcPr>
          <w:p>
            <w:r>
              <w:t>2026-02-01</w:t>
            </w:r>
          </w:p>
        </w:tc>
        <w:tc>
          <w:tcPr>
            <w:tcW w:type="dxa" w:w="2880"/>
          </w:tcPr>
          <w:p>
            <w:r>
              <w:t>diamond</w:t>
            </w:r>
          </w:p>
        </w:tc>
        <w:tc>
          <w:tcPr>
            <w:tcW w:type="dxa" w:w="2880"/>
          </w:tcPr>
          <w:p>
            <w:r>
              <w:t>8</w:t>
            </w:r>
          </w:p>
        </w:tc>
      </w:tr>
      <w:tr>
        <w:tc>
          <w:tcPr>
            <w:tcW w:type="dxa" w:w="2880"/>
          </w:tcPr>
          <w:p>
            <w:r>
              <w:t>2026-03-01</w:t>
            </w:r>
          </w:p>
        </w:tc>
        <w:tc>
          <w:tcPr>
            <w:tcW w:type="dxa" w:w="2880"/>
          </w:tcPr>
          <w:p>
            <w:r>
              <w:t>RC</w:t>
            </w:r>
          </w:p>
        </w:tc>
        <w:tc>
          <w:tcPr>
            <w:tcW w:type="dxa" w:w="2880"/>
          </w:tcPr>
          <w:p>
            <w:r>
              <w:t>9</w:t>
            </w:r>
          </w:p>
        </w:tc>
      </w:tr>
      <w:tr>
        <w:tc>
          <w:tcPr>
            <w:tcW w:type="dxa" w:w="2880"/>
          </w:tcPr>
          <w:p>
            <w:r>
              <w:t>2026-03-01</w:t>
            </w:r>
          </w:p>
        </w:tc>
        <w:tc>
          <w:tcPr>
            <w:tcW w:type="dxa" w:w="2880"/>
          </w:tcPr>
          <w:p>
            <w:r>
              <w:t>diamond</w:t>
            </w:r>
          </w:p>
        </w:tc>
        <w:tc>
          <w:tcPr>
            <w:tcW w:type="dxa" w:w="2880"/>
          </w:tcPr>
          <w:p>
            <w:r>
              <w:t>2</w:t>
            </w:r>
          </w:p>
        </w:tc>
      </w:tr>
      <w:tr>
        <w:tc>
          <w:tcPr>
            <w:tcW w:type="dxa" w:w="2880"/>
          </w:tcPr>
          <w:p>
            <w:r>
              <w:t>2026-04-01</w:t>
            </w:r>
          </w:p>
        </w:tc>
        <w:tc>
          <w:tcPr>
            <w:tcW w:type="dxa" w:w="2880"/>
          </w:tcPr>
          <w:p>
            <w:r>
              <w:t>RC</w:t>
            </w:r>
          </w:p>
        </w:tc>
        <w:tc>
          <w:tcPr>
            <w:tcW w:type="dxa" w:w="2880"/>
          </w:tcPr>
          <w:p>
            <w:r>
              <w:t>12</w:t>
            </w:r>
          </w:p>
        </w:tc>
      </w:tr>
      <w:tr>
        <w:tc>
          <w:tcPr>
            <w:tcW w:type="dxa" w:w="2880"/>
          </w:tcPr>
          <w:p>
            <w:r>
              <w:t>2026-04-01</w:t>
            </w:r>
          </w:p>
        </w:tc>
        <w:tc>
          <w:tcPr>
            <w:tcW w:type="dxa" w:w="2880"/>
          </w:tcPr>
          <w:p>
            <w:r>
              <w:t>diamond</w:t>
            </w:r>
          </w:p>
        </w:tc>
        <w:tc>
          <w:tcPr>
            <w:tcW w:type="dxa" w:w="2880"/>
          </w:tcPr>
          <w:p>
            <w:r>
              <w:t>8</w:t>
            </w:r>
          </w:p>
        </w:tc>
      </w:tr>
      <w:tr>
        <w:tc>
          <w:tcPr>
            <w:tcW w:type="dxa" w:w="2880"/>
          </w:tcPr>
          <w:p>
            <w:r>
              <w:t>2026-05-01</w:t>
            </w:r>
          </w:p>
        </w:tc>
        <w:tc>
          <w:tcPr>
            <w:tcW w:type="dxa" w:w="2880"/>
          </w:tcPr>
          <w:p>
            <w:r>
              <w:t>RC</w:t>
            </w:r>
          </w:p>
        </w:tc>
        <w:tc>
          <w:tcPr>
            <w:tcW w:type="dxa" w:w="2880"/>
          </w:tcPr>
          <w:p>
            <w:r>
              <w:t>7</w:t>
            </w:r>
          </w:p>
        </w:tc>
      </w:tr>
      <w:tr>
        <w:tc>
          <w:tcPr>
            <w:tcW w:type="dxa" w:w="2880"/>
          </w:tcPr>
          <w:p>
            <w:r>
              <w:t>2026-05-01</w:t>
            </w:r>
          </w:p>
        </w:tc>
        <w:tc>
          <w:tcPr>
            <w:tcW w:type="dxa" w:w="2880"/>
          </w:tcPr>
          <w:p>
            <w:r>
              <w:t>diamond</w:t>
            </w:r>
          </w:p>
        </w:tc>
        <w:tc>
          <w:tcPr>
            <w:tcW w:type="dxa" w:w="2880"/>
          </w:tcPr>
          <w:p>
            <w:r>
              <w:t>3</w:t>
            </w:r>
          </w:p>
        </w:tc>
      </w:tr>
      <w:tr>
        <w:tc>
          <w:tcPr>
            <w:tcW w:type="dxa" w:w="2880"/>
          </w:tcPr>
          <w:p>
            <w:r>
              <w:t>2026-06-01</w:t>
            </w:r>
          </w:p>
        </w:tc>
        <w:tc>
          <w:tcPr>
            <w:tcW w:type="dxa" w:w="2880"/>
          </w:tcPr>
          <w:p>
            <w:r>
              <w:t>RC</w:t>
            </w:r>
          </w:p>
        </w:tc>
        <w:tc>
          <w:tcPr>
            <w:tcW w:type="dxa" w:w="2880"/>
          </w:tcPr>
          <w:p>
            <w:r>
              <w:t>6</w:t>
            </w:r>
          </w:p>
        </w:tc>
      </w:tr>
      <w:tr>
        <w:tc>
          <w:tcPr>
            <w:tcW w:type="dxa" w:w="2880"/>
          </w:tcPr>
          <w:p>
            <w:r>
              <w:t>2026-06-01</w:t>
            </w:r>
          </w:p>
        </w:tc>
        <w:tc>
          <w:tcPr>
            <w:tcW w:type="dxa" w:w="2880"/>
          </w:tcPr>
          <w:p>
            <w:r>
              <w:t>diamond</w:t>
            </w:r>
          </w:p>
        </w:tc>
        <w:tc>
          <w:tcPr>
            <w:tcW w:type="dxa" w:w="2880"/>
          </w:tcPr>
          <w:p>
            <w:r>
              <w:t>4</w:t>
            </w:r>
          </w:p>
        </w:tc>
      </w:tr>
      <w:tr>
        <w:tc>
          <w:tcPr>
            <w:tcW w:type="dxa" w:w="2880"/>
          </w:tcPr>
          <w:p>
            <w:r>
              <w:t>2026-07-01</w:t>
            </w:r>
          </w:p>
        </w:tc>
        <w:tc>
          <w:tcPr>
            <w:tcW w:type="dxa" w:w="2880"/>
          </w:tcPr>
          <w:p>
            <w:r>
              <w:t>RC</w:t>
            </w:r>
          </w:p>
        </w:tc>
        <w:tc>
          <w:tcPr>
            <w:tcW w:type="dxa" w:w="2880"/>
          </w:tcPr>
          <w:p>
            <w:r>
              <w:t>9</w:t>
            </w:r>
          </w:p>
        </w:tc>
      </w:tr>
      <w:tr>
        <w:tc>
          <w:tcPr>
            <w:tcW w:type="dxa" w:w="2880"/>
          </w:tcPr>
          <w:p>
            <w:r>
              <w:t>2026-07-01</w:t>
            </w:r>
          </w:p>
        </w:tc>
        <w:tc>
          <w:tcPr>
            <w:tcW w:type="dxa" w:w="2880"/>
          </w:tcPr>
          <w:p>
            <w:r>
              <w:t>diamond</w:t>
            </w:r>
          </w:p>
        </w:tc>
        <w:tc>
          <w:tcPr>
            <w:tcW w:type="dxa" w:w="2880"/>
          </w:tcPr>
          <w:p>
            <w:r>
              <w:t>0</w:t>
            </w:r>
          </w:p>
        </w:tc>
      </w:tr>
      <w:tr>
        <w:tc>
          <w:tcPr>
            <w:tcW w:type="dxa" w:w="2880"/>
          </w:tcPr>
          <w:p>
            <w:r>
              <w:t>2026-08-01</w:t>
            </w:r>
          </w:p>
        </w:tc>
        <w:tc>
          <w:tcPr>
            <w:tcW w:type="dxa" w:w="2880"/>
          </w:tcPr>
          <w:p>
            <w:r>
              <w:t>RC</w:t>
            </w:r>
          </w:p>
        </w:tc>
        <w:tc>
          <w:tcPr>
            <w:tcW w:type="dxa" w:w="2880"/>
          </w:tcPr>
          <w:p>
            <w:r>
              <w:t>4</w:t>
            </w:r>
          </w:p>
        </w:tc>
      </w:tr>
      <w:tr>
        <w:tc>
          <w:tcPr>
            <w:tcW w:type="dxa" w:w="2880"/>
          </w:tcPr>
          <w:p>
            <w:r>
              <w:t>2026-08-01</w:t>
            </w:r>
          </w:p>
        </w:tc>
        <w:tc>
          <w:tcPr>
            <w:tcW w:type="dxa" w:w="2880"/>
          </w:tcPr>
          <w:p>
            <w:r>
              <w:t>diamond</w:t>
            </w:r>
          </w:p>
        </w:tc>
        <w:tc>
          <w:tcPr>
            <w:tcW w:type="dxa" w:w="2880"/>
          </w:tcPr>
          <w:p>
            <w:r>
              <w:t>0</w:t>
            </w:r>
          </w:p>
        </w:tc>
      </w:tr>
    </w:tbl>
    <w:p/>
    <w:p>
      <w:pPr>
        <w:pStyle w:val="Heading2"/>
      </w:pPr>
      <w:r>
        <w:t>Figure 29. Summarize within: Geotechnical domains [78]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43</w:t>
            </w:r>
          </w:p>
        </w:tc>
        <w:tc>
          <w:tcPr>
            <w:tcW w:type="dxa" w:w="2880"/>
          </w:tcPr>
          <w:p>
            <w:r>
              <w:t>49.2</w:t>
            </w:r>
          </w:p>
        </w:tc>
        <w:tc>
          <w:tcPr>
            <w:tcW w:type="dxa" w:w="2880"/>
          </w:tcPr>
          <w:p>
            <w:r>
              <w:t>3</w:t>
            </w:r>
          </w:p>
        </w:tc>
      </w:tr>
      <w:tr>
        <w:tc>
          <w:tcPr>
            <w:tcW w:type="dxa" w:w="2880"/>
          </w:tcPr>
          <w:p>
            <w:r>
              <w:t>49.2</w:t>
            </w:r>
          </w:p>
        </w:tc>
        <w:tc>
          <w:tcPr>
            <w:tcW w:type="dxa" w:w="2880"/>
          </w:tcPr>
          <w:p>
            <w:r>
              <w:t>55.4</w:t>
            </w:r>
          </w:p>
        </w:tc>
        <w:tc>
          <w:tcPr>
            <w:tcW w:type="dxa" w:w="2880"/>
          </w:tcPr>
          <w:p>
            <w:r>
              <w:t>1</w:t>
            </w:r>
          </w:p>
        </w:tc>
      </w:tr>
      <w:tr>
        <w:tc>
          <w:tcPr>
            <w:tcW w:type="dxa" w:w="2880"/>
          </w:tcPr>
          <w:p>
            <w:r>
              <w:t>55.4</w:t>
            </w:r>
          </w:p>
        </w:tc>
        <w:tc>
          <w:tcPr>
            <w:tcW w:type="dxa" w:w="2880"/>
          </w:tcPr>
          <w:p>
            <w:r>
              <w:t>61.6</w:t>
            </w:r>
          </w:p>
        </w:tc>
        <w:tc>
          <w:tcPr>
            <w:tcW w:type="dxa" w:w="2880"/>
          </w:tcPr>
          <w:p>
            <w:r>
              <w:t>0</w:t>
            </w:r>
          </w:p>
        </w:tc>
      </w:tr>
      <w:tr>
        <w:tc>
          <w:tcPr>
            <w:tcW w:type="dxa" w:w="2880"/>
          </w:tcPr>
          <w:p>
            <w:r>
              <w:t>61.6</w:t>
            </w:r>
          </w:p>
        </w:tc>
        <w:tc>
          <w:tcPr>
            <w:tcW w:type="dxa" w:w="2880"/>
          </w:tcPr>
          <w:p>
            <w:r>
              <w:t>67.8</w:t>
            </w:r>
          </w:p>
        </w:tc>
        <w:tc>
          <w:tcPr>
            <w:tcW w:type="dxa" w:w="2880"/>
          </w:tcPr>
          <w:p>
            <w:r>
              <w:t>1</w:t>
            </w:r>
          </w:p>
        </w:tc>
      </w:tr>
      <w:tr>
        <w:tc>
          <w:tcPr>
            <w:tcW w:type="dxa" w:w="2880"/>
          </w:tcPr>
          <w:p>
            <w:r>
              <w:t>67.8</w:t>
            </w:r>
          </w:p>
        </w:tc>
        <w:tc>
          <w:tcPr>
            <w:tcW w:type="dxa" w:w="2880"/>
          </w:tcPr>
          <w:p>
            <w:r>
              <w:t>74</w:t>
            </w:r>
          </w:p>
        </w:tc>
        <w:tc>
          <w:tcPr>
            <w:tcW w:type="dxa" w:w="2880"/>
          </w:tcPr>
          <w:p>
            <w:r>
              <w:t>1</w:t>
            </w:r>
          </w:p>
        </w:tc>
      </w:tr>
    </w:tbl>
    <w:p/>
    <w:p>
      <w:pPr>
        <w:pStyle w:val="Heading2"/>
      </w:pPr>
      <w:r>
        <w:t>Figure 30. Summarize within: Geotechnical domains [79]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43</w:t>
            </w:r>
          </w:p>
        </w:tc>
        <w:tc>
          <w:tcPr>
            <w:tcW w:type="dxa" w:w="2880"/>
          </w:tcPr>
          <w:p>
            <w:r>
              <w:t>49.2</w:t>
            </w:r>
          </w:p>
        </w:tc>
        <w:tc>
          <w:tcPr>
            <w:tcW w:type="dxa" w:w="2880"/>
          </w:tcPr>
          <w:p>
            <w:r>
              <w:t>3</w:t>
            </w:r>
          </w:p>
        </w:tc>
      </w:tr>
      <w:tr>
        <w:tc>
          <w:tcPr>
            <w:tcW w:type="dxa" w:w="2880"/>
          </w:tcPr>
          <w:p>
            <w:r>
              <w:t>49.2</w:t>
            </w:r>
          </w:p>
        </w:tc>
        <w:tc>
          <w:tcPr>
            <w:tcW w:type="dxa" w:w="2880"/>
          </w:tcPr>
          <w:p>
            <w:r>
              <w:t>55.4</w:t>
            </w:r>
          </w:p>
        </w:tc>
        <w:tc>
          <w:tcPr>
            <w:tcW w:type="dxa" w:w="2880"/>
          </w:tcPr>
          <w:p>
            <w:r>
              <w:t>1</w:t>
            </w:r>
          </w:p>
        </w:tc>
      </w:tr>
      <w:tr>
        <w:tc>
          <w:tcPr>
            <w:tcW w:type="dxa" w:w="2880"/>
          </w:tcPr>
          <w:p>
            <w:r>
              <w:t>55.4</w:t>
            </w:r>
          </w:p>
        </w:tc>
        <w:tc>
          <w:tcPr>
            <w:tcW w:type="dxa" w:w="2880"/>
          </w:tcPr>
          <w:p>
            <w:r>
              <w:t>61.6</w:t>
            </w:r>
          </w:p>
        </w:tc>
        <w:tc>
          <w:tcPr>
            <w:tcW w:type="dxa" w:w="2880"/>
          </w:tcPr>
          <w:p>
            <w:r>
              <w:t>0</w:t>
            </w:r>
          </w:p>
        </w:tc>
      </w:tr>
      <w:tr>
        <w:tc>
          <w:tcPr>
            <w:tcW w:type="dxa" w:w="2880"/>
          </w:tcPr>
          <w:p>
            <w:r>
              <w:t>61.6</w:t>
            </w:r>
          </w:p>
        </w:tc>
        <w:tc>
          <w:tcPr>
            <w:tcW w:type="dxa" w:w="2880"/>
          </w:tcPr>
          <w:p>
            <w:r>
              <w:t>67.8</w:t>
            </w:r>
          </w:p>
        </w:tc>
        <w:tc>
          <w:tcPr>
            <w:tcW w:type="dxa" w:w="2880"/>
          </w:tcPr>
          <w:p>
            <w:r>
              <w:t>1</w:t>
            </w:r>
          </w:p>
        </w:tc>
      </w:tr>
      <w:tr>
        <w:tc>
          <w:tcPr>
            <w:tcW w:type="dxa" w:w="2880"/>
          </w:tcPr>
          <w:p>
            <w:r>
              <w:t>67.8</w:t>
            </w:r>
          </w:p>
        </w:tc>
        <w:tc>
          <w:tcPr>
            <w:tcW w:type="dxa" w:w="2880"/>
          </w:tcPr>
          <w:p>
            <w:r>
              <w:t>74</w:t>
            </w:r>
          </w:p>
        </w:tc>
        <w:tc>
          <w:tcPr>
            <w:tcW w:type="dxa" w:w="2880"/>
          </w:tcPr>
          <w:p>
            <w:r>
              <w:t>1</w:t>
            </w:r>
          </w:p>
        </w:tc>
      </w:tr>
    </w:tbl>
    <w:p/>
    <w:p>
      <w:pPr>
        <w:pStyle w:val="Heading2"/>
      </w:pPr>
      <w:r>
        <w:t>Figure 31. Summarize within: Geotechnical domains [80]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43</w:t>
            </w:r>
          </w:p>
        </w:tc>
        <w:tc>
          <w:tcPr>
            <w:tcW w:type="dxa" w:w="2880"/>
          </w:tcPr>
          <w:p>
            <w:r>
              <w:t>49.2</w:t>
            </w:r>
          </w:p>
        </w:tc>
        <w:tc>
          <w:tcPr>
            <w:tcW w:type="dxa" w:w="2880"/>
          </w:tcPr>
          <w:p>
            <w:r>
              <w:t>3</w:t>
            </w:r>
          </w:p>
        </w:tc>
      </w:tr>
      <w:tr>
        <w:tc>
          <w:tcPr>
            <w:tcW w:type="dxa" w:w="2880"/>
          </w:tcPr>
          <w:p>
            <w:r>
              <w:t>49.2</w:t>
            </w:r>
          </w:p>
        </w:tc>
        <w:tc>
          <w:tcPr>
            <w:tcW w:type="dxa" w:w="2880"/>
          </w:tcPr>
          <w:p>
            <w:r>
              <w:t>55.4</w:t>
            </w:r>
          </w:p>
        </w:tc>
        <w:tc>
          <w:tcPr>
            <w:tcW w:type="dxa" w:w="2880"/>
          </w:tcPr>
          <w:p>
            <w:r>
              <w:t>1</w:t>
            </w:r>
          </w:p>
        </w:tc>
      </w:tr>
      <w:tr>
        <w:tc>
          <w:tcPr>
            <w:tcW w:type="dxa" w:w="2880"/>
          </w:tcPr>
          <w:p>
            <w:r>
              <w:t>55.4</w:t>
            </w:r>
          </w:p>
        </w:tc>
        <w:tc>
          <w:tcPr>
            <w:tcW w:type="dxa" w:w="2880"/>
          </w:tcPr>
          <w:p>
            <w:r>
              <w:t>61.6</w:t>
            </w:r>
          </w:p>
        </w:tc>
        <w:tc>
          <w:tcPr>
            <w:tcW w:type="dxa" w:w="2880"/>
          </w:tcPr>
          <w:p>
            <w:r>
              <w:t>0</w:t>
            </w:r>
          </w:p>
        </w:tc>
      </w:tr>
      <w:tr>
        <w:tc>
          <w:tcPr>
            <w:tcW w:type="dxa" w:w="2880"/>
          </w:tcPr>
          <w:p>
            <w:r>
              <w:t>61.6</w:t>
            </w:r>
          </w:p>
        </w:tc>
        <w:tc>
          <w:tcPr>
            <w:tcW w:type="dxa" w:w="2880"/>
          </w:tcPr>
          <w:p>
            <w:r>
              <w:t>67.8</w:t>
            </w:r>
          </w:p>
        </w:tc>
        <w:tc>
          <w:tcPr>
            <w:tcW w:type="dxa" w:w="2880"/>
          </w:tcPr>
          <w:p>
            <w:r>
              <w:t>1</w:t>
            </w:r>
          </w:p>
        </w:tc>
      </w:tr>
      <w:tr>
        <w:tc>
          <w:tcPr>
            <w:tcW w:type="dxa" w:w="2880"/>
          </w:tcPr>
          <w:p>
            <w:r>
              <w:t>67.8</w:t>
            </w:r>
          </w:p>
        </w:tc>
        <w:tc>
          <w:tcPr>
            <w:tcW w:type="dxa" w:w="2880"/>
          </w:tcPr>
          <w:p>
            <w:r>
              <w:t>74</w:t>
            </w:r>
          </w:p>
        </w:tc>
        <w:tc>
          <w:tcPr>
            <w:tcW w:type="dxa" w:w="2880"/>
          </w:tcPr>
          <w:p>
            <w:r>
              <w:t>1</w:t>
            </w:r>
          </w:p>
        </w:tc>
      </w:tr>
    </w:tbl>
    <w:p/>
    <w:p>
      <w:pPr>
        <w:pStyle w:val="Heading2"/>
      </w:pPr>
      <w:r>
        <w:t>Figure 32. Find point clusters: Drill holes [81]</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93</w:t>
            </w:r>
          </w:p>
        </w:tc>
        <w:tc>
          <w:tcPr>
            <w:tcW w:type="dxa" w:w="2160"/>
          </w:tcPr>
          <w:p>
            <w:r>
              <w:t>0.2906</w:t>
            </w:r>
          </w:p>
        </w:tc>
        <w:tc>
          <w:tcPr>
            <w:tcW w:type="dxa" w:w="2160"/>
          </w:tcPr>
          <w:p>
            <w:r>
              <w:t>29.1%</w:t>
            </w:r>
          </w:p>
        </w:tc>
      </w:tr>
      <w:tr>
        <w:tc>
          <w:tcPr>
            <w:tcW w:type="dxa" w:w="2160"/>
          </w:tcPr>
          <w:p>
            <w:r>
              <w:t>3</w:t>
            </w:r>
          </w:p>
        </w:tc>
        <w:tc>
          <w:tcPr>
            <w:tcW w:type="dxa" w:w="2160"/>
          </w:tcPr>
          <w:p>
            <w:r>
              <w:t>82</w:t>
            </w:r>
          </w:p>
        </w:tc>
        <w:tc>
          <w:tcPr>
            <w:tcW w:type="dxa" w:w="2160"/>
          </w:tcPr>
          <w:p>
            <w:r>
              <w:t>0.2562</w:t>
            </w:r>
          </w:p>
        </w:tc>
        <w:tc>
          <w:tcPr>
            <w:tcW w:type="dxa" w:w="2160"/>
          </w:tcPr>
          <w:p>
            <w:r>
              <w:t>25.6%</w:t>
            </w:r>
          </w:p>
        </w:tc>
      </w:tr>
      <w:tr>
        <w:tc>
          <w:tcPr>
            <w:tcW w:type="dxa" w:w="2160"/>
          </w:tcPr>
          <w:p>
            <w:r>
              <w:t>1</w:t>
            </w:r>
          </w:p>
        </w:tc>
        <w:tc>
          <w:tcPr>
            <w:tcW w:type="dxa" w:w="2160"/>
          </w:tcPr>
          <w:p>
            <w:r>
              <w:t>38</w:t>
            </w:r>
          </w:p>
        </w:tc>
        <w:tc>
          <w:tcPr>
            <w:tcW w:type="dxa" w:w="2160"/>
          </w:tcPr>
          <w:p>
            <w:r>
              <w:t>0.1187</w:t>
            </w:r>
          </w:p>
        </w:tc>
        <w:tc>
          <w:tcPr>
            <w:tcW w:type="dxa" w:w="2160"/>
          </w:tcPr>
          <w:p>
            <w:r>
              <w:t>11.9%</w:t>
            </w:r>
          </w:p>
        </w:tc>
      </w:tr>
      <w:tr>
        <w:tc>
          <w:tcPr>
            <w:tcW w:type="dxa" w:w="2160"/>
          </w:tcPr>
          <w:p>
            <w:r>
              <w:t>6</w:t>
            </w:r>
          </w:p>
        </w:tc>
        <w:tc>
          <w:tcPr>
            <w:tcW w:type="dxa" w:w="2160"/>
          </w:tcPr>
          <w:p>
            <w:r>
              <w:t>25</w:t>
            </w:r>
          </w:p>
        </w:tc>
        <w:tc>
          <w:tcPr>
            <w:tcW w:type="dxa" w:w="2160"/>
          </w:tcPr>
          <w:p>
            <w:r>
              <w:t>0.07812</w:t>
            </w:r>
          </w:p>
        </w:tc>
        <w:tc>
          <w:tcPr>
            <w:tcW w:type="dxa" w:w="2160"/>
          </w:tcPr>
          <w:p>
            <w:r>
              <w:t>7.8%</w:t>
            </w:r>
          </w:p>
        </w:tc>
      </w:tr>
      <w:tr>
        <w:tc>
          <w:tcPr>
            <w:tcW w:type="dxa" w:w="2160"/>
          </w:tcPr>
          <w:p>
            <w:r>
              <w:t>0</w:t>
            </w:r>
          </w:p>
        </w:tc>
        <w:tc>
          <w:tcPr>
            <w:tcW w:type="dxa" w:w="2160"/>
          </w:tcPr>
          <w:p>
            <w:r>
              <w:t>18</w:t>
            </w:r>
          </w:p>
        </w:tc>
        <w:tc>
          <w:tcPr>
            <w:tcW w:type="dxa" w:w="2160"/>
          </w:tcPr>
          <w:p>
            <w:r>
              <w:t>0.05625</w:t>
            </w:r>
          </w:p>
        </w:tc>
        <w:tc>
          <w:tcPr>
            <w:tcW w:type="dxa" w:w="2160"/>
          </w:tcPr>
          <w:p>
            <w:r>
              <w:t>5.6%</w:t>
            </w:r>
          </w:p>
        </w:tc>
      </w:tr>
      <w:tr>
        <w:tc>
          <w:tcPr>
            <w:tcW w:type="dxa" w:w="2160"/>
          </w:tcPr>
          <w:p>
            <w:r>
              <w:t>5</w:t>
            </w:r>
          </w:p>
        </w:tc>
        <w:tc>
          <w:tcPr>
            <w:tcW w:type="dxa" w:w="2160"/>
          </w:tcPr>
          <w:p>
            <w:r>
              <w:t>18</w:t>
            </w:r>
          </w:p>
        </w:tc>
        <w:tc>
          <w:tcPr>
            <w:tcW w:type="dxa" w:w="2160"/>
          </w:tcPr>
          <w:p>
            <w:r>
              <w:t>0.05625</w:t>
            </w:r>
          </w:p>
        </w:tc>
        <w:tc>
          <w:tcPr>
            <w:tcW w:type="dxa" w:w="2160"/>
          </w:tcPr>
          <w:p>
            <w:r>
              <w:t>5.6%</w:t>
            </w:r>
          </w:p>
        </w:tc>
      </w:tr>
      <w:tr>
        <w:tc>
          <w:tcPr>
            <w:tcW w:type="dxa" w:w="2160"/>
          </w:tcPr>
          <w:p>
            <w:r>
              <w:t>4</w:t>
            </w:r>
          </w:p>
        </w:tc>
        <w:tc>
          <w:tcPr>
            <w:tcW w:type="dxa" w:w="2160"/>
          </w:tcPr>
          <w:p>
            <w:r>
              <w:t>12</w:t>
            </w:r>
          </w:p>
        </w:tc>
        <w:tc>
          <w:tcPr>
            <w:tcW w:type="dxa" w:w="2160"/>
          </w:tcPr>
          <w:p>
            <w:r>
              <w:t>0.0375</w:t>
            </w:r>
          </w:p>
        </w:tc>
        <w:tc>
          <w:tcPr>
            <w:tcW w:type="dxa" w:w="2160"/>
          </w:tcPr>
          <w:p>
            <w:r>
              <w:t>3.8%</w:t>
            </w:r>
          </w:p>
        </w:tc>
      </w:tr>
      <w:tr>
        <w:tc>
          <w:tcPr>
            <w:tcW w:type="dxa" w:w="2160"/>
          </w:tcPr>
          <w:p>
            <w:r>
              <w:t>7</w:t>
            </w:r>
          </w:p>
        </w:tc>
        <w:tc>
          <w:tcPr>
            <w:tcW w:type="dxa" w:w="2160"/>
          </w:tcPr>
          <w:p>
            <w:r>
              <w:t>10</w:t>
            </w:r>
          </w:p>
        </w:tc>
        <w:tc>
          <w:tcPr>
            <w:tcW w:type="dxa" w:w="2160"/>
          </w:tcPr>
          <w:p>
            <w:r>
              <w:t>0.03125</w:t>
            </w:r>
          </w:p>
        </w:tc>
        <w:tc>
          <w:tcPr>
            <w:tcW w:type="dxa" w:w="2160"/>
          </w:tcPr>
          <w:p>
            <w:r>
              <w:t>3.1%</w:t>
            </w:r>
          </w:p>
        </w:tc>
      </w:tr>
      <w:tr>
        <w:tc>
          <w:tcPr>
            <w:tcW w:type="dxa" w:w="2160"/>
          </w:tcPr>
          <w:p>
            <w:r>
              <w:t>2</w:t>
            </w:r>
          </w:p>
        </w:tc>
        <w:tc>
          <w:tcPr>
            <w:tcW w:type="dxa" w:w="2160"/>
          </w:tcPr>
          <w:p>
            <w:r>
              <w:t>9</w:t>
            </w:r>
          </w:p>
        </w:tc>
        <w:tc>
          <w:tcPr>
            <w:tcW w:type="dxa" w:w="2160"/>
          </w:tcPr>
          <w:p>
            <w:r>
              <w:t>0.02813</w:t>
            </w:r>
          </w:p>
        </w:tc>
        <w:tc>
          <w:tcPr>
            <w:tcW w:type="dxa" w:w="2160"/>
          </w:tcPr>
          <w:p>
            <w:r>
              <w:t>2.8%</w:t>
            </w:r>
          </w:p>
        </w:tc>
      </w:tr>
      <w:tr>
        <w:tc>
          <w:tcPr>
            <w:tcW w:type="dxa" w:w="2160"/>
          </w:tcPr>
          <w:p>
            <w:r>
              <w:t>8</w:t>
            </w:r>
          </w:p>
        </w:tc>
        <w:tc>
          <w:tcPr>
            <w:tcW w:type="dxa" w:w="2160"/>
          </w:tcPr>
          <w:p>
            <w:r>
              <w:t>9</w:t>
            </w:r>
          </w:p>
        </w:tc>
        <w:tc>
          <w:tcPr>
            <w:tcW w:type="dxa" w:w="2160"/>
          </w:tcPr>
          <w:p>
            <w:r>
              <w:t>0.02813</w:t>
            </w:r>
          </w:p>
        </w:tc>
        <w:tc>
          <w:tcPr>
            <w:tcW w:type="dxa" w:w="2160"/>
          </w:tcPr>
          <w:p>
            <w:r>
              <w:t>2.8%</w:t>
            </w:r>
          </w:p>
        </w:tc>
      </w:tr>
      <w:tr>
        <w:tc>
          <w:tcPr>
            <w:tcW w:type="dxa" w:w="2160"/>
          </w:tcPr>
          <w:p>
            <w:r>
              <w:t>9</w:t>
            </w:r>
          </w:p>
        </w:tc>
        <w:tc>
          <w:tcPr>
            <w:tcW w:type="dxa" w:w="2160"/>
          </w:tcPr>
          <w:p>
            <w:r>
              <w:t>6</w:t>
            </w:r>
          </w:p>
        </w:tc>
        <w:tc>
          <w:tcPr>
            <w:tcW w:type="dxa" w:w="2160"/>
          </w:tcPr>
          <w:p>
            <w:r>
              <w:t>0.01875</w:t>
            </w:r>
          </w:p>
        </w:tc>
        <w:tc>
          <w:tcPr>
            <w:tcW w:type="dxa" w:w="2160"/>
          </w:tcPr>
          <w:p>
            <w:r>
              <w:t>1.9%</w:t>
            </w:r>
          </w:p>
        </w:tc>
      </w:tr>
    </w:tbl>
    <w:p/>
    <w:p>
      <w:pPr>
        <w:pStyle w:val="Heading2"/>
      </w:pPr>
      <w:r>
        <w:t>Figure 33. Find point clusters: cluster hulls [82]</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0.1</w:t>
            </w:r>
          </w:p>
        </w:tc>
        <w:tc>
          <w:tcPr>
            <w:tcW w:type="dxa" w:w="2160"/>
          </w:tcPr>
          <w:p>
            <w:r>
              <w:t>10.0%</w:t>
            </w:r>
          </w:p>
        </w:tc>
      </w:tr>
      <w:tr>
        <w:tc>
          <w:tcPr>
            <w:tcW w:type="dxa" w:w="2160"/>
          </w:tcPr>
          <w:p>
            <w:r>
              <w:t>1</w:t>
            </w:r>
          </w:p>
        </w:tc>
        <w:tc>
          <w:tcPr>
            <w:tcW w:type="dxa" w:w="2160"/>
          </w:tcPr>
          <w:p>
            <w:r>
              <w:t>1</w:t>
            </w:r>
          </w:p>
        </w:tc>
        <w:tc>
          <w:tcPr>
            <w:tcW w:type="dxa" w:w="2160"/>
          </w:tcPr>
          <w:p>
            <w:r>
              <w:t>0.1</w:t>
            </w:r>
          </w:p>
        </w:tc>
        <w:tc>
          <w:tcPr>
            <w:tcW w:type="dxa" w:w="2160"/>
          </w:tcPr>
          <w:p>
            <w:r>
              <w:t>10.0%</w:t>
            </w:r>
          </w:p>
        </w:tc>
      </w:tr>
      <w:tr>
        <w:tc>
          <w:tcPr>
            <w:tcW w:type="dxa" w:w="2160"/>
          </w:tcPr>
          <w:p>
            <w:r>
              <w:t>2</w:t>
            </w:r>
          </w:p>
        </w:tc>
        <w:tc>
          <w:tcPr>
            <w:tcW w:type="dxa" w:w="2160"/>
          </w:tcPr>
          <w:p>
            <w:r>
              <w:t>1</w:t>
            </w:r>
          </w:p>
        </w:tc>
        <w:tc>
          <w:tcPr>
            <w:tcW w:type="dxa" w:w="2160"/>
          </w:tcPr>
          <w:p>
            <w:r>
              <w:t>0.1</w:t>
            </w:r>
          </w:p>
        </w:tc>
        <w:tc>
          <w:tcPr>
            <w:tcW w:type="dxa" w:w="2160"/>
          </w:tcPr>
          <w:p>
            <w:r>
              <w:t>10.0%</w:t>
            </w:r>
          </w:p>
        </w:tc>
      </w:tr>
      <w:tr>
        <w:tc>
          <w:tcPr>
            <w:tcW w:type="dxa" w:w="2160"/>
          </w:tcPr>
          <w:p>
            <w:r>
              <w:t>3</w:t>
            </w:r>
          </w:p>
        </w:tc>
        <w:tc>
          <w:tcPr>
            <w:tcW w:type="dxa" w:w="2160"/>
          </w:tcPr>
          <w:p>
            <w:r>
              <w:t>1</w:t>
            </w:r>
          </w:p>
        </w:tc>
        <w:tc>
          <w:tcPr>
            <w:tcW w:type="dxa" w:w="2160"/>
          </w:tcPr>
          <w:p>
            <w:r>
              <w:t>0.1</w:t>
            </w:r>
          </w:p>
        </w:tc>
        <w:tc>
          <w:tcPr>
            <w:tcW w:type="dxa" w:w="2160"/>
          </w:tcPr>
          <w:p>
            <w:r>
              <w:t>10.0%</w:t>
            </w:r>
          </w:p>
        </w:tc>
      </w:tr>
      <w:tr>
        <w:tc>
          <w:tcPr>
            <w:tcW w:type="dxa" w:w="2160"/>
          </w:tcPr>
          <w:p>
            <w:r>
              <w:t>4</w:t>
            </w:r>
          </w:p>
        </w:tc>
        <w:tc>
          <w:tcPr>
            <w:tcW w:type="dxa" w:w="2160"/>
          </w:tcPr>
          <w:p>
            <w:r>
              <w:t>1</w:t>
            </w:r>
          </w:p>
        </w:tc>
        <w:tc>
          <w:tcPr>
            <w:tcW w:type="dxa" w:w="2160"/>
          </w:tcPr>
          <w:p>
            <w:r>
              <w:t>0.1</w:t>
            </w:r>
          </w:p>
        </w:tc>
        <w:tc>
          <w:tcPr>
            <w:tcW w:type="dxa" w:w="2160"/>
          </w:tcPr>
          <w:p>
            <w:r>
              <w:t>10.0%</w:t>
            </w:r>
          </w:p>
        </w:tc>
      </w:tr>
      <w:tr>
        <w:tc>
          <w:tcPr>
            <w:tcW w:type="dxa" w:w="2160"/>
          </w:tcPr>
          <w:p>
            <w:r>
              <w:t>5</w:t>
            </w:r>
          </w:p>
        </w:tc>
        <w:tc>
          <w:tcPr>
            <w:tcW w:type="dxa" w:w="2160"/>
          </w:tcPr>
          <w:p>
            <w:r>
              <w:t>1</w:t>
            </w:r>
          </w:p>
        </w:tc>
        <w:tc>
          <w:tcPr>
            <w:tcW w:type="dxa" w:w="2160"/>
          </w:tcPr>
          <w:p>
            <w:r>
              <w:t>0.1</w:t>
            </w:r>
          </w:p>
        </w:tc>
        <w:tc>
          <w:tcPr>
            <w:tcW w:type="dxa" w:w="2160"/>
          </w:tcPr>
          <w:p>
            <w:r>
              <w:t>10.0%</w:t>
            </w:r>
          </w:p>
        </w:tc>
      </w:tr>
      <w:tr>
        <w:tc>
          <w:tcPr>
            <w:tcW w:type="dxa" w:w="2160"/>
          </w:tcPr>
          <w:p>
            <w:r>
              <w:t>6</w:t>
            </w:r>
          </w:p>
        </w:tc>
        <w:tc>
          <w:tcPr>
            <w:tcW w:type="dxa" w:w="2160"/>
          </w:tcPr>
          <w:p>
            <w:r>
              <w:t>1</w:t>
            </w:r>
          </w:p>
        </w:tc>
        <w:tc>
          <w:tcPr>
            <w:tcW w:type="dxa" w:w="2160"/>
          </w:tcPr>
          <w:p>
            <w:r>
              <w:t>0.1</w:t>
            </w:r>
          </w:p>
        </w:tc>
        <w:tc>
          <w:tcPr>
            <w:tcW w:type="dxa" w:w="2160"/>
          </w:tcPr>
          <w:p>
            <w:r>
              <w:t>10.0%</w:t>
            </w:r>
          </w:p>
        </w:tc>
      </w:tr>
      <w:tr>
        <w:tc>
          <w:tcPr>
            <w:tcW w:type="dxa" w:w="2160"/>
          </w:tcPr>
          <w:p>
            <w:r>
              <w:t>7</w:t>
            </w:r>
          </w:p>
        </w:tc>
        <w:tc>
          <w:tcPr>
            <w:tcW w:type="dxa" w:w="2160"/>
          </w:tcPr>
          <w:p>
            <w:r>
              <w:t>1</w:t>
            </w:r>
          </w:p>
        </w:tc>
        <w:tc>
          <w:tcPr>
            <w:tcW w:type="dxa" w:w="2160"/>
          </w:tcPr>
          <w:p>
            <w:r>
              <w:t>0.1</w:t>
            </w:r>
          </w:p>
        </w:tc>
        <w:tc>
          <w:tcPr>
            <w:tcW w:type="dxa" w:w="2160"/>
          </w:tcPr>
          <w:p>
            <w:r>
              <w:t>10.0%</w:t>
            </w:r>
          </w:p>
        </w:tc>
      </w:tr>
      <w:tr>
        <w:tc>
          <w:tcPr>
            <w:tcW w:type="dxa" w:w="2160"/>
          </w:tcPr>
          <w:p>
            <w:r>
              <w:t>8</w:t>
            </w:r>
          </w:p>
        </w:tc>
        <w:tc>
          <w:tcPr>
            <w:tcW w:type="dxa" w:w="2160"/>
          </w:tcPr>
          <w:p>
            <w:r>
              <w:t>1</w:t>
            </w:r>
          </w:p>
        </w:tc>
        <w:tc>
          <w:tcPr>
            <w:tcW w:type="dxa" w:w="2160"/>
          </w:tcPr>
          <w:p>
            <w:r>
              <w:t>0.1</w:t>
            </w:r>
          </w:p>
        </w:tc>
        <w:tc>
          <w:tcPr>
            <w:tcW w:type="dxa" w:w="2160"/>
          </w:tcPr>
          <w:p>
            <w:r>
              <w:t>10.0%</w:t>
            </w:r>
          </w:p>
        </w:tc>
      </w:tr>
      <w:tr>
        <w:tc>
          <w:tcPr>
            <w:tcW w:type="dxa" w:w="2160"/>
          </w:tcPr>
          <w:p>
            <w:r>
              <w:t>9</w:t>
            </w:r>
          </w:p>
        </w:tc>
        <w:tc>
          <w:tcPr>
            <w:tcW w:type="dxa" w:w="2160"/>
          </w:tcPr>
          <w:p>
            <w:r>
              <w:t>1</w:t>
            </w:r>
          </w:p>
        </w:tc>
        <w:tc>
          <w:tcPr>
            <w:tcW w:type="dxa" w:w="2160"/>
          </w:tcPr>
          <w:p>
            <w:r>
              <w:t>0.1</w:t>
            </w:r>
          </w:p>
        </w:tc>
        <w:tc>
          <w:tcPr>
            <w:tcW w:type="dxa" w:w="2160"/>
          </w:tcPr>
          <w:p>
            <w:r>
              <w:t>10.0%</w:t>
            </w:r>
          </w:p>
        </w:tc>
      </w:tr>
    </w:tbl>
    <w:p/>
    <w:p>
      <w:pPr>
        <w:pStyle w:val="Heading2"/>
      </w:pPr>
      <w:r>
        <w:t>Figure 34. Find point clusters: Prism readings [83]</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20</w:t>
            </w:r>
          </w:p>
        </w:tc>
        <w:tc>
          <w:tcPr>
            <w:tcW w:type="dxa" w:w="2160"/>
          </w:tcPr>
          <w:p>
            <w:r>
              <w:t>0.01667</w:t>
            </w:r>
          </w:p>
        </w:tc>
        <w:tc>
          <w:tcPr>
            <w:tcW w:type="dxa" w:w="2160"/>
          </w:tcPr>
          <w:p>
            <w:r>
              <w:t>1.7%</w:t>
            </w:r>
          </w:p>
        </w:tc>
      </w:tr>
      <w:tr>
        <w:tc>
          <w:tcPr>
            <w:tcW w:type="dxa" w:w="2160"/>
          </w:tcPr>
          <w:p>
            <w:r>
              <w:t>1</w:t>
            </w:r>
          </w:p>
        </w:tc>
        <w:tc>
          <w:tcPr>
            <w:tcW w:type="dxa" w:w="2160"/>
          </w:tcPr>
          <w:p>
            <w:r>
              <w:t>20</w:t>
            </w:r>
          </w:p>
        </w:tc>
        <w:tc>
          <w:tcPr>
            <w:tcW w:type="dxa" w:w="2160"/>
          </w:tcPr>
          <w:p>
            <w:r>
              <w:t>0.01667</w:t>
            </w:r>
          </w:p>
        </w:tc>
        <w:tc>
          <w:tcPr>
            <w:tcW w:type="dxa" w:w="2160"/>
          </w:tcPr>
          <w:p>
            <w:r>
              <w:t>1.7%</w:t>
            </w:r>
          </w:p>
        </w:tc>
      </w:tr>
      <w:tr>
        <w:tc>
          <w:tcPr>
            <w:tcW w:type="dxa" w:w="2160"/>
          </w:tcPr>
          <w:p>
            <w:r>
              <w:t>10</w:t>
            </w:r>
          </w:p>
        </w:tc>
        <w:tc>
          <w:tcPr>
            <w:tcW w:type="dxa" w:w="2160"/>
          </w:tcPr>
          <w:p>
            <w:r>
              <w:t>20</w:t>
            </w:r>
          </w:p>
        </w:tc>
        <w:tc>
          <w:tcPr>
            <w:tcW w:type="dxa" w:w="2160"/>
          </w:tcPr>
          <w:p>
            <w:r>
              <w:t>0.01667</w:t>
            </w:r>
          </w:p>
        </w:tc>
        <w:tc>
          <w:tcPr>
            <w:tcW w:type="dxa" w:w="2160"/>
          </w:tcPr>
          <w:p>
            <w:r>
              <w:t>1.7%</w:t>
            </w:r>
          </w:p>
        </w:tc>
      </w:tr>
      <w:tr>
        <w:tc>
          <w:tcPr>
            <w:tcW w:type="dxa" w:w="2160"/>
          </w:tcPr>
          <w:p>
            <w:r>
              <w:t>11</w:t>
            </w:r>
          </w:p>
        </w:tc>
        <w:tc>
          <w:tcPr>
            <w:tcW w:type="dxa" w:w="2160"/>
          </w:tcPr>
          <w:p>
            <w:r>
              <w:t>20</w:t>
            </w:r>
          </w:p>
        </w:tc>
        <w:tc>
          <w:tcPr>
            <w:tcW w:type="dxa" w:w="2160"/>
          </w:tcPr>
          <w:p>
            <w:r>
              <w:t>0.01667</w:t>
            </w:r>
          </w:p>
        </w:tc>
        <w:tc>
          <w:tcPr>
            <w:tcW w:type="dxa" w:w="2160"/>
          </w:tcPr>
          <w:p>
            <w:r>
              <w:t>1.7%</w:t>
            </w:r>
          </w:p>
        </w:tc>
      </w:tr>
      <w:tr>
        <w:tc>
          <w:tcPr>
            <w:tcW w:type="dxa" w:w="2160"/>
          </w:tcPr>
          <w:p>
            <w:r>
              <w:t>12</w:t>
            </w:r>
          </w:p>
        </w:tc>
        <w:tc>
          <w:tcPr>
            <w:tcW w:type="dxa" w:w="2160"/>
          </w:tcPr>
          <w:p>
            <w:r>
              <w:t>20</w:t>
            </w:r>
          </w:p>
        </w:tc>
        <w:tc>
          <w:tcPr>
            <w:tcW w:type="dxa" w:w="2160"/>
          </w:tcPr>
          <w:p>
            <w:r>
              <w:t>0.01667</w:t>
            </w:r>
          </w:p>
        </w:tc>
        <w:tc>
          <w:tcPr>
            <w:tcW w:type="dxa" w:w="2160"/>
          </w:tcPr>
          <w:p>
            <w:r>
              <w:t>1.7%</w:t>
            </w:r>
          </w:p>
        </w:tc>
      </w:tr>
      <w:tr>
        <w:tc>
          <w:tcPr>
            <w:tcW w:type="dxa" w:w="2160"/>
          </w:tcPr>
          <w:p>
            <w:r>
              <w:t>13</w:t>
            </w:r>
          </w:p>
        </w:tc>
        <w:tc>
          <w:tcPr>
            <w:tcW w:type="dxa" w:w="2160"/>
          </w:tcPr>
          <w:p>
            <w:r>
              <w:t>20</w:t>
            </w:r>
          </w:p>
        </w:tc>
        <w:tc>
          <w:tcPr>
            <w:tcW w:type="dxa" w:w="2160"/>
          </w:tcPr>
          <w:p>
            <w:r>
              <w:t>0.01667</w:t>
            </w:r>
          </w:p>
        </w:tc>
        <w:tc>
          <w:tcPr>
            <w:tcW w:type="dxa" w:w="2160"/>
          </w:tcPr>
          <w:p>
            <w:r>
              <w:t>1.7%</w:t>
            </w:r>
          </w:p>
        </w:tc>
      </w:tr>
      <w:tr>
        <w:tc>
          <w:tcPr>
            <w:tcW w:type="dxa" w:w="2160"/>
          </w:tcPr>
          <w:p>
            <w:r>
              <w:t>14</w:t>
            </w:r>
          </w:p>
        </w:tc>
        <w:tc>
          <w:tcPr>
            <w:tcW w:type="dxa" w:w="2160"/>
          </w:tcPr>
          <w:p>
            <w:r>
              <w:t>20</w:t>
            </w:r>
          </w:p>
        </w:tc>
        <w:tc>
          <w:tcPr>
            <w:tcW w:type="dxa" w:w="2160"/>
          </w:tcPr>
          <w:p>
            <w:r>
              <w:t>0.01667</w:t>
            </w:r>
          </w:p>
        </w:tc>
        <w:tc>
          <w:tcPr>
            <w:tcW w:type="dxa" w:w="2160"/>
          </w:tcPr>
          <w:p>
            <w:r>
              <w:t>1.7%</w:t>
            </w:r>
          </w:p>
        </w:tc>
      </w:tr>
      <w:tr>
        <w:tc>
          <w:tcPr>
            <w:tcW w:type="dxa" w:w="2160"/>
          </w:tcPr>
          <w:p>
            <w:r>
              <w:t>15</w:t>
            </w:r>
          </w:p>
        </w:tc>
        <w:tc>
          <w:tcPr>
            <w:tcW w:type="dxa" w:w="2160"/>
          </w:tcPr>
          <w:p>
            <w:r>
              <w:t>20</w:t>
            </w:r>
          </w:p>
        </w:tc>
        <w:tc>
          <w:tcPr>
            <w:tcW w:type="dxa" w:w="2160"/>
          </w:tcPr>
          <w:p>
            <w:r>
              <w:t>0.01667</w:t>
            </w:r>
          </w:p>
        </w:tc>
        <w:tc>
          <w:tcPr>
            <w:tcW w:type="dxa" w:w="2160"/>
          </w:tcPr>
          <w:p>
            <w:r>
              <w:t>1.7%</w:t>
            </w:r>
          </w:p>
        </w:tc>
      </w:tr>
      <w:tr>
        <w:tc>
          <w:tcPr>
            <w:tcW w:type="dxa" w:w="2160"/>
          </w:tcPr>
          <w:p>
            <w:r>
              <w:t>16</w:t>
            </w:r>
          </w:p>
        </w:tc>
        <w:tc>
          <w:tcPr>
            <w:tcW w:type="dxa" w:w="2160"/>
          </w:tcPr>
          <w:p>
            <w:r>
              <w:t>20</w:t>
            </w:r>
          </w:p>
        </w:tc>
        <w:tc>
          <w:tcPr>
            <w:tcW w:type="dxa" w:w="2160"/>
          </w:tcPr>
          <w:p>
            <w:r>
              <w:t>0.01667</w:t>
            </w:r>
          </w:p>
        </w:tc>
        <w:tc>
          <w:tcPr>
            <w:tcW w:type="dxa" w:w="2160"/>
          </w:tcPr>
          <w:p>
            <w:r>
              <w:t>1.7%</w:t>
            </w:r>
          </w:p>
        </w:tc>
      </w:tr>
      <w:tr>
        <w:tc>
          <w:tcPr>
            <w:tcW w:type="dxa" w:w="2160"/>
          </w:tcPr>
          <w:p>
            <w:r>
              <w:t>17</w:t>
            </w:r>
          </w:p>
        </w:tc>
        <w:tc>
          <w:tcPr>
            <w:tcW w:type="dxa" w:w="2160"/>
          </w:tcPr>
          <w:p>
            <w:r>
              <w:t>20</w:t>
            </w:r>
          </w:p>
        </w:tc>
        <w:tc>
          <w:tcPr>
            <w:tcW w:type="dxa" w:w="2160"/>
          </w:tcPr>
          <w:p>
            <w:r>
              <w:t>0.01667</w:t>
            </w:r>
          </w:p>
        </w:tc>
        <w:tc>
          <w:tcPr>
            <w:tcW w:type="dxa" w:w="2160"/>
          </w:tcPr>
          <w:p>
            <w:r>
              <w:t>1.7%</w:t>
            </w:r>
          </w:p>
        </w:tc>
      </w:tr>
      <w:tr>
        <w:tc>
          <w:tcPr>
            <w:tcW w:type="dxa" w:w="2160"/>
          </w:tcPr>
          <w:p>
            <w:r>
              <w:t>18</w:t>
            </w:r>
          </w:p>
        </w:tc>
        <w:tc>
          <w:tcPr>
            <w:tcW w:type="dxa" w:w="2160"/>
          </w:tcPr>
          <w:p>
            <w:r>
              <w:t>20</w:t>
            </w:r>
          </w:p>
        </w:tc>
        <w:tc>
          <w:tcPr>
            <w:tcW w:type="dxa" w:w="2160"/>
          </w:tcPr>
          <w:p>
            <w:r>
              <w:t>0.01667</w:t>
            </w:r>
          </w:p>
        </w:tc>
        <w:tc>
          <w:tcPr>
            <w:tcW w:type="dxa" w:w="2160"/>
          </w:tcPr>
          <w:p>
            <w:r>
              <w:t>1.7%</w:t>
            </w:r>
          </w:p>
        </w:tc>
      </w:tr>
      <w:tr>
        <w:tc>
          <w:tcPr>
            <w:tcW w:type="dxa" w:w="2160"/>
          </w:tcPr>
          <w:p>
            <w:r>
              <w:t>19</w:t>
            </w:r>
          </w:p>
        </w:tc>
        <w:tc>
          <w:tcPr>
            <w:tcW w:type="dxa" w:w="2160"/>
          </w:tcPr>
          <w:p>
            <w:r>
              <w:t>20</w:t>
            </w:r>
          </w:p>
        </w:tc>
        <w:tc>
          <w:tcPr>
            <w:tcW w:type="dxa" w:w="2160"/>
          </w:tcPr>
          <w:p>
            <w:r>
              <w:t>0.01667</w:t>
            </w:r>
          </w:p>
        </w:tc>
        <w:tc>
          <w:tcPr>
            <w:tcW w:type="dxa" w:w="2160"/>
          </w:tcPr>
          <w:p>
            <w:r>
              <w:t>1.7%</w:t>
            </w:r>
          </w:p>
        </w:tc>
      </w:tr>
      <w:tr>
        <w:tc>
          <w:tcPr>
            <w:tcW w:type="dxa" w:w="2160"/>
          </w:tcPr>
          <w:p>
            <w:r>
              <w:t>2</w:t>
            </w:r>
          </w:p>
        </w:tc>
        <w:tc>
          <w:tcPr>
            <w:tcW w:type="dxa" w:w="2160"/>
          </w:tcPr>
          <w:p>
            <w:r>
              <w:t>20</w:t>
            </w:r>
          </w:p>
        </w:tc>
        <w:tc>
          <w:tcPr>
            <w:tcW w:type="dxa" w:w="2160"/>
          </w:tcPr>
          <w:p>
            <w:r>
              <w:t>0.01667</w:t>
            </w:r>
          </w:p>
        </w:tc>
        <w:tc>
          <w:tcPr>
            <w:tcW w:type="dxa" w:w="2160"/>
          </w:tcPr>
          <w:p>
            <w:r>
              <w:t>1.7%</w:t>
            </w:r>
          </w:p>
        </w:tc>
      </w:tr>
      <w:tr>
        <w:tc>
          <w:tcPr>
            <w:tcW w:type="dxa" w:w="2160"/>
          </w:tcPr>
          <w:p>
            <w:r>
              <w:t>20</w:t>
            </w:r>
          </w:p>
        </w:tc>
        <w:tc>
          <w:tcPr>
            <w:tcW w:type="dxa" w:w="2160"/>
          </w:tcPr>
          <w:p>
            <w:r>
              <w:t>20</w:t>
            </w:r>
          </w:p>
        </w:tc>
        <w:tc>
          <w:tcPr>
            <w:tcW w:type="dxa" w:w="2160"/>
          </w:tcPr>
          <w:p>
            <w:r>
              <w:t>0.01667</w:t>
            </w:r>
          </w:p>
        </w:tc>
        <w:tc>
          <w:tcPr>
            <w:tcW w:type="dxa" w:w="2160"/>
          </w:tcPr>
          <w:p>
            <w:r>
              <w:t>1.7%</w:t>
            </w:r>
          </w:p>
        </w:tc>
      </w:tr>
      <w:tr>
        <w:tc>
          <w:tcPr>
            <w:tcW w:type="dxa" w:w="2160"/>
          </w:tcPr>
          <w:p>
            <w:r>
              <w:t>21</w:t>
            </w:r>
          </w:p>
        </w:tc>
        <w:tc>
          <w:tcPr>
            <w:tcW w:type="dxa" w:w="2160"/>
          </w:tcPr>
          <w:p>
            <w:r>
              <w:t>20</w:t>
            </w:r>
          </w:p>
        </w:tc>
        <w:tc>
          <w:tcPr>
            <w:tcW w:type="dxa" w:w="2160"/>
          </w:tcPr>
          <w:p>
            <w:r>
              <w:t>0.01667</w:t>
            </w:r>
          </w:p>
        </w:tc>
        <w:tc>
          <w:tcPr>
            <w:tcW w:type="dxa" w:w="2160"/>
          </w:tcPr>
          <w:p>
            <w:r>
              <w:t>1.7%</w:t>
            </w:r>
          </w:p>
        </w:tc>
      </w:tr>
      <w:tr>
        <w:tc>
          <w:tcPr>
            <w:tcW w:type="dxa" w:w="2160"/>
          </w:tcPr>
          <w:p>
            <w:r>
              <w:t>22</w:t>
            </w:r>
          </w:p>
        </w:tc>
        <w:tc>
          <w:tcPr>
            <w:tcW w:type="dxa" w:w="2160"/>
          </w:tcPr>
          <w:p>
            <w:r>
              <w:t>20</w:t>
            </w:r>
          </w:p>
        </w:tc>
        <w:tc>
          <w:tcPr>
            <w:tcW w:type="dxa" w:w="2160"/>
          </w:tcPr>
          <w:p>
            <w:r>
              <w:t>0.01667</w:t>
            </w:r>
          </w:p>
        </w:tc>
        <w:tc>
          <w:tcPr>
            <w:tcW w:type="dxa" w:w="2160"/>
          </w:tcPr>
          <w:p>
            <w:r>
              <w:t>1.7%</w:t>
            </w:r>
          </w:p>
        </w:tc>
      </w:tr>
      <w:tr>
        <w:tc>
          <w:tcPr>
            <w:tcW w:type="dxa" w:w="2160"/>
          </w:tcPr>
          <w:p>
            <w:r>
              <w:t>23</w:t>
            </w:r>
          </w:p>
        </w:tc>
        <w:tc>
          <w:tcPr>
            <w:tcW w:type="dxa" w:w="2160"/>
          </w:tcPr>
          <w:p>
            <w:r>
              <w:t>20</w:t>
            </w:r>
          </w:p>
        </w:tc>
        <w:tc>
          <w:tcPr>
            <w:tcW w:type="dxa" w:w="2160"/>
          </w:tcPr>
          <w:p>
            <w:r>
              <w:t>0.01667</w:t>
            </w:r>
          </w:p>
        </w:tc>
        <w:tc>
          <w:tcPr>
            <w:tcW w:type="dxa" w:w="2160"/>
          </w:tcPr>
          <w:p>
            <w:r>
              <w:t>1.7%</w:t>
            </w:r>
          </w:p>
        </w:tc>
      </w:tr>
      <w:tr>
        <w:tc>
          <w:tcPr>
            <w:tcW w:type="dxa" w:w="2160"/>
          </w:tcPr>
          <w:p>
            <w:r>
              <w:t>24</w:t>
            </w:r>
          </w:p>
        </w:tc>
        <w:tc>
          <w:tcPr>
            <w:tcW w:type="dxa" w:w="2160"/>
          </w:tcPr>
          <w:p>
            <w:r>
              <w:t>20</w:t>
            </w:r>
          </w:p>
        </w:tc>
        <w:tc>
          <w:tcPr>
            <w:tcW w:type="dxa" w:w="2160"/>
          </w:tcPr>
          <w:p>
            <w:r>
              <w:t>0.01667</w:t>
            </w:r>
          </w:p>
        </w:tc>
        <w:tc>
          <w:tcPr>
            <w:tcW w:type="dxa" w:w="2160"/>
          </w:tcPr>
          <w:p>
            <w:r>
              <w:t>1.7%</w:t>
            </w:r>
          </w:p>
        </w:tc>
      </w:tr>
      <w:tr>
        <w:tc>
          <w:tcPr>
            <w:tcW w:type="dxa" w:w="2160"/>
          </w:tcPr>
          <w:p>
            <w:r>
              <w:t>25</w:t>
            </w:r>
          </w:p>
        </w:tc>
        <w:tc>
          <w:tcPr>
            <w:tcW w:type="dxa" w:w="2160"/>
          </w:tcPr>
          <w:p>
            <w:r>
              <w:t>20</w:t>
            </w:r>
          </w:p>
        </w:tc>
        <w:tc>
          <w:tcPr>
            <w:tcW w:type="dxa" w:w="2160"/>
          </w:tcPr>
          <w:p>
            <w:r>
              <w:t>0.01667</w:t>
            </w:r>
          </w:p>
        </w:tc>
        <w:tc>
          <w:tcPr>
            <w:tcW w:type="dxa" w:w="2160"/>
          </w:tcPr>
          <w:p>
            <w:r>
              <w:t>1.7%</w:t>
            </w:r>
          </w:p>
        </w:tc>
      </w:tr>
      <w:tr>
        <w:tc>
          <w:tcPr>
            <w:tcW w:type="dxa" w:w="2160"/>
          </w:tcPr>
          <w:p>
            <w:r>
              <w:t>26</w:t>
            </w:r>
          </w:p>
        </w:tc>
        <w:tc>
          <w:tcPr>
            <w:tcW w:type="dxa" w:w="2160"/>
          </w:tcPr>
          <w:p>
            <w:r>
              <w:t>20</w:t>
            </w:r>
          </w:p>
        </w:tc>
        <w:tc>
          <w:tcPr>
            <w:tcW w:type="dxa" w:w="2160"/>
          </w:tcPr>
          <w:p>
            <w:r>
              <w:t>0.01667</w:t>
            </w:r>
          </w:p>
        </w:tc>
        <w:tc>
          <w:tcPr>
            <w:tcW w:type="dxa" w:w="2160"/>
          </w:tcPr>
          <w:p>
            <w:r>
              <w:t>1.7%</w:t>
            </w:r>
          </w:p>
        </w:tc>
      </w:tr>
      <w:tr>
        <w:tc>
          <w:tcPr>
            <w:tcW w:type="dxa" w:w="2160"/>
          </w:tcPr>
          <w:p>
            <w:r>
              <w:t>27</w:t>
            </w:r>
          </w:p>
        </w:tc>
        <w:tc>
          <w:tcPr>
            <w:tcW w:type="dxa" w:w="2160"/>
          </w:tcPr>
          <w:p>
            <w:r>
              <w:t>20</w:t>
            </w:r>
          </w:p>
        </w:tc>
        <w:tc>
          <w:tcPr>
            <w:tcW w:type="dxa" w:w="2160"/>
          </w:tcPr>
          <w:p>
            <w:r>
              <w:t>0.01667</w:t>
            </w:r>
          </w:p>
        </w:tc>
        <w:tc>
          <w:tcPr>
            <w:tcW w:type="dxa" w:w="2160"/>
          </w:tcPr>
          <w:p>
            <w:r>
              <w:t>1.7%</w:t>
            </w:r>
          </w:p>
        </w:tc>
      </w:tr>
      <w:tr>
        <w:tc>
          <w:tcPr>
            <w:tcW w:type="dxa" w:w="2160"/>
          </w:tcPr>
          <w:p>
            <w:r>
              <w:t>28</w:t>
            </w:r>
          </w:p>
        </w:tc>
        <w:tc>
          <w:tcPr>
            <w:tcW w:type="dxa" w:w="2160"/>
          </w:tcPr>
          <w:p>
            <w:r>
              <w:t>20</w:t>
            </w:r>
          </w:p>
        </w:tc>
        <w:tc>
          <w:tcPr>
            <w:tcW w:type="dxa" w:w="2160"/>
          </w:tcPr>
          <w:p>
            <w:r>
              <w:t>0.01667</w:t>
            </w:r>
          </w:p>
        </w:tc>
        <w:tc>
          <w:tcPr>
            <w:tcW w:type="dxa" w:w="2160"/>
          </w:tcPr>
          <w:p>
            <w:r>
              <w:t>1.7%</w:t>
            </w:r>
          </w:p>
        </w:tc>
      </w:tr>
      <w:tr>
        <w:tc>
          <w:tcPr>
            <w:tcW w:type="dxa" w:w="2160"/>
          </w:tcPr>
          <w:p>
            <w:r>
              <w:t>29</w:t>
            </w:r>
          </w:p>
        </w:tc>
        <w:tc>
          <w:tcPr>
            <w:tcW w:type="dxa" w:w="2160"/>
          </w:tcPr>
          <w:p>
            <w:r>
              <w:t>20</w:t>
            </w:r>
          </w:p>
        </w:tc>
        <w:tc>
          <w:tcPr>
            <w:tcW w:type="dxa" w:w="2160"/>
          </w:tcPr>
          <w:p>
            <w:r>
              <w:t>0.01667</w:t>
            </w:r>
          </w:p>
        </w:tc>
        <w:tc>
          <w:tcPr>
            <w:tcW w:type="dxa" w:w="2160"/>
          </w:tcPr>
          <w:p>
            <w:r>
              <w:t>1.7%</w:t>
            </w:r>
          </w:p>
        </w:tc>
      </w:tr>
      <w:tr>
        <w:tc>
          <w:tcPr>
            <w:tcW w:type="dxa" w:w="2160"/>
          </w:tcPr>
          <w:p>
            <w:r>
              <w:t>3</w:t>
            </w:r>
          </w:p>
        </w:tc>
        <w:tc>
          <w:tcPr>
            <w:tcW w:type="dxa" w:w="2160"/>
          </w:tcPr>
          <w:p>
            <w:r>
              <w:t>20</w:t>
            </w:r>
          </w:p>
        </w:tc>
        <w:tc>
          <w:tcPr>
            <w:tcW w:type="dxa" w:w="2160"/>
          </w:tcPr>
          <w:p>
            <w:r>
              <w:t>0.01667</w:t>
            </w:r>
          </w:p>
        </w:tc>
        <w:tc>
          <w:tcPr>
            <w:tcW w:type="dxa" w:w="2160"/>
          </w:tcPr>
          <w:p>
            <w:r>
              <w:t>1.7%</w:t>
            </w:r>
          </w:p>
        </w:tc>
      </w:tr>
      <w:tr>
        <w:tc>
          <w:tcPr>
            <w:tcW w:type="dxa" w:w="2160"/>
          </w:tcPr>
          <w:p>
            <w:r>
              <w:t>30</w:t>
            </w:r>
          </w:p>
        </w:tc>
        <w:tc>
          <w:tcPr>
            <w:tcW w:type="dxa" w:w="2160"/>
          </w:tcPr>
          <w:p>
            <w:r>
              <w:t>20</w:t>
            </w:r>
          </w:p>
        </w:tc>
        <w:tc>
          <w:tcPr>
            <w:tcW w:type="dxa" w:w="2160"/>
          </w:tcPr>
          <w:p>
            <w:r>
              <w:t>0.01667</w:t>
            </w:r>
          </w:p>
        </w:tc>
        <w:tc>
          <w:tcPr>
            <w:tcW w:type="dxa" w:w="2160"/>
          </w:tcPr>
          <w:p>
            <w:r>
              <w:t>1.7%</w:t>
            </w:r>
          </w:p>
        </w:tc>
      </w:tr>
      <w:tr>
        <w:tc>
          <w:tcPr>
            <w:tcW w:type="dxa" w:w="2160"/>
          </w:tcPr>
          <w:p>
            <w:r>
              <w:t>31</w:t>
            </w:r>
          </w:p>
        </w:tc>
        <w:tc>
          <w:tcPr>
            <w:tcW w:type="dxa" w:w="2160"/>
          </w:tcPr>
          <w:p>
            <w:r>
              <w:t>20</w:t>
            </w:r>
          </w:p>
        </w:tc>
        <w:tc>
          <w:tcPr>
            <w:tcW w:type="dxa" w:w="2160"/>
          </w:tcPr>
          <w:p>
            <w:r>
              <w:t>0.01667</w:t>
            </w:r>
          </w:p>
        </w:tc>
        <w:tc>
          <w:tcPr>
            <w:tcW w:type="dxa" w:w="2160"/>
          </w:tcPr>
          <w:p>
            <w:r>
              <w:t>1.7%</w:t>
            </w:r>
          </w:p>
        </w:tc>
      </w:tr>
      <w:tr>
        <w:tc>
          <w:tcPr>
            <w:tcW w:type="dxa" w:w="2160"/>
          </w:tcPr>
          <w:p>
            <w:r>
              <w:t>32</w:t>
            </w:r>
          </w:p>
        </w:tc>
        <w:tc>
          <w:tcPr>
            <w:tcW w:type="dxa" w:w="2160"/>
          </w:tcPr>
          <w:p>
            <w:r>
              <w:t>20</w:t>
            </w:r>
          </w:p>
        </w:tc>
        <w:tc>
          <w:tcPr>
            <w:tcW w:type="dxa" w:w="2160"/>
          </w:tcPr>
          <w:p>
            <w:r>
              <w:t>0.01667</w:t>
            </w:r>
          </w:p>
        </w:tc>
        <w:tc>
          <w:tcPr>
            <w:tcW w:type="dxa" w:w="2160"/>
          </w:tcPr>
          <w:p>
            <w:r>
              <w:t>1.7%</w:t>
            </w:r>
          </w:p>
        </w:tc>
      </w:tr>
      <w:tr>
        <w:tc>
          <w:tcPr>
            <w:tcW w:type="dxa" w:w="2160"/>
          </w:tcPr>
          <w:p>
            <w:r>
              <w:t>33</w:t>
            </w:r>
          </w:p>
        </w:tc>
        <w:tc>
          <w:tcPr>
            <w:tcW w:type="dxa" w:w="2160"/>
          </w:tcPr>
          <w:p>
            <w:r>
              <w:t>20</w:t>
            </w:r>
          </w:p>
        </w:tc>
        <w:tc>
          <w:tcPr>
            <w:tcW w:type="dxa" w:w="2160"/>
          </w:tcPr>
          <w:p>
            <w:r>
              <w:t>0.01667</w:t>
            </w:r>
          </w:p>
        </w:tc>
        <w:tc>
          <w:tcPr>
            <w:tcW w:type="dxa" w:w="2160"/>
          </w:tcPr>
          <w:p>
            <w:r>
              <w:t>1.7%</w:t>
            </w:r>
          </w:p>
        </w:tc>
      </w:tr>
      <w:tr>
        <w:tc>
          <w:tcPr>
            <w:tcW w:type="dxa" w:w="2160"/>
          </w:tcPr>
          <w:p>
            <w:r>
              <w:t>34</w:t>
            </w:r>
          </w:p>
        </w:tc>
        <w:tc>
          <w:tcPr>
            <w:tcW w:type="dxa" w:w="2160"/>
          </w:tcPr>
          <w:p>
            <w:r>
              <w:t>20</w:t>
            </w:r>
          </w:p>
        </w:tc>
        <w:tc>
          <w:tcPr>
            <w:tcW w:type="dxa" w:w="2160"/>
          </w:tcPr>
          <w:p>
            <w:r>
              <w:t>0.01667</w:t>
            </w:r>
          </w:p>
        </w:tc>
        <w:tc>
          <w:tcPr>
            <w:tcW w:type="dxa" w:w="2160"/>
          </w:tcPr>
          <w:p>
            <w:r>
              <w:t>1.7%</w:t>
            </w:r>
          </w:p>
        </w:tc>
      </w:tr>
      <w:tr>
        <w:tc>
          <w:tcPr>
            <w:tcW w:type="dxa" w:w="2160"/>
          </w:tcPr>
          <w:p>
            <w:r>
              <w:t>35</w:t>
            </w:r>
          </w:p>
        </w:tc>
        <w:tc>
          <w:tcPr>
            <w:tcW w:type="dxa" w:w="2160"/>
          </w:tcPr>
          <w:p>
            <w:r>
              <w:t>20</w:t>
            </w:r>
          </w:p>
        </w:tc>
        <w:tc>
          <w:tcPr>
            <w:tcW w:type="dxa" w:w="2160"/>
          </w:tcPr>
          <w:p>
            <w:r>
              <w:t>0.01667</w:t>
            </w:r>
          </w:p>
        </w:tc>
        <w:tc>
          <w:tcPr>
            <w:tcW w:type="dxa" w:w="2160"/>
          </w:tcPr>
          <w:p>
            <w:r>
              <w:t>1.7%</w:t>
            </w:r>
          </w:p>
        </w:tc>
      </w:tr>
      <w:tr>
        <w:tc>
          <w:tcPr>
            <w:tcW w:type="dxa" w:w="2160"/>
          </w:tcPr>
          <w:p>
            <w:r>
              <w:t>36</w:t>
            </w:r>
          </w:p>
        </w:tc>
        <w:tc>
          <w:tcPr>
            <w:tcW w:type="dxa" w:w="2160"/>
          </w:tcPr>
          <w:p>
            <w:r>
              <w:t>20</w:t>
            </w:r>
          </w:p>
        </w:tc>
        <w:tc>
          <w:tcPr>
            <w:tcW w:type="dxa" w:w="2160"/>
          </w:tcPr>
          <w:p>
            <w:r>
              <w:t>0.01667</w:t>
            </w:r>
          </w:p>
        </w:tc>
        <w:tc>
          <w:tcPr>
            <w:tcW w:type="dxa" w:w="2160"/>
          </w:tcPr>
          <w:p>
            <w:r>
              <w:t>1.7%</w:t>
            </w:r>
          </w:p>
        </w:tc>
      </w:tr>
      <w:tr>
        <w:tc>
          <w:tcPr>
            <w:tcW w:type="dxa" w:w="2160"/>
          </w:tcPr>
          <w:p>
            <w:r>
              <w:t>37</w:t>
            </w:r>
          </w:p>
        </w:tc>
        <w:tc>
          <w:tcPr>
            <w:tcW w:type="dxa" w:w="2160"/>
          </w:tcPr>
          <w:p>
            <w:r>
              <w:t>20</w:t>
            </w:r>
          </w:p>
        </w:tc>
        <w:tc>
          <w:tcPr>
            <w:tcW w:type="dxa" w:w="2160"/>
          </w:tcPr>
          <w:p>
            <w:r>
              <w:t>0.01667</w:t>
            </w:r>
          </w:p>
        </w:tc>
        <w:tc>
          <w:tcPr>
            <w:tcW w:type="dxa" w:w="2160"/>
          </w:tcPr>
          <w:p>
            <w:r>
              <w:t>1.7%</w:t>
            </w:r>
          </w:p>
        </w:tc>
      </w:tr>
      <w:tr>
        <w:tc>
          <w:tcPr>
            <w:tcW w:type="dxa" w:w="2160"/>
          </w:tcPr>
          <w:p>
            <w:r>
              <w:t>38</w:t>
            </w:r>
          </w:p>
        </w:tc>
        <w:tc>
          <w:tcPr>
            <w:tcW w:type="dxa" w:w="2160"/>
          </w:tcPr>
          <w:p>
            <w:r>
              <w:t>20</w:t>
            </w:r>
          </w:p>
        </w:tc>
        <w:tc>
          <w:tcPr>
            <w:tcW w:type="dxa" w:w="2160"/>
          </w:tcPr>
          <w:p>
            <w:r>
              <w:t>0.01667</w:t>
            </w:r>
          </w:p>
        </w:tc>
        <w:tc>
          <w:tcPr>
            <w:tcW w:type="dxa" w:w="2160"/>
          </w:tcPr>
          <w:p>
            <w:r>
              <w:t>1.7%</w:t>
            </w:r>
          </w:p>
        </w:tc>
      </w:tr>
      <w:tr>
        <w:tc>
          <w:tcPr>
            <w:tcW w:type="dxa" w:w="2160"/>
          </w:tcPr>
          <w:p>
            <w:r>
              <w:t>39</w:t>
            </w:r>
          </w:p>
        </w:tc>
        <w:tc>
          <w:tcPr>
            <w:tcW w:type="dxa" w:w="2160"/>
          </w:tcPr>
          <w:p>
            <w:r>
              <w:t>20</w:t>
            </w:r>
          </w:p>
        </w:tc>
        <w:tc>
          <w:tcPr>
            <w:tcW w:type="dxa" w:w="2160"/>
          </w:tcPr>
          <w:p>
            <w:r>
              <w:t>0.01667</w:t>
            </w:r>
          </w:p>
        </w:tc>
        <w:tc>
          <w:tcPr>
            <w:tcW w:type="dxa" w:w="2160"/>
          </w:tcPr>
          <w:p>
            <w:r>
              <w:t>1.7%</w:t>
            </w:r>
          </w:p>
        </w:tc>
      </w:tr>
      <w:tr>
        <w:tc>
          <w:tcPr>
            <w:tcW w:type="dxa" w:w="2160"/>
          </w:tcPr>
          <w:p>
            <w:r>
              <w:t>4</w:t>
            </w:r>
          </w:p>
        </w:tc>
        <w:tc>
          <w:tcPr>
            <w:tcW w:type="dxa" w:w="2160"/>
          </w:tcPr>
          <w:p>
            <w:r>
              <w:t>20</w:t>
            </w:r>
          </w:p>
        </w:tc>
        <w:tc>
          <w:tcPr>
            <w:tcW w:type="dxa" w:w="2160"/>
          </w:tcPr>
          <w:p>
            <w:r>
              <w:t>0.01667</w:t>
            </w:r>
          </w:p>
        </w:tc>
        <w:tc>
          <w:tcPr>
            <w:tcW w:type="dxa" w:w="2160"/>
          </w:tcPr>
          <w:p>
            <w:r>
              <w:t>1.7%</w:t>
            </w:r>
          </w:p>
        </w:tc>
      </w:tr>
      <w:tr>
        <w:tc>
          <w:tcPr>
            <w:tcW w:type="dxa" w:w="2160"/>
          </w:tcPr>
          <w:p>
            <w:r>
              <w:t>40</w:t>
            </w:r>
          </w:p>
        </w:tc>
        <w:tc>
          <w:tcPr>
            <w:tcW w:type="dxa" w:w="2160"/>
          </w:tcPr>
          <w:p>
            <w:r>
              <w:t>20</w:t>
            </w:r>
          </w:p>
        </w:tc>
        <w:tc>
          <w:tcPr>
            <w:tcW w:type="dxa" w:w="2160"/>
          </w:tcPr>
          <w:p>
            <w:r>
              <w:t>0.01667</w:t>
            </w:r>
          </w:p>
        </w:tc>
        <w:tc>
          <w:tcPr>
            <w:tcW w:type="dxa" w:w="2160"/>
          </w:tcPr>
          <w:p>
            <w:r>
              <w:t>1.7%</w:t>
            </w:r>
          </w:p>
        </w:tc>
      </w:tr>
      <w:tr>
        <w:tc>
          <w:tcPr>
            <w:tcW w:type="dxa" w:w="2160"/>
          </w:tcPr>
          <w:p>
            <w:r>
              <w:t>41</w:t>
            </w:r>
          </w:p>
        </w:tc>
        <w:tc>
          <w:tcPr>
            <w:tcW w:type="dxa" w:w="2160"/>
          </w:tcPr>
          <w:p>
            <w:r>
              <w:t>20</w:t>
            </w:r>
          </w:p>
        </w:tc>
        <w:tc>
          <w:tcPr>
            <w:tcW w:type="dxa" w:w="2160"/>
          </w:tcPr>
          <w:p>
            <w:r>
              <w:t>0.01667</w:t>
            </w:r>
          </w:p>
        </w:tc>
        <w:tc>
          <w:tcPr>
            <w:tcW w:type="dxa" w:w="2160"/>
          </w:tcPr>
          <w:p>
            <w:r>
              <w:t>1.7%</w:t>
            </w:r>
          </w:p>
        </w:tc>
      </w:tr>
      <w:tr>
        <w:tc>
          <w:tcPr>
            <w:tcW w:type="dxa" w:w="2160"/>
          </w:tcPr>
          <w:p>
            <w:r>
              <w:t>42</w:t>
            </w:r>
          </w:p>
        </w:tc>
        <w:tc>
          <w:tcPr>
            <w:tcW w:type="dxa" w:w="2160"/>
          </w:tcPr>
          <w:p>
            <w:r>
              <w:t>20</w:t>
            </w:r>
          </w:p>
        </w:tc>
        <w:tc>
          <w:tcPr>
            <w:tcW w:type="dxa" w:w="2160"/>
          </w:tcPr>
          <w:p>
            <w:r>
              <w:t>0.01667</w:t>
            </w:r>
          </w:p>
        </w:tc>
        <w:tc>
          <w:tcPr>
            <w:tcW w:type="dxa" w:w="2160"/>
          </w:tcPr>
          <w:p>
            <w:r>
              <w:t>1.7%</w:t>
            </w:r>
          </w:p>
        </w:tc>
      </w:tr>
      <w:tr>
        <w:tc>
          <w:tcPr>
            <w:tcW w:type="dxa" w:w="2160"/>
          </w:tcPr>
          <w:p>
            <w:r>
              <w:t>43</w:t>
            </w:r>
          </w:p>
        </w:tc>
        <w:tc>
          <w:tcPr>
            <w:tcW w:type="dxa" w:w="2160"/>
          </w:tcPr>
          <w:p>
            <w:r>
              <w:t>20</w:t>
            </w:r>
          </w:p>
        </w:tc>
        <w:tc>
          <w:tcPr>
            <w:tcW w:type="dxa" w:w="2160"/>
          </w:tcPr>
          <w:p>
            <w:r>
              <w:t>0.01667</w:t>
            </w:r>
          </w:p>
        </w:tc>
        <w:tc>
          <w:tcPr>
            <w:tcW w:type="dxa" w:w="2160"/>
          </w:tcPr>
          <w:p>
            <w:r>
              <w:t>1.7%</w:t>
            </w:r>
          </w:p>
        </w:tc>
      </w:tr>
      <w:tr>
        <w:tc>
          <w:tcPr>
            <w:tcW w:type="dxa" w:w="2160"/>
          </w:tcPr>
          <w:p>
            <w:r>
              <w:t>44</w:t>
            </w:r>
          </w:p>
        </w:tc>
        <w:tc>
          <w:tcPr>
            <w:tcW w:type="dxa" w:w="2160"/>
          </w:tcPr>
          <w:p>
            <w:r>
              <w:t>20</w:t>
            </w:r>
          </w:p>
        </w:tc>
        <w:tc>
          <w:tcPr>
            <w:tcW w:type="dxa" w:w="2160"/>
          </w:tcPr>
          <w:p>
            <w:r>
              <w:t>0.01667</w:t>
            </w:r>
          </w:p>
        </w:tc>
        <w:tc>
          <w:tcPr>
            <w:tcW w:type="dxa" w:w="2160"/>
          </w:tcPr>
          <w:p>
            <w:r>
              <w:t>1.7%</w:t>
            </w:r>
          </w:p>
        </w:tc>
      </w:tr>
      <w:tr>
        <w:tc>
          <w:tcPr>
            <w:tcW w:type="dxa" w:w="2160"/>
          </w:tcPr>
          <w:p>
            <w:r>
              <w:t>45</w:t>
            </w:r>
          </w:p>
        </w:tc>
        <w:tc>
          <w:tcPr>
            <w:tcW w:type="dxa" w:w="2160"/>
          </w:tcPr>
          <w:p>
            <w:r>
              <w:t>20</w:t>
            </w:r>
          </w:p>
        </w:tc>
        <w:tc>
          <w:tcPr>
            <w:tcW w:type="dxa" w:w="2160"/>
          </w:tcPr>
          <w:p>
            <w:r>
              <w:t>0.01667</w:t>
            </w:r>
          </w:p>
        </w:tc>
        <w:tc>
          <w:tcPr>
            <w:tcW w:type="dxa" w:w="2160"/>
          </w:tcPr>
          <w:p>
            <w:r>
              <w:t>1.7%</w:t>
            </w:r>
          </w:p>
        </w:tc>
      </w:tr>
      <w:tr>
        <w:tc>
          <w:tcPr>
            <w:tcW w:type="dxa" w:w="2160"/>
          </w:tcPr>
          <w:p>
            <w:r>
              <w:t>46</w:t>
            </w:r>
          </w:p>
        </w:tc>
        <w:tc>
          <w:tcPr>
            <w:tcW w:type="dxa" w:w="2160"/>
          </w:tcPr>
          <w:p>
            <w:r>
              <w:t>20</w:t>
            </w:r>
          </w:p>
        </w:tc>
        <w:tc>
          <w:tcPr>
            <w:tcW w:type="dxa" w:w="2160"/>
          </w:tcPr>
          <w:p>
            <w:r>
              <w:t>0.01667</w:t>
            </w:r>
          </w:p>
        </w:tc>
        <w:tc>
          <w:tcPr>
            <w:tcW w:type="dxa" w:w="2160"/>
          </w:tcPr>
          <w:p>
            <w:r>
              <w:t>1.7%</w:t>
            </w:r>
          </w:p>
        </w:tc>
      </w:tr>
      <w:tr>
        <w:tc>
          <w:tcPr>
            <w:tcW w:type="dxa" w:w="2160"/>
          </w:tcPr>
          <w:p>
            <w:r>
              <w:t>47</w:t>
            </w:r>
          </w:p>
        </w:tc>
        <w:tc>
          <w:tcPr>
            <w:tcW w:type="dxa" w:w="2160"/>
          </w:tcPr>
          <w:p>
            <w:r>
              <w:t>20</w:t>
            </w:r>
          </w:p>
        </w:tc>
        <w:tc>
          <w:tcPr>
            <w:tcW w:type="dxa" w:w="2160"/>
          </w:tcPr>
          <w:p>
            <w:r>
              <w:t>0.01667</w:t>
            </w:r>
          </w:p>
        </w:tc>
        <w:tc>
          <w:tcPr>
            <w:tcW w:type="dxa" w:w="2160"/>
          </w:tcPr>
          <w:p>
            <w:r>
              <w:t>1.7%</w:t>
            </w:r>
          </w:p>
        </w:tc>
      </w:tr>
      <w:tr>
        <w:tc>
          <w:tcPr>
            <w:tcW w:type="dxa" w:w="2160"/>
          </w:tcPr>
          <w:p>
            <w:r>
              <w:t>48</w:t>
            </w:r>
          </w:p>
        </w:tc>
        <w:tc>
          <w:tcPr>
            <w:tcW w:type="dxa" w:w="2160"/>
          </w:tcPr>
          <w:p>
            <w:r>
              <w:t>20</w:t>
            </w:r>
          </w:p>
        </w:tc>
        <w:tc>
          <w:tcPr>
            <w:tcW w:type="dxa" w:w="2160"/>
          </w:tcPr>
          <w:p>
            <w:r>
              <w:t>0.01667</w:t>
            </w:r>
          </w:p>
        </w:tc>
        <w:tc>
          <w:tcPr>
            <w:tcW w:type="dxa" w:w="2160"/>
          </w:tcPr>
          <w:p>
            <w:r>
              <w:t>1.7%</w:t>
            </w:r>
          </w:p>
        </w:tc>
      </w:tr>
      <w:tr>
        <w:tc>
          <w:tcPr>
            <w:tcW w:type="dxa" w:w="2160"/>
          </w:tcPr>
          <w:p>
            <w:r>
              <w:t>49</w:t>
            </w:r>
          </w:p>
        </w:tc>
        <w:tc>
          <w:tcPr>
            <w:tcW w:type="dxa" w:w="2160"/>
          </w:tcPr>
          <w:p>
            <w:r>
              <w:t>20</w:t>
            </w:r>
          </w:p>
        </w:tc>
        <w:tc>
          <w:tcPr>
            <w:tcW w:type="dxa" w:w="2160"/>
          </w:tcPr>
          <w:p>
            <w:r>
              <w:t>0.01667</w:t>
            </w:r>
          </w:p>
        </w:tc>
        <w:tc>
          <w:tcPr>
            <w:tcW w:type="dxa" w:w="2160"/>
          </w:tcPr>
          <w:p>
            <w:r>
              <w:t>1.7%</w:t>
            </w:r>
          </w:p>
        </w:tc>
      </w:tr>
      <w:tr>
        <w:tc>
          <w:tcPr>
            <w:tcW w:type="dxa" w:w="2160"/>
          </w:tcPr>
          <w:p>
            <w:r>
              <w:t>5</w:t>
            </w:r>
          </w:p>
        </w:tc>
        <w:tc>
          <w:tcPr>
            <w:tcW w:type="dxa" w:w="2160"/>
          </w:tcPr>
          <w:p>
            <w:r>
              <w:t>20</w:t>
            </w:r>
          </w:p>
        </w:tc>
        <w:tc>
          <w:tcPr>
            <w:tcW w:type="dxa" w:w="2160"/>
          </w:tcPr>
          <w:p>
            <w:r>
              <w:t>0.01667</w:t>
            </w:r>
          </w:p>
        </w:tc>
        <w:tc>
          <w:tcPr>
            <w:tcW w:type="dxa" w:w="2160"/>
          </w:tcPr>
          <w:p>
            <w:r>
              <w:t>1.7%</w:t>
            </w:r>
          </w:p>
        </w:tc>
      </w:tr>
      <w:tr>
        <w:tc>
          <w:tcPr>
            <w:tcW w:type="dxa" w:w="2160"/>
          </w:tcPr>
          <w:p>
            <w:r>
              <w:t>50</w:t>
            </w:r>
          </w:p>
        </w:tc>
        <w:tc>
          <w:tcPr>
            <w:tcW w:type="dxa" w:w="2160"/>
          </w:tcPr>
          <w:p>
            <w:r>
              <w:t>20</w:t>
            </w:r>
          </w:p>
        </w:tc>
        <w:tc>
          <w:tcPr>
            <w:tcW w:type="dxa" w:w="2160"/>
          </w:tcPr>
          <w:p>
            <w:r>
              <w:t>0.01667</w:t>
            </w:r>
          </w:p>
        </w:tc>
        <w:tc>
          <w:tcPr>
            <w:tcW w:type="dxa" w:w="2160"/>
          </w:tcPr>
          <w:p>
            <w:r>
              <w:t>1.7%</w:t>
            </w:r>
          </w:p>
        </w:tc>
      </w:tr>
      <w:tr>
        <w:tc>
          <w:tcPr>
            <w:tcW w:type="dxa" w:w="2160"/>
          </w:tcPr>
          <w:p>
            <w:r>
              <w:t>51</w:t>
            </w:r>
          </w:p>
        </w:tc>
        <w:tc>
          <w:tcPr>
            <w:tcW w:type="dxa" w:w="2160"/>
          </w:tcPr>
          <w:p>
            <w:r>
              <w:t>20</w:t>
            </w:r>
          </w:p>
        </w:tc>
        <w:tc>
          <w:tcPr>
            <w:tcW w:type="dxa" w:w="2160"/>
          </w:tcPr>
          <w:p>
            <w:r>
              <w:t>0.01667</w:t>
            </w:r>
          </w:p>
        </w:tc>
        <w:tc>
          <w:tcPr>
            <w:tcW w:type="dxa" w:w="2160"/>
          </w:tcPr>
          <w:p>
            <w:r>
              <w:t>1.7%</w:t>
            </w:r>
          </w:p>
        </w:tc>
      </w:tr>
      <w:tr>
        <w:tc>
          <w:tcPr>
            <w:tcW w:type="dxa" w:w="2160"/>
          </w:tcPr>
          <w:p>
            <w:r>
              <w:t>52</w:t>
            </w:r>
          </w:p>
        </w:tc>
        <w:tc>
          <w:tcPr>
            <w:tcW w:type="dxa" w:w="2160"/>
          </w:tcPr>
          <w:p>
            <w:r>
              <w:t>20</w:t>
            </w:r>
          </w:p>
        </w:tc>
        <w:tc>
          <w:tcPr>
            <w:tcW w:type="dxa" w:w="2160"/>
          </w:tcPr>
          <w:p>
            <w:r>
              <w:t>0.01667</w:t>
            </w:r>
          </w:p>
        </w:tc>
        <w:tc>
          <w:tcPr>
            <w:tcW w:type="dxa" w:w="2160"/>
          </w:tcPr>
          <w:p>
            <w:r>
              <w:t>1.7%</w:t>
            </w:r>
          </w:p>
        </w:tc>
      </w:tr>
      <w:tr>
        <w:tc>
          <w:tcPr>
            <w:tcW w:type="dxa" w:w="2160"/>
          </w:tcPr>
          <w:p>
            <w:r>
              <w:t>53</w:t>
            </w:r>
          </w:p>
        </w:tc>
        <w:tc>
          <w:tcPr>
            <w:tcW w:type="dxa" w:w="2160"/>
          </w:tcPr>
          <w:p>
            <w:r>
              <w:t>20</w:t>
            </w:r>
          </w:p>
        </w:tc>
        <w:tc>
          <w:tcPr>
            <w:tcW w:type="dxa" w:w="2160"/>
          </w:tcPr>
          <w:p>
            <w:r>
              <w:t>0.01667</w:t>
            </w:r>
          </w:p>
        </w:tc>
        <w:tc>
          <w:tcPr>
            <w:tcW w:type="dxa" w:w="2160"/>
          </w:tcPr>
          <w:p>
            <w:r>
              <w:t>1.7%</w:t>
            </w:r>
          </w:p>
        </w:tc>
      </w:tr>
      <w:tr>
        <w:tc>
          <w:tcPr>
            <w:tcW w:type="dxa" w:w="2160"/>
          </w:tcPr>
          <w:p>
            <w:r>
              <w:t>54</w:t>
            </w:r>
          </w:p>
        </w:tc>
        <w:tc>
          <w:tcPr>
            <w:tcW w:type="dxa" w:w="2160"/>
          </w:tcPr>
          <w:p>
            <w:r>
              <w:t>20</w:t>
            </w:r>
          </w:p>
        </w:tc>
        <w:tc>
          <w:tcPr>
            <w:tcW w:type="dxa" w:w="2160"/>
          </w:tcPr>
          <w:p>
            <w:r>
              <w:t>0.01667</w:t>
            </w:r>
          </w:p>
        </w:tc>
        <w:tc>
          <w:tcPr>
            <w:tcW w:type="dxa" w:w="2160"/>
          </w:tcPr>
          <w:p>
            <w:r>
              <w:t>1.7%</w:t>
            </w:r>
          </w:p>
        </w:tc>
      </w:tr>
      <w:tr>
        <w:tc>
          <w:tcPr>
            <w:tcW w:type="dxa" w:w="2160"/>
          </w:tcPr>
          <w:p>
            <w:r>
              <w:t>55</w:t>
            </w:r>
          </w:p>
        </w:tc>
        <w:tc>
          <w:tcPr>
            <w:tcW w:type="dxa" w:w="2160"/>
          </w:tcPr>
          <w:p>
            <w:r>
              <w:t>20</w:t>
            </w:r>
          </w:p>
        </w:tc>
        <w:tc>
          <w:tcPr>
            <w:tcW w:type="dxa" w:w="2160"/>
          </w:tcPr>
          <w:p>
            <w:r>
              <w:t>0.01667</w:t>
            </w:r>
          </w:p>
        </w:tc>
        <w:tc>
          <w:tcPr>
            <w:tcW w:type="dxa" w:w="2160"/>
          </w:tcPr>
          <w:p>
            <w:r>
              <w:t>1.7%</w:t>
            </w:r>
          </w:p>
        </w:tc>
      </w:tr>
      <w:tr>
        <w:tc>
          <w:tcPr>
            <w:tcW w:type="dxa" w:w="2160"/>
          </w:tcPr>
          <w:p>
            <w:r>
              <w:t>56</w:t>
            </w:r>
          </w:p>
        </w:tc>
        <w:tc>
          <w:tcPr>
            <w:tcW w:type="dxa" w:w="2160"/>
          </w:tcPr>
          <w:p>
            <w:r>
              <w:t>20</w:t>
            </w:r>
          </w:p>
        </w:tc>
        <w:tc>
          <w:tcPr>
            <w:tcW w:type="dxa" w:w="2160"/>
          </w:tcPr>
          <w:p>
            <w:r>
              <w:t>0.01667</w:t>
            </w:r>
          </w:p>
        </w:tc>
        <w:tc>
          <w:tcPr>
            <w:tcW w:type="dxa" w:w="2160"/>
          </w:tcPr>
          <w:p>
            <w:r>
              <w:t>1.7%</w:t>
            </w:r>
          </w:p>
        </w:tc>
      </w:tr>
      <w:tr>
        <w:tc>
          <w:tcPr>
            <w:tcW w:type="dxa" w:w="2160"/>
          </w:tcPr>
          <w:p>
            <w:r>
              <w:t>57</w:t>
            </w:r>
          </w:p>
        </w:tc>
        <w:tc>
          <w:tcPr>
            <w:tcW w:type="dxa" w:w="2160"/>
          </w:tcPr>
          <w:p>
            <w:r>
              <w:t>20</w:t>
            </w:r>
          </w:p>
        </w:tc>
        <w:tc>
          <w:tcPr>
            <w:tcW w:type="dxa" w:w="2160"/>
          </w:tcPr>
          <w:p>
            <w:r>
              <w:t>0.01667</w:t>
            </w:r>
          </w:p>
        </w:tc>
        <w:tc>
          <w:tcPr>
            <w:tcW w:type="dxa" w:w="2160"/>
          </w:tcPr>
          <w:p>
            <w:r>
              <w:t>1.7%</w:t>
            </w:r>
          </w:p>
        </w:tc>
      </w:tr>
      <w:tr>
        <w:tc>
          <w:tcPr>
            <w:tcW w:type="dxa" w:w="2160"/>
          </w:tcPr>
          <w:p>
            <w:r>
              <w:t>58</w:t>
            </w:r>
          </w:p>
        </w:tc>
        <w:tc>
          <w:tcPr>
            <w:tcW w:type="dxa" w:w="2160"/>
          </w:tcPr>
          <w:p>
            <w:r>
              <w:t>20</w:t>
            </w:r>
          </w:p>
        </w:tc>
        <w:tc>
          <w:tcPr>
            <w:tcW w:type="dxa" w:w="2160"/>
          </w:tcPr>
          <w:p>
            <w:r>
              <w:t>0.01667</w:t>
            </w:r>
          </w:p>
        </w:tc>
        <w:tc>
          <w:tcPr>
            <w:tcW w:type="dxa" w:w="2160"/>
          </w:tcPr>
          <w:p>
            <w:r>
              <w:t>1.7%</w:t>
            </w:r>
          </w:p>
        </w:tc>
      </w:tr>
      <w:tr>
        <w:tc>
          <w:tcPr>
            <w:tcW w:type="dxa" w:w="2160"/>
          </w:tcPr>
          <w:p>
            <w:r>
              <w:t>59</w:t>
            </w:r>
          </w:p>
        </w:tc>
        <w:tc>
          <w:tcPr>
            <w:tcW w:type="dxa" w:w="2160"/>
          </w:tcPr>
          <w:p>
            <w:r>
              <w:t>20</w:t>
            </w:r>
          </w:p>
        </w:tc>
        <w:tc>
          <w:tcPr>
            <w:tcW w:type="dxa" w:w="2160"/>
          </w:tcPr>
          <w:p>
            <w:r>
              <w:t>0.01667</w:t>
            </w:r>
          </w:p>
        </w:tc>
        <w:tc>
          <w:tcPr>
            <w:tcW w:type="dxa" w:w="2160"/>
          </w:tcPr>
          <w:p>
            <w:r>
              <w:t>1.7%</w:t>
            </w:r>
          </w:p>
        </w:tc>
      </w:tr>
      <w:tr>
        <w:tc>
          <w:tcPr>
            <w:tcW w:type="dxa" w:w="2160"/>
          </w:tcPr>
          <w:p>
            <w:r>
              <w:t>6</w:t>
            </w:r>
          </w:p>
        </w:tc>
        <w:tc>
          <w:tcPr>
            <w:tcW w:type="dxa" w:w="2160"/>
          </w:tcPr>
          <w:p>
            <w:r>
              <w:t>20</w:t>
            </w:r>
          </w:p>
        </w:tc>
        <w:tc>
          <w:tcPr>
            <w:tcW w:type="dxa" w:w="2160"/>
          </w:tcPr>
          <w:p>
            <w:r>
              <w:t>0.01667</w:t>
            </w:r>
          </w:p>
        </w:tc>
        <w:tc>
          <w:tcPr>
            <w:tcW w:type="dxa" w:w="2160"/>
          </w:tcPr>
          <w:p>
            <w:r>
              <w:t>1.7%</w:t>
            </w:r>
          </w:p>
        </w:tc>
      </w:tr>
      <w:tr>
        <w:tc>
          <w:tcPr>
            <w:tcW w:type="dxa" w:w="2160"/>
          </w:tcPr>
          <w:p>
            <w:r>
              <w:t>7</w:t>
            </w:r>
          </w:p>
        </w:tc>
        <w:tc>
          <w:tcPr>
            <w:tcW w:type="dxa" w:w="2160"/>
          </w:tcPr>
          <w:p>
            <w:r>
              <w:t>20</w:t>
            </w:r>
          </w:p>
        </w:tc>
        <w:tc>
          <w:tcPr>
            <w:tcW w:type="dxa" w:w="2160"/>
          </w:tcPr>
          <w:p>
            <w:r>
              <w:t>0.01667</w:t>
            </w:r>
          </w:p>
        </w:tc>
        <w:tc>
          <w:tcPr>
            <w:tcW w:type="dxa" w:w="2160"/>
          </w:tcPr>
          <w:p>
            <w:r>
              <w:t>1.7%</w:t>
            </w:r>
          </w:p>
        </w:tc>
      </w:tr>
      <w:tr>
        <w:tc>
          <w:tcPr>
            <w:tcW w:type="dxa" w:w="2160"/>
          </w:tcPr>
          <w:p>
            <w:r>
              <w:t>8</w:t>
            </w:r>
          </w:p>
        </w:tc>
        <w:tc>
          <w:tcPr>
            <w:tcW w:type="dxa" w:w="2160"/>
          </w:tcPr>
          <w:p>
            <w:r>
              <w:t>20</w:t>
            </w:r>
          </w:p>
        </w:tc>
        <w:tc>
          <w:tcPr>
            <w:tcW w:type="dxa" w:w="2160"/>
          </w:tcPr>
          <w:p>
            <w:r>
              <w:t>0.01667</w:t>
            </w:r>
          </w:p>
        </w:tc>
        <w:tc>
          <w:tcPr>
            <w:tcW w:type="dxa" w:w="2160"/>
          </w:tcPr>
          <w:p>
            <w:r>
              <w:t>1.7%</w:t>
            </w:r>
          </w:p>
        </w:tc>
      </w:tr>
      <w:tr>
        <w:tc>
          <w:tcPr>
            <w:tcW w:type="dxa" w:w="2160"/>
          </w:tcPr>
          <w:p>
            <w:r>
              <w:t>9</w:t>
            </w:r>
          </w:p>
        </w:tc>
        <w:tc>
          <w:tcPr>
            <w:tcW w:type="dxa" w:w="2160"/>
          </w:tcPr>
          <w:p>
            <w:r>
              <w:t>20</w:t>
            </w:r>
          </w:p>
        </w:tc>
        <w:tc>
          <w:tcPr>
            <w:tcW w:type="dxa" w:w="2160"/>
          </w:tcPr>
          <w:p>
            <w:r>
              <w:t>0.01667</w:t>
            </w:r>
          </w:p>
        </w:tc>
        <w:tc>
          <w:tcPr>
            <w:tcW w:type="dxa" w:w="2160"/>
          </w:tcPr>
          <w:p>
            <w:r>
              <w:t>1.7%</w:t>
            </w:r>
          </w:p>
        </w:tc>
      </w:tr>
    </w:tbl>
    <w:p/>
    <w:p>
      <w:pPr>
        <w:pStyle w:val="Heading2"/>
      </w:pPr>
      <w:r>
        <w:t>Figure 35. Find point clusters: cluster hulls [84]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0.01667</w:t>
            </w:r>
          </w:p>
        </w:tc>
        <w:tc>
          <w:tcPr>
            <w:tcW w:type="dxa" w:w="2160"/>
          </w:tcPr>
          <w:p>
            <w:r>
              <w:t>1.7%</w:t>
            </w:r>
          </w:p>
        </w:tc>
      </w:tr>
      <w:tr>
        <w:tc>
          <w:tcPr>
            <w:tcW w:type="dxa" w:w="2160"/>
          </w:tcPr>
          <w:p>
            <w:r>
              <w:t>1</w:t>
            </w:r>
          </w:p>
        </w:tc>
        <w:tc>
          <w:tcPr>
            <w:tcW w:type="dxa" w:w="2160"/>
          </w:tcPr>
          <w:p>
            <w:r>
              <w:t>1</w:t>
            </w:r>
          </w:p>
        </w:tc>
        <w:tc>
          <w:tcPr>
            <w:tcW w:type="dxa" w:w="2160"/>
          </w:tcPr>
          <w:p>
            <w:r>
              <w:t>0.01667</w:t>
            </w:r>
          </w:p>
        </w:tc>
        <w:tc>
          <w:tcPr>
            <w:tcW w:type="dxa" w:w="2160"/>
          </w:tcPr>
          <w:p>
            <w:r>
              <w:t>1.7%</w:t>
            </w:r>
          </w:p>
        </w:tc>
      </w:tr>
      <w:tr>
        <w:tc>
          <w:tcPr>
            <w:tcW w:type="dxa" w:w="2160"/>
          </w:tcPr>
          <w:p>
            <w:r>
              <w:t>10</w:t>
            </w:r>
          </w:p>
        </w:tc>
        <w:tc>
          <w:tcPr>
            <w:tcW w:type="dxa" w:w="2160"/>
          </w:tcPr>
          <w:p>
            <w:r>
              <w:t>1</w:t>
            </w:r>
          </w:p>
        </w:tc>
        <w:tc>
          <w:tcPr>
            <w:tcW w:type="dxa" w:w="2160"/>
          </w:tcPr>
          <w:p>
            <w:r>
              <w:t>0.01667</w:t>
            </w:r>
          </w:p>
        </w:tc>
        <w:tc>
          <w:tcPr>
            <w:tcW w:type="dxa" w:w="2160"/>
          </w:tcPr>
          <w:p>
            <w:r>
              <w:t>1.7%</w:t>
            </w:r>
          </w:p>
        </w:tc>
      </w:tr>
      <w:tr>
        <w:tc>
          <w:tcPr>
            <w:tcW w:type="dxa" w:w="2160"/>
          </w:tcPr>
          <w:p>
            <w:r>
              <w:t>11</w:t>
            </w:r>
          </w:p>
        </w:tc>
        <w:tc>
          <w:tcPr>
            <w:tcW w:type="dxa" w:w="2160"/>
          </w:tcPr>
          <w:p>
            <w:r>
              <w:t>1</w:t>
            </w:r>
          </w:p>
        </w:tc>
        <w:tc>
          <w:tcPr>
            <w:tcW w:type="dxa" w:w="2160"/>
          </w:tcPr>
          <w:p>
            <w:r>
              <w:t>0.01667</w:t>
            </w:r>
          </w:p>
        </w:tc>
        <w:tc>
          <w:tcPr>
            <w:tcW w:type="dxa" w:w="2160"/>
          </w:tcPr>
          <w:p>
            <w:r>
              <w:t>1.7%</w:t>
            </w:r>
          </w:p>
        </w:tc>
      </w:tr>
      <w:tr>
        <w:tc>
          <w:tcPr>
            <w:tcW w:type="dxa" w:w="2160"/>
          </w:tcPr>
          <w:p>
            <w:r>
              <w:t>12</w:t>
            </w:r>
          </w:p>
        </w:tc>
        <w:tc>
          <w:tcPr>
            <w:tcW w:type="dxa" w:w="2160"/>
          </w:tcPr>
          <w:p>
            <w:r>
              <w:t>1</w:t>
            </w:r>
          </w:p>
        </w:tc>
        <w:tc>
          <w:tcPr>
            <w:tcW w:type="dxa" w:w="2160"/>
          </w:tcPr>
          <w:p>
            <w:r>
              <w:t>0.01667</w:t>
            </w:r>
          </w:p>
        </w:tc>
        <w:tc>
          <w:tcPr>
            <w:tcW w:type="dxa" w:w="2160"/>
          </w:tcPr>
          <w:p>
            <w:r>
              <w:t>1.7%</w:t>
            </w:r>
          </w:p>
        </w:tc>
      </w:tr>
      <w:tr>
        <w:tc>
          <w:tcPr>
            <w:tcW w:type="dxa" w:w="2160"/>
          </w:tcPr>
          <w:p>
            <w:r>
              <w:t>13</w:t>
            </w:r>
          </w:p>
        </w:tc>
        <w:tc>
          <w:tcPr>
            <w:tcW w:type="dxa" w:w="2160"/>
          </w:tcPr>
          <w:p>
            <w:r>
              <w:t>1</w:t>
            </w:r>
          </w:p>
        </w:tc>
        <w:tc>
          <w:tcPr>
            <w:tcW w:type="dxa" w:w="2160"/>
          </w:tcPr>
          <w:p>
            <w:r>
              <w:t>0.01667</w:t>
            </w:r>
          </w:p>
        </w:tc>
        <w:tc>
          <w:tcPr>
            <w:tcW w:type="dxa" w:w="2160"/>
          </w:tcPr>
          <w:p>
            <w:r>
              <w:t>1.7%</w:t>
            </w:r>
          </w:p>
        </w:tc>
      </w:tr>
      <w:tr>
        <w:tc>
          <w:tcPr>
            <w:tcW w:type="dxa" w:w="2160"/>
          </w:tcPr>
          <w:p>
            <w:r>
              <w:t>14</w:t>
            </w:r>
          </w:p>
        </w:tc>
        <w:tc>
          <w:tcPr>
            <w:tcW w:type="dxa" w:w="2160"/>
          </w:tcPr>
          <w:p>
            <w:r>
              <w:t>1</w:t>
            </w:r>
          </w:p>
        </w:tc>
        <w:tc>
          <w:tcPr>
            <w:tcW w:type="dxa" w:w="2160"/>
          </w:tcPr>
          <w:p>
            <w:r>
              <w:t>0.01667</w:t>
            </w:r>
          </w:p>
        </w:tc>
        <w:tc>
          <w:tcPr>
            <w:tcW w:type="dxa" w:w="2160"/>
          </w:tcPr>
          <w:p>
            <w:r>
              <w:t>1.7%</w:t>
            </w:r>
          </w:p>
        </w:tc>
      </w:tr>
      <w:tr>
        <w:tc>
          <w:tcPr>
            <w:tcW w:type="dxa" w:w="2160"/>
          </w:tcPr>
          <w:p>
            <w:r>
              <w:t>15</w:t>
            </w:r>
          </w:p>
        </w:tc>
        <w:tc>
          <w:tcPr>
            <w:tcW w:type="dxa" w:w="2160"/>
          </w:tcPr>
          <w:p>
            <w:r>
              <w:t>1</w:t>
            </w:r>
          </w:p>
        </w:tc>
        <w:tc>
          <w:tcPr>
            <w:tcW w:type="dxa" w:w="2160"/>
          </w:tcPr>
          <w:p>
            <w:r>
              <w:t>0.01667</w:t>
            </w:r>
          </w:p>
        </w:tc>
        <w:tc>
          <w:tcPr>
            <w:tcW w:type="dxa" w:w="2160"/>
          </w:tcPr>
          <w:p>
            <w:r>
              <w:t>1.7%</w:t>
            </w:r>
          </w:p>
        </w:tc>
      </w:tr>
      <w:tr>
        <w:tc>
          <w:tcPr>
            <w:tcW w:type="dxa" w:w="2160"/>
          </w:tcPr>
          <w:p>
            <w:r>
              <w:t>16</w:t>
            </w:r>
          </w:p>
        </w:tc>
        <w:tc>
          <w:tcPr>
            <w:tcW w:type="dxa" w:w="2160"/>
          </w:tcPr>
          <w:p>
            <w:r>
              <w:t>1</w:t>
            </w:r>
          </w:p>
        </w:tc>
        <w:tc>
          <w:tcPr>
            <w:tcW w:type="dxa" w:w="2160"/>
          </w:tcPr>
          <w:p>
            <w:r>
              <w:t>0.01667</w:t>
            </w:r>
          </w:p>
        </w:tc>
        <w:tc>
          <w:tcPr>
            <w:tcW w:type="dxa" w:w="2160"/>
          </w:tcPr>
          <w:p>
            <w:r>
              <w:t>1.7%</w:t>
            </w:r>
          </w:p>
        </w:tc>
      </w:tr>
      <w:tr>
        <w:tc>
          <w:tcPr>
            <w:tcW w:type="dxa" w:w="2160"/>
          </w:tcPr>
          <w:p>
            <w:r>
              <w:t>17</w:t>
            </w:r>
          </w:p>
        </w:tc>
        <w:tc>
          <w:tcPr>
            <w:tcW w:type="dxa" w:w="2160"/>
          </w:tcPr>
          <w:p>
            <w:r>
              <w:t>1</w:t>
            </w:r>
          </w:p>
        </w:tc>
        <w:tc>
          <w:tcPr>
            <w:tcW w:type="dxa" w:w="2160"/>
          </w:tcPr>
          <w:p>
            <w:r>
              <w:t>0.01667</w:t>
            </w:r>
          </w:p>
        </w:tc>
        <w:tc>
          <w:tcPr>
            <w:tcW w:type="dxa" w:w="2160"/>
          </w:tcPr>
          <w:p>
            <w:r>
              <w:t>1.7%</w:t>
            </w:r>
          </w:p>
        </w:tc>
      </w:tr>
      <w:tr>
        <w:tc>
          <w:tcPr>
            <w:tcW w:type="dxa" w:w="2160"/>
          </w:tcPr>
          <w:p>
            <w:r>
              <w:t>18</w:t>
            </w:r>
          </w:p>
        </w:tc>
        <w:tc>
          <w:tcPr>
            <w:tcW w:type="dxa" w:w="2160"/>
          </w:tcPr>
          <w:p>
            <w:r>
              <w:t>1</w:t>
            </w:r>
          </w:p>
        </w:tc>
        <w:tc>
          <w:tcPr>
            <w:tcW w:type="dxa" w:w="2160"/>
          </w:tcPr>
          <w:p>
            <w:r>
              <w:t>0.01667</w:t>
            </w:r>
          </w:p>
        </w:tc>
        <w:tc>
          <w:tcPr>
            <w:tcW w:type="dxa" w:w="2160"/>
          </w:tcPr>
          <w:p>
            <w:r>
              <w:t>1.7%</w:t>
            </w:r>
          </w:p>
        </w:tc>
      </w:tr>
      <w:tr>
        <w:tc>
          <w:tcPr>
            <w:tcW w:type="dxa" w:w="2160"/>
          </w:tcPr>
          <w:p>
            <w:r>
              <w:t>19</w:t>
            </w:r>
          </w:p>
        </w:tc>
        <w:tc>
          <w:tcPr>
            <w:tcW w:type="dxa" w:w="2160"/>
          </w:tcPr>
          <w:p>
            <w:r>
              <w:t>1</w:t>
            </w:r>
          </w:p>
        </w:tc>
        <w:tc>
          <w:tcPr>
            <w:tcW w:type="dxa" w:w="2160"/>
          </w:tcPr>
          <w:p>
            <w:r>
              <w:t>0.01667</w:t>
            </w:r>
          </w:p>
        </w:tc>
        <w:tc>
          <w:tcPr>
            <w:tcW w:type="dxa" w:w="2160"/>
          </w:tcPr>
          <w:p>
            <w:r>
              <w:t>1.7%</w:t>
            </w:r>
          </w:p>
        </w:tc>
      </w:tr>
      <w:tr>
        <w:tc>
          <w:tcPr>
            <w:tcW w:type="dxa" w:w="2160"/>
          </w:tcPr>
          <w:p>
            <w:r>
              <w:t>2</w:t>
            </w:r>
          </w:p>
        </w:tc>
        <w:tc>
          <w:tcPr>
            <w:tcW w:type="dxa" w:w="2160"/>
          </w:tcPr>
          <w:p>
            <w:r>
              <w:t>1</w:t>
            </w:r>
          </w:p>
        </w:tc>
        <w:tc>
          <w:tcPr>
            <w:tcW w:type="dxa" w:w="2160"/>
          </w:tcPr>
          <w:p>
            <w:r>
              <w:t>0.01667</w:t>
            </w:r>
          </w:p>
        </w:tc>
        <w:tc>
          <w:tcPr>
            <w:tcW w:type="dxa" w:w="2160"/>
          </w:tcPr>
          <w:p>
            <w:r>
              <w:t>1.7%</w:t>
            </w:r>
          </w:p>
        </w:tc>
      </w:tr>
      <w:tr>
        <w:tc>
          <w:tcPr>
            <w:tcW w:type="dxa" w:w="2160"/>
          </w:tcPr>
          <w:p>
            <w:r>
              <w:t>20</w:t>
            </w:r>
          </w:p>
        </w:tc>
        <w:tc>
          <w:tcPr>
            <w:tcW w:type="dxa" w:w="2160"/>
          </w:tcPr>
          <w:p>
            <w:r>
              <w:t>1</w:t>
            </w:r>
          </w:p>
        </w:tc>
        <w:tc>
          <w:tcPr>
            <w:tcW w:type="dxa" w:w="2160"/>
          </w:tcPr>
          <w:p>
            <w:r>
              <w:t>0.01667</w:t>
            </w:r>
          </w:p>
        </w:tc>
        <w:tc>
          <w:tcPr>
            <w:tcW w:type="dxa" w:w="2160"/>
          </w:tcPr>
          <w:p>
            <w:r>
              <w:t>1.7%</w:t>
            </w:r>
          </w:p>
        </w:tc>
      </w:tr>
      <w:tr>
        <w:tc>
          <w:tcPr>
            <w:tcW w:type="dxa" w:w="2160"/>
          </w:tcPr>
          <w:p>
            <w:r>
              <w:t>21</w:t>
            </w:r>
          </w:p>
        </w:tc>
        <w:tc>
          <w:tcPr>
            <w:tcW w:type="dxa" w:w="2160"/>
          </w:tcPr>
          <w:p>
            <w:r>
              <w:t>1</w:t>
            </w:r>
          </w:p>
        </w:tc>
        <w:tc>
          <w:tcPr>
            <w:tcW w:type="dxa" w:w="2160"/>
          </w:tcPr>
          <w:p>
            <w:r>
              <w:t>0.01667</w:t>
            </w:r>
          </w:p>
        </w:tc>
        <w:tc>
          <w:tcPr>
            <w:tcW w:type="dxa" w:w="2160"/>
          </w:tcPr>
          <w:p>
            <w:r>
              <w:t>1.7%</w:t>
            </w:r>
          </w:p>
        </w:tc>
      </w:tr>
      <w:tr>
        <w:tc>
          <w:tcPr>
            <w:tcW w:type="dxa" w:w="2160"/>
          </w:tcPr>
          <w:p>
            <w:r>
              <w:t>22</w:t>
            </w:r>
          </w:p>
        </w:tc>
        <w:tc>
          <w:tcPr>
            <w:tcW w:type="dxa" w:w="2160"/>
          </w:tcPr>
          <w:p>
            <w:r>
              <w:t>1</w:t>
            </w:r>
          </w:p>
        </w:tc>
        <w:tc>
          <w:tcPr>
            <w:tcW w:type="dxa" w:w="2160"/>
          </w:tcPr>
          <w:p>
            <w:r>
              <w:t>0.01667</w:t>
            </w:r>
          </w:p>
        </w:tc>
        <w:tc>
          <w:tcPr>
            <w:tcW w:type="dxa" w:w="2160"/>
          </w:tcPr>
          <w:p>
            <w:r>
              <w:t>1.7%</w:t>
            </w:r>
          </w:p>
        </w:tc>
      </w:tr>
      <w:tr>
        <w:tc>
          <w:tcPr>
            <w:tcW w:type="dxa" w:w="2160"/>
          </w:tcPr>
          <w:p>
            <w:r>
              <w:t>23</w:t>
            </w:r>
          </w:p>
        </w:tc>
        <w:tc>
          <w:tcPr>
            <w:tcW w:type="dxa" w:w="2160"/>
          </w:tcPr>
          <w:p>
            <w:r>
              <w:t>1</w:t>
            </w:r>
          </w:p>
        </w:tc>
        <w:tc>
          <w:tcPr>
            <w:tcW w:type="dxa" w:w="2160"/>
          </w:tcPr>
          <w:p>
            <w:r>
              <w:t>0.01667</w:t>
            </w:r>
          </w:p>
        </w:tc>
        <w:tc>
          <w:tcPr>
            <w:tcW w:type="dxa" w:w="2160"/>
          </w:tcPr>
          <w:p>
            <w:r>
              <w:t>1.7%</w:t>
            </w:r>
          </w:p>
        </w:tc>
      </w:tr>
      <w:tr>
        <w:tc>
          <w:tcPr>
            <w:tcW w:type="dxa" w:w="2160"/>
          </w:tcPr>
          <w:p>
            <w:r>
              <w:t>24</w:t>
            </w:r>
          </w:p>
        </w:tc>
        <w:tc>
          <w:tcPr>
            <w:tcW w:type="dxa" w:w="2160"/>
          </w:tcPr>
          <w:p>
            <w:r>
              <w:t>1</w:t>
            </w:r>
          </w:p>
        </w:tc>
        <w:tc>
          <w:tcPr>
            <w:tcW w:type="dxa" w:w="2160"/>
          </w:tcPr>
          <w:p>
            <w:r>
              <w:t>0.01667</w:t>
            </w:r>
          </w:p>
        </w:tc>
        <w:tc>
          <w:tcPr>
            <w:tcW w:type="dxa" w:w="2160"/>
          </w:tcPr>
          <w:p>
            <w:r>
              <w:t>1.7%</w:t>
            </w:r>
          </w:p>
        </w:tc>
      </w:tr>
      <w:tr>
        <w:tc>
          <w:tcPr>
            <w:tcW w:type="dxa" w:w="2160"/>
          </w:tcPr>
          <w:p>
            <w:r>
              <w:t>25</w:t>
            </w:r>
          </w:p>
        </w:tc>
        <w:tc>
          <w:tcPr>
            <w:tcW w:type="dxa" w:w="2160"/>
          </w:tcPr>
          <w:p>
            <w:r>
              <w:t>1</w:t>
            </w:r>
          </w:p>
        </w:tc>
        <w:tc>
          <w:tcPr>
            <w:tcW w:type="dxa" w:w="2160"/>
          </w:tcPr>
          <w:p>
            <w:r>
              <w:t>0.01667</w:t>
            </w:r>
          </w:p>
        </w:tc>
        <w:tc>
          <w:tcPr>
            <w:tcW w:type="dxa" w:w="2160"/>
          </w:tcPr>
          <w:p>
            <w:r>
              <w:t>1.7%</w:t>
            </w:r>
          </w:p>
        </w:tc>
      </w:tr>
      <w:tr>
        <w:tc>
          <w:tcPr>
            <w:tcW w:type="dxa" w:w="2160"/>
          </w:tcPr>
          <w:p>
            <w:r>
              <w:t>26</w:t>
            </w:r>
          </w:p>
        </w:tc>
        <w:tc>
          <w:tcPr>
            <w:tcW w:type="dxa" w:w="2160"/>
          </w:tcPr>
          <w:p>
            <w:r>
              <w:t>1</w:t>
            </w:r>
          </w:p>
        </w:tc>
        <w:tc>
          <w:tcPr>
            <w:tcW w:type="dxa" w:w="2160"/>
          </w:tcPr>
          <w:p>
            <w:r>
              <w:t>0.01667</w:t>
            </w:r>
          </w:p>
        </w:tc>
        <w:tc>
          <w:tcPr>
            <w:tcW w:type="dxa" w:w="2160"/>
          </w:tcPr>
          <w:p>
            <w:r>
              <w:t>1.7%</w:t>
            </w:r>
          </w:p>
        </w:tc>
      </w:tr>
      <w:tr>
        <w:tc>
          <w:tcPr>
            <w:tcW w:type="dxa" w:w="2160"/>
          </w:tcPr>
          <w:p>
            <w:r>
              <w:t>27</w:t>
            </w:r>
          </w:p>
        </w:tc>
        <w:tc>
          <w:tcPr>
            <w:tcW w:type="dxa" w:w="2160"/>
          </w:tcPr>
          <w:p>
            <w:r>
              <w:t>1</w:t>
            </w:r>
          </w:p>
        </w:tc>
        <w:tc>
          <w:tcPr>
            <w:tcW w:type="dxa" w:w="2160"/>
          </w:tcPr>
          <w:p>
            <w:r>
              <w:t>0.01667</w:t>
            </w:r>
          </w:p>
        </w:tc>
        <w:tc>
          <w:tcPr>
            <w:tcW w:type="dxa" w:w="2160"/>
          </w:tcPr>
          <w:p>
            <w:r>
              <w:t>1.7%</w:t>
            </w:r>
          </w:p>
        </w:tc>
      </w:tr>
      <w:tr>
        <w:tc>
          <w:tcPr>
            <w:tcW w:type="dxa" w:w="2160"/>
          </w:tcPr>
          <w:p>
            <w:r>
              <w:t>28</w:t>
            </w:r>
          </w:p>
        </w:tc>
        <w:tc>
          <w:tcPr>
            <w:tcW w:type="dxa" w:w="2160"/>
          </w:tcPr>
          <w:p>
            <w:r>
              <w:t>1</w:t>
            </w:r>
          </w:p>
        </w:tc>
        <w:tc>
          <w:tcPr>
            <w:tcW w:type="dxa" w:w="2160"/>
          </w:tcPr>
          <w:p>
            <w:r>
              <w:t>0.01667</w:t>
            </w:r>
          </w:p>
        </w:tc>
        <w:tc>
          <w:tcPr>
            <w:tcW w:type="dxa" w:w="2160"/>
          </w:tcPr>
          <w:p>
            <w:r>
              <w:t>1.7%</w:t>
            </w:r>
          </w:p>
        </w:tc>
      </w:tr>
      <w:tr>
        <w:tc>
          <w:tcPr>
            <w:tcW w:type="dxa" w:w="2160"/>
          </w:tcPr>
          <w:p>
            <w:r>
              <w:t>29</w:t>
            </w:r>
          </w:p>
        </w:tc>
        <w:tc>
          <w:tcPr>
            <w:tcW w:type="dxa" w:w="2160"/>
          </w:tcPr>
          <w:p>
            <w:r>
              <w:t>1</w:t>
            </w:r>
          </w:p>
        </w:tc>
        <w:tc>
          <w:tcPr>
            <w:tcW w:type="dxa" w:w="2160"/>
          </w:tcPr>
          <w:p>
            <w:r>
              <w:t>0.01667</w:t>
            </w:r>
          </w:p>
        </w:tc>
        <w:tc>
          <w:tcPr>
            <w:tcW w:type="dxa" w:w="2160"/>
          </w:tcPr>
          <w:p>
            <w:r>
              <w:t>1.7%</w:t>
            </w:r>
          </w:p>
        </w:tc>
      </w:tr>
      <w:tr>
        <w:tc>
          <w:tcPr>
            <w:tcW w:type="dxa" w:w="2160"/>
          </w:tcPr>
          <w:p>
            <w:r>
              <w:t>3</w:t>
            </w:r>
          </w:p>
        </w:tc>
        <w:tc>
          <w:tcPr>
            <w:tcW w:type="dxa" w:w="2160"/>
          </w:tcPr>
          <w:p>
            <w:r>
              <w:t>1</w:t>
            </w:r>
          </w:p>
        </w:tc>
        <w:tc>
          <w:tcPr>
            <w:tcW w:type="dxa" w:w="2160"/>
          </w:tcPr>
          <w:p>
            <w:r>
              <w:t>0.01667</w:t>
            </w:r>
          </w:p>
        </w:tc>
        <w:tc>
          <w:tcPr>
            <w:tcW w:type="dxa" w:w="2160"/>
          </w:tcPr>
          <w:p>
            <w:r>
              <w:t>1.7%</w:t>
            </w:r>
          </w:p>
        </w:tc>
      </w:tr>
      <w:tr>
        <w:tc>
          <w:tcPr>
            <w:tcW w:type="dxa" w:w="2160"/>
          </w:tcPr>
          <w:p>
            <w:r>
              <w:t>30</w:t>
            </w:r>
          </w:p>
        </w:tc>
        <w:tc>
          <w:tcPr>
            <w:tcW w:type="dxa" w:w="2160"/>
          </w:tcPr>
          <w:p>
            <w:r>
              <w:t>1</w:t>
            </w:r>
          </w:p>
        </w:tc>
        <w:tc>
          <w:tcPr>
            <w:tcW w:type="dxa" w:w="2160"/>
          </w:tcPr>
          <w:p>
            <w:r>
              <w:t>0.01667</w:t>
            </w:r>
          </w:p>
        </w:tc>
        <w:tc>
          <w:tcPr>
            <w:tcW w:type="dxa" w:w="2160"/>
          </w:tcPr>
          <w:p>
            <w:r>
              <w:t>1.7%</w:t>
            </w:r>
          </w:p>
        </w:tc>
      </w:tr>
      <w:tr>
        <w:tc>
          <w:tcPr>
            <w:tcW w:type="dxa" w:w="2160"/>
          </w:tcPr>
          <w:p>
            <w:r>
              <w:t>31</w:t>
            </w:r>
          </w:p>
        </w:tc>
        <w:tc>
          <w:tcPr>
            <w:tcW w:type="dxa" w:w="2160"/>
          </w:tcPr>
          <w:p>
            <w:r>
              <w:t>1</w:t>
            </w:r>
          </w:p>
        </w:tc>
        <w:tc>
          <w:tcPr>
            <w:tcW w:type="dxa" w:w="2160"/>
          </w:tcPr>
          <w:p>
            <w:r>
              <w:t>0.01667</w:t>
            </w:r>
          </w:p>
        </w:tc>
        <w:tc>
          <w:tcPr>
            <w:tcW w:type="dxa" w:w="2160"/>
          </w:tcPr>
          <w:p>
            <w:r>
              <w:t>1.7%</w:t>
            </w:r>
          </w:p>
        </w:tc>
      </w:tr>
      <w:tr>
        <w:tc>
          <w:tcPr>
            <w:tcW w:type="dxa" w:w="2160"/>
          </w:tcPr>
          <w:p>
            <w:r>
              <w:t>32</w:t>
            </w:r>
          </w:p>
        </w:tc>
        <w:tc>
          <w:tcPr>
            <w:tcW w:type="dxa" w:w="2160"/>
          </w:tcPr>
          <w:p>
            <w:r>
              <w:t>1</w:t>
            </w:r>
          </w:p>
        </w:tc>
        <w:tc>
          <w:tcPr>
            <w:tcW w:type="dxa" w:w="2160"/>
          </w:tcPr>
          <w:p>
            <w:r>
              <w:t>0.01667</w:t>
            </w:r>
          </w:p>
        </w:tc>
        <w:tc>
          <w:tcPr>
            <w:tcW w:type="dxa" w:w="2160"/>
          </w:tcPr>
          <w:p>
            <w:r>
              <w:t>1.7%</w:t>
            </w:r>
          </w:p>
        </w:tc>
      </w:tr>
      <w:tr>
        <w:tc>
          <w:tcPr>
            <w:tcW w:type="dxa" w:w="2160"/>
          </w:tcPr>
          <w:p>
            <w:r>
              <w:t>33</w:t>
            </w:r>
          </w:p>
        </w:tc>
        <w:tc>
          <w:tcPr>
            <w:tcW w:type="dxa" w:w="2160"/>
          </w:tcPr>
          <w:p>
            <w:r>
              <w:t>1</w:t>
            </w:r>
          </w:p>
        </w:tc>
        <w:tc>
          <w:tcPr>
            <w:tcW w:type="dxa" w:w="2160"/>
          </w:tcPr>
          <w:p>
            <w:r>
              <w:t>0.01667</w:t>
            </w:r>
          </w:p>
        </w:tc>
        <w:tc>
          <w:tcPr>
            <w:tcW w:type="dxa" w:w="2160"/>
          </w:tcPr>
          <w:p>
            <w:r>
              <w:t>1.7%</w:t>
            </w:r>
          </w:p>
        </w:tc>
      </w:tr>
      <w:tr>
        <w:tc>
          <w:tcPr>
            <w:tcW w:type="dxa" w:w="2160"/>
          </w:tcPr>
          <w:p>
            <w:r>
              <w:t>34</w:t>
            </w:r>
          </w:p>
        </w:tc>
        <w:tc>
          <w:tcPr>
            <w:tcW w:type="dxa" w:w="2160"/>
          </w:tcPr>
          <w:p>
            <w:r>
              <w:t>1</w:t>
            </w:r>
          </w:p>
        </w:tc>
        <w:tc>
          <w:tcPr>
            <w:tcW w:type="dxa" w:w="2160"/>
          </w:tcPr>
          <w:p>
            <w:r>
              <w:t>0.01667</w:t>
            </w:r>
          </w:p>
        </w:tc>
        <w:tc>
          <w:tcPr>
            <w:tcW w:type="dxa" w:w="2160"/>
          </w:tcPr>
          <w:p>
            <w:r>
              <w:t>1.7%</w:t>
            </w:r>
          </w:p>
        </w:tc>
      </w:tr>
      <w:tr>
        <w:tc>
          <w:tcPr>
            <w:tcW w:type="dxa" w:w="2160"/>
          </w:tcPr>
          <w:p>
            <w:r>
              <w:t>35</w:t>
            </w:r>
          </w:p>
        </w:tc>
        <w:tc>
          <w:tcPr>
            <w:tcW w:type="dxa" w:w="2160"/>
          </w:tcPr>
          <w:p>
            <w:r>
              <w:t>1</w:t>
            </w:r>
          </w:p>
        </w:tc>
        <w:tc>
          <w:tcPr>
            <w:tcW w:type="dxa" w:w="2160"/>
          </w:tcPr>
          <w:p>
            <w:r>
              <w:t>0.01667</w:t>
            </w:r>
          </w:p>
        </w:tc>
        <w:tc>
          <w:tcPr>
            <w:tcW w:type="dxa" w:w="2160"/>
          </w:tcPr>
          <w:p>
            <w:r>
              <w:t>1.7%</w:t>
            </w:r>
          </w:p>
        </w:tc>
      </w:tr>
      <w:tr>
        <w:tc>
          <w:tcPr>
            <w:tcW w:type="dxa" w:w="2160"/>
          </w:tcPr>
          <w:p>
            <w:r>
              <w:t>36</w:t>
            </w:r>
          </w:p>
        </w:tc>
        <w:tc>
          <w:tcPr>
            <w:tcW w:type="dxa" w:w="2160"/>
          </w:tcPr>
          <w:p>
            <w:r>
              <w:t>1</w:t>
            </w:r>
          </w:p>
        </w:tc>
        <w:tc>
          <w:tcPr>
            <w:tcW w:type="dxa" w:w="2160"/>
          </w:tcPr>
          <w:p>
            <w:r>
              <w:t>0.01667</w:t>
            </w:r>
          </w:p>
        </w:tc>
        <w:tc>
          <w:tcPr>
            <w:tcW w:type="dxa" w:w="2160"/>
          </w:tcPr>
          <w:p>
            <w:r>
              <w:t>1.7%</w:t>
            </w:r>
          </w:p>
        </w:tc>
      </w:tr>
      <w:tr>
        <w:tc>
          <w:tcPr>
            <w:tcW w:type="dxa" w:w="2160"/>
          </w:tcPr>
          <w:p>
            <w:r>
              <w:t>37</w:t>
            </w:r>
          </w:p>
        </w:tc>
        <w:tc>
          <w:tcPr>
            <w:tcW w:type="dxa" w:w="2160"/>
          </w:tcPr>
          <w:p>
            <w:r>
              <w:t>1</w:t>
            </w:r>
          </w:p>
        </w:tc>
        <w:tc>
          <w:tcPr>
            <w:tcW w:type="dxa" w:w="2160"/>
          </w:tcPr>
          <w:p>
            <w:r>
              <w:t>0.01667</w:t>
            </w:r>
          </w:p>
        </w:tc>
        <w:tc>
          <w:tcPr>
            <w:tcW w:type="dxa" w:w="2160"/>
          </w:tcPr>
          <w:p>
            <w:r>
              <w:t>1.7%</w:t>
            </w:r>
          </w:p>
        </w:tc>
      </w:tr>
      <w:tr>
        <w:tc>
          <w:tcPr>
            <w:tcW w:type="dxa" w:w="2160"/>
          </w:tcPr>
          <w:p>
            <w:r>
              <w:t>38</w:t>
            </w:r>
          </w:p>
        </w:tc>
        <w:tc>
          <w:tcPr>
            <w:tcW w:type="dxa" w:w="2160"/>
          </w:tcPr>
          <w:p>
            <w:r>
              <w:t>1</w:t>
            </w:r>
          </w:p>
        </w:tc>
        <w:tc>
          <w:tcPr>
            <w:tcW w:type="dxa" w:w="2160"/>
          </w:tcPr>
          <w:p>
            <w:r>
              <w:t>0.01667</w:t>
            </w:r>
          </w:p>
        </w:tc>
        <w:tc>
          <w:tcPr>
            <w:tcW w:type="dxa" w:w="2160"/>
          </w:tcPr>
          <w:p>
            <w:r>
              <w:t>1.7%</w:t>
            </w:r>
          </w:p>
        </w:tc>
      </w:tr>
      <w:tr>
        <w:tc>
          <w:tcPr>
            <w:tcW w:type="dxa" w:w="2160"/>
          </w:tcPr>
          <w:p>
            <w:r>
              <w:t>39</w:t>
            </w:r>
          </w:p>
        </w:tc>
        <w:tc>
          <w:tcPr>
            <w:tcW w:type="dxa" w:w="2160"/>
          </w:tcPr>
          <w:p>
            <w:r>
              <w:t>1</w:t>
            </w:r>
          </w:p>
        </w:tc>
        <w:tc>
          <w:tcPr>
            <w:tcW w:type="dxa" w:w="2160"/>
          </w:tcPr>
          <w:p>
            <w:r>
              <w:t>0.01667</w:t>
            </w:r>
          </w:p>
        </w:tc>
        <w:tc>
          <w:tcPr>
            <w:tcW w:type="dxa" w:w="2160"/>
          </w:tcPr>
          <w:p>
            <w:r>
              <w:t>1.7%</w:t>
            </w:r>
          </w:p>
        </w:tc>
      </w:tr>
      <w:tr>
        <w:tc>
          <w:tcPr>
            <w:tcW w:type="dxa" w:w="2160"/>
          </w:tcPr>
          <w:p>
            <w:r>
              <w:t>4</w:t>
            </w:r>
          </w:p>
        </w:tc>
        <w:tc>
          <w:tcPr>
            <w:tcW w:type="dxa" w:w="2160"/>
          </w:tcPr>
          <w:p>
            <w:r>
              <w:t>1</w:t>
            </w:r>
          </w:p>
        </w:tc>
        <w:tc>
          <w:tcPr>
            <w:tcW w:type="dxa" w:w="2160"/>
          </w:tcPr>
          <w:p>
            <w:r>
              <w:t>0.01667</w:t>
            </w:r>
          </w:p>
        </w:tc>
        <w:tc>
          <w:tcPr>
            <w:tcW w:type="dxa" w:w="2160"/>
          </w:tcPr>
          <w:p>
            <w:r>
              <w:t>1.7%</w:t>
            </w:r>
          </w:p>
        </w:tc>
      </w:tr>
      <w:tr>
        <w:tc>
          <w:tcPr>
            <w:tcW w:type="dxa" w:w="2160"/>
          </w:tcPr>
          <w:p>
            <w:r>
              <w:t>40</w:t>
            </w:r>
          </w:p>
        </w:tc>
        <w:tc>
          <w:tcPr>
            <w:tcW w:type="dxa" w:w="2160"/>
          </w:tcPr>
          <w:p>
            <w:r>
              <w:t>1</w:t>
            </w:r>
          </w:p>
        </w:tc>
        <w:tc>
          <w:tcPr>
            <w:tcW w:type="dxa" w:w="2160"/>
          </w:tcPr>
          <w:p>
            <w:r>
              <w:t>0.01667</w:t>
            </w:r>
          </w:p>
        </w:tc>
        <w:tc>
          <w:tcPr>
            <w:tcW w:type="dxa" w:w="2160"/>
          </w:tcPr>
          <w:p>
            <w:r>
              <w:t>1.7%</w:t>
            </w:r>
          </w:p>
        </w:tc>
      </w:tr>
      <w:tr>
        <w:tc>
          <w:tcPr>
            <w:tcW w:type="dxa" w:w="2160"/>
          </w:tcPr>
          <w:p>
            <w:r>
              <w:t>41</w:t>
            </w:r>
          </w:p>
        </w:tc>
        <w:tc>
          <w:tcPr>
            <w:tcW w:type="dxa" w:w="2160"/>
          </w:tcPr>
          <w:p>
            <w:r>
              <w:t>1</w:t>
            </w:r>
          </w:p>
        </w:tc>
        <w:tc>
          <w:tcPr>
            <w:tcW w:type="dxa" w:w="2160"/>
          </w:tcPr>
          <w:p>
            <w:r>
              <w:t>0.01667</w:t>
            </w:r>
          </w:p>
        </w:tc>
        <w:tc>
          <w:tcPr>
            <w:tcW w:type="dxa" w:w="2160"/>
          </w:tcPr>
          <w:p>
            <w:r>
              <w:t>1.7%</w:t>
            </w:r>
          </w:p>
        </w:tc>
      </w:tr>
      <w:tr>
        <w:tc>
          <w:tcPr>
            <w:tcW w:type="dxa" w:w="2160"/>
          </w:tcPr>
          <w:p>
            <w:r>
              <w:t>42</w:t>
            </w:r>
          </w:p>
        </w:tc>
        <w:tc>
          <w:tcPr>
            <w:tcW w:type="dxa" w:w="2160"/>
          </w:tcPr>
          <w:p>
            <w:r>
              <w:t>1</w:t>
            </w:r>
          </w:p>
        </w:tc>
        <w:tc>
          <w:tcPr>
            <w:tcW w:type="dxa" w:w="2160"/>
          </w:tcPr>
          <w:p>
            <w:r>
              <w:t>0.01667</w:t>
            </w:r>
          </w:p>
        </w:tc>
        <w:tc>
          <w:tcPr>
            <w:tcW w:type="dxa" w:w="2160"/>
          </w:tcPr>
          <w:p>
            <w:r>
              <w:t>1.7%</w:t>
            </w:r>
          </w:p>
        </w:tc>
      </w:tr>
      <w:tr>
        <w:tc>
          <w:tcPr>
            <w:tcW w:type="dxa" w:w="2160"/>
          </w:tcPr>
          <w:p>
            <w:r>
              <w:t>43</w:t>
            </w:r>
          </w:p>
        </w:tc>
        <w:tc>
          <w:tcPr>
            <w:tcW w:type="dxa" w:w="2160"/>
          </w:tcPr>
          <w:p>
            <w:r>
              <w:t>1</w:t>
            </w:r>
          </w:p>
        </w:tc>
        <w:tc>
          <w:tcPr>
            <w:tcW w:type="dxa" w:w="2160"/>
          </w:tcPr>
          <w:p>
            <w:r>
              <w:t>0.01667</w:t>
            </w:r>
          </w:p>
        </w:tc>
        <w:tc>
          <w:tcPr>
            <w:tcW w:type="dxa" w:w="2160"/>
          </w:tcPr>
          <w:p>
            <w:r>
              <w:t>1.7%</w:t>
            </w:r>
          </w:p>
        </w:tc>
      </w:tr>
      <w:tr>
        <w:tc>
          <w:tcPr>
            <w:tcW w:type="dxa" w:w="2160"/>
          </w:tcPr>
          <w:p>
            <w:r>
              <w:t>44</w:t>
            </w:r>
          </w:p>
        </w:tc>
        <w:tc>
          <w:tcPr>
            <w:tcW w:type="dxa" w:w="2160"/>
          </w:tcPr>
          <w:p>
            <w:r>
              <w:t>1</w:t>
            </w:r>
          </w:p>
        </w:tc>
        <w:tc>
          <w:tcPr>
            <w:tcW w:type="dxa" w:w="2160"/>
          </w:tcPr>
          <w:p>
            <w:r>
              <w:t>0.01667</w:t>
            </w:r>
          </w:p>
        </w:tc>
        <w:tc>
          <w:tcPr>
            <w:tcW w:type="dxa" w:w="2160"/>
          </w:tcPr>
          <w:p>
            <w:r>
              <w:t>1.7%</w:t>
            </w:r>
          </w:p>
        </w:tc>
      </w:tr>
      <w:tr>
        <w:tc>
          <w:tcPr>
            <w:tcW w:type="dxa" w:w="2160"/>
          </w:tcPr>
          <w:p>
            <w:r>
              <w:t>45</w:t>
            </w:r>
          </w:p>
        </w:tc>
        <w:tc>
          <w:tcPr>
            <w:tcW w:type="dxa" w:w="2160"/>
          </w:tcPr>
          <w:p>
            <w:r>
              <w:t>1</w:t>
            </w:r>
          </w:p>
        </w:tc>
        <w:tc>
          <w:tcPr>
            <w:tcW w:type="dxa" w:w="2160"/>
          </w:tcPr>
          <w:p>
            <w:r>
              <w:t>0.01667</w:t>
            </w:r>
          </w:p>
        </w:tc>
        <w:tc>
          <w:tcPr>
            <w:tcW w:type="dxa" w:w="2160"/>
          </w:tcPr>
          <w:p>
            <w:r>
              <w:t>1.7%</w:t>
            </w:r>
          </w:p>
        </w:tc>
      </w:tr>
      <w:tr>
        <w:tc>
          <w:tcPr>
            <w:tcW w:type="dxa" w:w="2160"/>
          </w:tcPr>
          <w:p>
            <w:r>
              <w:t>46</w:t>
            </w:r>
          </w:p>
        </w:tc>
        <w:tc>
          <w:tcPr>
            <w:tcW w:type="dxa" w:w="2160"/>
          </w:tcPr>
          <w:p>
            <w:r>
              <w:t>1</w:t>
            </w:r>
          </w:p>
        </w:tc>
        <w:tc>
          <w:tcPr>
            <w:tcW w:type="dxa" w:w="2160"/>
          </w:tcPr>
          <w:p>
            <w:r>
              <w:t>0.01667</w:t>
            </w:r>
          </w:p>
        </w:tc>
        <w:tc>
          <w:tcPr>
            <w:tcW w:type="dxa" w:w="2160"/>
          </w:tcPr>
          <w:p>
            <w:r>
              <w:t>1.7%</w:t>
            </w:r>
          </w:p>
        </w:tc>
      </w:tr>
      <w:tr>
        <w:tc>
          <w:tcPr>
            <w:tcW w:type="dxa" w:w="2160"/>
          </w:tcPr>
          <w:p>
            <w:r>
              <w:t>47</w:t>
            </w:r>
          </w:p>
        </w:tc>
        <w:tc>
          <w:tcPr>
            <w:tcW w:type="dxa" w:w="2160"/>
          </w:tcPr>
          <w:p>
            <w:r>
              <w:t>1</w:t>
            </w:r>
          </w:p>
        </w:tc>
        <w:tc>
          <w:tcPr>
            <w:tcW w:type="dxa" w:w="2160"/>
          </w:tcPr>
          <w:p>
            <w:r>
              <w:t>0.01667</w:t>
            </w:r>
          </w:p>
        </w:tc>
        <w:tc>
          <w:tcPr>
            <w:tcW w:type="dxa" w:w="2160"/>
          </w:tcPr>
          <w:p>
            <w:r>
              <w:t>1.7%</w:t>
            </w:r>
          </w:p>
        </w:tc>
      </w:tr>
      <w:tr>
        <w:tc>
          <w:tcPr>
            <w:tcW w:type="dxa" w:w="2160"/>
          </w:tcPr>
          <w:p>
            <w:r>
              <w:t>48</w:t>
            </w:r>
          </w:p>
        </w:tc>
        <w:tc>
          <w:tcPr>
            <w:tcW w:type="dxa" w:w="2160"/>
          </w:tcPr>
          <w:p>
            <w:r>
              <w:t>1</w:t>
            </w:r>
          </w:p>
        </w:tc>
        <w:tc>
          <w:tcPr>
            <w:tcW w:type="dxa" w:w="2160"/>
          </w:tcPr>
          <w:p>
            <w:r>
              <w:t>0.01667</w:t>
            </w:r>
          </w:p>
        </w:tc>
        <w:tc>
          <w:tcPr>
            <w:tcW w:type="dxa" w:w="2160"/>
          </w:tcPr>
          <w:p>
            <w:r>
              <w:t>1.7%</w:t>
            </w:r>
          </w:p>
        </w:tc>
      </w:tr>
      <w:tr>
        <w:tc>
          <w:tcPr>
            <w:tcW w:type="dxa" w:w="2160"/>
          </w:tcPr>
          <w:p>
            <w:r>
              <w:t>49</w:t>
            </w:r>
          </w:p>
        </w:tc>
        <w:tc>
          <w:tcPr>
            <w:tcW w:type="dxa" w:w="2160"/>
          </w:tcPr>
          <w:p>
            <w:r>
              <w:t>1</w:t>
            </w:r>
          </w:p>
        </w:tc>
        <w:tc>
          <w:tcPr>
            <w:tcW w:type="dxa" w:w="2160"/>
          </w:tcPr>
          <w:p>
            <w:r>
              <w:t>0.01667</w:t>
            </w:r>
          </w:p>
        </w:tc>
        <w:tc>
          <w:tcPr>
            <w:tcW w:type="dxa" w:w="2160"/>
          </w:tcPr>
          <w:p>
            <w:r>
              <w:t>1.7%</w:t>
            </w:r>
          </w:p>
        </w:tc>
      </w:tr>
      <w:tr>
        <w:tc>
          <w:tcPr>
            <w:tcW w:type="dxa" w:w="2160"/>
          </w:tcPr>
          <w:p>
            <w:r>
              <w:t>5</w:t>
            </w:r>
          </w:p>
        </w:tc>
        <w:tc>
          <w:tcPr>
            <w:tcW w:type="dxa" w:w="2160"/>
          </w:tcPr>
          <w:p>
            <w:r>
              <w:t>1</w:t>
            </w:r>
          </w:p>
        </w:tc>
        <w:tc>
          <w:tcPr>
            <w:tcW w:type="dxa" w:w="2160"/>
          </w:tcPr>
          <w:p>
            <w:r>
              <w:t>0.01667</w:t>
            </w:r>
          </w:p>
        </w:tc>
        <w:tc>
          <w:tcPr>
            <w:tcW w:type="dxa" w:w="2160"/>
          </w:tcPr>
          <w:p>
            <w:r>
              <w:t>1.7%</w:t>
            </w:r>
          </w:p>
        </w:tc>
      </w:tr>
      <w:tr>
        <w:tc>
          <w:tcPr>
            <w:tcW w:type="dxa" w:w="2160"/>
          </w:tcPr>
          <w:p>
            <w:r>
              <w:t>50</w:t>
            </w:r>
          </w:p>
        </w:tc>
        <w:tc>
          <w:tcPr>
            <w:tcW w:type="dxa" w:w="2160"/>
          </w:tcPr>
          <w:p>
            <w:r>
              <w:t>1</w:t>
            </w:r>
          </w:p>
        </w:tc>
        <w:tc>
          <w:tcPr>
            <w:tcW w:type="dxa" w:w="2160"/>
          </w:tcPr>
          <w:p>
            <w:r>
              <w:t>0.01667</w:t>
            </w:r>
          </w:p>
        </w:tc>
        <w:tc>
          <w:tcPr>
            <w:tcW w:type="dxa" w:w="2160"/>
          </w:tcPr>
          <w:p>
            <w:r>
              <w:t>1.7%</w:t>
            </w:r>
          </w:p>
        </w:tc>
      </w:tr>
      <w:tr>
        <w:tc>
          <w:tcPr>
            <w:tcW w:type="dxa" w:w="2160"/>
          </w:tcPr>
          <w:p>
            <w:r>
              <w:t>51</w:t>
            </w:r>
          </w:p>
        </w:tc>
        <w:tc>
          <w:tcPr>
            <w:tcW w:type="dxa" w:w="2160"/>
          </w:tcPr>
          <w:p>
            <w:r>
              <w:t>1</w:t>
            </w:r>
          </w:p>
        </w:tc>
        <w:tc>
          <w:tcPr>
            <w:tcW w:type="dxa" w:w="2160"/>
          </w:tcPr>
          <w:p>
            <w:r>
              <w:t>0.01667</w:t>
            </w:r>
          </w:p>
        </w:tc>
        <w:tc>
          <w:tcPr>
            <w:tcW w:type="dxa" w:w="2160"/>
          </w:tcPr>
          <w:p>
            <w:r>
              <w:t>1.7%</w:t>
            </w:r>
          </w:p>
        </w:tc>
      </w:tr>
      <w:tr>
        <w:tc>
          <w:tcPr>
            <w:tcW w:type="dxa" w:w="2160"/>
          </w:tcPr>
          <w:p>
            <w:r>
              <w:t>52</w:t>
            </w:r>
          </w:p>
        </w:tc>
        <w:tc>
          <w:tcPr>
            <w:tcW w:type="dxa" w:w="2160"/>
          </w:tcPr>
          <w:p>
            <w:r>
              <w:t>1</w:t>
            </w:r>
          </w:p>
        </w:tc>
        <w:tc>
          <w:tcPr>
            <w:tcW w:type="dxa" w:w="2160"/>
          </w:tcPr>
          <w:p>
            <w:r>
              <w:t>0.01667</w:t>
            </w:r>
          </w:p>
        </w:tc>
        <w:tc>
          <w:tcPr>
            <w:tcW w:type="dxa" w:w="2160"/>
          </w:tcPr>
          <w:p>
            <w:r>
              <w:t>1.7%</w:t>
            </w:r>
          </w:p>
        </w:tc>
      </w:tr>
      <w:tr>
        <w:tc>
          <w:tcPr>
            <w:tcW w:type="dxa" w:w="2160"/>
          </w:tcPr>
          <w:p>
            <w:r>
              <w:t>53</w:t>
            </w:r>
          </w:p>
        </w:tc>
        <w:tc>
          <w:tcPr>
            <w:tcW w:type="dxa" w:w="2160"/>
          </w:tcPr>
          <w:p>
            <w:r>
              <w:t>1</w:t>
            </w:r>
          </w:p>
        </w:tc>
        <w:tc>
          <w:tcPr>
            <w:tcW w:type="dxa" w:w="2160"/>
          </w:tcPr>
          <w:p>
            <w:r>
              <w:t>0.01667</w:t>
            </w:r>
          </w:p>
        </w:tc>
        <w:tc>
          <w:tcPr>
            <w:tcW w:type="dxa" w:w="2160"/>
          </w:tcPr>
          <w:p>
            <w:r>
              <w:t>1.7%</w:t>
            </w:r>
          </w:p>
        </w:tc>
      </w:tr>
      <w:tr>
        <w:tc>
          <w:tcPr>
            <w:tcW w:type="dxa" w:w="2160"/>
          </w:tcPr>
          <w:p>
            <w:r>
              <w:t>54</w:t>
            </w:r>
          </w:p>
        </w:tc>
        <w:tc>
          <w:tcPr>
            <w:tcW w:type="dxa" w:w="2160"/>
          </w:tcPr>
          <w:p>
            <w:r>
              <w:t>1</w:t>
            </w:r>
          </w:p>
        </w:tc>
        <w:tc>
          <w:tcPr>
            <w:tcW w:type="dxa" w:w="2160"/>
          </w:tcPr>
          <w:p>
            <w:r>
              <w:t>0.01667</w:t>
            </w:r>
          </w:p>
        </w:tc>
        <w:tc>
          <w:tcPr>
            <w:tcW w:type="dxa" w:w="2160"/>
          </w:tcPr>
          <w:p>
            <w:r>
              <w:t>1.7%</w:t>
            </w:r>
          </w:p>
        </w:tc>
      </w:tr>
      <w:tr>
        <w:tc>
          <w:tcPr>
            <w:tcW w:type="dxa" w:w="2160"/>
          </w:tcPr>
          <w:p>
            <w:r>
              <w:t>55</w:t>
            </w:r>
          </w:p>
        </w:tc>
        <w:tc>
          <w:tcPr>
            <w:tcW w:type="dxa" w:w="2160"/>
          </w:tcPr>
          <w:p>
            <w:r>
              <w:t>1</w:t>
            </w:r>
          </w:p>
        </w:tc>
        <w:tc>
          <w:tcPr>
            <w:tcW w:type="dxa" w:w="2160"/>
          </w:tcPr>
          <w:p>
            <w:r>
              <w:t>0.01667</w:t>
            </w:r>
          </w:p>
        </w:tc>
        <w:tc>
          <w:tcPr>
            <w:tcW w:type="dxa" w:w="2160"/>
          </w:tcPr>
          <w:p>
            <w:r>
              <w:t>1.7%</w:t>
            </w:r>
          </w:p>
        </w:tc>
      </w:tr>
      <w:tr>
        <w:tc>
          <w:tcPr>
            <w:tcW w:type="dxa" w:w="2160"/>
          </w:tcPr>
          <w:p>
            <w:r>
              <w:t>56</w:t>
            </w:r>
          </w:p>
        </w:tc>
        <w:tc>
          <w:tcPr>
            <w:tcW w:type="dxa" w:w="2160"/>
          </w:tcPr>
          <w:p>
            <w:r>
              <w:t>1</w:t>
            </w:r>
          </w:p>
        </w:tc>
        <w:tc>
          <w:tcPr>
            <w:tcW w:type="dxa" w:w="2160"/>
          </w:tcPr>
          <w:p>
            <w:r>
              <w:t>0.01667</w:t>
            </w:r>
          </w:p>
        </w:tc>
        <w:tc>
          <w:tcPr>
            <w:tcW w:type="dxa" w:w="2160"/>
          </w:tcPr>
          <w:p>
            <w:r>
              <w:t>1.7%</w:t>
            </w:r>
          </w:p>
        </w:tc>
      </w:tr>
      <w:tr>
        <w:tc>
          <w:tcPr>
            <w:tcW w:type="dxa" w:w="2160"/>
          </w:tcPr>
          <w:p>
            <w:r>
              <w:t>57</w:t>
            </w:r>
          </w:p>
        </w:tc>
        <w:tc>
          <w:tcPr>
            <w:tcW w:type="dxa" w:w="2160"/>
          </w:tcPr>
          <w:p>
            <w:r>
              <w:t>1</w:t>
            </w:r>
          </w:p>
        </w:tc>
        <w:tc>
          <w:tcPr>
            <w:tcW w:type="dxa" w:w="2160"/>
          </w:tcPr>
          <w:p>
            <w:r>
              <w:t>0.01667</w:t>
            </w:r>
          </w:p>
        </w:tc>
        <w:tc>
          <w:tcPr>
            <w:tcW w:type="dxa" w:w="2160"/>
          </w:tcPr>
          <w:p>
            <w:r>
              <w:t>1.7%</w:t>
            </w:r>
          </w:p>
        </w:tc>
      </w:tr>
      <w:tr>
        <w:tc>
          <w:tcPr>
            <w:tcW w:type="dxa" w:w="2160"/>
          </w:tcPr>
          <w:p>
            <w:r>
              <w:t>58</w:t>
            </w:r>
          </w:p>
        </w:tc>
        <w:tc>
          <w:tcPr>
            <w:tcW w:type="dxa" w:w="2160"/>
          </w:tcPr>
          <w:p>
            <w:r>
              <w:t>1</w:t>
            </w:r>
          </w:p>
        </w:tc>
        <w:tc>
          <w:tcPr>
            <w:tcW w:type="dxa" w:w="2160"/>
          </w:tcPr>
          <w:p>
            <w:r>
              <w:t>0.01667</w:t>
            </w:r>
          </w:p>
        </w:tc>
        <w:tc>
          <w:tcPr>
            <w:tcW w:type="dxa" w:w="2160"/>
          </w:tcPr>
          <w:p>
            <w:r>
              <w:t>1.7%</w:t>
            </w:r>
          </w:p>
        </w:tc>
      </w:tr>
      <w:tr>
        <w:tc>
          <w:tcPr>
            <w:tcW w:type="dxa" w:w="2160"/>
          </w:tcPr>
          <w:p>
            <w:r>
              <w:t>59</w:t>
            </w:r>
          </w:p>
        </w:tc>
        <w:tc>
          <w:tcPr>
            <w:tcW w:type="dxa" w:w="2160"/>
          </w:tcPr>
          <w:p>
            <w:r>
              <w:t>1</w:t>
            </w:r>
          </w:p>
        </w:tc>
        <w:tc>
          <w:tcPr>
            <w:tcW w:type="dxa" w:w="2160"/>
          </w:tcPr>
          <w:p>
            <w:r>
              <w:t>0.01667</w:t>
            </w:r>
          </w:p>
        </w:tc>
        <w:tc>
          <w:tcPr>
            <w:tcW w:type="dxa" w:w="2160"/>
          </w:tcPr>
          <w:p>
            <w:r>
              <w:t>1.7%</w:t>
            </w:r>
          </w:p>
        </w:tc>
      </w:tr>
      <w:tr>
        <w:tc>
          <w:tcPr>
            <w:tcW w:type="dxa" w:w="2160"/>
          </w:tcPr>
          <w:p>
            <w:r>
              <w:t>6</w:t>
            </w:r>
          </w:p>
        </w:tc>
        <w:tc>
          <w:tcPr>
            <w:tcW w:type="dxa" w:w="2160"/>
          </w:tcPr>
          <w:p>
            <w:r>
              <w:t>1</w:t>
            </w:r>
          </w:p>
        </w:tc>
        <w:tc>
          <w:tcPr>
            <w:tcW w:type="dxa" w:w="2160"/>
          </w:tcPr>
          <w:p>
            <w:r>
              <w:t>0.01667</w:t>
            </w:r>
          </w:p>
        </w:tc>
        <w:tc>
          <w:tcPr>
            <w:tcW w:type="dxa" w:w="2160"/>
          </w:tcPr>
          <w:p>
            <w:r>
              <w:t>1.7%</w:t>
            </w:r>
          </w:p>
        </w:tc>
      </w:tr>
      <w:tr>
        <w:tc>
          <w:tcPr>
            <w:tcW w:type="dxa" w:w="2160"/>
          </w:tcPr>
          <w:p>
            <w:r>
              <w:t>7</w:t>
            </w:r>
          </w:p>
        </w:tc>
        <w:tc>
          <w:tcPr>
            <w:tcW w:type="dxa" w:w="2160"/>
          </w:tcPr>
          <w:p>
            <w:r>
              <w:t>1</w:t>
            </w:r>
          </w:p>
        </w:tc>
        <w:tc>
          <w:tcPr>
            <w:tcW w:type="dxa" w:w="2160"/>
          </w:tcPr>
          <w:p>
            <w:r>
              <w:t>0.01667</w:t>
            </w:r>
          </w:p>
        </w:tc>
        <w:tc>
          <w:tcPr>
            <w:tcW w:type="dxa" w:w="2160"/>
          </w:tcPr>
          <w:p>
            <w:r>
              <w:t>1.7%</w:t>
            </w:r>
          </w:p>
        </w:tc>
      </w:tr>
      <w:tr>
        <w:tc>
          <w:tcPr>
            <w:tcW w:type="dxa" w:w="2160"/>
          </w:tcPr>
          <w:p>
            <w:r>
              <w:t>8</w:t>
            </w:r>
          </w:p>
        </w:tc>
        <w:tc>
          <w:tcPr>
            <w:tcW w:type="dxa" w:w="2160"/>
          </w:tcPr>
          <w:p>
            <w:r>
              <w:t>1</w:t>
            </w:r>
          </w:p>
        </w:tc>
        <w:tc>
          <w:tcPr>
            <w:tcW w:type="dxa" w:w="2160"/>
          </w:tcPr>
          <w:p>
            <w:r>
              <w:t>0.01667</w:t>
            </w:r>
          </w:p>
        </w:tc>
        <w:tc>
          <w:tcPr>
            <w:tcW w:type="dxa" w:w="2160"/>
          </w:tcPr>
          <w:p>
            <w:r>
              <w:t>1.7%</w:t>
            </w:r>
          </w:p>
        </w:tc>
      </w:tr>
      <w:tr>
        <w:tc>
          <w:tcPr>
            <w:tcW w:type="dxa" w:w="2160"/>
          </w:tcPr>
          <w:p>
            <w:r>
              <w:t>9</w:t>
            </w:r>
          </w:p>
        </w:tc>
        <w:tc>
          <w:tcPr>
            <w:tcW w:type="dxa" w:w="2160"/>
          </w:tcPr>
          <w:p>
            <w:r>
              <w:t>1</w:t>
            </w:r>
          </w:p>
        </w:tc>
        <w:tc>
          <w:tcPr>
            <w:tcW w:type="dxa" w:w="2160"/>
          </w:tcPr>
          <w:p>
            <w:r>
              <w:t>0.01667</w:t>
            </w:r>
          </w:p>
        </w:tc>
        <w:tc>
          <w:tcPr>
            <w:tcW w:type="dxa" w:w="2160"/>
          </w:tcPr>
          <w:p>
            <w:r>
              <w:t>1.7%</w:t>
            </w:r>
          </w:p>
        </w:tc>
      </w:tr>
    </w:tbl>
    <w:p/>
    <w:p>
      <w:pPr>
        <w:pStyle w:val="Heading2"/>
      </w:pPr>
      <w:r>
        <w:t>Figure 36. Find point clusters: Monitoring prisms [85]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30</w:t>
            </w:r>
          </w:p>
        </w:tc>
        <w:tc>
          <w:tcPr>
            <w:tcW w:type="dxa" w:w="2160"/>
          </w:tcPr>
          <w:p>
            <w:r>
              <w:t>0.5</w:t>
            </w:r>
          </w:p>
        </w:tc>
        <w:tc>
          <w:tcPr>
            <w:tcW w:type="dxa" w:w="2160"/>
          </w:tcPr>
          <w:p>
            <w:r>
              <w:t>50.0%</w:t>
            </w:r>
          </w:p>
        </w:tc>
      </w:tr>
      <w:tr>
        <w:tc>
          <w:tcPr>
            <w:tcW w:type="dxa" w:w="2160"/>
          </w:tcPr>
          <w:p>
            <w:r>
              <w:t>3</w:t>
            </w:r>
          </w:p>
        </w:tc>
        <w:tc>
          <w:tcPr>
            <w:tcW w:type="dxa" w:w="2160"/>
          </w:tcPr>
          <w:p>
            <w:r>
              <w:t>17</w:t>
            </w:r>
          </w:p>
        </w:tc>
        <w:tc>
          <w:tcPr>
            <w:tcW w:type="dxa" w:w="2160"/>
          </w:tcPr>
          <w:p>
            <w:r>
              <w:t>0.2833</w:t>
            </w:r>
          </w:p>
        </w:tc>
        <w:tc>
          <w:tcPr>
            <w:tcW w:type="dxa" w:w="2160"/>
          </w:tcPr>
          <w:p>
            <w:r>
              <w:t>28.3%</w:t>
            </w:r>
          </w:p>
        </w:tc>
      </w:tr>
      <w:tr>
        <w:tc>
          <w:tcPr>
            <w:tcW w:type="dxa" w:w="2160"/>
          </w:tcPr>
          <w:p>
            <w:r>
              <w:t>1</w:t>
            </w:r>
          </w:p>
        </w:tc>
        <w:tc>
          <w:tcPr>
            <w:tcW w:type="dxa" w:w="2160"/>
          </w:tcPr>
          <w:p>
            <w:r>
              <w:t>5</w:t>
            </w:r>
          </w:p>
        </w:tc>
        <w:tc>
          <w:tcPr>
            <w:tcW w:type="dxa" w:w="2160"/>
          </w:tcPr>
          <w:p>
            <w:r>
              <w:t>0.08333</w:t>
            </w:r>
          </w:p>
        </w:tc>
        <w:tc>
          <w:tcPr>
            <w:tcW w:type="dxa" w:w="2160"/>
          </w:tcPr>
          <w:p>
            <w:r>
              <w:t>8.3%</w:t>
            </w:r>
          </w:p>
        </w:tc>
      </w:tr>
      <w:tr>
        <w:tc>
          <w:tcPr>
            <w:tcW w:type="dxa" w:w="2160"/>
          </w:tcPr>
          <w:p>
            <w:r>
              <w:t>Noise</w:t>
            </w:r>
          </w:p>
        </w:tc>
        <w:tc>
          <w:tcPr>
            <w:tcW w:type="dxa" w:w="2160"/>
          </w:tcPr>
          <w:p>
            <w:r>
              <w:t>5</w:t>
            </w:r>
          </w:p>
        </w:tc>
        <w:tc>
          <w:tcPr>
            <w:tcW w:type="dxa" w:w="2160"/>
          </w:tcPr>
          <w:p>
            <w:r>
              <w:t>0.08333</w:t>
            </w:r>
          </w:p>
        </w:tc>
        <w:tc>
          <w:tcPr>
            <w:tcW w:type="dxa" w:w="2160"/>
          </w:tcPr>
          <w:p>
            <w:r>
              <w:t>8.3%</w:t>
            </w:r>
          </w:p>
        </w:tc>
      </w:tr>
      <w:tr>
        <w:tc>
          <w:tcPr>
            <w:tcW w:type="dxa" w:w="2160"/>
          </w:tcPr>
          <w:p>
            <w:r>
              <w:t>2</w:t>
            </w:r>
          </w:p>
        </w:tc>
        <w:tc>
          <w:tcPr>
            <w:tcW w:type="dxa" w:w="2160"/>
          </w:tcPr>
          <w:p>
            <w:r>
              <w:t>3</w:t>
            </w:r>
          </w:p>
        </w:tc>
        <w:tc>
          <w:tcPr>
            <w:tcW w:type="dxa" w:w="2160"/>
          </w:tcPr>
          <w:p>
            <w:r>
              <w:t>0.05</w:t>
            </w:r>
          </w:p>
        </w:tc>
        <w:tc>
          <w:tcPr>
            <w:tcW w:type="dxa" w:w="2160"/>
          </w:tcPr>
          <w:p>
            <w:r>
              <w:t>5.0%</w:t>
            </w:r>
          </w:p>
        </w:tc>
      </w:tr>
    </w:tbl>
    <w:p/>
    <w:p>
      <w:pPr>
        <w:pStyle w:val="Heading2"/>
      </w:pPr>
      <w:r>
        <w:t>Figure 37. Find point clusters: cluster hulls [86]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0.25</w:t>
            </w:r>
          </w:p>
        </w:tc>
        <w:tc>
          <w:tcPr>
            <w:tcW w:type="dxa" w:w="2160"/>
          </w:tcPr>
          <w:p>
            <w:r>
              <w:t>25.0%</w:t>
            </w:r>
          </w:p>
        </w:tc>
      </w:tr>
      <w:tr>
        <w:tc>
          <w:tcPr>
            <w:tcW w:type="dxa" w:w="2160"/>
          </w:tcPr>
          <w:p>
            <w:r>
              <w:t>1</w:t>
            </w:r>
          </w:p>
        </w:tc>
        <w:tc>
          <w:tcPr>
            <w:tcW w:type="dxa" w:w="2160"/>
          </w:tcPr>
          <w:p>
            <w:r>
              <w:t>1</w:t>
            </w:r>
          </w:p>
        </w:tc>
        <w:tc>
          <w:tcPr>
            <w:tcW w:type="dxa" w:w="2160"/>
          </w:tcPr>
          <w:p>
            <w:r>
              <w:t>0.25</w:t>
            </w:r>
          </w:p>
        </w:tc>
        <w:tc>
          <w:tcPr>
            <w:tcW w:type="dxa" w:w="2160"/>
          </w:tcPr>
          <w:p>
            <w:r>
              <w:t>25.0%</w:t>
            </w:r>
          </w:p>
        </w:tc>
      </w:tr>
      <w:tr>
        <w:tc>
          <w:tcPr>
            <w:tcW w:type="dxa" w:w="2160"/>
          </w:tcPr>
          <w:p>
            <w:r>
              <w:t>2</w:t>
            </w:r>
          </w:p>
        </w:tc>
        <w:tc>
          <w:tcPr>
            <w:tcW w:type="dxa" w:w="2160"/>
          </w:tcPr>
          <w:p>
            <w:r>
              <w:t>1</w:t>
            </w:r>
          </w:p>
        </w:tc>
        <w:tc>
          <w:tcPr>
            <w:tcW w:type="dxa" w:w="2160"/>
          </w:tcPr>
          <w:p>
            <w:r>
              <w:t>0.25</w:t>
            </w:r>
          </w:p>
        </w:tc>
        <w:tc>
          <w:tcPr>
            <w:tcW w:type="dxa" w:w="2160"/>
          </w:tcPr>
          <w:p>
            <w:r>
              <w:t>25.0%</w:t>
            </w:r>
          </w:p>
        </w:tc>
      </w:tr>
      <w:tr>
        <w:tc>
          <w:tcPr>
            <w:tcW w:type="dxa" w:w="2160"/>
          </w:tcPr>
          <w:p>
            <w:r>
              <w:t>3</w:t>
            </w:r>
          </w:p>
        </w:tc>
        <w:tc>
          <w:tcPr>
            <w:tcW w:type="dxa" w:w="2160"/>
          </w:tcPr>
          <w:p>
            <w:r>
              <w:t>1</w:t>
            </w:r>
          </w:p>
        </w:tc>
        <w:tc>
          <w:tcPr>
            <w:tcW w:type="dxa" w:w="2160"/>
          </w:tcPr>
          <w:p>
            <w:r>
              <w:t>0.25</w:t>
            </w:r>
          </w:p>
        </w:tc>
        <w:tc>
          <w:tcPr>
            <w:tcW w:type="dxa" w:w="2160"/>
          </w:tcPr>
          <w:p>
            <w:r>
              <w:t>25.0%</w:t>
            </w:r>
          </w:p>
        </w:tc>
      </w:tr>
    </w:tbl>
    <w:p/>
    <w:p>
      <w:pPr>
        <w:pStyle w:val="Heading2"/>
      </w:pPr>
      <w:r>
        <w:t>Figure 38. Calculate density: Drill holes [87]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w:t>
            </w:r>
          </w:p>
        </w:tc>
        <w:tc>
          <w:tcPr>
            <w:tcW w:type="dxa" w:w="2880"/>
          </w:tcPr>
          <w:p>
            <w:r>
              <w:t>20</w:t>
            </w:r>
          </w:p>
        </w:tc>
      </w:tr>
      <w:tr>
        <w:tc>
          <w:tcPr>
            <w:tcW w:type="dxa" w:w="2880"/>
          </w:tcPr>
          <w:p>
            <w:r>
              <w:t>3</w:t>
            </w:r>
          </w:p>
        </w:tc>
        <w:tc>
          <w:tcPr>
            <w:tcW w:type="dxa" w:w="2880"/>
          </w:tcPr>
          <w:p>
            <w:r>
              <w:t>6</w:t>
            </w:r>
          </w:p>
        </w:tc>
        <w:tc>
          <w:tcPr>
            <w:tcW w:type="dxa" w:w="2880"/>
          </w:tcPr>
          <w:p>
            <w:r>
              <w:t>38</w:t>
            </w:r>
          </w:p>
        </w:tc>
      </w:tr>
      <w:tr>
        <w:tc>
          <w:tcPr>
            <w:tcW w:type="dxa" w:w="2880"/>
          </w:tcPr>
          <w:p>
            <w:r>
              <w:t>6</w:t>
            </w:r>
          </w:p>
        </w:tc>
        <w:tc>
          <w:tcPr>
            <w:tcW w:type="dxa" w:w="2880"/>
          </w:tcPr>
          <w:p>
            <w:r>
              <w:t>9</w:t>
            </w:r>
          </w:p>
        </w:tc>
        <w:tc>
          <w:tcPr>
            <w:tcW w:type="dxa" w:w="2880"/>
          </w:tcPr>
          <w:p>
            <w:r>
              <w:t>44</w:t>
            </w:r>
          </w:p>
        </w:tc>
      </w:tr>
      <w:tr>
        <w:tc>
          <w:tcPr>
            <w:tcW w:type="dxa" w:w="2880"/>
          </w:tcPr>
          <w:p>
            <w:r>
              <w:t>9</w:t>
            </w:r>
          </w:p>
        </w:tc>
        <w:tc>
          <w:tcPr>
            <w:tcW w:type="dxa" w:w="2880"/>
          </w:tcPr>
          <w:p>
            <w:r>
              <w:t>12</w:t>
            </w:r>
          </w:p>
        </w:tc>
        <w:tc>
          <w:tcPr>
            <w:tcW w:type="dxa" w:w="2880"/>
          </w:tcPr>
          <w:p>
            <w:r>
              <w:t>43</w:t>
            </w:r>
          </w:p>
        </w:tc>
      </w:tr>
      <w:tr>
        <w:tc>
          <w:tcPr>
            <w:tcW w:type="dxa" w:w="2880"/>
          </w:tcPr>
          <w:p>
            <w:r>
              <w:t>12</w:t>
            </w:r>
          </w:p>
        </w:tc>
        <w:tc>
          <w:tcPr>
            <w:tcW w:type="dxa" w:w="2880"/>
          </w:tcPr>
          <w:p>
            <w:r>
              <w:t>15</w:t>
            </w:r>
          </w:p>
        </w:tc>
        <w:tc>
          <w:tcPr>
            <w:tcW w:type="dxa" w:w="2880"/>
          </w:tcPr>
          <w:p>
            <w:r>
              <w:t>40</w:t>
            </w:r>
          </w:p>
        </w:tc>
      </w:tr>
      <w:tr>
        <w:tc>
          <w:tcPr>
            <w:tcW w:type="dxa" w:w="2880"/>
          </w:tcPr>
          <w:p>
            <w:r>
              <w:t>15</w:t>
            </w:r>
          </w:p>
        </w:tc>
        <w:tc>
          <w:tcPr>
            <w:tcW w:type="dxa" w:w="2880"/>
          </w:tcPr>
          <w:p>
            <w:r>
              <w:t>18</w:t>
            </w:r>
          </w:p>
        </w:tc>
        <w:tc>
          <w:tcPr>
            <w:tcW w:type="dxa" w:w="2880"/>
          </w:tcPr>
          <w:p>
            <w:r>
              <w:t>28</w:t>
            </w:r>
          </w:p>
        </w:tc>
      </w:tr>
      <w:tr>
        <w:tc>
          <w:tcPr>
            <w:tcW w:type="dxa" w:w="2880"/>
          </w:tcPr>
          <w:p>
            <w:r>
              <w:t>18</w:t>
            </w:r>
          </w:p>
        </w:tc>
        <w:tc>
          <w:tcPr>
            <w:tcW w:type="dxa" w:w="2880"/>
          </w:tcPr>
          <w:p>
            <w:r>
              <w:t>21</w:t>
            </w:r>
          </w:p>
        </w:tc>
        <w:tc>
          <w:tcPr>
            <w:tcW w:type="dxa" w:w="2880"/>
          </w:tcPr>
          <w:p>
            <w:r>
              <w:t>20</w:t>
            </w:r>
          </w:p>
        </w:tc>
      </w:tr>
      <w:tr>
        <w:tc>
          <w:tcPr>
            <w:tcW w:type="dxa" w:w="2880"/>
          </w:tcPr>
          <w:p>
            <w:r>
              <w:t>21</w:t>
            </w:r>
          </w:p>
        </w:tc>
        <w:tc>
          <w:tcPr>
            <w:tcW w:type="dxa" w:w="2880"/>
          </w:tcPr>
          <w:p>
            <w:r>
              <w:t>24</w:t>
            </w:r>
          </w:p>
        </w:tc>
        <w:tc>
          <w:tcPr>
            <w:tcW w:type="dxa" w:w="2880"/>
          </w:tcPr>
          <w:p>
            <w:r>
              <w:t>31</w:t>
            </w:r>
          </w:p>
        </w:tc>
      </w:tr>
      <w:tr>
        <w:tc>
          <w:tcPr>
            <w:tcW w:type="dxa" w:w="2880"/>
          </w:tcPr>
          <w:p>
            <w:r>
              <w:t>24</w:t>
            </w:r>
          </w:p>
        </w:tc>
        <w:tc>
          <w:tcPr>
            <w:tcW w:type="dxa" w:w="2880"/>
          </w:tcPr>
          <w:p>
            <w:r>
              <w:t>27</w:t>
            </w:r>
          </w:p>
        </w:tc>
        <w:tc>
          <w:tcPr>
            <w:tcW w:type="dxa" w:w="2880"/>
          </w:tcPr>
          <w:p>
            <w:r>
              <w:t>34</w:t>
            </w:r>
          </w:p>
        </w:tc>
      </w:tr>
      <w:tr>
        <w:tc>
          <w:tcPr>
            <w:tcW w:type="dxa" w:w="2880"/>
          </w:tcPr>
          <w:p>
            <w:r>
              <w:t>27</w:t>
            </w:r>
          </w:p>
        </w:tc>
        <w:tc>
          <w:tcPr>
            <w:tcW w:type="dxa" w:w="2880"/>
          </w:tcPr>
          <w:p>
            <w:r>
              <w:t>30</w:t>
            </w:r>
          </w:p>
        </w:tc>
        <w:tc>
          <w:tcPr>
            <w:tcW w:type="dxa" w:w="2880"/>
          </w:tcPr>
          <w:p>
            <w:r>
              <w:t>30</w:t>
            </w:r>
          </w:p>
        </w:tc>
      </w:tr>
    </w:tbl>
    <w:p/>
    <w:p>
      <w:pPr>
        <w:pStyle w:val="Heading2"/>
      </w:pPr>
      <w:r>
        <w:t>Figure 39. Calculate density: Prism readings [88]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3.818</w:t>
            </w:r>
          </w:p>
        </w:tc>
        <w:tc>
          <w:tcPr>
            <w:tcW w:type="dxa" w:w="2880"/>
          </w:tcPr>
          <w:p>
            <w:r>
              <w:t>26</w:t>
            </w:r>
          </w:p>
        </w:tc>
      </w:tr>
      <w:tr>
        <w:tc>
          <w:tcPr>
            <w:tcW w:type="dxa" w:w="2880"/>
          </w:tcPr>
          <w:p>
            <w:r>
              <w:t>3.818</w:t>
            </w:r>
          </w:p>
        </w:tc>
        <w:tc>
          <w:tcPr>
            <w:tcW w:type="dxa" w:w="2880"/>
          </w:tcPr>
          <w:p>
            <w:r>
              <w:t>7.636</w:t>
            </w:r>
          </w:p>
        </w:tc>
        <w:tc>
          <w:tcPr>
            <w:tcW w:type="dxa" w:w="2880"/>
          </w:tcPr>
          <w:p>
            <w:r>
              <w:t>65</w:t>
            </w:r>
          </w:p>
        </w:tc>
      </w:tr>
      <w:tr>
        <w:tc>
          <w:tcPr>
            <w:tcW w:type="dxa" w:w="2880"/>
          </w:tcPr>
          <w:p>
            <w:r>
              <w:t>7.636</w:t>
            </w:r>
          </w:p>
        </w:tc>
        <w:tc>
          <w:tcPr>
            <w:tcW w:type="dxa" w:w="2880"/>
          </w:tcPr>
          <w:p>
            <w:r>
              <w:t>11.45</w:t>
            </w:r>
          </w:p>
        </w:tc>
        <w:tc>
          <w:tcPr>
            <w:tcW w:type="dxa" w:w="2880"/>
          </w:tcPr>
          <w:p>
            <w:r>
              <w:t>62</w:t>
            </w:r>
          </w:p>
        </w:tc>
      </w:tr>
      <w:tr>
        <w:tc>
          <w:tcPr>
            <w:tcW w:type="dxa" w:w="2880"/>
          </w:tcPr>
          <w:p>
            <w:r>
              <w:t>11.45</w:t>
            </w:r>
          </w:p>
        </w:tc>
        <w:tc>
          <w:tcPr>
            <w:tcW w:type="dxa" w:w="2880"/>
          </w:tcPr>
          <w:p>
            <w:r>
              <w:t>15.27</w:t>
            </w:r>
          </w:p>
        </w:tc>
        <w:tc>
          <w:tcPr>
            <w:tcW w:type="dxa" w:w="2880"/>
          </w:tcPr>
          <w:p>
            <w:r>
              <w:t>44</w:t>
            </w:r>
          </w:p>
        </w:tc>
      </w:tr>
      <w:tr>
        <w:tc>
          <w:tcPr>
            <w:tcW w:type="dxa" w:w="2880"/>
          </w:tcPr>
          <w:p>
            <w:r>
              <w:t>15.27</w:t>
            </w:r>
          </w:p>
        </w:tc>
        <w:tc>
          <w:tcPr>
            <w:tcW w:type="dxa" w:w="2880"/>
          </w:tcPr>
          <w:p>
            <w:r>
              <w:t>19.09</w:t>
            </w:r>
          </w:p>
        </w:tc>
        <w:tc>
          <w:tcPr>
            <w:tcW w:type="dxa" w:w="2880"/>
          </w:tcPr>
          <w:p>
            <w:r>
              <w:t>47</w:t>
            </w:r>
          </w:p>
        </w:tc>
      </w:tr>
      <w:tr>
        <w:tc>
          <w:tcPr>
            <w:tcW w:type="dxa" w:w="2880"/>
          </w:tcPr>
          <w:p>
            <w:r>
              <w:t>19.09</w:t>
            </w:r>
          </w:p>
        </w:tc>
        <w:tc>
          <w:tcPr>
            <w:tcW w:type="dxa" w:w="2880"/>
          </w:tcPr>
          <w:p>
            <w:r>
              <w:t>22.91</w:t>
            </w:r>
          </w:p>
        </w:tc>
        <w:tc>
          <w:tcPr>
            <w:tcW w:type="dxa" w:w="2880"/>
          </w:tcPr>
          <w:p>
            <w:r>
              <w:t>42</w:t>
            </w:r>
          </w:p>
        </w:tc>
      </w:tr>
      <w:tr>
        <w:tc>
          <w:tcPr>
            <w:tcW w:type="dxa" w:w="2880"/>
          </w:tcPr>
          <w:p>
            <w:r>
              <w:t>22.91</w:t>
            </w:r>
          </w:p>
        </w:tc>
        <w:tc>
          <w:tcPr>
            <w:tcW w:type="dxa" w:w="2880"/>
          </w:tcPr>
          <w:p>
            <w:r>
              <w:t>26.73</w:t>
            </w:r>
          </w:p>
        </w:tc>
        <w:tc>
          <w:tcPr>
            <w:tcW w:type="dxa" w:w="2880"/>
          </w:tcPr>
          <w:p>
            <w:r>
              <w:t>49</w:t>
            </w:r>
          </w:p>
        </w:tc>
      </w:tr>
      <w:tr>
        <w:tc>
          <w:tcPr>
            <w:tcW w:type="dxa" w:w="2880"/>
          </w:tcPr>
          <w:p>
            <w:r>
              <w:t>26.73</w:t>
            </w:r>
          </w:p>
        </w:tc>
        <w:tc>
          <w:tcPr>
            <w:tcW w:type="dxa" w:w="2880"/>
          </w:tcPr>
          <w:p>
            <w:r>
              <w:t>30.55</w:t>
            </w:r>
          </w:p>
        </w:tc>
        <w:tc>
          <w:tcPr>
            <w:tcW w:type="dxa" w:w="2880"/>
          </w:tcPr>
          <w:p>
            <w:r>
              <w:t>45</w:t>
            </w:r>
          </w:p>
        </w:tc>
      </w:tr>
      <w:tr>
        <w:tc>
          <w:tcPr>
            <w:tcW w:type="dxa" w:w="2880"/>
          </w:tcPr>
          <w:p>
            <w:r>
              <w:t>30.55</w:t>
            </w:r>
          </w:p>
        </w:tc>
        <w:tc>
          <w:tcPr>
            <w:tcW w:type="dxa" w:w="2880"/>
          </w:tcPr>
          <w:p>
            <w:r>
              <w:t>34.36</w:t>
            </w:r>
          </w:p>
        </w:tc>
        <w:tc>
          <w:tcPr>
            <w:tcW w:type="dxa" w:w="2880"/>
          </w:tcPr>
          <w:p>
            <w:r>
              <w:t>78</w:t>
            </w:r>
          </w:p>
        </w:tc>
      </w:tr>
      <w:tr>
        <w:tc>
          <w:tcPr>
            <w:tcW w:type="dxa" w:w="2880"/>
          </w:tcPr>
          <w:p>
            <w:r>
              <w:t>34.36</w:t>
            </w:r>
          </w:p>
        </w:tc>
        <w:tc>
          <w:tcPr>
            <w:tcW w:type="dxa" w:w="2880"/>
          </w:tcPr>
          <w:p>
            <w:r>
              <w:t>38.18</w:t>
            </w:r>
          </w:p>
        </w:tc>
        <w:tc>
          <w:tcPr>
            <w:tcW w:type="dxa" w:w="2880"/>
          </w:tcPr>
          <w:p>
            <w:r>
              <w:t>65</w:t>
            </w:r>
          </w:p>
        </w:tc>
      </w:tr>
      <w:tr>
        <w:tc>
          <w:tcPr>
            <w:tcW w:type="dxa" w:w="2880"/>
          </w:tcPr>
          <w:p>
            <w:r>
              <w:t>38.18</w:t>
            </w:r>
          </w:p>
        </w:tc>
        <w:tc>
          <w:tcPr>
            <w:tcW w:type="dxa" w:w="2880"/>
          </w:tcPr>
          <w:p>
            <w:r>
              <w:t>42</w:t>
            </w:r>
          </w:p>
        </w:tc>
        <w:tc>
          <w:tcPr>
            <w:tcW w:type="dxa" w:w="2880"/>
          </w:tcPr>
          <w:p>
            <w:r>
              <w:t>22</w:t>
            </w:r>
          </w:p>
        </w:tc>
      </w:tr>
    </w:tbl>
    <w:p/>
    <w:p>
      <w:pPr>
        <w:pStyle w:val="Heading2"/>
      </w:pPr>
      <w:r>
        <w:t>Figure 40. Calculate density: Monitoring prisms [89]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1.556</w:t>
            </w:r>
          </w:p>
        </w:tc>
        <w:tc>
          <w:tcPr>
            <w:tcW w:type="dxa" w:w="2880"/>
          </w:tcPr>
          <w:p>
            <w:r>
              <w:t>10</w:t>
            </w:r>
          </w:p>
        </w:tc>
      </w:tr>
      <w:tr>
        <w:tc>
          <w:tcPr>
            <w:tcW w:type="dxa" w:w="2880"/>
          </w:tcPr>
          <w:p>
            <w:r>
              <w:t>1.556</w:t>
            </w:r>
          </w:p>
        </w:tc>
        <w:tc>
          <w:tcPr>
            <w:tcW w:type="dxa" w:w="2880"/>
          </w:tcPr>
          <w:p>
            <w:r>
              <w:t>3.111</w:t>
            </w:r>
          </w:p>
        </w:tc>
        <w:tc>
          <w:tcPr>
            <w:tcW w:type="dxa" w:w="2880"/>
          </w:tcPr>
          <w:p>
            <w:r>
              <w:t>19</w:t>
            </w:r>
          </w:p>
        </w:tc>
      </w:tr>
      <w:tr>
        <w:tc>
          <w:tcPr>
            <w:tcW w:type="dxa" w:w="2880"/>
          </w:tcPr>
          <w:p>
            <w:r>
              <w:t>3.111</w:t>
            </w:r>
          </w:p>
        </w:tc>
        <w:tc>
          <w:tcPr>
            <w:tcW w:type="dxa" w:w="2880"/>
          </w:tcPr>
          <w:p>
            <w:r>
              <w:t>4.667</w:t>
            </w:r>
          </w:p>
        </w:tc>
        <w:tc>
          <w:tcPr>
            <w:tcW w:type="dxa" w:w="2880"/>
          </w:tcPr>
          <w:p>
            <w:r>
              <w:t>10</w:t>
            </w:r>
          </w:p>
        </w:tc>
      </w:tr>
      <w:tr>
        <w:tc>
          <w:tcPr>
            <w:tcW w:type="dxa" w:w="2880"/>
          </w:tcPr>
          <w:p>
            <w:r>
              <w:t>4.667</w:t>
            </w:r>
          </w:p>
        </w:tc>
        <w:tc>
          <w:tcPr>
            <w:tcW w:type="dxa" w:w="2880"/>
          </w:tcPr>
          <w:p>
            <w:r>
              <w:t>6.222</w:t>
            </w:r>
          </w:p>
        </w:tc>
        <w:tc>
          <w:tcPr>
            <w:tcW w:type="dxa" w:w="2880"/>
          </w:tcPr>
          <w:p>
            <w:r>
              <w:t>23</w:t>
            </w:r>
          </w:p>
        </w:tc>
      </w:tr>
      <w:tr>
        <w:tc>
          <w:tcPr>
            <w:tcW w:type="dxa" w:w="2880"/>
          </w:tcPr>
          <w:p>
            <w:r>
              <w:t>6.222</w:t>
            </w:r>
          </w:p>
        </w:tc>
        <w:tc>
          <w:tcPr>
            <w:tcW w:type="dxa" w:w="2880"/>
          </w:tcPr>
          <w:p>
            <w:r>
              <w:t>7.778</w:t>
            </w:r>
          </w:p>
        </w:tc>
        <w:tc>
          <w:tcPr>
            <w:tcW w:type="dxa" w:w="2880"/>
          </w:tcPr>
          <w:p>
            <w:r>
              <w:t>12</w:t>
            </w:r>
          </w:p>
        </w:tc>
      </w:tr>
      <w:tr>
        <w:tc>
          <w:tcPr>
            <w:tcW w:type="dxa" w:w="2880"/>
          </w:tcPr>
          <w:p>
            <w:r>
              <w:t>7.778</w:t>
            </w:r>
          </w:p>
        </w:tc>
        <w:tc>
          <w:tcPr>
            <w:tcW w:type="dxa" w:w="2880"/>
          </w:tcPr>
          <w:p>
            <w:r>
              <w:t>9.333</w:t>
            </w:r>
          </w:p>
        </w:tc>
        <w:tc>
          <w:tcPr>
            <w:tcW w:type="dxa" w:w="2880"/>
          </w:tcPr>
          <w:p>
            <w:r>
              <w:t>22</w:t>
            </w:r>
          </w:p>
        </w:tc>
      </w:tr>
      <w:tr>
        <w:tc>
          <w:tcPr>
            <w:tcW w:type="dxa" w:w="2880"/>
          </w:tcPr>
          <w:p>
            <w:r>
              <w:t>9.333</w:t>
            </w:r>
          </w:p>
        </w:tc>
        <w:tc>
          <w:tcPr>
            <w:tcW w:type="dxa" w:w="2880"/>
          </w:tcPr>
          <w:p>
            <w:r>
              <w:t>10.89</w:t>
            </w:r>
          </w:p>
        </w:tc>
        <w:tc>
          <w:tcPr>
            <w:tcW w:type="dxa" w:w="2880"/>
          </w:tcPr>
          <w:p>
            <w:r>
              <w:t>11</w:t>
            </w:r>
          </w:p>
        </w:tc>
      </w:tr>
      <w:tr>
        <w:tc>
          <w:tcPr>
            <w:tcW w:type="dxa" w:w="2880"/>
          </w:tcPr>
          <w:p>
            <w:r>
              <w:t>10.89</w:t>
            </w:r>
          </w:p>
        </w:tc>
        <w:tc>
          <w:tcPr>
            <w:tcW w:type="dxa" w:w="2880"/>
          </w:tcPr>
          <w:p>
            <w:r>
              <w:t>12.44</w:t>
            </w:r>
          </w:p>
        </w:tc>
        <w:tc>
          <w:tcPr>
            <w:tcW w:type="dxa" w:w="2880"/>
          </w:tcPr>
          <w:p>
            <w:r>
              <w:t>19</w:t>
            </w:r>
          </w:p>
        </w:tc>
      </w:tr>
      <w:tr>
        <w:tc>
          <w:tcPr>
            <w:tcW w:type="dxa" w:w="2880"/>
          </w:tcPr>
          <w:p>
            <w:r>
              <w:t>12.44</w:t>
            </w:r>
          </w:p>
        </w:tc>
        <w:tc>
          <w:tcPr>
            <w:tcW w:type="dxa" w:w="2880"/>
          </w:tcPr>
          <w:p>
            <w:r>
              <w:t>14</w:t>
            </w:r>
          </w:p>
        </w:tc>
        <w:tc>
          <w:tcPr>
            <w:tcW w:type="dxa" w:w="2880"/>
          </w:tcPr>
          <w:p>
            <w:r>
              <w:t>8</w:t>
            </w:r>
          </w:p>
        </w:tc>
      </w:tr>
    </w:tbl>
    <w:p/>
    <w:p>
      <w:pPr>
        <w:pStyle w:val="Heading2"/>
      </w:pPr>
      <w:r>
        <w:t>Figure 41. Hot spot analysis: Monitoring prisms [90]</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4</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2</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1</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4</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3</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1</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bl>
    <w:p/>
    <w:p>
      <w:pPr>
        <w:pStyle w:val="Heading2"/>
      </w:pPr>
      <w:r>
        <w:t>Figure 42. Find point clusters: Prism readings over time [91]</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2026-05-04</w:t>
            </w:r>
          </w:p>
        </w:tc>
        <w:tc>
          <w:tcPr>
            <w:tcW w:type="dxa" w:w="4320"/>
          </w:tcPr>
          <w:p>
            <w:r>
              <w:t>60</w:t>
            </w:r>
          </w:p>
        </w:tc>
      </w:tr>
      <w:tr>
        <w:tc>
          <w:tcPr>
            <w:tcW w:type="dxa" w:w="4320"/>
          </w:tcPr>
          <w:p>
            <w:r>
              <w:t>2026-05-11</w:t>
            </w:r>
          </w:p>
        </w:tc>
        <w:tc>
          <w:tcPr>
            <w:tcW w:type="dxa" w:w="4320"/>
          </w:tcPr>
          <w:p>
            <w:r>
              <w:t>60</w:t>
            </w:r>
          </w:p>
        </w:tc>
      </w:tr>
      <w:tr>
        <w:tc>
          <w:tcPr>
            <w:tcW w:type="dxa" w:w="4320"/>
          </w:tcPr>
          <w:p>
            <w:r>
              <w:t>2026-05-18</w:t>
            </w:r>
          </w:p>
        </w:tc>
        <w:tc>
          <w:tcPr>
            <w:tcW w:type="dxa" w:w="4320"/>
          </w:tcPr>
          <w:p>
            <w:r>
              <w:t>60</w:t>
            </w:r>
          </w:p>
        </w:tc>
      </w:tr>
      <w:tr>
        <w:tc>
          <w:tcPr>
            <w:tcW w:type="dxa" w:w="4320"/>
          </w:tcPr>
          <w:p>
            <w:r>
              <w:t>2026-05-25</w:t>
            </w:r>
          </w:p>
        </w:tc>
        <w:tc>
          <w:tcPr>
            <w:tcW w:type="dxa" w:w="4320"/>
          </w:tcPr>
          <w:p>
            <w:r>
              <w:t>60</w:t>
            </w:r>
          </w:p>
        </w:tc>
      </w:tr>
      <w:tr>
        <w:tc>
          <w:tcPr>
            <w:tcW w:type="dxa" w:w="4320"/>
          </w:tcPr>
          <w:p>
            <w:r>
              <w:t>2026-06-01</w:t>
            </w:r>
          </w:p>
        </w:tc>
        <w:tc>
          <w:tcPr>
            <w:tcW w:type="dxa" w:w="4320"/>
          </w:tcPr>
          <w:p>
            <w:r>
              <w:t>60</w:t>
            </w:r>
          </w:p>
        </w:tc>
      </w:tr>
      <w:tr>
        <w:tc>
          <w:tcPr>
            <w:tcW w:type="dxa" w:w="4320"/>
          </w:tcPr>
          <w:p>
            <w:r>
              <w:t>2026-06-08</w:t>
            </w:r>
          </w:p>
        </w:tc>
        <w:tc>
          <w:tcPr>
            <w:tcW w:type="dxa" w:w="4320"/>
          </w:tcPr>
          <w:p>
            <w:r>
              <w:t>60</w:t>
            </w:r>
          </w:p>
        </w:tc>
      </w:tr>
      <w:tr>
        <w:tc>
          <w:tcPr>
            <w:tcW w:type="dxa" w:w="4320"/>
          </w:tcPr>
          <w:p>
            <w:r>
              <w:t>2026-06-15</w:t>
            </w:r>
          </w:p>
        </w:tc>
        <w:tc>
          <w:tcPr>
            <w:tcW w:type="dxa" w:w="4320"/>
          </w:tcPr>
          <w:p>
            <w:r>
              <w:t>60</w:t>
            </w:r>
          </w:p>
        </w:tc>
      </w:tr>
      <w:tr>
        <w:tc>
          <w:tcPr>
            <w:tcW w:type="dxa" w:w="4320"/>
          </w:tcPr>
          <w:p>
            <w:r>
              <w:t>2026-06-22</w:t>
            </w:r>
          </w:p>
        </w:tc>
        <w:tc>
          <w:tcPr>
            <w:tcW w:type="dxa" w:w="4320"/>
          </w:tcPr>
          <w:p>
            <w:r>
              <w:t>60</w:t>
            </w:r>
          </w:p>
        </w:tc>
      </w:tr>
      <w:tr>
        <w:tc>
          <w:tcPr>
            <w:tcW w:type="dxa" w:w="4320"/>
          </w:tcPr>
          <w:p>
            <w:r>
              <w:t>2026-06-29</w:t>
            </w:r>
          </w:p>
        </w:tc>
        <w:tc>
          <w:tcPr>
            <w:tcW w:type="dxa" w:w="4320"/>
          </w:tcPr>
          <w:p>
            <w:r>
              <w:t>60</w:t>
            </w:r>
          </w:p>
        </w:tc>
      </w:tr>
      <w:tr>
        <w:tc>
          <w:tcPr>
            <w:tcW w:type="dxa" w:w="4320"/>
          </w:tcPr>
          <w:p>
            <w:r>
              <w:t>2026-07-06</w:t>
            </w:r>
          </w:p>
        </w:tc>
        <w:tc>
          <w:tcPr>
            <w:tcW w:type="dxa" w:w="4320"/>
          </w:tcPr>
          <w:p>
            <w:r>
              <w:t>60</w:t>
            </w:r>
          </w:p>
        </w:tc>
      </w:tr>
      <w:tr>
        <w:tc>
          <w:tcPr>
            <w:tcW w:type="dxa" w:w="4320"/>
          </w:tcPr>
          <w:p>
            <w:r>
              <w:t>2026-07-13</w:t>
            </w:r>
          </w:p>
        </w:tc>
        <w:tc>
          <w:tcPr>
            <w:tcW w:type="dxa" w:w="4320"/>
          </w:tcPr>
          <w:p>
            <w:r>
              <w:t>60</w:t>
            </w:r>
          </w:p>
        </w:tc>
      </w:tr>
      <w:tr>
        <w:tc>
          <w:tcPr>
            <w:tcW w:type="dxa" w:w="4320"/>
          </w:tcPr>
          <w:p>
            <w:r>
              <w:t>2026-07-20</w:t>
            </w:r>
          </w:p>
        </w:tc>
        <w:tc>
          <w:tcPr>
            <w:tcW w:type="dxa" w:w="4320"/>
          </w:tcPr>
          <w:p>
            <w:r>
              <w:t>60</w:t>
            </w:r>
          </w:p>
        </w:tc>
      </w:tr>
      <w:tr>
        <w:tc>
          <w:tcPr>
            <w:tcW w:type="dxa" w:w="4320"/>
          </w:tcPr>
          <w:p>
            <w:r>
              <w:t>2026-07-27</w:t>
            </w:r>
          </w:p>
        </w:tc>
        <w:tc>
          <w:tcPr>
            <w:tcW w:type="dxa" w:w="4320"/>
          </w:tcPr>
          <w:p>
            <w:r>
              <w:t>60</w:t>
            </w:r>
          </w:p>
        </w:tc>
      </w:tr>
      <w:tr>
        <w:tc>
          <w:tcPr>
            <w:tcW w:type="dxa" w:w="4320"/>
          </w:tcPr>
          <w:p>
            <w:r>
              <w:t>2026-08-03</w:t>
            </w:r>
          </w:p>
        </w:tc>
        <w:tc>
          <w:tcPr>
            <w:tcW w:type="dxa" w:w="4320"/>
          </w:tcPr>
          <w:p>
            <w:r>
              <w:t>60</w:t>
            </w:r>
          </w:p>
        </w:tc>
      </w:tr>
      <w:tr>
        <w:tc>
          <w:tcPr>
            <w:tcW w:type="dxa" w:w="4320"/>
          </w:tcPr>
          <w:p>
            <w:r>
              <w:t>2026-08-10</w:t>
            </w:r>
          </w:p>
        </w:tc>
        <w:tc>
          <w:tcPr>
            <w:tcW w:type="dxa" w:w="4320"/>
          </w:tcPr>
          <w:p>
            <w:r>
              <w:t>60</w:t>
            </w:r>
          </w:p>
        </w:tc>
      </w:tr>
      <w:tr>
        <w:tc>
          <w:tcPr>
            <w:tcW w:type="dxa" w:w="4320"/>
          </w:tcPr>
          <w:p>
            <w:r>
              <w:t>2026-08-17</w:t>
            </w:r>
          </w:p>
        </w:tc>
        <w:tc>
          <w:tcPr>
            <w:tcW w:type="dxa" w:w="4320"/>
          </w:tcPr>
          <w:p>
            <w:r>
              <w:t>60</w:t>
            </w:r>
          </w:p>
        </w:tc>
      </w:tr>
      <w:tr>
        <w:tc>
          <w:tcPr>
            <w:tcW w:type="dxa" w:w="4320"/>
          </w:tcPr>
          <w:p>
            <w:r>
              <w:t>2026-08-24</w:t>
            </w:r>
          </w:p>
        </w:tc>
        <w:tc>
          <w:tcPr>
            <w:tcW w:type="dxa" w:w="4320"/>
          </w:tcPr>
          <w:p>
            <w:r>
              <w:t>60</w:t>
            </w:r>
          </w:p>
        </w:tc>
      </w:tr>
      <w:tr>
        <w:tc>
          <w:tcPr>
            <w:tcW w:type="dxa" w:w="4320"/>
          </w:tcPr>
          <w:p>
            <w:r>
              <w:t>2026-08-31</w:t>
            </w:r>
          </w:p>
        </w:tc>
        <w:tc>
          <w:tcPr>
            <w:tcW w:type="dxa" w:w="4320"/>
          </w:tcPr>
          <w:p>
            <w:r>
              <w:t>60</w:t>
            </w:r>
          </w:p>
        </w:tc>
      </w:tr>
      <w:tr>
        <w:tc>
          <w:tcPr>
            <w:tcW w:type="dxa" w:w="4320"/>
          </w:tcPr>
          <w:p>
            <w:r>
              <w:t>2026-09-07</w:t>
            </w:r>
          </w:p>
        </w:tc>
        <w:tc>
          <w:tcPr>
            <w:tcW w:type="dxa" w:w="4320"/>
          </w:tcPr>
          <w:p>
            <w:r>
              <w:t>60</w:t>
            </w:r>
          </w:p>
        </w:tc>
      </w:tr>
      <w:tr>
        <w:tc>
          <w:tcPr>
            <w:tcW w:type="dxa" w:w="4320"/>
          </w:tcPr>
          <w:p>
            <w:r>
              <w:t>2026-09-14</w:t>
            </w:r>
          </w:p>
        </w:tc>
        <w:tc>
          <w:tcPr>
            <w:tcW w:type="dxa" w:w="4320"/>
          </w:tcPr>
          <w:p>
            <w:r>
              <w:t>60</w:t>
            </w:r>
          </w:p>
        </w:tc>
      </w:tr>
    </w:tbl>
    <w:p/>
    <w:p>
      <w:pPr>
        <w:pStyle w:val="Heading2"/>
      </w:pPr>
      <w:r>
        <w:t>Figure 43. Find point clusters: Drill holes over time [92]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2024-01-01</w:t>
            </w:r>
          </w:p>
        </w:tc>
        <w:tc>
          <w:tcPr>
            <w:tcW w:type="dxa" w:w="2880"/>
          </w:tcPr>
          <w:p>
            <w:r>
              <w:t>RC</w:t>
            </w:r>
          </w:p>
        </w:tc>
        <w:tc>
          <w:tcPr>
            <w:tcW w:type="dxa" w:w="2880"/>
          </w:tcPr>
          <w:p>
            <w:r>
              <w:t>2</w:t>
            </w:r>
          </w:p>
        </w:tc>
      </w:tr>
      <w:tr>
        <w:tc>
          <w:tcPr>
            <w:tcW w:type="dxa" w:w="2880"/>
          </w:tcPr>
          <w:p>
            <w:r>
              <w:t>2024-01-01</w:t>
            </w:r>
          </w:p>
        </w:tc>
        <w:tc>
          <w:tcPr>
            <w:tcW w:type="dxa" w:w="2880"/>
          </w:tcPr>
          <w:p>
            <w:r>
              <w:t>diamond</w:t>
            </w:r>
          </w:p>
        </w:tc>
        <w:tc>
          <w:tcPr>
            <w:tcW w:type="dxa" w:w="2880"/>
          </w:tcPr>
          <w:p>
            <w:r>
              <w:t>5</w:t>
            </w:r>
          </w:p>
        </w:tc>
      </w:tr>
      <w:tr>
        <w:tc>
          <w:tcPr>
            <w:tcW w:type="dxa" w:w="2880"/>
          </w:tcPr>
          <w:p>
            <w:r>
              <w:t>2024-02-01</w:t>
            </w:r>
          </w:p>
        </w:tc>
        <w:tc>
          <w:tcPr>
            <w:tcW w:type="dxa" w:w="2880"/>
          </w:tcPr>
          <w:p>
            <w:r>
              <w:t>RC</w:t>
            </w:r>
          </w:p>
        </w:tc>
        <w:tc>
          <w:tcPr>
            <w:tcW w:type="dxa" w:w="2880"/>
          </w:tcPr>
          <w:p>
            <w:r>
              <w:t>6</w:t>
            </w:r>
          </w:p>
        </w:tc>
      </w:tr>
      <w:tr>
        <w:tc>
          <w:tcPr>
            <w:tcW w:type="dxa" w:w="2880"/>
          </w:tcPr>
          <w:p>
            <w:r>
              <w:t>2024-02-01</w:t>
            </w:r>
          </w:p>
        </w:tc>
        <w:tc>
          <w:tcPr>
            <w:tcW w:type="dxa" w:w="2880"/>
          </w:tcPr>
          <w:p>
            <w:r>
              <w:t>diamond</w:t>
            </w:r>
          </w:p>
        </w:tc>
        <w:tc>
          <w:tcPr>
            <w:tcW w:type="dxa" w:w="2880"/>
          </w:tcPr>
          <w:p>
            <w:r>
              <w:t>4</w:t>
            </w:r>
          </w:p>
        </w:tc>
      </w:tr>
      <w:tr>
        <w:tc>
          <w:tcPr>
            <w:tcW w:type="dxa" w:w="2880"/>
          </w:tcPr>
          <w:p>
            <w:r>
              <w:t>2024-03-01</w:t>
            </w:r>
          </w:p>
        </w:tc>
        <w:tc>
          <w:tcPr>
            <w:tcW w:type="dxa" w:w="2880"/>
          </w:tcPr>
          <w:p>
            <w:r>
              <w:t>RC</w:t>
            </w:r>
          </w:p>
        </w:tc>
        <w:tc>
          <w:tcPr>
            <w:tcW w:type="dxa" w:w="2880"/>
          </w:tcPr>
          <w:p>
            <w:r>
              <w:t>7</w:t>
            </w:r>
          </w:p>
        </w:tc>
      </w:tr>
      <w:tr>
        <w:tc>
          <w:tcPr>
            <w:tcW w:type="dxa" w:w="2880"/>
          </w:tcPr>
          <w:p>
            <w:r>
              <w:t>2024-03-01</w:t>
            </w:r>
          </w:p>
        </w:tc>
        <w:tc>
          <w:tcPr>
            <w:tcW w:type="dxa" w:w="2880"/>
          </w:tcPr>
          <w:p>
            <w:r>
              <w:t>diamond</w:t>
            </w:r>
          </w:p>
        </w:tc>
        <w:tc>
          <w:tcPr>
            <w:tcW w:type="dxa" w:w="2880"/>
          </w:tcPr>
          <w:p>
            <w:r>
              <w:t>3</w:t>
            </w:r>
          </w:p>
        </w:tc>
      </w:tr>
      <w:tr>
        <w:tc>
          <w:tcPr>
            <w:tcW w:type="dxa" w:w="2880"/>
          </w:tcPr>
          <w:p>
            <w:r>
              <w:t>2024-04-01</w:t>
            </w:r>
          </w:p>
        </w:tc>
        <w:tc>
          <w:tcPr>
            <w:tcW w:type="dxa" w:w="2880"/>
          </w:tcPr>
          <w:p>
            <w:r>
              <w:t>RC</w:t>
            </w:r>
          </w:p>
        </w:tc>
        <w:tc>
          <w:tcPr>
            <w:tcW w:type="dxa" w:w="2880"/>
          </w:tcPr>
          <w:p>
            <w:r>
              <w:t>5</w:t>
            </w:r>
          </w:p>
        </w:tc>
      </w:tr>
      <w:tr>
        <w:tc>
          <w:tcPr>
            <w:tcW w:type="dxa" w:w="2880"/>
          </w:tcPr>
          <w:p>
            <w:r>
              <w:t>2024-04-01</w:t>
            </w:r>
          </w:p>
        </w:tc>
        <w:tc>
          <w:tcPr>
            <w:tcW w:type="dxa" w:w="2880"/>
          </w:tcPr>
          <w:p>
            <w:r>
              <w:t>diamond</w:t>
            </w:r>
          </w:p>
        </w:tc>
        <w:tc>
          <w:tcPr>
            <w:tcW w:type="dxa" w:w="2880"/>
          </w:tcPr>
          <w:p>
            <w:r>
              <w:t>4</w:t>
            </w:r>
          </w:p>
        </w:tc>
      </w:tr>
      <w:tr>
        <w:tc>
          <w:tcPr>
            <w:tcW w:type="dxa" w:w="2880"/>
          </w:tcPr>
          <w:p>
            <w:r>
              <w:t>2024-05-01</w:t>
            </w:r>
          </w:p>
        </w:tc>
        <w:tc>
          <w:tcPr>
            <w:tcW w:type="dxa" w:w="2880"/>
          </w:tcPr>
          <w:p>
            <w:r>
              <w:t>RC</w:t>
            </w:r>
          </w:p>
        </w:tc>
        <w:tc>
          <w:tcPr>
            <w:tcW w:type="dxa" w:w="2880"/>
          </w:tcPr>
          <w:p>
            <w:r>
              <w:t>10</w:t>
            </w:r>
          </w:p>
        </w:tc>
      </w:tr>
      <w:tr>
        <w:tc>
          <w:tcPr>
            <w:tcW w:type="dxa" w:w="2880"/>
          </w:tcPr>
          <w:p>
            <w:r>
              <w:t>2024-05-01</w:t>
            </w:r>
          </w:p>
        </w:tc>
        <w:tc>
          <w:tcPr>
            <w:tcW w:type="dxa" w:w="2880"/>
          </w:tcPr>
          <w:p>
            <w:r>
              <w:t>diamond</w:t>
            </w:r>
          </w:p>
        </w:tc>
        <w:tc>
          <w:tcPr>
            <w:tcW w:type="dxa" w:w="2880"/>
          </w:tcPr>
          <w:p>
            <w:r>
              <w:t>8</w:t>
            </w:r>
          </w:p>
        </w:tc>
      </w:tr>
      <w:tr>
        <w:tc>
          <w:tcPr>
            <w:tcW w:type="dxa" w:w="2880"/>
          </w:tcPr>
          <w:p>
            <w:r>
              <w:t>2024-06-01</w:t>
            </w:r>
          </w:p>
        </w:tc>
        <w:tc>
          <w:tcPr>
            <w:tcW w:type="dxa" w:w="2880"/>
          </w:tcPr>
          <w:p>
            <w:r>
              <w:t>RC</w:t>
            </w:r>
          </w:p>
        </w:tc>
        <w:tc>
          <w:tcPr>
            <w:tcW w:type="dxa" w:w="2880"/>
          </w:tcPr>
          <w:p>
            <w:r>
              <w:t>5</w:t>
            </w:r>
          </w:p>
        </w:tc>
      </w:tr>
      <w:tr>
        <w:tc>
          <w:tcPr>
            <w:tcW w:type="dxa" w:w="2880"/>
          </w:tcPr>
          <w:p>
            <w:r>
              <w:t>2024-06-01</w:t>
            </w:r>
          </w:p>
        </w:tc>
        <w:tc>
          <w:tcPr>
            <w:tcW w:type="dxa" w:w="2880"/>
          </w:tcPr>
          <w:p>
            <w:r>
              <w:t>diamond</w:t>
            </w:r>
          </w:p>
        </w:tc>
        <w:tc>
          <w:tcPr>
            <w:tcW w:type="dxa" w:w="2880"/>
          </w:tcPr>
          <w:p>
            <w:r>
              <w:t>0</w:t>
            </w:r>
          </w:p>
        </w:tc>
      </w:tr>
      <w:tr>
        <w:tc>
          <w:tcPr>
            <w:tcW w:type="dxa" w:w="2880"/>
          </w:tcPr>
          <w:p>
            <w:r>
              <w:t>2024-07-01</w:t>
            </w:r>
          </w:p>
        </w:tc>
        <w:tc>
          <w:tcPr>
            <w:tcW w:type="dxa" w:w="2880"/>
          </w:tcPr>
          <w:p>
            <w:r>
              <w:t>RC</w:t>
            </w:r>
          </w:p>
        </w:tc>
        <w:tc>
          <w:tcPr>
            <w:tcW w:type="dxa" w:w="2880"/>
          </w:tcPr>
          <w:p>
            <w:r>
              <w:t>10</w:t>
            </w:r>
          </w:p>
        </w:tc>
      </w:tr>
      <w:tr>
        <w:tc>
          <w:tcPr>
            <w:tcW w:type="dxa" w:w="2880"/>
          </w:tcPr>
          <w:p>
            <w:r>
              <w:t>2024-07-01</w:t>
            </w:r>
          </w:p>
        </w:tc>
        <w:tc>
          <w:tcPr>
            <w:tcW w:type="dxa" w:w="2880"/>
          </w:tcPr>
          <w:p>
            <w:r>
              <w:t>diamond</w:t>
            </w:r>
          </w:p>
        </w:tc>
        <w:tc>
          <w:tcPr>
            <w:tcW w:type="dxa" w:w="2880"/>
          </w:tcPr>
          <w:p>
            <w:r>
              <w:t>4</w:t>
            </w:r>
          </w:p>
        </w:tc>
      </w:tr>
      <w:tr>
        <w:tc>
          <w:tcPr>
            <w:tcW w:type="dxa" w:w="2880"/>
          </w:tcPr>
          <w:p>
            <w:r>
              <w:t>2024-08-01</w:t>
            </w:r>
          </w:p>
        </w:tc>
        <w:tc>
          <w:tcPr>
            <w:tcW w:type="dxa" w:w="2880"/>
          </w:tcPr>
          <w:p>
            <w:r>
              <w:t>RC</w:t>
            </w:r>
          </w:p>
        </w:tc>
        <w:tc>
          <w:tcPr>
            <w:tcW w:type="dxa" w:w="2880"/>
          </w:tcPr>
          <w:p>
            <w:r>
              <w:t>3</w:t>
            </w:r>
          </w:p>
        </w:tc>
      </w:tr>
      <w:tr>
        <w:tc>
          <w:tcPr>
            <w:tcW w:type="dxa" w:w="2880"/>
          </w:tcPr>
          <w:p>
            <w:r>
              <w:t>2024-08-01</w:t>
            </w:r>
          </w:p>
        </w:tc>
        <w:tc>
          <w:tcPr>
            <w:tcW w:type="dxa" w:w="2880"/>
          </w:tcPr>
          <w:p>
            <w:r>
              <w:t>diamond</w:t>
            </w:r>
          </w:p>
        </w:tc>
        <w:tc>
          <w:tcPr>
            <w:tcW w:type="dxa" w:w="2880"/>
          </w:tcPr>
          <w:p>
            <w:r>
              <w:t>0</w:t>
            </w:r>
          </w:p>
        </w:tc>
      </w:tr>
      <w:tr>
        <w:tc>
          <w:tcPr>
            <w:tcW w:type="dxa" w:w="2880"/>
          </w:tcPr>
          <w:p>
            <w:r>
              <w:t>2024-09-01</w:t>
            </w:r>
          </w:p>
        </w:tc>
        <w:tc>
          <w:tcPr>
            <w:tcW w:type="dxa" w:w="2880"/>
          </w:tcPr>
          <w:p>
            <w:r>
              <w:t>RC</w:t>
            </w:r>
          </w:p>
        </w:tc>
        <w:tc>
          <w:tcPr>
            <w:tcW w:type="dxa" w:w="2880"/>
          </w:tcPr>
          <w:p>
            <w:r>
              <w:t>3</w:t>
            </w:r>
          </w:p>
        </w:tc>
      </w:tr>
      <w:tr>
        <w:tc>
          <w:tcPr>
            <w:tcW w:type="dxa" w:w="2880"/>
          </w:tcPr>
          <w:p>
            <w:r>
              <w:t>2024-09-01</w:t>
            </w:r>
          </w:p>
        </w:tc>
        <w:tc>
          <w:tcPr>
            <w:tcW w:type="dxa" w:w="2880"/>
          </w:tcPr>
          <w:p>
            <w:r>
              <w:t>diamond</w:t>
            </w:r>
          </w:p>
        </w:tc>
        <w:tc>
          <w:tcPr>
            <w:tcW w:type="dxa" w:w="2880"/>
          </w:tcPr>
          <w:p>
            <w:r>
              <w:t>0</w:t>
            </w:r>
          </w:p>
        </w:tc>
      </w:tr>
      <w:tr>
        <w:tc>
          <w:tcPr>
            <w:tcW w:type="dxa" w:w="2880"/>
          </w:tcPr>
          <w:p>
            <w:r>
              <w:t>2024-10-01</w:t>
            </w:r>
          </w:p>
        </w:tc>
        <w:tc>
          <w:tcPr>
            <w:tcW w:type="dxa" w:w="2880"/>
          </w:tcPr>
          <w:p>
            <w:r>
              <w:t>RC</w:t>
            </w:r>
          </w:p>
        </w:tc>
        <w:tc>
          <w:tcPr>
            <w:tcW w:type="dxa" w:w="2880"/>
          </w:tcPr>
          <w:p>
            <w:r>
              <w:t>9</w:t>
            </w:r>
          </w:p>
        </w:tc>
      </w:tr>
      <w:tr>
        <w:tc>
          <w:tcPr>
            <w:tcW w:type="dxa" w:w="2880"/>
          </w:tcPr>
          <w:p>
            <w:r>
              <w:t>2024-10-01</w:t>
            </w:r>
          </w:p>
        </w:tc>
        <w:tc>
          <w:tcPr>
            <w:tcW w:type="dxa" w:w="2880"/>
          </w:tcPr>
          <w:p>
            <w:r>
              <w:t>diamond</w:t>
            </w:r>
          </w:p>
        </w:tc>
        <w:tc>
          <w:tcPr>
            <w:tcW w:type="dxa" w:w="2880"/>
          </w:tcPr>
          <w:p>
            <w:r>
              <w:t>3</w:t>
            </w:r>
          </w:p>
        </w:tc>
      </w:tr>
      <w:tr>
        <w:tc>
          <w:tcPr>
            <w:tcW w:type="dxa" w:w="2880"/>
          </w:tcPr>
          <w:p>
            <w:r>
              <w:t>2024-11-01</w:t>
            </w:r>
          </w:p>
        </w:tc>
        <w:tc>
          <w:tcPr>
            <w:tcW w:type="dxa" w:w="2880"/>
          </w:tcPr>
          <w:p>
            <w:r>
              <w:t>RC</w:t>
            </w:r>
          </w:p>
        </w:tc>
        <w:tc>
          <w:tcPr>
            <w:tcW w:type="dxa" w:w="2880"/>
          </w:tcPr>
          <w:p>
            <w:r>
              <w:t>12</w:t>
            </w:r>
          </w:p>
        </w:tc>
      </w:tr>
      <w:tr>
        <w:tc>
          <w:tcPr>
            <w:tcW w:type="dxa" w:w="2880"/>
          </w:tcPr>
          <w:p>
            <w:r>
              <w:t>2024-11-01</w:t>
            </w:r>
          </w:p>
        </w:tc>
        <w:tc>
          <w:tcPr>
            <w:tcW w:type="dxa" w:w="2880"/>
          </w:tcPr>
          <w:p>
            <w:r>
              <w:t>diamond</w:t>
            </w:r>
          </w:p>
        </w:tc>
        <w:tc>
          <w:tcPr>
            <w:tcW w:type="dxa" w:w="2880"/>
          </w:tcPr>
          <w:p>
            <w:r>
              <w:t>3</w:t>
            </w:r>
          </w:p>
        </w:tc>
      </w:tr>
      <w:tr>
        <w:tc>
          <w:tcPr>
            <w:tcW w:type="dxa" w:w="2880"/>
          </w:tcPr>
          <w:p>
            <w:r>
              <w:t>2024-12-01</w:t>
            </w:r>
          </w:p>
        </w:tc>
        <w:tc>
          <w:tcPr>
            <w:tcW w:type="dxa" w:w="2880"/>
          </w:tcPr>
          <w:p>
            <w:r>
              <w:t>RC</w:t>
            </w:r>
          </w:p>
        </w:tc>
        <w:tc>
          <w:tcPr>
            <w:tcW w:type="dxa" w:w="2880"/>
          </w:tcPr>
          <w:p>
            <w:r>
              <w:t>10</w:t>
            </w:r>
          </w:p>
        </w:tc>
      </w:tr>
      <w:tr>
        <w:tc>
          <w:tcPr>
            <w:tcW w:type="dxa" w:w="2880"/>
          </w:tcPr>
          <w:p>
            <w:r>
              <w:t>2024-12-01</w:t>
            </w:r>
          </w:p>
        </w:tc>
        <w:tc>
          <w:tcPr>
            <w:tcW w:type="dxa" w:w="2880"/>
          </w:tcPr>
          <w:p>
            <w:r>
              <w:t>diamond</w:t>
            </w:r>
          </w:p>
        </w:tc>
        <w:tc>
          <w:tcPr>
            <w:tcW w:type="dxa" w:w="2880"/>
          </w:tcPr>
          <w:p>
            <w:r>
              <w:t>3</w:t>
            </w:r>
          </w:p>
        </w:tc>
      </w:tr>
      <w:tr>
        <w:tc>
          <w:tcPr>
            <w:tcW w:type="dxa" w:w="2880"/>
          </w:tcPr>
          <w:p>
            <w:r>
              <w:t>2025-01-01</w:t>
            </w:r>
          </w:p>
        </w:tc>
        <w:tc>
          <w:tcPr>
            <w:tcW w:type="dxa" w:w="2880"/>
          </w:tcPr>
          <w:p>
            <w:r>
              <w:t>RC</w:t>
            </w:r>
          </w:p>
        </w:tc>
        <w:tc>
          <w:tcPr>
            <w:tcW w:type="dxa" w:w="2880"/>
          </w:tcPr>
          <w:p>
            <w:r>
              <w:t>10</w:t>
            </w:r>
          </w:p>
        </w:tc>
      </w:tr>
      <w:tr>
        <w:tc>
          <w:tcPr>
            <w:tcW w:type="dxa" w:w="2880"/>
          </w:tcPr>
          <w:p>
            <w:r>
              <w:t>2025-01-01</w:t>
            </w:r>
          </w:p>
        </w:tc>
        <w:tc>
          <w:tcPr>
            <w:tcW w:type="dxa" w:w="2880"/>
          </w:tcPr>
          <w:p>
            <w:r>
              <w:t>diamond</w:t>
            </w:r>
          </w:p>
        </w:tc>
        <w:tc>
          <w:tcPr>
            <w:tcW w:type="dxa" w:w="2880"/>
          </w:tcPr>
          <w:p>
            <w:r>
              <w:t>5</w:t>
            </w:r>
          </w:p>
        </w:tc>
      </w:tr>
      <w:tr>
        <w:tc>
          <w:tcPr>
            <w:tcW w:type="dxa" w:w="2880"/>
          </w:tcPr>
          <w:p>
            <w:r>
              <w:t>2025-02-01</w:t>
            </w:r>
          </w:p>
        </w:tc>
        <w:tc>
          <w:tcPr>
            <w:tcW w:type="dxa" w:w="2880"/>
          </w:tcPr>
          <w:p>
            <w:r>
              <w:t>RC</w:t>
            </w:r>
          </w:p>
        </w:tc>
        <w:tc>
          <w:tcPr>
            <w:tcW w:type="dxa" w:w="2880"/>
          </w:tcPr>
          <w:p>
            <w:r>
              <w:t>3</w:t>
            </w:r>
          </w:p>
        </w:tc>
      </w:tr>
      <w:tr>
        <w:tc>
          <w:tcPr>
            <w:tcW w:type="dxa" w:w="2880"/>
          </w:tcPr>
          <w:p>
            <w:r>
              <w:t>2025-02-01</w:t>
            </w:r>
          </w:p>
        </w:tc>
        <w:tc>
          <w:tcPr>
            <w:tcW w:type="dxa" w:w="2880"/>
          </w:tcPr>
          <w:p>
            <w:r>
              <w:t>diamond</w:t>
            </w:r>
          </w:p>
        </w:tc>
        <w:tc>
          <w:tcPr>
            <w:tcW w:type="dxa" w:w="2880"/>
          </w:tcPr>
          <w:p>
            <w:r>
              <w:t>3</w:t>
            </w:r>
          </w:p>
        </w:tc>
      </w:tr>
      <w:tr>
        <w:tc>
          <w:tcPr>
            <w:tcW w:type="dxa" w:w="2880"/>
          </w:tcPr>
          <w:p>
            <w:r>
              <w:t>2025-03-01</w:t>
            </w:r>
          </w:p>
        </w:tc>
        <w:tc>
          <w:tcPr>
            <w:tcW w:type="dxa" w:w="2880"/>
          </w:tcPr>
          <w:p>
            <w:r>
              <w:t>RC</w:t>
            </w:r>
          </w:p>
        </w:tc>
        <w:tc>
          <w:tcPr>
            <w:tcW w:type="dxa" w:w="2880"/>
          </w:tcPr>
          <w:p>
            <w:r>
              <w:t>4</w:t>
            </w:r>
          </w:p>
        </w:tc>
      </w:tr>
      <w:tr>
        <w:tc>
          <w:tcPr>
            <w:tcW w:type="dxa" w:w="2880"/>
          </w:tcPr>
          <w:p>
            <w:r>
              <w:t>2025-03-01</w:t>
            </w:r>
          </w:p>
        </w:tc>
        <w:tc>
          <w:tcPr>
            <w:tcW w:type="dxa" w:w="2880"/>
          </w:tcPr>
          <w:p>
            <w:r>
              <w:t>diamond</w:t>
            </w:r>
          </w:p>
        </w:tc>
        <w:tc>
          <w:tcPr>
            <w:tcW w:type="dxa" w:w="2880"/>
          </w:tcPr>
          <w:p>
            <w:r>
              <w:t>5</w:t>
            </w:r>
          </w:p>
        </w:tc>
      </w:tr>
      <w:tr>
        <w:tc>
          <w:tcPr>
            <w:tcW w:type="dxa" w:w="2880"/>
          </w:tcPr>
          <w:p>
            <w:r>
              <w:t>2025-04-01</w:t>
            </w:r>
          </w:p>
        </w:tc>
        <w:tc>
          <w:tcPr>
            <w:tcW w:type="dxa" w:w="2880"/>
          </w:tcPr>
          <w:p>
            <w:r>
              <w:t>RC</w:t>
            </w:r>
          </w:p>
        </w:tc>
        <w:tc>
          <w:tcPr>
            <w:tcW w:type="dxa" w:w="2880"/>
          </w:tcPr>
          <w:p>
            <w:r>
              <w:t>6</w:t>
            </w:r>
          </w:p>
        </w:tc>
      </w:tr>
      <w:tr>
        <w:tc>
          <w:tcPr>
            <w:tcW w:type="dxa" w:w="2880"/>
          </w:tcPr>
          <w:p>
            <w:r>
              <w:t>2025-04-01</w:t>
            </w:r>
          </w:p>
        </w:tc>
        <w:tc>
          <w:tcPr>
            <w:tcW w:type="dxa" w:w="2880"/>
          </w:tcPr>
          <w:p>
            <w:r>
              <w:t>diamond</w:t>
            </w:r>
          </w:p>
        </w:tc>
        <w:tc>
          <w:tcPr>
            <w:tcW w:type="dxa" w:w="2880"/>
          </w:tcPr>
          <w:p>
            <w:r>
              <w:t>2</w:t>
            </w:r>
          </w:p>
        </w:tc>
      </w:tr>
      <w:tr>
        <w:tc>
          <w:tcPr>
            <w:tcW w:type="dxa" w:w="2880"/>
          </w:tcPr>
          <w:p>
            <w:r>
              <w:t>2025-05-01</w:t>
            </w:r>
          </w:p>
        </w:tc>
        <w:tc>
          <w:tcPr>
            <w:tcW w:type="dxa" w:w="2880"/>
          </w:tcPr>
          <w:p>
            <w:r>
              <w:t>RC</w:t>
            </w:r>
          </w:p>
        </w:tc>
        <w:tc>
          <w:tcPr>
            <w:tcW w:type="dxa" w:w="2880"/>
          </w:tcPr>
          <w:p>
            <w:r>
              <w:t>2</w:t>
            </w:r>
          </w:p>
        </w:tc>
      </w:tr>
      <w:tr>
        <w:tc>
          <w:tcPr>
            <w:tcW w:type="dxa" w:w="2880"/>
          </w:tcPr>
          <w:p>
            <w:r>
              <w:t>2025-05-01</w:t>
            </w:r>
          </w:p>
        </w:tc>
        <w:tc>
          <w:tcPr>
            <w:tcW w:type="dxa" w:w="2880"/>
          </w:tcPr>
          <w:p>
            <w:r>
              <w:t>diamond</w:t>
            </w:r>
          </w:p>
        </w:tc>
        <w:tc>
          <w:tcPr>
            <w:tcW w:type="dxa" w:w="2880"/>
          </w:tcPr>
          <w:p>
            <w:r>
              <w:t>6</w:t>
            </w:r>
          </w:p>
        </w:tc>
      </w:tr>
      <w:tr>
        <w:tc>
          <w:tcPr>
            <w:tcW w:type="dxa" w:w="2880"/>
          </w:tcPr>
          <w:p>
            <w:r>
              <w:t>2025-06-01</w:t>
            </w:r>
          </w:p>
        </w:tc>
        <w:tc>
          <w:tcPr>
            <w:tcW w:type="dxa" w:w="2880"/>
          </w:tcPr>
          <w:p>
            <w:r>
              <w:t>RC</w:t>
            </w:r>
          </w:p>
        </w:tc>
        <w:tc>
          <w:tcPr>
            <w:tcW w:type="dxa" w:w="2880"/>
          </w:tcPr>
          <w:p>
            <w:r>
              <w:t>4</w:t>
            </w:r>
          </w:p>
        </w:tc>
      </w:tr>
      <w:tr>
        <w:tc>
          <w:tcPr>
            <w:tcW w:type="dxa" w:w="2880"/>
          </w:tcPr>
          <w:p>
            <w:r>
              <w:t>2025-06-01</w:t>
            </w:r>
          </w:p>
        </w:tc>
        <w:tc>
          <w:tcPr>
            <w:tcW w:type="dxa" w:w="2880"/>
          </w:tcPr>
          <w:p>
            <w:r>
              <w:t>diamond</w:t>
            </w:r>
          </w:p>
        </w:tc>
        <w:tc>
          <w:tcPr>
            <w:tcW w:type="dxa" w:w="2880"/>
          </w:tcPr>
          <w:p>
            <w:r>
              <w:t>1</w:t>
            </w:r>
          </w:p>
        </w:tc>
      </w:tr>
      <w:tr>
        <w:tc>
          <w:tcPr>
            <w:tcW w:type="dxa" w:w="2880"/>
          </w:tcPr>
          <w:p>
            <w:r>
              <w:t>2025-07-01</w:t>
            </w:r>
          </w:p>
        </w:tc>
        <w:tc>
          <w:tcPr>
            <w:tcW w:type="dxa" w:w="2880"/>
          </w:tcPr>
          <w:p>
            <w:r>
              <w:t>RC</w:t>
            </w:r>
          </w:p>
        </w:tc>
        <w:tc>
          <w:tcPr>
            <w:tcW w:type="dxa" w:w="2880"/>
          </w:tcPr>
          <w:p>
            <w:r>
              <w:t>10</w:t>
            </w:r>
          </w:p>
        </w:tc>
      </w:tr>
      <w:tr>
        <w:tc>
          <w:tcPr>
            <w:tcW w:type="dxa" w:w="2880"/>
          </w:tcPr>
          <w:p>
            <w:r>
              <w:t>2025-07-01</w:t>
            </w:r>
          </w:p>
        </w:tc>
        <w:tc>
          <w:tcPr>
            <w:tcW w:type="dxa" w:w="2880"/>
          </w:tcPr>
          <w:p>
            <w:r>
              <w:t>diamond</w:t>
            </w:r>
          </w:p>
        </w:tc>
        <w:tc>
          <w:tcPr>
            <w:tcW w:type="dxa" w:w="2880"/>
          </w:tcPr>
          <w:p>
            <w:r>
              <w:t>2</w:t>
            </w:r>
          </w:p>
        </w:tc>
      </w:tr>
      <w:tr>
        <w:tc>
          <w:tcPr>
            <w:tcW w:type="dxa" w:w="2880"/>
          </w:tcPr>
          <w:p>
            <w:r>
              <w:t>2025-08-01</w:t>
            </w:r>
          </w:p>
        </w:tc>
        <w:tc>
          <w:tcPr>
            <w:tcW w:type="dxa" w:w="2880"/>
          </w:tcPr>
          <w:p>
            <w:r>
              <w:t>RC</w:t>
            </w:r>
          </w:p>
        </w:tc>
        <w:tc>
          <w:tcPr>
            <w:tcW w:type="dxa" w:w="2880"/>
          </w:tcPr>
          <w:p>
            <w:r>
              <w:t>7</w:t>
            </w:r>
          </w:p>
        </w:tc>
      </w:tr>
      <w:tr>
        <w:tc>
          <w:tcPr>
            <w:tcW w:type="dxa" w:w="2880"/>
          </w:tcPr>
          <w:p>
            <w:r>
              <w:t>2025-08-01</w:t>
            </w:r>
          </w:p>
        </w:tc>
        <w:tc>
          <w:tcPr>
            <w:tcW w:type="dxa" w:w="2880"/>
          </w:tcPr>
          <w:p>
            <w:r>
              <w:t>diamond</w:t>
            </w:r>
          </w:p>
        </w:tc>
        <w:tc>
          <w:tcPr>
            <w:tcW w:type="dxa" w:w="2880"/>
          </w:tcPr>
          <w:p>
            <w:r>
              <w:t>2</w:t>
            </w:r>
          </w:p>
        </w:tc>
      </w:tr>
      <w:tr>
        <w:tc>
          <w:tcPr>
            <w:tcW w:type="dxa" w:w="2880"/>
          </w:tcPr>
          <w:p>
            <w:r>
              <w:t>2025-09-01</w:t>
            </w:r>
          </w:p>
        </w:tc>
        <w:tc>
          <w:tcPr>
            <w:tcW w:type="dxa" w:w="2880"/>
          </w:tcPr>
          <w:p>
            <w:r>
              <w:t>RC</w:t>
            </w:r>
          </w:p>
        </w:tc>
        <w:tc>
          <w:tcPr>
            <w:tcW w:type="dxa" w:w="2880"/>
          </w:tcPr>
          <w:p>
            <w:r>
              <w:t>6</w:t>
            </w:r>
          </w:p>
        </w:tc>
      </w:tr>
      <w:tr>
        <w:tc>
          <w:tcPr>
            <w:tcW w:type="dxa" w:w="2880"/>
          </w:tcPr>
          <w:p>
            <w:r>
              <w:t>2025-09-01</w:t>
            </w:r>
          </w:p>
        </w:tc>
        <w:tc>
          <w:tcPr>
            <w:tcW w:type="dxa" w:w="2880"/>
          </w:tcPr>
          <w:p>
            <w:r>
              <w:t>diamond</w:t>
            </w:r>
          </w:p>
        </w:tc>
        <w:tc>
          <w:tcPr>
            <w:tcW w:type="dxa" w:w="2880"/>
          </w:tcPr>
          <w:p>
            <w:r>
              <w:t>4</w:t>
            </w:r>
          </w:p>
        </w:tc>
      </w:tr>
      <w:tr>
        <w:tc>
          <w:tcPr>
            <w:tcW w:type="dxa" w:w="2880"/>
          </w:tcPr>
          <w:p>
            <w:r>
              <w:t>2025-10-01</w:t>
            </w:r>
          </w:p>
        </w:tc>
        <w:tc>
          <w:tcPr>
            <w:tcW w:type="dxa" w:w="2880"/>
          </w:tcPr>
          <w:p>
            <w:r>
              <w:t>RC</w:t>
            </w:r>
          </w:p>
        </w:tc>
        <w:tc>
          <w:tcPr>
            <w:tcW w:type="dxa" w:w="2880"/>
          </w:tcPr>
          <w:p>
            <w:r>
              <w:t>7</w:t>
            </w:r>
          </w:p>
        </w:tc>
      </w:tr>
      <w:tr>
        <w:tc>
          <w:tcPr>
            <w:tcW w:type="dxa" w:w="2880"/>
          </w:tcPr>
          <w:p>
            <w:r>
              <w:t>2025-10-01</w:t>
            </w:r>
          </w:p>
        </w:tc>
        <w:tc>
          <w:tcPr>
            <w:tcW w:type="dxa" w:w="2880"/>
          </w:tcPr>
          <w:p>
            <w:r>
              <w:t>diamond</w:t>
            </w:r>
          </w:p>
        </w:tc>
        <w:tc>
          <w:tcPr>
            <w:tcW w:type="dxa" w:w="2880"/>
          </w:tcPr>
          <w:p>
            <w:r>
              <w:t>4</w:t>
            </w:r>
          </w:p>
        </w:tc>
      </w:tr>
      <w:tr>
        <w:tc>
          <w:tcPr>
            <w:tcW w:type="dxa" w:w="2880"/>
          </w:tcPr>
          <w:p>
            <w:r>
              <w:t>2025-11-01</w:t>
            </w:r>
          </w:p>
        </w:tc>
        <w:tc>
          <w:tcPr>
            <w:tcW w:type="dxa" w:w="2880"/>
          </w:tcPr>
          <w:p>
            <w:r>
              <w:t>RC</w:t>
            </w:r>
          </w:p>
        </w:tc>
        <w:tc>
          <w:tcPr>
            <w:tcW w:type="dxa" w:w="2880"/>
          </w:tcPr>
          <w:p>
            <w:r>
              <w:t>8</w:t>
            </w:r>
          </w:p>
        </w:tc>
      </w:tr>
      <w:tr>
        <w:tc>
          <w:tcPr>
            <w:tcW w:type="dxa" w:w="2880"/>
          </w:tcPr>
          <w:p>
            <w:r>
              <w:t>2025-11-01</w:t>
            </w:r>
          </w:p>
        </w:tc>
        <w:tc>
          <w:tcPr>
            <w:tcW w:type="dxa" w:w="2880"/>
          </w:tcPr>
          <w:p>
            <w:r>
              <w:t>diamond</w:t>
            </w:r>
          </w:p>
        </w:tc>
        <w:tc>
          <w:tcPr>
            <w:tcW w:type="dxa" w:w="2880"/>
          </w:tcPr>
          <w:p>
            <w:r>
              <w:t>1</w:t>
            </w:r>
          </w:p>
        </w:tc>
      </w:tr>
      <w:tr>
        <w:tc>
          <w:tcPr>
            <w:tcW w:type="dxa" w:w="2880"/>
          </w:tcPr>
          <w:p>
            <w:r>
              <w:t>2025-12-01</w:t>
            </w:r>
          </w:p>
        </w:tc>
        <w:tc>
          <w:tcPr>
            <w:tcW w:type="dxa" w:w="2880"/>
          </w:tcPr>
          <w:p>
            <w:r>
              <w:t>RC</w:t>
            </w:r>
          </w:p>
        </w:tc>
        <w:tc>
          <w:tcPr>
            <w:tcW w:type="dxa" w:w="2880"/>
          </w:tcPr>
          <w:p>
            <w:r>
              <w:t>11</w:t>
            </w:r>
          </w:p>
        </w:tc>
      </w:tr>
      <w:tr>
        <w:tc>
          <w:tcPr>
            <w:tcW w:type="dxa" w:w="2880"/>
          </w:tcPr>
          <w:p>
            <w:r>
              <w:t>2025-12-01</w:t>
            </w:r>
          </w:p>
        </w:tc>
        <w:tc>
          <w:tcPr>
            <w:tcW w:type="dxa" w:w="2880"/>
          </w:tcPr>
          <w:p>
            <w:r>
              <w:t>diamond</w:t>
            </w:r>
          </w:p>
        </w:tc>
        <w:tc>
          <w:tcPr>
            <w:tcW w:type="dxa" w:w="2880"/>
          </w:tcPr>
          <w:p>
            <w:r>
              <w:t>2</w:t>
            </w:r>
          </w:p>
        </w:tc>
      </w:tr>
      <w:tr>
        <w:tc>
          <w:tcPr>
            <w:tcW w:type="dxa" w:w="2880"/>
          </w:tcPr>
          <w:p>
            <w:r>
              <w:t>2026-01-01</w:t>
            </w:r>
          </w:p>
        </w:tc>
        <w:tc>
          <w:tcPr>
            <w:tcW w:type="dxa" w:w="2880"/>
          </w:tcPr>
          <w:p>
            <w:r>
              <w:t>RC</w:t>
            </w:r>
          </w:p>
        </w:tc>
        <w:tc>
          <w:tcPr>
            <w:tcW w:type="dxa" w:w="2880"/>
          </w:tcPr>
          <w:p>
            <w:r>
              <w:t>6</w:t>
            </w:r>
          </w:p>
        </w:tc>
      </w:tr>
      <w:tr>
        <w:tc>
          <w:tcPr>
            <w:tcW w:type="dxa" w:w="2880"/>
          </w:tcPr>
          <w:p>
            <w:r>
              <w:t>2026-01-01</w:t>
            </w:r>
          </w:p>
        </w:tc>
        <w:tc>
          <w:tcPr>
            <w:tcW w:type="dxa" w:w="2880"/>
          </w:tcPr>
          <w:p>
            <w:r>
              <w:t>diamond</w:t>
            </w:r>
          </w:p>
        </w:tc>
        <w:tc>
          <w:tcPr>
            <w:tcW w:type="dxa" w:w="2880"/>
          </w:tcPr>
          <w:p>
            <w:r>
              <w:t>0</w:t>
            </w:r>
          </w:p>
        </w:tc>
      </w:tr>
      <w:tr>
        <w:tc>
          <w:tcPr>
            <w:tcW w:type="dxa" w:w="2880"/>
          </w:tcPr>
          <w:p>
            <w:r>
              <w:t>2026-02-01</w:t>
            </w:r>
          </w:p>
        </w:tc>
        <w:tc>
          <w:tcPr>
            <w:tcW w:type="dxa" w:w="2880"/>
          </w:tcPr>
          <w:p>
            <w:r>
              <w:t>RC</w:t>
            </w:r>
          </w:p>
        </w:tc>
        <w:tc>
          <w:tcPr>
            <w:tcW w:type="dxa" w:w="2880"/>
          </w:tcPr>
          <w:p>
            <w:r>
              <w:t>8</w:t>
            </w:r>
          </w:p>
        </w:tc>
      </w:tr>
      <w:tr>
        <w:tc>
          <w:tcPr>
            <w:tcW w:type="dxa" w:w="2880"/>
          </w:tcPr>
          <w:p>
            <w:r>
              <w:t>2026-02-01</w:t>
            </w:r>
          </w:p>
        </w:tc>
        <w:tc>
          <w:tcPr>
            <w:tcW w:type="dxa" w:w="2880"/>
          </w:tcPr>
          <w:p>
            <w:r>
              <w:t>diamond</w:t>
            </w:r>
          </w:p>
        </w:tc>
        <w:tc>
          <w:tcPr>
            <w:tcW w:type="dxa" w:w="2880"/>
          </w:tcPr>
          <w:p>
            <w:r>
              <w:t>8</w:t>
            </w:r>
          </w:p>
        </w:tc>
      </w:tr>
      <w:tr>
        <w:tc>
          <w:tcPr>
            <w:tcW w:type="dxa" w:w="2880"/>
          </w:tcPr>
          <w:p>
            <w:r>
              <w:t>2026-03-01</w:t>
            </w:r>
          </w:p>
        </w:tc>
        <w:tc>
          <w:tcPr>
            <w:tcW w:type="dxa" w:w="2880"/>
          </w:tcPr>
          <w:p>
            <w:r>
              <w:t>RC</w:t>
            </w:r>
          </w:p>
        </w:tc>
        <w:tc>
          <w:tcPr>
            <w:tcW w:type="dxa" w:w="2880"/>
          </w:tcPr>
          <w:p>
            <w:r>
              <w:t>9</w:t>
            </w:r>
          </w:p>
        </w:tc>
      </w:tr>
      <w:tr>
        <w:tc>
          <w:tcPr>
            <w:tcW w:type="dxa" w:w="2880"/>
          </w:tcPr>
          <w:p>
            <w:r>
              <w:t>2026-03-01</w:t>
            </w:r>
          </w:p>
        </w:tc>
        <w:tc>
          <w:tcPr>
            <w:tcW w:type="dxa" w:w="2880"/>
          </w:tcPr>
          <w:p>
            <w:r>
              <w:t>diamond</w:t>
            </w:r>
          </w:p>
        </w:tc>
        <w:tc>
          <w:tcPr>
            <w:tcW w:type="dxa" w:w="2880"/>
          </w:tcPr>
          <w:p>
            <w:r>
              <w:t>2</w:t>
            </w:r>
          </w:p>
        </w:tc>
      </w:tr>
      <w:tr>
        <w:tc>
          <w:tcPr>
            <w:tcW w:type="dxa" w:w="2880"/>
          </w:tcPr>
          <w:p>
            <w:r>
              <w:t>2026-04-01</w:t>
            </w:r>
          </w:p>
        </w:tc>
        <w:tc>
          <w:tcPr>
            <w:tcW w:type="dxa" w:w="2880"/>
          </w:tcPr>
          <w:p>
            <w:r>
              <w:t>RC</w:t>
            </w:r>
          </w:p>
        </w:tc>
        <w:tc>
          <w:tcPr>
            <w:tcW w:type="dxa" w:w="2880"/>
          </w:tcPr>
          <w:p>
            <w:r>
              <w:t>12</w:t>
            </w:r>
          </w:p>
        </w:tc>
      </w:tr>
      <w:tr>
        <w:tc>
          <w:tcPr>
            <w:tcW w:type="dxa" w:w="2880"/>
          </w:tcPr>
          <w:p>
            <w:r>
              <w:t>2026-04-01</w:t>
            </w:r>
          </w:p>
        </w:tc>
        <w:tc>
          <w:tcPr>
            <w:tcW w:type="dxa" w:w="2880"/>
          </w:tcPr>
          <w:p>
            <w:r>
              <w:t>diamond</w:t>
            </w:r>
          </w:p>
        </w:tc>
        <w:tc>
          <w:tcPr>
            <w:tcW w:type="dxa" w:w="2880"/>
          </w:tcPr>
          <w:p>
            <w:r>
              <w:t>8</w:t>
            </w:r>
          </w:p>
        </w:tc>
      </w:tr>
      <w:tr>
        <w:tc>
          <w:tcPr>
            <w:tcW w:type="dxa" w:w="2880"/>
          </w:tcPr>
          <w:p>
            <w:r>
              <w:t>2026-05-01</w:t>
            </w:r>
          </w:p>
        </w:tc>
        <w:tc>
          <w:tcPr>
            <w:tcW w:type="dxa" w:w="2880"/>
          </w:tcPr>
          <w:p>
            <w:r>
              <w:t>RC</w:t>
            </w:r>
          </w:p>
        </w:tc>
        <w:tc>
          <w:tcPr>
            <w:tcW w:type="dxa" w:w="2880"/>
          </w:tcPr>
          <w:p>
            <w:r>
              <w:t>7</w:t>
            </w:r>
          </w:p>
        </w:tc>
      </w:tr>
      <w:tr>
        <w:tc>
          <w:tcPr>
            <w:tcW w:type="dxa" w:w="2880"/>
          </w:tcPr>
          <w:p>
            <w:r>
              <w:t>2026-05-01</w:t>
            </w:r>
          </w:p>
        </w:tc>
        <w:tc>
          <w:tcPr>
            <w:tcW w:type="dxa" w:w="2880"/>
          </w:tcPr>
          <w:p>
            <w:r>
              <w:t>diamond</w:t>
            </w:r>
          </w:p>
        </w:tc>
        <w:tc>
          <w:tcPr>
            <w:tcW w:type="dxa" w:w="2880"/>
          </w:tcPr>
          <w:p>
            <w:r>
              <w:t>3</w:t>
            </w:r>
          </w:p>
        </w:tc>
      </w:tr>
      <w:tr>
        <w:tc>
          <w:tcPr>
            <w:tcW w:type="dxa" w:w="2880"/>
          </w:tcPr>
          <w:p>
            <w:r>
              <w:t>2026-06-01</w:t>
            </w:r>
          </w:p>
        </w:tc>
        <w:tc>
          <w:tcPr>
            <w:tcW w:type="dxa" w:w="2880"/>
          </w:tcPr>
          <w:p>
            <w:r>
              <w:t>RC</w:t>
            </w:r>
          </w:p>
        </w:tc>
        <w:tc>
          <w:tcPr>
            <w:tcW w:type="dxa" w:w="2880"/>
          </w:tcPr>
          <w:p>
            <w:r>
              <w:t>6</w:t>
            </w:r>
          </w:p>
        </w:tc>
      </w:tr>
      <w:tr>
        <w:tc>
          <w:tcPr>
            <w:tcW w:type="dxa" w:w="2880"/>
          </w:tcPr>
          <w:p>
            <w:r>
              <w:t>2026-06-01</w:t>
            </w:r>
          </w:p>
        </w:tc>
        <w:tc>
          <w:tcPr>
            <w:tcW w:type="dxa" w:w="2880"/>
          </w:tcPr>
          <w:p>
            <w:r>
              <w:t>diamond</w:t>
            </w:r>
          </w:p>
        </w:tc>
        <w:tc>
          <w:tcPr>
            <w:tcW w:type="dxa" w:w="2880"/>
          </w:tcPr>
          <w:p>
            <w:r>
              <w:t>4</w:t>
            </w:r>
          </w:p>
        </w:tc>
      </w:tr>
      <w:tr>
        <w:tc>
          <w:tcPr>
            <w:tcW w:type="dxa" w:w="2880"/>
          </w:tcPr>
          <w:p>
            <w:r>
              <w:t>2026-07-01</w:t>
            </w:r>
          </w:p>
        </w:tc>
        <w:tc>
          <w:tcPr>
            <w:tcW w:type="dxa" w:w="2880"/>
          </w:tcPr>
          <w:p>
            <w:r>
              <w:t>RC</w:t>
            </w:r>
          </w:p>
        </w:tc>
        <w:tc>
          <w:tcPr>
            <w:tcW w:type="dxa" w:w="2880"/>
          </w:tcPr>
          <w:p>
            <w:r>
              <w:t>9</w:t>
            </w:r>
          </w:p>
        </w:tc>
      </w:tr>
      <w:tr>
        <w:tc>
          <w:tcPr>
            <w:tcW w:type="dxa" w:w="2880"/>
          </w:tcPr>
          <w:p>
            <w:r>
              <w:t>2026-07-01</w:t>
            </w:r>
          </w:p>
        </w:tc>
        <w:tc>
          <w:tcPr>
            <w:tcW w:type="dxa" w:w="2880"/>
          </w:tcPr>
          <w:p>
            <w:r>
              <w:t>diamond</w:t>
            </w:r>
          </w:p>
        </w:tc>
        <w:tc>
          <w:tcPr>
            <w:tcW w:type="dxa" w:w="2880"/>
          </w:tcPr>
          <w:p>
            <w:r>
              <w:t>0</w:t>
            </w:r>
          </w:p>
        </w:tc>
      </w:tr>
      <w:tr>
        <w:tc>
          <w:tcPr>
            <w:tcW w:type="dxa" w:w="2880"/>
          </w:tcPr>
          <w:p>
            <w:r>
              <w:t>2026-08-01</w:t>
            </w:r>
          </w:p>
        </w:tc>
        <w:tc>
          <w:tcPr>
            <w:tcW w:type="dxa" w:w="2880"/>
          </w:tcPr>
          <w:p>
            <w:r>
              <w:t>RC</w:t>
            </w:r>
          </w:p>
        </w:tc>
        <w:tc>
          <w:tcPr>
            <w:tcW w:type="dxa" w:w="2880"/>
          </w:tcPr>
          <w:p>
            <w:r>
              <w:t>4</w:t>
            </w:r>
          </w:p>
        </w:tc>
      </w:tr>
      <w:tr>
        <w:tc>
          <w:tcPr>
            <w:tcW w:type="dxa" w:w="2880"/>
          </w:tcPr>
          <w:p>
            <w:r>
              <w:t>2026-08-01</w:t>
            </w:r>
          </w:p>
        </w:tc>
        <w:tc>
          <w:tcPr>
            <w:tcW w:type="dxa" w:w="2880"/>
          </w:tcPr>
          <w:p>
            <w:r>
              <w:t>diamond</w:t>
            </w:r>
          </w:p>
        </w:tc>
        <w:tc>
          <w:tcPr>
            <w:tcW w:type="dxa" w:w="2880"/>
          </w:tcPr>
          <w:p>
            <w:r>
              <w:t>0</w:t>
            </w:r>
          </w:p>
        </w:tc>
      </w:tr>
    </w:tbl>
    <w:p/>
    <w:p>
      <w:pPr>
        <w:pStyle w:val="Heading2"/>
      </w:pPr>
      <w:r>
        <w:t>Figure 44. Repeat and near repeat classification: Drill holes over time [93]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2024-01-01</w:t>
            </w:r>
          </w:p>
        </w:tc>
        <w:tc>
          <w:tcPr>
            <w:tcW w:type="dxa" w:w="2880"/>
          </w:tcPr>
          <w:p>
            <w:r>
              <w:t>RC</w:t>
            </w:r>
          </w:p>
        </w:tc>
        <w:tc>
          <w:tcPr>
            <w:tcW w:type="dxa" w:w="2880"/>
          </w:tcPr>
          <w:p>
            <w:r>
              <w:t>2</w:t>
            </w:r>
          </w:p>
        </w:tc>
      </w:tr>
      <w:tr>
        <w:tc>
          <w:tcPr>
            <w:tcW w:type="dxa" w:w="2880"/>
          </w:tcPr>
          <w:p>
            <w:r>
              <w:t>2024-01-01</w:t>
            </w:r>
          </w:p>
        </w:tc>
        <w:tc>
          <w:tcPr>
            <w:tcW w:type="dxa" w:w="2880"/>
          </w:tcPr>
          <w:p>
            <w:r>
              <w:t>diamond</w:t>
            </w:r>
          </w:p>
        </w:tc>
        <w:tc>
          <w:tcPr>
            <w:tcW w:type="dxa" w:w="2880"/>
          </w:tcPr>
          <w:p>
            <w:r>
              <w:t>5</w:t>
            </w:r>
          </w:p>
        </w:tc>
      </w:tr>
      <w:tr>
        <w:tc>
          <w:tcPr>
            <w:tcW w:type="dxa" w:w="2880"/>
          </w:tcPr>
          <w:p>
            <w:r>
              <w:t>2024-02-01</w:t>
            </w:r>
          </w:p>
        </w:tc>
        <w:tc>
          <w:tcPr>
            <w:tcW w:type="dxa" w:w="2880"/>
          </w:tcPr>
          <w:p>
            <w:r>
              <w:t>RC</w:t>
            </w:r>
          </w:p>
        </w:tc>
        <w:tc>
          <w:tcPr>
            <w:tcW w:type="dxa" w:w="2880"/>
          </w:tcPr>
          <w:p>
            <w:r>
              <w:t>6</w:t>
            </w:r>
          </w:p>
        </w:tc>
      </w:tr>
      <w:tr>
        <w:tc>
          <w:tcPr>
            <w:tcW w:type="dxa" w:w="2880"/>
          </w:tcPr>
          <w:p>
            <w:r>
              <w:t>2024-02-01</w:t>
            </w:r>
          </w:p>
        </w:tc>
        <w:tc>
          <w:tcPr>
            <w:tcW w:type="dxa" w:w="2880"/>
          </w:tcPr>
          <w:p>
            <w:r>
              <w:t>diamond</w:t>
            </w:r>
          </w:p>
        </w:tc>
        <w:tc>
          <w:tcPr>
            <w:tcW w:type="dxa" w:w="2880"/>
          </w:tcPr>
          <w:p>
            <w:r>
              <w:t>4</w:t>
            </w:r>
          </w:p>
        </w:tc>
      </w:tr>
      <w:tr>
        <w:tc>
          <w:tcPr>
            <w:tcW w:type="dxa" w:w="2880"/>
          </w:tcPr>
          <w:p>
            <w:r>
              <w:t>2024-03-01</w:t>
            </w:r>
          </w:p>
        </w:tc>
        <w:tc>
          <w:tcPr>
            <w:tcW w:type="dxa" w:w="2880"/>
          </w:tcPr>
          <w:p>
            <w:r>
              <w:t>RC</w:t>
            </w:r>
          </w:p>
        </w:tc>
        <w:tc>
          <w:tcPr>
            <w:tcW w:type="dxa" w:w="2880"/>
          </w:tcPr>
          <w:p>
            <w:r>
              <w:t>7</w:t>
            </w:r>
          </w:p>
        </w:tc>
      </w:tr>
      <w:tr>
        <w:tc>
          <w:tcPr>
            <w:tcW w:type="dxa" w:w="2880"/>
          </w:tcPr>
          <w:p>
            <w:r>
              <w:t>2024-03-01</w:t>
            </w:r>
          </w:p>
        </w:tc>
        <w:tc>
          <w:tcPr>
            <w:tcW w:type="dxa" w:w="2880"/>
          </w:tcPr>
          <w:p>
            <w:r>
              <w:t>diamond</w:t>
            </w:r>
          </w:p>
        </w:tc>
        <w:tc>
          <w:tcPr>
            <w:tcW w:type="dxa" w:w="2880"/>
          </w:tcPr>
          <w:p>
            <w:r>
              <w:t>3</w:t>
            </w:r>
          </w:p>
        </w:tc>
      </w:tr>
      <w:tr>
        <w:tc>
          <w:tcPr>
            <w:tcW w:type="dxa" w:w="2880"/>
          </w:tcPr>
          <w:p>
            <w:r>
              <w:t>2024-04-01</w:t>
            </w:r>
          </w:p>
        </w:tc>
        <w:tc>
          <w:tcPr>
            <w:tcW w:type="dxa" w:w="2880"/>
          </w:tcPr>
          <w:p>
            <w:r>
              <w:t>RC</w:t>
            </w:r>
          </w:p>
        </w:tc>
        <w:tc>
          <w:tcPr>
            <w:tcW w:type="dxa" w:w="2880"/>
          </w:tcPr>
          <w:p>
            <w:r>
              <w:t>5</w:t>
            </w:r>
          </w:p>
        </w:tc>
      </w:tr>
      <w:tr>
        <w:tc>
          <w:tcPr>
            <w:tcW w:type="dxa" w:w="2880"/>
          </w:tcPr>
          <w:p>
            <w:r>
              <w:t>2024-04-01</w:t>
            </w:r>
          </w:p>
        </w:tc>
        <w:tc>
          <w:tcPr>
            <w:tcW w:type="dxa" w:w="2880"/>
          </w:tcPr>
          <w:p>
            <w:r>
              <w:t>diamond</w:t>
            </w:r>
          </w:p>
        </w:tc>
        <w:tc>
          <w:tcPr>
            <w:tcW w:type="dxa" w:w="2880"/>
          </w:tcPr>
          <w:p>
            <w:r>
              <w:t>4</w:t>
            </w:r>
          </w:p>
        </w:tc>
      </w:tr>
      <w:tr>
        <w:tc>
          <w:tcPr>
            <w:tcW w:type="dxa" w:w="2880"/>
          </w:tcPr>
          <w:p>
            <w:r>
              <w:t>2024-05-01</w:t>
            </w:r>
          </w:p>
        </w:tc>
        <w:tc>
          <w:tcPr>
            <w:tcW w:type="dxa" w:w="2880"/>
          </w:tcPr>
          <w:p>
            <w:r>
              <w:t>RC</w:t>
            </w:r>
          </w:p>
        </w:tc>
        <w:tc>
          <w:tcPr>
            <w:tcW w:type="dxa" w:w="2880"/>
          </w:tcPr>
          <w:p>
            <w:r>
              <w:t>10</w:t>
            </w:r>
          </w:p>
        </w:tc>
      </w:tr>
      <w:tr>
        <w:tc>
          <w:tcPr>
            <w:tcW w:type="dxa" w:w="2880"/>
          </w:tcPr>
          <w:p>
            <w:r>
              <w:t>2024-05-01</w:t>
            </w:r>
          </w:p>
        </w:tc>
        <w:tc>
          <w:tcPr>
            <w:tcW w:type="dxa" w:w="2880"/>
          </w:tcPr>
          <w:p>
            <w:r>
              <w:t>diamond</w:t>
            </w:r>
          </w:p>
        </w:tc>
        <w:tc>
          <w:tcPr>
            <w:tcW w:type="dxa" w:w="2880"/>
          </w:tcPr>
          <w:p>
            <w:r>
              <w:t>8</w:t>
            </w:r>
          </w:p>
        </w:tc>
      </w:tr>
      <w:tr>
        <w:tc>
          <w:tcPr>
            <w:tcW w:type="dxa" w:w="2880"/>
          </w:tcPr>
          <w:p>
            <w:r>
              <w:t>2024-06-01</w:t>
            </w:r>
          </w:p>
        </w:tc>
        <w:tc>
          <w:tcPr>
            <w:tcW w:type="dxa" w:w="2880"/>
          </w:tcPr>
          <w:p>
            <w:r>
              <w:t>RC</w:t>
            </w:r>
          </w:p>
        </w:tc>
        <w:tc>
          <w:tcPr>
            <w:tcW w:type="dxa" w:w="2880"/>
          </w:tcPr>
          <w:p>
            <w:r>
              <w:t>5</w:t>
            </w:r>
          </w:p>
        </w:tc>
      </w:tr>
      <w:tr>
        <w:tc>
          <w:tcPr>
            <w:tcW w:type="dxa" w:w="2880"/>
          </w:tcPr>
          <w:p>
            <w:r>
              <w:t>2024-06-01</w:t>
            </w:r>
          </w:p>
        </w:tc>
        <w:tc>
          <w:tcPr>
            <w:tcW w:type="dxa" w:w="2880"/>
          </w:tcPr>
          <w:p>
            <w:r>
              <w:t>diamond</w:t>
            </w:r>
          </w:p>
        </w:tc>
        <w:tc>
          <w:tcPr>
            <w:tcW w:type="dxa" w:w="2880"/>
          </w:tcPr>
          <w:p>
            <w:r>
              <w:t>0</w:t>
            </w:r>
          </w:p>
        </w:tc>
      </w:tr>
      <w:tr>
        <w:tc>
          <w:tcPr>
            <w:tcW w:type="dxa" w:w="2880"/>
          </w:tcPr>
          <w:p>
            <w:r>
              <w:t>2024-07-01</w:t>
            </w:r>
          </w:p>
        </w:tc>
        <w:tc>
          <w:tcPr>
            <w:tcW w:type="dxa" w:w="2880"/>
          </w:tcPr>
          <w:p>
            <w:r>
              <w:t>RC</w:t>
            </w:r>
          </w:p>
        </w:tc>
        <w:tc>
          <w:tcPr>
            <w:tcW w:type="dxa" w:w="2880"/>
          </w:tcPr>
          <w:p>
            <w:r>
              <w:t>10</w:t>
            </w:r>
          </w:p>
        </w:tc>
      </w:tr>
      <w:tr>
        <w:tc>
          <w:tcPr>
            <w:tcW w:type="dxa" w:w="2880"/>
          </w:tcPr>
          <w:p>
            <w:r>
              <w:t>2024-07-01</w:t>
            </w:r>
          </w:p>
        </w:tc>
        <w:tc>
          <w:tcPr>
            <w:tcW w:type="dxa" w:w="2880"/>
          </w:tcPr>
          <w:p>
            <w:r>
              <w:t>diamond</w:t>
            </w:r>
          </w:p>
        </w:tc>
        <w:tc>
          <w:tcPr>
            <w:tcW w:type="dxa" w:w="2880"/>
          </w:tcPr>
          <w:p>
            <w:r>
              <w:t>4</w:t>
            </w:r>
          </w:p>
        </w:tc>
      </w:tr>
      <w:tr>
        <w:tc>
          <w:tcPr>
            <w:tcW w:type="dxa" w:w="2880"/>
          </w:tcPr>
          <w:p>
            <w:r>
              <w:t>2024-08-01</w:t>
            </w:r>
          </w:p>
        </w:tc>
        <w:tc>
          <w:tcPr>
            <w:tcW w:type="dxa" w:w="2880"/>
          </w:tcPr>
          <w:p>
            <w:r>
              <w:t>RC</w:t>
            </w:r>
          </w:p>
        </w:tc>
        <w:tc>
          <w:tcPr>
            <w:tcW w:type="dxa" w:w="2880"/>
          </w:tcPr>
          <w:p>
            <w:r>
              <w:t>3</w:t>
            </w:r>
          </w:p>
        </w:tc>
      </w:tr>
      <w:tr>
        <w:tc>
          <w:tcPr>
            <w:tcW w:type="dxa" w:w="2880"/>
          </w:tcPr>
          <w:p>
            <w:r>
              <w:t>2024-08-01</w:t>
            </w:r>
          </w:p>
        </w:tc>
        <w:tc>
          <w:tcPr>
            <w:tcW w:type="dxa" w:w="2880"/>
          </w:tcPr>
          <w:p>
            <w:r>
              <w:t>diamond</w:t>
            </w:r>
          </w:p>
        </w:tc>
        <w:tc>
          <w:tcPr>
            <w:tcW w:type="dxa" w:w="2880"/>
          </w:tcPr>
          <w:p>
            <w:r>
              <w:t>0</w:t>
            </w:r>
          </w:p>
        </w:tc>
      </w:tr>
      <w:tr>
        <w:tc>
          <w:tcPr>
            <w:tcW w:type="dxa" w:w="2880"/>
          </w:tcPr>
          <w:p>
            <w:r>
              <w:t>2024-09-01</w:t>
            </w:r>
          </w:p>
        </w:tc>
        <w:tc>
          <w:tcPr>
            <w:tcW w:type="dxa" w:w="2880"/>
          </w:tcPr>
          <w:p>
            <w:r>
              <w:t>RC</w:t>
            </w:r>
          </w:p>
        </w:tc>
        <w:tc>
          <w:tcPr>
            <w:tcW w:type="dxa" w:w="2880"/>
          </w:tcPr>
          <w:p>
            <w:r>
              <w:t>3</w:t>
            </w:r>
          </w:p>
        </w:tc>
      </w:tr>
      <w:tr>
        <w:tc>
          <w:tcPr>
            <w:tcW w:type="dxa" w:w="2880"/>
          </w:tcPr>
          <w:p>
            <w:r>
              <w:t>2024-09-01</w:t>
            </w:r>
          </w:p>
        </w:tc>
        <w:tc>
          <w:tcPr>
            <w:tcW w:type="dxa" w:w="2880"/>
          </w:tcPr>
          <w:p>
            <w:r>
              <w:t>diamond</w:t>
            </w:r>
          </w:p>
        </w:tc>
        <w:tc>
          <w:tcPr>
            <w:tcW w:type="dxa" w:w="2880"/>
          </w:tcPr>
          <w:p>
            <w:r>
              <w:t>0</w:t>
            </w:r>
          </w:p>
        </w:tc>
      </w:tr>
      <w:tr>
        <w:tc>
          <w:tcPr>
            <w:tcW w:type="dxa" w:w="2880"/>
          </w:tcPr>
          <w:p>
            <w:r>
              <w:t>2024-10-01</w:t>
            </w:r>
          </w:p>
        </w:tc>
        <w:tc>
          <w:tcPr>
            <w:tcW w:type="dxa" w:w="2880"/>
          </w:tcPr>
          <w:p>
            <w:r>
              <w:t>RC</w:t>
            </w:r>
          </w:p>
        </w:tc>
        <w:tc>
          <w:tcPr>
            <w:tcW w:type="dxa" w:w="2880"/>
          </w:tcPr>
          <w:p>
            <w:r>
              <w:t>9</w:t>
            </w:r>
          </w:p>
        </w:tc>
      </w:tr>
      <w:tr>
        <w:tc>
          <w:tcPr>
            <w:tcW w:type="dxa" w:w="2880"/>
          </w:tcPr>
          <w:p>
            <w:r>
              <w:t>2024-10-01</w:t>
            </w:r>
          </w:p>
        </w:tc>
        <w:tc>
          <w:tcPr>
            <w:tcW w:type="dxa" w:w="2880"/>
          </w:tcPr>
          <w:p>
            <w:r>
              <w:t>diamond</w:t>
            </w:r>
          </w:p>
        </w:tc>
        <w:tc>
          <w:tcPr>
            <w:tcW w:type="dxa" w:w="2880"/>
          </w:tcPr>
          <w:p>
            <w:r>
              <w:t>3</w:t>
            </w:r>
          </w:p>
        </w:tc>
      </w:tr>
      <w:tr>
        <w:tc>
          <w:tcPr>
            <w:tcW w:type="dxa" w:w="2880"/>
          </w:tcPr>
          <w:p>
            <w:r>
              <w:t>2024-11-01</w:t>
            </w:r>
          </w:p>
        </w:tc>
        <w:tc>
          <w:tcPr>
            <w:tcW w:type="dxa" w:w="2880"/>
          </w:tcPr>
          <w:p>
            <w:r>
              <w:t>RC</w:t>
            </w:r>
          </w:p>
        </w:tc>
        <w:tc>
          <w:tcPr>
            <w:tcW w:type="dxa" w:w="2880"/>
          </w:tcPr>
          <w:p>
            <w:r>
              <w:t>12</w:t>
            </w:r>
          </w:p>
        </w:tc>
      </w:tr>
      <w:tr>
        <w:tc>
          <w:tcPr>
            <w:tcW w:type="dxa" w:w="2880"/>
          </w:tcPr>
          <w:p>
            <w:r>
              <w:t>2024-11-01</w:t>
            </w:r>
          </w:p>
        </w:tc>
        <w:tc>
          <w:tcPr>
            <w:tcW w:type="dxa" w:w="2880"/>
          </w:tcPr>
          <w:p>
            <w:r>
              <w:t>diamond</w:t>
            </w:r>
          </w:p>
        </w:tc>
        <w:tc>
          <w:tcPr>
            <w:tcW w:type="dxa" w:w="2880"/>
          </w:tcPr>
          <w:p>
            <w:r>
              <w:t>3</w:t>
            </w:r>
          </w:p>
        </w:tc>
      </w:tr>
      <w:tr>
        <w:tc>
          <w:tcPr>
            <w:tcW w:type="dxa" w:w="2880"/>
          </w:tcPr>
          <w:p>
            <w:r>
              <w:t>2024-12-01</w:t>
            </w:r>
          </w:p>
        </w:tc>
        <w:tc>
          <w:tcPr>
            <w:tcW w:type="dxa" w:w="2880"/>
          </w:tcPr>
          <w:p>
            <w:r>
              <w:t>RC</w:t>
            </w:r>
          </w:p>
        </w:tc>
        <w:tc>
          <w:tcPr>
            <w:tcW w:type="dxa" w:w="2880"/>
          </w:tcPr>
          <w:p>
            <w:r>
              <w:t>10</w:t>
            </w:r>
          </w:p>
        </w:tc>
      </w:tr>
      <w:tr>
        <w:tc>
          <w:tcPr>
            <w:tcW w:type="dxa" w:w="2880"/>
          </w:tcPr>
          <w:p>
            <w:r>
              <w:t>2024-12-01</w:t>
            </w:r>
          </w:p>
        </w:tc>
        <w:tc>
          <w:tcPr>
            <w:tcW w:type="dxa" w:w="2880"/>
          </w:tcPr>
          <w:p>
            <w:r>
              <w:t>diamond</w:t>
            </w:r>
          </w:p>
        </w:tc>
        <w:tc>
          <w:tcPr>
            <w:tcW w:type="dxa" w:w="2880"/>
          </w:tcPr>
          <w:p>
            <w:r>
              <w:t>3</w:t>
            </w:r>
          </w:p>
        </w:tc>
      </w:tr>
      <w:tr>
        <w:tc>
          <w:tcPr>
            <w:tcW w:type="dxa" w:w="2880"/>
          </w:tcPr>
          <w:p>
            <w:r>
              <w:t>2025-01-01</w:t>
            </w:r>
          </w:p>
        </w:tc>
        <w:tc>
          <w:tcPr>
            <w:tcW w:type="dxa" w:w="2880"/>
          </w:tcPr>
          <w:p>
            <w:r>
              <w:t>RC</w:t>
            </w:r>
          </w:p>
        </w:tc>
        <w:tc>
          <w:tcPr>
            <w:tcW w:type="dxa" w:w="2880"/>
          </w:tcPr>
          <w:p>
            <w:r>
              <w:t>10</w:t>
            </w:r>
          </w:p>
        </w:tc>
      </w:tr>
      <w:tr>
        <w:tc>
          <w:tcPr>
            <w:tcW w:type="dxa" w:w="2880"/>
          </w:tcPr>
          <w:p>
            <w:r>
              <w:t>2025-01-01</w:t>
            </w:r>
          </w:p>
        </w:tc>
        <w:tc>
          <w:tcPr>
            <w:tcW w:type="dxa" w:w="2880"/>
          </w:tcPr>
          <w:p>
            <w:r>
              <w:t>diamond</w:t>
            </w:r>
          </w:p>
        </w:tc>
        <w:tc>
          <w:tcPr>
            <w:tcW w:type="dxa" w:w="2880"/>
          </w:tcPr>
          <w:p>
            <w:r>
              <w:t>5</w:t>
            </w:r>
          </w:p>
        </w:tc>
      </w:tr>
      <w:tr>
        <w:tc>
          <w:tcPr>
            <w:tcW w:type="dxa" w:w="2880"/>
          </w:tcPr>
          <w:p>
            <w:r>
              <w:t>2025-02-01</w:t>
            </w:r>
          </w:p>
        </w:tc>
        <w:tc>
          <w:tcPr>
            <w:tcW w:type="dxa" w:w="2880"/>
          </w:tcPr>
          <w:p>
            <w:r>
              <w:t>RC</w:t>
            </w:r>
          </w:p>
        </w:tc>
        <w:tc>
          <w:tcPr>
            <w:tcW w:type="dxa" w:w="2880"/>
          </w:tcPr>
          <w:p>
            <w:r>
              <w:t>3</w:t>
            </w:r>
          </w:p>
        </w:tc>
      </w:tr>
      <w:tr>
        <w:tc>
          <w:tcPr>
            <w:tcW w:type="dxa" w:w="2880"/>
          </w:tcPr>
          <w:p>
            <w:r>
              <w:t>2025-02-01</w:t>
            </w:r>
          </w:p>
        </w:tc>
        <w:tc>
          <w:tcPr>
            <w:tcW w:type="dxa" w:w="2880"/>
          </w:tcPr>
          <w:p>
            <w:r>
              <w:t>diamond</w:t>
            </w:r>
          </w:p>
        </w:tc>
        <w:tc>
          <w:tcPr>
            <w:tcW w:type="dxa" w:w="2880"/>
          </w:tcPr>
          <w:p>
            <w:r>
              <w:t>3</w:t>
            </w:r>
          </w:p>
        </w:tc>
      </w:tr>
      <w:tr>
        <w:tc>
          <w:tcPr>
            <w:tcW w:type="dxa" w:w="2880"/>
          </w:tcPr>
          <w:p>
            <w:r>
              <w:t>2025-03-01</w:t>
            </w:r>
          </w:p>
        </w:tc>
        <w:tc>
          <w:tcPr>
            <w:tcW w:type="dxa" w:w="2880"/>
          </w:tcPr>
          <w:p>
            <w:r>
              <w:t>RC</w:t>
            </w:r>
          </w:p>
        </w:tc>
        <w:tc>
          <w:tcPr>
            <w:tcW w:type="dxa" w:w="2880"/>
          </w:tcPr>
          <w:p>
            <w:r>
              <w:t>4</w:t>
            </w:r>
          </w:p>
        </w:tc>
      </w:tr>
      <w:tr>
        <w:tc>
          <w:tcPr>
            <w:tcW w:type="dxa" w:w="2880"/>
          </w:tcPr>
          <w:p>
            <w:r>
              <w:t>2025-03-01</w:t>
            </w:r>
          </w:p>
        </w:tc>
        <w:tc>
          <w:tcPr>
            <w:tcW w:type="dxa" w:w="2880"/>
          </w:tcPr>
          <w:p>
            <w:r>
              <w:t>diamond</w:t>
            </w:r>
          </w:p>
        </w:tc>
        <w:tc>
          <w:tcPr>
            <w:tcW w:type="dxa" w:w="2880"/>
          </w:tcPr>
          <w:p>
            <w:r>
              <w:t>5</w:t>
            </w:r>
          </w:p>
        </w:tc>
      </w:tr>
      <w:tr>
        <w:tc>
          <w:tcPr>
            <w:tcW w:type="dxa" w:w="2880"/>
          </w:tcPr>
          <w:p>
            <w:r>
              <w:t>2025-04-01</w:t>
            </w:r>
          </w:p>
        </w:tc>
        <w:tc>
          <w:tcPr>
            <w:tcW w:type="dxa" w:w="2880"/>
          </w:tcPr>
          <w:p>
            <w:r>
              <w:t>RC</w:t>
            </w:r>
          </w:p>
        </w:tc>
        <w:tc>
          <w:tcPr>
            <w:tcW w:type="dxa" w:w="2880"/>
          </w:tcPr>
          <w:p>
            <w:r>
              <w:t>6</w:t>
            </w:r>
          </w:p>
        </w:tc>
      </w:tr>
      <w:tr>
        <w:tc>
          <w:tcPr>
            <w:tcW w:type="dxa" w:w="2880"/>
          </w:tcPr>
          <w:p>
            <w:r>
              <w:t>2025-04-01</w:t>
            </w:r>
          </w:p>
        </w:tc>
        <w:tc>
          <w:tcPr>
            <w:tcW w:type="dxa" w:w="2880"/>
          </w:tcPr>
          <w:p>
            <w:r>
              <w:t>diamond</w:t>
            </w:r>
          </w:p>
        </w:tc>
        <w:tc>
          <w:tcPr>
            <w:tcW w:type="dxa" w:w="2880"/>
          </w:tcPr>
          <w:p>
            <w:r>
              <w:t>2</w:t>
            </w:r>
          </w:p>
        </w:tc>
      </w:tr>
      <w:tr>
        <w:tc>
          <w:tcPr>
            <w:tcW w:type="dxa" w:w="2880"/>
          </w:tcPr>
          <w:p>
            <w:r>
              <w:t>2025-05-01</w:t>
            </w:r>
          </w:p>
        </w:tc>
        <w:tc>
          <w:tcPr>
            <w:tcW w:type="dxa" w:w="2880"/>
          </w:tcPr>
          <w:p>
            <w:r>
              <w:t>RC</w:t>
            </w:r>
          </w:p>
        </w:tc>
        <w:tc>
          <w:tcPr>
            <w:tcW w:type="dxa" w:w="2880"/>
          </w:tcPr>
          <w:p>
            <w:r>
              <w:t>2</w:t>
            </w:r>
          </w:p>
        </w:tc>
      </w:tr>
      <w:tr>
        <w:tc>
          <w:tcPr>
            <w:tcW w:type="dxa" w:w="2880"/>
          </w:tcPr>
          <w:p>
            <w:r>
              <w:t>2025-05-01</w:t>
            </w:r>
          </w:p>
        </w:tc>
        <w:tc>
          <w:tcPr>
            <w:tcW w:type="dxa" w:w="2880"/>
          </w:tcPr>
          <w:p>
            <w:r>
              <w:t>diamond</w:t>
            </w:r>
          </w:p>
        </w:tc>
        <w:tc>
          <w:tcPr>
            <w:tcW w:type="dxa" w:w="2880"/>
          </w:tcPr>
          <w:p>
            <w:r>
              <w:t>6</w:t>
            </w:r>
          </w:p>
        </w:tc>
      </w:tr>
      <w:tr>
        <w:tc>
          <w:tcPr>
            <w:tcW w:type="dxa" w:w="2880"/>
          </w:tcPr>
          <w:p>
            <w:r>
              <w:t>2025-06-01</w:t>
            </w:r>
          </w:p>
        </w:tc>
        <w:tc>
          <w:tcPr>
            <w:tcW w:type="dxa" w:w="2880"/>
          </w:tcPr>
          <w:p>
            <w:r>
              <w:t>RC</w:t>
            </w:r>
          </w:p>
        </w:tc>
        <w:tc>
          <w:tcPr>
            <w:tcW w:type="dxa" w:w="2880"/>
          </w:tcPr>
          <w:p>
            <w:r>
              <w:t>4</w:t>
            </w:r>
          </w:p>
        </w:tc>
      </w:tr>
      <w:tr>
        <w:tc>
          <w:tcPr>
            <w:tcW w:type="dxa" w:w="2880"/>
          </w:tcPr>
          <w:p>
            <w:r>
              <w:t>2025-06-01</w:t>
            </w:r>
          </w:p>
        </w:tc>
        <w:tc>
          <w:tcPr>
            <w:tcW w:type="dxa" w:w="2880"/>
          </w:tcPr>
          <w:p>
            <w:r>
              <w:t>diamond</w:t>
            </w:r>
          </w:p>
        </w:tc>
        <w:tc>
          <w:tcPr>
            <w:tcW w:type="dxa" w:w="2880"/>
          </w:tcPr>
          <w:p>
            <w:r>
              <w:t>1</w:t>
            </w:r>
          </w:p>
        </w:tc>
      </w:tr>
      <w:tr>
        <w:tc>
          <w:tcPr>
            <w:tcW w:type="dxa" w:w="2880"/>
          </w:tcPr>
          <w:p>
            <w:r>
              <w:t>2025-07-01</w:t>
            </w:r>
          </w:p>
        </w:tc>
        <w:tc>
          <w:tcPr>
            <w:tcW w:type="dxa" w:w="2880"/>
          </w:tcPr>
          <w:p>
            <w:r>
              <w:t>RC</w:t>
            </w:r>
          </w:p>
        </w:tc>
        <w:tc>
          <w:tcPr>
            <w:tcW w:type="dxa" w:w="2880"/>
          </w:tcPr>
          <w:p>
            <w:r>
              <w:t>10</w:t>
            </w:r>
          </w:p>
        </w:tc>
      </w:tr>
      <w:tr>
        <w:tc>
          <w:tcPr>
            <w:tcW w:type="dxa" w:w="2880"/>
          </w:tcPr>
          <w:p>
            <w:r>
              <w:t>2025-07-01</w:t>
            </w:r>
          </w:p>
        </w:tc>
        <w:tc>
          <w:tcPr>
            <w:tcW w:type="dxa" w:w="2880"/>
          </w:tcPr>
          <w:p>
            <w:r>
              <w:t>diamond</w:t>
            </w:r>
          </w:p>
        </w:tc>
        <w:tc>
          <w:tcPr>
            <w:tcW w:type="dxa" w:w="2880"/>
          </w:tcPr>
          <w:p>
            <w:r>
              <w:t>2</w:t>
            </w:r>
          </w:p>
        </w:tc>
      </w:tr>
      <w:tr>
        <w:tc>
          <w:tcPr>
            <w:tcW w:type="dxa" w:w="2880"/>
          </w:tcPr>
          <w:p>
            <w:r>
              <w:t>2025-08-01</w:t>
            </w:r>
          </w:p>
        </w:tc>
        <w:tc>
          <w:tcPr>
            <w:tcW w:type="dxa" w:w="2880"/>
          </w:tcPr>
          <w:p>
            <w:r>
              <w:t>RC</w:t>
            </w:r>
          </w:p>
        </w:tc>
        <w:tc>
          <w:tcPr>
            <w:tcW w:type="dxa" w:w="2880"/>
          </w:tcPr>
          <w:p>
            <w:r>
              <w:t>7</w:t>
            </w:r>
          </w:p>
        </w:tc>
      </w:tr>
      <w:tr>
        <w:tc>
          <w:tcPr>
            <w:tcW w:type="dxa" w:w="2880"/>
          </w:tcPr>
          <w:p>
            <w:r>
              <w:t>2025-08-01</w:t>
            </w:r>
          </w:p>
        </w:tc>
        <w:tc>
          <w:tcPr>
            <w:tcW w:type="dxa" w:w="2880"/>
          </w:tcPr>
          <w:p>
            <w:r>
              <w:t>diamond</w:t>
            </w:r>
          </w:p>
        </w:tc>
        <w:tc>
          <w:tcPr>
            <w:tcW w:type="dxa" w:w="2880"/>
          </w:tcPr>
          <w:p>
            <w:r>
              <w:t>2</w:t>
            </w:r>
          </w:p>
        </w:tc>
      </w:tr>
      <w:tr>
        <w:tc>
          <w:tcPr>
            <w:tcW w:type="dxa" w:w="2880"/>
          </w:tcPr>
          <w:p>
            <w:r>
              <w:t>2025-09-01</w:t>
            </w:r>
          </w:p>
        </w:tc>
        <w:tc>
          <w:tcPr>
            <w:tcW w:type="dxa" w:w="2880"/>
          </w:tcPr>
          <w:p>
            <w:r>
              <w:t>RC</w:t>
            </w:r>
          </w:p>
        </w:tc>
        <w:tc>
          <w:tcPr>
            <w:tcW w:type="dxa" w:w="2880"/>
          </w:tcPr>
          <w:p>
            <w:r>
              <w:t>6</w:t>
            </w:r>
          </w:p>
        </w:tc>
      </w:tr>
      <w:tr>
        <w:tc>
          <w:tcPr>
            <w:tcW w:type="dxa" w:w="2880"/>
          </w:tcPr>
          <w:p>
            <w:r>
              <w:t>2025-09-01</w:t>
            </w:r>
          </w:p>
        </w:tc>
        <w:tc>
          <w:tcPr>
            <w:tcW w:type="dxa" w:w="2880"/>
          </w:tcPr>
          <w:p>
            <w:r>
              <w:t>diamond</w:t>
            </w:r>
          </w:p>
        </w:tc>
        <w:tc>
          <w:tcPr>
            <w:tcW w:type="dxa" w:w="2880"/>
          </w:tcPr>
          <w:p>
            <w:r>
              <w:t>4</w:t>
            </w:r>
          </w:p>
        </w:tc>
      </w:tr>
      <w:tr>
        <w:tc>
          <w:tcPr>
            <w:tcW w:type="dxa" w:w="2880"/>
          </w:tcPr>
          <w:p>
            <w:r>
              <w:t>2025-10-01</w:t>
            </w:r>
          </w:p>
        </w:tc>
        <w:tc>
          <w:tcPr>
            <w:tcW w:type="dxa" w:w="2880"/>
          </w:tcPr>
          <w:p>
            <w:r>
              <w:t>RC</w:t>
            </w:r>
          </w:p>
        </w:tc>
        <w:tc>
          <w:tcPr>
            <w:tcW w:type="dxa" w:w="2880"/>
          </w:tcPr>
          <w:p>
            <w:r>
              <w:t>7</w:t>
            </w:r>
          </w:p>
        </w:tc>
      </w:tr>
      <w:tr>
        <w:tc>
          <w:tcPr>
            <w:tcW w:type="dxa" w:w="2880"/>
          </w:tcPr>
          <w:p>
            <w:r>
              <w:t>2025-10-01</w:t>
            </w:r>
          </w:p>
        </w:tc>
        <w:tc>
          <w:tcPr>
            <w:tcW w:type="dxa" w:w="2880"/>
          </w:tcPr>
          <w:p>
            <w:r>
              <w:t>diamond</w:t>
            </w:r>
          </w:p>
        </w:tc>
        <w:tc>
          <w:tcPr>
            <w:tcW w:type="dxa" w:w="2880"/>
          </w:tcPr>
          <w:p>
            <w:r>
              <w:t>4</w:t>
            </w:r>
          </w:p>
        </w:tc>
      </w:tr>
      <w:tr>
        <w:tc>
          <w:tcPr>
            <w:tcW w:type="dxa" w:w="2880"/>
          </w:tcPr>
          <w:p>
            <w:r>
              <w:t>2025-11-01</w:t>
            </w:r>
          </w:p>
        </w:tc>
        <w:tc>
          <w:tcPr>
            <w:tcW w:type="dxa" w:w="2880"/>
          </w:tcPr>
          <w:p>
            <w:r>
              <w:t>RC</w:t>
            </w:r>
          </w:p>
        </w:tc>
        <w:tc>
          <w:tcPr>
            <w:tcW w:type="dxa" w:w="2880"/>
          </w:tcPr>
          <w:p>
            <w:r>
              <w:t>8</w:t>
            </w:r>
          </w:p>
        </w:tc>
      </w:tr>
      <w:tr>
        <w:tc>
          <w:tcPr>
            <w:tcW w:type="dxa" w:w="2880"/>
          </w:tcPr>
          <w:p>
            <w:r>
              <w:t>2025-11-01</w:t>
            </w:r>
          </w:p>
        </w:tc>
        <w:tc>
          <w:tcPr>
            <w:tcW w:type="dxa" w:w="2880"/>
          </w:tcPr>
          <w:p>
            <w:r>
              <w:t>diamond</w:t>
            </w:r>
          </w:p>
        </w:tc>
        <w:tc>
          <w:tcPr>
            <w:tcW w:type="dxa" w:w="2880"/>
          </w:tcPr>
          <w:p>
            <w:r>
              <w:t>1</w:t>
            </w:r>
          </w:p>
        </w:tc>
      </w:tr>
      <w:tr>
        <w:tc>
          <w:tcPr>
            <w:tcW w:type="dxa" w:w="2880"/>
          </w:tcPr>
          <w:p>
            <w:r>
              <w:t>2025-12-01</w:t>
            </w:r>
          </w:p>
        </w:tc>
        <w:tc>
          <w:tcPr>
            <w:tcW w:type="dxa" w:w="2880"/>
          </w:tcPr>
          <w:p>
            <w:r>
              <w:t>RC</w:t>
            </w:r>
          </w:p>
        </w:tc>
        <w:tc>
          <w:tcPr>
            <w:tcW w:type="dxa" w:w="2880"/>
          </w:tcPr>
          <w:p>
            <w:r>
              <w:t>11</w:t>
            </w:r>
          </w:p>
        </w:tc>
      </w:tr>
      <w:tr>
        <w:tc>
          <w:tcPr>
            <w:tcW w:type="dxa" w:w="2880"/>
          </w:tcPr>
          <w:p>
            <w:r>
              <w:t>2025-12-01</w:t>
            </w:r>
          </w:p>
        </w:tc>
        <w:tc>
          <w:tcPr>
            <w:tcW w:type="dxa" w:w="2880"/>
          </w:tcPr>
          <w:p>
            <w:r>
              <w:t>diamond</w:t>
            </w:r>
          </w:p>
        </w:tc>
        <w:tc>
          <w:tcPr>
            <w:tcW w:type="dxa" w:w="2880"/>
          </w:tcPr>
          <w:p>
            <w:r>
              <w:t>2</w:t>
            </w:r>
          </w:p>
        </w:tc>
      </w:tr>
      <w:tr>
        <w:tc>
          <w:tcPr>
            <w:tcW w:type="dxa" w:w="2880"/>
          </w:tcPr>
          <w:p>
            <w:r>
              <w:t>2026-01-01</w:t>
            </w:r>
          </w:p>
        </w:tc>
        <w:tc>
          <w:tcPr>
            <w:tcW w:type="dxa" w:w="2880"/>
          </w:tcPr>
          <w:p>
            <w:r>
              <w:t>RC</w:t>
            </w:r>
          </w:p>
        </w:tc>
        <w:tc>
          <w:tcPr>
            <w:tcW w:type="dxa" w:w="2880"/>
          </w:tcPr>
          <w:p>
            <w:r>
              <w:t>6</w:t>
            </w:r>
          </w:p>
        </w:tc>
      </w:tr>
      <w:tr>
        <w:tc>
          <w:tcPr>
            <w:tcW w:type="dxa" w:w="2880"/>
          </w:tcPr>
          <w:p>
            <w:r>
              <w:t>2026-01-01</w:t>
            </w:r>
          </w:p>
        </w:tc>
        <w:tc>
          <w:tcPr>
            <w:tcW w:type="dxa" w:w="2880"/>
          </w:tcPr>
          <w:p>
            <w:r>
              <w:t>diamond</w:t>
            </w:r>
          </w:p>
        </w:tc>
        <w:tc>
          <w:tcPr>
            <w:tcW w:type="dxa" w:w="2880"/>
          </w:tcPr>
          <w:p>
            <w:r>
              <w:t>0</w:t>
            </w:r>
          </w:p>
        </w:tc>
      </w:tr>
      <w:tr>
        <w:tc>
          <w:tcPr>
            <w:tcW w:type="dxa" w:w="2880"/>
          </w:tcPr>
          <w:p>
            <w:r>
              <w:t>2026-02-01</w:t>
            </w:r>
          </w:p>
        </w:tc>
        <w:tc>
          <w:tcPr>
            <w:tcW w:type="dxa" w:w="2880"/>
          </w:tcPr>
          <w:p>
            <w:r>
              <w:t>RC</w:t>
            </w:r>
          </w:p>
        </w:tc>
        <w:tc>
          <w:tcPr>
            <w:tcW w:type="dxa" w:w="2880"/>
          </w:tcPr>
          <w:p>
            <w:r>
              <w:t>8</w:t>
            </w:r>
          </w:p>
        </w:tc>
      </w:tr>
      <w:tr>
        <w:tc>
          <w:tcPr>
            <w:tcW w:type="dxa" w:w="2880"/>
          </w:tcPr>
          <w:p>
            <w:r>
              <w:t>2026-02-01</w:t>
            </w:r>
          </w:p>
        </w:tc>
        <w:tc>
          <w:tcPr>
            <w:tcW w:type="dxa" w:w="2880"/>
          </w:tcPr>
          <w:p>
            <w:r>
              <w:t>diamond</w:t>
            </w:r>
          </w:p>
        </w:tc>
        <w:tc>
          <w:tcPr>
            <w:tcW w:type="dxa" w:w="2880"/>
          </w:tcPr>
          <w:p>
            <w:r>
              <w:t>8</w:t>
            </w:r>
          </w:p>
        </w:tc>
      </w:tr>
      <w:tr>
        <w:tc>
          <w:tcPr>
            <w:tcW w:type="dxa" w:w="2880"/>
          </w:tcPr>
          <w:p>
            <w:r>
              <w:t>2026-03-01</w:t>
            </w:r>
          </w:p>
        </w:tc>
        <w:tc>
          <w:tcPr>
            <w:tcW w:type="dxa" w:w="2880"/>
          </w:tcPr>
          <w:p>
            <w:r>
              <w:t>RC</w:t>
            </w:r>
          </w:p>
        </w:tc>
        <w:tc>
          <w:tcPr>
            <w:tcW w:type="dxa" w:w="2880"/>
          </w:tcPr>
          <w:p>
            <w:r>
              <w:t>9</w:t>
            </w:r>
          </w:p>
        </w:tc>
      </w:tr>
      <w:tr>
        <w:tc>
          <w:tcPr>
            <w:tcW w:type="dxa" w:w="2880"/>
          </w:tcPr>
          <w:p>
            <w:r>
              <w:t>2026-03-01</w:t>
            </w:r>
          </w:p>
        </w:tc>
        <w:tc>
          <w:tcPr>
            <w:tcW w:type="dxa" w:w="2880"/>
          </w:tcPr>
          <w:p>
            <w:r>
              <w:t>diamond</w:t>
            </w:r>
          </w:p>
        </w:tc>
        <w:tc>
          <w:tcPr>
            <w:tcW w:type="dxa" w:w="2880"/>
          </w:tcPr>
          <w:p>
            <w:r>
              <w:t>2</w:t>
            </w:r>
          </w:p>
        </w:tc>
      </w:tr>
      <w:tr>
        <w:tc>
          <w:tcPr>
            <w:tcW w:type="dxa" w:w="2880"/>
          </w:tcPr>
          <w:p>
            <w:r>
              <w:t>2026-04-01</w:t>
            </w:r>
          </w:p>
        </w:tc>
        <w:tc>
          <w:tcPr>
            <w:tcW w:type="dxa" w:w="2880"/>
          </w:tcPr>
          <w:p>
            <w:r>
              <w:t>RC</w:t>
            </w:r>
          </w:p>
        </w:tc>
        <w:tc>
          <w:tcPr>
            <w:tcW w:type="dxa" w:w="2880"/>
          </w:tcPr>
          <w:p>
            <w:r>
              <w:t>12</w:t>
            </w:r>
          </w:p>
        </w:tc>
      </w:tr>
      <w:tr>
        <w:tc>
          <w:tcPr>
            <w:tcW w:type="dxa" w:w="2880"/>
          </w:tcPr>
          <w:p>
            <w:r>
              <w:t>2026-04-01</w:t>
            </w:r>
          </w:p>
        </w:tc>
        <w:tc>
          <w:tcPr>
            <w:tcW w:type="dxa" w:w="2880"/>
          </w:tcPr>
          <w:p>
            <w:r>
              <w:t>diamond</w:t>
            </w:r>
          </w:p>
        </w:tc>
        <w:tc>
          <w:tcPr>
            <w:tcW w:type="dxa" w:w="2880"/>
          </w:tcPr>
          <w:p>
            <w:r>
              <w:t>8</w:t>
            </w:r>
          </w:p>
        </w:tc>
      </w:tr>
      <w:tr>
        <w:tc>
          <w:tcPr>
            <w:tcW w:type="dxa" w:w="2880"/>
          </w:tcPr>
          <w:p>
            <w:r>
              <w:t>2026-05-01</w:t>
            </w:r>
          </w:p>
        </w:tc>
        <w:tc>
          <w:tcPr>
            <w:tcW w:type="dxa" w:w="2880"/>
          </w:tcPr>
          <w:p>
            <w:r>
              <w:t>RC</w:t>
            </w:r>
          </w:p>
        </w:tc>
        <w:tc>
          <w:tcPr>
            <w:tcW w:type="dxa" w:w="2880"/>
          </w:tcPr>
          <w:p>
            <w:r>
              <w:t>7</w:t>
            </w:r>
          </w:p>
        </w:tc>
      </w:tr>
      <w:tr>
        <w:tc>
          <w:tcPr>
            <w:tcW w:type="dxa" w:w="2880"/>
          </w:tcPr>
          <w:p>
            <w:r>
              <w:t>2026-05-01</w:t>
            </w:r>
          </w:p>
        </w:tc>
        <w:tc>
          <w:tcPr>
            <w:tcW w:type="dxa" w:w="2880"/>
          </w:tcPr>
          <w:p>
            <w:r>
              <w:t>diamond</w:t>
            </w:r>
          </w:p>
        </w:tc>
        <w:tc>
          <w:tcPr>
            <w:tcW w:type="dxa" w:w="2880"/>
          </w:tcPr>
          <w:p>
            <w:r>
              <w:t>3</w:t>
            </w:r>
          </w:p>
        </w:tc>
      </w:tr>
      <w:tr>
        <w:tc>
          <w:tcPr>
            <w:tcW w:type="dxa" w:w="2880"/>
          </w:tcPr>
          <w:p>
            <w:r>
              <w:t>2026-06-01</w:t>
            </w:r>
          </w:p>
        </w:tc>
        <w:tc>
          <w:tcPr>
            <w:tcW w:type="dxa" w:w="2880"/>
          </w:tcPr>
          <w:p>
            <w:r>
              <w:t>RC</w:t>
            </w:r>
          </w:p>
        </w:tc>
        <w:tc>
          <w:tcPr>
            <w:tcW w:type="dxa" w:w="2880"/>
          </w:tcPr>
          <w:p>
            <w:r>
              <w:t>6</w:t>
            </w:r>
          </w:p>
        </w:tc>
      </w:tr>
      <w:tr>
        <w:tc>
          <w:tcPr>
            <w:tcW w:type="dxa" w:w="2880"/>
          </w:tcPr>
          <w:p>
            <w:r>
              <w:t>2026-06-01</w:t>
            </w:r>
          </w:p>
        </w:tc>
        <w:tc>
          <w:tcPr>
            <w:tcW w:type="dxa" w:w="2880"/>
          </w:tcPr>
          <w:p>
            <w:r>
              <w:t>diamond</w:t>
            </w:r>
          </w:p>
        </w:tc>
        <w:tc>
          <w:tcPr>
            <w:tcW w:type="dxa" w:w="2880"/>
          </w:tcPr>
          <w:p>
            <w:r>
              <w:t>4</w:t>
            </w:r>
          </w:p>
        </w:tc>
      </w:tr>
      <w:tr>
        <w:tc>
          <w:tcPr>
            <w:tcW w:type="dxa" w:w="2880"/>
          </w:tcPr>
          <w:p>
            <w:r>
              <w:t>2026-07-01</w:t>
            </w:r>
          </w:p>
        </w:tc>
        <w:tc>
          <w:tcPr>
            <w:tcW w:type="dxa" w:w="2880"/>
          </w:tcPr>
          <w:p>
            <w:r>
              <w:t>RC</w:t>
            </w:r>
          </w:p>
        </w:tc>
        <w:tc>
          <w:tcPr>
            <w:tcW w:type="dxa" w:w="2880"/>
          </w:tcPr>
          <w:p>
            <w:r>
              <w:t>9</w:t>
            </w:r>
          </w:p>
        </w:tc>
      </w:tr>
      <w:tr>
        <w:tc>
          <w:tcPr>
            <w:tcW w:type="dxa" w:w="2880"/>
          </w:tcPr>
          <w:p>
            <w:r>
              <w:t>2026-07-01</w:t>
            </w:r>
          </w:p>
        </w:tc>
        <w:tc>
          <w:tcPr>
            <w:tcW w:type="dxa" w:w="2880"/>
          </w:tcPr>
          <w:p>
            <w:r>
              <w:t>diamond</w:t>
            </w:r>
          </w:p>
        </w:tc>
        <w:tc>
          <w:tcPr>
            <w:tcW w:type="dxa" w:w="2880"/>
          </w:tcPr>
          <w:p>
            <w:r>
              <w:t>0</w:t>
            </w:r>
          </w:p>
        </w:tc>
      </w:tr>
      <w:tr>
        <w:tc>
          <w:tcPr>
            <w:tcW w:type="dxa" w:w="2880"/>
          </w:tcPr>
          <w:p>
            <w:r>
              <w:t>2026-08-01</w:t>
            </w:r>
          </w:p>
        </w:tc>
        <w:tc>
          <w:tcPr>
            <w:tcW w:type="dxa" w:w="2880"/>
          </w:tcPr>
          <w:p>
            <w:r>
              <w:t>RC</w:t>
            </w:r>
          </w:p>
        </w:tc>
        <w:tc>
          <w:tcPr>
            <w:tcW w:type="dxa" w:w="2880"/>
          </w:tcPr>
          <w:p>
            <w:r>
              <w:t>4</w:t>
            </w:r>
          </w:p>
        </w:tc>
      </w:tr>
      <w:tr>
        <w:tc>
          <w:tcPr>
            <w:tcW w:type="dxa" w:w="2880"/>
          </w:tcPr>
          <w:p>
            <w:r>
              <w:t>2026-08-01</w:t>
            </w:r>
          </w:p>
        </w:tc>
        <w:tc>
          <w:tcPr>
            <w:tcW w:type="dxa" w:w="2880"/>
          </w:tcPr>
          <w:p>
            <w:r>
              <w:t>diamond</w:t>
            </w:r>
          </w:p>
        </w:tc>
        <w:tc>
          <w:tcPr>
            <w:tcW w:type="dxa" w:w="2880"/>
          </w:tcPr>
          <w:p>
            <w:r>
              <w:t>0</w:t>
            </w:r>
          </w:p>
        </w:tc>
      </w:tr>
    </w:tbl>
    <w:p/>
    <w:sectPr w:rsidR="00FC693F" w:rsidRPr="0006063C" w:rsidSect="00034616">
      <w:footerReference w:type="default" r:id="rId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Mining, Newman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Mining, Newman: report</dc:title>
  <dc:subject>Describe the project Sample: Mining, Newman: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