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07F1F"/>
          <w:sz w:val="16"/>
        </w:rPr>
        <w:t>GEOBIT LARGE SPATIAL MODEL</w:t>
      </w:r>
    </w:p>
    <w:p>
      <w:pPr>
        <w:pStyle w:val="Title"/>
      </w:pPr>
      <w:r>
        <w:t>Sample: Oil and gas pipelines, Midland: report</w:t>
      </w:r>
    </w:p>
    <w:p>
      <w:r>
        <w:rPr>
          <w:color w:val="525252"/>
          <w:sz w:val="18"/>
        </w:rPr>
        <w:t>Project: Sample: Oil and gas pipelines, Midland</w:t>
      </w:r>
      <w:r>
        <w:rPr>
          <w:color w:val="525252"/>
          <w:sz w:val="18"/>
        </w:rPr>
        <w:br/>
        <w:t>Goal: Describe the project Sample: Oil and gas pipelines, Midland: run the analyses that tell the most about its data, draw every result, and write a cited report.</w:t>
      </w:r>
      <w:r>
        <w:rPr>
          <w:color w:val="525252"/>
          <w:sz w:val="18"/>
        </w:rPr>
        <w:br/>
        <w:t>Run: debf2e20-caf9-45f0-b26f-597c66cae39f (running, 11 agent run(s))</w:t>
      </w:r>
      <w:r>
        <w:rPr>
          <w:color w:val="525252"/>
          <w:sz w:val="18"/>
        </w:rPr>
        <w:br/>
        <w:t>Generated: 2026-10-18T05:56:24Z, version 1</w:t>
      </w:r>
      <w:r>
        <w:rPr>
          <w:color w:val="525252"/>
          <w:sz w:val="18"/>
        </w:rPr>
        <w:br/>
        <w:t>Model cost: USD 0.0000 over 0 model call(s)</w:t>
      </w:r>
    </w:p>
    <w:p>
      <w:pPr>
        <w:pStyle w:val="Heading1"/>
      </w:pPr>
      <w:r>
        <w:t>Data used</w:t>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Data</w:t>
            </w:r>
          </w:p>
        </w:tc>
        <w:tc>
          <w:tcPr>
            <w:tcW w:type="dxa" w:w="1440"/>
          </w:tcPr>
          <w:p>
            <w:r>
              <w:t>Kind</w:t>
            </w:r>
          </w:p>
        </w:tc>
        <w:tc>
          <w:tcPr>
            <w:tcW w:type="dxa" w:w="1440"/>
          </w:tcPr>
          <w:p>
            <w:r>
              <w:t>Rows</w:t>
            </w:r>
          </w:p>
        </w:tc>
        <w:tc>
          <w:tcPr>
            <w:tcW w:type="dxa" w:w="1440"/>
          </w:tcPr>
          <w:p>
            <w:r>
              <w:t>Time span</w:t>
            </w:r>
          </w:p>
        </w:tc>
        <w:tc>
          <w:tcPr>
            <w:tcW w:type="dxa" w:w="1440"/>
          </w:tcPr>
          <w:p>
            <w:r>
              <w:t>Summary</w:t>
            </w:r>
          </w:p>
        </w:tc>
        <w:tc>
          <w:tcPr>
            <w:tcW w:type="dxa" w:w="1440"/>
          </w:tcPr>
          <w:p>
            <w:r>
              <w:t>Source</w:t>
            </w:r>
          </w:p>
        </w:tc>
      </w:tr>
      <w:tr>
        <w:tc>
          <w:tcPr>
            <w:tcW w:type="dxa" w:w="1440"/>
          </w:tcPr>
          <w:p>
            <w:r>
              <w:t>Pipeline segments</w:t>
            </w:r>
          </w:p>
        </w:tc>
        <w:tc>
          <w:tcPr>
            <w:tcW w:type="dxa" w:w="1440"/>
          </w:tcPr>
          <w:p>
            <w:r>
              <w:t>vector, LineString</w:t>
            </w:r>
          </w:p>
        </w:tc>
        <w:tc>
          <w:tcPr>
            <w:tcW w:type="dxa" w:w="1440"/>
          </w:tcPr>
          <w:p>
            <w:r>
              <w:t>99</w:t>
            </w:r>
          </w:p>
        </w:tc>
        <w:tc>
          <w:tcPr>
            <w:tcW w:type="dxa" w:w="1440"/>
          </w:tcPr>
          <w:p>
            <w:r/>
          </w:p>
        </w:tc>
        <w:tc>
          <w:tcPr>
            <w:tcW w:type="dxa" w:w="1440"/>
          </w:tcPr>
          <w:p>
            <w:r>
              <w:t>99 line features; 'coating' has 3 values (top: FBE 54, tape 23, coal tar 22); 'station_from_m' 0 to 28,000 (mean 1.302e+04); 'station_to_m' 800 to 28,785 (mean 1.381e+04); 'diameter_in' 12 to 24 (mean 17.82); total length 78.44 km; extent -102.2108,31.9243 to -101.9449,32.0740. Lines (Pipeline segments) such as routes or networks.</w:t>
            </w:r>
          </w:p>
        </w:tc>
        <w:tc>
          <w:tcPr>
            <w:tcW w:type="dxa" w:w="1440"/>
          </w:tcPr>
          <w:p>
            <w:r>
              <w:t>[94]</w:t>
            </w:r>
          </w:p>
        </w:tc>
      </w:tr>
      <w:tr>
        <w:tc>
          <w:tcPr>
            <w:tcW w:type="dxa" w:w="1440"/>
          </w:tcPr>
          <w:p>
            <w:r>
              <w:t>In-line inspection anomalies</w:t>
            </w:r>
          </w:p>
        </w:tc>
        <w:tc>
          <w:tcPr>
            <w:tcW w:type="dxa" w:w="1440"/>
          </w:tcPr>
          <w:p>
            <w:r>
              <w:t>vector, Point</w:t>
            </w:r>
          </w:p>
        </w:tc>
        <w:tc>
          <w:tcPr>
            <w:tcW w:type="dxa" w:w="1440"/>
          </w:tcPr>
          <w:p>
            <w:r>
              <w:t>1,118</w:t>
            </w:r>
          </w:p>
        </w:tc>
        <w:tc>
          <w:tcPr>
            <w:tcW w:type="dxa" w:w="1440"/>
          </w:tcPr>
          <w:p>
            <w:r>
              <w:t>2021-06-14 to 2025-06-09</w:t>
            </w:r>
          </w:p>
        </w:tc>
        <w:tc>
          <w:tcPr>
            <w:tcW w:type="dxa" w:w="1440"/>
          </w:tcPr>
          <w:p>
            <w:r>
              <w:t>1,118 point features; dated by 'inspected_on' from 2021-06-14 to 2025-06-09; 'feature' has 4 values (top: metal loss 454, crack-like 233, dent 220); 'clock' has 12 values (top: 4:00 105, 11:00 101, 7:00 100); 'depth_pct' 3 to 41.1 (mean 15.7); 'length_mm' 15 to 472 (mean 68.66); 'station_m' 157 to 28,769 (mean 1.203e+04); extent -102.2093,31.9267 to -101.9451,32.0732. Dated point events by feature: where and when In-line inspection anomalies happen.</w:t>
            </w:r>
          </w:p>
        </w:tc>
        <w:tc>
          <w:tcPr>
            <w:tcW w:type="dxa" w:w="1440"/>
          </w:tcPr>
          <w:p>
            <w:r>
              <w:t>[2]</w:t>
            </w:r>
          </w:p>
        </w:tc>
      </w:tr>
      <w:tr>
        <w:tc>
          <w:tcPr>
            <w:tcW w:type="dxa" w:w="1440"/>
          </w:tcPr>
          <w:p>
            <w:r>
              <w:t>Incidents</w:t>
            </w:r>
          </w:p>
        </w:tc>
        <w:tc>
          <w:tcPr>
            <w:tcW w:type="dxa" w:w="1440"/>
          </w:tcPr>
          <w:p>
            <w:r>
              <w:t>vector, Point</w:t>
            </w:r>
          </w:p>
        </w:tc>
        <w:tc>
          <w:tcPr>
            <w:tcW w:type="dxa" w:w="1440"/>
          </w:tcPr>
          <w:p>
            <w:r>
              <w:t>70</w:t>
            </w:r>
          </w:p>
        </w:tc>
        <w:tc>
          <w:tcPr>
            <w:tcW w:type="dxa" w:w="1440"/>
          </w:tcPr>
          <w:p>
            <w:r>
              <w:t>2016-04-07 to 2026-06-14</w:t>
            </w:r>
          </w:p>
        </w:tc>
        <w:tc>
          <w:tcPr>
            <w:tcW w:type="dxa" w:w="1440"/>
          </w:tcPr>
          <w:p>
            <w:r>
              <w:t>70 point features; dated by 'date' from 2016-04-07 to 2026-06-14; 'cause' has 5 values (top: external corrosion 28, third-party damage 14, equipment 11); 'release_bbl' 0.5 to 157.2 (mean 12.33); 'station_m' 216 to 27,926 (mean 1.288e+04); extent -102.2063,31.9262 to -101.9486,32.0725. Dated point events by cause: where and when Incidents happen.</w:t>
            </w:r>
          </w:p>
        </w:tc>
        <w:tc>
          <w:tcPr>
            <w:tcW w:type="dxa" w:w="1440"/>
          </w:tcPr>
          <w:p>
            <w:r>
              <w:t>[3]</w:t>
            </w:r>
          </w:p>
        </w:tc>
      </w:tr>
      <w:tr>
        <w:tc>
          <w:tcPr>
            <w:tcW w:type="dxa" w:w="1440"/>
          </w:tcPr>
          <w:p>
            <w:r>
              <w:t>Valves and stations</w:t>
            </w:r>
          </w:p>
        </w:tc>
        <w:tc>
          <w:tcPr>
            <w:tcW w:type="dxa" w:w="1440"/>
          </w:tcPr>
          <w:p>
            <w:r>
              <w:t>vector, Point</w:t>
            </w:r>
          </w:p>
        </w:tc>
        <w:tc>
          <w:tcPr>
            <w:tcW w:type="dxa" w:w="1440"/>
          </w:tcPr>
          <w:p>
            <w:r>
              <w:t>25</w:t>
            </w:r>
          </w:p>
        </w:tc>
        <w:tc>
          <w:tcPr>
            <w:tcW w:type="dxa" w:w="1440"/>
          </w:tcPr>
          <w:p>
            <w:r/>
          </w:p>
        </w:tc>
        <w:tc>
          <w:tcPr>
            <w:tcW w:type="dxa" w:w="1440"/>
          </w:tcPr>
          <w:p>
            <w:r>
              <w:t>25 point features; 'type' has 3 values (top: test station 14, block valve 8, pump station 3); 'station_m' 0 to 25,600 (mean 1.19e+04); named by 'name' (e.g. L100 pump station 1, L100 test station 2, L100 block valve 3); extent -102.2109,31.9243 to -101.9659,32.0570. Point locations of Valves and stations by type.</w:t>
            </w:r>
          </w:p>
        </w:tc>
        <w:tc>
          <w:tcPr>
            <w:tcW w:type="dxa" w:w="1440"/>
          </w:tcPr>
          <w:p>
            <w:r>
              <w:t>[95]</w:t>
            </w:r>
          </w:p>
        </w:tc>
      </w:tr>
      <w:tr>
        <w:tc>
          <w:tcPr>
            <w:tcW w:type="dxa" w:w="1440"/>
          </w:tcPr>
          <w:p>
            <w:r>
              <w:t>High consequence areas</w:t>
            </w:r>
          </w:p>
        </w:tc>
        <w:tc>
          <w:tcPr>
            <w:tcW w:type="dxa" w:w="1440"/>
          </w:tcPr>
          <w:p>
            <w:r>
              <w:t>vector, Polygon</w:t>
            </w:r>
          </w:p>
        </w:tc>
        <w:tc>
          <w:tcPr>
            <w:tcW w:type="dxa" w:w="1440"/>
          </w:tcPr>
          <w:p>
            <w:r>
              <w:t>6</w:t>
            </w:r>
          </w:p>
        </w:tc>
        <w:tc>
          <w:tcPr>
            <w:tcW w:type="dxa" w:w="1440"/>
          </w:tcPr>
          <w:p>
            <w:r/>
          </w:p>
        </w:tc>
        <w:tc>
          <w:tcPr>
            <w:tcW w:type="dxa" w:w="1440"/>
          </w:tcPr>
          <w:p>
            <w:r>
              <w:t>6 polygon (area) features; 'type' has 2 values (top: populated area 5, water body 1); 'population' 0 to 2,400 (mean 728.3); named by 'name' (e.g. Mesa Verde colonia, Ranch Road 12 homes, County school campus); total area 19.01 km2; extent -102.1694,31.9544 to -101.9683,32.0709. Areas (High consequence areas) with population to compare and map.</w:t>
            </w:r>
          </w:p>
        </w:tc>
        <w:tc>
          <w:tcPr>
            <w:tcW w:type="dxa" w:w="1440"/>
          </w:tcPr>
          <w:p>
            <w:r>
              <w:t>[96]</w:t>
            </w:r>
          </w:p>
        </w:tc>
      </w:tr>
      <w:tr>
        <w:tc>
          <w:tcPr>
            <w:tcW w:type="dxa" w:w="1440"/>
          </w:tcPr>
          <w:p>
            <w:r>
              <w:t>Crossings</w:t>
            </w:r>
          </w:p>
        </w:tc>
        <w:tc>
          <w:tcPr>
            <w:tcW w:type="dxa" w:w="1440"/>
          </w:tcPr>
          <w:p>
            <w:r>
              <w:t>vector, Point</w:t>
            </w:r>
          </w:p>
        </w:tc>
        <w:tc>
          <w:tcPr>
            <w:tcW w:type="dxa" w:w="1440"/>
          </w:tcPr>
          <w:p>
            <w:r>
              <w:t>14</w:t>
            </w:r>
          </w:p>
        </w:tc>
        <w:tc>
          <w:tcPr>
            <w:tcW w:type="dxa" w:w="1440"/>
          </w:tcPr>
          <w:p>
            <w:r/>
          </w:p>
        </w:tc>
        <w:tc>
          <w:tcPr>
            <w:tcW w:type="dxa" w:w="1440"/>
          </w:tcPr>
          <w:p>
            <w:r>
              <w:t>14 point features; 'type' has 2 values (top: road 10, draw 4); 'cased' has 2 values (top: True 7, False 7); 'station_m' 186 to 23,139 (mean 1.149e+04); extent -102.1577,31.9259 to -101.9846,32.0445. Point locations of Crossings by type.</w:t>
            </w:r>
          </w:p>
        </w:tc>
        <w:tc>
          <w:tcPr>
            <w:tcW w:type="dxa" w:w="1440"/>
          </w:tcPr>
          <w:p>
            <w:r>
              <w:t>[97]</w:t>
            </w:r>
          </w:p>
        </w:tc>
      </w:tr>
      <w:tr>
        <w:tc>
          <w:tcPr>
            <w:tcW w:type="dxa" w:w="1440"/>
          </w:tcPr>
          <w:p>
            <w:r>
              <w:t>Right of way</w:t>
            </w:r>
          </w:p>
        </w:tc>
        <w:tc>
          <w:tcPr>
            <w:tcW w:type="dxa" w:w="1440"/>
          </w:tcPr>
          <w:p>
            <w:r>
              <w:t>vector, Polygon</w:t>
            </w:r>
          </w:p>
        </w:tc>
        <w:tc>
          <w:tcPr>
            <w:tcW w:type="dxa" w:w="1440"/>
          </w:tcPr>
          <w:p>
            <w:r>
              <w:t>3</w:t>
            </w:r>
          </w:p>
        </w:tc>
        <w:tc>
          <w:tcPr>
            <w:tcW w:type="dxa" w:w="1440"/>
          </w:tcPr>
          <w:p>
            <w:r/>
          </w:p>
        </w:tc>
        <w:tc>
          <w:tcPr>
            <w:tcW w:type="dxa" w:w="1440"/>
          </w:tcPr>
          <w:p>
            <w:r>
              <w:t>3 polygon (area) features; 'width_m' 30 to 30 (mean 30); named by 'name' (e.g. Line 100 crude right of way, Line 200 gas right of way, Line 300 NGL lateral right of way); total area 2.353 km2; extent -102.2110,31.9242 to -101.9447,32.0742. Areas (Right of way) with width_m to compare and map.</w:t>
            </w:r>
          </w:p>
        </w:tc>
        <w:tc>
          <w:tcPr>
            <w:tcW w:type="dxa" w:w="1440"/>
          </w:tcPr>
          <w:p>
            <w:r>
              <w:t>[98]</w:t>
            </w:r>
          </w:p>
        </w:tc>
      </w:tr>
      <w:tr>
        <w:tc>
          <w:tcPr>
            <w:tcW w:type="dxa" w:w="1440"/>
          </w:tcPr>
          <w:p>
            <w:r>
              <w:t>Cathodic protection readings</w:t>
            </w:r>
          </w:p>
        </w:tc>
        <w:tc>
          <w:tcPr>
            <w:tcW w:type="dxa" w:w="1440"/>
          </w:tcPr>
          <w:p>
            <w:r>
              <w:t>table</w:t>
            </w:r>
          </w:p>
        </w:tc>
        <w:tc>
          <w:tcPr>
            <w:tcW w:type="dxa" w:w="1440"/>
          </w:tcPr>
          <w:p>
            <w:r>
              <w:t>168</w:t>
            </w:r>
          </w:p>
        </w:tc>
        <w:tc>
          <w:tcPr>
            <w:tcW w:type="dxa" w:w="1440"/>
          </w:tcPr>
          <w:p>
            <w:r>
              <w:t>2023-10-01 to 2026-06-28</w:t>
            </w:r>
          </w:p>
        </w:tc>
        <w:tc>
          <w:tcPr>
            <w:tcW w:type="dxa" w:w="1440"/>
          </w:tcPr>
          <w:p>
            <w:r>
              <w:t>Table of 168 rows and 4 columns without geometry; dated by 'date' from 2023-10-01 to 2026-06-28; 'pipe_to_soil_on_mv' -1,031 to -863 (mean -948.8); 'pipe_to_soil_off_mv' -1,172 to -974 (mean -1065). A table of Cathodic protection readings without locations.</w:t>
            </w:r>
          </w:p>
        </w:tc>
        <w:tc>
          <w:tcPr>
            <w:tcW w:type="dxa" w:w="1440"/>
          </w:tcPr>
          <w:p>
            <w:r>
              <w:t>[4]</w:t>
            </w:r>
          </w:p>
        </w:tc>
      </w:tr>
      <w:tr>
        <w:tc>
          <w:tcPr>
            <w:tcW w:type="dxa" w:w="1440"/>
          </w:tcPr>
          <w:p>
            <w:r>
              <w:t>Segment operating limits</w:t>
            </w:r>
          </w:p>
        </w:tc>
        <w:tc>
          <w:tcPr>
            <w:tcW w:type="dxa" w:w="1440"/>
          </w:tcPr>
          <w:p>
            <w:r>
              <w:t>table</w:t>
            </w:r>
          </w:p>
        </w:tc>
        <w:tc>
          <w:tcPr>
            <w:tcW w:type="dxa" w:w="1440"/>
          </w:tcPr>
          <w:p>
            <w:r>
              <w:t>99</w:t>
            </w:r>
          </w:p>
        </w:tc>
        <w:tc>
          <w:tcPr>
            <w:tcW w:type="dxa" w:w="1440"/>
          </w:tcPr>
          <w:p>
            <w:r/>
          </w:p>
        </w:tc>
        <w:tc>
          <w:tcPr>
            <w:tcW w:type="dxa" w:w="1440"/>
          </w:tcPr>
          <w:p>
            <w:r>
              <w:t>Table of 99 rows and 4 columns without geometry; 'maop_psi' 1,100 to 1,440 (mean 1247); 'class_location' 1 to 3 (mean 1.626); 'last_hydrotest_year' 2,008 to 2,022 (mean 2015). A table of Segment operating limits without locations.</w:t>
            </w:r>
          </w:p>
        </w:tc>
        <w:tc>
          <w:tcPr>
            <w:tcW w:type="dxa" w:w="1440"/>
          </w:tcPr>
          <w:p>
            <w:r>
              <w:t>[99]</w:t>
            </w:r>
          </w:p>
        </w:tc>
      </w:tr>
      <w:tr>
        <w:tc>
          <w:tcPr>
            <w:tcW w:type="dxa" w:w="1440"/>
          </w:tcPr>
          <w:p>
            <w:r>
              <w:t>Integrity management summary</w:t>
            </w:r>
          </w:p>
        </w:tc>
        <w:tc>
          <w:tcPr>
            <w:tcW w:type="dxa" w:w="1440"/>
          </w:tcPr>
          <w:p>
            <w:r>
              <w:t>document</w:t>
            </w:r>
          </w:p>
        </w:tc>
        <w:tc>
          <w:tcPr>
            <w:tcW w:type="dxa" w:w="1440"/>
          </w:tcPr>
          <w:p>
            <w:r/>
          </w:p>
        </w:tc>
        <w:tc>
          <w:tcPr>
            <w:tcW w:type="dxa" w:w="1440"/>
          </w:tcPr>
          <w:p>
            <w:r/>
          </w:p>
        </w:tc>
        <w:tc>
          <w:tcPr>
            <w:tcW w:type="dxa" w:w="1440"/>
          </w:tcPr>
          <w:p>
            <w:r>
              <w:t>1-page pdf document 'Integrity management summary'; language en; mentions 5 place(s): 31.97837, -102.14691 (1), Highway rest area (1), Highway (1), Mesa Verde colonia (1), County school campus (1). A document about 31.97837, -102.14691, Highway rest area, Highway.</w:t>
            </w:r>
          </w:p>
        </w:tc>
        <w:tc>
          <w:tcPr>
            <w:tcW w:type="dxa" w:w="1440"/>
          </w:tcPr>
          <w:p>
            <w:r>
              <w:t>[100]</w:t>
            </w:r>
          </w:p>
        </w:tc>
      </w:tr>
      <w:tr>
        <w:tc>
          <w:tcPr>
            <w:tcW w:type="dxa" w:w="1440"/>
          </w:tcPr>
          <w:p>
            <w:r>
              <w:t>Sample: Oil and gas pipelines, Midland</w:t>
            </w:r>
          </w:p>
        </w:tc>
        <w:tc>
          <w:tcPr>
            <w:tcW w:type="dxa" w:w="1440"/>
          </w:tcPr>
          <w:p>
            <w:r>
              <w:t>record</w:t>
            </w:r>
          </w:p>
        </w:tc>
        <w:tc>
          <w:tcPr>
            <w:tcW w:type="dxa" w:w="1440"/>
          </w:tcPr>
          <w:p>
            <w:r/>
          </w:p>
        </w:tc>
        <w:tc>
          <w:tcPr>
            <w:tcW w:type="dxa" w:w="1440"/>
          </w:tcPr>
          <w:p>
            <w:r/>
          </w:p>
        </w:tc>
        <w:tc>
          <w:tcPr>
            <w:tcW w:type="dxa" w:w="1440"/>
          </w:tcPr>
          <w:p>
            <w:r/>
          </w:p>
        </w:tc>
        <w:tc>
          <w:tcPr>
            <w:tcW w:type="dxa" w:w="1440"/>
          </w:tcPr>
          <w:p>
            <w:r>
              <w:t>[101]</w:t>
            </w:r>
          </w:p>
        </w:tc>
      </w:tr>
      <w:tr>
        <w:tc>
          <w:tcPr>
            <w:tcW w:type="dxa" w:w="1440"/>
          </w:tcPr>
          <w:p>
            <w:r>
              <w:t>Emerging hot spots: Incidents</w:t>
            </w:r>
          </w:p>
        </w:tc>
        <w:tc>
          <w:tcPr>
            <w:tcW w:type="dxa" w:w="1440"/>
          </w:tcPr>
          <w:p>
            <w:r>
              <w:t>layer, Polygon</w:t>
            </w:r>
          </w:p>
        </w:tc>
        <w:tc>
          <w:tcPr>
            <w:tcW w:type="dxa" w:w="1440"/>
          </w:tcPr>
          <w:p>
            <w:r>
              <w:t>13</w:t>
            </w:r>
          </w:p>
        </w:tc>
        <w:tc>
          <w:tcPr>
            <w:tcW w:type="dxa" w:w="1440"/>
          </w:tcPr>
          <w:p>
            <w:r/>
          </w:p>
        </w:tc>
        <w:tc>
          <w:tcPr>
            <w:tcW w:type="dxa" w:w="1440"/>
          </w:tcPr>
          <w:p>
            <w:r/>
          </w:p>
        </w:tc>
        <w:tc>
          <w:tcPr>
            <w:tcW w:type="dxa" w:w="1440"/>
          </w:tcPr>
          <w:p>
            <w:r>
              <w:t>[102]</w:t>
            </w:r>
          </w:p>
        </w:tc>
      </w:tr>
      <w:tr>
        <w:tc>
          <w:tcPr>
            <w:tcW w:type="dxa" w:w="1440"/>
          </w:tcPr>
          <w:p>
            <w:r>
              <w:t>Emerging hot spots: In-line inspection anomalies</w:t>
            </w:r>
          </w:p>
        </w:tc>
        <w:tc>
          <w:tcPr>
            <w:tcW w:type="dxa" w:w="1440"/>
          </w:tcPr>
          <w:p>
            <w:r>
              <w:t>layer, Polygon</w:t>
            </w:r>
          </w:p>
        </w:tc>
        <w:tc>
          <w:tcPr>
            <w:tcW w:type="dxa" w:w="1440"/>
          </w:tcPr>
          <w:p>
            <w:r>
              <w:t>56</w:t>
            </w:r>
          </w:p>
        </w:tc>
        <w:tc>
          <w:tcPr>
            <w:tcW w:type="dxa" w:w="1440"/>
          </w:tcPr>
          <w:p>
            <w:r/>
          </w:p>
        </w:tc>
        <w:tc>
          <w:tcPr>
            <w:tcW w:type="dxa" w:w="1440"/>
          </w:tcPr>
          <w:p>
            <w:r/>
          </w:p>
        </w:tc>
        <w:tc>
          <w:tcPr>
            <w:tcW w:type="dxa" w:w="1440"/>
          </w:tcPr>
          <w:p>
            <w:r>
              <w:t>[103]</w:t>
            </w:r>
          </w:p>
        </w:tc>
      </w:tr>
      <w:tr>
        <w:tc>
          <w:tcPr>
            <w:tcW w:type="dxa" w:w="1440"/>
          </w:tcPr>
          <w:p>
            <w:r>
              <w:t>Hot spot analysis: Incidents</w:t>
            </w:r>
          </w:p>
        </w:tc>
        <w:tc>
          <w:tcPr>
            <w:tcW w:type="dxa" w:w="1440"/>
          </w:tcPr>
          <w:p>
            <w:r>
              <w:t>layer, Point</w:t>
            </w:r>
          </w:p>
        </w:tc>
        <w:tc>
          <w:tcPr>
            <w:tcW w:type="dxa" w:w="1440"/>
          </w:tcPr>
          <w:p>
            <w:r>
              <w:t>70</w:t>
            </w:r>
          </w:p>
        </w:tc>
        <w:tc>
          <w:tcPr>
            <w:tcW w:type="dxa" w:w="1440"/>
          </w:tcPr>
          <w:p>
            <w:r/>
          </w:p>
        </w:tc>
        <w:tc>
          <w:tcPr>
            <w:tcW w:type="dxa" w:w="1440"/>
          </w:tcPr>
          <w:p>
            <w:r/>
          </w:p>
        </w:tc>
        <w:tc>
          <w:tcPr>
            <w:tcW w:type="dxa" w:w="1440"/>
          </w:tcPr>
          <w:p>
            <w:r>
              <w:t>[104]</w:t>
            </w:r>
          </w:p>
        </w:tc>
      </w:tr>
      <w:tr>
        <w:tc>
          <w:tcPr>
            <w:tcW w:type="dxa" w:w="1440"/>
          </w:tcPr>
          <w:p>
            <w:r>
              <w:t>Hot spot analysis: In-line inspection anomalies</w:t>
            </w:r>
          </w:p>
        </w:tc>
        <w:tc>
          <w:tcPr>
            <w:tcW w:type="dxa" w:w="1440"/>
          </w:tcPr>
          <w:p>
            <w:r>
              <w:t>layer, Point</w:t>
            </w:r>
          </w:p>
        </w:tc>
        <w:tc>
          <w:tcPr>
            <w:tcW w:type="dxa" w:w="1440"/>
          </w:tcPr>
          <w:p>
            <w:r>
              <w:t>1,118</w:t>
            </w:r>
          </w:p>
        </w:tc>
        <w:tc>
          <w:tcPr>
            <w:tcW w:type="dxa" w:w="1440"/>
          </w:tcPr>
          <w:p>
            <w:r/>
          </w:p>
        </w:tc>
        <w:tc>
          <w:tcPr>
            <w:tcW w:type="dxa" w:w="1440"/>
          </w:tcPr>
          <w:p>
            <w:r/>
          </w:p>
        </w:tc>
        <w:tc>
          <w:tcPr>
            <w:tcW w:type="dxa" w:w="1440"/>
          </w:tcPr>
          <w:p>
            <w:r>
              <w:t>[105]</w:t>
            </w:r>
          </w:p>
        </w:tc>
      </w:tr>
      <w:tr>
        <w:tc>
          <w:tcPr>
            <w:tcW w:type="dxa" w:w="1440"/>
          </w:tcPr>
          <w:p>
            <w:r>
              <w:t>Calculate density: Valves and stations</w:t>
            </w:r>
          </w:p>
        </w:tc>
        <w:tc>
          <w:tcPr>
            <w:tcW w:type="dxa" w:w="1440"/>
          </w:tcPr>
          <w:p>
            <w:r>
              <w:t>layer, Polygon</w:t>
            </w:r>
          </w:p>
        </w:tc>
        <w:tc>
          <w:tcPr>
            <w:tcW w:type="dxa" w:w="1440"/>
          </w:tcPr>
          <w:p>
            <w:r>
              <w:t>41</w:t>
            </w:r>
          </w:p>
        </w:tc>
        <w:tc>
          <w:tcPr>
            <w:tcW w:type="dxa" w:w="1440"/>
          </w:tcPr>
          <w:p>
            <w:r/>
          </w:p>
        </w:tc>
        <w:tc>
          <w:tcPr>
            <w:tcW w:type="dxa" w:w="1440"/>
          </w:tcPr>
          <w:p>
            <w:r/>
          </w:p>
        </w:tc>
        <w:tc>
          <w:tcPr>
            <w:tcW w:type="dxa" w:w="1440"/>
          </w:tcPr>
          <w:p>
            <w:r>
              <w:t>[106]</w:t>
            </w:r>
          </w:p>
        </w:tc>
      </w:tr>
      <w:tr>
        <w:tc>
          <w:tcPr>
            <w:tcW w:type="dxa" w:w="1440"/>
          </w:tcPr>
          <w:p>
            <w:r>
              <w:t>Calculate density: Incidents</w:t>
            </w:r>
          </w:p>
        </w:tc>
        <w:tc>
          <w:tcPr>
            <w:tcW w:type="dxa" w:w="1440"/>
          </w:tcPr>
          <w:p>
            <w:r>
              <w:t>layer, Polygon</w:t>
            </w:r>
          </w:p>
        </w:tc>
        <w:tc>
          <w:tcPr>
            <w:tcW w:type="dxa" w:w="1440"/>
          </w:tcPr>
          <w:p>
            <w:r>
              <w:t>144</w:t>
            </w:r>
          </w:p>
        </w:tc>
        <w:tc>
          <w:tcPr>
            <w:tcW w:type="dxa" w:w="1440"/>
          </w:tcPr>
          <w:p>
            <w:r/>
          </w:p>
        </w:tc>
        <w:tc>
          <w:tcPr>
            <w:tcW w:type="dxa" w:w="1440"/>
          </w:tcPr>
          <w:p>
            <w:r/>
          </w:p>
        </w:tc>
        <w:tc>
          <w:tcPr>
            <w:tcW w:type="dxa" w:w="1440"/>
          </w:tcPr>
          <w:p>
            <w:r>
              <w:t>[107]</w:t>
            </w:r>
          </w:p>
        </w:tc>
      </w:tr>
      <w:tr>
        <w:tc>
          <w:tcPr>
            <w:tcW w:type="dxa" w:w="1440"/>
          </w:tcPr>
          <w:p>
            <w:r>
              <w:t>Calculate density: In-line inspection anomalies</w:t>
            </w:r>
          </w:p>
        </w:tc>
        <w:tc>
          <w:tcPr>
            <w:tcW w:type="dxa" w:w="1440"/>
          </w:tcPr>
          <w:p>
            <w:r>
              <w:t>layer, Polygon</w:t>
            </w:r>
          </w:p>
        </w:tc>
        <w:tc>
          <w:tcPr>
            <w:tcW w:type="dxa" w:w="1440"/>
          </w:tcPr>
          <w:p>
            <w:r>
              <w:t>1,039</w:t>
            </w:r>
          </w:p>
        </w:tc>
        <w:tc>
          <w:tcPr>
            <w:tcW w:type="dxa" w:w="1440"/>
          </w:tcPr>
          <w:p>
            <w:r/>
          </w:p>
        </w:tc>
        <w:tc>
          <w:tcPr>
            <w:tcW w:type="dxa" w:w="1440"/>
          </w:tcPr>
          <w:p>
            <w:r/>
          </w:p>
        </w:tc>
        <w:tc>
          <w:tcPr>
            <w:tcW w:type="dxa" w:w="1440"/>
          </w:tcPr>
          <w:p>
            <w:r>
              <w:t>[108]</w:t>
            </w:r>
          </w:p>
        </w:tc>
      </w:tr>
      <w:tr>
        <w:tc>
          <w:tcPr>
            <w:tcW w:type="dxa" w:w="1440"/>
          </w:tcPr>
          <w:p>
            <w:r>
              <w:t>Summarize within: Right of way</w:t>
            </w:r>
          </w:p>
        </w:tc>
        <w:tc>
          <w:tcPr>
            <w:tcW w:type="dxa" w:w="1440"/>
          </w:tcPr>
          <w:p>
            <w:r>
              <w:t>layer, Polygon</w:t>
            </w:r>
          </w:p>
        </w:tc>
        <w:tc>
          <w:tcPr>
            <w:tcW w:type="dxa" w:w="1440"/>
          </w:tcPr>
          <w:p>
            <w:r>
              <w:t>3</w:t>
            </w:r>
          </w:p>
        </w:tc>
        <w:tc>
          <w:tcPr>
            <w:tcW w:type="dxa" w:w="1440"/>
          </w:tcPr>
          <w:p>
            <w:r/>
          </w:p>
        </w:tc>
        <w:tc>
          <w:tcPr>
            <w:tcW w:type="dxa" w:w="1440"/>
          </w:tcPr>
          <w:p>
            <w:r/>
          </w:p>
        </w:tc>
        <w:tc>
          <w:tcPr>
            <w:tcW w:type="dxa" w:w="1440"/>
          </w:tcPr>
          <w:p>
            <w:r>
              <w:t>[109]</w:t>
            </w:r>
          </w:p>
        </w:tc>
      </w:tr>
      <w:tr>
        <w:tc>
          <w:tcPr>
            <w:tcW w:type="dxa" w:w="1440"/>
          </w:tcPr>
          <w:p>
            <w:r>
              <w:t>Summarize within: Right of way</w:t>
            </w:r>
          </w:p>
        </w:tc>
        <w:tc>
          <w:tcPr>
            <w:tcW w:type="dxa" w:w="1440"/>
          </w:tcPr>
          <w:p>
            <w:r>
              <w:t>layer, Polygon</w:t>
            </w:r>
          </w:p>
        </w:tc>
        <w:tc>
          <w:tcPr>
            <w:tcW w:type="dxa" w:w="1440"/>
          </w:tcPr>
          <w:p>
            <w:r>
              <w:t>3</w:t>
            </w:r>
          </w:p>
        </w:tc>
        <w:tc>
          <w:tcPr>
            <w:tcW w:type="dxa" w:w="1440"/>
          </w:tcPr>
          <w:p>
            <w:r/>
          </w:p>
        </w:tc>
        <w:tc>
          <w:tcPr>
            <w:tcW w:type="dxa" w:w="1440"/>
          </w:tcPr>
          <w:p>
            <w:r/>
          </w:p>
        </w:tc>
        <w:tc>
          <w:tcPr>
            <w:tcW w:type="dxa" w:w="1440"/>
          </w:tcPr>
          <w:p>
            <w:r>
              <w:t>[110]</w:t>
            </w:r>
          </w:p>
        </w:tc>
      </w:tr>
      <w:tr>
        <w:tc>
          <w:tcPr>
            <w:tcW w:type="dxa" w:w="1440"/>
          </w:tcPr>
          <w:p>
            <w:r>
              <w:t>Summarize within: Right of way</w:t>
            </w:r>
          </w:p>
        </w:tc>
        <w:tc>
          <w:tcPr>
            <w:tcW w:type="dxa" w:w="1440"/>
          </w:tcPr>
          <w:p>
            <w:r>
              <w:t>layer, Polygon</w:t>
            </w:r>
          </w:p>
        </w:tc>
        <w:tc>
          <w:tcPr>
            <w:tcW w:type="dxa" w:w="1440"/>
          </w:tcPr>
          <w:p>
            <w:r>
              <w:t>3</w:t>
            </w:r>
          </w:p>
        </w:tc>
        <w:tc>
          <w:tcPr>
            <w:tcW w:type="dxa" w:w="1440"/>
          </w:tcPr>
          <w:p>
            <w:r/>
          </w:p>
        </w:tc>
        <w:tc>
          <w:tcPr>
            <w:tcW w:type="dxa" w:w="1440"/>
          </w:tcPr>
          <w:p>
            <w:r/>
          </w:p>
        </w:tc>
        <w:tc>
          <w:tcPr>
            <w:tcW w:type="dxa" w:w="1440"/>
          </w:tcPr>
          <w:p>
            <w:r>
              <w:t>[111]</w:t>
            </w:r>
          </w:p>
        </w:tc>
      </w:tr>
      <w:tr>
        <w:tc>
          <w:tcPr>
            <w:tcW w:type="dxa" w:w="1440"/>
          </w:tcPr>
          <w:p>
            <w:r>
              <w:t>Find point clusters: Valves and stations</w:t>
            </w:r>
          </w:p>
        </w:tc>
        <w:tc>
          <w:tcPr>
            <w:tcW w:type="dxa" w:w="1440"/>
          </w:tcPr>
          <w:p>
            <w:r>
              <w:t>layer, Point</w:t>
            </w:r>
          </w:p>
        </w:tc>
        <w:tc>
          <w:tcPr>
            <w:tcW w:type="dxa" w:w="1440"/>
          </w:tcPr>
          <w:p>
            <w:r>
              <w:t>25</w:t>
            </w:r>
          </w:p>
        </w:tc>
        <w:tc>
          <w:tcPr>
            <w:tcW w:type="dxa" w:w="1440"/>
          </w:tcPr>
          <w:p>
            <w:r/>
          </w:p>
        </w:tc>
        <w:tc>
          <w:tcPr>
            <w:tcW w:type="dxa" w:w="1440"/>
          </w:tcPr>
          <w:p>
            <w:r/>
          </w:p>
        </w:tc>
        <w:tc>
          <w:tcPr>
            <w:tcW w:type="dxa" w:w="1440"/>
          </w:tcPr>
          <w:p>
            <w:r>
              <w:t>[112]</w:t>
            </w:r>
          </w:p>
        </w:tc>
      </w:tr>
      <w:tr>
        <w:tc>
          <w:tcPr>
            <w:tcW w:type="dxa" w:w="1440"/>
          </w:tcPr>
          <w:p>
            <w:r>
              <w:t>Find point clusters: cluster hulls</w:t>
            </w:r>
          </w:p>
        </w:tc>
        <w:tc>
          <w:tcPr>
            <w:tcW w:type="dxa" w:w="1440"/>
          </w:tcPr>
          <w:p>
            <w:r>
              <w:t>layer, Polygon</w:t>
            </w:r>
          </w:p>
        </w:tc>
        <w:tc>
          <w:tcPr>
            <w:tcW w:type="dxa" w:w="1440"/>
          </w:tcPr>
          <w:p>
            <w:r>
              <w:t>1</w:t>
            </w:r>
          </w:p>
        </w:tc>
        <w:tc>
          <w:tcPr>
            <w:tcW w:type="dxa" w:w="1440"/>
          </w:tcPr>
          <w:p>
            <w:r/>
          </w:p>
        </w:tc>
        <w:tc>
          <w:tcPr>
            <w:tcW w:type="dxa" w:w="1440"/>
          </w:tcPr>
          <w:p>
            <w:r/>
          </w:p>
        </w:tc>
        <w:tc>
          <w:tcPr>
            <w:tcW w:type="dxa" w:w="1440"/>
          </w:tcPr>
          <w:p>
            <w:r>
              <w:t>[113]</w:t>
            </w:r>
          </w:p>
        </w:tc>
      </w:tr>
      <w:tr>
        <w:tc>
          <w:tcPr>
            <w:tcW w:type="dxa" w:w="1440"/>
          </w:tcPr>
          <w:p>
            <w:r>
              <w:t>Find point clusters: Incidents</w:t>
            </w:r>
          </w:p>
        </w:tc>
        <w:tc>
          <w:tcPr>
            <w:tcW w:type="dxa" w:w="1440"/>
          </w:tcPr>
          <w:p>
            <w:r>
              <w:t>layer, Point</w:t>
            </w:r>
          </w:p>
        </w:tc>
        <w:tc>
          <w:tcPr>
            <w:tcW w:type="dxa" w:w="1440"/>
          </w:tcPr>
          <w:p>
            <w:r>
              <w:t>70</w:t>
            </w:r>
          </w:p>
        </w:tc>
        <w:tc>
          <w:tcPr>
            <w:tcW w:type="dxa" w:w="1440"/>
          </w:tcPr>
          <w:p>
            <w:r/>
          </w:p>
        </w:tc>
        <w:tc>
          <w:tcPr>
            <w:tcW w:type="dxa" w:w="1440"/>
          </w:tcPr>
          <w:p>
            <w:r/>
          </w:p>
        </w:tc>
        <w:tc>
          <w:tcPr>
            <w:tcW w:type="dxa" w:w="1440"/>
          </w:tcPr>
          <w:p>
            <w:r>
              <w:t>[114]</w:t>
            </w:r>
          </w:p>
        </w:tc>
      </w:tr>
      <w:tr>
        <w:tc>
          <w:tcPr>
            <w:tcW w:type="dxa" w:w="1440"/>
          </w:tcPr>
          <w:p>
            <w:r>
              <w:t>Find point clusters: cluster hulls</w:t>
            </w:r>
          </w:p>
        </w:tc>
        <w:tc>
          <w:tcPr>
            <w:tcW w:type="dxa" w:w="1440"/>
          </w:tcPr>
          <w:p>
            <w:r>
              <w:t>layer, Polygon</w:t>
            </w:r>
          </w:p>
        </w:tc>
        <w:tc>
          <w:tcPr>
            <w:tcW w:type="dxa" w:w="1440"/>
          </w:tcPr>
          <w:p>
            <w:r>
              <w:t>1</w:t>
            </w:r>
          </w:p>
        </w:tc>
        <w:tc>
          <w:tcPr>
            <w:tcW w:type="dxa" w:w="1440"/>
          </w:tcPr>
          <w:p>
            <w:r/>
          </w:p>
        </w:tc>
        <w:tc>
          <w:tcPr>
            <w:tcW w:type="dxa" w:w="1440"/>
          </w:tcPr>
          <w:p>
            <w:r/>
          </w:p>
        </w:tc>
        <w:tc>
          <w:tcPr>
            <w:tcW w:type="dxa" w:w="1440"/>
          </w:tcPr>
          <w:p>
            <w:r>
              <w:t>[115]</w:t>
            </w:r>
          </w:p>
        </w:tc>
      </w:tr>
      <w:tr>
        <w:tc>
          <w:tcPr>
            <w:tcW w:type="dxa" w:w="1440"/>
          </w:tcPr>
          <w:p>
            <w:r>
              <w:t>Find point clusters: Crossings</w:t>
            </w:r>
          </w:p>
        </w:tc>
        <w:tc>
          <w:tcPr>
            <w:tcW w:type="dxa" w:w="1440"/>
          </w:tcPr>
          <w:p>
            <w:r>
              <w:t>layer, Point</w:t>
            </w:r>
          </w:p>
        </w:tc>
        <w:tc>
          <w:tcPr>
            <w:tcW w:type="dxa" w:w="1440"/>
          </w:tcPr>
          <w:p>
            <w:r>
              <w:t>14</w:t>
            </w:r>
          </w:p>
        </w:tc>
        <w:tc>
          <w:tcPr>
            <w:tcW w:type="dxa" w:w="1440"/>
          </w:tcPr>
          <w:p>
            <w:r/>
          </w:p>
        </w:tc>
        <w:tc>
          <w:tcPr>
            <w:tcW w:type="dxa" w:w="1440"/>
          </w:tcPr>
          <w:p>
            <w:r/>
          </w:p>
        </w:tc>
        <w:tc>
          <w:tcPr>
            <w:tcW w:type="dxa" w:w="1440"/>
          </w:tcPr>
          <w:p>
            <w:r>
              <w:t>[116]</w:t>
            </w:r>
          </w:p>
        </w:tc>
      </w:tr>
      <w:tr>
        <w:tc>
          <w:tcPr>
            <w:tcW w:type="dxa" w:w="1440"/>
          </w:tcPr>
          <w:p>
            <w:r>
              <w:t>Find point clusters: cluster hulls</w:t>
            </w:r>
          </w:p>
        </w:tc>
        <w:tc>
          <w:tcPr>
            <w:tcW w:type="dxa" w:w="1440"/>
          </w:tcPr>
          <w:p>
            <w:r>
              <w:t>layer, Polygon</w:t>
            </w:r>
          </w:p>
        </w:tc>
        <w:tc>
          <w:tcPr>
            <w:tcW w:type="dxa" w:w="1440"/>
          </w:tcPr>
          <w:p>
            <w:r>
              <w:t>1</w:t>
            </w:r>
          </w:p>
        </w:tc>
        <w:tc>
          <w:tcPr>
            <w:tcW w:type="dxa" w:w="1440"/>
          </w:tcPr>
          <w:p>
            <w:r/>
          </w:p>
        </w:tc>
        <w:tc>
          <w:tcPr>
            <w:tcW w:type="dxa" w:w="1440"/>
          </w:tcPr>
          <w:p>
            <w:r/>
          </w:p>
        </w:tc>
        <w:tc>
          <w:tcPr>
            <w:tcW w:type="dxa" w:w="1440"/>
          </w:tcPr>
          <w:p>
            <w:r>
              <w:t>[117]</w:t>
            </w:r>
          </w:p>
        </w:tc>
      </w:tr>
      <w:tr>
        <w:tc>
          <w:tcPr>
            <w:tcW w:type="dxa" w:w="1440"/>
          </w:tcPr>
          <w:p>
            <w:r>
              <w:t>Find nearest: Valves and stations</w:t>
            </w:r>
          </w:p>
        </w:tc>
        <w:tc>
          <w:tcPr>
            <w:tcW w:type="dxa" w:w="1440"/>
          </w:tcPr>
          <w:p>
            <w:r>
              <w:t>layer, Point</w:t>
            </w:r>
          </w:p>
        </w:tc>
        <w:tc>
          <w:tcPr>
            <w:tcW w:type="dxa" w:w="1440"/>
          </w:tcPr>
          <w:p>
            <w:r>
              <w:t>24</w:t>
            </w:r>
          </w:p>
        </w:tc>
        <w:tc>
          <w:tcPr>
            <w:tcW w:type="dxa" w:w="1440"/>
          </w:tcPr>
          <w:p>
            <w:r/>
          </w:p>
        </w:tc>
        <w:tc>
          <w:tcPr>
            <w:tcW w:type="dxa" w:w="1440"/>
          </w:tcPr>
          <w:p>
            <w:r/>
          </w:p>
        </w:tc>
        <w:tc>
          <w:tcPr>
            <w:tcW w:type="dxa" w:w="1440"/>
          </w:tcPr>
          <w:p>
            <w:r>
              <w:t>[118]</w:t>
            </w:r>
          </w:p>
        </w:tc>
      </w:tr>
      <w:tr>
        <w:tc>
          <w:tcPr>
            <w:tcW w:type="dxa" w:w="1440"/>
          </w:tcPr>
          <w:p>
            <w:r>
              <w:t>Find nearest: Valves and stations</w:t>
            </w:r>
          </w:p>
        </w:tc>
        <w:tc>
          <w:tcPr>
            <w:tcW w:type="dxa" w:w="1440"/>
          </w:tcPr>
          <w:p>
            <w:r>
              <w:t>layer, Point</w:t>
            </w:r>
          </w:p>
        </w:tc>
        <w:tc>
          <w:tcPr>
            <w:tcW w:type="dxa" w:w="1440"/>
          </w:tcPr>
          <w:p>
            <w:r>
              <w:t>25</w:t>
            </w:r>
          </w:p>
        </w:tc>
        <w:tc>
          <w:tcPr>
            <w:tcW w:type="dxa" w:w="1440"/>
          </w:tcPr>
          <w:p>
            <w:r/>
          </w:p>
        </w:tc>
        <w:tc>
          <w:tcPr>
            <w:tcW w:type="dxa" w:w="1440"/>
          </w:tcPr>
          <w:p>
            <w:r/>
          </w:p>
        </w:tc>
        <w:tc>
          <w:tcPr>
            <w:tcW w:type="dxa" w:w="1440"/>
          </w:tcPr>
          <w:p>
            <w:r>
              <w:t>[119]</w:t>
            </w:r>
          </w:p>
        </w:tc>
      </w:tr>
      <w:tr>
        <w:tc>
          <w:tcPr>
            <w:tcW w:type="dxa" w:w="1440"/>
          </w:tcPr>
          <w:p>
            <w:r>
              <w:t>Repeat and near repeat classification: Incidents</w:t>
            </w:r>
          </w:p>
        </w:tc>
        <w:tc>
          <w:tcPr>
            <w:tcW w:type="dxa" w:w="1440"/>
          </w:tcPr>
          <w:p>
            <w:r>
              <w:t>layer, Point</w:t>
            </w:r>
          </w:p>
        </w:tc>
        <w:tc>
          <w:tcPr>
            <w:tcW w:type="dxa" w:w="1440"/>
          </w:tcPr>
          <w:p>
            <w:r>
              <w:t>70</w:t>
            </w:r>
          </w:p>
        </w:tc>
        <w:tc>
          <w:tcPr>
            <w:tcW w:type="dxa" w:w="1440"/>
          </w:tcPr>
          <w:p>
            <w:r/>
          </w:p>
        </w:tc>
        <w:tc>
          <w:tcPr>
            <w:tcW w:type="dxa" w:w="1440"/>
          </w:tcPr>
          <w:p>
            <w:r/>
          </w:p>
        </w:tc>
        <w:tc>
          <w:tcPr>
            <w:tcW w:type="dxa" w:w="1440"/>
          </w:tcPr>
          <w:p>
            <w:r>
              <w:t>[120]</w:t>
            </w:r>
          </w:p>
        </w:tc>
      </w:tr>
    </w:tbl>
    <w:p/>
    <w:p>
      <w:pPr>
        <w:pStyle w:val="Heading1"/>
      </w:pPr>
      <w:r>
        <w:t>Timeline</w:t>
      </w:r>
    </w:p>
    <w:p>
      <w:pPr>
        <w:jc w:val="center"/>
      </w:pPr>
      <w:r>
        <w:drawing>
          <wp:inline xmlns:a="http://schemas.openxmlformats.org/drawingml/2006/main" xmlns:pic="http://schemas.openxmlformats.org/drawingml/2006/picture">
            <wp:extent cx="5486400" cy="3919728"/>
            <wp:docPr id="1" name="Picture 1"/>
            <wp:cNvGraphicFramePr>
              <a:graphicFrameLocks noChangeAspect="1"/>
            </wp:cNvGraphicFramePr>
            <a:graphic>
              <a:graphicData uri="http://schemas.openxmlformats.org/drawingml/2006/picture">
                <pic:pic>
                  <pic:nvPicPr>
                    <pic:cNvPr id="0" name="067.jpg"/>
                    <pic:cNvPicPr/>
                  </pic:nvPicPr>
                  <pic:blipFill>
                    <a:blip r:embed="rId9"/>
                    <a:stretch>
                      <a:fillRect/>
                    </a:stretch>
                  </pic:blipFill>
                  <pic:spPr>
                    <a:xfrm>
                      <a:off x="0" y="0"/>
                      <a:ext cx="5486400" cy="3919728"/>
                    </a:xfrm>
                    <a:prstGeom prst="rect"/>
                  </pic:spPr>
                </pic:pic>
              </a:graphicData>
            </a:graphic>
          </wp:inline>
        </w:drawing>
      </w:r>
    </w:p>
    <w:p>
      <w:r>
        <w:rPr>
          <w:i/>
          <w:color w:val="525252"/>
          <w:sz w:val="17"/>
        </w:rPr>
        <w:t>Figure 1. Timeline: events per year by dataset [1]. Per year, 2016-01-01 to 2026-01-01. Source: In-line inspection anomalies, Incidents, Cathodic protection readings (1,356 features). The data is in the appendix.</w:t>
      </w:r>
    </w:p>
    <w:p>
      <w:r>
        <w:rPr>
          <w:i w:val="0"/>
        </w:rPr>
        <w:t>The timeline counts 1,356 dated events in In-line inspection anomalies, Incidents, Cathodic protection readings per year, from 2016 to 2026 [1][2][3][4]. By dataset: In-line inspection anomalies 1,118; Cathodic protection readings 168; Incidents 70 [1]. The trend is +25 events per year; the second half of the years has 902 against 26 in the first (+3369.2%) [1].</w:t>
      </w:r>
    </w:p>
    <w:p>
      <w:r>
        <w:rPr>
          <w:b/>
        </w:rPr>
        <w:t>Busiest years</w:t>
      </w:r>
    </w:p>
    <w:p>
      <w:pPr>
        <w:pStyle w:val="ListBullet"/>
      </w:pPr>
      <w:r>
        <w:t>2021: 428 events [1]</w:t>
      </w:r>
    </w:p>
    <w:p>
      <w:pPr>
        <w:pStyle w:val="ListBullet"/>
      </w:pPr>
      <w:r>
        <w:t>2025: 423 events [1]</w:t>
      </w:r>
    </w:p>
    <w:p>
      <w:pPr>
        <w:pStyle w:val="ListBullet"/>
      </w:pPr>
      <w:r>
        <w:t>2023: 377 events [1]</w:t>
      </w:r>
    </w:p>
    <w:p>
      <w:r>
        <w:rPr>
          <w:b/>
        </w:rPr>
        <w:t>Quietest years</w:t>
      </w:r>
    </w:p>
    <w:p>
      <w:pPr>
        <w:pStyle w:val="ListBullet"/>
      </w:pPr>
      <w:r>
        <w:t>2016: 1 event [1]</w:t>
      </w:r>
    </w:p>
    <w:p>
      <w:pPr>
        <w:pStyle w:val="ListBullet"/>
      </w:pPr>
      <w:r>
        <w:t>2017: 4 events [1]</w:t>
      </w:r>
    </w:p>
    <w:p>
      <w:pPr>
        <w:pStyle w:val="ListBullet"/>
      </w:pPr>
      <w:r>
        <w:t>2018: 5 events [1]</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[5]. In ArcGIS it is Emerging Hot Spot Analysis or Create Space Time Cube [5].</w:t>
      </w:r>
    </w:p>
    <w:p>
      <w:r>
        <w:rPr>
          <w:b/>
        </w:rPr>
        <w:t xml:space="preserve">Why it was run on this data. </w:t>
      </w:r>
      <w:r>
        <w:rPr>
          <w:i w:val="0"/>
        </w:rPr>
        <w:t>Incidents carry dates in 'date': emerging hot spot analysis finds new, intensifying and fading hot spots per year [6].</w:t>
      </w:r>
    </w:p>
    <w:p>
      <w:r>
        <w:rPr>
          <w:b/>
        </w:rPr>
        <w:t xml:space="preserve">What it found. </w:t>
      </w:r>
      <w:r>
        <w:rPr>
          <w:i w:val="0"/>
        </w:rPr>
        <w:t>The analysis generated an output layer titled "Emerging hot spots: Incidents" which contained 13 features [7]. The input data for this analysis was the `Incidents` layer [8]. The process completed quickly, generating the result in 3 milliseconds [7].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13</w:t>
            </w:r>
          </w:p>
        </w:tc>
      </w:tr>
      <w:tr>
        <w:tc>
          <w:tcPr>
            <w:tcW w:type="dxa" w:w="4320"/>
          </w:tcPr>
          <w:p>
            <w:r>
              <w:t>result, elapsed ms</w:t>
            </w:r>
          </w:p>
        </w:tc>
        <w:tc>
          <w:tcPr>
            <w:tcW w:type="dxa" w:w="4320"/>
          </w:tcPr>
          <w:p>
            <w:r>
              <w:t>3</w:t>
            </w:r>
          </w:p>
        </w:tc>
      </w:tr>
      <w:tr>
        <w:tc>
          <w:tcPr>
            <w:tcW w:type="dxa" w:w="4320"/>
          </w:tcPr>
          <w:p>
            <w:r>
              <w:t>result, resolution</w:t>
            </w:r>
          </w:p>
        </w:tc>
        <w:tc>
          <w:tcPr>
            <w:tcW w:type="dxa" w:w="4320"/>
          </w:tcPr>
          <w:p>
            <w:r>
              <w:t>6</w:t>
            </w:r>
          </w:p>
        </w:tc>
      </w:tr>
      <w:tr>
        <w:tc>
          <w:tcPr>
            <w:tcW w:type="dxa" w:w="4320"/>
          </w:tcPr>
          <w:p>
            <w:r>
              <w:t>result, features used</w:t>
            </w:r>
          </w:p>
        </w:tc>
        <w:tc>
          <w:tcPr>
            <w:tcW w:type="dxa" w:w="4320"/>
          </w:tcPr>
          <w:p>
            <w:r>
              <w:t>70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0.1035</w:t>
            </w:r>
          </w:p>
        </w:tc>
      </w:tr>
      <w:tr>
        <w:tc>
          <w:tcPr>
            <w:tcW w:type="dxa" w:w="4320"/>
          </w:tcPr>
          <w:p>
            <w:r>
              <w:t>billing, list price</w:t>
            </w:r>
          </w:p>
        </w:tc>
        <w:tc>
          <w:tcPr>
            <w:tcW w:type="dxa" w:w="4320"/>
          </w:tcPr>
          <w:p>
            <w:r>
              <w:t>0.1035</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Incidents: Emerging hot spots: 1 layer saved: Emerging hot spots: Incidents (13 features) [7][8].</w:t>
      </w:r>
    </w:p>
    <w:p>
      <w:pPr>
        <w:pStyle w:val="ListBullet"/>
      </w:pPr>
      <w:r>
        <w:rPr>
          <w:b/>
        </w:rPr>
        <w:t xml:space="preserve">Evidenced: </w:t>
      </w:r>
      <w:r>
        <w:t>It reported result, count 13; result, elapsed ms 3; result, resolution 6; result, features used 70; result, time neighbors 0; billing, cost 0.1035 [7].</w:t>
      </w:r>
    </w:p>
    <w:p>
      <w:r>
        <w:rPr>
          <w:i/>
          <w:color w:val="525252"/>
          <w:sz w:val="17"/>
        </w:rPr>
        <w:t>Tool gp_space_time_hot_spots; parameters {"agg": "sum", "project": "814309a7-f84e-4437-a8ec-209438a3f0a6", "features": {"layer": "Incidents (f9c94228)"}, "interval": "year", "bin_shape": "h3", "resolution": 6, "time_field": "date", "value_field": "station_m"}</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[5]. In ArcGIS it is Emerging Hot Spot Analysis or Create Space Time Cube [5].</w:t>
      </w:r>
    </w:p>
    <w:p>
      <w:r>
        <w:rPr>
          <w:b/>
        </w:rPr>
        <w:t xml:space="preserve">Why it was run on this data. </w:t>
      </w:r>
      <w:r>
        <w:rPr>
          <w:i w:val="0"/>
        </w:rPr>
        <w:t>In-line inspection anomalies carry dates in 'inspected_on': emerging hot spot analysis finds new, intensifying and fading hot spots per month [9].</w:t>
      </w:r>
    </w:p>
    <w:p>
      <w:r>
        <w:rPr>
          <w:b/>
        </w:rPr>
        <w:t xml:space="preserve">What it found. </w:t>
      </w:r>
      <w:r>
        <w:rPr>
          <w:i w:val="0"/>
        </w:rPr>
        <w:t>The tool utilized the In-line inspection anomalies data as input [11]. The analysis identified 56 features for emerging hot spots, saving a layer named Emerging hot spots: In-line inspection anomalies [10].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56</w:t>
            </w:r>
          </w:p>
        </w:tc>
      </w:tr>
      <w:tr>
        <w:tc>
          <w:tcPr>
            <w:tcW w:type="dxa" w:w="4320"/>
          </w:tcPr>
          <w:p>
            <w:r>
              <w:t>result, elapsed ms</w:t>
            </w:r>
          </w:p>
        </w:tc>
        <w:tc>
          <w:tcPr>
            <w:tcW w:type="dxa" w:w="4320"/>
          </w:tcPr>
          <w:p>
            <w:r>
              <w:t>13</w:t>
            </w:r>
          </w:p>
        </w:tc>
      </w:tr>
      <w:tr>
        <w:tc>
          <w:tcPr>
            <w:tcW w:type="dxa" w:w="4320"/>
          </w:tcPr>
          <w:p>
            <w:r>
              <w:t>result, resolution</w:t>
            </w:r>
          </w:p>
        </w:tc>
        <w:tc>
          <w:tcPr>
            <w:tcW w:type="dxa" w:w="4320"/>
          </w:tcPr>
          <w:p>
            <w:r>
              <w:t>7</w:t>
            </w:r>
          </w:p>
        </w:tc>
      </w:tr>
      <w:tr>
        <w:tc>
          <w:tcPr>
            <w:tcW w:type="dxa" w:w="4320"/>
          </w:tcPr>
          <w:p>
            <w:r>
              <w:t>result, features used</w:t>
            </w:r>
          </w:p>
        </w:tc>
        <w:tc>
          <w:tcPr>
            <w:tcW w:type="dxa" w:w="4320"/>
          </w:tcPr>
          <w:p>
            <w:r>
              <w:t>1,118</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0.1559</w:t>
            </w:r>
          </w:p>
        </w:tc>
      </w:tr>
      <w:tr>
        <w:tc>
          <w:tcPr>
            <w:tcW w:type="dxa" w:w="4320"/>
          </w:tcPr>
          <w:p>
            <w:r>
              <w:t>billing, list price</w:t>
            </w:r>
          </w:p>
        </w:tc>
        <w:tc>
          <w:tcPr>
            <w:tcW w:type="dxa" w:w="4320"/>
          </w:tcPr>
          <w:p>
            <w:r>
              <w:t>0.1559</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In-line inspection anomalies: Emerging hot spots: 1 layer saved: Emerging hot spots: In-line inspection anomalies (56 features) [10][11].</w:t>
      </w:r>
    </w:p>
    <w:p>
      <w:pPr>
        <w:pStyle w:val="ListBullet"/>
      </w:pPr>
      <w:r>
        <w:rPr>
          <w:b/>
        </w:rPr>
        <w:t xml:space="preserve">Evidenced: </w:t>
      </w:r>
      <w:r>
        <w:t>It reported result, count 56; result, elapsed ms 13; result, resolution 7; result, features used 1,118; result, time neighbors 0; billing, cost 0.1559 [10].</w:t>
      </w:r>
    </w:p>
    <w:p>
      <w:r>
        <w:rPr>
          <w:i/>
          <w:color w:val="525252"/>
          <w:sz w:val="17"/>
        </w:rPr>
        <w:t>Tool gp_space_time_hot_spots; parameters {"agg": "sum", "project": "814309a7-f84e-4437-a8ec-209438a3f0a6", "features": {"layer": "In-line inspection anomalies (47cf738b)"}, "interval": "month", "bin_shape": "h3", "resolution": 7, "time_field": "inspected_on", "value_field": "station_m"}</w:t>
      </w:r>
    </w:p>
    <w:p>
      <w:pPr>
        <w:pStyle w:val="Heading1"/>
      </w:pPr>
      <w:r>
        <w:t>Hot spots</w:t>
      </w:r>
    </w:p>
    <w:p>
      <w:r>
        <w:rPr>
          <w:b/>
        </w:rPr>
        <w:t xml:space="preserve">What this analysis is. </w:t>
      </w:r>
      <w:r>
        <w:rPr>
          <w:i w:val="0"/>
        </w:rPr>
        <w:t>Hot spot analysis: Getis-Ord Gi* hot and cold spots with z-scores, p-values and confidence bins [12]. In ArcGIS it is Find Hot Spots or Hot Spot Analysis (Getis-Ord Gi*); in QGIS, qgis:hotspot (plugin) [12].</w:t>
      </w:r>
    </w:p>
    <w:p>
      <w:r>
        <w:rPr>
          <w:b/>
        </w:rPr>
        <w:t xml:space="preserve">Why it was run on this data. </w:t>
      </w:r>
      <w:r>
        <w:rPr>
          <w:i w:val="0"/>
        </w:rPr>
        <w:t>70 points: Getis-Ord Gi* tests whether the concentrations in Incidents are statistically significant [13].</w:t>
      </w:r>
    </w:p>
    <w:p>
      <w:r>
        <w:rPr>
          <w:b/>
        </w:rPr>
        <w:t xml:space="preserve">What it found. </w:t>
      </w:r>
      <w:r>
        <w:rPr>
          <w:i w:val="0"/>
        </w:rPr>
        <w:t>Hot spots on Incidents: Hot spot analysis: 1 layer saved: Hot spot analysis: Incidents (70 features) [8][14]. It reported result, count 70; result, elapsed ms 2; result, excluded null 0; result, distance band m 5,000; billing, cost 0.0514; billing, list price 0.0514 [14].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70</w:t>
            </w:r>
          </w:p>
        </w:tc>
      </w:tr>
      <w:tr>
        <w:tc>
          <w:tcPr>
            <w:tcW w:type="dxa" w:w="4320"/>
          </w:tcPr>
          <w:p>
            <w:r>
              <w:t>result, elapsed ms</w:t>
            </w:r>
          </w:p>
        </w:tc>
        <w:tc>
          <w:tcPr>
            <w:tcW w:type="dxa" w:w="4320"/>
          </w:tcPr>
          <w:p>
            <w:r>
              <w:t>2</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5,000</w:t>
            </w:r>
          </w:p>
        </w:tc>
      </w:tr>
      <w:tr>
        <w:tc>
          <w:tcPr>
            <w:tcW w:type="dxa" w:w="4320"/>
          </w:tcPr>
          <w:p>
            <w:r>
              <w:t>billing, cost</w:t>
            </w:r>
          </w:p>
        </w:tc>
        <w:tc>
          <w:tcPr>
            <w:tcW w:type="dxa" w:w="4320"/>
          </w:tcPr>
          <w:p>
            <w:r>
              <w:t>0.0514</w:t>
            </w:r>
          </w:p>
        </w:tc>
      </w:tr>
      <w:tr>
        <w:tc>
          <w:tcPr>
            <w:tcW w:type="dxa" w:w="4320"/>
          </w:tcPr>
          <w:p>
            <w:r>
              <w:t>billing, list price</w:t>
            </w:r>
          </w:p>
        </w:tc>
        <w:tc>
          <w:tcPr>
            <w:tcW w:type="dxa" w:w="4320"/>
          </w:tcPr>
          <w:p>
            <w:r>
              <w:t>0.0514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Incidents: Hot spot analysis: 1 layer saved: Hot spot analysis: Incidents (70 features) [8][14].</w:t>
      </w:r>
    </w:p>
    <w:p>
      <w:pPr>
        <w:pStyle w:val="ListBullet"/>
      </w:pPr>
      <w:r>
        <w:rPr>
          <w:b/>
        </w:rPr>
        <w:t xml:space="preserve">Evidenced: </w:t>
      </w:r>
      <w:r>
        <w:t>It reported result, count 70; result, elapsed ms 2; result, excluded null 0; result, distance band m 5,000; billing, cost 0.0514; billing, list price 0.0514 [14].</w:t>
      </w:r>
    </w:p>
    <w:p>
      <w:r>
        <w:rPr>
          <w:i/>
          <w:color w:val="525252"/>
          <w:sz w:val="17"/>
        </w:rPr>
        <w:t>Tool gp_hot_spots; parameters {"field": "station_m", "project": "814309a7-f84e-4437-a8ec-209438a3f0a6", "features": {"layer": "Incidents (f9c94228)"}, "aggregation": "hexagon", "cell_size_m": 5000.0, "distance_band_m": 5000.0}</w:t>
      </w:r>
    </w:p>
    <w:p>
      <w:pPr>
        <w:pStyle w:val="Heading1"/>
      </w:pPr>
      <w:r>
        <w:t>Hot spots</w:t>
      </w:r>
    </w:p>
    <w:p>
      <w:r>
        <w:rPr>
          <w:b/>
        </w:rPr>
        <w:t xml:space="preserve">What this analysis is. </w:t>
      </w:r>
      <w:r>
        <w:rPr>
          <w:i w:val="0"/>
        </w:rPr>
        <w:t>Hot spot analysis: Getis-Ord Gi* hot and cold spots with z-scores, p-values and confidence bins [12]. In ArcGIS it is Find Hot Spots or Hot Spot Analysis (Getis-Ord Gi*); in QGIS, qgis:hotspot (plugin) [12].</w:t>
      </w:r>
    </w:p>
    <w:p>
      <w:r>
        <w:rPr>
          <w:b/>
        </w:rPr>
        <w:t xml:space="preserve">Why it was run on this data. </w:t>
      </w:r>
      <w:r>
        <w:rPr>
          <w:i w:val="0"/>
        </w:rPr>
        <w:t>1118 points: Getis-Ord Gi* tests whether the concentrations in In-line inspection anomalies are statistically significant [15].</w:t>
      </w:r>
    </w:p>
    <w:p>
      <w:r>
        <w:rPr>
          <w:b/>
        </w:rPr>
        <w:t xml:space="preserve">What it found. </w:t>
      </w:r>
      <w:r>
        <w:rPr>
          <w:i w:val="0"/>
        </w:rPr>
        <w:t>The hot spot analysis was performed using the In-line inspection anomalies data [11].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1,118</w:t>
            </w:r>
          </w:p>
        </w:tc>
      </w:tr>
      <w:tr>
        <w:tc>
          <w:tcPr>
            <w:tcW w:type="dxa" w:w="4320"/>
          </w:tcPr>
          <w:p>
            <w:r>
              <w:t>result, elapsed ms</w:t>
            </w:r>
          </w:p>
        </w:tc>
        <w:tc>
          <w:tcPr>
            <w:tcW w:type="dxa" w:w="4320"/>
          </w:tcPr>
          <w:p>
            <w:r>
              <w:t>22</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2,000</w:t>
            </w:r>
          </w:p>
        </w:tc>
      </w:tr>
      <w:tr>
        <w:tc>
          <w:tcPr>
            <w:tcW w:type="dxa" w:w="4320"/>
          </w:tcPr>
          <w:p>
            <w:r>
              <w:t>billing, cost</w:t>
            </w:r>
          </w:p>
        </w:tc>
        <w:tc>
          <w:tcPr>
            <w:tcW w:type="dxa" w:w="4320"/>
          </w:tcPr>
          <w:p>
            <w:r>
              <w:t>0.07236</w:t>
            </w:r>
          </w:p>
        </w:tc>
      </w:tr>
      <w:tr>
        <w:tc>
          <w:tcPr>
            <w:tcW w:type="dxa" w:w="4320"/>
          </w:tcPr>
          <w:p>
            <w:r>
              <w:t>billing, list price</w:t>
            </w:r>
          </w:p>
        </w:tc>
        <w:tc>
          <w:tcPr>
            <w:tcW w:type="dxa" w:w="4320"/>
          </w:tcPr>
          <w:p>
            <w:r>
              <w:t>0.07236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In-line inspection anomalies: Hot spot analysis: 1 layer saved: Hot spot analysis: In-line inspection anomalies (1118 features) [11][16].</w:t>
      </w:r>
    </w:p>
    <w:p>
      <w:pPr>
        <w:pStyle w:val="ListBullet"/>
      </w:pPr>
      <w:r>
        <w:rPr>
          <w:b/>
        </w:rPr>
        <w:t xml:space="preserve">Evidenced: </w:t>
      </w:r>
      <w:r>
        <w:t>It reported result, count 1,118; result, elapsed ms 22; result, excluded null 0; result, distance band m 2,000; billing, cost 0.07236; billing, list price 0.07236 [16].</w:t>
      </w:r>
    </w:p>
    <w:p>
      <w:r>
        <w:rPr>
          <w:i/>
          <w:color w:val="525252"/>
          <w:sz w:val="17"/>
        </w:rPr>
        <w:t>Tool gp_hot_spots; parameters {"field": "station_m", "project": "814309a7-f84e-4437-a8ec-209438a3f0a6", "features": {"layer": "In-line inspection anomalies (47cf738b)"}, "aggregation": "hexagon", "cell_size_m": 1000.0, "distance_band_m": 2000.0}</w:t>
      </w:r>
    </w:p>
    <w:p>
      <w:pPr>
        <w:pStyle w:val="Heading1"/>
      </w:pPr>
      <w:r>
        <w:t>Calculate density</w:t>
      </w:r>
    </w:p>
    <w:p>
      <w:r>
        <w:rPr>
          <w:b/>
        </w:rPr>
        <w:t xml:space="preserve">What this analysis is. </w:t>
      </w:r>
      <w:r>
        <w:rPr>
          <w:i w:val="0"/>
        </w:rPr>
        <w:t>Calculate density: Kernel density per square kilometer on a grid [17]. In ArcGIS it is Calculate Density or Kernel Density; in QGIS, native:heatmapkerneldensityestimation [17].</w:t>
      </w:r>
    </w:p>
    <w:p>
      <w:r>
        <w:rPr>
          <w:b/>
        </w:rPr>
        <w:t xml:space="preserve">Why it was run on this data. </w:t>
      </w:r>
      <w:r>
        <w:rPr>
          <w:i w:val="0"/>
        </w:rPr>
        <w:t>25 points in Valves and stations: a density surface shows where they concentrate [18].</w:t>
      </w:r>
    </w:p>
    <w:p>
      <w:r>
        <w:rPr>
          <w:b/>
        </w:rPr>
        <w:t xml:space="preserve">What it found. </w:t>
      </w:r>
      <w:r>
        <w:rPr>
          <w:i w:val="0"/>
        </w:rPr>
        <w:t>Calculate density on Valves and stations: Calculate density: 1 layer saved: Calculate density: Valves and stations (41 features) [19][20]. It reported result, count 41; result, elapsed ms 2; result, bandwidth m 10,000; result, cell size m 5,000; result, excluded null 0; result, max density per km2 1,474 [19].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41</w:t>
            </w:r>
          </w:p>
        </w:tc>
      </w:tr>
      <w:tr>
        <w:tc>
          <w:tcPr>
            <w:tcW w:type="dxa" w:w="4320"/>
          </w:tcPr>
          <w:p>
            <w:r>
              <w:t>result, elapsed ms</w:t>
            </w:r>
          </w:p>
        </w:tc>
        <w:tc>
          <w:tcPr>
            <w:tcW w:type="dxa" w:w="4320"/>
          </w:tcPr>
          <w:p>
            <w:r>
              <w:t>2</w:t>
            </w:r>
          </w:p>
        </w:tc>
      </w:tr>
      <w:tr>
        <w:tc>
          <w:tcPr>
            <w:tcW w:type="dxa" w:w="4320"/>
          </w:tcPr>
          <w:p>
            <w:r>
              <w:t>result, bandwidth m</w:t>
            </w:r>
          </w:p>
        </w:tc>
        <w:tc>
          <w:tcPr>
            <w:tcW w:type="dxa" w:w="4320"/>
          </w:tcPr>
          <w:p>
            <w:r>
              <w:t>1e+04</w:t>
            </w:r>
          </w:p>
        </w:tc>
      </w:tr>
      <w:tr>
        <w:tc>
          <w:tcPr>
            <w:tcW w:type="dxa" w:w="4320"/>
          </w:tcPr>
          <w:p>
            <w:r>
              <w:t>result, cell size m</w:t>
            </w:r>
          </w:p>
        </w:tc>
        <w:tc>
          <w:tcPr>
            <w:tcW w:type="dxa" w:w="4320"/>
          </w:tcPr>
          <w:p>
            <w:r>
              <w:t>5,000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1,474</w:t>
            </w:r>
          </w:p>
        </w:tc>
      </w:tr>
      <w:tr>
        <w:tc>
          <w:tcPr>
            <w:tcW w:type="dxa" w:w="4320"/>
          </w:tcPr>
          <w:p>
            <w:r>
              <w:t>billing, cost</w:t>
            </w:r>
          </w:p>
        </w:tc>
        <w:tc>
          <w:tcPr>
            <w:tcW w:type="dxa" w:w="4320"/>
          </w:tcPr>
          <w:p>
            <w:r>
              <w:t>0.0505</w:t>
            </w:r>
          </w:p>
        </w:tc>
      </w:tr>
      <w:tr>
        <w:tc>
          <w:tcPr>
            <w:tcW w:type="dxa" w:w="4320"/>
          </w:tcPr>
          <w:p>
            <w:r>
              <w:t>billing, list price</w:t>
            </w:r>
          </w:p>
        </w:tc>
        <w:tc>
          <w:tcPr>
            <w:tcW w:type="dxa" w:w="4320"/>
          </w:tcPr>
          <w:p>
            <w:r>
              <w:t>0.0505</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Valves and stations: Calculate density: 1 layer saved: Calculate density: Valves and stations (41 features) [19][20].</w:t>
      </w:r>
    </w:p>
    <w:p>
      <w:pPr>
        <w:pStyle w:val="ListBullet"/>
      </w:pPr>
      <w:r>
        <w:rPr>
          <w:b/>
        </w:rPr>
        <w:t xml:space="preserve">Evidenced: </w:t>
      </w:r>
      <w:r>
        <w:t>It reported result, count 41; result, elapsed ms 2; result, bandwidth m 10,000; result, cell size m 5,000; result, excluded null 0; result, max density per km2 1,474 [19].</w:t>
      </w:r>
    </w:p>
    <w:p>
      <w:r>
        <w:rPr>
          <w:i/>
          <w:color w:val="525252"/>
          <w:sz w:val="17"/>
        </w:rPr>
        <w:t>Tool gp_calculate_density; parameters {"kernel": "quartic", "project": "814309a7-f84e-4437-a8ec-209438a3f0a6", "features": {"layer": "Valves and stations (db114367)"}, "bandwidth_m": 10000.0, "cell_size_m": 5000.0, "weight_field": "station_m"}</w:t>
      </w:r>
    </w:p>
    <w:p>
      <w:pPr>
        <w:pStyle w:val="Heading1"/>
      </w:pPr>
      <w:r>
        <w:t>Calculate density</w:t>
      </w:r>
    </w:p>
    <w:p>
      <w:r>
        <w:rPr>
          <w:b/>
        </w:rPr>
        <w:t xml:space="preserve">What this analysis is. </w:t>
      </w:r>
      <w:r>
        <w:rPr>
          <w:i w:val="0"/>
        </w:rPr>
        <w:t>Calculate density: Kernel density per square kilometer on a grid [17]. In ArcGIS it is Calculate Density or Kernel Density; in QGIS, native:heatmapkerneldensityestimation [17].</w:t>
      </w:r>
    </w:p>
    <w:p>
      <w:r>
        <w:rPr>
          <w:b/>
        </w:rPr>
        <w:t xml:space="preserve">Why it was run on this data. </w:t>
      </w:r>
      <w:r>
        <w:rPr>
          <w:i w:val="0"/>
        </w:rPr>
        <w:t>70 points in Incidents: a density surface shows where they concentrate [21].</w:t>
      </w:r>
    </w:p>
    <w:p>
      <w:r>
        <w:rPr>
          <w:b/>
        </w:rPr>
        <w:t xml:space="preserve">What it found. </w:t>
      </w:r>
      <w:r>
        <w:rPr>
          <w:i w:val="0"/>
        </w:rPr>
        <w:t>Calculate density on Incidents: Calculate density: 1 layer saved: Calculate density: Incidents (144 features) [8][22]. It reported result, count 144; result, elapsed ms 4; result, bandwidth m 5,000; result, cell size m 2,000; result, excluded null 0; result, max density per km2 1.124e+04 [22].</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144</w:t>
            </w:r>
          </w:p>
        </w:tc>
      </w:tr>
      <w:tr>
        <w:tc>
          <w:tcPr>
            <w:tcW w:type="dxa" w:w="4320"/>
          </w:tcPr>
          <w:p>
            <w:r>
              <w:t>result, elapsed ms</w:t>
            </w:r>
          </w:p>
        </w:tc>
        <w:tc>
          <w:tcPr>
            <w:tcW w:type="dxa" w:w="4320"/>
          </w:tcPr>
          <w:p>
            <w:r>
              <w:t>4</w:t>
            </w:r>
          </w:p>
        </w:tc>
      </w:tr>
      <w:tr>
        <w:tc>
          <w:tcPr>
            <w:tcW w:type="dxa" w:w="4320"/>
          </w:tcPr>
          <w:p>
            <w:r>
              <w:t>result, bandwidth m</w:t>
            </w:r>
          </w:p>
        </w:tc>
        <w:tc>
          <w:tcPr>
            <w:tcW w:type="dxa" w:w="4320"/>
          </w:tcPr>
          <w:p>
            <w:r>
              <w:t>5,000</w:t>
            </w:r>
          </w:p>
        </w:tc>
      </w:tr>
      <w:tr>
        <w:tc>
          <w:tcPr>
            <w:tcW w:type="dxa" w:w="4320"/>
          </w:tcPr>
          <w:p>
            <w:r>
              <w:t>result, cell size m</w:t>
            </w:r>
          </w:p>
        </w:tc>
        <w:tc>
          <w:tcPr>
            <w:tcW w:type="dxa" w:w="4320"/>
          </w:tcPr>
          <w:p>
            <w:r>
              <w:t>2,000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1.124e+04</w:t>
            </w:r>
          </w:p>
        </w:tc>
      </w:tr>
      <w:tr>
        <w:tc>
          <w:tcPr>
            <w:tcW w:type="dxa" w:w="4320"/>
          </w:tcPr>
          <w:p>
            <w:r>
              <w:t>billing, cost</w:t>
            </w:r>
          </w:p>
        </w:tc>
        <w:tc>
          <w:tcPr>
            <w:tcW w:type="dxa" w:w="4320"/>
          </w:tcPr>
          <w:p>
            <w:r>
              <w:t>0.0514</w:t>
            </w:r>
          </w:p>
        </w:tc>
      </w:tr>
      <w:tr>
        <w:tc>
          <w:tcPr>
            <w:tcW w:type="dxa" w:w="4320"/>
          </w:tcPr>
          <w:p>
            <w:r>
              <w:t>billing, list price</w:t>
            </w:r>
          </w:p>
        </w:tc>
        <w:tc>
          <w:tcPr>
            <w:tcW w:type="dxa" w:w="4320"/>
          </w:tcPr>
          <w:p>
            <w:r>
              <w:t>0.0514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Incidents: Calculate density: 1 layer saved: Calculate density: Incidents (144 features) [8][22].</w:t>
      </w:r>
    </w:p>
    <w:p>
      <w:pPr>
        <w:pStyle w:val="ListBullet"/>
      </w:pPr>
      <w:r>
        <w:rPr>
          <w:b/>
        </w:rPr>
        <w:t xml:space="preserve">Evidenced: </w:t>
      </w:r>
      <w:r>
        <w:t>It reported result, count 144; result, elapsed ms 4; result, bandwidth m 5,000; result, cell size m 2,000; result, excluded null 0; result, max density per km2 1.124e+04 [22].</w:t>
      </w:r>
    </w:p>
    <w:p>
      <w:r>
        <w:rPr>
          <w:i/>
          <w:color w:val="525252"/>
          <w:sz w:val="17"/>
        </w:rPr>
        <w:t>Tool gp_calculate_density; parameters {"kernel": "quartic", "project": "814309a7-f84e-4437-a8ec-209438a3f0a6", "features": {"layer": "Incidents (f9c94228)"}, "bandwidth_m": 5000.0, "cell_size_m": 2000.0, "weight_field": "station_m"}</w:t>
      </w:r>
    </w:p>
    <w:p>
      <w:pPr>
        <w:pStyle w:val="Heading1"/>
      </w:pPr>
      <w:r>
        <w:t>Calculate density</w:t>
      </w:r>
    </w:p>
    <w:p>
      <w:r>
        <w:rPr>
          <w:b/>
        </w:rPr>
        <w:t xml:space="preserve">What this analysis is. </w:t>
      </w:r>
      <w:r>
        <w:rPr>
          <w:i w:val="0"/>
        </w:rPr>
        <w:t>Calculate density: Kernel density per square kilometer on a grid [17]. In ArcGIS it is Calculate Density or Kernel Density; in QGIS, native:heatmapkerneldensityestimation [17].</w:t>
      </w:r>
    </w:p>
    <w:p>
      <w:r>
        <w:rPr>
          <w:b/>
        </w:rPr>
        <w:t xml:space="preserve">Why it was run on this data. </w:t>
      </w:r>
      <w:r>
        <w:rPr>
          <w:i w:val="0"/>
        </w:rPr>
        <w:t>1118 points in In-line inspection anomalies: a density surface shows where they concentrate [23].</w:t>
      </w:r>
    </w:p>
    <w:p>
      <w:r>
        <w:rPr>
          <w:b/>
        </w:rPr>
        <w:t xml:space="preserve">What it found. </w:t>
      </w:r>
      <w:r>
        <w:rPr>
          <w:i w:val="0"/>
        </w:rPr>
        <w:t>The density calculation processed 1,039 features from the in-line inspection anomalies data [24]. The resulting maximum density per km2 was 2.813e+05 [24]. This analysis took an elapsed time of 35 ms [24]. Furthermore, the associated billing cost for this tool was 0.07236 [24].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1,039</w:t>
            </w:r>
          </w:p>
        </w:tc>
      </w:tr>
      <w:tr>
        <w:tc>
          <w:tcPr>
            <w:tcW w:type="dxa" w:w="4320"/>
          </w:tcPr>
          <w:p>
            <w:r>
              <w:t>result, elapsed ms</w:t>
            </w:r>
          </w:p>
        </w:tc>
        <w:tc>
          <w:tcPr>
            <w:tcW w:type="dxa" w:w="4320"/>
          </w:tcPr>
          <w:p>
            <w:r>
              <w:t>35</w:t>
            </w:r>
          </w:p>
        </w:tc>
      </w:tr>
      <w:tr>
        <w:tc>
          <w:tcPr>
            <w:tcW w:type="dxa" w:w="4320"/>
          </w:tcPr>
          <w:p>
            <w:r>
              <w:t>result, bandwidth m</w:t>
            </w:r>
          </w:p>
        </w:tc>
        <w:tc>
          <w:tcPr>
            <w:tcW w:type="dxa" w:w="4320"/>
          </w:tcPr>
          <w:p>
            <w:r>
              <w:t>2,000</w:t>
            </w:r>
          </w:p>
        </w:tc>
      </w:tr>
      <w:tr>
        <w:tc>
          <w:tcPr>
            <w:tcW w:type="dxa" w:w="4320"/>
          </w:tcPr>
          <w:p>
            <w:r>
              <w:t>result, cell size m</w:t>
            </w:r>
          </w:p>
        </w:tc>
        <w:tc>
          <w:tcPr>
            <w:tcW w:type="dxa" w:w="4320"/>
          </w:tcPr>
          <w:p>
            <w:r>
              <w:t>500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2.813e+05</w:t>
            </w:r>
          </w:p>
        </w:tc>
      </w:tr>
      <w:tr>
        <w:tc>
          <w:tcPr>
            <w:tcW w:type="dxa" w:w="4320"/>
          </w:tcPr>
          <w:p>
            <w:r>
              <w:t>billing, cost</w:t>
            </w:r>
          </w:p>
        </w:tc>
        <w:tc>
          <w:tcPr>
            <w:tcW w:type="dxa" w:w="4320"/>
          </w:tcPr>
          <w:p>
            <w:r>
              <w:t>0.07236</w:t>
            </w:r>
          </w:p>
        </w:tc>
      </w:tr>
      <w:tr>
        <w:tc>
          <w:tcPr>
            <w:tcW w:type="dxa" w:w="4320"/>
          </w:tcPr>
          <w:p>
            <w:r>
              <w:t>billing, list price</w:t>
            </w:r>
          </w:p>
        </w:tc>
        <w:tc>
          <w:tcPr>
            <w:tcW w:type="dxa" w:w="4320"/>
          </w:tcPr>
          <w:p>
            <w:r>
              <w:t>0.07236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In-line inspection anomalies: Calculate density: 1 layer saved: Calculate density: In-line inspection anomalies (1039 features) [11][24].</w:t>
      </w:r>
    </w:p>
    <w:p>
      <w:pPr>
        <w:pStyle w:val="ListBullet"/>
      </w:pPr>
      <w:r>
        <w:rPr>
          <w:b/>
        </w:rPr>
        <w:t xml:space="preserve">Evidenced: </w:t>
      </w:r>
      <w:r>
        <w:t>It reported result, count 1,039; result, elapsed ms 35; result, bandwidth m 2,000; result, cell size m 500; result, excluded null 0; result, max density per km2 2.813e+05 [24].</w:t>
      </w:r>
    </w:p>
    <w:p>
      <w:r>
        <w:rPr>
          <w:i/>
          <w:color w:val="525252"/>
          <w:sz w:val="17"/>
        </w:rPr>
        <w:t>Tool gp_calculate_density; parameters {"kernel": "quartic", "project": "814309a7-f84e-4437-a8ec-209438a3f0a6", "features": {"layer": "In-line inspection anomalies (47cf738b)"}, "bandwidth_m": 2000.0, "cell_size_m": 500.0, "weight_field": "station_m"}</w:t>
      </w:r>
    </w:p>
    <w:p>
      <w:pPr>
        <w:pStyle w:val="Heading1"/>
      </w:pPr>
      <w:r>
        <w:t>Summarize within</w:t>
      </w:r>
    </w:p>
    <w:p>
      <w:r>
        <w:rPr>
          <w:b/>
        </w:rPr>
        <w:t xml:space="preserve">What this analysis is. </w:t>
      </w:r>
      <w:r>
        <w:rPr>
          <w:i w:val="0"/>
        </w:rPr>
        <w:t>Summarize within: Count and aggregate the features inside each polygon (or bin), proportionally for lines and polygons [25]. In ArcGIS it is Summarize Within or Aggregate Points; in QGIS, native:countpointsinpolygon or native:sumlinelengths [25].</w:t>
      </w:r>
    </w:p>
    <w:p>
      <w:r>
        <w:rPr>
          <w:b/>
        </w:rPr>
        <w:t xml:space="preserve">Why it was run on this data. </w:t>
      </w:r>
      <w:r>
        <w:rPr>
          <w:i w:val="0"/>
        </w:rPr>
        <w:t>Count Valves and stations inside each feature of Right of way by type; the counts map as a choropleth (natural breaks, sequential colors) [26].</w:t>
      </w:r>
    </w:p>
    <w:p>
      <w:r>
        <w:rPr>
          <w:b/>
        </w:rPr>
        <w:t xml:space="preserve">What it found. </w:t>
      </w:r>
      <w:r>
        <w:rPr>
          <w:i w:val="0"/>
        </w:rPr>
        <w:t>Summarize within on Valves and stations, Right of way: Summarize within: 1 layer saved: Summarize within: Right of way (3 features) [20][27][28]. It reported result, count 3; result, elapsed ms 2; billing, cost 0.01058; billing, list price 0.01058; billing, upstream cost 0 [27].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3</w:t>
            </w:r>
          </w:p>
        </w:tc>
      </w:tr>
      <w:tr>
        <w:tc>
          <w:tcPr>
            <w:tcW w:type="dxa" w:w="4320"/>
          </w:tcPr>
          <w:p>
            <w:r>
              <w:t>result, elapsed ms</w:t>
            </w:r>
          </w:p>
        </w:tc>
        <w:tc>
          <w:tcPr>
            <w:tcW w:type="dxa" w:w="4320"/>
          </w:tcPr>
          <w:p>
            <w:r>
              <w:t>2</w:t>
            </w:r>
          </w:p>
        </w:tc>
      </w:tr>
      <w:tr>
        <w:tc>
          <w:tcPr>
            <w:tcW w:type="dxa" w:w="4320"/>
          </w:tcPr>
          <w:p>
            <w:r>
              <w:t>billing, cost</w:t>
            </w:r>
          </w:p>
        </w:tc>
        <w:tc>
          <w:tcPr>
            <w:tcW w:type="dxa" w:w="4320"/>
          </w:tcPr>
          <w:p>
            <w:r>
              <w:t>0.01058</w:t>
            </w:r>
          </w:p>
        </w:tc>
      </w:tr>
      <w:tr>
        <w:tc>
          <w:tcPr>
            <w:tcW w:type="dxa" w:w="4320"/>
          </w:tcPr>
          <w:p>
            <w:r>
              <w:t>billing, list price</w:t>
            </w:r>
          </w:p>
        </w:tc>
        <w:tc>
          <w:tcPr>
            <w:tcW w:type="dxa" w:w="4320"/>
          </w:tcPr>
          <w:p>
            <w:r>
              <w:t>0.01058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Valves and stations, Right of way: Summarize within: 1 layer saved: Summarize within: Right of way (3 features) [20][27][28].</w:t>
      </w:r>
    </w:p>
    <w:p>
      <w:pPr>
        <w:pStyle w:val="ListBullet"/>
      </w:pPr>
      <w:r>
        <w:rPr>
          <w:b/>
        </w:rPr>
        <w:t xml:space="preserve">Evidenced: </w:t>
      </w:r>
      <w:r>
        <w:t>It reported result, count 3; result, elapsed ms 2; billing, cost 0.01058; billing, list price 0.01058; billing, upstream cost 0 [27].</w:t>
      </w:r>
    </w:p>
    <w:p>
      <w:r>
        <w:rPr>
          <w:i/>
          <w:color w:val="525252"/>
          <w:sz w:val="17"/>
        </w:rPr>
        <w:t>Tool gp_summarize_within; parameters {"stats": [{"stat": "sum", "field": "station_m"}], "project": "814309a7-f84e-4437-a8ec-209438a3f0a6", "features": {"layer": "Valves and stations (db114367)"}, "group_by": "type", "polygons": {"layer": "Right of way (73b1c8fe)"}}</w:t>
      </w:r>
    </w:p>
    <w:p>
      <w:pPr>
        <w:pStyle w:val="Heading1"/>
      </w:pPr>
      <w:r>
        <w:t>Summarize within</w:t>
      </w:r>
    </w:p>
    <w:p>
      <w:r>
        <w:rPr>
          <w:b/>
        </w:rPr>
        <w:t xml:space="preserve">What this analysis is. </w:t>
      </w:r>
      <w:r>
        <w:rPr>
          <w:i w:val="0"/>
        </w:rPr>
        <w:t>Summarize within: Count and aggregate the features inside each polygon (or bin), proportionally for lines and polygons [25]. In ArcGIS it is Summarize Within or Aggregate Points; in QGIS, native:countpointsinpolygon or native:sumlinelengths [25].</w:t>
      </w:r>
    </w:p>
    <w:p>
      <w:r>
        <w:rPr>
          <w:b/>
        </w:rPr>
        <w:t xml:space="preserve">Why it was run on this data. </w:t>
      </w:r>
      <w:r>
        <w:rPr>
          <w:i w:val="0"/>
        </w:rPr>
        <w:t>Count Valves and stations inside each feature of Right of way by type; the counts map as a choropleth (natural breaks, sequential colors) [26].</w:t>
      </w:r>
    </w:p>
    <w:p>
      <w:r>
        <w:rPr>
          <w:b/>
        </w:rPr>
        <w:t xml:space="preserve">What it found. </w:t>
      </w:r>
      <w:r>
        <w:rPr>
          <w:i w:val="0"/>
        </w:rPr>
        <w:t>A summary within of right of way was generated using the gp_summarize_within tool [29]. The inputs for this process included incidents [8] and right of way data [28] [29]. The result produced contained 3 entries [29], and the process required 2 elapsed milliseconds [29].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3</w:t>
            </w:r>
          </w:p>
        </w:tc>
      </w:tr>
      <w:tr>
        <w:tc>
          <w:tcPr>
            <w:tcW w:type="dxa" w:w="4320"/>
          </w:tcPr>
          <w:p>
            <w:r>
              <w:t>result, elapsed ms</w:t>
            </w:r>
          </w:p>
        </w:tc>
        <w:tc>
          <w:tcPr>
            <w:tcW w:type="dxa" w:w="4320"/>
          </w:tcPr>
          <w:p>
            <w:r>
              <w:t>2</w:t>
            </w:r>
          </w:p>
        </w:tc>
      </w:tr>
      <w:tr>
        <w:tc>
          <w:tcPr>
            <w:tcW w:type="dxa" w:w="4320"/>
          </w:tcPr>
          <w:p>
            <w:r>
              <w:t>billing, cost</w:t>
            </w:r>
          </w:p>
        </w:tc>
        <w:tc>
          <w:tcPr>
            <w:tcW w:type="dxa" w:w="4320"/>
          </w:tcPr>
          <w:p>
            <w:r>
              <w:t>0.01148</w:t>
            </w:r>
          </w:p>
        </w:tc>
      </w:tr>
      <w:tr>
        <w:tc>
          <w:tcPr>
            <w:tcW w:type="dxa" w:w="4320"/>
          </w:tcPr>
          <w:p>
            <w:r>
              <w:t>billing, list price</w:t>
            </w:r>
          </w:p>
        </w:tc>
        <w:tc>
          <w:tcPr>
            <w:tcW w:type="dxa" w:w="4320"/>
          </w:tcPr>
          <w:p>
            <w:r>
              <w:t>0.01148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Incidents, Right of way: Summarize within: 1 layer saved: Summarize within: Right of way (3 features) [8][28][29].</w:t>
      </w:r>
    </w:p>
    <w:p>
      <w:pPr>
        <w:pStyle w:val="ListBullet"/>
      </w:pPr>
      <w:r>
        <w:rPr>
          <w:b/>
        </w:rPr>
        <w:t xml:space="preserve">Evidenced: </w:t>
      </w:r>
      <w:r>
        <w:t>It reported result, count 3; result, elapsed ms 2; billing, cost 0.01148; billing, list price 0.01148; billing, upstream cost 0 [29].</w:t>
      </w:r>
    </w:p>
    <w:p>
      <w:r>
        <w:rPr>
          <w:i/>
          <w:color w:val="525252"/>
          <w:sz w:val="17"/>
        </w:rPr>
        <w:t>Tool gp_summarize_within; parameters {"stats": [{"stat": "sum", "field": "station_m"}], "project": "814309a7-f84e-4437-a8ec-209438a3f0a6", "features": {"layer": "Incidents (f9c94228)"}, "group_by": "cause", "polygons": {"layer": "Right of way (73b1c8fe)"}}</w:t>
      </w:r>
    </w:p>
    <w:p>
      <w:pPr>
        <w:pStyle w:val="Heading1"/>
      </w:pPr>
      <w:r>
        <w:t>Summarize within</w:t>
      </w:r>
    </w:p>
    <w:p>
      <w:r>
        <w:rPr>
          <w:b/>
        </w:rPr>
        <w:t xml:space="preserve">What this analysis is. </w:t>
      </w:r>
      <w:r>
        <w:rPr>
          <w:i w:val="0"/>
        </w:rPr>
        <w:t>Summarize within: Count and aggregate the features inside each polygon (or bin), proportionally for lines and polygons [25]. In ArcGIS it is Summarize Within or Aggregate Points; in QGIS, native:countpointsinpolygon or native:sumlinelengths [25].</w:t>
      </w:r>
    </w:p>
    <w:p>
      <w:r>
        <w:rPr>
          <w:b/>
        </w:rPr>
        <w:t xml:space="preserve">Why it was run on this data. </w:t>
      </w:r>
      <w:r>
        <w:rPr>
          <w:i w:val="0"/>
        </w:rPr>
        <w:t>Count Valves and stations inside each feature of Right of way by type; the counts map as a choropleth (natural breaks, sequential colors) [26].</w:t>
      </w:r>
    </w:p>
    <w:p>
      <w:r>
        <w:rPr>
          <w:b/>
        </w:rPr>
        <w:t xml:space="preserve">What it found. </w:t>
      </w:r>
      <w:r>
        <w:rPr>
          <w:i w:val="0"/>
        </w:rPr>
        <w:t>Summarize within on Crossings, Right of way: Summarize within: 1 layer saved: Summarize within: Right of way (3 features) [28][30][31]. It reported result, count 3; result, elapsed ms 2; billing, cost 0.01036; billing, list price 0.01036; billing, upstream cost 0 [30].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3</w:t>
            </w:r>
          </w:p>
        </w:tc>
      </w:tr>
      <w:tr>
        <w:tc>
          <w:tcPr>
            <w:tcW w:type="dxa" w:w="4320"/>
          </w:tcPr>
          <w:p>
            <w:r>
              <w:t>result, elapsed ms</w:t>
            </w:r>
          </w:p>
        </w:tc>
        <w:tc>
          <w:tcPr>
            <w:tcW w:type="dxa" w:w="4320"/>
          </w:tcPr>
          <w:p>
            <w:r>
              <w:t>2</w:t>
            </w:r>
          </w:p>
        </w:tc>
      </w:tr>
      <w:tr>
        <w:tc>
          <w:tcPr>
            <w:tcW w:type="dxa" w:w="4320"/>
          </w:tcPr>
          <w:p>
            <w:r>
              <w:t>billing, cost</w:t>
            </w:r>
          </w:p>
        </w:tc>
        <w:tc>
          <w:tcPr>
            <w:tcW w:type="dxa" w:w="4320"/>
          </w:tcPr>
          <w:p>
            <w:r>
              <w:t>0.01036</w:t>
            </w:r>
          </w:p>
        </w:tc>
      </w:tr>
      <w:tr>
        <w:tc>
          <w:tcPr>
            <w:tcW w:type="dxa" w:w="4320"/>
          </w:tcPr>
          <w:p>
            <w:r>
              <w:t>billing, list price</w:t>
            </w:r>
          </w:p>
        </w:tc>
        <w:tc>
          <w:tcPr>
            <w:tcW w:type="dxa" w:w="4320"/>
          </w:tcPr>
          <w:p>
            <w:r>
              <w:t>0.01036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Crossings, Right of way: Summarize within: 1 layer saved: Summarize within: Right of way (3 features) [28][30][31].</w:t>
      </w:r>
    </w:p>
    <w:p>
      <w:pPr>
        <w:pStyle w:val="ListBullet"/>
      </w:pPr>
      <w:r>
        <w:rPr>
          <w:b/>
        </w:rPr>
        <w:t xml:space="preserve">Evidenced: </w:t>
      </w:r>
      <w:r>
        <w:t>It reported result, count 3; result, elapsed ms 2; billing, cost 0.01036; billing, list price 0.01036; billing, upstream cost 0 [30].</w:t>
      </w:r>
    </w:p>
    <w:p>
      <w:r>
        <w:rPr>
          <w:i/>
          <w:color w:val="525252"/>
          <w:sz w:val="17"/>
        </w:rPr>
        <w:t>Tool gp_summarize_within; parameters {"stats": [{"stat": "sum", "field": "station_m"}], "project": "814309a7-f84e-4437-a8ec-209438a3f0a6", "features": {"layer": "Crossings (d8fae91e)"}, "group_by": "type", "polygons": {"layer": "Right of way (73b1c8fe)"}}</w:t>
      </w:r>
    </w:p>
    <w:p>
      <w:pPr>
        <w:pStyle w:val="Heading1"/>
      </w:pPr>
      <w:r>
        <w:t>Find point clusters</w:t>
      </w:r>
    </w:p>
    <w:p>
      <w:r>
        <w:rPr>
          <w:b/>
        </w:rPr>
        <w:t xml:space="preserve">What this analysis is. </w:t>
      </w:r>
      <w:r>
        <w:rPr>
          <w:i w:val="0"/>
        </w:rPr>
        <w:t>Find point clusters: Density-based clusters (DBSCAN, HDBSCAN or OPTICS, optionally space-time) with hulls and noise [32]. In ArcGIS it is Find Point Clusters or Density-based Clustering; in QGIS, native:dbscanclustering or native:stdbscanclustering [32].</w:t>
      </w:r>
    </w:p>
    <w:p>
      <w:r>
        <w:rPr>
          <w:b/>
        </w:rPr>
        <w:t xml:space="preserve">Why it was run on this data. </w:t>
      </w:r>
      <w:r>
        <w:rPr>
          <w:i w:val="0"/>
        </w:rPr>
        <w:t>DBSCAN finds dense groups of Valves and stations and separates noise [33].</w:t>
      </w:r>
    </w:p>
    <w:p>
      <w:r>
        <w:rPr>
          <w:b/>
        </w:rPr>
        <w:t xml:space="preserve">What it found. </w:t>
      </w:r>
      <w:r>
        <w:rPr>
          <w:i w:val="0"/>
        </w:rPr>
        <w:t>Find point clusters on Valves and stations: Find point clusters: 2 layers saved: Find point clusters: Valves and stations (25 features); Find point clusters: cluster hulls (1 feature) [20][34]. It reported result, count 25; result, noise 0; result, distance m 5,000; result, elapsed ms 2; result, min points 3; billing, cost 0.0505 [34].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25</w:t>
            </w:r>
          </w:p>
        </w:tc>
      </w:tr>
      <w:tr>
        <w:tc>
          <w:tcPr>
            <w:tcW w:type="dxa" w:w="4320"/>
          </w:tcPr>
          <w:p>
            <w:r>
              <w:t>result, noise</w:t>
            </w:r>
          </w:p>
        </w:tc>
        <w:tc>
          <w:tcPr>
            <w:tcW w:type="dxa" w:w="4320"/>
          </w:tcPr>
          <w:p>
            <w:r>
              <w:t>0</w:t>
            </w:r>
          </w:p>
        </w:tc>
      </w:tr>
      <w:tr>
        <w:tc>
          <w:tcPr>
            <w:tcW w:type="dxa" w:w="4320"/>
          </w:tcPr>
          <w:p>
            <w:r>
              <w:t>result, distance m</w:t>
            </w:r>
          </w:p>
        </w:tc>
        <w:tc>
          <w:tcPr>
            <w:tcW w:type="dxa" w:w="4320"/>
          </w:tcPr>
          <w:p>
            <w:r>
              <w:t>5,000</w:t>
            </w:r>
          </w:p>
        </w:tc>
      </w:tr>
      <w:tr>
        <w:tc>
          <w:tcPr>
            <w:tcW w:type="dxa" w:w="4320"/>
          </w:tcPr>
          <w:p>
            <w:r>
              <w:t>result, elapsed ms</w:t>
            </w:r>
          </w:p>
        </w:tc>
        <w:tc>
          <w:tcPr>
            <w:tcW w:type="dxa" w:w="4320"/>
          </w:tcPr>
          <w:p>
            <w:r>
              <w:t>2</w:t>
            </w:r>
          </w:p>
        </w:tc>
      </w:tr>
      <w:tr>
        <w:tc>
          <w:tcPr>
            <w:tcW w:type="dxa" w:w="4320"/>
          </w:tcPr>
          <w:p>
            <w:r>
              <w:t>result, min points</w:t>
            </w:r>
          </w:p>
        </w:tc>
        <w:tc>
          <w:tcPr>
            <w:tcW w:type="dxa" w:w="4320"/>
          </w:tcPr>
          <w:p>
            <w:r>
              <w:t>3</w:t>
            </w:r>
          </w:p>
        </w:tc>
      </w:tr>
      <w:tr>
        <w:tc>
          <w:tcPr>
            <w:tcW w:type="dxa" w:w="4320"/>
          </w:tcPr>
          <w:p>
            <w:r>
              <w:t>billing, cost</w:t>
            </w:r>
          </w:p>
        </w:tc>
        <w:tc>
          <w:tcPr>
            <w:tcW w:type="dxa" w:w="4320"/>
          </w:tcPr>
          <w:p>
            <w:r>
              <w:t>0.0505</w:t>
            </w:r>
          </w:p>
        </w:tc>
      </w:tr>
      <w:tr>
        <w:tc>
          <w:tcPr>
            <w:tcW w:type="dxa" w:w="4320"/>
          </w:tcPr>
          <w:p>
            <w:r>
              <w:t>billing, list price</w:t>
            </w:r>
          </w:p>
        </w:tc>
        <w:tc>
          <w:tcPr>
            <w:tcW w:type="dxa" w:w="4320"/>
          </w:tcPr>
          <w:p>
            <w:r>
              <w:t>0.0505</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Valves and stations: Find point clusters: 2 layers saved: Find point clusters: Valves and stations (25 features); Find point clusters: cluster hulls (1 feature) [20][34].</w:t>
      </w:r>
    </w:p>
    <w:p>
      <w:pPr>
        <w:pStyle w:val="ListBullet"/>
      </w:pPr>
      <w:r>
        <w:rPr>
          <w:b/>
        </w:rPr>
        <w:t xml:space="preserve">Evidenced: </w:t>
      </w:r>
      <w:r>
        <w:t>It reported result, count 25; result, noise 0; result, distance m 5,000; result, elapsed ms 2; result, min points 3; billing, cost 0.0505 [34].</w:t>
      </w:r>
    </w:p>
    <w:p>
      <w:r>
        <w:rPr>
          <w:i/>
          <w:color w:val="525252"/>
          <w:sz w:val="17"/>
        </w:rPr>
        <w:t>Tool gp_find_point_clusters; parameters {"method": "dbscan", "project": "814309a7-f84e-4437-a8ec-209438a3f0a6", "features": {"layer": "Valves and stations (db114367)"}, "distance_m": 5000.0, "min_points": 3}</w:t>
      </w:r>
    </w:p>
    <w:p>
      <w:pPr>
        <w:pStyle w:val="Heading1"/>
      </w:pPr>
      <w:r>
        <w:t>Find point clusters</w:t>
      </w:r>
    </w:p>
    <w:p>
      <w:r>
        <w:rPr>
          <w:b/>
        </w:rPr>
        <w:t xml:space="preserve">What this analysis is. </w:t>
      </w:r>
      <w:r>
        <w:rPr>
          <w:i w:val="0"/>
        </w:rPr>
        <w:t>Find point clusters: Density-based clusters (DBSCAN, HDBSCAN or OPTICS, optionally space-time) with hulls and noise [32]. In ArcGIS it is Find Point Clusters or Density-based Clustering; in QGIS, native:dbscanclustering or native:stdbscanclustering [32].</w:t>
      </w:r>
    </w:p>
    <w:p>
      <w:r>
        <w:rPr>
          <w:b/>
        </w:rPr>
        <w:t xml:space="preserve">Why it was run on this data. </w:t>
      </w:r>
      <w:r>
        <w:rPr>
          <w:i w:val="0"/>
        </w:rPr>
        <w:t>DBSCAN finds dense groups of Incidents and separates noise [35].</w:t>
      </w:r>
    </w:p>
    <w:p>
      <w:r>
        <w:rPr>
          <w:b/>
        </w:rPr>
        <w:t xml:space="preserve">What it found. </w:t>
      </w:r>
      <w:r>
        <w:rPr>
          <w:i w:val="0"/>
        </w:rPr>
        <w:t>Find point clusters on Incidents: Find point clusters: 2 layers saved: Find point clusters: Incidents (70 features); Find point clusters: cluster hulls (1 feature) [8][36]. It reported result, count 70; result, noise 2; result, distance m 5,000; result, elapsed ms 2; result, min points 3; billing, cost 0.0514 [36].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70</w:t>
            </w:r>
          </w:p>
        </w:tc>
      </w:tr>
      <w:tr>
        <w:tc>
          <w:tcPr>
            <w:tcW w:type="dxa" w:w="4320"/>
          </w:tcPr>
          <w:p>
            <w:r>
              <w:t>result, noise</w:t>
            </w:r>
          </w:p>
        </w:tc>
        <w:tc>
          <w:tcPr>
            <w:tcW w:type="dxa" w:w="4320"/>
          </w:tcPr>
          <w:p>
            <w:r>
              <w:t>2</w:t>
            </w:r>
          </w:p>
        </w:tc>
      </w:tr>
      <w:tr>
        <w:tc>
          <w:tcPr>
            <w:tcW w:type="dxa" w:w="4320"/>
          </w:tcPr>
          <w:p>
            <w:r>
              <w:t>result, distance m</w:t>
            </w:r>
          </w:p>
        </w:tc>
        <w:tc>
          <w:tcPr>
            <w:tcW w:type="dxa" w:w="4320"/>
          </w:tcPr>
          <w:p>
            <w:r>
              <w:t>5,000</w:t>
            </w:r>
          </w:p>
        </w:tc>
      </w:tr>
      <w:tr>
        <w:tc>
          <w:tcPr>
            <w:tcW w:type="dxa" w:w="4320"/>
          </w:tcPr>
          <w:p>
            <w:r>
              <w:t>result, elapsed ms</w:t>
            </w:r>
          </w:p>
        </w:tc>
        <w:tc>
          <w:tcPr>
            <w:tcW w:type="dxa" w:w="4320"/>
          </w:tcPr>
          <w:p>
            <w:r>
              <w:t>2</w:t>
            </w:r>
          </w:p>
        </w:tc>
      </w:tr>
      <w:tr>
        <w:tc>
          <w:tcPr>
            <w:tcW w:type="dxa" w:w="4320"/>
          </w:tcPr>
          <w:p>
            <w:r>
              <w:t>result, min points</w:t>
            </w:r>
          </w:p>
        </w:tc>
        <w:tc>
          <w:tcPr>
            <w:tcW w:type="dxa" w:w="4320"/>
          </w:tcPr>
          <w:p>
            <w:r>
              <w:t>3</w:t>
            </w:r>
          </w:p>
        </w:tc>
      </w:tr>
      <w:tr>
        <w:tc>
          <w:tcPr>
            <w:tcW w:type="dxa" w:w="4320"/>
          </w:tcPr>
          <w:p>
            <w:r>
              <w:t>billing, cost</w:t>
            </w:r>
          </w:p>
        </w:tc>
        <w:tc>
          <w:tcPr>
            <w:tcW w:type="dxa" w:w="4320"/>
          </w:tcPr>
          <w:p>
            <w:r>
              <w:t>0.0514</w:t>
            </w:r>
          </w:p>
        </w:tc>
      </w:tr>
      <w:tr>
        <w:tc>
          <w:tcPr>
            <w:tcW w:type="dxa" w:w="4320"/>
          </w:tcPr>
          <w:p>
            <w:r>
              <w:t>billing, list price</w:t>
            </w:r>
          </w:p>
        </w:tc>
        <w:tc>
          <w:tcPr>
            <w:tcW w:type="dxa" w:w="4320"/>
          </w:tcPr>
          <w:p>
            <w:r>
              <w:t>0.0514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Incidents: Find point clusters: 2 layers saved: Find point clusters: Incidents (70 features); Find point clusters: cluster hulls (1 feature) [8][36].</w:t>
      </w:r>
    </w:p>
    <w:p>
      <w:pPr>
        <w:pStyle w:val="ListBullet"/>
      </w:pPr>
      <w:r>
        <w:rPr>
          <w:b/>
        </w:rPr>
        <w:t xml:space="preserve">Evidenced: </w:t>
      </w:r>
      <w:r>
        <w:t>It reported result, count 70; result, noise 2; result, distance m 5,000; result, elapsed ms 2; result, min points 3; billing, cost 0.0514 [36].</w:t>
      </w:r>
    </w:p>
    <w:p>
      <w:r>
        <w:rPr>
          <w:i/>
          <w:color w:val="525252"/>
          <w:sz w:val="17"/>
        </w:rPr>
        <w:t>Tool gp_find_point_clusters; parameters {"method": "dbscan", "project": "814309a7-f84e-4437-a8ec-209438a3f0a6", "features": {"layer": "Incidents (f9c94228)"}, "distance_m": 5000.0, "min_points": 3}</w:t>
      </w:r>
    </w:p>
    <w:p>
      <w:pPr>
        <w:pStyle w:val="Heading1"/>
      </w:pPr>
      <w:r>
        <w:t>Find point clusters</w:t>
      </w:r>
    </w:p>
    <w:p>
      <w:r>
        <w:rPr>
          <w:b/>
        </w:rPr>
        <w:t xml:space="preserve">What this analysis is. </w:t>
      </w:r>
      <w:r>
        <w:rPr>
          <w:i w:val="0"/>
        </w:rPr>
        <w:t>Find point clusters: Density-based clusters (DBSCAN, HDBSCAN or OPTICS, optionally space-time) with hulls and noise [32]. In ArcGIS it is Find Point Clusters or Density-based Clustering; in QGIS, native:dbscanclustering or native:stdbscanclustering [32].</w:t>
      </w:r>
    </w:p>
    <w:p>
      <w:r>
        <w:rPr>
          <w:b/>
        </w:rPr>
        <w:t xml:space="preserve">Why it was run on this data. </w:t>
      </w:r>
      <w:r>
        <w:rPr>
          <w:i w:val="0"/>
        </w:rPr>
        <w:t>DBSCAN finds dense groups of Crossings and separates noise [37].</w:t>
      </w:r>
    </w:p>
    <w:p>
      <w:r>
        <w:rPr>
          <w:b/>
        </w:rPr>
        <w:t xml:space="preserve">What it found. </w:t>
      </w:r>
      <w:r>
        <w:rPr>
          <w:i w:val="0"/>
        </w:rPr>
        <w:t>Find point clusters on Crossings: Find point clusters: 2 layers saved: Find point clusters: Crossings (14 features); Find point clusters: cluster hulls (1 feature) [31][38]. It reported result, count 14; result, noise 4; result, distance m 5,000; result, elapsed ms 1; result, min points 3; billing, cost 0.05028 [38].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14</w:t>
            </w:r>
          </w:p>
        </w:tc>
      </w:tr>
      <w:tr>
        <w:tc>
          <w:tcPr>
            <w:tcW w:type="dxa" w:w="4320"/>
          </w:tcPr>
          <w:p>
            <w:r>
              <w:t>result, noise</w:t>
            </w:r>
          </w:p>
        </w:tc>
        <w:tc>
          <w:tcPr>
            <w:tcW w:type="dxa" w:w="4320"/>
          </w:tcPr>
          <w:p>
            <w:r>
              <w:t>4</w:t>
            </w:r>
          </w:p>
        </w:tc>
      </w:tr>
      <w:tr>
        <w:tc>
          <w:tcPr>
            <w:tcW w:type="dxa" w:w="4320"/>
          </w:tcPr>
          <w:p>
            <w:r>
              <w:t>result, distance m</w:t>
            </w:r>
          </w:p>
        </w:tc>
        <w:tc>
          <w:tcPr>
            <w:tcW w:type="dxa" w:w="4320"/>
          </w:tcPr>
          <w:p>
            <w:r>
              <w:t>5,000</w:t>
            </w:r>
          </w:p>
        </w:tc>
      </w:tr>
      <w:tr>
        <w:tc>
          <w:tcPr>
            <w:tcW w:type="dxa" w:w="4320"/>
          </w:tcPr>
          <w:p>
            <w:r>
              <w:t>result, elapsed ms</w:t>
            </w:r>
          </w:p>
        </w:tc>
        <w:tc>
          <w:tcPr>
            <w:tcW w:type="dxa" w:w="4320"/>
          </w:tcPr>
          <w:p>
            <w:r>
              <w:t>1</w:t>
            </w:r>
          </w:p>
        </w:tc>
      </w:tr>
      <w:tr>
        <w:tc>
          <w:tcPr>
            <w:tcW w:type="dxa" w:w="4320"/>
          </w:tcPr>
          <w:p>
            <w:r>
              <w:t>result, min points</w:t>
            </w:r>
          </w:p>
        </w:tc>
        <w:tc>
          <w:tcPr>
            <w:tcW w:type="dxa" w:w="4320"/>
          </w:tcPr>
          <w:p>
            <w:r>
              <w:t>3</w:t>
            </w:r>
          </w:p>
        </w:tc>
      </w:tr>
      <w:tr>
        <w:tc>
          <w:tcPr>
            <w:tcW w:type="dxa" w:w="4320"/>
          </w:tcPr>
          <w:p>
            <w:r>
              <w:t>billing, cost</w:t>
            </w:r>
          </w:p>
        </w:tc>
        <w:tc>
          <w:tcPr>
            <w:tcW w:type="dxa" w:w="4320"/>
          </w:tcPr>
          <w:p>
            <w:r>
              <w:t>0.05028</w:t>
            </w:r>
          </w:p>
        </w:tc>
      </w:tr>
      <w:tr>
        <w:tc>
          <w:tcPr>
            <w:tcW w:type="dxa" w:w="4320"/>
          </w:tcPr>
          <w:p>
            <w:r>
              <w:t>billing, list price</w:t>
            </w:r>
          </w:p>
        </w:tc>
        <w:tc>
          <w:tcPr>
            <w:tcW w:type="dxa" w:w="4320"/>
          </w:tcPr>
          <w:p>
            <w:r>
              <w:t>0.05028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Crossings: Find point clusters: 2 layers saved: Find point clusters: Crossings (14 features); Find point clusters: cluster hulls (1 feature) [31][38].</w:t>
      </w:r>
    </w:p>
    <w:p>
      <w:pPr>
        <w:pStyle w:val="ListBullet"/>
      </w:pPr>
      <w:r>
        <w:rPr>
          <w:b/>
        </w:rPr>
        <w:t xml:space="preserve">Evidenced: </w:t>
      </w:r>
      <w:r>
        <w:t>It reported result, count 14; result, noise 4; result, distance m 5,000; result, elapsed ms 1; result, min points 3; billing, cost 0.05028 [38].</w:t>
      </w:r>
    </w:p>
    <w:p>
      <w:r>
        <w:rPr>
          <w:i/>
          <w:color w:val="525252"/>
          <w:sz w:val="17"/>
        </w:rPr>
        <w:t>Tool gp_find_point_clusters; parameters {"method": "dbscan", "project": "814309a7-f84e-4437-a8ec-209438a3f0a6", "features": {"layer": "Crossings (d8fae91e)"}, "distance_m": 5000.0, "min_points": 3}</w:t>
      </w:r>
    </w:p>
    <w:p>
      <w:pPr>
        <w:pStyle w:val="Heading1"/>
      </w:pPr>
      <w:r>
        <w:t>Find nearest</w:t>
      </w:r>
    </w:p>
    <w:p>
      <w:r>
        <w:rPr>
          <w:b/>
        </w:rPr>
        <w:t xml:space="preserve">What this analysis is. </w:t>
      </w:r>
      <w:r>
        <w:rPr>
          <w:i w:val="0"/>
        </w:rPr>
        <w:t>Find nearest: The k nearest features for each input, with geodesic distance and bearing [39]. In ArcGIS it is Find Nearest or Near; in QGIS, native:joinbynearest or native:nearestneighbouranalysis [39].</w:t>
      </w:r>
    </w:p>
    <w:p>
      <w:r>
        <w:rPr>
          <w:b/>
        </w:rPr>
        <w:t xml:space="preserve">Why it was run on this data. </w:t>
      </w:r>
      <w:r>
        <w:rPr>
          <w:i w:val="0"/>
        </w:rPr>
        <w:t>The nearest of Crossings to each of Valves and stations, with distances [40].</w:t>
      </w:r>
    </w:p>
    <w:p>
      <w:r>
        <w:rPr>
          <w:b/>
        </w:rPr>
        <w:t xml:space="preserve">What it found. </w:t>
      </w:r>
      <w:r>
        <w:rPr>
          <w:i w:val="0"/>
        </w:rPr>
        <w:t>Find nearest on Crossings, Valves and stations: Find nearest: 1 layer saved: Find nearest: Valves and stations (24 features) [20][31][41]. It reported result, count 24; result, elapsed ms 2; billing, cost 0.01078; billing, list price 0.01078; billing, upstream cost 0 [41].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24</w:t>
            </w:r>
          </w:p>
        </w:tc>
      </w:tr>
      <w:tr>
        <w:tc>
          <w:tcPr>
            <w:tcW w:type="dxa" w:w="4320"/>
          </w:tcPr>
          <w:p>
            <w:r>
              <w:t>result, elapsed ms</w:t>
            </w:r>
          </w:p>
        </w:tc>
        <w:tc>
          <w:tcPr>
            <w:tcW w:type="dxa" w:w="4320"/>
          </w:tcPr>
          <w:p>
            <w:r>
              <w:t>2</w:t>
            </w:r>
          </w:p>
        </w:tc>
      </w:tr>
      <w:tr>
        <w:tc>
          <w:tcPr>
            <w:tcW w:type="dxa" w:w="4320"/>
          </w:tcPr>
          <w:p>
            <w:r>
              <w:t>billing, cost</w:t>
            </w:r>
          </w:p>
        </w:tc>
        <w:tc>
          <w:tcPr>
            <w:tcW w:type="dxa" w:w="4320"/>
          </w:tcPr>
          <w:p>
            <w:r>
              <w:t>0.01078</w:t>
            </w:r>
          </w:p>
        </w:tc>
      </w:tr>
      <w:tr>
        <w:tc>
          <w:tcPr>
            <w:tcW w:type="dxa" w:w="4320"/>
          </w:tcPr>
          <w:p>
            <w:r>
              <w:t>billing, list price</w:t>
            </w:r>
          </w:p>
        </w:tc>
        <w:tc>
          <w:tcPr>
            <w:tcW w:type="dxa" w:w="4320"/>
          </w:tcPr>
          <w:p>
            <w:r>
              <w:t>0.01078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nearest on Crossings, Valves and stations: Find nearest: 1 layer saved: Find nearest: Valves and stations (24 features) [20][31][41].</w:t>
      </w:r>
    </w:p>
    <w:p>
      <w:pPr>
        <w:pStyle w:val="ListBullet"/>
      </w:pPr>
      <w:r>
        <w:rPr>
          <w:b/>
        </w:rPr>
        <w:t xml:space="preserve">Evidenced: </w:t>
      </w:r>
      <w:r>
        <w:t>It reported result, count 24; result, elapsed ms 2; billing, cost 0.01078; billing, list price 0.01078; billing, upstream cost 0 [41].</w:t>
      </w:r>
    </w:p>
    <w:p>
      <w:r>
        <w:rPr>
          <w:i/>
          <w:color w:val="525252"/>
          <w:sz w:val="17"/>
        </w:rPr>
        <w:t>Tool gp_find_nearest; parameters {"k": 1, "to": {"layer": "Crossings (d8fae91e)"}, "from": {"layer": "Valves and stations (db114367)"}, "project": "814309a7-f84e-4437-a8ec-209438a3f0a6", "max_distance_m": 5000.0}</w:t>
      </w:r>
    </w:p>
    <w:p>
      <w:pPr>
        <w:pStyle w:val="Heading1"/>
      </w:pPr>
      <w:r>
        <w:t>Find nearest</w:t>
      </w:r>
    </w:p>
    <w:p>
      <w:r>
        <w:rPr>
          <w:b/>
        </w:rPr>
        <w:t xml:space="preserve">What this analysis is. </w:t>
      </w:r>
      <w:r>
        <w:rPr>
          <w:i w:val="0"/>
        </w:rPr>
        <w:t>Find nearest: The k nearest features for each input, with geodesic distance and bearing [39]. In ArcGIS it is Find Nearest or Near; in QGIS, native:joinbynearest or native:nearestneighbouranalysis [39].</w:t>
      </w:r>
    </w:p>
    <w:p>
      <w:r>
        <w:rPr>
          <w:b/>
        </w:rPr>
        <w:t xml:space="preserve">Why it was run on this data. </w:t>
      </w:r>
      <w:r>
        <w:rPr>
          <w:i w:val="0"/>
        </w:rPr>
        <w:t>The nearest of Crossings to each of Valves and stations, with distances [40].</w:t>
      </w:r>
    </w:p>
    <w:p>
      <w:r>
        <w:rPr>
          <w:b/>
        </w:rPr>
        <w:t xml:space="preserve">What it found. </w:t>
      </w:r>
      <w:r>
        <w:rPr>
          <w:i w:val="0"/>
        </w:rPr>
        <w:t>The `gp_find_nearest` tool was utilized, taking Valves and stations [20] and Pipeline segments [43] as input [42]. The function successfully returned 25 results [42]. The operation completed with an elapsed time of 12 ms [42], and the associated costs were reported as 0.01248 [42].</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25</w:t>
            </w:r>
          </w:p>
        </w:tc>
      </w:tr>
      <w:tr>
        <w:tc>
          <w:tcPr>
            <w:tcW w:type="dxa" w:w="4320"/>
          </w:tcPr>
          <w:p>
            <w:r>
              <w:t>result, elapsed ms</w:t>
            </w:r>
          </w:p>
        </w:tc>
        <w:tc>
          <w:tcPr>
            <w:tcW w:type="dxa" w:w="4320"/>
          </w:tcPr>
          <w:p>
            <w:r>
              <w:t>12</w:t>
            </w:r>
          </w:p>
        </w:tc>
      </w:tr>
      <w:tr>
        <w:tc>
          <w:tcPr>
            <w:tcW w:type="dxa" w:w="4320"/>
          </w:tcPr>
          <w:p>
            <w:r>
              <w:t>billing, cost</w:t>
            </w:r>
          </w:p>
        </w:tc>
        <w:tc>
          <w:tcPr>
            <w:tcW w:type="dxa" w:w="4320"/>
          </w:tcPr>
          <w:p>
            <w:r>
              <w:t>0.01248</w:t>
            </w:r>
          </w:p>
        </w:tc>
      </w:tr>
      <w:tr>
        <w:tc>
          <w:tcPr>
            <w:tcW w:type="dxa" w:w="4320"/>
          </w:tcPr>
          <w:p>
            <w:r>
              <w:t>billing, list price</w:t>
            </w:r>
          </w:p>
        </w:tc>
        <w:tc>
          <w:tcPr>
            <w:tcW w:type="dxa" w:w="4320"/>
          </w:tcPr>
          <w:p>
            <w:r>
              <w:t>0.01248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nearest on Pipeline segments, Valves and stations: Find nearest: 1 layer saved: Find nearest: Valves and stations (25 features) [20][42][43].</w:t>
      </w:r>
    </w:p>
    <w:p>
      <w:pPr>
        <w:pStyle w:val="ListBullet"/>
      </w:pPr>
      <w:r>
        <w:rPr>
          <w:b/>
        </w:rPr>
        <w:t xml:space="preserve">Evidenced: </w:t>
      </w:r>
      <w:r>
        <w:t>It reported result, count 25; result, elapsed ms 12; billing, cost 0.01248; billing, list price 0.01248; billing, upstream cost 0 [42].</w:t>
      </w:r>
    </w:p>
    <w:p>
      <w:r>
        <w:rPr>
          <w:i/>
          <w:color w:val="525252"/>
          <w:sz w:val="17"/>
        </w:rPr>
        <w:t>Tool gp_find_nearest; parameters {"k": 1, "to": {"layer": "Pipeline segments (07d2778e)"}, "from": {"layer": "Valves and stations (db114367)"}, "project": "814309a7-f84e-4437-a8ec-209438a3f0a6", "max_distance_m": 5000.0}</w:t>
      </w:r>
    </w:p>
    <w:p>
      <w:pPr>
        <w:pStyle w:val="Heading1"/>
      </w:pPr>
      <w:r>
        <w:t>Near repeat</w:t>
      </w:r>
    </w:p>
    <w:p>
      <w:r>
        <w:rPr>
          <w:b/>
        </w:rPr>
        <w:t xml:space="preserve">What this analysis is. </w:t>
      </w:r>
      <w:r>
        <w:rPr>
          <w:i w:val="0"/>
        </w:rPr>
        <w:t>Repeat and near repeat classification: Classify incidents as originators, repeats (same place) or near repeats within a distance and time window, with a Knox test table [44]. In ArcGIS it is Repeat and Near Repeat Classification or Near Repeat Calculator [44].</w:t>
      </w:r>
    </w:p>
    <w:p>
      <w:r>
        <w:rPr>
          <w:b/>
        </w:rPr>
        <w:t xml:space="preserve">Why it was run on this data. </w:t>
      </w:r>
      <w:r>
        <w:rPr>
          <w:i w:val="0"/>
        </w:rPr>
        <w:t>Near repeat analysis tests whether Incidents close in space also follow each other within 30 days [45].</w:t>
      </w:r>
    </w:p>
    <w:p>
      <w:r>
        <w:rPr>
          <w:b/>
        </w:rPr>
        <w:t xml:space="preserve">What it found. </w:t>
      </w:r>
      <w:r>
        <w:rPr>
          <w:i w:val="0"/>
        </w:rPr>
        <w:t>The Near repeat classification tool was run using Incidents data [8] and generated a layer containing 70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days</w:t>
            </w:r>
          </w:p>
        </w:tc>
        <w:tc>
          <w:tcPr>
            <w:tcW w:type="dxa" w:w="4320"/>
          </w:tcPr>
          <w:p>
            <w:r>
              <w:t>30</w:t>
            </w:r>
          </w:p>
        </w:tc>
      </w:tr>
      <w:tr>
        <w:tc>
          <w:tcPr>
            <w:tcW w:type="dxa" w:w="4320"/>
          </w:tcPr>
          <w:p>
            <w:r>
              <w:t>result, count</w:t>
            </w:r>
          </w:p>
        </w:tc>
        <w:tc>
          <w:tcPr>
            <w:tcW w:type="dxa" w:w="4320"/>
          </w:tcPr>
          <w:p>
            <w:r>
              <w:t>70</w:t>
            </w:r>
          </w:p>
        </w:tc>
      </w:tr>
      <w:tr>
        <w:tc>
          <w:tcPr>
            <w:tcW w:type="dxa" w:w="4320"/>
          </w:tcPr>
          <w:p>
            <w:r>
              <w:t>result, chains</w:t>
            </w:r>
          </w:p>
        </w:tc>
        <w:tc>
          <w:tcPr>
            <w:tcW w:type="dxa" w:w="4320"/>
          </w:tcPr>
          <w:p>
            <w:r>
              <w:t>3</w:t>
            </w:r>
          </w:p>
        </w:tc>
      </w:tr>
      <w:tr>
        <w:tc>
          <w:tcPr>
            <w:tcW w:type="dxa" w:w="4320"/>
          </w:tcPr>
          <w:p>
            <w:r>
              <w:t>result, distance m</w:t>
            </w:r>
          </w:p>
        </w:tc>
        <w:tc>
          <w:tcPr>
            <w:tcW w:type="dxa" w:w="4320"/>
          </w:tcPr>
          <w:p>
            <w:r>
              <w:t>2,000</w:t>
            </w:r>
          </w:p>
        </w:tc>
      </w:tr>
      <w:tr>
        <w:tc>
          <w:tcPr>
            <w:tcW w:type="dxa" w:w="4320"/>
          </w:tcPr>
          <w:p>
            <w:r>
              <w:t>result, elapsed ms</w:t>
            </w:r>
          </w:p>
        </w:tc>
        <w:tc>
          <w:tcPr>
            <w:tcW w:type="dxa" w:w="4320"/>
          </w:tcPr>
          <w:p>
            <w:r>
              <w:t>4</w:t>
            </w:r>
          </w:p>
        </w:tc>
      </w:tr>
      <w:tr>
        <w:tc>
          <w:tcPr>
            <w:tcW w:type="dxa" w:w="4320"/>
          </w:tcPr>
          <w:p>
            <w:r>
              <w:t>result, pairs linked</w:t>
            </w:r>
          </w:p>
        </w:tc>
        <w:tc>
          <w:tcPr>
            <w:tcW w:type="dxa" w:w="4320"/>
          </w:tcPr>
          <w:p>
            <w:r>
              <w:t>3</w:t>
            </w:r>
          </w:p>
        </w:tc>
      </w:tr>
      <w:tr>
        <w:tc>
          <w:tcPr>
            <w:tcW w:type="dxa" w:w="4320"/>
          </w:tcPr>
          <w:p>
            <w:r>
              <w:t>billing, cost</w:t>
            </w:r>
          </w:p>
        </w:tc>
        <w:tc>
          <w:tcPr>
            <w:tcW w:type="dxa" w:w="4320"/>
          </w:tcPr>
          <w:p>
            <w:r>
              <w:t>0.0521</w:t>
            </w:r>
          </w:p>
        </w:tc>
      </w:tr>
      <w:tr>
        <w:tc>
          <w:tcPr>
            <w:tcW w:type="dxa" w:w="4320"/>
          </w:tcPr>
          <w:p>
            <w:r>
              <w:t>billing, list price</w:t>
            </w:r>
          </w:p>
        </w:tc>
        <w:tc>
          <w:tcPr>
            <w:tcW w:type="dxa" w:w="4320"/>
          </w:tcPr>
          <w:p>
            <w:r>
              <w:t>0.0521</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Near repeat on Incidents: Repeat and near repeat classification: 1 layer saved: Repeat and near repeat classification: Incidents (70 features) [8][46].</w:t>
      </w:r>
    </w:p>
    <w:p>
      <w:pPr>
        <w:pStyle w:val="ListBullet"/>
      </w:pPr>
      <w:r>
        <w:rPr>
          <w:b/>
        </w:rPr>
        <w:t xml:space="preserve">Evidenced: </w:t>
      </w:r>
      <w:r>
        <w:t>It reported result, days 30; result, count 70; result, chains 3; result, distance m 2,000; result, elapsed ms 4; result, pairs linked 3 [46].</w:t>
      </w:r>
    </w:p>
    <w:p>
      <w:r>
        <w:rPr>
          <w:i/>
          <w:color w:val="525252"/>
          <w:sz w:val="17"/>
        </w:rPr>
        <w:t>Tool gp_near_repeat; parameters {"days": 30, "project": "814309a7-f84e-4437-a8ec-209438a3f0a6", "features": {"layer": "Incidents (f9c94228)"}, "distance_m": 2000.0, "time_field": "date"}</w:t>
      </w:r>
    </w:p>
    <w:p>
      <w:pPr>
        <w:pStyle w:val="Heading1"/>
      </w:pPr>
      <w:r>
        <w:t>Maps and charts</w:t>
      </w:r>
    </w:p>
    <w:p>
      <w:r>
        <w:rPr>
          <w:i w:val="0"/>
        </w:rPr>
        <w:t>The run also made 20 map image(s) [47][48][49][50][51][52][53][54][55][56][57][58][59][60][61][62][63][64][65][66] and 27 chart(s) [67][68][69][70][71][72][73][74][75][76][77][78][79][80][81][82][83][84][85][86][87][88][89][90][91][92][93].</w:t>
      </w:r>
    </w:p>
    <w:p>
      <w:pPr>
        <w:jc w:val="center"/>
      </w:pPr>
      <w:r>
        <w:drawing>
          <wp:inline xmlns:a="http://schemas.openxmlformats.org/drawingml/2006/main" xmlns:pic="http://schemas.openxmlformats.org/drawingml/2006/picture">
            <wp:extent cx="5760720" cy="3840480"/>
            <wp:docPr id="2" name="Picture 2"/>
            <wp:cNvGraphicFramePr>
              <a:graphicFrameLocks noChangeAspect="1"/>
            </wp:cNvGraphicFramePr>
            <a:graphic>
              <a:graphicData uri="http://schemas.openxmlformats.org/drawingml/2006/picture">
                <pic:pic>
                  <pic:nvPicPr>
                    <pic:cNvPr id="0" name="000.jpg"/>
                    <pic:cNvPicPr/>
                  </pic:nvPicPr>
                  <pic:blipFill>
                    <a:blip r:embed="rId10"/>
                    <a:stretch>
                      <a:fillRect/>
                    </a:stretch>
                  </pic:blipFill>
                  <pic:spPr>
                    <a:xfrm>
                      <a:off x="0" y="0"/>
                      <a:ext cx="5760720" cy="3840480"/>
                    </a:xfrm>
                    <a:prstGeom prst="rect"/>
                  </pic:spPr>
                </pic:pic>
              </a:graphicData>
            </a:graphic>
          </wp:inline>
        </w:drawing>
      </w:r>
    </w:p>
    <w:p>
      <w:r>
        <w:rPr>
          <w:i/>
          <w:color w:val="525252"/>
          <w:sz w:val="17"/>
        </w:rPr>
        <w:t>Figure 2. Emerging hot spots: Incidents [47]</w:t>
      </w:r>
    </w:p>
    <w:p>
      <w:pPr>
        <w:jc w:val="center"/>
      </w:pPr>
      <w:r>
        <w:drawing>
          <wp:inline xmlns:a="http://schemas.openxmlformats.org/drawingml/2006/main" xmlns:pic="http://schemas.openxmlformats.org/drawingml/2006/picture">
            <wp:extent cx="5760720" cy="3840480"/>
            <wp:docPr id="3" name="Picture 3"/>
            <wp:cNvGraphicFramePr>
              <a:graphicFrameLocks noChangeAspect="1"/>
            </wp:cNvGraphicFramePr>
            <a:graphic>
              <a:graphicData uri="http://schemas.openxmlformats.org/drawingml/2006/picture">
                <pic:pic>
                  <pic:nvPicPr>
                    <pic:cNvPr id="0" name="002.jpg"/>
                    <pic:cNvPicPr/>
                  </pic:nvPicPr>
                  <pic:blipFill>
                    <a:blip r:embed="rId11"/>
                    <a:stretch>
                      <a:fillRect/>
                    </a:stretch>
                  </pic:blipFill>
                  <pic:spPr>
                    <a:xfrm>
                      <a:off x="0" y="0"/>
                      <a:ext cx="5760720" cy="3840480"/>
                    </a:xfrm>
                    <a:prstGeom prst="rect"/>
                  </pic:spPr>
                </pic:pic>
              </a:graphicData>
            </a:graphic>
          </wp:inline>
        </w:drawing>
      </w:r>
    </w:p>
    <w:p>
      <w:r>
        <w:rPr>
          <w:i/>
          <w:color w:val="525252"/>
          <w:sz w:val="17"/>
        </w:rPr>
        <w:t>Figure 3. Emerging hot spots: In-line inspection anomalies [48]</w:t>
      </w:r>
    </w:p>
    <w:p>
      <w:pPr>
        <w:jc w:val="center"/>
      </w:pPr>
      <w:r>
        <w:drawing>
          <wp:inline xmlns:a="http://schemas.openxmlformats.org/drawingml/2006/main" xmlns:pic="http://schemas.openxmlformats.org/drawingml/2006/picture">
            <wp:extent cx="5760720" cy="3840480"/>
            <wp:docPr id="4" name="Picture 4"/>
            <wp:cNvGraphicFramePr>
              <a:graphicFrameLocks noChangeAspect="1"/>
            </wp:cNvGraphicFramePr>
            <a:graphic>
              <a:graphicData uri="http://schemas.openxmlformats.org/drawingml/2006/picture">
                <pic:pic>
                  <pic:nvPicPr>
                    <pic:cNvPr id="0" name="005.jpg"/>
                    <pic:cNvPicPr/>
                  </pic:nvPicPr>
                  <pic:blipFill>
                    <a:blip r:embed="rId12"/>
                    <a:stretch>
                      <a:fillRect/>
                    </a:stretch>
                  </pic:blipFill>
                  <pic:spPr>
                    <a:xfrm>
                      <a:off x="0" y="0"/>
                      <a:ext cx="5760720" cy="3840480"/>
                    </a:xfrm>
                    <a:prstGeom prst="rect"/>
                  </pic:spPr>
                </pic:pic>
              </a:graphicData>
            </a:graphic>
          </wp:inline>
        </w:drawing>
      </w:r>
    </w:p>
    <w:p>
      <w:r>
        <w:rPr>
          <w:i/>
          <w:color w:val="525252"/>
          <w:sz w:val="17"/>
        </w:rPr>
        <w:t>Figure 4. Hot spot analysis: Incidents [49]</w:t>
      </w:r>
    </w:p>
    <w:p>
      <w:pPr>
        <w:jc w:val="center"/>
      </w:pPr>
      <w:r>
        <w:drawing>
          <wp:inline xmlns:a="http://schemas.openxmlformats.org/drawingml/2006/main" xmlns:pic="http://schemas.openxmlformats.org/drawingml/2006/picture">
            <wp:extent cx="5760720" cy="3840480"/>
            <wp:docPr id="5" name="Picture 5"/>
            <wp:cNvGraphicFramePr>
              <a:graphicFrameLocks noChangeAspect="1"/>
            </wp:cNvGraphicFramePr>
            <a:graphic>
              <a:graphicData uri="http://schemas.openxmlformats.org/drawingml/2006/picture">
                <pic:pic>
                  <pic:nvPicPr>
                    <pic:cNvPr id="0" name="006.jpg"/>
                    <pic:cNvPicPr/>
                  </pic:nvPicPr>
                  <pic:blipFill>
                    <a:blip r:embed="rId13"/>
                    <a:stretch>
                      <a:fillRect/>
                    </a:stretch>
                  </pic:blipFill>
                  <pic:spPr>
                    <a:xfrm>
                      <a:off x="0" y="0"/>
                      <a:ext cx="5760720" cy="3840480"/>
                    </a:xfrm>
                    <a:prstGeom prst="rect"/>
                  </pic:spPr>
                </pic:pic>
              </a:graphicData>
            </a:graphic>
          </wp:inline>
        </w:drawing>
      </w:r>
    </w:p>
    <w:p>
      <w:r>
        <w:rPr>
          <w:i/>
          <w:color w:val="525252"/>
          <w:sz w:val="17"/>
        </w:rPr>
        <w:t>Figure 5. Hot spot analysis: In-line inspection anomalies [50]</w:t>
      </w:r>
    </w:p>
    <w:p>
      <w:pPr>
        <w:jc w:val="center"/>
      </w:pPr>
      <w:r>
        <w:drawing>
          <wp:inline xmlns:a="http://schemas.openxmlformats.org/drawingml/2006/main" xmlns:pic="http://schemas.openxmlformats.org/drawingml/2006/picture">
            <wp:extent cx="5760720" cy="3840480"/>
            <wp:docPr id="6" name="Picture 6"/>
            <wp:cNvGraphicFramePr>
              <a:graphicFrameLocks noChangeAspect="1"/>
            </wp:cNvGraphicFramePr>
            <a:graphic>
              <a:graphicData uri="http://schemas.openxmlformats.org/drawingml/2006/picture">
                <pic:pic>
                  <pic:nvPicPr>
                    <pic:cNvPr id="0" name="008.jpg"/>
                    <pic:cNvPicPr/>
                  </pic:nvPicPr>
                  <pic:blipFill>
                    <a:blip r:embed="rId14"/>
                    <a:stretch>
                      <a:fillRect/>
                    </a:stretch>
                  </pic:blipFill>
                  <pic:spPr>
                    <a:xfrm>
                      <a:off x="0" y="0"/>
                      <a:ext cx="5760720" cy="3840480"/>
                    </a:xfrm>
                    <a:prstGeom prst="rect"/>
                  </pic:spPr>
                </pic:pic>
              </a:graphicData>
            </a:graphic>
          </wp:inline>
        </w:drawing>
      </w:r>
    </w:p>
    <w:p>
      <w:r>
        <w:rPr>
          <w:i/>
          <w:color w:val="525252"/>
          <w:sz w:val="17"/>
        </w:rPr>
        <w:t>Figure 6. Calculate density: Valves and stations [51]</w:t>
      </w:r>
    </w:p>
    <w:p>
      <w:pPr>
        <w:jc w:val="center"/>
      </w:pPr>
      <w:r>
        <w:drawing>
          <wp:inline xmlns:a="http://schemas.openxmlformats.org/drawingml/2006/main" xmlns:pic="http://schemas.openxmlformats.org/drawingml/2006/picture">
            <wp:extent cx="5760720" cy="3840480"/>
            <wp:docPr id="7" name="Picture 7"/>
            <wp:cNvGraphicFramePr>
              <a:graphicFrameLocks noChangeAspect="1"/>
            </wp:cNvGraphicFramePr>
            <a:graphic>
              <a:graphicData uri="http://schemas.openxmlformats.org/drawingml/2006/picture">
                <pic:pic>
                  <pic:nvPicPr>
                    <pic:cNvPr id="0" name="010.jpg"/>
                    <pic:cNvPicPr/>
                  </pic:nvPicPr>
                  <pic:blipFill>
                    <a:blip r:embed="rId15"/>
                    <a:stretch>
                      <a:fillRect/>
                    </a:stretch>
                  </pic:blipFill>
                  <pic:spPr>
                    <a:xfrm>
                      <a:off x="0" y="0"/>
                      <a:ext cx="5760720" cy="3840480"/>
                    </a:xfrm>
                    <a:prstGeom prst="rect"/>
                  </pic:spPr>
                </pic:pic>
              </a:graphicData>
            </a:graphic>
          </wp:inline>
        </w:drawing>
      </w:r>
    </w:p>
    <w:p>
      <w:r>
        <w:rPr>
          <w:i/>
          <w:color w:val="525252"/>
          <w:sz w:val="17"/>
        </w:rPr>
        <w:t>Figure 7. Calculate density: Incidents [52]</w:t>
      </w:r>
    </w:p>
    <w:p>
      <w:pPr>
        <w:jc w:val="center"/>
      </w:pPr>
      <w:r>
        <w:drawing>
          <wp:inline xmlns:a="http://schemas.openxmlformats.org/drawingml/2006/main" xmlns:pic="http://schemas.openxmlformats.org/drawingml/2006/picture">
            <wp:extent cx="5760720" cy="3840480"/>
            <wp:docPr id="8" name="Picture 8"/>
            <wp:cNvGraphicFramePr>
              <a:graphicFrameLocks noChangeAspect="1"/>
            </wp:cNvGraphicFramePr>
            <a:graphic>
              <a:graphicData uri="http://schemas.openxmlformats.org/drawingml/2006/picture">
                <pic:pic>
                  <pic:nvPicPr>
                    <pic:cNvPr id="0" name="013.jpg"/>
                    <pic:cNvPicPr/>
                  </pic:nvPicPr>
                  <pic:blipFill>
                    <a:blip r:embed="rId16"/>
                    <a:stretch>
                      <a:fillRect/>
                    </a:stretch>
                  </pic:blipFill>
                  <pic:spPr>
                    <a:xfrm>
                      <a:off x="0" y="0"/>
                      <a:ext cx="5760720" cy="3840480"/>
                    </a:xfrm>
                    <a:prstGeom prst="rect"/>
                  </pic:spPr>
                </pic:pic>
              </a:graphicData>
            </a:graphic>
          </wp:inline>
        </w:drawing>
      </w:r>
    </w:p>
    <w:p>
      <w:r>
        <w:rPr>
          <w:i/>
          <w:color w:val="525252"/>
          <w:sz w:val="17"/>
        </w:rPr>
        <w:t>Figure 8. Calculate density: In-line inspection anomalies [53]</w:t>
      </w:r>
    </w:p>
    <w:p>
      <w:pPr>
        <w:jc w:val="center"/>
      </w:pPr>
      <w:r>
        <w:drawing>
          <wp:inline xmlns:a="http://schemas.openxmlformats.org/drawingml/2006/main" xmlns:pic="http://schemas.openxmlformats.org/drawingml/2006/picture">
            <wp:extent cx="5760720" cy="3840480"/>
            <wp:docPr id="9" name="Picture 9"/>
            <wp:cNvGraphicFramePr>
              <a:graphicFrameLocks noChangeAspect="1"/>
            </wp:cNvGraphicFramePr>
            <a:graphic>
              <a:graphicData uri="http://schemas.openxmlformats.org/drawingml/2006/picture">
                <pic:pic>
                  <pic:nvPicPr>
                    <pic:cNvPr id="0" name="014.jpg"/>
                    <pic:cNvPicPr/>
                  </pic:nvPicPr>
                  <pic:blipFill>
                    <a:blip r:embed="rId17"/>
                    <a:stretch>
                      <a:fillRect/>
                    </a:stretch>
                  </pic:blipFill>
                  <pic:spPr>
                    <a:xfrm>
                      <a:off x="0" y="0"/>
                      <a:ext cx="5760720" cy="3840480"/>
                    </a:xfrm>
                    <a:prstGeom prst="rect"/>
                  </pic:spPr>
                </pic:pic>
              </a:graphicData>
            </a:graphic>
          </wp:inline>
        </w:drawing>
      </w:r>
    </w:p>
    <w:p>
      <w:r>
        <w:rPr>
          <w:i/>
          <w:color w:val="525252"/>
          <w:sz w:val="17"/>
        </w:rPr>
        <w:t>Figure 9. Summarize within: Right of way [54]</w:t>
      </w:r>
    </w:p>
    <w:p>
      <w:pPr>
        <w:jc w:val="center"/>
      </w:pPr>
      <w:r>
        <w:drawing>
          <wp:inline xmlns:a="http://schemas.openxmlformats.org/drawingml/2006/main" xmlns:pic="http://schemas.openxmlformats.org/drawingml/2006/picture">
            <wp:extent cx="5760720" cy="3840480"/>
            <wp:docPr id="10" name="Picture 10"/>
            <wp:cNvGraphicFramePr>
              <a:graphicFrameLocks noChangeAspect="1"/>
            </wp:cNvGraphicFramePr>
            <a:graphic>
              <a:graphicData uri="http://schemas.openxmlformats.org/drawingml/2006/picture">
                <pic:pic>
                  <pic:nvPicPr>
                    <pic:cNvPr id="0" name="017.jpg"/>
                    <pic:cNvPicPr/>
                  </pic:nvPicPr>
                  <pic:blipFill>
                    <a:blip r:embed="rId18"/>
                    <a:stretch>
                      <a:fillRect/>
                    </a:stretch>
                  </pic:blipFill>
                  <pic:spPr>
                    <a:xfrm>
                      <a:off x="0" y="0"/>
                      <a:ext cx="5760720" cy="3840480"/>
                    </a:xfrm>
                    <a:prstGeom prst="rect"/>
                  </pic:spPr>
                </pic:pic>
              </a:graphicData>
            </a:graphic>
          </wp:inline>
        </w:drawing>
      </w:r>
    </w:p>
    <w:p>
      <w:r>
        <w:rPr>
          <w:i/>
          <w:color w:val="525252"/>
          <w:sz w:val="17"/>
        </w:rPr>
        <w:t>Figure 10. Summarize within: Right of way [55]</w:t>
      </w:r>
    </w:p>
    <w:p>
      <w:pPr>
        <w:jc w:val="center"/>
      </w:pPr>
      <w:r>
        <w:drawing>
          <wp:inline xmlns:a="http://schemas.openxmlformats.org/drawingml/2006/main" xmlns:pic="http://schemas.openxmlformats.org/drawingml/2006/picture">
            <wp:extent cx="5760720" cy="3840480"/>
            <wp:docPr id="11" name="Picture 11"/>
            <wp:cNvGraphicFramePr>
              <a:graphicFrameLocks noChangeAspect="1"/>
            </wp:cNvGraphicFramePr>
            <a:graphic>
              <a:graphicData uri="http://schemas.openxmlformats.org/drawingml/2006/picture">
                <pic:pic>
                  <pic:nvPicPr>
                    <pic:cNvPr id="0" name="018.jpg"/>
                    <pic:cNvPicPr/>
                  </pic:nvPicPr>
                  <pic:blipFill>
                    <a:blip r:embed="rId19"/>
                    <a:stretch>
                      <a:fillRect/>
                    </a:stretch>
                  </pic:blipFill>
                  <pic:spPr>
                    <a:xfrm>
                      <a:off x="0" y="0"/>
                      <a:ext cx="5760720" cy="3840480"/>
                    </a:xfrm>
                    <a:prstGeom prst="rect"/>
                  </pic:spPr>
                </pic:pic>
              </a:graphicData>
            </a:graphic>
          </wp:inline>
        </w:drawing>
      </w:r>
    </w:p>
    <w:p>
      <w:r>
        <w:rPr>
          <w:i/>
          <w:color w:val="525252"/>
          <w:sz w:val="17"/>
        </w:rPr>
        <w:t>Figure 11. Summarize within: Right of way [56]</w:t>
      </w:r>
    </w:p>
    <w:p>
      <w:pPr>
        <w:jc w:val="center"/>
      </w:pPr>
      <w:r>
        <w:drawing>
          <wp:inline xmlns:a="http://schemas.openxmlformats.org/drawingml/2006/main" xmlns:pic="http://schemas.openxmlformats.org/drawingml/2006/picture">
            <wp:extent cx="5760720" cy="3840480"/>
            <wp:docPr id="12" name="Picture 12"/>
            <wp:cNvGraphicFramePr>
              <a:graphicFrameLocks noChangeAspect="1"/>
            </wp:cNvGraphicFramePr>
            <a:graphic>
              <a:graphicData uri="http://schemas.openxmlformats.org/drawingml/2006/picture">
                <pic:pic>
                  <pic:nvPicPr>
                    <pic:cNvPr id="0" name="021.jpg"/>
                    <pic:cNvPicPr/>
                  </pic:nvPicPr>
                  <pic:blipFill>
                    <a:blip r:embed="rId20"/>
                    <a:stretch>
                      <a:fillRect/>
                    </a:stretch>
                  </pic:blipFill>
                  <pic:spPr>
                    <a:xfrm>
                      <a:off x="0" y="0"/>
                      <a:ext cx="5760720" cy="3840480"/>
                    </a:xfrm>
                    <a:prstGeom prst="rect"/>
                  </pic:spPr>
                </pic:pic>
              </a:graphicData>
            </a:graphic>
          </wp:inline>
        </w:drawing>
      </w:r>
    </w:p>
    <w:p>
      <w:r>
        <w:rPr>
          <w:i/>
          <w:color w:val="525252"/>
          <w:sz w:val="17"/>
        </w:rPr>
        <w:t>Figure 12. Find point clusters: Valves and stations [57]</w:t>
      </w:r>
    </w:p>
    <w:p>
      <w:pPr>
        <w:jc w:val="center"/>
      </w:pPr>
      <w:r>
        <w:drawing>
          <wp:inline xmlns:a="http://schemas.openxmlformats.org/drawingml/2006/main" xmlns:pic="http://schemas.openxmlformats.org/drawingml/2006/picture">
            <wp:extent cx="5760720" cy="3840480"/>
            <wp:docPr id="13" name="Picture 13"/>
            <wp:cNvGraphicFramePr>
              <a:graphicFrameLocks noChangeAspect="1"/>
            </wp:cNvGraphicFramePr>
            <a:graphic>
              <a:graphicData uri="http://schemas.openxmlformats.org/drawingml/2006/picture">
                <pic:pic>
                  <pic:nvPicPr>
                    <pic:cNvPr id="0" name="023.jpg"/>
                    <pic:cNvPicPr/>
                  </pic:nvPicPr>
                  <pic:blipFill>
                    <a:blip r:embed="rId21"/>
                    <a:stretch>
                      <a:fillRect/>
                    </a:stretch>
                  </pic:blipFill>
                  <pic:spPr>
                    <a:xfrm>
                      <a:off x="0" y="0"/>
                      <a:ext cx="5760720" cy="3840480"/>
                    </a:xfrm>
                    <a:prstGeom prst="rect"/>
                  </pic:spPr>
                </pic:pic>
              </a:graphicData>
            </a:graphic>
          </wp:inline>
        </w:drawing>
      </w:r>
    </w:p>
    <w:p>
      <w:r>
        <w:rPr>
          <w:i/>
          <w:color w:val="525252"/>
          <w:sz w:val="17"/>
        </w:rPr>
        <w:t>Figure 13. Find point clusters: cluster hulls [58]</w:t>
      </w:r>
    </w:p>
    <w:p>
      <w:pPr>
        <w:jc w:val="center"/>
      </w:pPr>
      <w:r>
        <w:drawing>
          <wp:inline xmlns:a="http://schemas.openxmlformats.org/drawingml/2006/main" xmlns:pic="http://schemas.openxmlformats.org/drawingml/2006/picture">
            <wp:extent cx="5760720" cy="3840480"/>
            <wp:docPr id="14" name="Picture 14"/>
            <wp:cNvGraphicFramePr>
              <a:graphicFrameLocks noChangeAspect="1"/>
            </wp:cNvGraphicFramePr>
            <a:graphic>
              <a:graphicData uri="http://schemas.openxmlformats.org/drawingml/2006/picture">
                <pic:pic>
                  <pic:nvPicPr>
                    <pic:cNvPr id="0" name="024.jpg"/>
                    <pic:cNvPicPr/>
                  </pic:nvPicPr>
                  <pic:blipFill>
                    <a:blip r:embed="rId22"/>
                    <a:stretch>
                      <a:fillRect/>
                    </a:stretch>
                  </pic:blipFill>
                  <pic:spPr>
                    <a:xfrm>
                      <a:off x="0" y="0"/>
                      <a:ext cx="5760720" cy="3840480"/>
                    </a:xfrm>
                    <a:prstGeom prst="rect"/>
                  </pic:spPr>
                </pic:pic>
              </a:graphicData>
            </a:graphic>
          </wp:inline>
        </w:drawing>
      </w:r>
    </w:p>
    <w:p>
      <w:r>
        <w:rPr>
          <w:i/>
          <w:color w:val="525252"/>
          <w:sz w:val="17"/>
        </w:rPr>
        <w:t>Figure 14. Find point clusters: Incidents [59]</w:t>
      </w:r>
    </w:p>
    <w:p>
      <w:pPr>
        <w:jc w:val="center"/>
      </w:pPr>
      <w:r>
        <w:drawing>
          <wp:inline xmlns:a="http://schemas.openxmlformats.org/drawingml/2006/main" xmlns:pic="http://schemas.openxmlformats.org/drawingml/2006/picture">
            <wp:extent cx="5760720" cy="3840480"/>
            <wp:docPr id="15" name="Picture 15"/>
            <wp:cNvGraphicFramePr>
              <a:graphicFrameLocks noChangeAspect="1"/>
            </wp:cNvGraphicFramePr>
            <a:graphic>
              <a:graphicData uri="http://schemas.openxmlformats.org/drawingml/2006/picture">
                <pic:pic>
                  <pic:nvPicPr>
                    <pic:cNvPr id="0" name="026.jpg"/>
                    <pic:cNvPicPr/>
                  </pic:nvPicPr>
                  <pic:blipFill>
                    <a:blip r:embed="rId23"/>
                    <a:stretch>
                      <a:fillRect/>
                    </a:stretch>
                  </pic:blipFill>
                  <pic:spPr>
                    <a:xfrm>
                      <a:off x="0" y="0"/>
                      <a:ext cx="5760720" cy="3840480"/>
                    </a:xfrm>
                    <a:prstGeom prst="rect"/>
                  </pic:spPr>
                </pic:pic>
              </a:graphicData>
            </a:graphic>
          </wp:inline>
        </w:drawing>
      </w:r>
    </w:p>
    <w:p>
      <w:r>
        <w:rPr>
          <w:i/>
          <w:color w:val="525252"/>
          <w:sz w:val="17"/>
        </w:rPr>
        <w:t>Figure 15. Find point clusters: cluster hulls [60]</w:t>
      </w:r>
    </w:p>
    <w:p>
      <w:pPr>
        <w:jc w:val="center"/>
      </w:pPr>
      <w:r>
        <w:drawing>
          <wp:inline xmlns:a="http://schemas.openxmlformats.org/drawingml/2006/main" xmlns:pic="http://schemas.openxmlformats.org/drawingml/2006/picture">
            <wp:extent cx="5760720" cy="3840480"/>
            <wp:docPr id="16" name="Picture 16"/>
            <wp:cNvGraphicFramePr>
              <a:graphicFrameLocks noChangeAspect="1"/>
            </wp:cNvGraphicFramePr>
            <a:graphic>
              <a:graphicData uri="http://schemas.openxmlformats.org/drawingml/2006/picture">
                <pic:pic>
                  <pic:nvPicPr>
                    <pic:cNvPr id="0" name="028.jpg"/>
                    <pic:cNvPicPr/>
                  </pic:nvPicPr>
                  <pic:blipFill>
                    <a:blip r:embed="rId24"/>
                    <a:stretch>
                      <a:fillRect/>
                    </a:stretch>
                  </pic:blipFill>
                  <pic:spPr>
                    <a:xfrm>
                      <a:off x="0" y="0"/>
                      <a:ext cx="5760720" cy="3840480"/>
                    </a:xfrm>
                    <a:prstGeom prst="rect"/>
                  </pic:spPr>
                </pic:pic>
              </a:graphicData>
            </a:graphic>
          </wp:inline>
        </w:drawing>
      </w:r>
    </w:p>
    <w:p>
      <w:r>
        <w:rPr>
          <w:i/>
          <w:color w:val="525252"/>
          <w:sz w:val="17"/>
        </w:rPr>
        <w:t>Figure 16. Find point clusters: Crossings [61]</w:t>
      </w:r>
    </w:p>
    <w:p>
      <w:pPr>
        <w:jc w:val="center"/>
      </w:pPr>
      <w:r>
        <w:drawing>
          <wp:inline xmlns:a="http://schemas.openxmlformats.org/drawingml/2006/main" xmlns:pic="http://schemas.openxmlformats.org/drawingml/2006/picture">
            <wp:extent cx="5760720" cy="3840480"/>
            <wp:docPr id="17" name="Picture 17"/>
            <wp:cNvGraphicFramePr>
              <a:graphicFrameLocks noChangeAspect="1"/>
            </wp:cNvGraphicFramePr>
            <a:graphic>
              <a:graphicData uri="http://schemas.openxmlformats.org/drawingml/2006/picture">
                <pic:pic>
                  <pic:nvPicPr>
                    <pic:cNvPr id="0" name="030.jpg"/>
                    <pic:cNvPicPr/>
                  </pic:nvPicPr>
                  <pic:blipFill>
                    <a:blip r:embed="rId25"/>
                    <a:stretch>
                      <a:fillRect/>
                    </a:stretch>
                  </pic:blipFill>
                  <pic:spPr>
                    <a:xfrm>
                      <a:off x="0" y="0"/>
                      <a:ext cx="5760720" cy="3840480"/>
                    </a:xfrm>
                    <a:prstGeom prst="rect"/>
                  </pic:spPr>
                </pic:pic>
              </a:graphicData>
            </a:graphic>
          </wp:inline>
        </w:drawing>
      </w:r>
    </w:p>
    <w:p>
      <w:r>
        <w:rPr>
          <w:i/>
          <w:color w:val="525252"/>
          <w:sz w:val="17"/>
        </w:rPr>
        <w:t>Figure 17. Find point clusters: cluster hulls [62]</w:t>
      </w:r>
    </w:p>
    <w:p>
      <w:pPr>
        <w:jc w:val="center"/>
      </w:pPr>
      <w:r>
        <w:drawing>
          <wp:inline xmlns:a="http://schemas.openxmlformats.org/drawingml/2006/main" xmlns:pic="http://schemas.openxmlformats.org/drawingml/2006/picture">
            <wp:extent cx="5760720" cy="3840480"/>
            <wp:docPr id="18" name="Picture 18"/>
            <wp:cNvGraphicFramePr>
              <a:graphicFrameLocks noChangeAspect="1"/>
            </wp:cNvGraphicFramePr>
            <a:graphic>
              <a:graphicData uri="http://schemas.openxmlformats.org/drawingml/2006/picture">
                <pic:pic>
                  <pic:nvPicPr>
                    <pic:cNvPr id="0" name="032.jpg"/>
                    <pic:cNvPicPr/>
                  </pic:nvPicPr>
                  <pic:blipFill>
                    <a:blip r:embed="rId26"/>
                    <a:stretch>
                      <a:fillRect/>
                    </a:stretch>
                  </pic:blipFill>
                  <pic:spPr>
                    <a:xfrm>
                      <a:off x="0" y="0"/>
                      <a:ext cx="5760720" cy="3840480"/>
                    </a:xfrm>
                    <a:prstGeom prst="rect"/>
                  </pic:spPr>
                </pic:pic>
              </a:graphicData>
            </a:graphic>
          </wp:inline>
        </w:drawing>
      </w:r>
    </w:p>
    <w:p>
      <w:r>
        <w:rPr>
          <w:i/>
          <w:color w:val="525252"/>
          <w:sz w:val="17"/>
        </w:rPr>
        <w:t>Figure 18. High consequence areas by population [63]</w:t>
      </w:r>
    </w:p>
    <w:p>
      <w:pPr>
        <w:jc w:val="center"/>
      </w:pPr>
      <w:r>
        <w:drawing>
          <wp:inline xmlns:a="http://schemas.openxmlformats.org/drawingml/2006/main" xmlns:pic="http://schemas.openxmlformats.org/drawingml/2006/picture">
            <wp:extent cx="5760720" cy="3840480"/>
            <wp:docPr id="19" name="Picture 19"/>
            <wp:cNvGraphicFramePr>
              <a:graphicFrameLocks noChangeAspect="1"/>
            </wp:cNvGraphicFramePr>
            <a:graphic>
              <a:graphicData uri="http://schemas.openxmlformats.org/drawingml/2006/picture">
                <pic:pic>
                  <pic:nvPicPr>
                    <pic:cNvPr id="0" name="035.jpg"/>
                    <pic:cNvPicPr/>
                  </pic:nvPicPr>
                  <pic:blipFill>
                    <a:blip r:embed="rId27"/>
                    <a:stretch>
                      <a:fillRect/>
                    </a:stretch>
                  </pic:blipFill>
                  <pic:spPr>
                    <a:xfrm>
                      <a:off x="0" y="0"/>
                      <a:ext cx="5760720" cy="3840480"/>
                    </a:xfrm>
                    <a:prstGeom prst="rect"/>
                  </pic:spPr>
                </pic:pic>
              </a:graphicData>
            </a:graphic>
          </wp:inline>
        </w:drawing>
      </w:r>
    </w:p>
    <w:p>
      <w:r>
        <w:rPr>
          <w:i/>
          <w:color w:val="525252"/>
          <w:sz w:val="17"/>
        </w:rPr>
        <w:t>Figure 19. Find nearest: Valves and stations [64]</w:t>
      </w:r>
    </w:p>
    <w:p>
      <w:pPr>
        <w:jc w:val="center"/>
      </w:pPr>
      <w:r>
        <w:drawing>
          <wp:inline xmlns:a="http://schemas.openxmlformats.org/drawingml/2006/main" xmlns:pic="http://schemas.openxmlformats.org/drawingml/2006/picture">
            <wp:extent cx="5760720" cy="3840480"/>
            <wp:docPr id="20" name="Picture 20"/>
            <wp:cNvGraphicFramePr>
              <a:graphicFrameLocks noChangeAspect="1"/>
            </wp:cNvGraphicFramePr>
            <a:graphic>
              <a:graphicData uri="http://schemas.openxmlformats.org/drawingml/2006/picture">
                <pic:pic>
                  <pic:nvPicPr>
                    <pic:cNvPr id="0" name="036.jpg"/>
                    <pic:cNvPicPr/>
                  </pic:nvPicPr>
                  <pic:blipFill>
                    <a:blip r:embed="rId28"/>
                    <a:stretch>
                      <a:fillRect/>
                    </a:stretch>
                  </pic:blipFill>
                  <pic:spPr>
                    <a:xfrm>
                      <a:off x="0" y="0"/>
                      <a:ext cx="5760720" cy="3840480"/>
                    </a:xfrm>
                    <a:prstGeom prst="rect"/>
                  </pic:spPr>
                </pic:pic>
              </a:graphicData>
            </a:graphic>
          </wp:inline>
        </w:drawing>
      </w:r>
    </w:p>
    <w:p>
      <w:r>
        <w:rPr>
          <w:i/>
          <w:color w:val="525252"/>
          <w:sz w:val="17"/>
        </w:rPr>
        <w:t>Figure 20. Find nearest: Valves and stations [65]</w:t>
      </w:r>
    </w:p>
    <w:p>
      <w:pPr>
        <w:jc w:val="center"/>
      </w:pPr>
      <w:r>
        <w:drawing>
          <wp:inline xmlns:a="http://schemas.openxmlformats.org/drawingml/2006/main" xmlns:pic="http://schemas.openxmlformats.org/drawingml/2006/picture">
            <wp:extent cx="5760720" cy="3840480"/>
            <wp:docPr id="21" name="Picture 21"/>
            <wp:cNvGraphicFramePr>
              <a:graphicFrameLocks noChangeAspect="1"/>
            </wp:cNvGraphicFramePr>
            <a:graphic>
              <a:graphicData uri="http://schemas.openxmlformats.org/drawingml/2006/picture">
                <pic:pic>
                  <pic:nvPicPr>
                    <pic:cNvPr id="0" name="038.jpg"/>
                    <pic:cNvPicPr/>
                  </pic:nvPicPr>
                  <pic:blipFill>
                    <a:blip r:embed="rId29"/>
                    <a:stretch>
                      <a:fillRect/>
                    </a:stretch>
                  </pic:blipFill>
                  <pic:spPr>
                    <a:xfrm>
                      <a:off x="0" y="0"/>
                      <a:ext cx="5760720" cy="3840480"/>
                    </a:xfrm>
                    <a:prstGeom prst="rect"/>
                  </pic:spPr>
                </pic:pic>
              </a:graphicData>
            </a:graphic>
          </wp:inline>
        </w:drawing>
      </w:r>
    </w:p>
    <w:p>
      <w:r>
        <w:rPr>
          <w:i/>
          <w:color w:val="525252"/>
          <w:sz w:val="17"/>
        </w:rPr>
        <w:t>Figure 21. Repeat and near repeat classification: Incidents [66]</w:t>
      </w:r>
    </w:p>
    <w:p>
      <w:r>
        <w:rPr>
          <w:b/>
        </w:rPr>
        <w:t xml:space="preserve">What the map shows. </w:t>
      </w:r>
      <w:r>
        <w:rPr>
          <w:i/>
        </w:rPr>
        <w:t>This map visualizes the analysis of emerging hot spots for incidents across the mapped area. The legend explicitly states that no pattern was detected for this category of incidents. Graphically, the map is drawn using a tessellation of hexagonal polygons, all of which are uniformly filled with a solid grey shade. Because no pattern was detected, the map does not display any visible clusters, significant gradients, or distinguishable high or low activity areas. [47]</w:t>
      </w:r>
    </w:p>
    <w:p>
      <w:r>
        <w:rPr>
          <w:i/>
          <w:color w:val="525252"/>
          <w:sz w:val="17"/>
        </w:rPr>
        <w:t>Inferred: read from the image by gemma4:e4b, not evidence.</w:t>
      </w:r>
    </w:p>
    <w:p>
      <w:pPr>
        <w:jc w:val="center"/>
      </w:pPr>
      <w:r>
        <w:drawing>
          <wp:inline xmlns:a="http://schemas.openxmlformats.org/drawingml/2006/main" xmlns:pic="http://schemas.openxmlformats.org/drawingml/2006/picture">
            <wp:extent cx="5486400" cy="3657600"/>
            <wp:docPr id="22" name="Picture 22"/>
            <wp:cNvGraphicFramePr>
              <a:graphicFrameLocks noChangeAspect="1"/>
            </wp:cNvGraphicFramePr>
            <a:graphic>
              <a:graphicData uri="http://schemas.openxmlformats.org/drawingml/2006/picture">
                <pic:pic>
                  <pic:nvPicPr>
                    <pic:cNvPr id="0" name="040.jpg"/>
                    <pic:cNvPicPr/>
                  </pic:nvPicPr>
                  <pic:blipFill>
                    <a:blip r:embed="rId30"/>
                    <a:stretch>
                      <a:fillRect/>
                    </a:stretch>
                  </pic:blipFill>
                  <pic:spPr>
                    <a:xfrm>
                      <a:off x="0" y="0"/>
                      <a:ext cx="5486400" cy="3657600"/>
                    </a:xfrm>
                    <a:prstGeom prst="rect"/>
                  </pic:spPr>
                </pic:pic>
              </a:graphicData>
            </a:graphic>
          </wp:inline>
        </w:drawing>
      </w:r>
    </w:p>
    <w:p>
      <w:r>
        <w:rPr>
          <w:i/>
          <w:color w:val="525252"/>
          <w:sz w:val="17"/>
        </w:rPr>
        <w:t>Figure 22. Pipeline segments over time (install_year) [67]. Source: Pipeline segments (99 features). The data is in the appendix.</w:t>
      </w:r>
    </w:p>
    <w:p>
      <w:pPr>
        <w:jc w:val="center"/>
      </w:pPr>
      <w:r>
        <w:drawing>
          <wp:inline xmlns:a="http://schemas.openxmlformats.org/drawingml/2006/main" xmlns:pic="http://schemas.openxmlformats.org/drawingml/2006/picture">
            <wp:extent cx="5486400" cy="3852672"/>
            <wp:docPr id="23" name="Picture 23"/>
            <wp:cNvGraphicFramePr>
              <a:graphicFrameLocks noChangeAspect="1"/>
            </wp:cNvGraphicFramePr>
            <a:graphic>
              <a:graphicData uri="http://schemas.openxmlformats.org/drawingml/2006/picture">
                <pic:pic>
                  <pic:nvPicPr>
                    <pic:cNvPr id="0" name="041.jpg"/>
                    <pic:cNvPicPr/>
                  </pic:nvPicPr>
                  <pic:blipFill>
                    <a:blip r:embed="rId31"/>
                    <a:stretch>
                      <a:fillRect/>
                    </a:stretch>
                  </pic:blipFill>
                  <pic:spPr>
                    <a:xfrm>
                      <a:off x="0" y="0"/>
                      <a:ext cx="5486400" cy="3852672"/>
                    </a:xfrm>
                    <a:prstGeom prst="rect"/>
                  </pic:spPr>
                </pic:pic>
              </a:graphicData>
            </a:graphic>
          </wp:inline>
        </w:drawing>
      </w:r>
    </w:p>
    <w:p>
      <w:r>
        <w:rPr>
          <w:i/>
          <w:color w:val="525252"/>
          <w:sz w:val="17"/>
        </w:rPr>
        <w:t>Figure 23. Incidents over time (date) [68]. Per year, 2016-01-01 to 2026-01-01. Source: Incidents (70 features). The data is in the appendix.</w:t>
      </w:r>
    </w:p>
    <w:p>
      <w:pPr>
        <w:jc w:val="center"/>
      </w:pPr>
      <w:r>
        <w:drawing>
          <wp:inline xmlns:a="http://schemas.openxmlformats.org/drawingml/2006/main" xmlns:pic="http://schemas.openxmlformats.org/drawingml/2006/picture">
            <wp:extent cx="5486400" cy="3645408"/>
            <wp:docPr id="24" name="Picture 24"/>
            <wp:cNvGraphicFramePr>
              <a:graphicFrameLocks noChangeAspect="1"/>
            </wp:cNvGraphicFramePr>
            <a:graphic>
              <a:graphicData uri="http://schemas.openxmlformats.org/drawingml/2006/picture">
                <pic:pic>
                  <pic:nvPicPr>
                    <pic:cNvPr id="0" name="042.jpg"/>
                    <pic:cNvPicPr/>
                  </pic:nvPicPr>
                  <pic:blipFill>
                    <a:blip r:embed="rId32"/>
                    <a:stretch>
                      <a:fillRect/>
                    </a:stretch>
                  </pic:blipFill>
                  <pic:spPr>
                    <a:xfrm>
                      <a:off x="0" y="0"/>
                      <a:ext cx="5486400" cy="3645408"/>
                    </a:xfrm>
                    <a:prstGeom prst="rect"/>
                  </pic:spPr>
                </pic:pic>
              </a:graphicData>
            </a:graphic>
          </wp:inline>
        </w:drawing>
      </w:r>
    </w:p>
    <w:p>
      <w:r>
        <w:rPr>
          <w:i/>
          <w:color w:val="525252"/>
          <w:sz w:val="17"/>
        </w:rPr>
        <w:t>Figure 24. Cathodic protection readings over time (date) [69]. Per month, 2023-10-01 to 2026-06-01. Source: Cathodic protection readings (168 features). The data is in the appendix.</w:t>
      </w:r>
    </w:p>
    <w:p>
      <w:pPr>
        <w:jc w:val="center"/>
      </w:pPr>
      <w:r>
        <w:drawing>
          <wp:inline xmlns:a="http://schemas.openxmlformats.org/drawingml/2006/main" xmlns:pic="http://schemas.openxmlformats.org/drawingml/2006/picture">
            <wp:extent cx="5486400" cy="3639312"/>
            <wp:docPr id="25" name="Picture 25"/>
            <wp:cNvGraphicFramePr>
              <a:graphicFrameLocks noChangeAspect="1"/>
            </wp:cNvGraphicFramePr>
            <a:graphic>
              <a:graphicData uri="http://schemas.openxmlformats.org/drawingml/2006/picture">
                <pic:pic>
                  <pic:nvPicPr>
                    <pic:cNvPr id="0" name="043.jpg"/>
                    <pic:cNvPicPr/>
                  </pic:nvPicPr>
                  <pic:blipFill>
                    <a:blip r:embed="rId33"/>
                    <a:stretch>
                      <a:fillRect/>
                    </a:stretch>
                  </pic:blipFill>
                  <pic:spPr>
                    <a:xfrm>
                      <a:off x="0" y="0"/>
                      <a:ext cx="5486400" cy="3639312"/>
                    </a:xfrm>
                    <a:prstGeom prst="rect"/>
                  </pic:spPr>
                </pic:pic>
              </a:graphicData>
            </a:graphic>
          </wp:inline>
        </w:drawing>
      </w:r>
    </w:p>
    <w:p>
      <w:r>
        <w:rPr>
          <w:i/>
          <w:color w:val="525252"/>
          <w:sz w:val="17"/>
        </w:rPr>
        <w:t>Figure 25. Segment operating limits over time (last_hydrotest_year) [70]. Source: Segment operating limits (99 features). The data is in the appendix.</w:t>
      </w:r>
    </w:p>
    <w:p>
      <w:pPr>
        <w:jc w:val="center"/>
      </w:pPr>
      <w:r>
        <w:drawing>
          <wp:inline xmlns:a="http://schemas.openxmlformats.org/drawingml/2006/main" xmlns:pic="http://schemas.openxmlformats.org/drawingml/2006/picture">
            <wp:extent cx="5486400" cy="3736848"/>
            <wp:docPr id="26" name="Picture 26"/>
            <wp:cNvGraphicFramePr>
              <a:graphicFrameLocks noChangeAspect="1"/>
            </wp:cNvGraphicFramePr>
            <a:graphic>
              <a:graphicData uri="http://schemas.openxmlformats.org/drawingml/2006/picture">
                <pic:pic>
                  <pic:nvPicPr>
                    <pic:cNvPr id="0" name="044.jpg"/>
                    <pic:cNvPicPr/>
                  </pic:nvPicPr>
                  <pic:blipFill>
                    <a:blip r:embed="rId34"/>
                    <a:stretch>
                      <a:fillRect/>
                    </a:stretch>
                  </pic:blipFill>
                  <pic:spPr>
                    <a:xfrm>
                      <a:off x="0" y="0"/>
                      <a:ext cx="5486400" cy="3736848"/>
                    </a:xfrm>
                    <a:prstGeom prst="rect"/>
                  </pic:spPr>
                </pic:pic>
              </a:graphicData>
            </a:graphic>
          </wp:inline>
        </w:drawing>
      </w:r>
    </w:p>
    <w:p>
      <w:r>
        <w:rPr>
          <w:i/>
          <w:color w:val="525252"/>
          <w:sz w:val="17"/>
        </w:rPr>
        <w:t>Figure 26. Emerging hot spots: Incidents [71]. Source: Emerging hot spots: Incidents (13 features). The data is in the appendix.</w:t>
      </w:r>
    </w:p>
    <w:p>
      <w:pPr>
        <w:jc w:val="center"/>
      </w:pPr>
      <w:r>
        <w:drawing>
          <wp:inline xmlns:a="http://schemas.openxmlformats.org/drawingml/2006/main" xmlns:pic="http://schemas.openxmlformats.org/drawingml/2006/picture">
            <wp:extent cx="5486400" cy="3712464"/>
            <wp:docPr id="27" name="Picture 27"/>
            <wp:cNvGraphicFramePr>
              <a:graphicFrameLocks noChangeAspect="1"/>
            </wp:cNvGraphicFramePr>
            <a:graphic>
              <a:graphicData uri="http://schemas.openxmlformats.org/drawingml/2006/picture">
                <pic:pic>
                  <pic:nvPicPr>
                    <pic:cNvPr id="0" name="045.jpg"/>
                    <pic:cNvPicPr/>
                  </pic:nvPicPr>
                  <pic:blipFill>
                    <a:blip r:embed="rId35"/>
                    <a:stretch>
                      <a:fillRect/>
                    </a:stretch>
                  </pic:blipFill>
                  <pic:spPr>
                    <a:xfrm>
                      <a:off x="0" y="0"/>
                      <a:ext cx="5486400" cy="3712464"/>
                    </a:xfrm>
                    <a:prstGeom prst="rect"/>
                  </pic:spPr>
                </pic:pic>
              </a:graphicData>
            </a:graphic>
          </wp:inline>
        </w:drawing>
      </w:r>
    </w:p>
    <w:p>
      <w:r>
        <w:rPr>
          <w:i/>
          <w:color w:val="525252"/>
          <w:sz w:val="17"/>
        </w:rPr>
        <w:t>Figure 27. Emerging hot spots: In-line inspection anomalies [72]. Source: Emerging hot spots: In-line inspection anomalies (56 features). The data is in the appendix.</w:t>
      </w:r>
    </w:p>
    <w:p>
      <w:pPr>
        <w:jc w:val="center"/>
      </w:pPr>
      <w:r>
        <w:drawing>
          <wp:inline xmlns:a="http://schemas.openxmlformats.org/drawingml/2006/main" xmlns:pic="http://schemas.openxmlformats.org/drawingml/2006/picture">
            <wp:extent cx="5486400" cy="2761488"/>
            <wp:docPr id="28" name="Picture 28"/>
            <wp:cNvGraphicFramePr>
              <a:graphicFrameLocks noChangeAspect="1"/>
            </wp:cNvGraphicFramePr>
            <a:graphic>
              <a:graphicData uri="http://schemas.openxmlformats.org/drawingml/2006/picture">
                <pic:pic>
                  <pic:nvPicPr>
                    <pic:cNvPr id="0" name="046.jpg"/>
                    <pic:cNvPicPr/>
                  </pic:nvPicPr>
                  <pic:blipFill>
                    <a:blip r:embed="rId36"/>
                    <a:stretch>
                      <a:fillRect/>
                    </a:stretch>
                  </pic:blipFill>
                  <pic:spPr>
                    <a:xfrm>
                      <a:off x="0" y="0"/>
                      <a:ext cx="5486400" cy="2761488"/>
                    </a:xfrm>
                    <a:prstGeom prst="rect"/>
                  </pic:spPr>
                </pic:pic>
              </a:graphicData>
            </a:graphic>
          </wp:inline>
        </w:drawing>
      </w:r>
    </w:p>
    <w:p>
      <w:r>
        <w:rPr>
          <w:i/>
          <w:color w:val="525252"/>
          <w:sz w:val="17"/>
        </w:rPr>
        <w:t>Figure 28. Hot spot analysis: Incidents [73]. Period: 2016-04-07 to 2026-06-14 (date). Source: Hot spot analysis: Incidents (70 features). The data is in the appendix.</w:t>
      </w:r>
    </w:p>
    <w:p>
      <w:pPr>
        <w:jc w:val="center"/>
      </w:pPr>
      <w:r>
        <w:drawing>
          <wp:inline xmlns:a="http://schemas.openxmlformats.org/drawingml/2006/main" xmlns:pic="http://schemas.openxmlformats.org/drawingml/2006/picture">
            <wp:extent cx="5486400" cy="2365248"/>
            <wp:docPr id="29" name="Picture 29"/>
            <wp:cNvGraphicFramePr>
              <a:graphicFrameLocks noChangeAspect="1"/>
            </wp:cNvGraphicFramePr>
            <a:graphic>
              <a:graphicData uri="http://schemas.openxmlformats.org/drawingml/2006/picture">
                <pic:pic>
                  <pic:nvPicPr>
                    <pic:cNvPr id="0" name="047.jpg"/>
                    <pic:cNvPicPr/>
                  </pic:nvPicPr>
                  <pic:blipFill>
                    <a:blip r:embed="rId37"/>
                    <a:stretch>
                      <a:fillRect/>
                    </a:stretch>
                  </pic:blipFill>
                  <pic:spPr>
                    <a:xfrm>
                      <a:off x="0" y="0"/>
                      <a:ext cx="5486400" cy="2365248"/>
                    </a:xfrm>
                    <a:prstGeom prst="rect"/>
                  </pic:spPr>
                </pic:pic>
              </a:graphicData>
            </a:graphic>
          </wp:inline>
        </w:drawing>
      </w:r>
    </w:p>
    <w:p>
      <w:r>
        <w:rPr>
          <w:i/>
          <w:color w:val="525252"/>
          <w:sz w:val="17"/>
        </w:rPr>
        <w:t>Figure 29. Hot spot analysis: In-line inspection anomalies [74]. Period: 2021-06-14 to 2025-06-09 (inspected_on). Source: Hot spot analysis: In-line inspection anomalies (1,118 features). The data is in the appendix.</w:t>
      </w:r>
    </w:p>
    <w:p>
      <w:pPr>
        <w:jc w:val="center"/>
      </w:pPr>
      <w:r>
        <w:drawing>
          <wp:inline xmlns:a="http://schemas.openxmlformats.org/drawingml/2006/main" xmlns:pic="http://schemas.openxmlformats.org/drawingml/2006/picture">
            <wp:extent cx="5486400" cy="3596640"/>
            <wp:docPr id="30" name="Picture 30"/>
            <wp:cNvGraphicFramePr>
              <a:graphicFrameLocks noChangeAspect="1"/>
            </wp:cNvGraphicFramePr>
            <a:graphic>
              <a:graphicData uri="http://schemas.openxmlformats.org/drawingml/2006/picture">
                <pic:pic>
                  <pic:nvPicPr>
                    <pic:cNvPr id="0" name="048.jpg"/>
                    <pic:cNvPicPr/>
                  </pic:nvPicPr>
                  <pic:blipFill>
                    <a:blip r:embed="rId38"/>
                    <a:stretch>
                      <a:fillRect/>
                    </a:stretch>
                  </pic:blipFill>
                  <pic:spPr>
                    <a:xfrm>
                      <a:off x="0" y="0"/>
                      <a:ext cx="5486400" cy="3596640"/>
                    </a:xfrm>
                    <a:prstGeom prst="rect"/>
                  </pic:spPr>
                </pic:pic>
              </a:graphicData>
            </a:graphic>
          </wp:inline>
        </w:drawing>
      </w:r>
    </w:p>
    <w:p>
      <w:r>
        <w:rPr>
          <w:i/>
          <w:color w:val="525252"/>
          <w:sz w:val="17"/>
        </w:rPr>
        <w:t>Figure 30. Calculate density: Valves and stations [75]. Source: Calculate density: Valves and stations (41 features). The data is in the appendix.</w:t>
      </w:r>
    </w:p>
    <w:p>
      <w:pPr>
        <w:jc w:val="center"/>
      </w:pPr>
      <w:r>
        <w:drawing>
          <wp:inline xmlns:a="http://schemas.openxmlformats.org/drawingml/2006/main" xmlns:pic="http://schemas.openxmlformats.org/drawingml/2006/picture">
            <wp:extent cx="5486400" cy="3596640"/>
            <wp:docPr id="31" name="Picture 31"/>
            <wp:cNvGraphicFramePr>
              <a:graphicFrameLocks noChangeAspect="1"/>
            </wp:cNvGraphicFramePr>
            <a:graphic>
              <a:graphicData uri="http://schemas.openxmlformats.org/drawingml/2006/picture">
                <pic:pic>
                  <pic:nvPicPr>
                    <pic:cNvPr id="0" name="049.jpg"/>
                    <pic:cNvPicPr/>
                  </pic:nvPicPr>
                  <pic:blipFill>
                    <a:blip r:embed="rId39"/>
                    <a:stretch>
                      <a:fillRect/>
                    </a:stretch>
                  </pic:blipFill>
                  <pic:spPr>
                    <a:xfrm>
                      <a:off x="0" y="0"/>
                      <a:ext cx="5486400" cy="3596640"/>
                    </a:xfrm>
                    <a:prstGeom prst="rect"/>
                  </pic:spPr>
                </pic:pic>
              </a:graphicData>
            </a:graphic>
          </wp:inline>
        </w:drawing>
      </w:r>
    </w:p>
    <w:p>
      <w:r>
        <w:rPr>
          <w:i/>
          <w:color w:val="525252"/>
          <w:sz w:val="17"/>
        </w:rPr>
        <w:t>Figure 31. Calculate density: Incidents [76]. Source: Calculate density: Incidents (144 features). The data is in the appendix.</w:t>
      </w:r>
    </w:p>
    <w:p>
      <w:pPr>
        <w:jc w:val="center"/>
      </w:pPr>
      <w:r>
        <w:drawing>
          <wp:inline xmlns:a="http://schemas.openxmlformats.org/drawingml/2006/main" xmlns:pic="http://schemas.openxmlformats.org/drawingml/2006/picture">
            <wp:extent cx="5486400" cy="3608832"/>
            <wp:docPr id="32" name="Picture 32"/>
            <wp:cNvGraphicFramePr>
              <a:graphicFrameLocks noChangeAspect="1"/>
            </wp:cNvGraphicFramePr>
            <a:graphic>
              <a:graphicData uri="http://schemas.openxmlformats.org/drawingml/2006/picture">
                <pic:pic>
                  <pic:nvPicPr>
                    <pic:cNvPr id="0" name="050.jpg"/>
                    <pic:cNvPicPr/>
                  </pic:nvPicPr>
                  <pic:blipFill>
                    <a:blip r:embed="rId40"/>
                    <a:stretch>
                      <a:fillRect/>
                    </a:stretch>
                  </pic:blipFill>
                  <pic:spPr>
                    <a:xfrm>
                      <a:off x="0" y="0"/>
                      <a:ext cx="5486400" cy="3608832"/>
                    </a:xfrm>
                    <a:prstGeom prst="rect"/>
                  </pic:spPr>
                </pic:pic>
              </a:graphicData>
            </a:graphic>
          </wp:inline>
        </w:drawing>
      </w:r>
    </w:p>
    <w:p>
      <w:r>
        <w:rPr>
          <w:i/>
          <w:color w:val="525252"/>
          <w:sz w:val="17"/>
        </w:rPr>
        <w:t>Figure 32. Calculate density: In-line inspection anomalies [77]. Source: Calculate density: In-line inspection anomalies (1,039 features). The data is in the appendix.</w:t>
      </w:r>
    </w:p>
    <w:p>
      <w:pPr>
        <w:jc w:val="center"/>
      </w:pPr>
      <w:r>
        <w:drawing>
          <wp:inline xmlns:a="http://schemas.openxmlformats.org/drawingml/2006/main" xmlns:pic="http://schemas.openxmlformats.org/drawingml/2006/picture">
            <wp:extent cx="5486400" cy="3681984"/>
            <wp:docPr id="33" name="Picture 33"/>
            <wp:cNvGraphicFramePr>
              <a:graphicFrameLocks noChangeAspect="1"/>
            </wp:cNvGraphicFramePr>
            <a:graphic>
              <a:graphicData uri="http://schemas.openxmlformats.org/drawingml/2006/picture">
                <pic:pic>
                  <pic:nvPicPr>
                    <pic:cNvPr id="0" name="051.jpg"/>
                    <pic:cNvPicPr/>
                  </pic:nvPicPr>
                  <pic:blipFill>
                    <a:blip r:embed="rId41"/>
                    <a:stretch>
                      <a:fillRect/>
                    </a:stretch>
                  </pic:blipFill>
                  <pic:spPr>
                    <a:xfrm>
                      <a:off x="0" y="0"/>
                      <a:ext cx="5486400" cy="3681984"/>
                    </a:xfrm>
                    <a:prstGeom prst="rect"/>
                  </pic:spPr>
                </pic:pic>
              </a:graphicData>
            </a:graphic>
          </wp:inline>
        </w:drawing>
      </w:r>
    </w:p>
    <w:p>
      <w:r>
        <w:rPr>
          <w:i/>
          <w:color w:val="525252"/>
          <w:sz w:val="17"/>
        </w:rPr>
        <w:t>Figure 33. Summarize within: Right of way [78]. Source: Summarize within: Right of way (3 features). The data is in the appendix.</w:t>
      </w:r>
    </w:p>
    <w:p>
      <w:pPr>
        <w:jc w:val="center"/>
      </w:pPr>
      <w:r>
        <w:drawing>
          <wp:inline xmlns:a="http://schemas.openxmlformats.org/drawingml/2006/main" xmlns:pic="http://schemas.openxmlformats.org/drawingml/2006/picture">
            <wp:extent cx="5486400" cy="3681984"/>
            <wp:docPr id="34" name="Picture 34"/>
            <wp:cNvGraphicFramePr>
              <a:graphicFrameLocks noChangeAspect="1"/>
            </wp:cNvGraphicFramePr>
            <a:graphic>
              <a:graphicData uri="http://schemas.openxmlformats.org/drawingml/2006/picture">
                <pic:pic>
                  <pic:nvPicPr>
                    <pic:cNvPr id="0" name="052.jpg"/>
                    <pic:cNvPicPr/>
                  </pic:nvPicPr>
                  <pic:blipFill>
                    <a:blip r:embed="rId42"/>
                    <a:stretch>
                      <a:fillRect/>
                    </a:stretch>
                  </pic:blipFill>
                  <pic:spPr>
                    <a:xfrm>
                      <a:off x="0" y="0"/>
                      <a:ext cx="5486400" cy="3681984"/>
                    </a:xfrm>
                    <a:prstGeom prst="rect"/>
                  </pic:spPr>
                </pic:pic>
              </a:graphicData>
            </a:graphic>
          </wp:inline>
        </w:drawing>
      </w:r>
    </w:p>
    <w:p>
      <w:r>
        <w:rPr>
          <w:i/>
          <w:color w:val="525252"/>
          <w:sz w:val="17"/>
        </w:rPr>
        <w:t>Figure 34. Summarize within: Right of way [79]. Source: Summarize within: Right of way (3 features). The data is in the appendix.</w:t>
      </w:r>
    </w:p>
    <w:p>
      <w:pPr>
        <w:jc w:val="center"/>
      </w:pPr>
      <w:r>
        <w:drawing>
          <wp:inline xmlns:a="http://schemas.openxmlformats.org/drawingml/2006/main" xmlns:pic="http://schemas.openxmlformats.org/drawingml/2006/picture">
            <wp:extent cx="5486400" cy="3681984"/>
            <wp:docPr id="35" name="Picture 35"/>
            <wp:cNvGraphicFramePr>
              <a:graphicFrameLocks noChangeAspect="1"/>
            </wp:cNvGraphicFramePr>
            <a:graphic>
              <a:graphicData uri="http://schemas.openxmlformats.org/drawingml/2006/picture">
                <pic:pic>
                  <pic:nvPicPr>
                    <pic:cNvPr id="0" name="053.jpg"/>
                    <pic:cNvPicPr/>
                  </pic:nvPicPr>
                  <pic:blipFill>
                    <a:blip r:embed="rId43"/>
                    <a:stretch>
                      <a:fillRect/>
                    </a:stretch>
                  </pic:blipFill>
                  <pic:spPr>
                    <a:xfrm>
                      <a:off x="0" y="0"/>
                      <a:ext cx="5486400" cy="3681984"/>
                    </a:xfrm>
                    <a:prstGeom prst="rect"/>
                  </pic:spPr>
                </pic:pic>
              </a:graphicData>
            </a:graphic>
          </wp:inline>
        </w:drawing>
      </w:r>
    </w:p>
    <w:p>
      <w:r>
        <w:rPr>
          <w:i/>
          <w:color w:val="525252"/>
          <w:sz w:val="17"/>
        </w:rPr>
        <w:t>Figure 35. Summarize within: Right of way [80]. Source: Summarize within: Right of way (3 features). The data is in the appendix.</w:t>
      </w:r>
    </w:p>
    <w:p>
      <w:pPr>
        <w:jc w:val="center"/>
      </w:pPr>
      <w:r>
        <w:drawing>
          <wp:inline xmlns:a="http://schemas.openxmlformats.org/drawingml/2006/main" xmlns:pic="http://schemas.openxmlformats.org/drawingml/2006/picture">
            <wp:extent cx="5486400" cy="1658112"/>
            <wp:docPr id="36" name="Picture 36"/>
            <wp:cNvGraphicFramePr>
              <a:graphicFrameLocks noChangeAspect="1"/>
            </wp:cNvGraphicFramePr>
            <a:graphic>
              <a:graphicData uri="http://schemas.openxmlformats.org/drawingml/2006/picture">
                <pic:pic>
                  <pic:nvPicPr>
                    <pic:cNvPr id="0" name="054.jpg"/>
                    <pic:cNvPicPr/>
                  </pic:nvPicPr>
                  <pic:blipFill>
                    <a:blip r:embed="rId44"/>
                    <a:stretch>
                      <a:fillRect/>
                    </a:stretch>
                  </pic:blipFill>
                  <pic:spPr>
                    <a:xfrm>
                      <a:off x="0" y="0"/>
                      <a:ext cx="5486400" cy="1658112"/>
                    </a:xfrm>
                    <a:prstGeom prst="rect"/>
                  </pic:spPr>
                </pic:pic>
              </a:graphicData>
            </a:graphic>
          </wp:inline>
        </w:drawing>
      </w:r>
    </w:p>
    <w:p>
      <w:r>
        <w:rPr>
          <w:i/>
          <w:color w:val="525252"/>
          <w:sz w:val="17"/>
        </w:rPr>
        <w:t>Figure 36. Find point clusters: Valves and stations [81]. Source: Find point clusters: Valves and stations (25 features). The data is in the appendix.</w:t>
      </w:r>
    </w:p>
    <w:p>
      <w:pPr>
        <w:jc w:val="center"/>
      </w:pPr>
      <w:r>
        <w:drawing>
          <wp:inline xmlns:a="http://schemas.openxmlformats.org/drawingml/2006/main" xmlns:pic="http://schemas.openxmlformats.org/drawingml/2006/picture">
            <wp:extent cx="5486400" cy="1658112"/>
            <wp:docPr id="37" name="Picture 37"/>
            <wp:cNvGraphicFramePr>
              <a:graphicFrameLocks noChangeAspect="1"/>
            </wp:cNvGraphicFramePr>
            <a:graphic>
              <a:graphicData uri="http://schemas.openxmlformats.org/drawingml/2006/picture">
                <pic:pic>
                  <pic:nvPicPr>
                    <pic:cNvPr id="0" name="055.jpg"/>
                    <pic:cNvPicPr/>
                  </pic:nvPicPr>
                  <pic:blipFill>
                    <a:blip r:embed="rId45"/>
                    <a:stretch>
                      <a:fillRect/>
                    </a:stretch>
                  </pic:blipFill>
                  <pic:spPr>
                    <a:xfrm>
                      <a:off x="0" y="0"/>
                      <a:ext cx="5486400" cy="1658112"/>
                    </a:xfrm>
                    <a:prstGeom prst="rect"/>
                  </pic:spPr>
                </pic:pic>
              </a:graphicData>
            </a:graphic>
          </wp:inline>
        </w:drawing>
      </w:r>
    </w:p>
    <w:p>
      <w:r>
        <w:rPr>
          <w:i/>
          <w:color w:val="525252"/>
          <w:sz w:val="17"/>
        </w:rPr>
        <w:t>Figure 37. Find point clusters: cluster hulls [82]. Source: Find point clusters: cluster hulls (1 features). The data is in the appendix.</w:t>
      </w:r>
    </w:p>
    <w:p>
      <w:pPr>
        <w:jc w:val="center"/>
      </w:pPr>
      <w:r>
        <w:drawing>
          <wp:inline xmlns:a="http://schemas.openxmlformats.org/drawingml/2006/main" xmlns:pic="http://schemas.openxmlformats.org/drawingml/2006/picture">
            <wp:extent cx="5486400" cy="1908048"/>
            <wp:docPr id="38" name="Picture 38"/>
            <wp:cNvGraphicFramePr>
              <a:graphicFrameLocks noChangeAspect="1"/>
            </wp:cNvGraphicFramePr>
            <a:graphic>
              <a:graphicData uri="http://schemas.openxmlformats.org/drawingml/2006/picture">
                <pic:pic>
                  <pic:nvPicPr>
                    <pic:cNvPr id="0" name="056.jpg"/>
                    <pic:cNvPicPr/>
                  </pic:nvPicPr>
                  <pic:blipFill>
                    <a:blip r:embed="rId46"/>
                    <a:stretch>
                      <a:fillRect/>
                    </a:stretch>
                  </pic:blipFill>
                  <pic:spPr>
                    <a:xfrm>
                      <a:off x="0" y="0"/>
                      <a:ext cx="5486400" cy="1908048"/>
                    </a:xfrm>
                    <a:prstGeom prst="rect"/>
                  </pic:spPr>
                </pic:pic>
              </a:graphicData>
            </a:graphic>
          </wp:inline>
        </w:drawing>
      </w:r>
    </w:p>
    <w:p>
      <w:r>
        <w:rPr>
          <w:i/>
          <w:color w:val="525252"/>
          <w:sz w:val="17"/>
        </w:rPr>
        <w:t>Figure 38. Find point clusters: Incidents [83]. Period: 2016-04-07 to 2026-06-14 (date). Source: Find point clusters: Incidents (70 features). The data is in the appendix.</w:t>
      </w:r>
    </w:p>
    <w:p>
      <w:pPr>
        <w:jc w:val="center"/>
      </w:pPr>
      <w:r>
        <w:drawing>
          <wp:inline xmlns:a="http://schemas.openxmlformats.org/drawingml/2006/main" xmlns:pic="http://schemas.openxmlformats.org/drawingml/2006/picture">
            <wp:extent cx="5486400" cy="1658112"/>
            <wp:docPr id="39" name="Picture 39"/>
            <wp:cNvGraphicFramePr>
              <a:graphicFrameLocks noChangeAspect="1"/>
            </wp:cNvGraphicFramePr>
            <a:graphic>
              <a:graphicData uri="http://schemas.openxmlformats.org/drawingml/2006/picture">
                <pic:pic>
                  <pic:nvPicPr>
                    <pic:cNvPr id="0" name="055.jpg"/>
                    <pic:cNvPicPr/>
                  </pic:nvPicPr>
                  <pic:blipFill>
                    <a:blip r:embed="rId45"/>
                    <a:stretch>
                      <a:fillRect/>
                    </a:stretch>
                  </pic:blipFill>
                  <pic:spPr>
                    <a:xfrm>
                      <a:off x="0" y="0"/>
                      <a:ext cx="5486400" cy="1658112"/>
                    </a:xfrm>
                    <a:prstGeom prst="rect"/>
                  </pic:spPr>
                </pic:pic>
              </a:graphicData>
            </a:graphic>
          </wp:inline>
        </w:drawing>
      </w:r>
    </w:p>
    <w:p>
      <w:r>
        <w:rPr>
          <w:i/>
          <w:color w:val="525252"/>
          <w:sz w:val="17"/>
        </w:rPr>
        <w:t>Figure 39. Find point clusters: cluster hulls [84]. Source: Find point clusters: cluster hulls (1 features). The data is in the appendix.</w:t>
      </w:r>
    </w:p>
    <w:p>
      <w:pPr>
        <w:jc w:val="center"/>
      </w:pPr>
      <w:r>
        <w:drawing>
          <wp:inline xmlns:a="http://schemas.openxmlformats.org/drawingml/2006/main" xmlns:pic="http://schemas.openxmlformats.org/drawingml/2006/picture">
            <wp:extent cx="5486400" cy="1908048"/>
            <wp:docPr id="40" name="Picture 40"/>
            <wp:cNvGraphicFramePr>
              <a:graphicFrameLocks noChangeAspect="1"/>
            </wp:cNvGraphicFramePr>
            <a:graphic>
              <a:graphicData uri="http://schemas.openxmlformats.org/drawingml/2006/picture">
                <pic:pic>
                  <pic:nvPicPr>
                    <pic:cNvPr id="0" name="058.jpg"/>
                    <pic:cNvPicPr/>
                  </pic:nvPicPr>
                  <pic:blipFill>
                    <a:blip r:embed="rId47"/>
                    <a:stretch>
                      <a:fillRect/>
                    </a:stretch>
                  </pic:blipFill>
                  <pic:spPr>
                    <a:xfrm>
                      <a:off x="0" y="0"/>
                      <a:ext cx="5486400" cy="1908048"/>
                    </a:xfrm>
                    <a:prstGeom prst="rect"/>
                  </pic:spPr>
                </pic:pic>
              </a:graphicData>
            </a:graphic>
          </wp:inline>
        </w:drawing>
      </w:r>
    </w:p>
    <w:p>
      <w:r>
        <w:rPr>
          <w:i/>
          <w:color w:val="525252"/>
          <w:sz w:val="17"/>
        </w:rPr>
        <w:t>Figure 40. Find point clusters: Crossings [85]. Source: Find point clusters: Crossings (14 features). The data is in the appendix.</w:t>
      </w:r>
    </w:p>
    <w:p>
      <w:pPr>
        <w:jc w:val="center"/>
      </w:pPr>
      <w:r>
        <w:drawing>
          <wp:inline xmlns:a="http://schemas.openxmlformats.org/drawingml/2006/main" xmlns:pic="http://schemas.openxmlformats.org/drawingml/2006/picture">
            <wp:extent cx="5486400" cy="1658112"/>
            <wp:docPr id="41" name="Picture 41"/>
            <wp:cNvGraphicFramePr>
              <a:graphicFrameLocks noChangeAspect="1"/>
            </wp:cNvGraphicFramePr>
            <a:graphic>
              <a:graphicData uri="http://schemas.openxmlformats.org/drawingml/2006/picture">
                <pic:pic>
                  <pic:nvPicPr>
                    <pic:cNvPr id="0" name="055.jpg"/>
                    <pic:cNvPicPr/>
                  </pic:nvPicPr>
                  <pic:blipFill>
                    <a:blip r:embed="rId45"/>
                    <a:stretch>
                      <a:fillRect/>
                    </a:stretch>
                  </pic:blipFill>
                  <pic:spPr>
                    <a:xfrm>
                      <a:off x="0" y="0"/>
                      <a:ext cx="5486400" cy="1658112"/>
                    </a:xfrm>
                    <a:prstGeom prst="rect"/>
                  </pic:spPr>
                </pic:pic>
              </a:graphicData>
            </a:graphic>
          </wp:inline>
        </w:drawing>
      </w:r>
    </w:p>
    <w:p>
      <w:r>
        <w:rPr>
          <w:i/>
          <w:color w:val="525252"/>
          <w:sz w:val="17"/>
        </w:rPr>
        <w:t>Figure 41. Find point clusters: cluster hulls [86]. Source: Find point clusters: cluster hulls (1 features). The data is in the appendix.</w:t>
      </w:r>
    </w:p>
    <w:p>
      <w:pPr>
        <w:jc w:val="center"/>
      </w:pPr>
      <w:r>
        <w:drawing>
          <wp:inline xmlns:a="http://schemas.openxmlformats.org/drawingml/2006/main" xmlns:pic="http://schemas.openxmlformats.org/drawingml/2006/picture">
            <wp:extent cx="5486400" cy="6497053"/>
            <wp:docPr id="42" name="Picture 42"/>
            <wp:cNvGraphicFramePr>
              <a:graphicFrameLocks noChangeAspect="1"/>
            </wp:cNvGraphicFramePr>
            <a:graphic>
              <a:graphicData uri="http://schemas.openxmlformats.org/drawingml/2006/picture">
                <pic:pic>
                  <pic:nvPicPr>
                    <pic:cNvPr id="0" name="060.jpg"/>
                    <pic:cNvPicPr/>
                  </pic:nvPicPr>
                  <pic:blipFill>
                    <a:blip r:embed="rId48"/>
                    <a:stretch>
                      <a:fillRect/>
                    </a:stretch>
                  </pic:blipFill>
                  <pic:spPr>
                    <a:xfrm>
                      <a:off x="0" y="0"/>
                      <a:ext cx="5486400" cy="6497053"/>
                    </a:xfrm>
                    <a:prstGeom prst="rect"/>
                  </pic:spPr>
                </pic:pic>
              </a:graphicData>
            </a:graphic>
          </wp:inline>
        </w:drawing>
      </w:r>
    </w:p>
    <w:p>
      <w:r>
        <w:rPr>
          <w:i/>
          <w:color w:val="525252"/>
          <w:sz w:val="17"/>
        </w:rPr>
        <w:t>Figure 42. Find nearest: Valves and stations [87]. Source: Find nearest: Valves and stations (24 features). The data is in the appendix.</w:t>
      </w:r>
    </w:p>
    <w:p>
      <w:pPr>
        <w:jc w:val="center"/>
      </w:pPr>
      <w:r>
        <w:drawing>
          <wp:inline xmlns:a="http://schemas.openxmlformats.org/drawingml/2006/main" xmlns:pic="http://schemas.openxmlformats.org/drawingml/2006/picture">
            <wp:extent cx="5486400" cy="6497053"/>
            <wp:docPr id="43" name="Picture 43"/>
            <wp:cNvGraphicFramePr>
              <a:graphicFrameLocks noChangeAspect="1"/>
            </wp:cNvGraphicFramePr>
            <a:graphic>
              <a:graphicData uri="http://schemas.openxmlformats.org/drawingml/2006/picture">
                <pic:pic>
                  <pic:nvPicPr>
                    <pic:cNvPr id="0" name="061.jpg"/>
                    <pic:cNvPicPr/>
                  </pic:nvPicPr>
                  <pic:blipFill>
                    <a:blip r:embed="rId49"/>
                    <a:stretch>
                      <a:fillRect/>
                    </a:stretch>
                  </pic:blipFill>
                  <pic:spPr>
                    <a:xfrm>
                      <a:off x="0" y="0"/>
                      <a:ext cx="5486400" cy="6497053"/>
                    </a:xfrm>
                    <a:prstGeom prst="rect"/>
                  </pic:spPr>
                </pic:pic>
              </a:graphicData>
            </a:graphic>
          </wp:inline>
        </w:drawing>
      </w:r>
    </w:p>
    <w:p>
      <w:r>
        <w:rPr>
          <w:i/>
          <w:color w:val="525252"/>
          <w:sz w:val="17"/>
        </w:rPr>
        <w:t>Figure 43. Find nearest: Valves and stations [88]. Source: Find nearest: Valves and stations (25 features). The data is in the appendix.</w:t>
      </w:r>
    </w:p>
    <w:p>
      <w:pPr>
        <w:jc w:val="center"/>
      </w:pPr>
      <w:r>
        <w:drawing>
          <wp:inline xmlns:a="http://schemas.openxmlformats.org/drawingml/2006/main" xmlns:pic="http://schemas.openxmlformats.org/drawingml/2006/picture">
            <wp:extent cx="5486400" cy="4017264"/>
            <wp:docPr id="44" name="Picture 44"/>
            <wp:cNvGraphicFramePr>
              <a:graphicFrameLocks noChangeAspect="1"/>
            </wp:cNvGraphicFramePr>
            <a:graphic>
              <a:graphicData uri="http://schemas.openxmlformats.org/drawingml/2006/picture">
                <pic:pic>
                  <pic:nvPicPr>
                    <pic:cNvPr id="0" name="062.jpg"/>
                    <pic:cNvPicPr/>
                  </pic:nvPicPr>
                  <pic:blipFill>
                    <a:blip r:embed="rId50"/>
                    <a:stretch>
                      <a:fillRect/>
                    </a:stretch>
                  </pic:blipFill>
                  <pic:spPr>
                    <a:xfrm>
                      <a:off x="0" y="0"/>
                      <a:ext cx="5486400" cy="4017264"/>
                    </a:xfrm>
                    <a:prstGeom prst="rect"/>
                  </pic:spPr>
                </pic:pic>
              </a:graphicData>
            </a:graphic>
          </wp:inline>
        </w:drawing>
      </w:r>
    </w:p>
    <w:p>
      <w:r>
        <w:rPr>
          <w:i/>
          <w:color w:val="525252"/>
          <w:sz w:val="17"/>
        </w:rPr>
        <w:t>Figure 44. Repeat and near repeat classification: Incidents [89]. Per year, 2016-01-01 to 2026-01-01. Source: Repeat and near repeat classification: Incidents (70 features). The data is in the appendix.</w:t>
      </w:r>
    </w:p>
    <w:p>
      <w:pPr>
        <w:jc w:val="center"/>
      </w:pPr>
      <w:r>
        <w:drawing>
          <wp:inline xmlns:a="http://schemas.openxmlformats.org/drawingml/2006/main" xmlns:pic="http://schemas.openxmlformats.org/drawingml/2006/picture">
            <wp:extent cx="5486400" cy="4017264"/>
            <wp:docPr id="45" name="Picture 45"/>
            <wp:cNvGraphicFramePr>
              <a:graphicFrameLocks noChangeAspect="1"/>
            </wp:cNvGraphicFramePr>
            <a:graphic>
              <a:graphicData uri="http://schemas.openxmlformats.org/drawingml/2006/picture">
                <pic:pic>
                  <pic:nvPicPr>
                    <pic:cNvPr id="0" name="062.jpg"/>
                    <pic:cNvPicPr/>
                  </pic:nvPicPr>
                  <pic:blipFill>
                    <a:blip r:embed="rId50"/>
                    <a:stretch>
                      <a:fillRect/>
                    </a:stretch>
                  </pic:blipFill>
                  <pic:spPr>
                    <a:xfrm>
                      <a:off x="0" y="0"/>
                      <a:ext cx="5486400" cy="4017264"/>
                    </a:xfrm>
                    <a:prstGeom prst="rect"/>
                  </pic:spPr>
                </pic:pic>
              </a:graphicData>
            </a:graphic>
          </wp:inline>
        </w:drawing>
      </w:r>
    </w:p>
    <w:p>
      <w:r>
        <w:rPr>
          <w:i/>
          <w:color w:val="525252"/>
          <w:sz w:val="17"/>
        </w:rPr>
        <w:t>Figure 45. Repeat and near repeat classification: Incidents over time [90]. Per year, 2016-01-01 to 2026-01-01. Source: Repeat and near repeat classification: Incidents (70 features). The data is in the appendix.</w:t>
      </w:r>
    </w:p>
    <w:p>
      <w:pPr>
        <w:jc w:val="center"/>
      </w:pPr>
      <w:r>
        <w:drawing>
          <wp:inline xmlns:a="http://schemas.openxmlformats.org/drawingml/2006/main" xmlns:pic="http://schemas.openxmlformats.org/drawingml/2006/picture">
            <wp:extent cx="5486400" cy="4017264"/>
            <wp:docPr id="46" name="Picture 46"/>
            <wp:cNvGraphicFramePr>
              <a:graphicFrameLocks noChangeAspect="1"/>
            </wp:cNvGraphicFramePr>
            <a:graphic>
              <a:graphicData uri="http://schemas.openxmlformats.org/drawingml/2006/picture">
                <pic:pic>
                  <pic:nvPicPr>
                    <pic:cNvPr id="0" name="064.jpg"/>
                    <pic:cNvPicPr/>
                  </pic:nvPicPr>
                  <pic:blipFill>
                    <a:blip r:embed="rId51"/>
                    <a:stretch>
                      <a:fillRect/>
                    </a:stretch>
                  </pic:blipFill>
                  <pic:spPr>
                    <a:xfrm>
                      <a:off x="0" y="0"/>
                      <a:ext cx="5486400" cy="4017264"/>
                    </a:xfrm>
                    <a:prstGeom prst="rect"/>
                  </pic:spPr>
                </pic:pic>
              </a:graphicData>
            </a:graphic>
          </wp:inline>
        </w:drawing>
      </w:r>
    </w:p>
    <w:p>
      <w:r>
        <w:rPr>
          <w:i/>
          <w:color w:val="525252"/>
          <w:sz w:val="17"/>
        </w:rPr>
        <w:t>Figure 46. Find point clusters: Incidents over time [91]. Per year, 2016-01-01 to 2026-01-01. Source: Find point clusters: Incidents (70 features). The data is in the appendix.</w:t>
      </w:r>
    </w:p>
    <w:p>
      <w:pPr>
        <w:jc w:val="center"/>
      </w:pPr>
      <w:r>
        <w:drawing>
          <wp:inline xmlns:a="http://schemas.openxmlformats.org/drawingml/2006/main" xmlns:pic="http://schemas.openxmlformats.org/drawingml/2006/picture">
            <wp:extent cx="5486400" cy="3919728"/>
            <wp:docPr id="47" name="Picture 47"/>
            <wp:cNvGraphicFramePr>
              <a:graphicFrameLocks noChangeAspect="1"/>
            </wp:cNvGraphicFramePr>
            <a:graphic>
              <a:graphicData uri="http://schemas.openxmlformats.org/drawingml/2006/picture">
                <pic:pic>
                  <pic:nvPicPr>
                    <pic:cNvPr id="0" name="065.jpg"/>
                    <pic:cNvPicPr/>
                  </pic:nvPicPr>
                  <pic:blipFill>
                    <a:blip r:embed="rId52"/>
                    <a:stretch>
                      <a:fillRect/>
                    </a:stretch>
                  </pic:blipFill>
                  <pic:spPr>
                    <a:xfrm>
                      <a:off x="0" y="0"/>
                      <a:ext cx="5486400" cy="3919728"/>
                    </a:xfrm>
                    <a:prstGeom prst="rect"/>
                  </pic:spPr>
                </pic:pic>
              </a:graphicData>
            </a:graphic>
          </wp:inline>
        </w:drawing>
      </w:r>
    </w:p>
    <w:p>
      <w:r>
        <w:rPr>
          <w:i/>
          <w:color w:val="525252"/>
          <w:sz w:val="17"/>
        </w:rPr>
        <w:t>Figure 47. Hot spot analysis: In-line inspection anomalies over time [92]. Per month, 2021-06-01 to 2025-06-01. Source: Hot spot analysis: In-line inspection anomalies (1,118 features). The data is in the appendix.</w:t>
      </w:r>
    </w:p>
    <w:p>
      <w:pPr>
        <w:jc w:val="center"/>
      </w:pPr>
      <w:r>
        <w:drawing>
          <wp:inline xmlns:a="http://schemas.openxmlformats.org/drawingml/2006/main" xmlns:pic="http://schemas.openxmlformats.org/drawingml/2006/picture">
            <wp:extent cx="5486400" cy="4017264"/>
            <wp:docPr id="48" name="Picture 48"/>
            <wp:cNvGraphicFramePr>
              <a:graphicFrameLocks noChangeAspect="1"/>
            </wp:cNvGraphicFramePr>
            <a:graphic>
              <a:graphicData uri="http://schemas.openxmlformats.org/drawingml/2006/picture">
                <pic:pic>
                  <pic:nvPicPr>
                    <pic:cNvPr id="0" name="066.jpg"/>
                    <pic:cNvPicPr/>
                  </pic:nvPicPr>
                  <pic:blipFill>
                    <a:blip r:embed="rId53"/>
                    <a:stretch>
                      <a:fillRect/>
                    </a:stretch>
                  </pic:blipFill>
                  <pic:spPr>
                    <a:xfrm>
                      <a:off x="0" y="0"/>
                      <a:ext cx="5486400" cy="4017264"/>
                    </a:xfrm>
                    <a:prstGeom prst="rect"/>
                  </pic:spPr>
                </pic:pic>
              </a:graphicData>
            </a:graphic>
          </wp:inline>
        </w:drawing>
      </w:r>
    </w:p>
    <w:p>
      <w:r>
        <w:rPr>
          <w:i/>
          <w:color w:val="525252"/>
          <w:sz w:val="17"/>
        </w:rPr>
        <w:t>Figure 48. Hot spot analysis: Incidents over time [93]. Per year, 2016-01-01 to 2026-01-01. Source: Hot spot analysis: Incidents (70 features). The data is in the appendix.</w:t>
      </w:r>
    </w:p>
    <w:p>
      <w:pPr>
        <w:pStyle w:val="Heading1"/>
      </w:pPr>
      <w:r>
        <w:t>Changes since the last run</w:t>
      </w:r>
    </w:p>
    <w:p>
      <w:r>
        <w:t>This is the first report of this project.</w:t>
      </w:r>
    </w:p>
    <w:p>
      <w:pPr>
        <w:pStyle w:val="Heading1"/>
      </w:pPr>
      <w:r>
        <w:t>Sources</w:t>
      </w:r>
    </w:p>
    <w:p>
      <w:pPr>
        <w:spacing w:after="40"/>
      </w:pPr>
      <w:r>
        <w:t>[1] Rendering: Chart: Timeline: events per year by dataset. 33 rows (id 27fa3a89-f6f1-4b50-8932-e49cafec5ffa)</w:t>
      </w:r>
    </w:p>
    <w:p>
      <w:pPr>
        <w:spacing w:after="40"/>
      </w:pPr>
      <w:r>
        <w:t>[2] Dataset: In-line inspection anomalies. vector, 1118 rows (id ab2540a1-9c20-423b-b653-0cf763c5cc8e)</w:t>
      </w:r>
    </w:p>
    <w:p>
      <w:pPr>
        <w:spacing w:after="40"/>
      </w:pPr>
      <w:r>
        <w:t>[3] Dataset: Incidents. vector, 70 rows (id 663eca22-c04e-4522-8f28-ddc430b2a25c)</w:t>
      </w:r>
    </w:p>
    <w:p>
      <w:pPr>
        <w:spacing w:after="40"/>
      </w:pPr>
      <w:r>
        <w:t>[4] Dataset: Cathodic protection readings. table, 168 rows (id aa287ab3-e04d-46e8-9c49-c47c5badeaec)</w:t>
      </w:r>
    </w:p>
    <w:p>
      <w:pPr>
        <w:spacing w:after="40"/>
      </w:pPr>
      <w:r>
        <w:t>[5] Catalog: Emerging hot spots (operation catalog, gp_space_time_hot_spots). Where hot spots are new, consecutive, intensifying, persistent, diminishing, sporadic, oscillating or historical over time. ArcGIS: Emerging Hot Spot Analysis, Create Space Time Cube. (id gp_space_time_hot_spots)</w:t>
      </w:r>
    </w:p>
    <w:p>
      <w:pPr>
        <w:spacing w:after="40"/>
      </w:pPr>
      <w:r>
        <w:t>[6] Plan: Space time hot spots of Incidents (the Start plan's candidate c_4bb802ff0ca3). Incidents carry dates in 'date': emerging hot spot analysis finds new, intensifying and fading hot spots per year. (id 448d8646-960a-4050-9835-47097cdccdec:c_4bb802ff0ca3)</w:t>
      </w:r>
    </w:p>
    <w:p>
      <w:pPr>
        <w:spacing w:after="40"/>
      </w:pPr>
      <w:r>
        <w:t>[7] Tool result: gp_space_time_hot_spots, step 0. Emerging hot spots: 1 layer saved: Emerging hot spots: Incidents (13 features). (id 23f4a12e-8bc2-4bed-8142-0185e3507423:0)</w:t>
      </w:r>
    </w:p>
    <w:p>
      <w:pPr>
        <w:spacing w:after="40"/>
      </w:pPr>
      <w:r>
        <w:t>[8] Layer: Incidents. 70 features (id f9c94228-f003-4199-ac8c-9f7c7ce6573e)</w:t>
      </w:r>
    </w:p>
    <w:p>
      <w:pPr>
        <w:spacing w:after="40"/>
      </w:pPr>
      <w:r>
        <w:t>[9] Plan: Space time hot spots of In-line inspection anomalies (the Start plan's candidate c_ae37f1059eb0). In-line inspection anomalies carry dates in 'inspected_on': emerging hot spot analysis finds new, intensifying and fading hot spots per month. (id 448d8646-960a-4050-9835-47097cdccdec:c_ae37f1059eb0)</w:t>
      </w:r>
    </w:p>
    <w:p>
      <w:pPr>
        <w:spacing w:after="40"/>
      </w:pPr>
      <w:r>
        <w:t>[10] Tool result: gp_space_time_hot_spots, step 1. Emerging hot spots: 1 layer saved: Emerging hot spots: In-line inspection anomalies (56 features). (id 23f4a12e-8bc2-4bed-8142-0185e3507423:1)</w:t>
      </w:r>
    </w:p>
    <w:p>
      <w:pPr>
        <w:spacing w:after="40"/>
      </w:pPr>
      <w:r>
        <w:t>[11] Layer: In-line inspection anomalies. 1,118 features (id 47cf738b-1c03-4bc9-bfb4-57cf3a587582)</w:t>
      </w:r>
    </w:p>
    <w:p>
      <w:pPr>
        <w:spacing w:after="40"/>
      </w:pPr>
      <w:r>
        <w:t>[12] Catalog: Hot spot analysis (operation catalog, gp_hot_spots). Getis-Ord Gi* hot and cold spots with z-scores, p-values and confidence bins. ArcGIS: Find Hot Spots, Hot Spot Analysis (Getis-Ord Gi*). QGIS: qgis:hotspot (plugin). (id gp_hot_spots)</w:t>
      </w:r>
    </w:p>
    <w:p>
      <w:pPr>
        <w:spacing w:after="40"/>
      </w:pPr>
      <w:r>
        <w:t>[13] Plan: Hot spots of Incidents (the Start plan's candidate c_08af186146f2). 70 points: Getis-Ord Gi* tests whether the concentrations in Incidents are statistically significant. (id 448d8646-960a-4050-9835-47097cdccdec:c_08af186146f2)</w:t>
      </w:r>
    </w:p>
    <w:p>
      <w:pPr>
        <w:spacing w:after="40"/>
      </w:pPr>
      <w:r>
        <w:t>[14] Tool result: gp_hot_spots, step 0. Hot spot analysis: 1 layer saved: Hot spot analysis: Incidents (70 features). (id 20eab220-57ff-40eb-9e8f-f1ba9a425785:0)</w:t>
      </w:r>
    </w:p>
    <w:p>
      <w:pPr>
        <w:spacing w:after="40"/>
      </w:pPr>
      <w:r>
        <w:t>[15] Plan: Hot spots of In-line inspection anomalies (the Start plan's candidate c_5c37a51e83ac). 1118 points: Getis-Ord Gi* tests whether the concentrations in In-line inspection anomalies are statistically significant. (id 448d8646-960a-4050-9835-47097cdccdec:c_5c37a51e83ac)</w:t>
      </w:r>
    </w:p>
    <w:p>
      <w:pPr>
        <w:spacing w:after="40"/>
      </w:pPr>
      <w:r>
        <w:t>[16] Tool result: gp_hot_spots, step 1. Hot spot analysis: 1 layer saved: Hot spot analysis: In-line inspection anomalies (1118 features). (id 20eab220-57ff-40eb-9e8f-f1ba9a425785:1)</w:t>
      </w:r>
    </w:p>
    <w:p>
      <w:pPr>
        <w:spacing w:after="40"/>
      </w:pPr>
      <w:r>
        <w:t>[17] Catalog: Calculate density (operation catalog, gp_calculate_density). Kernel density per square kilometer on a grid. ArcGIS: Calculate Density, Kernel Density. QGIS: native:heatmapkerneldensityestimation. (id gp_calculate_density)</w:t>
      </w:r>
    </w:p>
    <w:p>
      <w:pPr>
        <w:spacing w:after="40"/>
      </w:pPr>
      <w:r>
        <w:t>[18] Plan: Kernel density of Valves and stations (the Start plan's candidate c_43c88752b5a9). 25 points in Valves and stations: a density surface shows where they concentrate. (id 448d8646-960a-4050-9835-47097cdccdec:c_43c88752b5a9)</w:t>
      </w:r>
    </w:p>
    <w:p>
      <w:pPr>
        <w:spacing w:after="40"/>
      </w:pPr>
      <w:r>
        <w:t>[19] Tool result: gp_calculate_density, step 0. Calculate density: 1 layer saved: Calculate density: Valves and stations (41 features). (id b394d06b-54ec-4401-9565-ef318584fd16:0)</w:t>
      </w:r>
    </w:p>
    <w:p>
      <w:pPr>
        <w:spacing w:after="40"/>
      </w:pPr>
      <w:r>
        <w:t>[20] Layer: Valves and stations. 25 features (id db114367-2f18-40d1-b793-29e91297403d)</w:t>
      </w:r>
    </w:p>
    <w:p>
      <w:pPr>
        <w:spacing w:after="40"/>
      </w:pPr>
      <w:r>
        <w:t>[21] Plan: Kernel density of Incidents (the Start plan's candidate c_d907267d52f7). 70 points in Incidents: a density surface shows where they concentrate. (id 448d8646-960a-4050-9835-47097cdccdec:c_d907267d52f7)</w:t>
      </w:r>
    </w:p>
    <w:p>
      <w:pPr>
        <w:spacing w:after="40"/>
      </w:pPr>
      <w:r>
        <w:t>[22] Tool result: gp_calculate_density, step 1. Calculate density: 1 layer saved: Calculate density: Incidents (144 features). (id b394d06b-54ec-4401-9565-ef318584fd16:1)</w:t>
      </w:r>
    </w:p>
    <w:p>
      <w:pPr>
        <w:spacing w:after="40"/>
      </w:pPr>
      <w:r>
        <w:t>[23] Plan: Kernel density of In-line inspection anomalies (the Start plan's candidate c_61f2c99818e2). 1118 points in In-line inspection anomalies: a density surface shows where they concentrate. (id 448d8646-960a-4050-9835-47097cdccdec:c_61f2c99818e2)</w:t>
      </w:r>
    </w:p>
    <w:p>
      <w:pPr>
        <w:spacing w:after="40"/>
      </w:pPr>
      <w:r>
        <w:t>[24] Tool result: gp_calculate_density, step 2. Calculate density: 1 layer saved: Calculate density: In-line inspection anomalies (1039 features). (id b394d06b-54ec-4401-9565-ef318584fd16:2)</w:t>
      </w:r>
    </w:p>
    <w:p>
      <w:pPr>
        <w:spacing w:after="40"/>
      </w:pPr>
      <w:r>
        <w:t>[25] Catalog: Summarize within (operation catalog, gp_summarize_within). Count and aggregate the features inside each polygon (or bin), proportionally for lines and polygons. ArcGIS: Summarize Within, Aggregate Points. QGIS: native:countpointsinpolygon, native:sumlinelengths. (id gp_summarize_within)</w:t>
      </w:r>
    </w:p>
    <w:p>
      <w:pPr>
        <w:spacing w:after="40"/>
      </w:pPr>
      <w:r>
        <w:t>[26] Plan: Valves and stations per feature of Right of way (the Start plan's candidate c_b6eafe06ef22). Count Valves and stations inside each feature of Right of way by type; the counts map as a choropleth (natural breaks, sequential colors). (id 448d8646-960a-4050-9835-47097cdccdec:c_b6eafe06ef22)</w:t>
      </w:r>
    </w:p>
    <w:p>
      <w:pPr>
        <w:spacing w:after="40"/>
      </w:pPr>
      <w:r>
        <w:t>[27] Tool result: gp_summarize_within, step 0. Summarize within: 1 layer saved: Summarize within: Right of way (3 features). (id ea2f3752-846d-448f-8548-5b0a1c92e970:0)</w:t>
      </w:r>
    </w:p>
    <w:p>
      <w:pPr>
        <w:spacing w:after="40"/>
      </w:pPr>
      <w:r>
        <w:t>[28] Layer: Right of way. 3 features (id 73b1c8fe-ccbe-4a85-be57-8b42d4cb2f98)</w:t>
      </w:r>
    </w:p>
    <w:p>
      <w:pPr>
        <w:spacing w:after="40"/>
      </w:pPr>
      <w:r>
        <w:t>[29] Tool result: gp_summarize_within, step 1. Summarize within: 1 layer saved: Summarize within: Right of way (3 features). (id ea2f3752-846d-448f-8548-5b0a1c92e970:1)</w:t>
      </w:r>
    </w:p>
    <w:p>
      <w:pPr>
        <w:spacing w:after="40"/>
      </w:pPr>
      <w:r>
        <w:t>[30] Tool result: gp_summarize_within, step 2. Summarize within: 1 layer saved: Summarize within: Right of way (3 features). (id ea2f3752-846d-448f-8548-5b0a1c92e970:2)</w:t>
      </w:r>
    </w:p>
    <w:p>
      <w:pPr>
        <w:spacing w:after="40"/>
      </w:pPr>
      <w:r>
        <w:t>[31] Layer: Crossings. 14 features (id d8fae91e-ebf5-4f86-914b-576c03ec8036)</w:t>
      </w:r>
    </w:p>
    <w:p>
      <w:pPr>
        <w:spacing w:after="40"/>
      </w:pPr>
      <w:r>
        <w:t>[32] Catalog: Find point clusters (operation catalog, gp_find_point_clusters). Density-based clusters (DBSCAN, HDBSCAN or OPTICS, optionally space-time) with hulls and noise. ArcGIS: Find Point Clusters, Density-based Clustering. QGIS: native:dbscanclustering, native:stdbscanclustering. (id gp_find_point_clusters)</w:t>
      </w:r>
    </w:p>
    <w:p>
      <w:pPr>
        <w:spacing w:after="40"/>
      </w:pPr>
      <w:r>
        <w:t>[33] Plan: Cluster points of Valves and stations (the Start plan's candidate c_7d2ecc0e9b43). DBSCAN finds dense groups of Valves and stations and separates noise. (id 448d8646-960a-4050-9835-47097cdccdec:c_7d2ecc0e9b43)</w:t>
      </w:r>
    </w:p>
    <w:p>
      <w:pPr>
        <w:spacing w:after="40"/>
      </w:pPr>
      <w:r>
        <w:t>[34] Tool result: gp_find_point_clusters, step 0. Find point clusters: 2 layers saved: Find point clusters: Valves and stations (25 features); Find point clusters: cluster hulls (1 feature). (id 507d8dab-fdbf-4108-a054-5cc8d7218340:0)</w:t>
      </w:r>
    </w:p>
    <w:p>
      <w:pPr>
        <w:spacing w:after="40"/>
      </w:pPr>
      <w:r>
        <w:t>[35] Plan: Cluster points of Incidents (the Start plan's candidate c_4583222e078a). DBSCAN finds dense groups of Incidents and separates noise. (id 448d8646-960a-4050-9835-47097cdccdec:c_4583222e078a)</w:t>
      </w:r>
    </w:p>
    <w:p>
      <w:pPr>
        <w:spacing w:after="40"/>
      </w:pPr>
      <w:r>
        <w:t>[36] Tool result: gp_find_point_clusters, step 1. Find point clusters: 2 layers saved: Find point clusters: Incidents (70 features); Find point clusters: cluster hulls (1 feature). (id 507d8dab-fdbf-4108-a054-5cc8d7218340:1)</w:t>
      </w:r>
    </w:p>
    <w:p>
      <w:pPr>
        <w:spacing w:after="40"/>
      </w:pPr>
      <w:r>
        <w:t>[37] Plan: Cluster points of Crossings (the Start plan's candidate c_8f718b3a3142). DBSCAN finds dense groups of Crossings and separates noise. (id 448d8646-960a-4050-9835-47097cdccdec:c_8f718b3a3142)</w:t>
      </w:r>
    </w:p>
    <w:p>
      <w:pPr>
        <w:spacing w:after="40"/>
      </w:pPr>
      <w:r>
        <w:t>[38] Tool result: gp_find_point_clusters, step 2. Find point clusters: 2 layers saved: Find point clusters: Crossings (14 features); Find point clusters: cluster hulls (1 feature). (id 507d8dab-fdbf-4108-a054-5cc8d7218340:2)</w:t>
      </w:r>
    </w:p>
    <w:p>
      <w:pPr>
        <w:spacing w:after="40"/>
      </w:pPr>
      <w:r>
        <w:t>[39] Catalog: Find nearest (operation catalog, gp_find_nearest). The k nearest features for each input, with geodesic distance and bearing. ArcGIS: Find Nearest, Near, Generate Near Table. QGIS: native:joinbynearest, native:nearestneighbouranalysis. (id gp_find_nearest)</w:t>
      </w:r>
    </w:p>
    <w:p>
      <w:pPr>
        <w:spacing w:after="40"/>
      </w:pPr>
      <w:r>
        <w:t>[40] Plan: Find nearest of Valves and stations and Crossings (the Start plan's candidate c_e87a78f2fa16). The nearest of Crossings to each of Valves and stations, with distances. (id 448d8646-960a-4050-9835-47097cdccdec:c_e87a78f2fa16)</w:t>
      </w:r>
    </w:p>
    <w:p>
      <w:pPr>
        <w:spacing w:after="40"/>
      </w:pPr>
      <w:r>
        <w:t>[41] Tool result: gp_find_nearest, step 0. Find nearest: 1 layer saved: Find nearest: Valves and stations (24 features). (id 98d845c3-a74a-4d63-8fbd-35eec3976f40:0)</w:t>
      </w:r>
    </w:p>
    <w:p>
      <w:pPr>
        <w:spacing w:after="40"/>
      </w:pPr>
      <w:r>
        <w:t>[42] Tool result: gp_find_nearest, step 1. Find nearest: 1 layer saved: Find nearest: Valves and stations (25 features). (id 98d845c3-a74a-4d63-8fbd-35eec3976f40:1)</w:t>
      </w:r>
    </w:p>
    <w:p>
      <w:pPr>
        <w:spacing w:after="40"/>
      </w:pPr>
      <w:r>
        <w:t>[43] Layer: Pipeline segments. 99 features (id 07d2778e-6a97-4ea5-9c49-141bc281a75e)</w:t>
      </w:r>
    </w:p>
    <w:p>
      <w:pPr>
        <w:spacing w:after="40"/>
      </w:pPr>
      <w:r>
        <w:t>[44] Catalog: Repeat and near repeat classification (operation catalog, gp_near_repeat). Classify incidents as originators, repeats (same place) or near repeats within a distance and time window, with a Knox test table. ArcGIS: Repeat and Near Repeat Classification, Near Repeat Calculator. (id gp_near_repeat)</w:t>
      </w:r>
    </w:p>
    <w:p>
      <w:pPr>
        <w:spacing w:after="40"/>
      </w:pPr>
      <w:r>
        <w:t>[45] Plan: Near repeat of Incidents (the Start plan's candidate c_4d0990e5511d). Near repeat analysis tests whether Incidents close in space also follow each other within 30 days. (id 448d8646-960a-4050-9835-47097cdccdec:c_4d0990e5511d)</w:t>
      </w:r>
    </w:p>
    <w:p>
      <w:pPr>
        <w:spacing w:after="40"/>
      </w:pPr>
      <w:r>
        <w:t>[46] Tool result: gp_near_repeat, step 0. Repeat and near repeat classification: 1 layer saved: Repeat and near repeat classification: Incidents (70 features). (id 17f2580a-7f80-4b8b-8777-ba9b5e830194:0)</w:t>
      </w:r>
    </w:p>
    <w:p>
      <w:pPr>
        <w:spacing w:after="40"/>
      </w:pPr>
      <w:r>
        <w:t>[47] Rendering: Map: Emerging hot spots: Incidents (id 9d77b25c-7721-4e11-a5b8-69e26ace1947)</w:t>
      </w:r>
    </w:p>
    <w:p>
      <w:pPr>
        <w:spacing w:after="40"/>
      </w:pPr>
      <w:r>
        <w:t>[48] Rendering: Map: Emerging hot spots: In-line inspection anomalies (id 90c2582b-d73c-4982-b407-80c5f9808033)</w:t>
      </w:r>
    </w:p>
    <w:p>
      <w:pPr>
        <w:spacing w:after="40"/>
      </w:pPr>
      <w:r>
        <w:t>[49] Rendering: Map: Hot spot analysis: Incidents (id 0b24f3d0-b06f-47f1-b372-43fc67cd8551)</w:t>
      </w:r>
    </w:p>
    <w:p>
      <w:pPr>
        <w:spacing w:after="40"/>
      </w:pPr>
      <w:r>
        <w:t>[50] Rendering: Map: Hot spot analysis: In-line inspection anomalies (id 646edb97-f9c0-4bb5-8f51-a08c09d511e1)</w:t>
      </w:r>
    </w:p>
    <w:p>
      <w:pPr>
        <w:spacing w:after="40"/>
      </w:pPr>
      <w:r>
        <w:t>[51] Rendering: Map: Calculate density: Valves and stations (id fa84664f-57a4-4a31-9378-cdfa74fa2ba5)</w:t>
      </w:r>
    </w:p>
    <w:p>
      <w:pPr>
        <w:spacing w:after="40"/>
      </w:pPr>
      <w:r>
        <w:t>[52] Rendering: Map: Calculate density: Incidents (id b5fc9dfb-5cc7-4f8a-949d-ff6deb264068)</w:t>
      </w:r>
    </w:p>
    <w:p>
      <w:pPr>
        <w:spacing w:after="40"/>
      </w:pPr>
      <w:r>
        <w:t>[53] Rendering: Map: Calculate density: In-line inspection anomalies (id 91e61349-3f8f-4df0-b85a-43246e0fba55)</w:t>
      </w:r>
    </w:p>
    <w:p>
      <w:pPr>
        <w:spacing w:after="40"/>
      </w:pPr>
      <w:r>
        <w:t>[54] Rendering: Map: Summarize within: Right of way (id 43517d52-4c91-4a8a-b917-7c411a38d5ca)</w:t>
      </w:r>
    </w:p>
    <w:p>
      <w:pPr>
        <w:spacing w:after="40"/>
      </w:pPr>
      <w:r>
        <w:t>[55] Rendering: Map: Summarize within: Right of way (id df7b3a24-22a5-4690-8eb3-f3af1d42b294)</w:t>
      </w:r>
    </w:p>
    <w:p>
      <w:pPr>
        <w:spacing w:after="40"/>
      </w:pPr>
      <w:r>
        <w:t>[56] Rendering: Map: Summarize within: Right of way (id 6a8fcbbf-760e-42ab-86f6-975c6006fbff)</w:t>
      </w:r>
    </w:p>
    <w:p>
      <w:pPr>
        <w:spacing w:after="40"/>
      </w:pPr>
      <w:r>
        <w:t>[57] Rendering: Map: Find point clusters: Valves and stations (id 39caaf58-743b-4be4-920b-cf81ce83ab6f)</w:t>
      </w:r>
    </w:p>
    <w:p>
      <w:pPr>
        <w:spacing w:after="40"/>
      </w:pPr>
      <w:r>
        <w:t>[58] Rendering: Map: Find point clusters: cluster hulls (id 1c7d602b-58b5-4916-ae6b-1c8f781c42bc)</w:t>
      </w:r>
    </w:p>
    <w:p>
      <w:pPr>
        <w:spacing w:after="40"/>
      </w:pPr>
      <w:r>
        <w:t>[59] Rendering: Map: Find point clusters: Incidents (id 23a515ac-6326-42d9-9b84-da366f111f0e)</w:t>
      </w:r>
    </w:p>
    <w:p>
      <w:pPr>
        <w:spacing w:after="40"/>
      </w:pPr>
      <w:r>
        <w:t>[60] Rendering: Map: Find point clusters: cluster hulls (id 747a058e-9c8c-4dba-b805-099266717c23)</w:t>
      </w:r>
    </w:p>
    <w:p>
      <w:pPr>
        <w:spacing w:after="40"/>
      </w:pPr>
      <w:r>
        <w:t>[61] Rendering: Map: Find point clusters: Crossings (id 880dba8e-22b4-42a1-bc63-5b6f17eba956)</w:t>
      </w:r>
    </w:p>
    <w:p>
      <w:pPr>
        <w:spacing w:after="40"/>
      </w:pPr>
      <w:r>
        <w:t>[62] Rendering: Map: Find point clusters: cluster hulls (id 98f83533-fdad-4c1e-acfc-495e89277355)</w:t>
      </w:r>
    </w:p>
    <w:p>
      <w:pPr>
        <w:spacing w:after="40"/>
      </w:pPr>
      <w:r>
        <w:t>[63] Rendering: Map: High consequence areas by population (id be0e9735-069a-4144-bcc3-4a5076868b7c)</w:t>
      </w:r>
    </w:p>
    <w:p>
      <w:pPr>
        <w:spacing w:after="40"/>
      </w:pPr>
      <w:r>
        <w:t>[64] Rendering: Map: Find nearest: Valves and stations (id bc01fc55-62d8-4244-a6d8-2793a3a96a49)</w:t>
      </w:r>
    </w:p>
    <w:p>
      <w:pPr>
        <w:spacing w:after="40"/>
      </w:pPr>
      <w:r>
        <w:t>[65] Rendering: Map: Find nearest: Valves and stations (id 389dedf9-c64f-4e07-bdee-1671f0aac289)</w:t>
      </w:r>
    </w:p>
    <w:p>
      <w:pPr>
        <w:spacing w:after="40"/>
      </w:pPr>
      <w:r>
        <w:t>[66] Rendering: Map: Repeat and near repeat classification: Incidents (id 406a8b02-086d-430d-8e92-300ea2f58ebd)</w:t>
      </w:r>
    </w:p>
    <w:p>
      <w:pPr>
        <w:spacing w:after="40"/>
      </w:pPr>
      <w:r>
        <w:t>[67] Rendering: Chart: Pipeline segments over time (install_year). 8 rows (id deca339b-546d-42f4-b999-c2fdb81c2551)</w:t>
      </w:r>
    </w:p>
    <w:p>
      <w:pPr>
        <w:spacing w:after="40"/>
      </w:pPr>
      <w:r>
        <w:t>[68] Rendering: Chart: Incidents over time (date). 55 rows (id 28e9d8db-0969-4b8d-83d8-bd378ada30cc)</w:t>
      </w:r>
    </w:p>
    <w:p>
      <w:pPr>
        <w:spacing w:after="40"/>
      </w:pPr>
      <w:r>
        <w:t>[69] Rendering: Chart: Cathodic protection readings over time (date). 33 rows (id 725b8aba-f6b3-4275-a079-6901dd4884a9)</w:t>
      </w:r>
    </w:p>
    <w:p>
      <w:pPr>
        <w:spacing w:after="40"/>
      </w:pPr>
      <w:r>
        <w:t>[70] Rendering: Chart: Segment operating limits over time (last_hydrotest_year). 8 rows (id e6a700bd-e844-4aab-9f11-fb5d6ff8d9ac)</w:t>
      </w:r>
    </w:p>
    <w:p>
      <w:pPr>
        <w:spacing w:after="40"/>
      </w:pPr>
      <w:r>
        <w:t>[71] Rendering: Chart: Emerging hot spots: Incidents. 5 rows (id ed2a12a0-1331-4e78-9b34-65bbc3466482)</w:t>
      </w:r>
    </w:p>
    <w:p>
      <w:pPr>
        <w:spacing w:after="40"/>
      </w:pPr>
      <w:r>
        <w:t>[72] Rendering: Chart: Emerging hot spots: In-line inspection anomalies. 7 rows (id 568b890a-b0be-491f-b8c3-f5baca0de437)</w:t>
      </w:r>
    </w:p>
    <w:p>
      <w:pPr>
        <w:spacing w:after="40"/>
      </w:pPr>
      <w:r>
        <w:t>[73] Rendering: Chart: Hot spot analysis: Incidents. 22 rows (id d61118a9-f614-4df7-96ea-d1853818f5cf)</w:t>
      </w:r>
    </w:p>
    <w:p>
      <w:pPr>
        <w:spacing w:after="40"/>
      </w:pPr>
      <w:r>
        <w:t>[74] Rendering: Chart: Hot spot analysis: In-line inspection anomalies. 60 rows (id 8cecacc9-055e-4d3f-9f80-ad5581542518)</w:t>
      </w:r>
    </w:p>
    <w:p>
      <w:pPr>
        <w:spacing w:after="40"/>
      </w:pPr>
      <w:r>
        <w:t>[75] Rendering: Chart: Calculate density: Valves and stations. 7 rows (id bbe9d65a-31d2-4828-a906-2d7744159241)</w:t>
      </w:r>
    </w:p>
    <w:p>
      <w:pPr>
        <w:spacing w:after="40"/>
      </w:pPr>
      <w:r>
        <w:t>[76] Rendering: Chart: Calculate density: Incidents. 9 rows (id 648c7e0d-4975-4e6e-a88d-8be424d7ce73)</w:t>
      </w:r>
    </w:p>
    <w:p>
      <w:pPr>
        <w:spacing w:after="40"/>
      </w:pPr>
      <w:r>
        <w:t>[77] Rendering: Chart: Calculate density: In-line inspection anomalies. 12 rows (id 45573bae-3b31-4aab-9b04-e8beccc02c66)</w:t>
      </w:r>
    </w:p>
    <w:p>
      <w:pPr>
        <w:spacing w:after="40"/>
      </w:pPr>
      <w:r>
        <w:t>[78] Rendering: Chart: Summarize within: Right of way. 5 rows (id 80a42914-05e4-4d36-8d7a-4764e8358c4f)</w:t>
      </w:r>
    </w:p>
    <w:p>
      <w:pPr>
        <w:spacing w:after="40"/>
      </w:pPr>
      <w:r>
        <w:t>[79] Rendering: Chart: Summarize within: Right of way. 5 rows (id 3fdf97cb-7ffa-42e4-a600-ff2a1546d530)</w:t>
      </w:r>
    </w:p>
    <w:p>
      <w:pPr>
        <w:spacing w:after="40"/>
      </w:pPr>
      <w:r>
        <w:t>[80] Rendering: Chart: Summarize within: Right of way. 5 rows (id a91d845a-309d-4fb0-b09d-704693b7a33b)</w:t>
      </w:r>
    </w:p>
    <w:p>
      <w:pPr>
        <w:spacing w:after="40"/>
      </w:pPr>
      <w:r>
        <w:t>[81] Rendering: Chart: Find point clusters: Valves and stations. 1 rows (id d116571e-86a6-4d39-89f0-a9b3ba40672e)</w:t>
      </w:r>
    </w:p>
    <w:p>
      <w:pPr>
        <w:spacing w:after="40"/>
      </w:pPr>
      <w:r>
        <w:t>[82] Rendering: Chart: Find point clusters: cluster hulls. 1 rows (id a9ae9300-1702-49d4-bd47-7cc40008cadb)</w:t>
      </w:r>
    </w:p>
    <w:p>
      <w:pPr>
        <w:spacing w:after="40"/>
      </w:pPr>
      <w:r>
        <w:t>[83] Rendering: Chart: Find point clusters: Incidents. 2 rows (id 6038f799-99b3-4a72-971a-4641713d3bc3)</w:t>
      </w:r>
    </w:p>
    <w:p>
      <w:pPr>
        <w:spacing w:after="40"/>
      </w:pPr>
      <w:r>
        <w:t>[84] Rendering: Chart: Find point clusters: cluster hulls. 1 rows (id 01936942-9161-4210-a318-1e6ed3863d39)</w:t>
      </w:r>
    </w:p>
    <w:p>
      <w:pPr>
        <w:spacing w:after="40"/>
      </w:pPr>
      <w:r>
        <w:t>[85] Rendering: Chart: Find point clusters: Crossings. 2 rows (id 708723bf-3747-4536-aa03-97d38d05bdf3)</w:t>
      </w:r>
    </w:p>
    <w:p>
      <w:pPr>
        <w:spacing w:after="40"/>
      </w:pPr>
      <w:r>
        <w:t>[86] Rendering: Chart: Find point clusters: cluster hulls. 1 rows (id 0f980414-a050-4d48-9c30-1718d1a53d68)</w:t>
      </w:r>
    </w:p>
    <w:p>
      <w:pPr>
        <w:spacing w:after="40"/>
      </w:pPr>
      <w:r>
        <w:t>[87] Rendering: Chart: Find nearest: Valves and stations. 20 rows (id ab68370c-1fcf-4a5a-bbf1-95daec887c63)</w:t>
      </w:r>
    </w:p>
    <w:p>
      <w:pPr>
        <w:spacing w:after="40"/>
      </w:pPr>
      <w:r>
        <w:t>[88] Rendering: Chart: Find nearest: Valves and stations. 20 rows (id 03a124ee-3f3c-47e6-8427-457bea343092)</w:t>
      </w:r>
    </w:p>
    <w:p>
      <w:pPr>
        <w:spacing w:after="40"/>
      </w:pPr>
      <w:r>
        <w:t>[89] Rendering: Chart: Repeat and near repeat classification: Incidents. 55 rows (id e0888086-d628-40b1-8e42-a28e2ad03314)</w:t>
      </w:r>
    </w:p>
    <w:p>
      <w:pPr>
        <w:spacing w:after="40"/>
      </w:pPr>
      <w:r>
        <w:t>[90] Rendering: Chart: Repeat and near repeat classification: Incidents over time. 55 rows (id f7464338-c561-4ab3-8d45-b9664fa68c68)</w:t>
      </w:r>
    </w:p>
    <w:p>
      <w:pPr>
        <w:spacing w:after="40"/>
      </w:pPr>
      <w:r>
        <w:t>[91] Rendering: Chart: Find point clusters: Incidents over time. 55 rows (id 3f3f2588-8f02-47f7-8ee8-b3b05074a4c0)</w:t>
      </w:r>
    </w:p>
    <w:p>
      <w:pPr>
        <w:spacing w:after="40"/>
      </w:pPr>
      <w:r>
        <w:t>[92] Rendering: Chart: Hot spot analysis: In-line inspection anomalies over time. 294 rows (id 9615d7aa-ad69-493e-bcb4-301f153345a1)</w:t>
      </w:r>
    </w:p>
    <w:p>
      <w:pPr>
        <w:spacing w:after="40"/>
      </w:pPr>
      <w:r>
        <w:t>[93] Rendering: Chart: Hot spot analysis: Incidents over time. 55 rows (id 5ed77f86-ae16-45fc-a707-ffe729229767)</w:t>
      </w:r>
    </w:p>
    <w:p>
      <w:pPr>
        <w:spacing w:after="40"/>
      </w:pPr>
      <w:r>
        <w:t>[94] Dataset: Pipeline segments. vector, 99 rows (id aa24fa37-25a4-401a-aa0f-50268903f48d)</w:t>
      </w:r>
    </w:p>
    <w:p>
      <w:pPr>
        <w:spacing w:after="40"/>
      </w:pPr>
      <w:r>
        <w:t>[95] Dataset: Valves and stations. vector, 25 rows (id 3d5c604b-238e-40fa-bcba-7a9411f150fb)</w:t>
      </w:r>
    </w:p>
    <w:p>
      <w:pPr>
        <w:spacing w:after="40"/>
      </w:pPr>
      <w:r>
        <w:t>[96] Dataset: High consequence areas. vector, 6 rows (id c293e365-7a24-403b-9a39-f76e3b3326f1)</w:t>
      </w:r>
    </w:p>
    <w:p>
      <w:pPr>
        <w:spacing w:after="40"/>
      </w:pPr>
      <w:r>
        <w:t>[97] Dataset: Crossings. vector, 14 rows (id 782618e2-11ce-41b2-b4fd-45a0e8fece3e)</w:t>
      </w:r>
    </w:p>
    <w:p>
      <w:pPr>
        <w:spacing w:after="40"/>
      </w:pPr>
      <w:r>
        <w:t>[98] Dataset: Right of way. vector, 3 rows (id bb3c91ac-eea5-46a8-8560-01a305ee1a0d)</w:t>
      </w:r>
    </w:p>
    <w:p>
      <w:pPr>
        <w:spacing w:after="40"/>
      </w:pPr>
      <w:r>
        <w:t>[99] Dataset: Segment operating limits. table, 99 rows (id 09899115-5eca-4e48-a25a-e02a48f1f415)</w:t>
      </w:r>
    </w:p>
    <w:p>
      <w:pPr>
        <w:spacing w:after="40"/>
      </w:pPr>
      <w:r>
        <w:t>[100] Dataset: Integrity management summary. document, ? rows (id e4123571-4649-4ac8-85d6-bae9373cef36)</w:t>
      </w:r>
    </w:p>
    <w:p>
      <w:pPr>
        <w:spacing w:after="40"/>
      </w:pPr>
      <w:r>
        <w:t>[101] Record: Sample: Oil and gas pipelines, Midland (id 814309a7-f84e-4437-a8ec-209438a3f0a6)</w:t>
      </w:r>
    </w:p>
    <w:p>
      <w:pPr>
        <w:spacing w:after="40"/>
      </w:pPr>
      <w:r>
        <w:t>[102] Layer: Emerging hot spots: Incidents. 13 features (id 5ccafcff-cff1-4e9d-b2e3-765c77156339)</w:t>
      </w:r>
    </w:p>
    <w:p>
      <w:pPr>
        <w:spacing w:after="40"/>
      </w:pPr>
      <w:r>
        <w:t>[103] Layer: Emerging hot spots: In-line inspection anomalies. 56 features (id 353953a9-5c13-479e-8f1b-6501da1582af)</w:t>
      </w:r>
    </w:p>
    <w:p>
      <w:pPr>
        <w:spacing w:after="40"/>
      </w:pPr>
      <w:r>
        <w:t>[104] Layer: Hot spot analysis: Incidents. 70 features (id ec8a6c4b-e103-4cfc-9121-a54f3cec6e6e)</w:t>
      </w:r>
    </w:p>
    <w:p>
      <w:pPr>
        <w:spacing w:after="40"/>
      </w:pPr>
      <w:r>
        <w:t>[105] Layer: Hot spot analysis: In-line inspection anomalies. 1,118 features (id bacc7686-f7e9-4955-a0cf-9db64aa4870e)</w:t>
      </w:r>
    </w:p>
    <w:p>
      <w:pPr>
        <w:spacing w:after="40"/>
      </w:pPr>
      <w:r>
        <w:t>[106] Layer: Calculate density: Valves and stations. 41 features (id cc1d20be-5dca-4029-8f6b-33c27e79db1c)</w:t>
      </w:r>
    </w:p>
    <w:p>
      <w:pPr>
        <w:spacing w:after="40"/>
      </w:pPr>
      <w:r>
        <w:t>[107] Layer: Calculate density: Incidents. 144 features (id 2e0cc790-5fb1-484a-9922-bc678772fb7d)</w:t>
      </w:r>
    </w:p>
    <w:p>
      <w:pPr>
        <w:spacing w:after="40"/>
      </w:pPr>
      <w:r>
        <w:t>[108] Layer: Calculate density: In-line inspection anomalies. 1,039 features (id 6b4b4463-7e80-40f9-93a0-0cb62e92dcba)</w:t>
      </w:r>
    </w:p>
    <w:p>
      <w:pPr>
        <w:spacing w:after="40"/>
      </w:pPr>
      <w:r>
        <w:t>[109] Layer: Summarize within: Right of way. 3 features (id 13538db0-7d38-497b-94d1-40cf60ad245d)</w:t>
      </w:r>
    </w:p>
    <w:p>
      <w:pPr>
        <w:spacing w:after="40"/>
      </w:pPr>
      <w:r>
        <w:t>[110] Layer: Summarize within: Right of way. 3 features (id 227062b6-aa48-4440-a0f6-277e670c7170)</w:t>
      </w:r>
    </w:p>
    <w:p>
      <w:pPr>
        <w:spacing w:after="40"/>
      </w:pPr>
      <w:r>
        <w:t>[111] Layer: Summarize within: Right of way. 3 features (id 06a7dd75-70ab-43d0-8420-66697a994dcc)</w:t>
      </w:r>
    </w:p>
    <w:p>
      <w:pPr>
        <w:spacing w:after="40"/>
      </w:pPr>
      <w:r>
        <w:t>[112] Layer: Find point clusters: Valves and stations. 25 features (id 3110df92-7371-4f5e-8e6c-b97b894bb024)</w:t>
      </w:r>
    </w:p>
    <w:p>
      <w:pPr>
        <w:spacing w:after="40"/>
      </w:pPr>
      <w:r>
        <w:t>[113] Layer: Find point clusters: cluster hulls. 1 features (id 060ccd5c-fd41-45f5-a05f-e6acaf40d13a)</w:t>
      </w:r>
    </w:p>
    <w:p>
      <w:pPr>
        <w:spacing w:after="40"/>
      </w:pPr>
      <w:r>
        <w:t>[114] Layer: Find point clusters: Incidents. 70 features (id 6114c590-c23e-4ea0-a8b5-64c271fd3ab1)</w:t>
      </w:r>
    </w:p>
    <w:p>
      <w:pPr>
        <w:spacing w:after="40"/>
      </w:pPr>
      <w:r>
        <w:t>[115] Layer: Find point clusters: cluster hulls. 1 features (id 3b9663d6-98db-48e7-91e9-6c73f7269773)</w:t>
      </w:r>
    </w:p>
    <w:p>
      <w:pPr>
        <w:spacing w:after="40"/>
      </w:pPr>
      <w:r>
        <w:t>[116] Layer: Find point clusters: Crossings. 14 features (id d6bec857-d779-4b62-a669-ed072d7ff82e)</w:t>
      </w:r>
    </w:p>
    <w:p>
      <w:pPr>
        <w:spacing w:after="40"/>
      </w:pPr>
      <w:r>
        <w:t>[117] Layer: Find point clusters: cluster hulls. 1 features (id 97d9231b-03fd-4842-802d-d3268005cde9)</w:t>
      </w:r>
    </w:p>
    <w:p>
      <w:pPr>
        <w:spacing w:after="40"/>
      </w:pPr>
      <w:r>
        <w:t>[118] Layer: Find nearest: Valves and stations. 24 features (id 93cedf1e-ed61-4ee9-81a7-acea61799ce3)</w:t>
      </w:r>
    </w:p>
    <w:p>
      <w:pPr>
        <w:spacing w:after="40"/>
      </w:pPr>
      <w:r>
        <w:t>[119] Layer: Find nearest: Valves and stations. 25 features (id 07d06af9-ca9c-459d-905a-591ff5b8a7b4)</w:t>
      </w:r>
    </w:p>
    <w:p>
      <w:pPr>
        <w:spacing w:after="40"/>
      </w:pPr>
      <w:r>
        <w:t>[120] Layer: Repeat and near repeat classification: Incidents. 70 features (id 190a3e17-cf0e-4dd6-b885-45720a8e06f1)</w:t>
      </w:r>
    </w:p>
    <w:p>
      <w:pPr>
        <w:pStyle w:val="Heading1"/>
      </w:pPr>
      <w:r>
        <w:t>Appendix: the data behind the charts</w:t>
      </w:r>
    </w:p>
    <w:p>
      <w:pPr>
        <w:pStyle w:val="Heading2"/>
      </w:pPr>
      <w:r>
        <w:t>Figure 1. Timeline: events per year by dataset [1]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2016-01-01</w:t>
            </w:r>
          </w:p>
        </w:tc>
        <w:tc>
          <w:tcPr>
            <w:tcW w:type="dxa" w:w="2880"/>
          </w:tcPr>
          <w:p>
            <w:r>
              <w:t>In-line inspection anomalies</w:t>
            </w:r>
          </w:p>
        </w:tc>
        <w:tc>
          <w:tcPr>
            <w:tcW w:type="dxa" w:w="2880"/>
          </w:tcPr>
          <w:p>
            <w:r>
              <w:t>0</w:t>
            </w:r>
          </w:p>
        </w:tc>
      </w:tr>
      <w:tr>
        <w:tc>
          <w:tcPr>
            <w:tcW w:type="dxa" w:w="2880"/>
          </w:tcPr>
          <w:p>
            <w:r>
              <w:t>2016-01-01</w:t>
            </w:r>
          </w:p>
        </w:tc>
        <w:tc>
          <w:tcPr>
            <w:tcW w:type="dxa" w:w="2880"/>
          </w:tcPr>
          <w:p>
            <w:r>
              <w:t>Cathodic protection readings</w:t>
            </w:r>
          </w:p>
        </w:tc>
        <w:tc>
          <w:tcPr>
            <w:tcW w:type="dxa" w:w="2880"/>
          </w:tcPr>
          <w:p>
            <w:r>
              <w:t>0</w:t>
            </w:r>
          </w:p>
        </w:tc>
      </w:tr>
      <w:tr>
        <w:tc>
          <w:tcPr>
            <w:tcW w:type="dxa" w:w="2880"/>
          </w:tcPr>
          <w:p>
            <w:r>
              <w:t>2016-01-01</w:t>
            </w:r>
          </w:p>
        </w:tc>
        <w:tc>
          <w:tcPr>
            <w:tcW w:type="dxa" w:w="2880"/>
          </w:tcPr>
          <w:p>
            <w:r>
              <w:t>Incidents</w:t>
            </w:r>
          </w:p>
        </w:tc>
        <w:tc>
          <w:tcPr>
            <w:tcW w:type="dxa" w:w="2880"/>
          </w:tcPr>
          <w:p>
            <w:r>
              <w:t>1</w:t>
            </w:r>
          </w:p>
        </w:tc>
      </w:tr>
      <w:tr>
        <w:tc>
          <w:tcPr>
            <w:tcW w:type="dxa" w:w="2880"/>
          </w:tcPr>
          <w:p>
            <w:r>
              <w:t>2017-01-01</w:t>
            </w:r>
          </w:p>
        </w:tc>
        <w:tc>
          <w:tcPr>
            <w:tcW w:type="dxa" w:w="2880"/>
          </w:tcPr>
          <w:p>
            <w:r>
              <w:t>In-line inspection anomalies</w:t>
            </w:r>
          </w:p>
        </w:tc>
        <w:tc>
          <w:tcPr>
            <w:tcW w:type="dxa" w:w="2880"/>
          </w:tcPr>
          <w:p>
            <w:r>
              <w:t>0</w:t>
            </w:r>
          </w:p>
        </w:tc>
      </w:tr>
      <w:tr>
        <w:tc>
          <w:tcPr>
            <w:tcW w:type="dxa" w:w="2880"/>
          </w:tcPr>
          <w:p>
            <w:r>
              <w:t>2017-01-01</w:t>
            </w:r>
          </w:p>
        </w:tc>
        <w:tc>
          <w:tcPr>
            <w:tcW w:type="dxa" w:w="2880"/>
          </w:tcPr>
          <w:p>
            <w:r>
              <w:t>Cathodic protection readings</w:t>
            </w:r>
          </w:p>
        </w:tc>
        <w:tc>
          <w:tcPr>
            <w:tcW w:type="dxa" w:w="2880"/>
          </w:tcPr>
          <w:p>
            <w:r>
              <w:t>0</w:t>
            </w:r>
          </w:p>
        </w:tc>
      </w:tr>
      <w:tr>
        <w:tc>
          <w:tcPr>
            <w:tcW w:type="dxa" w:w="2880"/>
          </w:tcPr>
          <w:p>
            <w:r>
              <w:t>2017-01-01</w:t>
            </w:r>
          </w:p>
        </w:tc>
        <w:tc>
          <w:tcPr>
            <w:tcW w:type="dxa" w:w="2880"/>
          </w:tcPr>
          <w:p>
            <w:r>
              <w:t>Incidents</w:t>
            </w:r>
          </w:p>
        </w:tc>
        <w:tc>
          <w:tcPr>
            <w:tcW w:type="dxa" w:w="2880"/>
          </w:tcPr>
          <w:p>
            <w:r>
              <w:t>4</w:t>
            </w:r>
          </w:p>
        </w:tc>
      </w:tr>
      <w:tr>
        <w:tc>
          <w:tcPr>
            <w:tcW w:type="dxa" w:w="2880"/>
          </w:tcPr>
          <w:p>
            <w:r>
              <w:t>2018-01-01</w:t>
            </w:r>
          </w:p>
        </w:tc>
        <w:tc>
          <w:tcPr>
            <w:tcW w:type="dxa" w:w="2880"/>
          </w:tcPr>
          <w:p>
            <w:r>
              <w:t>In-line inspection anomalies</w:t>
            </w:r>
          </w:p>
        </w:tc>
        <w:tc>
          <w:tcPr>
            <w:tcW w:type="dxa" w:w="2880"/>
          </w:tcPr>
          <w:p>
            <w:r>
              <w:t>0</w:t>
            </w:r>
          </w:p>
        </w:tc>
      </w:tr>
      <w:tr>
        <w:tc>
          <w:tcPr>
            <w:tcW w:type="dxa" w:w="2880"/>
          </w:tcPr>
          <w:p>
            <w:r>
              <w:t>2018-01-01</w:t>
            </w:r>
          </w:p>
        </w:tc>
        <w:tc>
          <w:tcPr>
            <w:tcW w:type="dxa" w:w="2880"/>
          </w:tcPr>
          <w:p>
            <w:r>
              <w:t>Cathodic protection readings</w:t>
            </w:r>
          </w:p>
        </w:tc>
        <w:tc>
          <w:tcPr>
            <w:tcW w:type="dxa" w:w="2880"/>
          </w:tcPr>
          <w:p>
            <w:r>
              <w:t>0</w:t>
            </w:r>
          </w:p>
        </w:tc>
      </w:tr>
      <w:tr>
        <w:tc>
          <w:tcPr>
            <w:tcW w:type="dxa" w:w="2880"/>
          </w:tcPr>
          <w:p>
            <w:r>
              <w:t>2018-01-01</w:t>
            </w:r>
          </w:p>
        </w:tc>
        <w:tc>
          <w:tcPr>
            <w:tcW w:type="dxa" w:w="2880"/>
          </w:tcPr>
          <w:p>
            <w:r>
              <w:t>Incidents</w:t>
            </w:r>
          </w:p>
        </w:tc>
        <w:tc>
          <w:tcPr>
            <w:tcW w:type="dxa" w:w="2880"/>
          </w:tcPr>
          <w:p>
            <w:r>
              <w:t>5</w:t>
            </w:r>
          </w:p>
        </w:tc>
      </w:tr>
      <w:tr>
        <w:tc>
          <w:tcPr>
            <w:tcW w:type="dxa" w:w="2880"/>
          </w:tcPr>
          <w:p>
            <w:r>
              <w:t>2019-01-01</w:t>
            </w:r>
          </w:p>
        </w:tc>
        <w:tc>
          <w:tcPr>
            <w:tcW w:type="dxa" w:w="2880"/>
          </w:tcPr>
          <w:p>
            <w:r>
              <w:t>In-line inspection anomalies</w:t>
            </w:r>
          </w:p>
        </w:tc>
        <w:tc>
          <w:tcPr>
            <w:tcW w:type="dxa" w:w="2880"/>
          </w:tcPr>
          <w:p>
            <w:r>
              <w:t>0</w:t>
            </w:r>
          </w:p>
        </w:tc>
      </w:tr>
      <w:tr>
        <w:tc>
          <w:tcPr>
            <w:tcW w:type="dxa" w:w="2880"/>
          </w:tcPr>
          <w:p>
            <w:r>
              <w:t>2019-01-01</w:t>
            </w:r>
          </w:p>
        </w:tc>
        <w:tc>
          <w:tcPr>
            <w:tcW w:type="dxa" w:w="2880"/>
          </w:tcPr>
          <w:p>
            <w:r>
              <w:t>Cathodic protection readings</w:t>
            </w:r>
          </w:p>
        </w:tc>
        <w:tc>
          <w:tcPr>
            <w:tcW w:type="dxa" w:w="2880"/>
          </w:tcPr>
          <w:p>
            <w:r>
              <w:t>0</w:t>
            </w:r>
          </w:p>
        </w:tc>
      </w:tr>
      <w:tr>
        <w:tc>
          <w:tcPr>
            <w:tcW w:type="dxa" w:w="2880"/>
          </w:tcPr>
          <w:p>
            <w:r>
              <w:t>2019-01-01</w:t>
            </w:r>
          </w:p>
        </w:tc>
        <w:tc>
          <w:tcPr>
            <w:tcW w:type="dxa" w:w="2880"/>
          </w:tcPr>
          <w:p>
            <w:r>
              <w:t>Incidents</w:t>
            </w:r>
          </w:p>
        </w:tc>
        <w:tc>
          <w:tcPr>
            <w:tcW w:type="dxa" w:w="2880"/>
          </w:tcPr>
          <w:p>
            <w:r>
              <w:t>9</w:t>
            </w:r>
          </w:p>
        </w:tc>
      </w:tr>
      <w:tr>
        <w:tc>
          <w:tcPr>
            <w:tcW w:type="dxa" w:w="2880"/>
          </w:tcPr>
          <w:p>
            <w:r>
              <w:t>2020-01-01</w:t>
            </w:r>
          </w:p>
        </w:tc>
        <w:tc>
          <w:tcPr>
            <w:tcW w:type="dxa" w:w="2880"/>
          </w:tcPr>
          <w:p>
            <w:r>
              <w:t>In-line inspection anomalies</w:t>
            </w:r>
          </w:p>
        </w:tc>
        <w:tc>
          <w:tcPr>
            <w:tcW w:type="dxa" w:w="2880"/>
          </w:tcPr>
          <w:p>
            <w:r>
              <w:t>0</w:t>
            </w:r>
          </w:p>
        </w:tc>
      </w:tr>
      <w:tr>
        <w:tc>
          <w:tcPr>
            <w:tcW w:type="dxa" w:w="2880"/>
          </w:tcPr>
          <w:p>
            <w:r>
              <w:t>2020-01-01</w:t>
            </w:r>
          </w:p>
        </w:tc>
        <w:tc>
          <w:tcPr>
            <w:tcW w:type="dxa" w:w="2880"/>
          </w:tcPr>
          <w:p>
            <w:r>
              <w:t>Cathodic protection readings</w:t>
            </w:r>
          </w:p>
        </w:tc>
        <w:tc>
          <w:tcPr>
            <w:tcW w:type="dxa" w:w="2880"/>
          </w:tcPr>
          <w:p>
            <w:r>
              <w:t>0</w:t>
            </w:r>
          </w:p>
        </w:tc>
      </w:tr>
      <w:tr>
        <w:tc>
          <w:tcPr>
            <w:tcW w:type="dxa" w:w="2880"/>
          </w:tcPr>
          <w:p>
            <w:r>
              <w:t>2020-01-01</w:t>
            </w:r>
          </w:p>
        </w:tc>
        <w:tc>
          <w:tcPr>
            <w:tcW w:type="dxa" w:w="2880"/>
          </w:tcPr>
          <w:p>
            <w:r>
              <w:t>Incidents</w:t>
            </w:r>
          </w:p>
        </w:tc>
        <w:tc>
          <w:tcPr>
            <w:tcW w:type="dxa" w:w="2880"/>
          </w:tcPr>
          <w:p>
            <w:r>
              <w:t>7</w:t>
            </w:r>
          </w:p>
        </w:tc>
      </w:tr>
      <w:tr>
        <w:tc>
          <w:tcPr>
            <w:tcW w:type="dxa" w:w="2880"/>
          </w:tcPr>
          <w:p>
            <w:r>
              <w:t>2021-01-01</w:t>
            </w:r>
          </w:p>
        </w:tc>
        <w:tc>
          <w:tcPr>
            <w:tcW w:type="dxa" w:w="2880"/>
          </w:tcPr>
          <w:p>
            <w:r>
              <w:t>In-line inspection anomalies</w:t>
            </w:r>
          </w:p>
        </w:tc>
        <w:tc>
          <w:tcPr>
            <w:tcW w:type="dxa" w:w="2880"/>
          </w:tcPr>
          <w:p>
            <w:r>
              <w:t>420</w:t>
            </w:r>
          </w:p>
        </w:tc>
      </w:tr>
      <w:tr>
        <w:tc>
          <w:tcPr>
            <w:tcW w:type="dxa" w:w="2880"/>
          </w:tcPr>
          <w:p>
            <w:r>
              <w:t>2021-01-01</w:t>
            </w:r>
          </w:p>
        </w:tc>
        <w:tc>
          <w:tcPr>
            <w:tcW w:type="dxa" w:w="2880"/>
          </w:tcPr>
          <w:p>
            <w:r>
              <w:t>Cathodic protection readings</w:t>
            </w:r>
          </w:p>
        </w:tc>
        <w:tc>
          <w:tcPr>
            <w:tcW w:type="dxa" w:w="2880"/>
          </w:tcPr>
          <w:p>
            <w:r>
              <w:t>0</w:t>
            </w:r>
          </w:p>
        </w:tc>
      </w:tr>
      <w:tr>
        <w:tc>
          <w:tcPr>
            <w:tcW w:type="dxa" w:w="2880"/>
          </w:tcPr>
          <w:p>
            <w:r>
              <w:t>2021-01-01</w:t>
            </w:r>
          </w:p>
        </w:tc>
        <w:tc>
          <w:tcPr>
            <w:tcW w:type="dxa" w:w="2880"/>
          </w:tcPr>
          <w:p>
            <w:r>
              <w:t>Incidents</w:t>
            </w:r>
          </w:p>
        </w:tc>
        <w:tc>
          <w:tcPr>
            <w:tcW w:type="dxa" w:w="2880"/>
          </w:tcPr>
          <w:p>
            <w:r>
              <w:t>8</w:t>
            </w:r>
          </w:p>
        </w:tc>
      </w:tr>
      <w:tr>
        <w:tc>
          <w:tcPr>
            <w:tcW w:type="dxa" w:w="2880"/>
          </w:tcPr>
          <w:p>
            <w:r>
              <w:t>2022-01-01</w:t>
            </w:r>
          </w:p>
        </w:tc>
        <w:tc>
          <w:tcPr>
            <w:tcW w:type="dxa" w:w="2880"/>
          </w:tcPr>
          <w:p>
            <w:r>
              <w:t>In-line inspection anomalies</w:t>
            </w:r>
          </w:p>
        </w:tc>
        <w:tc>
          <w:tcPr>
            <w:tcW w:type="dxa" w:w="2880"/>
          </w:tcPr>
          <w:p>
            <w:r>
              <w:t>0</w:t>
            </w:r>
          </w:p>
        </w:tc>
      </w:tr>
      <w:tr>
        <w:tc>
          <w:tcPr>
            <w:tcW w:type="dxa" w:w="2880"/>
          </w:tcPr>
          <w:p>
            <w:r>
              <w:t>2022-01-01</w:t>
            </w:r>
          </w:p>
        </w:tc>
        <w:tc>
          <w:tcPr>
            <w:tcW w:type="dxa" w:w="2880"/>
          </w:tcPr>
          <w:p>
            <w:r>
              <w:t>Cathodic protection readings</w:t>
            </w:r>
          </w:p>
        </w:tc>
        <w:tc>
          <w:tcPr>
            <w:tcW w:type="dxa" w:w="2880"/>
          </w:tcPr>
          <w:p>
            <w:r>
              <w:t>0</w:t>
            </w:r>
          </w:p>
        </w:tc>
      </w:tr>
      <w:tr>
        <w:tc>
          <w:tcPr>
            <w:tcW w:type="dxa" w:w="2880"/>
          </w:tcPr>
          <w:p>
            <w:r>
              <w:t>2022-01-01</w:t>
            </w:r>
          </w:p>
        </w:tc>
        <w:tc>
          <w:tcPr>
            <w:tcW w:type="dxa" w:w="2880"/>
          </w:tcPr>
          <w:p>
            <w:r>
              <w:t>Incidents</w:t>
            </w:r>
          </w:p>
        </w:tc>
        <w:tc>
          <w:tcPr>
            <w:tcW w:type="dxa" w:w="2880"/>
          </w:tcPr>
          <w:p>
            <w:r>
              <w:t>6</w:t>
            </w:r>
          </w:p>
        </w:tc>
      </w:tr>
      <w:tr>
        <w:tc>
          <w:tcPr>
            <w:tcW w:type="dxa" w:w="2880"/>
          </w:tcPr>
          <w:p>
            <w:r>
              <w:t>2023-01-01</w:t>
            </w:r>
          </w:p>
        </w:tc>
        <w:tc>
          <w:tcPr>
            <w:tcW w:type="dxa" w:w="2880"/>
          </w:tcPr>
          <w:p>
            <w:r>
              <w:t>In-line inspection anomalies</w:t>
            </w:r>
          </w:p>
        </w:tc>
        <w:tc>
          <w:tcPr>
            <w:tcW w:type="dxa" w:w="2880"/>
          </w:tcPr>
          <w:p>
            <w:r>
              <w:t>343</w:t>
            </w:r>
          </w:p>
        </w:tc>
      </w:tr>
      <w:tr>
        <w:tc>
          <w:tcPr>
            <w:tcW w:type="dxa" w:w="2880"/>
          </w:tcPr>
          <w:p>
            <w:r>
              <w:t>2023-01-01</w:t>
            </w:r>
          </w:p>
        </w:tc>
        <w:tc>
          <w:tcPr>
            <w:tcW w:type="dxa" w:w="2880"/>
          </w:tcPr>
          <w:p>
            <w:r>
              <w:t>Cathodic protection readings</w:t>
            </w:r>
          </w:p>
        </w:tc>
        <w:tc>
          <w:tcPr>
            <w:tcW w:type="dxa" w:w="2880"/>
          </w:tcPr>
          <w:p>
            <w:r>
              <w:t>28</w:t>
            </w:r>
          </w:p>
        </w:tc>
      </w:tr>
      <w:tr>
        <w:tc>
          <w:tcPr>
            <w:tcW w:type="dxa" w:w="2880"/>
          </w:tcPr>
          <w:p>
            <w:r>
              <w:t>2023-01-01</w:t>
            </w:r>
          </w:p>
        </w:tc>
        <w:tc>
          <w:tcPr>
            <w:tcW w:type="dxa" w:w="2880"/>
          </w:tcPr>
          <w:p>
            <w:r>
              <w:t>Incidents</w:t>
            </w:r>
          </w:p>
        </w:tc>
        <w:tc>
          <w:tcPr>
            <w:tcW w:type="dxa" w:w="2880"/>
          </w:tcPr>
          <w:p>
            <w:r>
              <w:t>6</w:t>
            </w:r>
          </w:p>
        </w:tc>
      </w:tr>
      <w:tr>
        <w:tc>
          <w:tcPr>
            <w:tcW w:type="dxa" w:w="2880"/>
          </w:tcPr>
          <w:p>
            <w:r>
              <w:t>2024-01-01</w:t>
            </w:r>
          </w:p>
        </w:tc>
        <w:tc>
          <w:tcPr>
            <w:tcW w:type="dxa" w:w="2880"/>
          </w:tcPr>
          <w:p>
            <w:r>
              <w:t>In-line inspection anomalies</w:t>
            </w:r>
          </w:p>
        </w:tc>
        <w:tc>
          <w:tcPr>
            <w:tcW w:type="dxa" w:w="2880"/>
          </w:tcPr>
          <w:p>
            <w:r>
              <w:t>0</w:t>
            </w:r>
          </w:p>
        </w:tc>
      </w:tr>
      <w:tr>
        <w:tc>
          <w:tcPr>
            <w:tcW w:type="dxa" w:w="2880"/>
          </w:tcPr>
          <w:p>
            <w:r>
              <w:t>2024-01-01</w:t>
            </w:r>
          </w:p>
        </w:tc>
        <w:tc>
          <w:tcPr>
            <w:tcW w:type="dxa" w:w="2880"/>
          </w:tcPr>
          <w:p>
            <w:r>
              <w:t>Cathodic protection readings</w:t>
            </w:r>
          </w:p>
        </w:tc>
        <w:tc>
          <w:tcPr>
            <w:tcW w:type="dxa" w:w="2880"/>
          </w:tcPr>
          <w:p>
            <w:r>
              <w:t>56</w:t>
            </w:r>
          </w:p>
        </w:tc>
      </w:tr>
      <w:tr>
        <w:tc>
          <w:tcPr>
            <w:tcW w:type="dxa" w:w="2880"/>
          </w:tcPr>
          <w:p>
            <w:r>
              <w:t>2024-01-01</w:t>
            </w:r>
          </w:p>
        </w:tc>
        <w:tc>
          <w:tcPr>
            <w:tcW w:type="dxa" w:w="2880"/>
          </w:tcPr>
          <w:p>
            <w:r>
              <w:t>Incidents</w:t>
            </w:r>
          </w:p>
        </w:tc>
        <w:tc>
          <w:tcPr>
            <w:tcW w:type="dxa" w:w="2880"/>
          </w:tcPr>
          <w:p>
            <w:r>
              <w:t>7</w:t>
            </w:r>
          </w:p>
        </w:tc>
      </w:tr>
      <w:tr>
        <w:tc>
          <w:tcPr>
            <w:tcW w:type="dxa" w:w="2880"/>
          </w:tcPr>
          <w:p>
            <w:r>
              <w:t>2025-01-01</w:t>
            </w:r>
          </w:p>
        </w:tc>
        <w:tc>
          <w:tcPr>
            <w:tcW w:type="dxa" w:w="2880"/>
          </w:tcPr>
          <w:p>
            <w:r>
              <w:t>In-line inspection anomalies</w:t>
            </w:r>
          </w:p>
        </w:tc>
        <w:tc>
          <w:tcPr>
            <w:tcW w:type="dxa" w:w="2880"/>
          </w:tcPr>
          <w:p>
            <w:r>
              <w:t>355</w:t>
            </w:r>
          </w:p>
        </w:tc>
      </w:tr>
      <w:tr>
        <w:tc>
          <w:tcPr>
            <w:tcW w:type="dxa" w:w="2880"/>
          </w:tcPr>
          <w:p>
            <w:r>
              <w:t>2025-01-01</w:t>
            </w:r>
          </w:p>
        </w:tc>
        <w:tc>
          <w:tcPr>
            <w:tcW w:type="dxa" w:w="2880"/>
          </w:tcPr>
          <w:p>
            <w:r>
              <w:t>Cathodic protection readings</w:t>
            </w:r>
          </w:p>
        </w:tc>
        <w:tc>
          <w:tcPr>
            <w:tcW w:type="dxa" w:w="2880"/>
          </w:tcPr>
          <w:p>
            <w:r>
              <w:t>56</w:t>
            </w:r>
          </w:p>
        </w:tc>
      </w:tr>
      <w:tr>
        <w:tc>
          <w:tcPr>
            <w:tcW w:type="dxa" w:w="2880"/>
          </w:tcPr>
          <w:p>
            <w:r>
              <w:t>2025-01-01</w:t>
            </w:r>
          </w:p>
        </w:tc>
        <w:tc>
          <w:tcPr>
            <w:tcW w:type="dxa" w:w="2880"/>
          </w:tcPr>
          <w:p>
            <w:r>
              <w:t>Incidents</w:t>
            </w:r>
          </w:p>
        </w:tc>
        <w:tc>
          <w:tcPr>
            <w:tcW w:type="dxa" w:w="2880"/>
          </w:tcPr>
          <w:p>
            <w:r>
              <w:t>12</w:t>
            </w:r>
          </w:p>
        </w:tc>
      </w:tr>
      <w:tr>
        <w:tc>
          <w:tcPr>
            <w:tcW w:type="dxa" w:w="2880"/>
          </w:tcPr>
          <w:p>
            <w:r>
              <w:t>2026-01-01</w:t>
            </w:r>
          </w:p>
        </w:tc>
        <w:tc>
          <w:tcPr>
            <w:tcW w:type="dxa" w:w="2880"/>
          </w:tcPr>
          <w:p>
            <w:r>
              <w:t>In-line inspection anomalies</w:t>
            </w:r>
          </w:p>
        </w:tc>
        <w:tc>
          <w:tcPr>
            <w:tcW w:type="dxa" w:w="2880"/>
          </w:tcPr>
          <w:p>
            <w:r>
              <w:t>0</w:t>
            </w:r>
          </w:p>
        </w:tc>
      </w:tr>
      <w:tr>
        <w:tc>
          <w:tcPr>
            <w:tcW w:type="dxa" w:w="2880"/>
          </w:tcPr>
          <w:p>
            <w:r>
              <w:t>2026-01-01</w:t>
            </w:r>
          </w:p>
        </w:tc>
        <w:tc>
          <w:tcPr>
            <w:tcW w:type="dxa" w:w="2880"/>
          </w:tcPr>
          <w:p>
            <w:r>
              <w:t>Cathodic protection readings</w:t>
            </w:r>
          </w:p>
        </w:tc>
        <w:tc>
          <w:tcPr>
            <w:tcW w:type="dxa" w:w="2880"/>
          </w:tcPr>
          <w:p>
            <w:r>
              <w:t>28</w:t>
            </w:r>
          </w:p>
        </w:tc>
      </w:tr>
      <w:tr>
        <w:tc>
          <w:tcPr>
            <w:tcW w:type="dxa" w:w="2880"/>
          </w:tcPr>
          <w:p>
            <w:r>
              <w:t>2026-01-01</w:t>
            </w:r>
          </w:p>
        </w:tc>
        <w:tc>
          <w:tcPr>
            <w:tcW w:type="dxa" w:w="2880"/>
          </w:tcPr>
          <w:p>
            <w:r>
              <w:t>Incidents</w:t>
            </w:r>
          </w:p>
        </w:tc>
        <w:tc>
          <w:tcPr>
            <w:tcW w:type="dxa" w:w="2880"/>
          </w:tcPr>
          <w:p>
            <w:r>
              <w:t>5</w:t>
            </w:r>
          </w:p>
        </w:tc>
      </w:tr>
    </w:tbl>
    <w:p/>
    <w:p>
      <w:pPr>
        <w:pStyle w:val="Heading2"/>
      </w:pPr>
      <w:r>
        <w:t>Figure 22. Pipeline segments over time (install_year) [67]</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3,500</w:t>
            </w:r>
          </w:p>
        </w:tc>
        <w:tc>
          <w:tcPr>
            <w:tcW w:type="dxa" w:w="2880"/>
          </w:tcPr>
          <w:p>
            <w:r>
              <w:t>15</w:t>
            </w:r>
          </w:p>
        </w:tc>
      </w:tr>
      <w:tr>
        <w:tc>
          <w:tcPr>
            <w:tcW w:type="dxa" w:w="2880"/>
          </w:tcPr>
          <w:p>
            <w:r>
              <w:t>3,500</w:t>
            </w:r>
          </w:p>
        </w:tc>
        <w:tc>
          <w:tcPr>
            <w:tcW w:type="dxa" w:w="2880"/>
          </w:tcPr>
          <w:p>
            <w:r>
              <w:t>7,000</w:t>
            </w:r>
          </w:p>
        </w:tc>
        <w:tc>
          <w:tcPr>
            <w:tcW w:type="dxa" w:w="2880"/>
          </w:tcPr>
          <w:p>
            <w:r>
              <w:t>12</w:t>
            </w:r>
          </w:p>
        </w:tc>
      </w:tr>
      <w:tr>
        <w:tc>
          <w:tcPr>
            <w:tcW w:type="dxa" w:w="2880"/>
          </w:tcPr>
          <w:p>
            <w:r>
              <w:t>7,000</w:t>
            </w:r>
          </w:p>
        </w:tc>
        <w:tc>
          <w:tcPr>
            <w:tcW w:type="dxa" w:w="2880"/>
          </w:tcPr>
          <w:p>
            <w:r>
              <w:t>1.05e+04</w:t>
            </w:r>
          </w:p>
        </w:tc>
        <w:tc>
          <w:tcPr>
            <w:tcW w:type="dxa" w:w="2880"/>
          </w:tcPr>
          <w:p>
            <w:r>
              <w:t>15</w:t>
            </w:r>
          </w:p>
        </w:tc>
      </w:tr>
      <w:tr>
        <w:tc>
          <w:tcPr>
            <w:tcW w:type="dxa" w:w="2880"/>
          </w:tcPr>
          <w:p>
            <w:r>
              <w:t>1.05e+04</w:t>
            </w:r>
          </w:p>
        </w:tc>
        <w:tc>
          <w:tcPr>
            <w:tcW w:type="dxa" w:w="2880"/>
          </w:tcPr>
          <w:p>
            <w:r>
              <w:t>1.4e+04</w:t>
            </w:r>
          </w:p>
        </w:tc>
        <w:tc>
          <w:tcPr>
            <w:tcW w:type="dxa" w:w="2880"/>
          </w:tcPr>
          <w:p>
            <w:r>
              <w:t>12</w:t>
            </w:r>
          </w:p>
        </w:tc>
      </w:tr>
      <w:tr>
        <w:tc>
          <w:tcPr>
            <w:tcW w:type="dxa" w:w="2880"/>
          </w:tcPr>
          <w:p>
            <w:r>
              <w:t>1.4e+04</w:t>
            </w:r>
          </w:p>
        </w:tc>
        <w:tc>
          <w:tcPr>
            <w:tcW w:type="dxa" w:w="2880"/>
          </w:tcPr>
          <w:p>
            <w:r>
              <w:t>1.75e+04</w:t>
            </w:r>
          </w:p>
        </w:tc>
        <w:tc>
          <w:tcPr>
            <w:tcW w:type="dxa" w:w="2880"/>
          </w:tcPr>
          <w:p>
            <w:r>
              <w:t>12</w:t>
            </w:r>
          </w:p>
        </w:tc>
      </w:tr>
      <w:tr>
        <w:tc>
          <w:tcPr>
            <w:tcW w:type="dxa" w:w="2880"/>
          </w:tcPr>
          <w:p>
            <w:r>
              <w:t>1.75e+04</w:t>
            </w:r>
          </w:p>
        </w:tc>
        <w:tc>
          <w:tcPr>
            <w:tcW w:type="dxa" w:w="2880"/>
          </w:tcPr>
          <w:p>
            <w:r>
              <w:t>2.1e+04</w:t>
            </w:r>
          </w:p>
        </w:tc>
        <w:tc>
          <w:tcPr>
            <w:tcW w:type="dxa" w:w="2880"/>
          </w:tcPr>
          <w:p>
            <w:r>
              <w:t>15</w:t>
            </w:r>
          </w:p>
        </w:tc>
      </w:tr>
      <w:tr>
        <w:tc>
          <w:tcPr>
            <w:tcW w:type="dxa" w:w="2880"/>
          </w:tcPr>
          <w:p>
            <w:r>
              <w:t>2.1e+04</w:t>
            </w:r>
          </w:p>
        </w:tc>
        <w:tc>
          <w:tcPr>
            <w:tcW w:type="dxa" w:w="2880"/>
          </w:tcPr>
          <w:p>
            <w:r>
              <w:t>2.45e+04</w:t>
            </w:r>
          </w:p>
        </w:tc>
        <w:tc>
          <w:tcPr>
            <w:tcW w:type="dxa" w:w="2880"/>
          </w:tcPr>
          <w:p>
            <w:r>
              <w:t>8</w:t>
            </w:r>
          </w:p>
        </w:tc>
      </w:tr>
      <w:tr>
        <w:tc>
          <w:tcPr>
            <w:tcW w:type="dxa" w:w="2880"/>
          </w:tcPr>
          <w:p>
            <w:r>
              <w:t>2.45e+04</w:t>
            </w:r>
          </w:p>
        </w:tc>
        <w:tc>
          <w:tcPr>
            <w:tcW w:type="dxa" w:w="2880"/>
          </w:tcPr>
          <w:p>
            <w:r>
              <w:t>2.8e+04</w:t>
            </w:r>
          </w:p>
        </w:tc>
        <w:tc>
          <w:tcPr>
            <w:tcW w:type="dxa" w:w="2880"/>
          </w:tcPr>
          <w:p>
            <w:r>
              <w:t>10</w:t>
            </w:r>
          </w:p>
        </w:tc>
      </w:tr>
    </w:tbl>
    <w:p/>
    <w:p>
      <w:pPr>
        <w:pStyle w:val="Heading2"/>
      </w:pPr>
      <w:r>
        <w:t>Figure 23. Incidents over time (date) [68]</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2016-01-01</w:t>
            </w:r>
          </w:p>
        </w:tc>
        <w:tc>
          <w:tcPr>
            <w:tcW w:type="dxa" w:w="2880"/>
          </w:tcPr>
          <w:p>
            <w:r>
              <w:t>external corrosion</w:t>
            </w:r>
          </w:p>
        </w:tc>
        <w:tc>
          <w:tcPr>
            <w:tcW w:type="dxa" w:w="2880"/>
          </w:tcPr>
          <w:p>
            <w:r>
              <w:t>0</w:t>
            </w:r>
          </w:p>
        </w:tc>
      </w:tr>
      <w:tr>
        <w:tc>
          <w:tcPr>
            <w:tcW w:type="dxa" w:w="2880"/>
          </w:tcPr>
          <w:p>
            <w:r>
              <w:t>2016-01-01</w:t>
            </w:r>
          </w:p>
        </w:tc>
        <w:tc>
          <w:tcPr>
            <w:tcW w:type="dxa" w:w="2880"/>
          </w:tcPr>
          <w:p>
            <w:r>
              <w:t>third-party damage</w:t>
            </w:r>
          </w:p>
        </w:tc>
        <w:tc>
          <w:tcPr>
            <w:tcW w:type="dxa" w:w="2880"/>
          </w:tcPr>
          <w:p>
            <w:r>
              <w:t>0</w:t>
            </w:r>
          </w:p>
        </w:tc>
      </w:tr>
      <w:tr>
        <w:tc>
          <w:tcPr>
            <w:tcW w:type="dxa" w:w="2880"/>
          </w:tcPr>
          <w:p>
            <w:r>
              <w:t>2016-01-01</w:t>
            </w:r>
          </w:p>
        </w:tc>
        <w:tc>
          <w:tcPr>
            <w:tcW w:type="dxa" w:w="2880"/>
          </w:tcPr>
          <w:p>
            <w:r>
              <w:t>equipment</w:t>
            </w:r>
          </w:p>
        </w:tc>
        <w:tc>
          <w:tcPr>
            <w:tcW w:type="dxa" w:w="2880"/>
          </w:tcPr>
          <w:p>
            <w:r>
              <w:t>1,913</w:t>
            </w:r>
          </w:p>
        </w:tc>
      </w:tr>
      <w:tr>
        <w:tc>
          <w:tcPr>
            <w:tcW w:type="dxa" w:w="2880"/>
          </w:tcPr>
          <w:p>
            <w:r>
              <w:t>2016-01-01</w:t>
            </w:r>
          </w:p>
        </w:tc>
        <w:tc>
          <w:tcPr>
            <w:tcW w:type="dxa" w:w="2880"/>
          </w:tcPr>
          <w:p>
            <w:r>
              <w:t>internal corrosion</w:t>
            </w:r>
          </w:p>
        </w:tc>
        <w:tc>
          <w:tcPr>
            <w:tcW w:type="dxa" w:w="2880"/>
          </w:tcPr>
          <w:p>
            <w:r>
              <w:t>0</w:t>
            </w:r>
          </w:p>
        </w:tc>
      </w:tr>
      <w:tr>
        <w:tc>
          <w:tcPr>
            <w:tcW w:type="dxa" w:w="2880"/>
          </w:tcPr>
          <w:p>
            <w:r>
              <w:t>2016-01-01</w:t>
            </w:r>
          </w:p>
        </w:tc>
        <w:tc>
          <w:tcPr>
            <w:tcW w:type="dxa" w:w="2880"/>
          </w:tcPr>
          <w:p>
            <w:r>
              <w:t>weather</w:t>
            </w:r>
          </w:p>
        </w:tc>
        <w:tc>
          <w:tcPr>
            <w:tcW w:type="dxa" w:w="2880"/>
          </w:tcPr>
          <w:p>
            <w:r>
              <w:t>0</w:t>
            </w:r>
          </w:p>
        </w:tc>
      </w:tr>
      <w:tr>
        <w:tc>
          <w:tcPr>
            <w:tcW w:type="dxa" w:w="2880"/>
          </w:tcPr>
          <w:p>
            <w:r>
              <w:t>2017-01-01</w:t>
            </w:r>
          </w:p>
        </w:tc>
        <w:tc>
          <w:tcPr>
            <w:tcW w:type="dxa" w:w="2880"/>
          </w:tcPr>
          <w:p>
            <w:r>
              <w:t>external corrosion</w:t>
            </w:r>
          </w:p>
        </w:tc>
        <w:tc>
          <w:tcPr>
            <w:tcW w:type="dxa" w:w="2880"/>
          </w:tcPr>
          <w:p>
            <w:r>
              <w:t>2.942e+04</w:t>
            </w:r>
          </w:p>
        </w:tc>
      </w:tr>
      <w:tr>
        <w:tc>
          <w:tcPr>
            <w:tcW w:type="dxa" w:w="2880"/>
          </w:tcPr>
          <w:p>
            <w:r>
              <w:t>2017-01-01</w:t>
            </w:r>
          </w:p>
        </w:tc>
        <w:tc>
          <w:tcPr>
            <w:tcW w:type="dxa" w:w="2880"/>
          </w:tcPr>
          <w:p>
            <w:r>
              <w:t>third-party damage</w:t>
            </w:r>
          </w:p>
        </w:tc>
        <w:tc>
          <w:tcPr>
            <w:tcW w:type="dxa" w:w="2880"/>
          </w:tcPr>
          <w:p>
            <w:r>
              <w:t>1.078e+04</w:t>
            </w:r>
          </w:p>
        </w:tc>
      </w:tr>
      <w:tr>
        <w:tc>
          <w:tcPr>
            <w:tcW w:type="dxa" w:w="2880"/>
          </w:tcPr>
          <w:p>
            <w:r>
              <w:t>2017-01-01</w:t>
            </w:r>
          </w:p>
        </w:tc>
        <w:tc>
          <w:tcPr>
            <w:tcW w:type="dxa" w:w="2880"/>
          </w:tcPr>
          <w:p>
            <w:r>
              <w:t>equipment</w:t>
            </w:r>
          </w:p>
        </w:tc>
        <w:tc>
          <w:tcPr>
            <w:tcW w:type="dxa" w:w="2880"/>
          </w:tcPr>
          <w:p>
            <w:r>
              <w:t>0</w:t>
            </w:r>
          </w:p>
        </w:tc>
      </w:tr>
      <w:tr>
        <w:tc>
          <w:tcPr>
            <w:tcW w:type="dxa" w:w="2880"/>
          </w:tcPr>
          <w:p>
            <w:r>
              <w:t>2017-01-01</w:t>
            </w:r>
          </w:p>
        </w:tc>
        <w:tc>
          <w:tcPr>
            <w:tcW w:type="dxa" w:w="2880"/>
          </w:tcPr>
          <w:p>
            <w:r>
              <w:t>internal corrosion</w:t>
            </w:r>
          </w:p>
        </w:tc>
        <w:tc>
          <w:tcPr>
            <w:tcW w:type="dxa" w:w="2880"/>
          </w:tcPr>
          <w:p>
            <w:r>
              <w:t>0</w:t>
            </w:r>
          </w:p>
        </w:tc>
      </w:tr>
      <w:tr>
        <w:tc>
          <w:tcPr>
            <w:tcW w:type="dxa" w:w="2880"/>
          </w:tcPr>
          <w:p>
            <w:r>
              <w:t>2017-01-01</w:t>
            </w:r>
          </w:p>
        </w:tc>
        <w:tc>
          <w:tcPr>
            <w:tcW w:type="dxa" w:w="2880"/>
          </w:tcPr>
          <w:p>
            <w:r>
              <w:t>weather</w:t>
            </w:r>
          </w:p>
        </w:tc>
        <w:tc>
          <w:tcPr>
            <w:tcW w:type="dxa" w:w="2880"/>
          </w:tcPr>
          <w:p>
            <w:r>
              <w:t>9,750</w:t>
            </w:r>
          </w:p>
        </w:tc>
      </w:tr>
      <w:tr>
        <w:tc>
          <w:tcPr>
            <w:tcW w:type="dxa" w:w="2880"/>
          </w:tcPr>
          <w:p>
            <w:r>
              <w:t>2018-01-01</w:t>
            </w:r>
          </w:p>
        </w:tc>
        <w:tc>
          <w:tcPr>
            <w:tcW w:type="dxa" w:w="2880"/>
          </w:tcPr>
          <w:p>
            <w:r>
              <w:t>external corrosion</w:t>
            </w:r>
          </w:p>
        </w:tc>
        <w:tc>
          <w:tcPr>
            <w:tcW w:type="dxa" w:w="2880"/>
          </w:tcPr>
          <w:p>
            <w:r>
              <w:t>0</w:t>
            </w:r>
          </w:p>
        </w:tc>
      </w:tr>
      <w:tr>
        <w:tc>
          <w:tcPr>
            <w:tcW w:type="dxa" w:w="2880"/>
          </w:tcPr>
          <w:p>
            <w:r>
              <w:t>2018-01-01</w:t>
            </w:r>
          </w:p>
        </w:tc>
        <w:tc>
          <w:tcPr>
            <w:tcW w:type="dxa" w:w="2880"/>
          </w:tcPr>
          <w:p>
            <w:r>
              <w:t>third-party damage</w:t>
            </w:r>
          </w:p>
        </w:tc>
        <w:tc>
          <w:tcPr>
            <w:tcW w:type="dxa" w:w="2880"/>
          </w:tcPr>
          <w:p>
            <w:r>
              <w:t>1.504e+04</w:t>
            </w:r>
          </w:p>
        </w:tc>
      </w:tr>
      <w:tr>
        <w:tc>
          <w:tcPr>
            <w:tcW w:type="dxa" w:w="2880"/>
          </w:tcPr>
          <w:p>
            <w:r>
              <w:t>2018-01-01</w:t>
            </w:r>
          </w:p>
        </w:tc>
        <w:tc>
          <w:tcPr>
            <w:tcW w:type="dxa" w:w="2880"/>
          </w:tcPr>
          <w:p>
            <w:r>
              <w:t>equipment</w:t>
            </w:r>
          </w:p>
        </w:tc>
        <w:tc>
          <w:tcPr>
            <w:tcW w:type="dxa" w:w="2880"/>
          </w:tcPr>
          <w:p>
            <w:r>
              <w:t>3,140</w:t>
            </w:r>
          </w:p>
        </w:tc>
      </w:tr>
      <w:tr>
        <w:tc>
          <w:tcPr>
            <w:tcW w:type="dxa" w:w="2880"/>
          </w:tcPr>
          <w:p>
            <w:r>
              <w:t>2018-01-01</w:t>
            </w:r>
          </w:p>
        </w:tc>
        <w:tc>
          <w:tcPr>
            <w:tcW w:type="dxa" w:w="2880"/>
          </w:tcPr>
          <w:p>
            <w:r>
              <w:t>internal corrosion</w:t>
            </w:r>
          </w:p>
        </w:tc>
        <w:tc>
          <w:tcPr>
            <w:tcW w:type="dxa" w:w="2880"/>
          </w:tcPr>
          <w:p>
            <w:r>
              <w:t>3.239e+04</w:t>
            </w:r>
          </w:p>
        </w:tc>
      </w:tr>
      <w:tr>
        <w:tc>
          <w:tcPr>
            <w:tcW w:type="dxa" w:w="2880"/>
          </w:tcPr>
          <w:p>
            <w:r>
              <w:t>2018-01-01</w:t>
            </w:r>
          </w:p>
        </w:tc>
        <w:tc>
          <w:tcPr>
            <w:tcW w:type="dxa" w:w="2880"/>
          </w:tcPr>
          <w:p>
            <w:r>
              <w:t>weather</w:t>
            </w:r>
          </w:p>
        </w:tc>
        <w:tc>
          <w:tcPr>
            <w:tcW w:type="dxa" w:w="2880"/>
          </w:tcPr>
          <w:p>
            <w:r>
              <w:t>0</w:t>
            </w:r>
          </w:p>
        </w:tc>
      </w:tr>
      <w:tr>
        <w:tc>
          <w:tcPr>
            <w:tcW w:type="dxa" w:w="2880"/>
          </w:tcPr>
          <w:p>
            <w:r>
              <w:t>2019-01-01</w:t>
            </w:r>
          </w:p>
        </w:tc>
        <w:tc>
          <w:tcPr>
            <w:tcW w:type="dxa" w:w="2880"/>
          </w:tcPr>
          <w:p>
            <w:r>
              <w:t>external corrosion</w:t>
            </w:r>
          </w:p>
        </w:tc>
        <w:tc>
          <w:tcPr>
            <w:tcW w:type="dxa" w:w="2880"/>
          </w:tcPr>
          <w:p>
            <w:r>
              <w:t>1.968e+04</w:t>
            </w:r>
          </w:p>
        </w:tc>
      </w:tr>
      <w:tr>
        <w:tc>
          <w:tcPr>
            <w:tcW w:type="dxa" w:w="2880"/>
          </w:tcPr>
          <w:p>
            <w:r>
              <w:t>2019-01-01</w:t>
            </w:r>
          </w:p>
        </w:tc>
        <w:tc>
          <w:tcPr>
            <w:tcW w:type="dxa" w:w="2880"/>
          </w:tcPr>
          <w:p>
            <w:r>
              <w:t>third-party damage</w:t>
            </w:r>
          </w:p>
        </w:tc>
        <w:tc>
          <w:tcPr>
            <w:tcW w:type="dxa" w:w="2880"/>
          </w:tcPr>
          <w:p>
            <w:r>
              <w:t>3.909e+04</w:t>
            </w:r>
          </w:p>
        </w:tc>
      </w:tr>
      <w:tr>
        <w:tc>
          <w:tcPr>
            <w:tcW w:type="dxa" w:w="2880"/>
          </w:tcPr>
          <w:p>
            <w:r>
              <w:t>2019-01-01</w:t>
            </w:r>
          </w:p>
        </w:tc>
        <w:tc>
          <w:tcPr>
            <w:tcW w:type="dxa" w:w="2880"/>
          </w:tcPr>
          <w:p>
            <w:r>
              <w:t>equipment</w:t>
            </w:r>
          </w:p>
        </w:tc>
        <w:tc>
          <w:tcPr>
            <w:tcW w:type="dxa" w:w="2880"/>
          </w:tcPr>
          <w:p>
            <w:r>
              <w:t>3.703e+04</w:t>
            </w:r>
          </w:p>
        </w:tc>
      </w:tr>
      <w:tr>
        <w:tc>
          <w:tcPr>
            <w:tcW w:type="dxa" w:w="2880"/>
          </w:tcPr>
          <w:p>
            <w:r>
              <w:t>2019-01-01</w:t>
            </w:r>
          </w:p>
        </w:tc>
        <w:tc>
          <w:tcPr>
            <w:tcW w:type="dxa" w:w="2880"/>
          </w:tcPr>
          <w:p>
            <w:r>
              <w:t>internal corrosion</w:t>
            </w:r>
          </w:p>
        </w:tc>
        <w:tc>
          <w:tcPr>
            <w:tcW w:type="dxa" w:w="2880"/>
          </w:tcPr>
          <w:p>
            <w:r>
              <w:t>6,487</w:t>
            </w:r>
          </w:p>
        </w:tc>
      </w:tr>
      <w:tr>
        <w:tc>
          <w:tcPr>
            <w:tcW w:type="dxa" w:w="2880"/>
          </w:tcPr>
          <w:p>
            <w:r>
              <w:t>2019-01-01</w:t>
            </w:r>
          </w:p>
        </w:tc>
        <w:tc>
          <w:tcPr>
            <w:tcW w:type="dxa" w:w="2880"/>
          </w:tcPr>
          <w:p>
            <w:r>
              <w:t>weather</w:t>
            </w:r>
          </w:p>
        </w:tc>
        <w:tc>
          <w:tcPr>
            <w:tcW w:type="dxa" w:w="2880"/>
          </w:tcPr>
          <w:p>
            <w:r>
              <w:t>0</w:t>
            </w:r>
          </w:p>
        </w:tc>
      </w:tr>
      <w:tr>
        <w:tc>
          <w:tcPr>
            <w:tcW w:type="dxa" w:w="2880"/>
          </w:tcPr>
          <w:p>
            <w:r>
              <w:t>2020-01-01</w:t>
            </w:r>
          </w:p>
        </w:tc>
        <w:tc>
          <w:tcPr>
            <w:tcW w:type="dxa" w:w="2880"/>
          </w:tcPr>
          <w:p>
            <w:r>
              <w:t>external corrosion</w:t>
            </w:r>
          </w:p>
        </w:tc>
        <w:tc>
          <w:tcPr>
            <w:tcW w:type="dxa" w:w="2880"/>
          </w:tcPr>
          <w:p>
            <w:r>
              <w:t>3.097e+04</w:t>
            </w:r>
          </w:p>
        </w:tc>
      </w:tr>
      <w:tr>
        <w:tc>
          <w:tcPr>
            <w:tcW w:type="dxa" w:w="2880"/>
          </w:tcPr>
          <w:p>
            <w:r>
              <w:t>2020-01-01</w:t>
            </w:r>
          </w:p>
        </w:tc>
        <w:tc>
          <w:tcPr>
            <w:tcW w:type="dxa" w:w="2880"/>
          </w:tcPr>
          <w:p>
            <w:r>
              <w:t>third-party damage</w:t>
            </w:r>
          </w:p>
        </w:tc>
        <w:tc>
          <w:tcPr>
            <w:tcW w:type="dxa" w:w="2880"/>
          </w:tcPr>
          <w:p>
            <w:r>
              <w:t>0</w:t>
            </w:r>
          </w:p>
        </w:tc>
      </w:tr>
      <w:tr>
        <w:tc>
          <w:tcPr>
            <w:tcW w:type="dxa" w:w="2880"/>
          </w:tcPr>
          <w:p>
            <w:r>
              <w:t>2020-01-01</w:t>
            </w:r>
          </w:p>
        </w:tc>
        <w:tc>
          <w:tcPr>
            <w:tcW w:type="dxa" w:w="2880"/>
          </w:tcPr>
          <w:p>
            <w:r>
              <w:t>equipment</w:t>
            </w:r>
          </w:p>
        </w:tc>
        <w:tc>
          <w:tcPr>
            <w:tcW w:type="dxa" w:w="2880"/>
          </w:tcPr>
          <w:p>
            <w:r>
              <w:t>2.688e+04</w:t>
            </w:r>
          </w:p>
        </w:tc>
      </w:tr>
      <w:tr>
        <w:tc>
          <w:tcPr>
            <w:tcW w:type="dxa" w:w="2880"/>
          </w:tcPr>
          <w:p>
            <w:r>
              <w:t>2020-01-01</w:t>
            </w:r>
          </w:p>
        </w:tc>
        <w:tc>
          <w:tcPr>
            <w:tcW w:type="dxa" w:w="2880"/>
          </w:tcPr>
          <w:p>
            <w:r>
              <w:t>internal corrosion</w:t>
            </w:r>
          </w:p>
        </w:tc>
        <w:tc>
          <w:tcPr>
            <w:tcW w:type="dxa" w:w="2880"/>
          </w:tcPr>
          <w:p>
            <w:r>
              <w:t>3.096e+04</w:t>
            </w:r>
          </w:p>
        </w:tc>
      </w:tr>
      <w:tr>
        <w:tc>
          <w:tcPr>
            <w:tcW w:type="dxa" w:w="2880"/>
          </w:tcPr>
          <w:p>
            <w:r>
              <w:t>2020-01-01</w:t>
            </w:r>
          </w:p>
        </w:tc>
        <w:tc>
          <w:tcPr>
            <w:tcW w:type="dxa" w:w="2880"/>
          </w:tcPr>
          <w:p>
            <w:r>
              <w:t>weather</w:t>
            </w:r>
          </w:p>
        </w:tc>
        <w:tc>
          <w:tcPr>
            <w:tcW w:type="dxa" w:w="2880"/>
          </w:tcPr>
          <w:p>
            <w:r>
              <w:t>0</w:t>
            </w:r>
          </w:p>
        </w:tc>
      </w:tr>
      <w:tr>
        <w:tc>
          <w:tcPr>
            <w:tcW w:type="dxa" w:w="2880"/>
          </w:tcPr>
          <w:p>
            <w:r>
              <w:t>2021-01-01</w:t>
            </w:r>
          </w:p>
        </w:tc>
        <w:tc>
          <w:tcPr>
            <w:tcW w:type="dxa" w:w="2880"/>
          </w:tcPr>
          <w:p>
            <w:r>
              <w:t>external corrosion</w:t>
            </w:r>
          </w:p>
        </w:tc>
        <w:tc>
          <w:tcPr>
            <w:tcW w:type="dxa" w:w="2880"/>
          </w:tcPr>
          <w:p>
            <w:r>
              <w:t>4.487e+04</w:t>
            </w:r>
          </w:p>
        </w:tc>
      </w:tr>
      <w:tr>
        <w:tc>
          <w:tcPr>
            <w:tcW w:type="dxa" w:w="2880"/>
          </w:tcPr>
          <w:p>
            <w:r>
              <w:t>2021-01-01</w:t>
            </w:r>
          </w:p>
        </w:tc>
        <w:tc>
          <w:tcPr>
            <w:tcW w:type="dxa" w:w="2880"/>
          </w:tcPr>
          <w:p>
            <w:r>
              <w:t>third-party damage</w:t>
            </w:r>
          </w:p>
        </w:tc>
        <w:tc>
          <w:tcPr>
            <w:tcW w:type="dxa" w:w="2880"/>
          </w:tcPr>
          <w:p>
            <w:r>
              <w:t>2.968e+04</w:t>
            </w:r>
          </w:p>
        </w:tc>
      </w:tr>
      <w:tr>
        <w:tc>
          <w:tcPr>
            <w:tcW w:type="dxa" w:w="2880"/>
          </w:tcPr>
          <w:p>
            <w:r>
              <w:t>2021-01-01</w:t>
            </w:r>
          </w:p>
        </w:tc>
        <w:tc>
          <w:tcPr>
            <w:tcW w:type="dxa" w:w="2880"/>
          </w:tcPr>
          <w:p>
            <w:r>
              <w:t>equipment</w:t>
            </w:r>
          </w:p>
        </w:tc>
        <w:tc>
          <w:tcPr>
            <w:tcW w:type="dxa" w:w="2880"/>
          </w:tcPr>
          <w:p>
            <w:r>
              <w:t>0</w:t>
            </w:r>
          </w:p>
        </w:tc>
      </w:tr>
      <w:tr>
        <w:tc>
          <w:tcPr>
            <w:tcW w:type="dxa" w:w="2880"/>
          </w:tcPr>
          <w:p>
            <w:r>
              <w:t>2021-01-01</w:t>
            </w:r>
          </w:p>
        </w:tc>
        <w:tc>
          <w:tcPr>
            <w:tcW w:type="dxa" w:w="2880"/>
          </w:tcPr>
          <w:p>
            <w:r>
              <w:t>internal corrosion</w:t>
            </w:r>
          </w:p>
        </w:tc>
        <w:tc>
          <w:tcPr>
            <w:tcW w:type="dxa" w:w="2880"/>
          </w:tcPr>
          <w:p>
            <w:r>
              <w:t>3.876e+04</w:t>
            </w:r>
          </w:p>
        </w:tc>
      </w:tr>
      <w:tr>
        <w:tc>
          <w:tcPr>
            <w:tcW w:type="dxa" w:w="2880"/>
          </w:tcPr>
          <w:p>
            <w:r>
              <w:t>2021-01-01</w:t>
            </w:r>
          </w:p>
        </w:tc>
        <w:tc>
          <w:tcPr>
            <w:tcW w:type="dxa" w:w="2880"/>
          </w:tcPr>
          <w:p>
            <w:r>
              <w:t>weather</w:t>
            </w:r>
          </w:p>
        </w:tc>
        <w:tc>
          <w:tcPr>
            <w:tcW w:type="dxa" w:w="2880"/>
          </w:tcPr>
          <w:p>
            <w:r>
              <w:t>2.415e+04</w:t>
            </w:r>
          </w:p>
        </w:tc>
      </w:tr>
      <w:tr>
        <w:tc>
          <w:tcPr>
            <w:tcW w:type="dxa" w:w="2880"/>
          </w:tcPr>
          <w:p>
            <w:r>
              <w:t>2022-01-01</w:t>
            </w:r>
          </w:p>
        </w:tc>
        <w:tc>
          <w:tcPr>
            <w:tcW w:type="dxa" w:w="2880"/>
          </w:tcPr>
          <w:p>
            <w:r>
              <w:t>external corrosion</w:t>
            </w:r>
          </w:p>
        </w:tc>
        <w:tc>
          <w:tcPr>
            <w:tcW w:type="dxa" w:w="2880"/>
          </w:tcPr>
          <w:p>
            <w:r>
              <w:t>1.941e+04</w:t>
            </w:r>
          </w:p>
        </w:tc>
      </w:tr>
      <w:tr>
        <w:tc>
          <w:tcPr>
            <w:tcW w:type="dxa" w:w="2880"/>
          </w:tcPr>
          <w:p>
            <w:r>
              <w:t>2022-01-01</w:t>
            </w:r>
          </w:p>
        </w:tc>
        <w:tc>
          <w:tcPr>
            <w:tcW w:type="dxa" w:w="2880"/>
          </w:tcPr>
          <w:p>
            <w:r>
              <w:t>third-party damage</w:t>
            </w:r>
          </w:p>
        </w:tc>
        <w:tc>
          <w:tcPr>
            <w:tcW w:type="dxa" w:w="2880"/>
          </w:tcPr>
          <w:p>
            <w:r>
              <w:t>3.309e+04</w:t>
            </w:r>
          </w:p>
        </w:tc>
      </w:tr>
      <w:tr>
        <w:tc>
          <w:tcPr>
            <w:tcW w:type="dxa" w:w="2880"/>
          </w:tcPr>
          <w:p>
            <w:r>
              <w:t>2022-01-01</w:t>
            </w:r>
          </w:p>
        </w:tc>
        <w:tc>
          <w:tcPr>
            <w:tcW w:type="dxa" w:w="2880"/>
          </w:tcPr>
          <w:p>
            <w:r>
              <w:t>equipment</w:t>
            </w:r>
          </w:p>
        </w:tc>
        <w:tc>
          <w:tcPr>
            <w:tcW w:type="dxa" w:w="2880"/>
          </w:tcPr>
          <w:p>
            <w:r>
              <w:t>0</w:t>
            </w:r>
          </w:p>
        </w:tc>
      </w:tr>
      <w:tr>
        <w:tc>
          <w:tcPr>
            <w:tcW w:type="dxa" w:w="2880"/>
          </w:tcPr>
          <w:p>
            <w:r>
              <w:t>2022-01-01</w:t>
            </w:r>
          </w:p>
        </w:tc>
        <w:tc>
          <w:tcPr>
            <w:tcW w:type="dxa" w:w="2880"/>
          </w:tcPr>
          <w:p>
            <w:r>
              <w:t>internal corrosion</w:t>
            </w:r>
          </w:p>
        </w:tc>
        <w:tc>
          <w:tcPr>
            <w:tcW w:type="dxa" w:w="2880"/>
          </w:tcPr>
          <w:p>
            <w:r>
              <w:t>0</w:t>
            </w:r>
          </w:p>
        </w:tc>
      </w:tr>
      <w:tr>
        <w:tc>
          <w:tcPr>
            <w:tcW w:type="dxa" w:w="2880"/>
          </w:tcPr>
          <w:p>
            <w:r>
              <w:t>2022-01-01</w:t>
            </w:r>
          </w:p>
        </w:tc>
        <w:tc>
          <w:tcPr>
            <w:tcW w:type="dxa" w:w="2880"/>
          </w:tcPr>
          <w:p>
            <w:r>
              <w:t>weather</w:t>
            </w:r>
          </w:p>
        </w:tc>
        <w:tc>
          <w:tcPr>
            <w:tcW w:type="dxa" w:w="2880"/>
          </w:tcPr>
          <w:p>
            <w:r>
              <w:t>2.702e+04</w:t>
            </w:r>
          </w:p>
        </w:tc>
      </w:tr>
      <w:tr>
        <w:tc>
          <w:tcPr>
            <w:tcW w:type="dxa" w:w="2880"/>
          </w:tcPr>
          <w:p>
            <w:r>
              <w:t>2023-01-01</w:t>
            </w:r>
          </w:p>
        </w:tc>
        <w:tc>
          <w:tcPr>
            <w:tcW w:type="dxa" w:w="2880"/>
          </w:tcPr>
          <w:p>
            <w:r>
              <w:t>external corrosion</w:t>
            </w:r>
          </w:p>
        </w:tc>
        <w:tc>
          <w:tcPr>
            <w:tcW w:type="dxa" w:w="2880"/>
          </w:tcPr>
          <w:p>
            <w:r>
              <w:t>5.385e+04</w:t>
            </w:r>
          </w:p>
        </w:tc>
      </w:tr>
      <w:tr>
        <w:tc>
          <w:tcPr>
            <w:tcW w:type="dxa" w:w="2880"/>
          </w:tcPr>
          <w:p>
            <w:r>
              <w:t>2023-01-01</w:t>
            </w:r>
          </w:p>
        </w:tc>
        <w:tc>
          <w:tcPr>
            <w:tcW w:type="dxa" w:w="2880"/>
          </w:tcPr>
          <w:p>
            <w:r>
              <w:t>third-party damage</w:t>
            </w:r>
          </w:p>
        </w:tc>
        <w:tc>
          <w:tcPr>
            <w:tcW w:type="dxa" w:w="2880"/>
          </w:tcPr>
          <w:p>
            <w:r>
              <w:t>0</w:t>
            </w:r>
          </w:p>
        </w:tc>
      </w:tr>
      <w:tr>
        <w:tc>
          <w:tcPr>
            <w:tcW w:type="dxa" w:w="2880"/>
          </w:tcPr>
          <w:p>
            <w:r>
              <w:t>2023-01-01</w:t>
            </w:r>
          </w:p>
        </w:tc>
        <w:tc>
          <w:tcPr>
            <w:tcW w:type="dxa" w:w="2880"/>
          </w:tcPr>
          <w:p>
            <w:r>
              <w:t>equipment</w:t>
            </w:r>
          </w:p>
        </w:tc>
        <w:tc>
          <w:tcPr>
            <w:tcW w:type="dxa" w:w="2880"/>
          </w:tcPr>
          <w:p>
            <w:r>
              <w:t>7,096</w:t>
            </w:r>
          </w:p>
        </w:tc>
      </w:tr>
      <w:tr>
        <w:tc>
          <w:tcPr>
            <w:tcW w:type="dxa" w:w="2880"/>
          </w:tcPr>
          <w:p>
            <w:r>
              <w:t>2023-01-01</w:t>
            </w:r>
          </w:p>
        </w:tc>
        <w:tc>
          <w:tcPr>
            <w:tcW w:type="dxa" w:w="2880"/>
          </w:tcPr>
          <w:p>
            <w:r>
              <w:t>internal corrosion</w:t>
            </w:r>
          </w:p>
        </w:tc>
        <w:tc>
          <w:tcPr>
            <w:tcW w:type="dxa" w:w="2880"/>
          </w:tcPr>
          <w:p>
            <w:r>
              <w:t>0</w:t>
            </w:r>
          </w:p>
        </w:tc>
      </w:tr>
      <w:tr>
        <w:tc>
          <w:tcPr>
            <w:tcW w:type="dxa" w:w="2880"/>
          </w:tcPr>
          <w:p>
            <w:r>
              <w:t>2023-01-01</w:t>
            </w:r>
          </w:p>
        </w:tc>
        <w:tc>
          <w:tcPr>
            <w:tcW w:type="dxa" w:w="2880"/>
          </w:tcPr>
          <w:p>
            <w:r>
              <w:t>weather</w:t>
            </w:r>
          </w:p>
        </w:tc>
        <w:tc>
          <w:tcPr>
            <w:tcW w:type="dxa" w:w="2880"/>
          </w:tcPr>
          <w:p>
            <w:r>
              <w:t>0</w:t>
            </w:r>
          </w:p>
        </w:tc>
      </w:tr>
      <w:tr>
        <w:tc>
          <w:tcPr>
            <w:tcW w:type="dxa" w:w="2880"/>
          </w:tcPr>
          <w:p>
            <w:r>
              <w:t>2024-01-01</w:t>
            </w:r>
          </w:p>
        </w:tc>
        <w:tc>
          <w:tcPr>
            <w:tcW w:type="dxa" w:w="2880"/>
          </w:tcPr>
          <w:p>
            <w:r>
              <w:t>external corrosion</w:t>
            </w:r>
          </w:p>
        </w:tc>
        <w:tc>
          <w:tcPr>
            <w:tcW w:type="dxa" w:w="2880"/>
          </w:tcPr>
          <w:p>
            <w:r>
              <w:t>4.377e+04</w:t>
            </w:r>
          </w:p>
        </w:tc>
      </w:tr>
      <w:tr>
        <w:tc>
          <w:tcPr>
            <w:tcW w:type="dxa" w:w="2880"/>
          </w:tcPr>
          <w:p>
            <w:r>
              <w:t>2024-01-01</w:t>
            </w:r>
          </w:p>
        </w:tc>
        <w:tc>
          <w:tcPr>
            <w:tcW w:type="dxa" w:w="2880"/>
          </w:tcPr>
          <w:p>
            <w:r>
              <w:t>third-party damage</w:t>
            </w:r>
          </w:p>
        </w:tc>
        <w:tc>
          <w:tcPr>
            <w:tcW w:type="dxa" w:w="2880"/>
          </w:tcPr>
          <w:p>
            <w:r>
              <w:t>2.353e+04</w:t>
            </w:r>
          </w:p>
        </w:tc>
      </w:tr>
      <w:tr>
        <w:tc>
          <w:tcPr>
            <w:tcW w:type="dxa" w:w="2880"/>
          </w:tcPr>
          <w:p>
            <w:r>
              <w:t>2024-01-01</w:t>
            </w:r>
          </w:p>
        </w:tc>
        <w:tc>
          <w:tcPr>
            <w:tcW w:type="dxa" w:w="2880"/>
          </w:tcPr>
          <w:p>
            <w:r>
              <w:t>equipment</w:t>
            </w:r>
          </w:p>
        </w:tc>
        <w:tc>
          <w:tcPr>
            <w:tcW w:type="dxa" w:w="2880"/>
          </w:tcPr>
          <w:p>
            <w:r>
              <w:t>7,225</w:t>
            </w:r>
          </w:p>
        </w:tc>
      </w:tr>
      <w:tr>
        <w:tc>
          <w:tcPr>
            <w:tcW w:type="dxa" w:w="2880"/>
          </w:tcPr>
          <w:p>
            <w:r>
              <w:t>2024-01-01</w:t>
            </w:r>
          </w:p>
        </w:tc>
        <w:tc>
          <w:tcPr>
            <w:tcW w:type="dxa" w:w="2880"/>
          </w:tcPr>
          <w:p>
            <w:r>
              <w:t>internal corrosion</w:t>
            </w:r>
          </w:p>
        </w:tc>
        <w:tc>
          <w:tcPr>
            <w:tcW w:type="dxa" w:w="2880"/>
          </w:tcPr>
          <w:p>
            <w:r>
              <w:t>0</w:t>
            </w:r>
          </w:p>
        </w:tc>
      </w:tr>
      <w:tr>
        <w:tc>
          <w:tcPr>
            <w:tcW w:type="dxa" w:w="2880"/>
          </w:tcPr>
          <w:p>
            <w:r>
              <w:t>2024-01-01</w:t>
            </w:r>
          </w:p>
        </w:tc>
        <w:tc>
          <w:tcPr>
            <w:tcW w:type="dxa" w:w="2880"/>
          </w:tcPr>
          <w:p>
            <w:r>
              <w:t>weather</w:t>
            </w:r>
          </w:p>
        </w:tc>
        <w:tc>
          <w:tcPr>
            <w:tcW w:type="dxa" w:w="2880"/>
          </w:tcPr>
          <w:p>
            <w:r>
              <w:t>2.458e+04</w:t>
            </w:r>
          </w:p>
        </w:tc>
      </w:tr>
      <w:tr>
        <w:tc>
          <w:tcPr>
            <w:tcW w:type="dxa" w:w="2880"/>
          </w:tcPr>
          <w:p>
            <w:r>
              <w:t>2025-01-01</w:t>
            </w:r>
          </w:p>
        </w:tc>
        <w:tc>
          <w:tcPr>
            <w:tcW w:type="dxa" w:w="2880"/>
          </w:tcPr>
          <w:p>
            <w:r>
              <w:t>external corrosion</w:t>
            </w:r>
          </w:p>
        </w:tc>
        <w:tc>
          <w:tcPr>
            <w:tcW w:type="dxa" w:w="2880"/>
          </w:tcPr>
          <w:p>
            <w:r>
              <w:t>9.675e+04</w:t>
            </w:r>
          </w:p>
        </w:tc>
      </w:tr>
      <w:tr>
        <w:tc>
          <w:tcPr>
            <w:tcW w:type="dxa" w:w="2880"/>
          </w:tcPr>
          <w:p>
            <w:r>
              <w:t>2025-01-01</w:t>
            </w:r>
          </w:p>
        </w:tc>
        <w:tc>
          <w:tcPr>
            <w:tcW w:type="dxa" w:w="2880"/>
          </w:tcPr>
          <w:p>
            <w:r>
              <w:t>third-party damage</w:t>
            </w:r>
          </w:p>
        </w:tc>
        <w:tc>
          <w:tcPr>
            <w:tcW w:type="dxa" w:w="2880"/>
          </w:tcPr>
          <w:p>
            <w:r>
              <w:t>1.043e+04</w:t>
            </w:r>
          </w:p>
        </w:tc>
      </w:tr>
      <w:tr>
        <w:tc>
          <w:tcPr>
            <w:tcW w:type="dxa" w:w="2880"/>
          </w:tcPr>
          <w:p>
            <w:r>
              <w:t>2025-01-01</w:t>
            </w:r>
          </w:p>
        </w:tc>
        <w:tc>
          <w:tcPr>
            <w:tcW w:type="dxa" w:w="2880"/>
          </w:tcPr>
          <w:p>
            <w:r>
              <w:t>equipment</w:t>
            </w:r>
          </w:p>
        </w:tc>
        <w:tc>
          <w:tcPr>
            <w:tcW w:type="dxa" w:w="2880"/>
          </w:tcPr>
          <w:p>
            <w:r>
              <w:t>4.588e+04</w:t>
            </w:r>
          </w:p>
        </w:tc>
      </w:tr>
      <w:tr>
        <w:tc>
          <w:tcPr>
            <w:tcW w:type="dxa" w:w="2880"/>
          </w:tcPr>
          <w:p>
            <w:r>
              <w:t>2025-01-01</w:t>
            </w:r>
          </w:p>
        </w:tc>
        <w:tc>
          <w:tcPr>
            <w:tcW w:type="dxa" w:w="2880"/>
          </w:tcPr>
          <w:p>
            <w:r>
              <w:t>internal corrosion</w:t>
            </w:r>
          </w:p>
        </w:tc>
        <w:tc>
          <w:tcPr>
            <w:tcW w:type="dxa" w:w="2880"/>
          </w:tcPr>
          <w:p>
            <w:r>
              <w:t>0</w:t>
            </w:r>
          </w:p>
        </w:tc>
      </w:tr>
      <w:tr>
        <w:tc>
          <w:tcPr>
            <w:tcW w:type="dxa" w:w="2880"/>
          </w:tcPr>
          <w:p>
            <w:r>
              <w:t>2025-01-01</w:t>
            </w:r>
          </w:p>
        </w:tc>
        <w:tc>
          <w:tcPr>
            <w:tcW w:type="dxa" w:w="2880"/>
          </w:tcPr>
          <w:p>
            <w:r>
              <w:t>weather</w:t>
            </w:r>
          </w:p>
        </w:tc>
        <w:tc>
          <w:tcPr>
            <w:tcW w:type="dxa" w:w="2880"/>
          </w:tcPr>
          <w:p>
            <w:r>
              <w:t>9,842</w:t>
            </w:r>
          </w:p>
        </w:tc>
      </w:tr>
      <w:tr>
        <w:tc>
          <w:tcPr>
            <w:tcW w:type="dxa" w:w="2880"/>
          </w:tcPr>
          <w:p>
            <w:r>
              <w:t>2026-01-01</w:t>
            </w:r>
          </w:p>
        </w:tc>
        <w:tc>
          <w:tcPr>
            <w:tcW w:type="dxa" w:w="2880"/>
          </w:tcPr>
          <w:p>
            <w:r>
              <w:t>external corrosion</w:t>
            </w:r>
          </w:p>
        </w:tc>
        <w:tc>
          <w:tcPr>
            <w:tcW w:type="dxa" w:w="2880"/>
          </w:tcPr>
          <w:p>
            <w:r>
              <w:t>3.798e+04</w:t>
            </w:r>
          </w:p>
        </w:tc>
      </w:tr>
      <w:tr>
        <w:tc>
          <w:tcPr>
            <w:tcW w:type="dxa" w:w="2880"/>
          </w:tcPr>
          <w:p>
            <w:r>
              <w:t>2026-01-01</w:t>
            </w:r>
          </w:p>
        </w:tc>
        <w:tc>
          <w:tcPr>
            <w:tcW w:type="dxa" w:w="2880"/>
          </w:tcPr>
          <w:p>
            <w:r>
              <w:t>third-party damage</w:t>
            </w:r>
          </w:p>
        </w:tc>
        <w:tc>
          <w:tcPr>
            <w:tcW w:type="dxa" w:w="2880"/>
          </w:tcPr>
          <w:p>
            <w:r>
              <w:t>0</w:t>
            </w:r>
          </w:p>
        </w:tc>
      </w:tr>
      <w:tr>
        <w:tc>
          <w:tcPr>
            <w:tcW w:type="dxa" w:w="2880"/>
          </w:tcPr>
          <w:p>
            <w:r>
              <w:t>2026-01-01</w:t>
            </w:r>
          </w:p>
        </w:tc>
        <w:tc>
          <w:tcPr>
            <w:tcW w:type="dxa" w:w="2880"/>
          </w:tcPr>
          <w:p>
            <w:r>
              <w:t>equipment</w:t>
            </w:r>
          </w:p>
        </w:tc>
        <w:tc>
          <w:tcPr>
            <w:tcW w:type="dxa" w:w="2880"/>
          </w:tcPr>
          <w:p>
            <w:r>
              <w:t>6,176</w:t>
            </w:r>
          </w:p>
        </w:tc>
      </w:tr>
      <w:tr>
        <w:tc>
          <w:tcPr>
            <w:tcW w:type="dxa" w:w="2880"/>
          </w:tcPr>
          <w:p>
            <w:r>
              <w:t>2026-01-01</w:t>
            </w:r>
          </w:p>
        </w:tc>
        <w:tc>
          <w:tcPr>
            <w:tcW w:type="dxa" w:w="2880"/>
          </w:tcPr>
          <w:p>
            <w:r>
              <w:t>internal corrosion</w:t>
            </w:r>
          </w:p>
        </w:tc>
        <w:tc>
          <w:tcPr>
            <w:tcW w:type="dxa" w:w="2880"/>
          </w:tcPr>
          <w:p>
            <w:r>
              <w:t>2.427e+04</w:t>
            </w:r>
          </w:p>
        </w:tc>
      </w:tr>
      <w:tr>
        <w:tc>
          <w:tcPr>
            <w:tcW w:type="dxa" w:w="2880"/>
          </w:tcPr>
          <w:p>
            <w:r>
              <w:t>2026-01-01</w:t>
            </w:r>
          </w:p>
        </w:tc>
        <w:tc>
          <w:tcPr>
            <w:tcW w:type="dxa" w:w="2880"/>
          </w:tcPr>
          <w:p>
            <w:r>
              <w:t>weather</w:t>
            </w:r>
          </w:p>
        </w:tc>
        <w:tc>
          <w:tcPr>
            <w:tcW w:type="dxa" w:w="2880"/>
          </w:tcPr>
          <w:p>
            <w:r>
              <w:t>0</w:t>
            </w:r>
          </w:p>
        </w:tc>
      </w:tr>
    </w:tbl>
    <w:p/>
    <w:p>
      <w:pPr>
        <w:pStyle w:val="Heading2"/>
      </w:pPr>
      <w:r>
        <w:t>Figure 24. Cathodic protection readings over time (date) [69]</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2023-10-01</w:t>
            </w:r>
          </w:p>
        </w:tc>
        <w:tc>
          <w:tcPr>
            <w:tcW w:type="dxa" w:w="4320"/>
          </w:tcPr>
          <w:p>
            <w:r>
              <w:t>14</w:t>
            </w:r>
          </w:p>
        </w:tc>
      </w:tr>
      <w:tr>
        <w:tc>
          <w:tcPr>
            <w:tcW w:type="dxa" w:w="4320"/>
          </w:tcPr>
          <w:p>
            <w:r>
              <w:t>2023-11-01</w:t>
            </w:r>
          </w:p>
        </w:tc>
        <w:tc>
          <w:tcPr>
            <w:tcW w:type="dxa" w:w="4320"/>
          </w:tcPr>
          <w:p>
            <w:r>
              <w:t>0</w:t>
            </w:r>
          </w:p>
        </w:tc>
      </w:tr>
      <w:tr>
        <w:tc>
          <w:tcPr>
            <w:tcW w:type="dxa" w:w="4320"/>
          </w:tcPr>
          <w:p>
            <w:r>
              <w:t>2023-12-01</w:t>
            </w:r>
          </w:p>
        </w:tc>
        <w:tc>
          <w:tcPr>
            <w:tcW w:type="dxa" w:w="4320"/>
          </w:tcPr>
          <w:p>
            <w:r>
              <w:t>14</w:t>
            </w:r>
          </w:p>
        </w:tc>
      </w:tr>
      <w:tr>
        <w:tc>
          <w:tcPr>
            <w:tcW w:type="dxa" w:w="4320"/>
          </w:tcPr>
          <w:p>
            <w:r>
              <w:t>2024-01-01</w:t>
            </w:r>
          </w:p>
        </w:tc>
        <w:tc>
          <w:tcPr>
            <w:tcW w:type="dxa" w:w="4320"/>
          </w:tcPr>
          <w:p>
            <w:r>
              <w:t>0</w:t>
            </w:r>
          </w:p>
        </w:tc>
      </w:tr>
      <w:tr>
        <w:tc>
          <w:tcPr>
            <w:tcW w:type="dxa" w:w="4320"/>
          </w:tcPr>
          <w:p>
            <w:r>
              <w:t>2024-02-01</w:t>
            </w:r>
          </w:p>
        </w:tc>
        <w:tc>
          <w:tcPr>
            <w:tcW w:type="dxa" w:w="4320"/>
          </w:tcPr>
          <w:p>
            <w:r>
              <w:t>0</w:t>
            </w:r>
          </w:p>
        </w:tc>
      </w:tr>
      <w:tr>
        <w:tc>
          <w:tcPr>
            <w:tcW w:type="dxa" w:w="4320"/>
          </w:tcPr>
          <w:p>
            <w:r>
              <w:t>2024-03-01</w:t>
            </w:r>
          </w:p>
        </w:tc>
        <w:tc>
          <w:tcPr>
            <w:tcW w:type="dxa" w:w="4320"/>
          </w:tcPr>
          <w:p>
            <w:r>
              <w:t>14</w:t>
            </w:r>
          </w:p>
        </w:tc>
      </w:tr>
      <w:tr>
        <w:tc>
          <w:tcPr>
            <w:tcW w:type="dxa" w:w="4320"/>
          </w:tcPr>
          <w:p>
            <w:r>
              <w:t>2024-04-01</w:t>
            </w:r>
          </w:p>
        </w:tc>
        <w:tc>
          <w:tcPr>
            <w:tcW w:type="dxa" w:w="4320"/>
          </w:tcPr>
          <w:p>
            <w:r>
              <w:t>0</w:t>
            </w:r>
          </w:p>
        </w:tc>
      </w:tr>
      <w:tr>
        <w:tc>
          <w:tcPr>
            <w:tcW w:type="dxa" w:w="4320"/>
          </w:tcPr>
          <w:p>
            <w:r>
              <w:t>2024-05-01</w:t>
            </w:r>
          </w:p>
        </w:tc>
        <w:tc>
          <w:tcPr>
            <w:tcW w:type="dxa" w:w="4320"/>
          </w:tcPr>
          <w:p>
            <w:r>
              <w:t>0</w:t>
            </w:r>
          </w:p>
        </w:tc>
      </w:tr>
      <w:tr>
        <w:tc>
          <w:tcPr>
            <w:tcW w:type="dxa" w:w="4320"/>
          </w:tcPr>
          <w:p>
            <w:r>
              <w:t>2024-06-01</w:t>
            </w:r>
          </w:p>
        </w:tc>
        <w:tc>
          <w:tcPr>
            <w:tcW w:type="dxa" w:w="4320"/>
          </w:tcPr>
          <w:p>
            <w:r>
              <w:t>14</w:t>
            </w:r>
          </w:p>
        </w:tc>
      </w:tr>
      <w:tr>
        <w:tc>
          <w:tcPr>
            <w:tcW w:type="dxa" w:w="4320"/>
          </w:tcPr>
          <w:p>
            <w:r>
              <w:t>2024-07-01</w:t>
            </w:r>
          </w:p>
        </w:tc>
        <w:tc>
          <w:tcPr>
            <w:tcW w:type="dxa" w:w="4320"/>
          </w:tcPr>
          <w:p>
            <w:r>
              <w:t>0</w:t>
            </w:r>
          </w:p>
        </w:tc>
      </w:tr>
      <w:tr>
        <w:tc>
          <w:tcPr>
            <w:tcW w:type="dxa" w:w="4320"/>
          </w:tcPr>
          <w:p>
            <w:r>
              <w:t>2024-08-01</w:t>
            </w:r>
          </w:p>
        </w:tc>
        <w:tc>
          <w:tcPr>
            <w:tcW w:type="dxa" w:w="4320"/>
          </w:tcPr>
          <w:p>
            <w:r>
              <w:t>0</w:t>
            </w:r>
          </w:p>
        </w:tc>
      </w:tr>
      <w:tr>
        <w:tc>
          <w:tcPr>
            <w:tcW w:type="dxa" w:w="4320"/>
          </w:tcPr>
          <w:p>
            <w:r>
              <w:t>2024-09-01</w:t>
            </w:r>
          </w:p>
        </w:tc>
        <w:tc>
          <w:tcPr>
            <w:tcW w:type="dxa" w:w="4320"/>
          </w:tcPr>
          <w:p>
            <w:r>
              <w:t>14</w:t>
            </w:r>
          </w:p>
        </w:tc>
      </w:tr>
      <w:tr>
        <w:tc>
          <w:tcPr>
            <w:tcW w:type="dxa" w:w="4320"/>
          </w:tcPr>
          <w:p>
            <w:r>
              <w:t>2024-10-01</w:t>
            </w:r>
          </w:p>
        </w:tc>
        <w:tc>
          <w:tcPr>
            <w:tcW w:type="dxa" w:w="4320"/>
          </w:tcPr>
          <w:p>
            <w:r>
              <w:t>0</w:t>
            </w:r>
          </w:p>
        </w:tc>
      </w:tr>
      <w:tr>
        <w:tc>
          <w:tcPr>
            <w:tcW w:type="dxa" w:w="4320"/>
          </w:tcPr>
          <w:p>
            <w:r>
              <w:t>2024-11-01</w:t>
            </w:r>
          </w:p>
        </w:tc>
        <w:tc>
          <w:tcPr>
            <w:tcW w:type="dxa" w:w="4320"/>
          </w:tcPr>
          <w:p>
            <w:r>
              <w:t>0</w:t>
            </w:r>
          </w:p>
        </w:tc>
      </w:tr>
      <w:tr>
        <w:tc>
          <w:tcPr>
            <w:tcW w:type="dxa" w:w="4320"/>
          </w:tcPr>
          <w:p>
            <w:r>
              <w:t>2024-12-01</w:t>
            </w:r>
          </w:p>
        </w:tc>
        <w:tc>
          <w:tcPr>
            <w:tcW w:type="dxa" w:w="4320"/>
          </w:tcPr>
          <w:p>
            <w:r>
              <w:t>14</w:t>
            </w:r>
          </w:p>
        </w:tc>
      </w:tr>
      <w:tr>
        <w:tc>
          <w:tcPr>
            <w:tcW w:type="dxa" w:w="4320"/>
          </w:tcPr>
          <w:p>
            <w:r>
              <w:t>2025-01-01</w:t>
            </w:r>
          </w:p>
        </w:tc>
        <w:tc>
          <w:tcPr>
            <w:tcW w:type="dxa" w:w="4320"/>
          </w:tcPr>
          <w:p>
            <w:r>
              <w:t>0</w:t>
            </w:r>
          </w:p>
        </w:tc>
      </w:tr>
      <w:tr>
        <w:tc>
          <w:tcPr>
            <w:tcW w:type="dxa" w:w="4320"/>
          </w:tcPr>
          <w:p>
            <w:r>
              <w:t>2025-02-01</w:t>
            </w:r>
          </w:p>
        </w:tc>
        <w:tc>
          <w:tcPr>
            <w:tcW w:type="dxa" w:w="4320"/>
          </w:tcPr>
          <w:p>
            <w:r>
              <w:t>0</w:t>
            </w:r>
          </w:p>
        </w:tc>
      </w:tr>
      <w:tr>
        <w:tc>
          <w:tcPr>
            <w:tcW w:type="dxa" w:w="4320"/>
          </w:tcPr>
          <w:p>
            <w:r>
              <w:t>2025-03-01</w:t>
            </w:r>
          </w:p>
        </w:tc>
        <w:tc>
          <w:tcPr>
            <w:tcW w:type="dxa" w:w="4320"/>
          </w:tcPr>
          <w:p>
            <w:r>
              <w:t>14</w:t>
            </w:r>
          </w:p>
        </w:tc>
      </w:tr>
      <w:tr>
        <w:tc>
          <w:tcPr>
            <w:tcW w:type="dxa" w:w="4320"/>
          </w:tcPr>
          <w:p>
            <w:r>
              <w:t>2025-04-01</w:t>
            </w:r>
          </w:p>
        </w:tc>
        <w:tc>
          <w:tcPr>
            <w:tcW w:type="dxa" w:w="4320"/>
          </w:tcPr>
          <w:p>
            <w:r>
              <w:t>0</w:t>
            </w:r>
          </w:p>
        </w:tc>
      </w:tr>
      <w:tr>
        <w:tc>
          <w:tcPr>
            <w:tcW w:type="dxa" w:w="4320"/>
          </w:tcPr>
          <w:p>
            <w:r>
              <w:t>2025-05-01</w:t>
            </w:r>
          </w:p>
        </w:tc>
        <w:tc>
          <w:tcPr>
            <w:tcW w:type="dxa" w:w="4320"/>
          </w:tcPr>
          <w:p>
            <w:r>
              <w:t>0</w:t>
            </w:r>
          </w:p>
        </w:tc>
      </w:tr>
      <w:tr>
        <w:tc>
          <w:tcPr>
            <w:tcW w:type="dxa" w:w="4320"/>
          </w:tcPr>
          <w:p>
            <w:r>
              <w:t>2025-06-01</w:t>
            </w:r>
          </w:p>
        </w:tc>
        <w:tc>
          <w:tcPr>
            <w:tcW w:type="dxa" w:w="4320"/>
          </w:tcPr>
          <w:p>
            <w:r>
              <w:t>14</w:t>
            </w:r>
          </w:p>
        </w:tc>
      </w:tr>
      <w:tr>
        <w:tc>
          <w:tcPr>
            <w:tcW w:type="dxa" w:w="4320"/>
          </w:tcPr>
          <w:p>
            <w:r>
              <w:t>2025-07-01</w:t>
            </w:r>
          </w:p>
        </w:tc>
        <w:tc>
          <w:tcPr>
            <w:tcW w:type="dxa" w:w="4320"/>
          </w:tcPr>
          <w:p>
            <w:r>
              <w:t>0</w:t>
            </w:r>
          </w:p>
        </w:tc>
      </w:tr>
      <w:tr>
        <w:tc>
          <w:tcPr>
            <w:tcW w:type="dxa" w:w="4320"/>
          </w:tcPr>
          <w:p>
            <w:r>
              <w:t>2025-08-01</w:t>
            </w:r>
          </w:p>
        </w:tc>
        <w:tc>
          <w:tcPr>
            <w:tcW w:type="dxa" w:w="4320"/>
          </w:tcPr>
          <w:p>
            <w:r>
              <w:t>0</w:t>
            </w:r>
          </w:p>
        </w:tc>
      </w:tr>
      <w:tr>
        <w:tc>
          <w:tcPr>
            <w:tcW w:type="dxa" w:w="4320"/>
          </w:tcPr>
          <w:p>
            <w:r>
              <w:t>2025-09-01</w:t>
            </w:r>
          </w:p>
        </w:tc>
        <w:tc>
          <w:tcPr>
            <w:tcW w:type="dxa" w:w="4320"/>
          </w:tcPr>
          <w:p>
            <w:r>
              <w:t>14</w:t>
            </w:r>
          </w:p>
        </w:tc>
      </w:tr>
      <w:tr>
        <w:tc>
          <w:tcPr>
            <w:tcW w:type="dxa" w:w="4320"/>
          </w:tcPr>
          <w:p>
            <w:r>
              <w:t>2025-10-01</w:t>
            </w:r>
          </w:p>
        </w:tc>
        <w:tc>
          <w:tcPr>
            <w:tcW w:type="dxa" w:w="4320"/>
          </w:tcPr>
          <w:p>
            <w:r>
              <w:t>0</w:t>
            </w:r>
          </w:p>
        </w:tc>
      </w:tr>
      <w:tr>
        <w:tc>
          <w:tcPr>
            <w:tcW w:type="dxa" w:w="4320"/>
          </w:tcPr>
          <w:p>
            <w:r>
              <w:t>2025-11-01</w:t>
            </w:r>
          </w:p>
        </w:tc>
        <w:tc>
          <w:tcPr>
            <w:tcW w:type="dxa" w:w="4320"/>
          </w:tcPr>
          <w:p>
            <w:r>
              <w:t>0</w:t>
            </w:r>
          </w:p>
        </w:tc>
      </w:tr>
      <w:tr>
        <w:tc>
          <w:tcPr>
            <w:tcW w:type="dxa" w:w="4320"/>
          </w:tcPr>
          <w:p>
            <w:r>
              <w:t>2025-12-01</w:t>
            </w:r>
          </w:p>
        </w:tc>
        <w:tc>
          <w:tcPr>
            <w:tcW w:type="dxa" w:w="4320"/>
          </w:tcPr>
          <w:p>
            <w:r>
              <w:t>14</w:t>
            </w:r>
          </w:p>
        </w:tc>
      </w:tr>
      <w:tr>
        <w:tc>
          <w:tcPr>
            <w:tcW w:type="dxa" w:w="4320"/>
          </w:tcPr>
          <w:p>
            <w:r>
              <w:t>2026-01-01</w:t>
            </w:r>
          </w:p>
        </w:tc>
        <w:tc>
          <w:tcPr>
            <w:tcW w:type="dxa" w:w="4320"/>
          </w:tcPr>
          <w:p>
            <w:r>
              <w:t>0</w:t>
            </w:r>
          </w:p>
        </w:tc>
      </w:tr>
      <w:tr>
        <w:tc>
          <w:tcPr>
            <w:tcW w:type="dxa" w:w="4320"/>
          </w:tcPr>
          <w:p>
            <w:r>
              <w:t>2026-02-01</w:t>
            </w:r>
          </w:p>
        </w:tc>
        <w:tc>
          <w:tcPr>
            <w:tcW w:type="dxa" w:w="4320"/>
          </w:tcPr>
          <w:p>
            <w:r>
              <w:t>0</w:t>
            </w:r>
          </w:p>
        </w:tc>
      </w:tr>
      <w:tr>
        <w:tc>
          <w:tcPr>
            <w:tcW w:type="dxa" w:w="4320"/>
          </w:tcPr>
          <w:p>
            <w:r>
              <w:t>2026-03-01</w:t>
            </w:r>
          </w:p>
        </w:tc>
        <w:tc>
          <w:tcPr>
            <w:tcW w:type="dxa" w:w="4320"/>
          </w:tcPr>
          <w:p>
            <w:r>
              <w:t>14</w:t>
            </w:r>
          </w:p>
        </w:tc>
      </w:tr>
      <w:tr>
        <w:tc>
          <w:tcPr>
            <w:tcW w:type="dxa" w:w="4320"/>
          </w:tcPr>
          <w:p>
            <w:r>
              <w:t>2026-04-01</w:t>
            </w:r>
          </w:p>
        </w:tc>
        <w:tc>
          <w:tcPr>
            <w:tcW w:type="dxa" w:w="4320"/>
          </w:tcPr>
          <w:p>
            <w:r>
              <w:t>0</w:t>
            </w:r>
          </w:p>
        </w:tc>
      </w:tr>
      <w:tr>
        <w:tc>
          <w:tcPr>
            <w:tcW w:type="dxa" w:w="4320"/>
          </w:tcPr>
          <w:p>
            <w:r>
              <w:t>2026-05-01</w:t>
            </w:r>
          </w:p>
        </w:tc>
        <w:tc>
          <w:tcPr>
            <w:tcW w:type="dxa" w:w="4320"/>
          </w:tcPr>
          <w:p>
            <w:r>
              <w:t>0</w:t>
            </w:r>
          </w:p>
        </w:tc>
      </w:tr>
      <w:tr>
        <w:tc>
          <w:tcPr>
            <w:tcW w:type="dxa" w:w="4320"/>
          </w:tcPr>
          <w:p>
            <w:r>
              <w:t>2026-06-01</w:t>
            </w:r>
          </w:p>
        </w:tc>
        <w:tc>
          <w:tcPr>
            <w:tcW w:type="dxa" w:w="4320"/>
          </w:tcPr>
          <w:p>
            <w:r>
              <w:t>14</w:t>
            </w:r>
          </w:p>
        </w:tc>
      </w:tr>
    </w:tbl>
    <w:p/>
    <w:p>
      <w:pPr>
        <w:pStyle w:val="Heading2"/>
      </w:pPr>
      <w:r>
        <w:t>Figure 25. Segment operating limits over time (last_hydrotest_year) [70]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1,100</w:t>
            </w:r>
          </w:p>
        </w:tc>
        <w:tc>
          <w:tcPr>
            <w:tcW w:type="dxa" w:w="2880"/>
          </w:tcPr>
          <w:p>
            <w:r>
              <w:t>1,142</w:t>
            </w:r>
          </w:p>
        </w:tc>
        <w:tc>
          <w:tcPr>
            <w:tcW w:type="dxa" w:w="2880"/>
          </w:tcPr>
          <w:p>
            <w:r>
              <w:t>36</w:t>
            </w:r>
          </w:p>
        </w:tc>
      </w:tr>
      <w:tr>
        <w:tc>
          <w:tcPr>
            <w:tcW w:type="dxa" w:w="2880"/>
          </w:tcPr>
          <w:p>
            <w:r>
              <w:t>1,142</w:t>
            </w:r>
          </w:p>
        </w:tc>
        <w:tc>
          <w:tcPr>
            <w:tcW w:type="dxa" w:w="2880"/>
          </w:tcPr>
          <w:p>
            <w:r>
              <w:t>1,185</w:t>
            </w:r>
          </w:p>
        </w:tc>
        <w:tc>
          <w:tcPr>
            <w:tcW w:type="dxa" w:w="2880"/>
          </w:tcPr>
          <w:p>
            <w:r>
              <w:t>0</w:t>
            </w:r>
          </w:p>
        </w:tc>
      </w:tr>
      <w:tr>
        <w:tc>
          <w:tcPr>
            <w:tcW w:type="dxa" w:w="2880"/>
          </w:tcPr>
          <w:p>
            <w:r>
              <w:t>1,185</w:t>
            </w:r>
          </w:p>
        </w:tc>
        <w:tc>
          <w:tcPr>
            <w:tcW w:type="dxa" w:w="2880"/>
          </w:tcPr>
          <w:p>
            <w:r>
              <w:t>1,228</w:t>
            </w:r>
          </w:p>
        </w:tc>
        <w:tc>
          <w:tcPr>
            <w:tcW w:type="dxa" w:w="2880"/>
          </w:tcPr>
          <w:p>
            <w:r>
              <w:t>0</w:t>
            </w:r>
          </w:p>
        </w:tc>
      </w:tr>
      <w:tr>
        <w:tc>
          <w:tcPr>
            <w:tcW w:type="dxa" w:w="2880"/>
          </w:tcPr>
          <w:p>
            <w:r>
              <w:t>1,228</w:t>
            </w:r>
          </w:p>
        </w:tc>
        <w:tc>
          <w:tcPr>
            <w:tcW w:type="dxa" w:w="2880"/>
          </w:tcPr>
          <w:p>
            <w:r>
              <w:t>1,270</w:t>
            </w:r>
          </w:p>
        </w:tc>
        <w:tc>
          <w:tcPr>
            <w:tcW w:type="dxa" w:w="2880"/>
          </w:tcPr>
          <w:p>
            <w:r>
              <w:t>36</w:t>
            </w:r>
          </w:p>
        </w:tc>
      </w:tr>
      <w:tr>
        <w:tc>
          <w:tcPr>
            <w:tcW w:type="dxa" w:w="2880"/>
          </w:tcPr>
          <w:p>
            <w:r>
              <w:t>1,270</w:t>
            </w:r>
          </w:p>
        </w:tc>
        <w:tc>
          <w:tcPr>
            <w:tcW w:type="dxa" w:w="2880"/>
          </w:tcPr>
          <w:p>
            <w:r>
              <w:t>1,312</w:t>
            </w:r>
          </w:p>
        </w:tc>
        <w:tc>
          <w:tcPr>
            <w:tcW w:type="dxa" w:w="2880"/>
          </w:tcPr>
          <w:p>
            <w:r>
              <w:t>0</w:t>
            </w:r>
          </w:p>
        </w:tc>
      </w:tr>
      <w:tr>
        <w:tc>
          <w:tcPr>
            <w:tcW w:type="dxa" w:w="2880"/>
          </w:tcPr>
          <w:p>
            <w:r>
              <w:t>1,312</w:t>
            </w:r>
          </w:p>
        </w:tc>
        <w:tc>
          <w:tcPr>
            <w:tcW w:type="dxa" w:w="2880"/>
          </w:tcPr>
          <w:p>
            <w:r>
              <w:t>1,355</w:t>
            </w:r>
          </w:p>
        </w:tc>
        <w:tc>
          <w:tcPr>
            <w:tcW w:type="dxa" w:w="2880"/>
          </w:tcPr>
          <w:p>
            <w:r>
              <w:t>0</w:t>
            </w:r>
          </w:p>
        </w:tc>
      </w:tr>
      <w:tr>
        <w:tc>
          <w:tcPr>
            <w:tcW w:type="dxa" w:w="2880"/>
          </w:tcPr>
          <w:p>
            <w:r>
              <w:t>1,355</w:t>
            </w:r>
          </w:p>
        </w:tc>
        <w:tc>
          <w:tcPr>
            <w:tcW w:type="dxa" w:w="2880"/>
          </w:tcPr>
          <w:p>
            <w:r>
              <w:t>1,398</w:t>
            </w:r>
          </w:p>
        </w:tc>
        <w:tc>
          <w:tcPr>
            <w:tcW w:type="dxa" w:w="2880"/>
          </w:tcPr>
          <w:p>
            <w:r>
              <w:t>0</w:t>
            </w:r>
          </w:p>
        </w:tc>
      </w:tr>
      <w:tr>
        <w:tc>
          <w:tcPr>
            <w:tcW w:type="dxa" w:w="2880"/>
          </w:tcPr>
          <w:p>
            <w:r>
              <w:t>1,398</w:t>
            </w:r>
          </w:p>
        </w:tc>
        <w:tc>
          <w:tcPr>
            <w:tcW w:type="dxa" w:w="2880"/>
          </w:tcPr>
          <w:p>
            <w:r>
              <w:t>1,440</w:t>
            </w:r>
          </w:p>
        </w:tc>
        <w:tc>
          <w:tcPr>
            <w:tcW w:type="dxa" w:w="2880"/>
          </w:tcPr>
          <w:p>
            <w:r>
              <w:t>27</w:t>
            </w:r>
          </w:p>
        </w:tc>
      </w:tr>
    </w:tbl>
    <w:p/>
    <w:p>
      <w:pPr>
        <w:pStyle w:val="Heading2"/>
      </w:pPr>
      <w:r>
        <w:t>Figure 26. Emerging hot spots: Incidents [71]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-0.811</w:t>
            </w:r>
          </w:p>
        </w:tc>
        <w:tc>
          <w:tcPr>
            <w:tcW w:type="dxa" w:w="2880"/>
          </w:tcPr>
          <w:p>
            <w:r>
              <w:t>-0.3204</w:t>
            </w:r>
          </w:p>
        </w:tc>
        <w:tc>
          <w:tcPr>
            <w:tcW w:type="dxa" w:w="2880"/>
          </w:tcPr>
          <w:p>
            <w:r>
              <w:t>3</w:t>
            </w:r>
          </w:p>
        </w:tc>
      </w:tr>
      <w:tr>
        <w:tc>
          <w:tcPr>
            <w:tcW w:type="dxa" w:w="2880"/>
          </w:tcPr>
          <w:p>
            <w:r>
              <w:t>-0.3204</w:t>
            </w:r>
          </w:p>
        </w:tc>
        <w:tc>
          <w:tcPr>
            <w:tcW w:type="dxa" w:w="2880"/>
          </w:tcPr>
          <w:p>
            <w:r>
              <w:t>0.1702</w:t>
            </w:r>
          </w:p>
        </w:tc>
        <w:tc>
          <w:tcPr>
            <w:tcW w:type="dxa" w:w="2880"/>
          </w:tcPr>
          <w:p>
            <w:r>
              <w:t>3</w:t>
            </w:r>
          </w:p>
        </w:tc>
      </w:tr>
      <w:tr>
        <w:tc>
          <w:tcPr>
            <w:tcW w:type="dxa" w:w="2880"/>
          </w:tcPr>
          <w:p>
            <w:r>
              <w:t>0.1702</w:t>
            </w:r>
          </w:p>
        </w:tc>
        <w:tc>
          <w:tcPr>
            <w:tcW w:type="dxa" w:w="2880"/>
          </w:tcPr>
          <w:p>
            <w:r>
              <w:t>0.6608</w:t>
            </w:r>
          </w:p>
        </w:tc>
        <w:tc>
          <w:tcPr>
            <w:tcW w:type="dxa" w:w="2880"/>
          </w:tcPr>
          <w:p>
            <w:r>
              <w:t>0</w:t>
            </w:r>
          </w:p>
        </w:tc>
      </w:tr>
      <w:tr>
        <w:tc>
          <w:tcPr>
            <w:tcW w:type="dxa" w:w="2880"/>
          </w:tcPr>
          <w:p>
            <w:r>
              <w:t>0.6608</w:t>
            </w:r>
          </w:p>
        </w:tc>
        <w:tc>
          <w:tcPr>
            <w:tcW w:type="dxa" w:w="2880"/>
          </w:tcPr>
          <w:p>
            <w:r>
              <w:t>1.151</w:t>
            </w:r>
          </w:p>
        </w:tc>
        <w:tc>
          <w:tcPr>
            <w:tcW w:type="dxa" w:w="2880"/>
          </w:tcPr>
          <w:p>
            <w:r>
              <w:t>0</w:t>
            </w:r>
          </w:p>
        </w:tc>
      </w:tr>
      <w:tr>
        <w:tc>
          <w:tcPr>
            <w:tcW w:type="dxa" w:w="2880"/>
          </w:tcPr>
          <w:p>
            <w:r>
              <w:t>1.151</w:t>
            </w:r>
          </w:p>
        </w:tc>
        <w:tc>
          <w:tcPr>
            <w:tcW w:type="dxa" w:w="2880"/>
          </w:tcPr>
          <w:p>
            <w:r>
              <w:t>1.642</w:t>
            </w:r>
          </w:p>
        </w:tc>
        <w:tc>
          <w:tcPr>
            <w:tcW w:type="dxa" w:w="2880"/>
          </w:tcPr>
          <w:p>
            <w:r>
              <w:t>7</w:t>
            </w:r>
          </w:p>
        </w:tc>
      </w:tr>
    </w:tbl>
    <w:p/>
    <w:p>
      <w:pPr>
        <w:pStyle w:val="Heading2"/>
      </w:pPr>
      <w:r>
        <w:t>Figure 27. Emerging hot spots: In-line inspection anomalies [72]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-0.151</w:t>
            </w:r>
          </w:p>
        </w:tc>
        <w:tc>
          <w:tcPr>
            <w:tcW w:type="dxa" w:w="2880"/>
          </w:tcPr>
          <w:p>
            <w:r>
              <w:t>2.691</w:t>
            </w:r>
          </w:p>
        </w:tc>
        <w:tc>
          <w:tcPr>
            <w:tcW w:type="dxa" w:w="2880"/>
          </w:tcPr>
          <w:p>
            <w:r>
              <w:t>13</w:t>
            </w:r>
          </w:p>
        </w:tc>
      </w:tr>
      <w:tr>
        <w:tc>
          <w:tcPr>
            <w:tcW w:type="dxa" w:w="2880"/>
          </w:tcPr>
          <w:p>
            <w:r>
              <w:t>2.691</w:t>
            </w:r>
          </w:p>
        </w:tc>
        <w:tc>
          <w:tcPr>
            <w:tcW w:type="dxa" w:w="2880"/>
          </w:tcPr>
          <w:p>
            <w:r>
              <w:t>5.532</w:t>
            </w:r>
          </w:p>
        </w:tc>
        <w:tc>
          <w:tcPr>
            <w:tcW w:type="dxa" w:w="2880"/>
          </w:tcPr>
          <w:p>
            <w:r>
              <w:t>16</w:t>
            </w:r>
          </w:p>
        </w:tc>
      </w:tr>
      <w:tr>
        <w:tc>
          <w:tcPr>
            <w:tcW w:type="dxa" w:w="2880"/>
          </w:tcPr>
          <w:p>
            <w:r>
              <w:t>5.532</w:t>
            </w:r>
          </w:p>
        </w:tc>
        <w:tc>
          <w:tcPr>
            <w:tcW w:type="dxa" w:w="2880"/>
          </w:tcPr>
          <w:p>
            <w:r>
              <w:t>8.374</w:t>
            </w:r>
          </w:p>
        </w:tc>
        <w:tc>
          <w:tcPr>
            <w:tcW w:type="dxa" w:w="2880"/>
          </w:tcPr>
          <w:p>
            <w:r>
              <w:t>11</w:t>
            </w:r>
          </w:p>
        </w:tc>
      </w:tr>
      <w:tr>
        <w:tc>
          <w:tcPr>
            <w:tcW w:type="dxa" w:w="2880"/>
          </w:tcPr>
          <w:p>
            <w:r>
              <w:t>8.374</w:t>
            </w:r>
          </w:p>
        </w:tc>
        <w:tc>
          <w:tcPr>
            <w:tcW w:type="dxa" w:w="2880"/>
          </w:tcPr>
          <w:p>
            <w:r>
              <w:t>11.22</w:t>
            </w:r>
          </w:p>
        </w:tc>
        <w:tc>
          <w:tcPr>
            <w:tcW w:type="dxa" w:w="2880"/>
          </w:tcPr>
          <w:p>
            <w:r>
              <w:t>3</w:t>
            </w:r>
          </w:p>
        </w:tc>
      </w:tr>
      <w:tr>
        <w:tc>
          <w:tcPr>
            <w:tcW w:type="dxa" w:w="2880"/>
          </w:tcPr>
          <w:p>
            <w:r>
              <w:t>11.22</w:t>
            </w:r>
          </w:p>
        </w:tc>
        <w:tc>
          <w:tcPr>
            <w:tcW w:type="dxa" w:w="2880"/>
          </w:tcPr>
          <w:p>
            <w:r>
              <w:t>14.06</w:t>
            </w:r>
          </w:p>
        </w:tc>
        <w:tc>
          <w:tcPr>
            <w:tcW w:type="dxa" w:w="2880"/>
          </w:tcPr>
          <w:p>
            <w:r>
              <w:t>5</w:t>
            </w:r>
          </w:p>
        </w:tc>
      </w:tr>
      <w:tr>
        <w:tc>
          <w:tcPr>
            <w:tcW w:type="dxa" w:w="2880"/>
          </w:tcPr>
          <w:p>
            <w:r>
              <w:t>14.06</w:t>
            </w:r>
          </w:p>
        </w:tc>
        <w:tc>
          <w:tcPr>
            <w:tcW w:type="dxa" w:w="2880"/>
          </w:tcPr>
          <w:p>
            <w:r>
              <w:t>16.9</w:t>
            </w:r>
          </w:p>
        </w:tc>
        <w:tc>
          <w:tcPr>
            <w:tcW w:type="dxa" w:w="2880"/>
          </w:tcPr>
          <w:p>
            <w:r>
              <w:t>6</w:t>
            </w:r>
          </w:p>
        </w:tc>
      </w:tr>
      <w:tr>
        <w:tc>
          <w:tcPr>
            <w:tcW w:type="dxa" w:w="2880"/>
          </w:tcPr>
          <w:p>
            <w:r>
              <w:t>16.9</w:t>
            </w:r>
          </w:p>
        </w:tc>
        <w:tc>
          <w:tcPr>
            <w:tcW w:type="dxa" w:w="2880"/>
          </w:tcPr>
          <w:p>
            <w:r>
              <w:t>19.74</w:t>
            </w:r>
          </w:p>
        </w:tc>
        <w:tc>
          <w:tcPr>
            <w:tcW w:type="dxa" w:w="2880"/>
          </w:tcPr>
          <w:p>
            <w:r>
              <w:t>2</w:t>
            </w:r>
          </w:p>
        </w:tc>
      </w:tr>
    </w:tbl>
    <w:p/>
    <w:p>
      <w:pPr>
        <w:pStyle w:val="Heading2"/>
      </w:pPr>
      <w:r>
        <w:t>Figure 28. Hot spot analysis: Incidents [73]</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-5.5</w:t>
            </w:r>
          </w:p>
        </w:tc>
        <w:tc>
          <w:tcPr>
            <w:tcW w:type="dxa" w:w="1728"/>
          </w:tcPr>
          <w:p>
            <w:r>
              <w:t>-5</w:t>
            </w:r>
          </w:p>
        </w:tc>
        <w:tc>
          <w:tcPr>
            <w:tcW w:type="dxa" w:w="1728"/>
          </w:tcPr>
          <w:p>
            <w:r>
              <w:t>cold_99</w:t>
            </w:r>
          </w:p>
        </w:tc>
        <w:tc>
          <w:tcPr>
            <w:tcW w:type="dxa" w:w="1728"/>
          </w:tcPr>
          <w:p>
            <w:r>
              <w:t>Cold spot, 99% confidence</w:t>
            </w:r>
          </w:p>
        </w:tc>
        <w:tc>
          <w:tcPr>
            <w:tcW w:type="dxa" w:w="1728"/>
          </w:tcPr>
          <w:p>
            <w:r>
              <w:t>5</w:t>
            </w:r>
          </w:p>
        </w:tc>
      </w:tr>
      <w:tr>
        <w:tc>
          <w:tcPr>
            <w:tcW w:type="dxa" w:w="1728"/>
          </w:tcPr>
          <w:p>
            <w:r>
              <w:t>-5</w:t>
            </w:r>
          </w:p>
        </w:tc>
        <w:tc>
          <w:tcPr>
            <w:tcW w:type="dxa" w:w="1728"/>
          </w:tcPr>
          <w:p>
            <w:r>
              <w:t>-4.5</w:t>
            </w:r>
          </w:p>
        </w:tc>
        <w:tc>
          <w:tcPr>
            <w:tcW w:type="dxa" w:w="1728"/>
          </w:tcPr>
          <w:p>
            <w:r>
              <w:t>cold_99</w:t>
            </w:r>
          </w:p>
        </w:tc>
        <w:tc>
          <w:tcPr>
            <w:tcW w:type="dxa" w:w="1728"/>
          </w:tcPr>
          <w:p>
            <w:r>
              <w:t>Cold spot, 99% confidence</w:t>
            </w:r>
          </w:p>
        </w:tc>
        <w:tc>
          <w:tcPr>
            <w:tcW w:type="dxa" w:w="1728"/>
          </w:tcPr>
          <w:p>
            <w:r>
              <w:t>9</w:t>
            </w:r>
          </w:p>
        </w:tc>
      </w:tr>
      <w:tr>
        <w:tc>
          <w:tcPr>
            <w:tcW w:type="dxa" w:w="1728"/>
          </w:tcPr>
          <w:p>
            <w:r>
              <w:t>-4.5</w:t>
            </w:r>
          </w:p>
        </w:tc>
        <w:tc>
          <w:tcPr>
            <w:tcW w:type="dxa" w:w="1728"/>
          </w:tcPr>
          <w:p>
            <w:r>
              <w:t>-4</w:t>
            </w:r>
          </w:p>
        </w:tc>
        <w:tc>
          <w:tcPr>
            <w:tcW w:type="dxa" w:w="1728"/>
          </w:tcPr>
          <w:p>
            <w:r>
              <w:t>cold_99</w:t>
            </w:r>
          </w:p>
        </w:tc>
        <w:tc>
          <w:tcPr>
            <w:tcW w:type="dxa" w:w="1728"/>
          </w:tcPr>
          <w:p>
            <w:r>
              <w:t>Cold spot, 99% confidence</w:t>
            </w:r>
          </w:p>
        </w:tc>
        <w:tc>
          <w:tcPr>
            <w:tcW w:type="dxa" w:w="1728"/>
          </w:tcPr>
          <w:p>
            <w:r>
              <w:t>1</w:t>
            </w:r>
          </w:p>
        </w:tc>
      </w:tr>
      <w:tr>
        <w:tc>
          <w:tcPr>
            <w:tcW w:type="dxa" w:w="1728"/>
          </w:tcPr>
          <w:p>
            <w:r>
              <w:t>-4</w:t>
            </w:r>
          </w:p>
        </w:tc>
        <w:tc>
          <w:tcPr>
            <w:tcW w:type="dxa" w:w="1728"/>
          </w:tcPr>
          <w:p>
            <w:r>
              <w:t>-3.5</w:t>
            </w:r>
          </w:p>
        </w:tc>
        <w:tc>
          <w:tcPr>
            <w:tcW w:type="dxa" w:w="1728"/>
          </w:tcPr>
          <w:p>
            <w:r>
              <w:t>cold_99</w:t>
            </w:r>
          </w:p>
        </w:tc>
        <w:tc>
          <w:tcPr>
            <w:tcW w:type="dxa" w:w="1728"/>
          </w:tcPr>
          <w:p>
            <w:r>
              <w:t>Cold spot, 99% confidence</w:t>
            </w:r>
          </w:p>
        </w:tc>
        <w:tc>
          <w:tcPr>
            <w:tcW w:type="dxa" w:w="1728"/>
          </w:tcPr>
          <w:p>
            <w:r>
              <w:t>2</w:t>
            </w:r>
          </w:p>
        </w:tc>
      </w:tr>
      <w:tr>
        <w:tc>
          <w:tcPr>
            <w:tcW w:type="dxa" w:w="1728"/>
          </w:tcPr>
          <w:p>
            <w:r>
              <w:t>-3.5</w:t>
            </w:r>
          </w:p>
        </w:tc>
        <w:tc>
          <w:tcPr>
            <w:tcW w:type="dxa" w:w="1728"/>
          </w:tcPr>
          <w:p>
            <w:r>
              <w:t>-3</w:t>
            </w:r>
          </w:p>
        </w:tc>
        <w:tc>
          <w:tcPr>
            <w:tcW w:type="dxa" w:w="1728"/>
          </w:tcPr>
          <w:p>
            <w:r>
              <w:t>cold_99</w:t>
            </w:r>
          </w:p>
        </w:tc>
        <w:tc>
          <w:tcPr>
            <w:tcW w:type="dxa" w:w="1728"/>
          </w:tcPr>
          <w:p>
            <w:r>
              <w:t>Cold spot, 99% confidence</w:t>
            </w:r>
          </w:p>
        </w:tc>
        <w:tc>
          <w:tcPr>
            <w:tcW w:type="dxa" w:w="1728"/>
          </w:tcPr>
          <w:p>
            <w:r>
              <w:t>2</w:t>
            </w:r>
          </w:p>
        </w:tc>
      </w:tr>
      <w:tr>
        <w:tc>
          <w:tcPr>
            <w:tcW w:type="dxa" w:w="1728"/>
          </w:tcPr>
          <w:p>
            <w:r>
              <w:t>-3</w:t>
            </w:r>
          </w:p>
        </w:tc>
        <w:tc>
          <w:tcPr>
            <w:tcW w:type="dxa" w:w="1728"/>
          </w:tcPr>
          <w:p>
            <w:r>
              <w:t>-2.5</w:t>
            </w:r>
          </w:p>
        </w:tc>
        <w:tc>
          <w:tcPr>
            <w:tcW w:type="dxa" w:w="1728"/>
          </w:tcPr>
          <w:p>
            <w:r>
              <w:t>cold_99</w:t>
            </w:r>
          </w:p>
        </w:tc>
        <w:tc>
          <w:tcPr>
            <w:tcW w:type="dxa" w:w="1728"/>
          </w:tcPr>
          <w:p>
            <w:r>
              <w:t>Cold spot, 99% confidence</w:t>
            </w:r>
          </w:p>
        </w:tc>
        <w:tc>
          <w:tcPr>
            <w:tcW w:type="dxa" w:w="1728"/>
          </w:tcPr>
          <w:p>
            <w:r>
              <w:t>2</w:t>
            </w:r>
          </w:p>
        </w:tc>
      </w:tr>
      <w:tr>
        <w:tc>
          <w:tcPr>
            <w:tcW w:type="dxa" w:w="1728"/>
          </w:tcPr>
          <w:p>
            <w:r>
              <w:t>-2.5</w:t>
            </w:r>
          </w:p>
        </w:tc>
        <w:tc>
          <w:tcPr>
            <w:tcW w:type="dxa" w:w="1728"/>
          </w:tcPr>
          <w:p>
            <w:r>
              <w:t>-2</w:t>
            </w:r>
          </w:p>
        </w:tc>
        <w:tc>
          <w:tcPr>
            <w:tcW w:type="dxa" w:w="1728"/>
          </w:tcPr>
          <w:p>
            <w:r>
              <w:t>cold_95</w:t>
            </w:r>
          </w:p>
        </w:tc>
        <w:tc>
          <w:tcPr>
            <w:tcW w:type="dxa" w:w="1728"/>
          </w:tcPr>
          <w:p>
            <w:r>
              <w:t>Cold spot, 95% confidence</w:t>
            </w:r>
          </w:p>
        </w:tc>
        <w:tc>
          <w:tcPr>
            <w:tcW w:type="dxa" w:w="1728"/>
          </w:tcPr>
          <w:p>
            <w:r>
              <w:t>4</w:t>
            </w:r>
          </w:p>
        </w:tc>
      </w:tr>
      <w:tr>
        <w:tc>
          <w:tcPr>
            <w:tcW w:type="dxa" w:w="1728"/>
          </w:tcPr>
          <w:p>
            <w:r>
              <w:t>-2</w:t>
            </w:r>
          </w:p>
        </w:tc>
        <w:tc>
          <w:tcPr>
            <w:tcW w:type="dxa" w:w="1728"/>
          </w:tcPr>
          <w:p>
            <w:r>
              <w:t>-1.5</w:t>
            </w:r>
          </w:p>
        </w:tc>
        <w:tc>
          <w:tcPr>
            <w:tcW w:type="dxa" w:w="1728"/>
          </w:tcPr>
          <w:p>
            <w:r>
              <w:t>cold_90</w:t>
            </w:r>
          </w:p>
        </w:tc>
        <w:tc>
          <w:tcPr>
            <w:tcW w:type="dxa" w:w="1728"/>
          </w:tcPr>
          <w:p>
            <w:r>
              <w:t>Cold spot, 90% confidence</w:t>
            </w:r>
          </w:p>
        </w:tc>
        <w:tc>
          <w:tcPr>
            <w:tcW w:type="dxa" w:w="1728"/>
          </w:tcPr>
          <w:p>
            <w:r>
              <w:t>1</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2</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1</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4</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3</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7</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3</w:t>
            </w:r>
          </w:p>
        </w:tc>
      </w:tr>
      <w:tr>
        <w:tc>
          <w:tcPr>
            <w:tcW w:type="dxa" w:w="1728"/>
          </w:tcPr>
          <w:p>
            <w:r>
              <w:t>1.5</w:t>
            </w:r>
          </w:p>
        </w:tc>
        <w:tc>
          <w:tcPr>
            <w:tcW w:type="dxa" w:w="1728"/>
          </w:tcPr>
          <w:p>
            <w:r>
              <w:t>2</w:t>
            </w:r>
          </w:p>
        </w:tc>
        <w:tc>
          <w:tcPr>
            <w:tcW w:type="dxa" w:w="1728"/>
          </w:tcPr>
          <w:p>
            <w:r>
              <w:t>not_significant</w:t>
            </w:r>
          </w:p>
        </w:tc>
        <w:tc>
          <w:tcPr>
            <w:tcW w:type="dxa" w:w="1728"/>
          </w:tcPr>
          <w:p>
            <w:r>
              <w:t>Not significant</w:t>
            </w:r>
          </w:p>
        </w:tc>
        <w:tc>
          <w:tcPr>
            <w:tcW w:type="dxa" w:w="1728"/>
          </w:tcPr>
          <w:p>
            <w:r>
              <w:t>1</w:t>
            </w:r>
          </w:p>
        </w:tc>
      </w:tr>
      <w:tr>
        <w:tc>
          <w:tcPr>
            <w:tcW w:type="dxa" w:w="1728"/>
          </w:tcPr>
          <w:p>
            <w:r>
              <w:t>2.5</w:t>
            </w:r>
          </w:p>
        </w:tc>
        <w:tc>
          <w:tcPr>
            <w:tcW w:type="dxa" w:w="1728"/>
          </w:tcPr>
          <w:p>
            <w:r>
              <w:t>3</w:t>
            </w:r>
          </w:p>
        </w:tc>
        <w:tc>
          <w:tcPr>
            <w:tcW w:type="dxa" w:w="1728"/>
          </w:tcPr>
          <w:p>
            <w:r>
              <w:t>hot_99</w:t>
            </w:r>
          </w:p>
        </w:tc>
        <w:tc>
          <w:tcPr>
            <w:tcW w:type="dxa" w:w="1728"/>
          </w:tcPr>
          <w:p>
            <w:r>
              <w:t>Hot spot, 99% confidence</w:t>
            </w:r>
          </w:p>
        </w:tc>
        <w:tc>
          <w:tcPr>
            <w:tcW w:type="dxa" w:w="1728"/>
          </w:tcPr>
          <w:p>
            <w:r>
              <w:t>2</w:t>
            </w:r>
          </w:p>
        </w:tc>
      </w:tr>
      <w:tr>
        <w:tc>
          <w:tcPr>
            <w:tcW w:type="dxa" w:w="1728"/>
          </w:tcPr>
          <w:p>
            <w:r>
              <w:t>3</w:t>
            </w:r>
          </w:p>
        </w:tc>
        <w:tc>
          <w:tcPr>
            <w:tcW w:type="dxa" w:w="1728"/>
          </w:tcPr>
          <w:p>
            <w:r>
              <w:t>3.5</w:t>
            </w:r>
          </w:p>
        </w:tc>
        <w:tc>
          <w:tcPr>
            <w:tcW w:type="dxa" w:w="1728"/>
          </w:tcPr>
          <w:p>
            <w:r>
              <w:t>hot_99</w:t>
            </w:r>
          </w:p>
        </w:tc>
        <w:tc>
          <w:tcPr>
            <w:tcW w:type="dxa" w:w="1728"/>
          </w:tcPr>
          <w:p>
            <w:r>
              <w:t>Hot spot, 99% confidence</w:t>
            </w:r>
          </w:p>
        </w:tc>
        <w:tc>
          <w:tcPr>
            <w:tcW w:type="dxa" w:w="1728"/>
          </w:tcPr>
          <w:p>
            <w:r>
              <w:t>1</w:t>
            </w:r>
          </w:p>
        </w:tc>
      </w:tr>
      <w:tr>
        <w:tc>
          <w:tcPr>
            <w:tcW w:type="dxa" w:w="1728"/>
          </w:tcPr>
          <w:p>
            <w:r>
              <w:t>3.5</w:t>
            </w:r>
          </w:p>
        </w:tc>
        <w:tc>
          <w:tcPr>
            <w:tcW w:type="dxa" w:w="1728"/>
          </w:tcPr>
          <w:p>
            <w:r>
              <w:t>4</w:t>
            </w:r>
          </w:p>
        </w:tc>
        <w:tc>
          <w:tcPr>
            <w:tcW w:type="dxa" w:w="1728"/>
          </w:tcPr>
          <w:p>
            <w:r>
              <w:t>hot_99</w:t>
            </w:r>
          </w:p>
        </w:tc>
        <w:tc>
          <w:tcPr>
            <w:tcW w:type="dxa" w:w="1728"/>
          </w:tcPr>
          <w:p>
            <w:r>
              <w:t>Hot spot, 99% confidence</w:t>
            </w:r>
          </w:p>
        </w:tc>
        <w:tc>
          <w:tcPr>
            <w:tcW w:type="dxa" w:w="1728"/>
          </w:tcPr>
          <w:p>
            <w:r>
              <w:t>1</w:t>
            </w:r>
          </w:p>
        </w:tc>
      </w:tr>
      <w:tr>
        <w:tc>
          <w:tcPr>
            <w:tcW w:type="dxa" w:w="1728"/>
          </w:tcPr>
          <w:p>
            <w:r>
              <w:t>4</w:t>
            </w:r>
          </w:p>
        </w:tc>
        <w:tc>
          <w:tcPr>
            <w:tcW w:type="dxa" w:w="1728"/>
          </w:tcPr>
          <w:p>
            <w:r>
              <w:t>4.5</w:t>
            </w:r>
          </w:p>
        </w:tc>
        <w:tc>
          <w:tcPr>
            <w:tcW w:type="dxa" w:w="1728"/>
          </w:tcPr>
          <w:p>
            <w:r>
              <w:t>hot_99</w:t>
            </w:r>
          </w:p>
        </w:tc>
        <w:tc>
          <w:tcPr>
            <w:tcW w:type="dxa" w:w="1728"/>
          </w:tcPr>
          <w:p>
            <w:r>
              <w:t>Hot spot, 99% confidence</w:t>
            </w:r>
          </w:p>
        </w:tc>
        <w:tc>
          <w:tcPr>
            <w:tcW w:type="dxa" w:w="1728"/>
          </w:tcPr>
          <w:p>
            <w:r>
              <w:t>1</w:t>
            </w:r>
          </w:p>
        </w:tc>
      </w:tr>
      <w:tr>
        <w:tc>
          <w:tcPr>
            <w:tcW w:type="dxa" w:w="1728"/>
          </w:tcPr>
          <w:p>
            <w:r>
              <w:t>5.5</w:t>
            </w:r>
          </w:p>
        </w:tc>
        <w:tc>
          <w:tcPr>
            <w:tcW w:type="dxa" w:w="1728"/>
          </w:tcPr>
          <w:p>
            <w:r>
              <w:t>6</w:t>
            </w:r>
          </w:p>
        </w:tc>
        <w:tc>
          <w:tcPr>
            <w:tcW w:type="dxa" w:w="1728"/>
          </w:tcPr>
          <w:p>
            <w:r>
              <w:t>hot_99</w:t>
            </w:r>
          </w:p>
        </w:tc>
        <w:tc>
          <w:tcPr>
            <w:tcW w:type="dxa" w:w="1728"/>
          </w:tcPr>
          <w:p>
            <w:r>
              <w:t>Hot spot, 99% confidence</w:t>
            </w:r>
          </w:p>
        </w:tc>
        <w:tc>
          <w:tcPr>
            <w:tcW w:type="dxa" w:w="1728"/>
          </w:tcPr>
          <w:p>
            <w:r>
              <w:t>4</w:t>
            </w:r>
          </w:p>
        </w:tc>
      </w:tr>
      <w:tr>
        <w:tc>
          <w:tcPr>
            <w:tcW w:type="dxa" w:w="1728"/>
          </w:tcPr>
          <w:p>
            <w:r>
              <w:t>6</w:t>
            </w:r>
          </w:p>
        </w:tc>
        <w:tc>
          <w:tcPr>
            <w:tcW w:type="dxa" w:w="1728"/>
          </w:tcPr>
          <w:p>
            <w:r>
              <w:t>6.5</w:t>
            </w:r>
          </w:p>
        </w:tc>
        <w:tc>
          <w:tcPr>
            <w:tcW w:type="dxa" w:w="1728"/>
          </w:tcPr>
          <w:p>
            <w:r>
              <w:t>hot_99</w:t>
            </w:r>
          </w:p>
        </w:tc>
        <w:tc>
          <w:tcPr>
            <w:tcW w:type="dxa" w:w="1728"/>
          </w:tcPr>
          <w:p>
            <w:r>
              <w:t>Hot spot, 99% confidence</w:t>
            </w:r>
          </w:p>
        </w:tc>
        <w:tc>
          <w:tcPr>
            <w:tcW w:type="dxa" w:w="1728"/>
          </w:tcPr>
          <w:p>
            <w:r>
              <w:t>10</w:t>
            </w:r>
          </w:p>
        </w:tc>
      </w:tr>
      <w:tr>
        <w:tc>
          <w:tcPr>
            <w:tcW w:type="dxa" w:w="1728"/>
          </w:tcPr>
          <w:p>
            <w:r>
              <w:t>6.5</w:t>
            </w:r>
          </w:p>
        </w:tc>
        <w:tc>
          <w:tcPr>
            <w:tcW w:type="dxa" w:w="1728"/>
          </w:tcPr>
          <w:p>
            <w:r>
              <w:t>7</w:t>
            </w:r>
          </w:p>
        </w:tc>
        <w:tc>
          <w:tcPr>
            <w:tcW w:type="dxa" w:w="1728"/>
          </w:tcPr>
          <w:p>
            <w:r>
              <w:t>hot_99</w:t>
            </w:r>
          </w:p>
        </w:tc>
        <w:tc>
          <w:tcPr>
            <w:tcW w:type="dxa" w:w="1728"/>
          </w:tcPr>
          <w:p>
            <w:r>
              <w:t>Hot spot, 99% confidence</w:t>
            </w:r>
          </w:p>
        </w:tc>
        <w:tc>
          <w:tcPr>
            <w:tcW w:type="dxa" w:w="1728"/>
          </w:tcPr>
          <w:p>
            <w:r>
              <w:t>4</w:t>
            </w:r>
          </w:p>
        </w:tc>
      </w:tr>
    </w:tbl>
    <w:p/>
    <w:p>
      <w:pPr>
        <w:pStyle w:val="Heading2"/>
      </w:pPr>
      <w:r>
        <w:t>Figure 29. Hot spot analysis: In-line inspection anomalies [74]</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-14</w:t>
            </w:r>
          </w:p>
        </w:tc>
        <w:tc>
          <w:tcPr>
            <w:tcW w:type="dxa" w:w="1728"/>
          </w:tcPr>
          <w:p>
            <w:r>
              <w:t>-13.5</w:t>
            </w:r>
          </w:p>
        </w:tc>
        <w:tc>
          <w:tcPr>
            <w:tcW w:type="dxa" w:w="1728"/>
          </w:tcPr>
          <w:p>
            <w:r>
              <w:t>cold_99</w:t>
            </w:r>
          </w:p>
        </w:tc>
        <w:tc>
          <w:tcPr>
            <w:tcW w:type="dxa" w:w="1728"/>
          </w:tcPr>
          <w:p>
            <w:r>
              <w:t>Cold spot, 99% confidence</w:t>
            </w:r>
          </w:p>
        </w:tc>
        <w:tc>
          <w:tcPr>
            <w:tcW w:type="dxa" w:w="1728"/>
          </w:tcPr>
          <w:p>
            <w:r>
              <w:t>58</w:t>
            </w:r>
          </w:p>
        </w:tc>
      </w:tr>
      <w:tr>
        <w:tc>
          <w:tcPr>
            <w:tcW w:type="dxa" w:w="1728"/>
          </w:tcPr>
          <w:p>
            <w:r>
              <w:t>-13.5</w:t>
            </w:r>
          </w:p>
        </w:tc>
        <w:tc>
          <w:tcPr>
            <w:tcW w:type="dxa" w:w="1728"/>
          </w:tcPr>
          <w:p>
            <w:r>
              <w:t>-13</w:t>
            </w:r>
          </w:p>
        </w:tc>
        <w:tc>
          <w:tcPr>
            <w:tcW w:type="dxa" w:w="1728"/>
          </w:tcPr>
          <w:p>
            <w:r>
              <w:t>cold_99</w:t>
            </w:r>
          </w:p>
        </w:tc>
        <w:tc>
          <w:tcPr>
            <w:tcW w:type="dxa" w:w="1728"/>
          </w:tcPr>
          <w:p>
            <w:r>
              <w:t>Cold spot, 99% confidence</w:t>
            </w:r>
          </w:p>
        </w:tc>
        <w:tc>
          <w:tcPr>
            <w:tcW w:type="dxa" w:w="1728"/>
          </w:tcPr>
          <w:p>
            <w:r>
              <w:t>52</w:t>
            </w:r>
          </w:p>
        </w:tc>
      </w:tr>
      <w:tr>
        <w:tc>
          <w:tcPr>
            <w:tcW w:type="dxa" w:w="1728"/>
          </w:tcPr>
          <w:p>
            <w:r>
              <w:t>-13</w:t>
            </w:r>
          </w:p>
        </w:tc>
        <w:tc>
          <w:tcPr>
            <w:tcW w:type="dxa" w:w="1728"/>
          </w:tcPr>
          <w:p>
            <w:r>
              <w:t>-12.5</w:t>
            </w:r>
          </w:p>
        </w:tc>
        <w:tc>
          <w:tcPr>
            <w:tcW w:type="dxa" w:w="1728"/>
          </w:tcPr>
          <w:p>
            <w:r>
              <w:t>cold_99</w:t>
            </w:r>
          </w:p>
        </w:tc>
        <w:tc>
          <w:tcPr>
            <w:tcW w:type="dxa" w:w="1728"/>
          </w:tcPr>
          <w:p>
            <w:r>
              <w:t>Cold spot, 99% confidence</w:t>
            </w:r>
          </w:p>
        </w:tc>
        <w:tc>
          <w:tcPr>
            <w:tcW w:type="dxa" w:w="1728"/>
          </w:tcPr>
          <w:p>
            <w:r>
              <w:t>22</w:t>
            </w:r>
          </w:p>
        </w:tc>
      </w:tr>
      <w:tr>
        <w:tc>
          <w:tcPr>
            <w:tcW w:type="dxa" w:w="1728"/>
          </w:tcPr>
          <w:p>
            <w:r>
              <w:t>-12.5</w:t>
            </w:r>
          </w:p>
        </w:tc>
        <w:tc>
          <w:tcPr>
            <w:tcW w:type="dxa" w:w="1728"/>
          </w:tcPr>
          <w:p>
            <w:r>
              <w:t>-12</w:t>
            </w:r>
          </w:p>
        </w:tc>
        <w:tc>
          <w:tcPr>
            <w:tcW w:type="dxa" w:w="1728"/>
          </w:tcPr>
          <w:p>
            <w:r>
              <w:t>cold_99</w:t>
            </w:r>
          </w:p>
        </w:tc>
        <w:tc>
          <w:tcPr>
            <w:tcW w:type="dxa" w:w="1728"/>
          </w:tcPr>
          <w:p>
            <w:r>
              <w:t>Cold spot, 99% confidence</w:t>
            </w:r>
          </w:p>
        </w:tc>
        <w:tc>
          <w:tcPr>
            <w:tcW w:type="dxa" w:w="1728"/>
          </w:tcPr>
          <w:p>
            <w:r>
              <w:t>31</w:t>
            </w:r>
          </w:p>
        </w:tc>
      </w:tr>
      <w:tr>
        <w:tc>
          <w:tcPr>
            <w:tcW w:type="dxa" w:w="1728"/>
          </w:tcPr>
          <w:p>
            <w:r>
              <w:t>-12</w:t>
            </w:r>
          </w:p>
        </w:tc>
        <w:tc>
          <w:tcPr>
            <w:tcW w:type="dxa" w:w="1728"/>
          </w:tcPr>
          <w:p>
            <w:r>
              <w:t>-11.5</w:t>
            </w:r>
          </w:p>
        </w:tc>
        <w:tc>
          <w:tcPr>
            <w:tcW w:type="dxa" w:w="1728"/>
          </w:tcPr>
          <w:p>
            <w:r>
              <w:t>cold_99</w:t>
            </w:r>
          </w:p>
        </w:tc>
        <w:tc>
          <w:tcPr>
            <w:tcW w:type="dxa" w:w="1728"/>
          </w:tcPr>
          <w:p>
            <w:r>
              <w:t>Cold spot, 99% confidence</w:t>
            </w:r>
          </w:p>
        </w:tc>
        <w:tc>
          <w:tcPr>
            <w:tcW w:type="dxa" w:w="1728"/>
          </w:tcPr>
          <w:p>
            <w:r>
              <w:t>35</w:t>
            </w:r>
          </w:p>
        </w:tc>
      </w:tr>
      <w:tr>
        <w:tc>
          <w:tcPr>
            <w:tcW w:type="dxa" w:w="1728"/>
          </w:tcPr>
          <w:p>
            <w:r>
              <w:t>-11.5</w:t>
            </w:r>
          </w:p>
        </w:tc>
        <w:tc>
          <w:tcPr>
            <w:tcW w:type="dxa" w:w="1728"/>
          </w:tcPr>
          <w:p>
            <w:r>
              <w:t>-11</w:t>
            </w:r>
          </w:p>
        </w:tc>
        <w:tc>
          <w:tcPr>
            <w:tcW w:type="dxa" w:w="1728"/>
          </w:tcPr>
          <w:p>
            <w:r>
              <w:t>cold_99</w:t>
            </w:r>
          </w:p>
        </w:tc>
        <w:tc>
          <w:tcPr>
            <w:tcW w:type="dxa" w:w="1728"/>
          </w:tcPr>
          <w:p>
            <w:r>
              <w:t>Cold spot, 99% confidence</w:t>
            </w:r>
          </w:p>
        </w:tc>
        <w:tc>
          <w:tcPr>
            <w:tcW w:type="dxa" w:w="1728"/>
          </w:tcPr>
          <w:p>
            <w:r>
              <w:t>41</w:t>
            </w:r>
          </w:p>
        </w:tc>
      </w:tr>
      <w:tr>
        <w:tc>
          <w:tcPr>
            <w:tcW w:type="dxa" w:w="1728"/>
          </w:tcPr>
          <w:p>
            <w:r>
              <w:t>-11</w:t>
            </w:r>
          </w:p>
        </w:tc>
        <w:tc>
          <w:tcPr>
            <w:tcW w:type="dxa" w:w="1728"/>
          </w:tcPr>
          <w:p>
            <w:r>
              <w:t>-10.5</w:t>
            </w:r>
          </w:p>
        </w:tc>
        <w:tc>
          <w:tcPr>
            <w:tcW w:type="dxa" w:w="1728"/>
          </w:tcPr>
          <w:p>
            <w:r>
              <w:t>cold_99</w:t>
            </w:r>
          </w:p>
        </w:tc>
        <w:tc>
          <w:tcPr>
            <w:tcW w:type="dxa" w:w="1728"/>
          </w:tcPr>
          <w:p>
            <w:r>
              <w:t>Cold spot, 99% confidence</w:t>
            </w:r>
          </w:p>
        </w:tc>
        <w:tc>
          <w:tcPr>
            <w:tcW w:type="dxa" w:w="1728"/>
          </w:tcPr>
          <w:p>
            <w:r>
              <w:t>1</w:t>
            </w:r>
          </w:p>
        </w:tc>
      </w:tr>
      <w:tr>
        <w:tc>
          <w:tcPr>
            <w:tcW w:type="dxa" w:w="1728"/>
          </w:tcPr>
          <w:p>
            <w:r>
              <w:t>-10.5</w:t>
            </w:r>
          </w:p>
        </w:tc>
        <w:tc>
          <w:tcPr>
            <w:tcW w:type="dxa" w:w="1728"/>
          </w:tcPr>
          <w:p>
            <w:r>
              <w:t>-10</w:t>
            </w:r>
          </w:p>
        </w:tc>
        <w:tc>
          <w:tcPr>
            <w:tcW w:type="dxa" w:w="1728"/>
          </w:tcPr>
          <w:p>
            <w:r>
              <w:t>cold_99</w:t>
            </w:r>
          </w:p>
        </w:tc>
        <w:tc>
          <w:tcPr>
            <w:tcW w:type="dxa" w:w="1728"/>
          </w:tcPr>
          <w:p>
            <w:r>
              <w:t>Cold spot, 99% confidence</w:t>
            </w:r>
          </w:p>
        </w:tc>
        <w:tc>
          <w:tcPr>
            <w:tcW w:type="dxa" w:w="1728"/>
          </w:tcPr>
          <w:p>
            <w:r>
              <w:t>8</w:t>
            </w:r>
          </w:p>
        </w:tc>
      </w:tr>
      <w:tr>
        <w:tc>
          <w:tcPr>
            <w:tcW w:type="dxa" w:w="1728"/>
          </w:tcPr>
          <w:p>
            <w:r>
              <w:t>-10</w:t>
            </w:r>
          </w:p>
        </w:tc>
        <w:tc>
          <w:tcPr>
            <w:tcW w:type="dxa" w:w="1728"/>
          </w:tcPr>
          <w:p>
            <w:r>
              <w:t>-9.5</w:t>
            </w:r>
          </w:p>
        </w:tc>
        <w:tc>
          <w:tcPr>
            <w:tcW w:type="dxa" w:w="1728"/>
          </w:tcPr>
          <w:p>
            <w:r>
              <w:t>cold_99</w:t>
            </w:r>
          </w:p>
        </w:tc>
        <w:tc>
          <w:tcPr>
            <w:tcW w:type="dxa" w:w="1728"/>
          </w:tcPr>
          <w:p>
            <w:r>
              <w:t>Cold spot, 99% confidence</w:t>
            </w:r>
          </w:p>
        </w:tc>
        <w:tc>
          <w:tcPr>
            <w:tcW w:type="dxa" w:w="1728"/>
          </w:tcPr>
          <w:p>
            <w:r>
              <w:t>9</w:t>
            </w:r>
          </w:p>
        </w:tc>
      </w:tr>
      <w:tr>
        <w:tc>
          <w:tcPr>
            <w:tcW w:type="dxa" w:w="1728"/>
          </w:tcPr>
          <w:p>
            <w:r>
              <w:t>-9.5</w:t>
            </w:r>
          </w:p>
        </w:tc>
        <w:tc>
          <w:tcPr>
            <w:tcW w:type="dxa" w:w="1728"/>
          </w:tcPr>
          <w:p>
            <w:r>
              <w:t>-9</w:t>
            </w:r>
          </w:p>
        </w:tc>
        <w:tc>
          <w:tcPr>
            <w:tcW w:type="dxa" w:w="1728"/>
          </w:tcPr>
          <w:p>
            <w:r>
              <w:t>cold_99</w:t>
            </w:r>
          </w:p>
        </w:tc>
        <w:tc>
          <w:tcPr>
            <w:tcW w:type="dxa" w:w="1728"/>
          </w:tcPr>
          <w:p>
            <w:r>
              <w:t>Cold spot, 99% confidence</w:t>
            </w:r>
          </w:p>
        </w:tc>
        <w:tc>
          <w:tcPr>
            <w:tcW w:type="dxa" w:w="1728"/>
          </w:tcPr>
          <w:p>
            <w:r>
              <w:t>18</w:t>
            </w:r>
          </w:p>
        </w:tc>
      </w:tr>
      <w:tr>
        <w:tc>
          <w:tcPr>
            <w:tcW w:type="dxa" w:w="1728"/>
          </w:tcPr>
          <w:p>
            <w:r>
              <w:t>-9</w:t>
            </w:r>
          </w:p>
        </w:tc>
        <w:tc>
          <w:tcPr>
            <w:tcW w:type="dxa" w:w="1728"/>
          </w:tcPr>
          <w:p>
            <w:r>
              <w:t>-8.5</w:t>
            </w:r>
          </w:p>
        </w:tc>
        <w:tc>
          <w:tcPr>
            <w:tcW w:type="dxa" w:w="1728"/>
          </w:tcPr>
          <w:p>
            <w:r>
              <w:t>cold_99</w:t>
            </w:r>
          </w:p>
        </w:tc>
        <w:tc>
          <w:tcPr>
            <w:tcW w:type="dxa" w:w="1728"/>
          </w:tcPr>
          <w:p>
            <w:r>
              <w:t>Cold spot, 99% confidence</w:t>
            </w:r>
          </w:p>
        </w:tc>
        <w:tc>
          <w:tcPr>
            <w:tcW w:type="dxa" w:w="1728"/>
          </w:tcPr>
          <w:p>
            <w:r>
              <w:t>23</w:t>
            </w:r>
          </w:p>
        </w:tc>
      </w:tr>
      <w:tr>
        <w:tc>
          <w:tcPr>
            <w:tcW w:type="dxa" w:w="1728"/>
          </w:tcPr>
          <w:p>
            <w:r>
              <w:t>-8.5</w:t>
            </w:r>
          </w:p>
        </w:tc>
        <w:tc>
          <w:tcPr>
            <w:tcW w:type="dxa" w:w="1728"/>
          </w:tcPr>
          <w:p>
            <w:r>
              <w:t>-8</w:t>
            </w:r>
          </w:p>
        </w:tc>
        <w:tc>
          <w:tcPr>
            <w:tcW w:type="dxa" w:w="1728"/>
          </w:tcPr>
          <w:p>
            <w:r>
              <w:t>cold_99</w:t>
            </w:r>
          </w:p>
        </w:tc>
        <w:tc>
          <w:tcPr>
            <w:tcW w:type="dxa" w:w="1728"/>
          </w:tcPr>
          <w:p>
            <w:r>
              <w:t>Cold spot, 99% confidence</w:t>
            </w:r>
          </w:p>
        </w:tc>
        <w:tc>
          <w:tcPr>
            <w:tcW w:type="dxa" w:w="1728"/>
          </w:tcPr>
          <w:p>
            <w:r>
              <w:t>27</w:t>
            </w:r>
          </w:p>
        </w:tc>
      </w:tr>
      <w:tr>
        <w:tc>
          <w:tcPr>
            <w:tcW w:type="dxa" w:w="1728"/>
          </w:tcPr>
          <w:p>
            <w:r>
              <w:t>-8</w:t>
            </w:r>
          </w:p>
        </w:tc>
        <w:tc>
          <w:tcPr>
            <w:tcW w:type="dxa" w:w="1728"/>
          </w:tcPr>
          <w:p>
            <w:r>
              <w:t>-7.5</w:t>
            </w:r>
          </w:p>
        </w:tc>
        <w:tc>
          <w:tcPr>
            <w:tcW w:type="dxa" w:w="1728"/>
          </w:tcPr>
          <w:p>
            <w:r>
              <w:t>cold_99</w:t>
            </w:r>
          </w:p>
        </w:tc>
        <w:tc>
          <w:tcPr>
            <w:tcW w:type="dxa" w:w="1728"/>
          </w:tcPr>
          <w:p>
            <w:r>
              <w:t>Cold spot, 99% confidence</w:t>
            </w:r>
          </w:p>
        </w:tc>
        <w:tc>
          <w:tcPr>
            <w:tcW w:type="dxa" w:w="1728"/>
          </w:tcPr>
          <w:p>
            <w:r>
              <w:t>27</w:t>
            </w:r>
          </w:p>
        </w:tc>
      </w:tr>
      <w:tr>
        <w:tc>
          <w:tcPr>
            <w:tcW w:type="dxa" w:w="1728"/>
          </w:tcPr>
          <w:p>
            <w:r>
              <w:t>-7.5</w:t>
            </w:r>
          </w:p>
        </w:tc>
        <w:tc>
          <w:tcPr>
            <w:tcW w:type="dxa" w:w="1728"/>
          </w:tcPr>
          <w:p>
            <w:r>
              <w:t>-7</w:t>
            </w:r>
          </w:p>
        </w:tc>
        <w:tc>
          <w:tcPr>
            <w:tcW w:type="dxa" w:w="1728"/>
          </w:tcPr>
          <w:p>
            <w:r>
              <w:t>cold_99</w:t>
            </w:r>
          </w:p>
        </w:tc>
        <w:tc>
          <w:tcPr>
            <w:tcW w:type="dxa" w:w="1728"/>
          </w:tcPr>
          <w:p>
            <w:r>
              <w:t>Cold spot, 99% confidence</w:t>
            </w:r>
          </w:p>
        </w:tc>
        <w:tc>
          <w:tcPr>
            <w:tcW w:type="dxa" w:w="1728"/>
          </w:tcPr>
          <w:p>
            <w:r>
              <w:t>24</w:t>
            </w:r>
          </w:p>
        </w:tc>
      </w:tr>
      <w:tr>
        <w:tc>
          <w:tcPr>
            <w:tcW w:type="dxa" w:w="1728"/>
          </w:tcPr>
          <w:p>
            <w:r>
              <w:t>-7</w:t>
            </w:r>
          </w:p>
        </w:tc>
        <w:tc>
          <w:tcPr>
            <w:tcW w:type="dxa" w:w="1728"/>
          </w:tcPr>
          <w:p>
            <w:r>
              <w:t>-6.5</w:t>
            </w:r>
          </w:p>
        </w:tc>
        <w:tc>
          <w:tcPr>
            <w:tcW w:type="dxa" w:w="1728"/>
          </w:tcPr>
          <w:p>
            <w:r>
              <w:t>cold_99</w:t>
            </w:r>
          </w:p>
        </w:tc>
        <w:tc>
          <w:tcPr>
            <w:tcW w:type="dxa" w:w="1728"/>
          </w:tcPr>
          <w:p>
            <w:r>
              <w:t>Cold spot, 99% confidence</w:t>
            </w:r>
          </w:p>
        </w:tc>
        <w:tc>
          <w:tcPr>
            <w:tcW w:type="dxa" w:w="1728"/>
          </w:tcPr>
          <w:p>
            <w:r>
              <w:t>34</w:t>
            </w:r>
          </w:p>
        </w:tc>
      </w:tr>
      <w:tr>
        <w:tc>
          <w:tcPr>
            <w:tcW w:type="dxa" w:w="1728"/>
          </w:tcPr>
          <w:p>
            <w:r>
              <w:t>-6.5</w:t>
            </w:r>
          </w:p>
        </w:tc>
        <w:tc>
          <w:tcPr>
            <w:tcW w:type="dxa" w:w="1728"/>
          </w:tcPr>
          <w:p>
            <w:r>
              <w:t>-6</w:t>
            </w:r>
          </w:p>
        </w:tc>
        <w:tc>
          <w:tcPr>
            <w:tcW w:type="dxa" w:w="1728"/>
          </w:tcPr>
          <w:p>
            <w:r>
              <w:t>cold_99</w:t>
            </w:r>
          </w:p>
        </w:tc>
        <w:tc>
          <w:tcPr>
            <w:tcW w:type="dxa" w:w="1728"/>
          </w:tcPr>
          <w:p>
            <w:r>
              <w:t>Cold spot, 99% confidence</w:t>
            </w:r>
          </w:p>
        </w:tc>
        <w:tc>
          <w:tcPr>
            <w:tcW w:type="dxa" w:w="1728"/>
          </w:tcPr>
          <w:p>
            <w:r>
              <w:t>24</w:t>
            </w:r>
          </w:p>
        </w:tc>
      </w:tr>
      <w:tr>
        <w:tc>
          <w:tcPr>
            <w:tcW w:type="dxa" w:w="1728"/>
          </w:tcPr>
          <w:p>
            <w:r>
              <w:t>-6</w:t>
            </w:r>
          </w:p>
        </w:tc>
        <w:tc>
          <w:tcPr>
            <w:tcW w:type="dxa" w:w="1728"/>
          </w:tcPr>
          <w:p>
            <w:r>
              <w:t>-5.5</w:t>
            </w:r>
          </w:p>
        </w:tc>
        <w:tc>
          <w:tcPr>
            <w:tcW w:type="dxa" w:w="1728"/>
          </w:tcPr>
          <w:p>
            <w:r>
              <w:t>cold_99</w:t>
            </w:r>
          </w:p>
        </w:tc>
        <w:tc>
          <w:tcPr>
            <w:tcW w:type="dxa" w:w="1728"/>
          </w:tcPr>
          <w:p>
            <w:r>
              <w:t>Cold spot, 99% confidence</w:t>
            </w:r>
          </w:p>
        </w:tc>
        <w:tc>
          <w:tcPr>
            <w:tcW w:type="dxa" w:w="1728"/>
          </w:tcPr>
          <w:p>
            <w:r>
              <w:t>17</w:t>
            </w:r>
          </w:p>
        </w:tc>
      </w:tr>
      <w:tr>
        <w:tc>
          <w:tcPr>
            <w:tcW w:type="dxa" w:w="1728"/>
          </w:tcPr>
          <w:p>
            <w:r>
              <w:t>-5.5</w:t>
            </w:r>
          </w:p>
        </w:tc>
        <w:tc>
          <w:tcPr>
            <w:tcW w:type="dxa" w:w="1728"/>
          </w:tcPr>
          <w:p>
            <w:r>
              <w:t>-5</w:t>
            </w:r>
          </w:p>
        </w:tc>
        <w:tc>
          <w:tcPr>
            <w:tcW w:type="dxa" w:w="1728"/>
          </w:tcPr>
          <w:p>
            <w:r>
              <w:t>cold_99</w:t>
            </w:r>
          </w:p>
        </w:tc>
        <w:tc>
          <w:tcPr>
            <w:tcW w:type="dxa" w:w="1728"/>
          </w:tcPr>
          <w:p>
            <w:r>
              <w:t>Cold spot, 99% confidence</w:t>
            </w:r>
          </w:p>
        </w:tc>
        <w:tc>
          <w:tcPr>
            <w:tcW w:type="dxa" w:w="1728"/>
          </w:tcPr>
          <w:p>
            <w:r>
              <w:t>6</w:t>
            </w:r>
          </w:p>
        </w:tc>
      </w:tr>
      <w:tr>
        <w:tc>
          <w:tcPr>
            <w:tcW w:type="dxa" w:w="1728"/>
          </w:tcPr>
          <w:p>
            <w:r>
              <w:t>-5</w:t>
            </w:r>
          </w:p>
        </w:tc>
        <w:tc>
          <w:tcPr>
            <w:tcW w:type="dxa" w:w="1728"/>
          </w:tcPr>
          <w:p>
            <w:r>
              <w:t>-4.5</w:t>
            </w:r>
          </w:p>
        </w:tc>
        <w:tc>
          <w:tcPr>
            <w:tcW w:type="dxa" w:w="1728"/>
          </w:tcPr>
          <w:p>
            <w:r>
              <w:t>cold_99</w:t>
            </w:r>
          </w:p>
        </w:tc>
        <w:tc>
          <w:tcPr>
            <w:tcW w:type="dxa" w:w="1728"/>
          </w:tcPr>
          <w:p>
            <w:r>
              <w:t>Cold spot, 99% confidence</w:t>
            </w:r>
          </w:p>
        </w:tc>
        <w:tc>
          <w:tcPr>
            <w:tcW w:type="dxa" w:w="1728"/>
          </w:tcPr>
          <w:p>
            <w:r>
              <w:t>3</w:t>
            </w:r>
          </w:p>
        </w:tc>
      </w:tr>
      <w:tr>
        <w:tc>
          <w:tcPr>
            <w:tcW w:type="dxa" w:w="1728"/>
          </w:tcPr>
          <w:p>
            <w:r>
              <w:t>-4.5</w:t>
            </w:r>
          </w:p>
        </w:tc>
        <w:tc>
          <w:tcPr>
            <w:tcW w:type="dxa" w:w="1728"/>
          </w:tcPr>
          <w:p>
            <w:r>
              <w:t>-4</w:t>
            </w:r>
          </w:p>
        </w:tc>
        <w:tc>
          <w:tcPr>
            <w:tcW w:type="dxa" w:w="1728"/>
          </w:tcPr>
          <w:p>
            <w:r>
              <w:t>cold_99</w:t>
            </w:r>
          </w:p>
        </w:tc>
        <w:tc>
          <w:tcPr>
            <w:tcW w:type="dxa" w:w="1728"/>
          </w:tcPr>
          <w:p>
            <w:r>
              <w:t>Cold spot, 99% confidence</w:t>
            </w:r>
          </w:p>
        </w:tc>
        <w:tc>
          <w:tcPr>
            <w:tcW w:type="dxa" w:w="1728"/>
          </w:tcPr>
          <w:p>
            <w:r>
              <w:t>6</w:t>
            </w:r>
          </w:p>
        </w:tc>
      </w:tr>
      <w:tr>
        <w:tc>
          <w:tcPr>
            <w:tcW w:type="dxa" w:w="1728"/>
          </w:tcPr>
          <w:p>
            <w:r>
              <w:t>-4</w:t>
            </w:r>
          </w:p>
        </w:tc>
        <w:tc>
          <w:tcPr>
            <w:tcW w:type="dxa" w:w="1728"/>
          </w:tcPr>
          <w:p>
            <w:r>
              <w:t>-3.5</w:t>
            </w:r>
          </w:p>
        </w:tc>
        <w:tc>
          <w:tcPr>
            <w:tcW w:type="dxa" w:w="1728"/>
          </w:tcPr>
          <w:p>
            <w:r>
              <w:t>cold_99</w:t>
            </w:r>
          </w:p>
        </w:tc>
        <w:tc>
          <w:tcPr>
            <w:tcW w:type="dxa" w:w="1728"/>
          </w:tcPr>
          <w:p>
            <w:r>
              <w:t>Cold spot, 99% confidence</w:t>
            </w:r>
          </w:p>
        </w:tc>
        <w:tc>
          <w:tcPr>
            <w:tcW w:type="dxa" w:w="1728"/>
          </w:tcPr>
          <w:p>
            <w:r>
              <w:t>23</w:t>
            </w:r>
          </w:p>
        </w:tc>
      </w:tr>
      <w:tr>
        <w:tc>
          <w:tcPr>
            <w:tcW w:type="dxa" w:w="1728"/>
          </w:tcPr>
          <w:p>
            <w:r>
              <w:t>-3.5</w:t>
            </w:r>
          </w:p>
        </w:tc>
        <w:tc>
          <w:tcPr>
            <w:tcW w:type="dxa" w:w="1728"/>
          </w:tcPr>
          <w:p>
            <w:r>
              <w:t>-3</w:t>
            </w:r>
          </w:p>
        </w:tc>
        <w:tc>
          <w:tcPr>
            <w:tcW w:type="dxa" w:w="1728"/>
          </w:tcPr>
          <w:p>
            <w:r>
              <w:t>cold_99</w:t>
            </w:r>
          </w:p>
        </w:tc>
        <w:tc>
          <w:tcPr>
            <w:tcW w:type="dxa" w:w="1728"/>
          </w:tcPr>
          <w:p>
            <w:r>
              <w:t>Cold spot, 99% confidence</w:t>
            </w:r>
          </w:p>
        </w:tc>
        <w:tc>
          <w:tcPr>
            <w:tcW w:type="dxa" w:w="1728"/>
          </w:tcPr>
          <w:p>
            <w:r>
              <w:t>9</w:t>
            </w:r>
          </w:p>
        </w:tc>
      </w:tr>
      <w:tr>
        <w:tc>
          <w:tcPr>
            <w:tcW w:type="dxa" w:w="1728"/>
          </w:tcPr>
          <w:p>
            <w:r>
              <w:t>-3</w:t>
            </w:r>
          </w:p>
        </w:tc>
        <w:tc>
          <w:tcPr>
            <w:tcW w:type="dxa" w:w="1728"/>
          </w:tcPr>
          <w:p>
            <w:r>
              <w:t>-2.5</w:t>
            </w:r>
          </w:p>
        </w:tc>
        <w:tc>
          <w:tcPr>
            <w:tcW w:type="dxa" w:w="1728"/>
          </w:tcPr>
          <w:p>
            <w:r>
              <w:t>cold_95</w:t>
            </w:r>
          </w:p>
        </w:tc>
        <w:tc>
          <w:tcPr>
            <w:tcW w:type="dxa" w:w="1728"/>
          </w:tcPr>
          <w:p>
            <w:r>
              <w:t>Cold spot, 95% confidence</w:t>
            </w:r>
          </w:p>
        </w:tc>
        <w:tc>
          <w:tcPr>
            <w:tcW w:type="dxa" w:w="1728"/>
          </w:tcPr>
          <w:p>
            <w:r>
              <w:t>2</w:t>
            </w:r>
          </w:p>
        </w:tc>
      </w:tr>
      <w:tr>
        <w:tc>
          <w:tcPr>
            <w:tcW w:type="dxa" w:w="1728"/>
          </w:tcPr>
          <w:p>
            <w:r>
              <w:t>-3</w:t>
            </w:r>
          </w:p>
        </w:tc>
        <w:tc>
          <w:tcPr>
            <w:tcW w:type="dxa" w:w="1728"/>
          </w:tcPr>
          <w:p>
            <w:r>
              <w:t>-2.5</w:t>
            </w:r>
          </w:p>
        </w:tc>
        <w:tc>
          <w:tcPr>
            <w:tcW w:type="dxa" w:w="1728"/>
          </w:tcPr>
          <w:p>
            <w:r>
              <w:t>cold_99</w:t>
            </w:r>
          </w:p>
        </w:tc>
        <w:tc>
          <w:tcPr>
            <w:tcW w:type="dxa" w:w="1728"/>
          </w:tcPr>
          <w:p>
            <w:r>
              <w:t>Cold spot, 99% confidence</w:t>
            </w:r>
          </w:p>
        </w:tc>
        <w:tc>
          <w:tcPr>
            <w:tcW w:type="dxa" w:w="1728"/>
          </w:tcPr>
          <w:p>
            <w:r>
              <w:t>25</w:t>
            </w:r>
          </w:p>
        </w:tc>
      </w:tr>
      <w:tr>
        <w:tc>
          <w:tcPr>
            <w:tcW w:type="dxa" w:w="1728"/>
          </w:tcPr>
          <w:p>
            <w:r>
              <w:t>-2.5</w:t>
            </w:r>
          </w:p>
        </w:tc>
        <w:tc>
          <w:tcPr>
            <w:tcW w:type="dxa" w:w="1728"/>
          </w:tcPr>
          <w:p>
            <w:r>
              <w:t>-2</w:t>
            </w:r>
          </w:p>
        </w:tc>
        <w:tc>
          <w:tcPr>
            <w:tcW w:type="dxa" w:w="1728"/>
          </w:tcPr>
          <w:p>
            <w:r>
              <w:t>cold_95</w:t>
            </w:r>
          </w:p>
        </w:tc>
        <w:tc>
          <w:tcPr>
            <w:tcW w:type="dxa" w:w="1728"/>
          </w:tcPr>
          <w:p>
            <w:r>
              <w:t>Cold spot, 95% confidence</w:t>
            </w:r>
          </w:p>
        </w:tc>
        <w:tc>
          <w:tcPr>
            <w:tcW w:type="dxa" w:w="1728"/>
          </w:tcPr>
          <w:p>
            <w:r>
              <w:t>6</w:t>
            </w:r>
          </w:p>
        </w:tc>
      </w:tr>
      <w:tr>
        <w:tc>
          <w:tcPr>
            <w:tcW w:type="dxa" w:w="1728"/>
          </w:tcPr>
          <w:p>
            <w:r>
              <w:t>-2</w:t>
            </w:r>
          </w:p>
        </w:tc>
        <w:tc>
          <w:tcPr>
            <w:tcW w:type="dxa" w:w="1728"/>
          </w:tcPr>
          <w:p>
            <w:r>
              <w:t>-1.5</w:t>
            </w:r>
          </w:p>
        </w:tc>
        <w:tc>
          <w:tcPr>
            <w:tcW w:type="dxa" w:w="1728"/>
          </w:tcPr>
          <w:p>
            <w:r>
              <w:t>cold_90</w:t>
            </w:r>
          </w:p>
        </w:tc>
        <w:tc>
          <w:tcPr>
            <w:tcW w:type="dxa" w:w="1728"/>
          </w:tcPr>
          <w:p>
            <w:r>
              <w:t>Cold spot, 90% confidence</w:t>
            </w:r>
          </w:p>
        </w:tc>
        <w:tc>
          <w:tcPr>
            <w:tcW w:type="dxa" w:w="1728"/>
          </w:tcPr>
          <w:p>
            <w:r>
              <w:t>9</w:t>
            </w:r>
          </w:p>
        </w:tc>
      </w:tr>
      <w:tr>
        <w:tc>
          <w:tcPr>
            <w:tcW w:type="dxa" w:w="1728"/>
          </w:tcPr>
          <w:p>
            <w:r>
              <w:t>-2</w:t>
            </w:r>
          </w:p>
        </w:tc>
        <w:tc>
          <w:tcPr>
            <w:tcW w:type="dxa" w:w="1728"/>
          </w:tcPr>
          <w:p>
            <w:r>
              <w:t>-1.5</w:t>
            </w:r>
          </w:p>
        </w:tc>
        <w:tc>
          <w:tcPr>
            <w:tcW w:type="dxa" w:w="1728"/>
          </w:tcPr>
          <w:p>
            <w:r>
              <w:t>not_significant</w:t>
            </w:r>
          </w:p>
        </w:tc>
        <w:tc>
          <w:tcPr>
            <w:tcW w:type="dxa" w:w="1728"/>
          </w:tcPr>
          <w:p>
            <w:r>
              <w:t>Not significant</w:t>
            </w:r>
          </w:p>
        </w:tc>
        <w:tc>
          <w:tcPr>
            <w:tcW w:type="dxa" w:w="1728"/>
          </w:tcPr>
          <w:p>
            <w:r>
              <w:t>6</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6</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25</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5</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22</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32</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13</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5</w:t>
            </w:r>
          </w:p>
        </w:tc>
      </w:tr>
      <w:tr>
        <w:tc>
          <w:tcPr>
            <w:tcW w:type="dxa" w:w="1728"/>
          </w:tcPr>
          <w:p>
            <w:r>
              <w:t>1.5</w:t>
            </w:r>
          </w:p>
        </w:tc>
        <w:tc>
          <w:tcPr>
            <w:tcW w:type="dxa" w:w="1728"/>
          </w:tcPr>
          <w:p>
            <w:r>
              <w:t>2</w:t>
            </w:r>
          </w:p>
        </w:tc>
        <w:tc>
          <w:tcPr>
            <w:tcW w:type="dxa" w:w="1728"/>
          </w:tcPr>
          <w:p>
            <w:r>
              <w:t>not_significant</w:t>
            </w:r>
          </w:p>
        </w:tc>
        <w:tc>
          <w:tcPr>
            <w:tcW w:type="dxa" w:w="1728"/>
          </w:tcPr>
          <w:p>
            <w:r>
              <w:t>Not significant</w:t>
            </w:r>
          </w:p>
        </w:tc>
        <w:tc>
          <w:tcPr>
            <w:tcW w:type="dxa" w:w="1728"/>
          </w:tcPr>
          <w:p>
            <w:r>
              <w:t>12</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24</w:t>
            </w:r>
          </w:p>
        </w:tc>
      </w:tr>
      <w:tr>
        <w:tc>
          <w:tcPr>
            <w:tcW w:type="dxa" w:w="1728"/>
          </w:tcPr>
          <w:p>
            <w:r>
              <w:t>2.5</w:t>
            </w:r>
          </w:p>
        </w:tc>
        <w:tc>
          <w:tcPr>
            <w:tcW w:type="dxa" w:w="1728"/>
          </w:tcPr>
          <w:p>
            <w:r>
              <w:t>3</w:t>
            </w:r>
          </w:p>
        </w:tc>
        <w:tc>
          <w:tcPr>
            <w:tcW w:type="dxa" w:w="1728"/>
          </w:tcPr>
          <w:p>
            <w:r>
              <w:t>hot_95</w:t>
            </w:r>
          </w:p>
        </w:tc>
        <w:tc>
          <w:tcPr>
            <w:tcW w:type="dxa" w:w="1728"/>
          </w:tcPr>
          <w:p>
            <w:r>
              <w:t>Hot spot, 95% confidence</w:t>
            </w:r>
          </w:p>
        </w:tc>
        <w:tc>
          <w:tcPr>
            <w:tcW w:type="dxa" w:w="1728"/>
          </w:tcPr>
          <w:p>
            <w:r>
              <w:t>5</w:t>
            </w:r>
          </w:p>
        </w:tc>
      </w:tr>
      <w:tr>
        <w:tc>
          <w:tcPr>
            <w:tcW w:type="dxa" w:w="1728"/>
          </w:tcPr>
          <w:p>
            <w:r>
              <w:t>2.5</w:t>
            </w:r>
          </w:p>
        </w:tc>
        <w:tc>
          <w:tcPr>
            <w:tcW w:type="dxa" w:w="1728"/>
          </w:tcPr>
          <w:p>
            <w:r>
              <w:t>3</w:t>
            </w:r>
          </w:p>
        </w:tc>
        <w:tc>
          <w:tcPr>
            <w:tcW w:type="dxa" w:w="1728"/>
          </w:tcPr>
          <w:p>
            <w:r>
              <w:t>hot_99</w:t>
            </w:r>
          </w:p>
        </w:tc>
        <w:tc>
          <w:tcPr>
            <w:tcW w:type="dxa" w:w="1728"/>
          </w:tcPr>
          <w:p>
            <w:r>
              <w:t>Hot spot, 99% confidence</w:t>
            </w:r>
          </w:p>
        </w:tc>
        <w:tc>
          <w:tcPr>
            <w:tcW w:type="dxa" w:w="1728"/>
          </w:tcPr>
          <w:p>
            <w:r>
              <w:t>50</w:t>
            </w:r>
          </w:p>
        </w:tc>
      </w:tr>
      <w:tr>
        <w:tc>
          <w:tcPr>
            <w:tcW w:type="dxa" w:w="1728"/>
          </w:tcPr>
          <w:p>
            <w:r>
              <w:t>3</w:t>
            </w:r>
          </w:p>
        </w:tc>
        <w:tc>
          <w:tcPr>
            <w:tcW w:type="dxa" w:w="1728"/>
          </w:tcPr>
          <w:p>
            <w:r>
              <w:t>3.5</w:t>
            </w:r>
          </w:p>
        </w:tc>
        <w:tc>
          <w:tcPr>
            <w:tcW w:type="dxa" w:w="1728"/>
          </w:tcPr>
          <w:p>
            <w:r>
              <w:t>hot_99</w:t>
            </w:r>
          </w:p>
        </w:tc>
        <w:tc>
          <w:tcPr>
            <w:tcW w:type="dxa" w:w="1728"/>
          </w:tcPr>
          <w:p>
            <w:r>
              <w:t>Hot spot, 99% confidence</w:t>
            </w:r>
          </w:p>
        </w:tc>
        <w:tc>
          <w:tcPr>
            <w:tcW w:type="dxa" w:w="1728"/>
          </w:tcPr>
          <w:p>
            <w:r>
              <w:t>20</w:t>
            </w:r>
          </w:p>
        </w:tc>
      </w:tr>
      <w:tr>
        <w:tc>
          <w:tcPr>
            <w:tcW w:type="dxa" w:w="1728"/>
          </w:tcPr>
          <w:p>
            <w:r>
              <w:t>3.5</w:t>
            </w:r>
          </w:p>
        </w:tc>
        <w:tc>
          <w:tcPr>
            <w:tcW w:type="dxa" w:w="1728"/>
          </w:tcPr>
          <w:p>
            <w:r>
              <w:t>4</w:t>
            </w:r>
          </w:p>
        </w:tc>
        <w:tc>
          <w:tcPr>
            <w:tcW w:type="dxa" w:w="1728"/>
          </w:tcPr>
          <w:p>
            <w:r>
              <w:t>hot_99</w:t>
            </w:r>
          </w:p>
        </w:tc>
        <w:tc>
          <w:tcPr>
            <w:tcW w:type="dxa" w:w="1728"/>
          </w:tcPr>
          <w:p>
            <w:r>
              <w:t>Hot spot, 99% confidence</w:t>
            </w:r>
          </w:p>
        </w:tc>
        <w:tc>
          <w:tcPr>
            <w:tcW w:type="dxa" w:w="1728"/>
          </w:tcPr>
          <w:p>
            <w:r>
              <w:t>2</w:t>
            </w:r>
          </w:p>
        </w:tc>
      </w:tr>
      <w:tr>
        <w:tc>
          <w:tcPr>
            <w:tcW w:type="dxa" w:w="1728"/>
          </w:tcPr>
          <w:p>
            <w:r>
              <w:t>4</w:t>
            </w:r>
          </w:p>
        </w:tc>
        <w:tc>
          <w:tcPr>
            <w:tcW w:type="dxa" w:w="1728"/>
          </w:tcPr>
          <w:p>
            <w:r>
              <w:t>4.5</w:t>
            </w:r>
          </w:p>
        </w:tc>
        <w:tc>
          <w:tcPr>
            <w:tcW w:type="dxa" w:w="1728"/>
          </w:tcPr>
          <w:p>
            <w:r>
              <w:t>hot_99</w:t>
            </w:r>
          </w:p>
        </w:tc>
        <w:tc>
          <w:tcPr>
            <w:tcW w:type="dxa" w:w="1728"/>
          </w:tcPr>
          <w:p>
            <w:r>
              <w:t>Hot spot, 99% confidence</w:t>
            </w:r>
          </w:p>
        </w:tc>
        <w:tc>
          <w:tcPr>
            <w:tcW w:type="dxa" w:w="1728"/>
          </w:tcPr>
          <w:p>
            <w:r>
              <w:t>6</w:t>
            </w:r>
          </w:p>
        </w:tc>
      </w:tr>
      <w:tr>
        <w:tc>
          <w:tcPr>
            <w:tcW w:type="dxa" w:w="1728"/>
          </w:tcPr>
          <w:p>
            <w:r>
              <w:t>4.5</w:t>
            </w:r>
          </w:p>
        </w:tc>
        <w:tc>
          <w:tcPr>
            <w:tcW w:type="dxa" w:w="1728"/>
          </w:tcPr>
          <w:p>
            <w:r>
              <w:t>5</w:t>
            </w:r>
          </w:p>
        </w:tc>
        <w:tc>
          <w:tcPr>
            <w:tcW w:type="dxa" w:w="1728"/>
          </w:tcPr>
          <w:p>
            <w:r>
              <w:t>hot_99</w:t>
            </w:r>
          </w:p>
        </w:tc>
        <w:tc>
          <w:tcPr>
            <w:tcW w:type="dxa" w:w="1728"/>
          </w:tcPr>
          <w:p>
            <w:r>
              <w:t>Hot spot, 99% confidence</w:t>
            </w:r>
          </w:p>
        </w:tc>
        <w:tc>
          <w:tcPr>
            <w:tcW w:type="dxa" w:w="1728"/>
          </w:tcPr>
          <w:p>
            <w:r>
              <w:t>17</w:t>
            </w:r>
          </w:p>
        </w:tc>
      </w:tr>
      <w:tr>
        <w:tc>
          <w:tcPr>
            <w:tcW w:type="dxa" w:w="1728"/>
          </w:tcPr>
          <w:p>
            <w:r>
              <w:t>5</w:t>
            </w:r>
          </w:p>
        </w:tc>
        <w:tc>
          <w:tcPr>
            <w:tcW w:type="dxa" w:w="1728"/>
          </w:tcPr>
          <w:p>
            <w:r>
              <w:t>5.5</w:t>
            </w:r>
          </w:p>
        </w:tc>
        <w:tc>
          <w:tcPr>
            <w:tcW w:type="dxa" w:w="1728"/>
          </w:tcPr>
          <w:p>
            <w:r>
              <w:t>hot_99</w:t>
            </w:r>
          </w:p>
        </w:tc>
        <w:tc>
          <w:tcPr>
            <w:tcW w:type="dxa" w:w="1728"/>
          </w:tcPr>
          <w:p>
            <w:r>
              <w:t>Hot spot, 99% confidence</w:t>
            </w:r>
          </w:p>
        </w:tc>
        <w:tc>
          <w:tcPr>
            <w:tcW w:type="dxa" w:w="1728"/>
          </w:tcPr>
          <w:p>
            <w:r>
              <w:t>8</w:t>
            </w:r>
          </w:p>
        </w:tc>
      </w:tr>
      <w:tr>
        <w:tc>
          <w:tcPr>
            <w:tcW w:type="dxa" w:w="1728"/>
          </w:tcPr>
          <w:p>
            <w:r>
              <w:t>5.5</w:t>
            </w:r>
          </w:p>
        </w:tc>
        <w:tc>
          <w:tcPr>
            <w:tcW w:type="dxa" w:w="1728"/>
          </w:tcPr>
          <w:p>
            <w:r>
              <w:t>6</w:t>
            </w:r>
          </w:p>
        </w:tc>
        <w:tc>
          <w:tcPr>
            <w:tcW w:type="dxa" w:w="1728"/>
          </w:tcPr>
          <w:p>
            <w:r>
              <w:t>hot_99</w:t>
            </w:r>
          </w:p>
        </w:tc>
        <w:tc>
          <w:tcPr>
            <w:tcW w:type="dxa" w:w="1728"/>
          </w:tcPr>
          <w:p>
            <w:r>
              <w:t>Hot spot, 99% confidence</w:t>
            </w:r>
          </w:p>
        </w:tc>
        <w:tc>
          <w:tcPr>
            <w:tcW w:type="dxa" w:w="1728"/>
          </w:tcPr>
          <w:p>
            <w:r>
              <w:t>21</w:t>
            </w:r>
          </w:p>
        </w:tc>
      </w:tr>
      <w:tr>
        <w:tc>
          <w:tcPr>
            <w:tcW w:type="dxa" w:w="1728"/>
          </w:tcPr>
          <w:p>
            <w:r>
              <w:t>6</w:t>
            </w:r>
          </w:p>
        </w:tc>
        <w:tc>
          <w:tcPr>
            <w:tcW w:type="dxa" w:w="1728"/>
          </w:tcPr>
          <w:p>
            <w:r>
              <w:t>6.5</w:t>
            </w:r>
          </w:p>
        </w:tc>
        <w:tc>
          <w:tcPr>
            <w:tcW w:type="dxa" w:w="1728"/>
          </w:tcPr>
          <w:p>
            <w:r>
              <w:t>hot_99</w:t>
            </w:r>
          </w:p>
        </w:tc>
        <w:tc>
          <w:tcPr>
            <w:tcW w:type="dxa" w:w="1728"/>
          </w:tcPr>
          <w:p>
            <w:r>
              <w:t>Hot spot, 99% confidence</w:t>
            </w:r>
          </w:p>
        </w:tc>
        <w:tc>
          <w:tcPr>
            <w:tcW w:type="dxa" w:w="1728"/>
          </w:tcPr>
          <w:p>
            <w:r>
              <w:t>33</w:t>
            </w:r>
          </w:p>
        </w:tc>
      </w:tr>
      <w:tr>
        <w:tc>
          <w:tcPr>
            <w:tcW w:type="dxa" w:w="1728"/>
          </w:tcPr>
          <w:p>
            <w:r>
              <w:t>6.5</w:t>
            </w:r>
          </w:p>
        </w:tc>
        <w:tc>
          <w:tcPr>
            <w:tcW w:type="dxa" w:w="1728"/>
          </w:tcPr>
          <w:p>
            <w:r>
              <w:t>7</w:t>
            </w:r>
          </w:p>
        </w:tc>
        <w:tc>
          <w:tcPr>
            <w:tcW w:type="dxa" w:w="1728"/>
          </w:tcPr>
          <w:p>
            <w:r>
              <w:t>hot_99</w:t>
            </w:r>
          </w:p>
        </w:tc>
        <w:tc>
          <w:tcPr>
            <w:tcW w:type="dxa" w:w="1728"/>
          </w:tcPr>
          <w:p>
            <w:r>
              <w:t>Hot spot, 99% confidence</w:t>
            </w:r>
          </w:p>
        </w:tc>
        <w:tc>
          <w:tcPr>
            <w:tcW w:type="dxa" w:w="1728"/>
          </w:tcPr>
          <w:p>
            <w:r>
              <w:t>2</w:t>
            </w:r>
          </w:p>
        </w:tc>
      </w:tr>
      <w:tr>
        <w:tc>
          <w:tcPr>
            <w:tcW w:type="dxa" w:w="1728"/>
          </w:tcPr>
          <w:p>
            <w:r>
              <w:t>7.5</w:t>
            </w:r>
          </w:p>
        </w:tc>
        <w:tc>
          <w:tcPr>
            <w:tcW w:type="dxa" w:w="1728"/>
          </w:tcPr>
          <w:p>
            <w:r>
              <w:t>8</w:t>
            </w:r>
          </w:p>
        </w:tc>
        <w:tc>
          <w:tcPr>
            <w:tcW w:type="dxa" w:w="1728"/>
          </w:tcPr>
          <w:p>
            <w:r>
              <w:t>hot_99</w:t>
            </w:r>
          </w:p>
        </w:tc>
        <w:tc>
          <w:tcPr>
            <w:tcW w:type="dxa" w:w="1728"/>
          </w:tcPr>
          <w:p>
            <w:r>
              <w:t>Hot spot, 99% confidence</w:t>
            </w:r>
          </w:p>
        </w:tc>
        <w:tc>
          <w:tcPr>
            <w:tcW w:type="dxa" w:w="1728"/>
          </w:tcPr>
          <w:p>
            <w:r>
              <w:t>8</w:t>
            </w:r>
          </w:p>
        </w:tc>
      </w:tr>
      <w:tr>
        <w:tc>
          <w:tcPr>
            <w:tcW w:type="dxa" w:w="1728"/>
          </w:tcPr>
          <w:p>
            <w:r>
              <w:t>8.5</w:t>
            </w:r>
          </w:p>
        </w:tc>
        <w:tc>
          <w:tcPr>
            <w:tcW w:type="dxa" w:w="1728"/>
          </w:tcPr>
          <w:p>
            <w:r>
              <w:t>9</w:t>
            </w:r>
          </w:p>
        </w:tc>
        <w:tc>
          <w:tcPr>
            <w:tcW w:type="dxa" w:w="1728"/>
          </w:tcPr>
          <w:p>
            <w:r>
              <w:t>hot_99</w:t>
            </w:r>
          </w:p>
        </w:tc>
        <w:tc>
          <w:tcPr>
            <w:tcW w:type="dxa" w:w="1728"/>
          </w:tcPr>
          <w:p>
            <w:r>
              <w:t>Hot spot, 99% confidence</w:t>
            </w:r>
          </w:p>
        </w:tc>
        <w:tc>
          <w:tcPr>
            <w:tcW w:type="dxa" w:w="1728"/>
          </w:tcPr>
          <w:p>
            <w:r>
              <w:t>21</w:t>
            </w:r>
          </w:p>
        </w:tc>
      </w:tr>
      <w:tr>
        <w:tc>
          <w:tcPr>
            <w:tcW w:type="dxa" w:w="1728"/>
          </w:tcPr>
          <w:p>
            <w:r>
              <w:t>9</w:t>
            </w:r>
          </w:p>
        </w:tc>
        <w:tc>
          <w:tcPr>
            <w:tcW w:type="dxa" w:w="1728"/>
          </w:tcPr>
          <w:p>
            <w:r>
              <w:t>9.5</w:t>
            </w:r>
          </w:p>
        </w:tc>
        <w:tc>
          <w:tcPr>
            <w:tcW w:type="dxa" w:w="1728"/>
          </w:tcPr>
          <w:p>
            <w:r>
              <w:t>hot_99</w:t>
            </w:r>
          </w:p>
        </w:tc>
        <w:tc>
          <w:tcPr>
            <w:tcW w:type="dxa" w:w="1728"/>
          </w:tcPr>
          <w:p>
            <w:r>
              <w:t>Hot spot, 99% confidence</w:t>
            </w:r>
          </w:p>
        </w:tc>
        <w:tc>
          <w:tcPr>
            <w:tcW w:type="dxa" w:w="1728"/>
          </w:tcPr>
          <w:p>
            <w:r>
              <w:t>12</w:t>
            </w:r>
          </w:p>
        </w:tc>
      </w:tr>
      <w:tr>
        <w:tc>
          <w:tcPr>
            <w:tcW w:type="dxa" w:w="1728"/>
          </w:tcPr>
          <w:p>
            <w:r>
              <w:t>9.5</w:t>
            </w:r>
          </w:p>
        </w:tc>
        <w:tc>
          <w:tcPr>
            <w:tcW w:type="dxa" w:w="1728"/>
          </w:tcPr>
          <w:p>
            <w:r>
              <w:t>10</w:t>
            </w:r>
          </w:p>
        </w:tc>
        <w:tc>
          <w:tcPr>
            <w:tcW w:type="dxa" w:w="1728"/>
          </w:tcPr>
          <w:p>
            <w:r>
              <w:t>hot_99</w:t>
            </w:r>
          </w:p>
        </w:tc>
        <w:tc>
          <w:tcPr>
            <w:tcW w:type="dxa" w:w="1728"/>
          </w:tcPr>
          <w:p>
            <w:r>
              <w:t>Hot spot, 99% confidence</w:t>
            </w:r>
          </w:p>
        </w:tc>
        <w:tc>
          <w:tcPr>
            <w:tcW w:type="dxa" w:w="1728"/>
          </w:tcPr>
          <w:p>
            <w:r>
              <w:t>2</w:t>
            </w:r>
          </w:p>
        </w:tc>
      </w:tr>
      <w:tr>
        <w:tc>
          <w:tcPr>
            <w:tcW w:type="dxa" w:w="1728"/>
          </w:tcPr>
          <w:p>
            <w:r>
              <w:t>10</w:t>
            </w:r>
          </w:p>
        </w:tc>
        <w:tc>
          <w:tcPr>
            <w:tcW w:type="dxa" w:w="1728"/>
          </w:tcPr>
          <w:p>
            <w:r>
              <w:t>10.5</w:t>
            </w:r>
          </w:p>
        </w:tc>
        <w:tc>
          <w:tcPr>
            <w:tcW w:type="dxa" w:w="1728"/>
          </w:tcPr>
          <w:p>
            <w:r>
              <w:t>hot_99</w:t>
            </w:r>
          </w:p>
        </w:tc>
        <w:tc>
          <w:tcPr>
            <w:tcW w:type="dxa" w:w="1728"/>
          </w:tcPr>
          <w:p>
            <w:r>
              <w:t>Hot spot, 99% confidence</w:t>
            </w:r>
          </w:p>
        </w:tc>
        <w:tc>
          <w:tcPr>
            <w:tcW w:type="dxa" w:w="1728"/>
          </w:tcPr>
          <w:p>
            <w:r>
              <w:t>10</w:t>
            </w:r>
          </w:p>
        </w:tc>
      </w:tr>
      <w:tr>
        <w:tc>
          <w:tcPr>
            <w:tcW w:type="dxa" w:w="1728"/>
          </w:tcPr>
          <w:p>
            <w:r>
              <w:t>10.5</w:t>
            </w:r>
          </w:p>
        </w:tc>
        <w:tc>
          <w:tcPr>
            <w:tcW w:type="dxa" w:w="1728"/>
          </w:tcPr>
          <w:p>
            <w:r>
              <w:t>11</w:t>
            </w:r>
          </w:p>
        </w:tc>
        <w:tc>
          <w:tcPr>
            <w:tcW w:type="dxa" w:w="1728"/>
          </w:tcPr>
          <w:p>
            <w:r>
              <w:t>hot_99</w:t>
            </w:r>
          </w:p>
        </w:tc>
        <w:tc>
          <w:tcPr>
            <w:tcW w:type="dxa" w:w="1728"/>
          </w:tcPr>
          <w:p>
            <w:r>
              <w:t>Hot spot, 99% confidence</w:t>
            </w:r>
          </w:p>
        </w:tc>
        <w:tc>
          <w:tcPr>
            <w:tcW w:type="dxa" w:w="1728"/>
          </w:tcPr>
          <w:p>
            <w:r>
              <w:t>29</w:t>
            </w:r>
          </w:p>
        </w:tc>
      </w:tr>
      <w:tr>
        <w:tc>
          <w:tcPr>
            <w:tcW w:type="dxa" w:w="1728"/>
          </w:tcPr>
          <w:p>
            <w:r>
              <w:t>11</w:t>
            </w:r>
          </w:p>
        </w:tc>
        <w:tc>
          <w:tcPr>
            <w:tcW w:type="dxa" w:w="1728"/>
          </w:tcPr>
          <w:p>
            <w:r>
              <w:t>11.5</w:t>
            </w:r>
          </w:p>
        </w:tc>
        <w:tc>
          <w:tcPr>
            <w:tcW w:type="dxa" w:w="1728"/>
          </w:tcPr>
          <w:p>
            <w:r>
              <w:t>hot_99</w:t>
            </w:r>
          </w:p>
        </w:tc>
        <w:tc>
          <w:tcPr>
            <w:tcW w:type="dxa" w:w="1728"/>
          </w:tcPr>
          <w:p>
            <w:r>
              <w:t>Hot spot, 99% confidence</w:t>
            </w:r>
          </w:p>
        </w:tc>
        <w:tc>
          <w:tcPr>
            <w:tcW w:type="dxa" w:w="1728"/>
          </w:tcPr>
          <w:p>
            <w:r>
              <w:t>31</w:t>
            </w:r>
          </w:p>
        </w:tc>
      </w:tr>
      <w:tr>
        <w:tc>
          <w:tcPr>
            <w:tcW w:type="dxa" w:w="1728"/>
          </w:tcPr>
          <w:p>
            <w:r>
              <w:t>11.5</w:t>
            </w:r>
          </w:p>
        </w:tc>
        <w:tc>
          <w:tcPr>
            <w:tcW w:type="dxa" w:w="1728"/>
          </w:tcPr>
          <w:p>
            <w:r>
              <w:t>12</w:t>
            </w:r>
          </w:p>
        </w:tc>
        <w:tc>
          <w:tcPr>
            <w:tcW w:type="dxa" w:w="1728"/>
          </w:tcPr>
          <w:p>
            <w:r>
              <w:t>hot_99</w:t>
            </w:r>
          </w:p>
        </w:tc>
        <w:tc>
          <w:tcPr>
            <w:tcW w:type="dxa" w:w="1728"/>
          </w:tcPr>
          <w:p>
            <w:r>
              <w:t>Hot spot, 99% confidence</w:t>
            </w:r>
          </w:p>
        </w:tc>
        <w:tc>
          <w:tcPr>
            <w:tcW w:type="dxa" w:w="1728"/>
          </w:tcPr>
          <w:p>
            <w:r>
              <w:t>27</w:t>
            </w:r>
          </w:p>
        </w:tc>
      </w:tr>
      <w:tr>
        <w:tc>
          <w:tcPr>
            <w:tcW w:type="dxa" w:w="1728"/>
          </w:tcPr>
          <w:p>
            <w:r>
              <w:t>12</w:t>
            </w:r>
          </w:p>
        </w:tc>
        <w:tc>
          <w:tcPr>
            <w:tcW w:type="dxa" w:w="1728"/>
          </w:tcPr>
          <w:p>
            <w:r>
              <w:t>12.5</w:t>
            </w:r>
          </w:p>
        </w:tc>
        <w:tc>
          <w:tcPr>
            <w:tcW w:type="dxa" w:w="1728"/>
          </w:tcPr>
          <w:p>
            <w:r>
              <w:t>hot_99</w:t>
            </w:r>
          </w:p>
        </w:tc>
        <w:tc>
          <w:tcPr>
            <w:tcW w:type="dxa" w:w="1728"/>
          </w:tcPr>
          <w:p>
            <w:r>
              <w:t>Hot spot, 99% confidence</w:t>
            </w:r>
          </w:p>
        </w:tc>
        <w:tc>
          <w:tcPr>
            <w:tcW w:type="dxa" w:w="1728"/>
          </w:tcPr>
          <w:p>
            <w:r>
              <w:t>41</w:t>
            </w:r>
          </w:p>
        </w:tc>
      </w:tr>
      <w:tr>
        <w:tc>
          <w:tcPr>
            <w:tcW w:type="dxa" w:w="1728"/>
          </w:tcPr>
          <w:p>
            <w:r>
              <w:t>12.5</w:t>
            </w:r>
          </w:p>
        </w:tc>
        <w:tc>
          <w:tcPr>
            <w:tcW w:type="dxa" w:w="1728"/>
          </w:tcPr>
          <w:p>
            <w:r>
              <w:t>13</w:t>
            </w:r>
          </w:p>
        </w:tc>
        <w:tc>
          <w:tcPr>
            <w:tcW w:type="dxa" w:w="1728"/>
          </w:tcPr>
          <w:p>
            <w:r>
              <w:t>hot_99</w:t>
            </w:r>
          </w:p>
        </w:tc>
        <w:tc>
          <w:tcPr>
            <w:tcW w:type="dxa" w:w="1728"/>
          </w:tcPr>
          <w:p>
            <w:r>
              <w:t>Hot spot, 99% confidence</w:t>
            </w:r>
          </w:p>
        </w:tc>
        <w:tc>
          <w:tcPr>
            <w:tcW w:type="dxa" w:w="1728"/>
          </w:tcPr>
          <w:p>
            <w:r>
              <w:t>40</w:t>
            </w:r>
          </w:p>
        </w:tc>
      </w:tr>
      <w:tr>
        <w:tc>
          <w:tcPr>
            <w:tcW w:type="dxa" w:w="1728"/>
          </w:tcPr>
          <w:p>
            <w:r>
              <w:t>13</w:t>
            </w:r>
          </w:p>
        </w:tc>
        <w:tc>
          <w:tcPr>
            <w:tcW w:type="dxa" w:w="1728"/>
          </w:tcPr>
          <w:p>
            <w:r>
              <w:t>13.5</w:t>
            </w:r>
          </w:p>
        </w:tc>
        <w:tc>
          <w:tcPr>
            <w:tcW w:type="dxa" w:w="1728"/>
          </w:tcPr>
          <w:p>
            <w:r>
              <w:t>hot_99</w:t>
            </w:r>
          </w:p>
        </w:tc>
        <w:tc>
          <w:tcPr>
            <w:tcW w:type="dxa" w:w="1728"/>
          </w:tcPr>
          <w:p>
            <w:r>
              <w:t>Hot spot, 99% confidence</w:t>
            </w:r>
          </w:p>
        </w:tc>
        <w:tc>
          <w:tcPr>
            <w:tcW w:type="dxa" w:w="1728"/>
          </w:tcPr>
          <w:p>
            <w:r>
              <w:t>2</w:t>
            </w:r>
          </w:p>
        </w:tc>
      </w:tr>
      <w:tr>
        <w:tc>
          <w:tcPr>
            <w:tcW w:type="dxa" w:w="1728"/>
          </w:tcPr>
          <w:p>
            <w:r>
              <w:t>13.5</w:t>
            </w:r>
          </w:p>
        </w:tc>
        <w:tc>
          <w:tcPr>
            <w:tcW w:type="dxa" w:w="1728"/>
          </w:tcPr>
          <w:p>
            <w:r>
              <w:t>14</w:t>
            </w:r>
          </w:p>
        </w:tc>
        <w:tc>
          <w:tcPr>
            <w:tcW w:type="dxa" w:w="1728"/>
          </w:tcPr>
          <w:p>
            <w:r>
              <w:t>hot_99</w:t>
            </w:r>
          </w:p>
        </w:tc>
        <w:tc>
          <w:tcPr>
            <w:tcW w:type="dxa" w:w="1728"/>
          </w:tcPr>
          <w:p>
            <w:r>
              <w:t>Hot spot, 99% confidence</w:t>
            </w:r>
          </w:p>
        </w:tc>
        <w:tc>
          <w:tcPr>
            <w:tcW w:type="dxa" w:w="1728"/>
          </w:tcPr>
          <w:p>
            <w:r>
              <w:t>17</w:t>
            </w:r>
          </w:p>
        </w:tc>
      </w:tr>
      <w:tr>
        <w:tc>
          <w:tcPr>
            <w:tcW w:type="dxa" w:w="1728"/>
          </w:tcPr>
          <w:p>
            <w:r>
              <w:t>14</w:t>
            </w:r>
          </w:p>
        </w:tc>
        <w:tc>
          <w:tcPr>
            <w:tcW w:type="dxa" w:w="1728"/>
          </w:tcPr>
          <w:p>
            <w:r>
              <w:t>14.5</w:t>
            </w:r>
          </w:p>
        </w:tc>
        <w:tc>
          <w:tcPr>
            <w:tcW w:type="dxa" w:w="1728"/>
          </w:tcPr>
          <w:p>
            <w:r>
              <w:t>hot_99</w:t>
            </w:r>
          </w:p>
        </w:tc>
        <w:tc>
          <w:tcPr>
            <w:tcW w:type="dxa" w:w="1728"/>
          </w:tcPr>
          <w:p>
            <w:r>
              <w:t>Hot spot, 99% confidence</w:t>
            </w:r>
          </w:p>
        </w:tc>
        <w:tc>
          <w:tcPr>
            <w:tcW w:type="dxa" w:w="1728"/>
          </w:tcPr>
          <w:p>
            <w:r>
              <w:t>9</w:t>
            </w:r>
          </w:p>
        </w:tc>
      </w:tr>
      <w:tr>
        <w:tc>
          <w:tcPr>
            <w:tcW w:type="dxa" w:w="1728"/>
          </w:tcPr>
          <w:p>
            <w:r>
              <w:t>15</w:t>
            </w:r>
          </w:p>
        </w:tc>
        <w:tc>
          <w:tcPr>
            <w:tcW w:type="dxa" w:w="1728"/>
          </w:tcPr>
          <w:p>
            <w:r>
              <w:t>15.5</w:t>
            </w:r>
          </w:p>
        </w:tc>
        <w:tc>
          <w:tcPr>
            <w:tcW w:type="dxa" w:w="1728"/>
          </w:tcPr>
          <w:p>
            <w:r>
              <w:t>hot_99</w:t>
            </w:r>
          </w:p>
        </w:tc>
        <w:tc>
          <w:tcPr>
            <w:tcW w:type="dxa" w:w="1728"/>
          </w:tcPr>
          <w:p>
            <w:r>
              <w:t>Hot spot, 99% confidence</w:t>
            </w:r>
          </w:p>
        </w:tc>
        <w:tc>
          <w:tcPr>
            <w:tcW w:type="dxa" w:w="1728"/>
          </w:tcPr>
          <w:p>
            <w:r>
              <w:t>15</w:t>
            </w:r>
          </w:p>
        </w:tc>
      </w:tr>
    </w:tbl>
    <w:p/>
    <w:p>
      <w:pPr>
        <w:pStyle w:val="Heading2"/>
      </w:pPr>
      <w:r>
        <w:t>Figure 30. Calculate density: Valves and stations [75]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0.005559</w:t>
            </w:r>
          </w:p>
        </w:tc>
        <w:tc>
          <w:tcPr>
            <w:tcW w:type="dxa" w:w="2880"/>
          </w:tcPr>
          <w:p>
            <w:r>
              <w:t>210.5</w:t>
            </w:r>
          </w:p>
        </w:tc>
        <w:tc>
          <w:tcPr>
            <w:tcW w:type="dxa" w:w="2880"/>
          </w:tcPr>
          <w:p>
            <w:r>
              <w:t>25</w:t>
            </w:r>
          </w:p>
        </w:tc>
      </w:tr>
      <w:tr>
        <w:tc>
          <w:tcPr>
            <w:tcW w:type="dxa" w:w="2880"/>
          </w:tcPr>
          <w:p>
            <w:r>
              <w:t>210.5</w:t>
            </w:r>
          </w:p>
        </w:tc>
        <w:tc>
          <w:tcPr>
            <w:tcW w:type="dxa" w:w="2880"/>
          </w:tcPr>
          <w:p>
            <w:r>
              <w:t>421.1</w:t>
            </w:r>
          </w:p>
        </w:tc>
        <w:tc>
          <w:tcPr>
            <w:tcW w:type="dxa" w:w="2880"/>
          </w:tcPr>
          <w:p>
            <w:r>
              <w:t>6</w:t>
            </w:r>
          </w:p>
        </w:tc>
      </w:tr>
      <w:tr>
        <w:tc>
          <w:tcPr>
            <w:tcW w:type="dxa" w:w="2880"/>
          </w:tcPr>
          <w:p>
            <w:r>
              <w:t>421.1</w:t>
            </w:r>
          </w:p>
        </w:tc>
        <w:tc>
          <w:tcPr>
            <w:tcW w:type="dxa" w:w="2880"/>
          </w:tcPr>
          <w:p>
            <w:r>
              <w:t>631.6</w:t>
            </w:r>
          </w:p>
        </w:tc>
        <w:tc>
          <w:tcPr>
            <w:tcW w:type="dxa" w:w="2880"/>
          </w:tcPr>
          <w:p>
            <w:r>
              <w:t>3</w:t>
            </w:r>
          </w:p>
        </w:tc>
      </w:tr>
      <w:tr>
        <w:tc>
          <w:tcPr>
            <w:tcW w:type="dxa" w:w="2880"/>
          </w:tcPr>
          <w:p>
            <w:r>
              <w:t>631.6</w:t>
            </w:r>
          </w:p>
        </w:tc>
        <w:tc>
          <w:tcPr>
            <w:tcW w:type="dxa" w:w="2880"/>
          </w:tcPr>
          <w:p>
            <w:r>
              <w:t>842.1</w:t>
            </w:r>
          </w:p>
        </w:tc>
        <w:tc>
          <w:tcPr>
            <w:tcW w:type="dxa" w:w="2880"/>
          </w:tcPr>
          <w:p>
            <w:r>
              <w:t>2</w:t>
            </w:r>
          </w:p>
        </w:tc>
      </w:tr>
      <w:tr>
        <w:tc>
          <w:tcPr>
            <w:tcW w:type="dxa" w:w="2880"/>
          </w:tcPr>
          <w:p>
            <w:r>
              <w:t>842.1</w:t>
            </w:r>
          </w:p>
        </w:tc>
        <w:tc>
          <w:tcPr>
            <w:tcW w:type="dxa" w:w="2880"/>
          </w:tcPr>
          <w:p>
            <w:r>
              <w:t>1,053</w:t>
            </w:r>
          </w:p>
        </w:tc>
        <w:tc>
          <w:tcPr>
            <w:tcW w:type="dxa" w:w="2880"/>
          </w:tcPr>
          <w:p>
            <w:r>
              <w:t>0</w:t>
            </w:r>
          </w:p>
        </w:tc>
      </w:tr>
      <w:tr>
        <w:tc>
          <w:tcPr>
            <w:tcW w:type="dxa" w:w="2880"/>
          </w:tcPr>
          <w:p>
            <w:r>
              <w:t>1,053</w:t>
            </w:r>
          </w:p>
        </w:tc>
        <w:tc>
          <w:tcPr>
            <w:tcW w:type="dxa" w:w="2880"/>
          </w:tcPr>
          <w:p>
            <w:r>
              <w:t>1,263</w:t>
            </w:r>
          </w:p>
        </w:tc>
        <w:tc>
          <w:tcPr>
            <w:tcW w:type="dxa" w:w="2880"/>
          </w:tcPr>
          <w:p>
            <w:r>
              <w:t>4</w:t>
            </w:r>
          </w:p>
        </w:tc>
      </w:tr>
      <w:tr>
        <w:tc>
          <w:tcPr>
            <w:tcW w:type="dxa" w:w="2880"/>
          </w:tcPr>
          <w:p>
            <w:r>
              <w:t>1,263</w:t>
            </w:r>
          </w:p>
        </w:tc>
        <w:tc>
          <w:tcPr>
            <w:tcW w:type="dxa" w:w="2880"/>
          </w:tcPr>
          <w:p>
            <w:r>
              <w:t>1,474</w:t>
            </w:r>
          </w:p>
        </w:tc>
        <w:tc>
          <w:tcPr>
            <w:tcW w:type="dxa" w:w="2880"/>
          </w:tcPr>
          <w:p>
            <w:r>
              <w:t>1</w:t>
            </w:r>
          </w:p>
        </w:tc>
      </w:tr>
    </w:tbl>
    <w:p/>
    <w:p>
      <w:pPr>
        <w:pStyle w:val="Heading2"/>
      </w:pPr>
      <w:r>
        <w:t>Figure 31. Calculate density: Incidents [76]</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1.778</w:t>
            </w:r>
          </w:p>
        </w:tc>
        <w:tc>
          <w:tcPr>
            <w:tcW w:type="dxa" w:w="2880"/>
          </w:tcPr>
          <w:p>
            <w:r>
              <w:t>10</w:t>
            </w:r>
          </w:p>
        </w:tc>
      </w:tr>
      <w:tr>
        <w:tc>
          <w:tcPr>
            <w:tcW w:type="dxa" w:w="2880"/>
          </w:tcPr>
          <w:p>
            <w:r>
              <w:t>1.778</w:t>
            </w:r>
          </w:p>
        </w:tc>
        <w:tc>
          <w:tcPr>
            <w:tcW w:type="dxa" w:w="2880"/>
          </w:tcPr>
          <w:p>
            <w:r>
              <w:t>3.556</w:t>
            </w:r>
          </w:p>
        </w:tc>
        <w:tc>
          <w:tcPr>
            <w:tcW w:type="dxa" w:w="2880"/>
          </w:tcPr>
          <w:p>
            <w:r>
              <w:t>20</w:t>
            </w:r>
          </w:p>
        </w:tc>
      </w:tr>
      <w:tr>
        <w:tc>
          <w:tcPr>
            <w:tcW w:type="dxa" w:w="2880"/>
          </w:tcPr>
          <w:p>
            <w:r>
              <w:t>3.556</w:t>
            </w:r>
          </w:p>
        </w:tc>
        <w:tc>
          <w:tcPr>
            <w:tcW w:type="dxa" w:w="2880"/>
          </w:tcPr>
          <w:p>
            <w:r>
              <w:t>5.333</w:t>
            </w:r>
          </w:p>
        </w:tc>
        <w:tc>
          <w:tcPr>
            <w:tcW w:type="dxa" w:w="2880"/>
          </w:tcPr>
          <w:p>
            <w:r>
              <w:t>18</w:t>
            </w:r>
          </w:p>
        </w:tc>
      </w:tr>
      <w:tr>
        <w:tc>
          <w:tcPr>
            <w:tcW w:type="dxa" w:w="2880"/>
          </w:tcPr>
          <w:p>
            <w:r>
              <w:t>5.333</w:t>
            </w:r>
          </w:p>
        </w:tc>
        <w:tc>
          <w:tcPr>
            <w:tcW w:type="dxa" w:w="2880"/>
          </w:tcPr>
          <w:p>
            <w:r>
              <w:t>7.111</w:t>
            </w:r>
          </w:p>
        </w:tc>
        <w:tc>
          <w:tcPr>
            <w:tcW w:type="dxa" w:w="2880"/>
          </w:tcPr>
          <w:p>
            <w:r>
              <w:t>25</w:t>
            </w:r>
          </w:p>
        </w:tc>
      </w:tr>
      <w:tr>
        <w:tc>
          <w:tcPr>
            <w:tcW w:type="dxa" w:w="2880"/>
          </w:tcPr>
          <w:p>
            <w:r>
              <w:t>7.111</w:t>
            </w:r>
          </w:p>
        </w:tc>
        <w:tc>
          <w:tcPr>
            <w:tcW w:type="dxa" w:w="2880"/>
          </w:tcPr>
          <w:p>
            <w:r>
              <w:t>8.889</w:t>
            </w:r>
          </w:p>
        </w:tc>
        <w:tc>
          <w:tcPr>
            <w:tcW w:type="dxa" w:w="2880"/>
          </w:tcPr>
          <w:p>
            <w:r>
              <w:t>13</w:t>
            </w:r>
          </w:p>
        </w:tc>
      </w:tr>
      <w:tr>
        <w:tc>
          <w:tcPr>
            <w:tcW w:type="dxa" w:w="2880"/>
          </w:tcPr>
          <w:p>
            <w:r>
              <w:t>8.889</w:t>
            </w:r>
          </w:p>
        </w:tc>
        <w:tc>
          <w:tcPr>
            <w:tcW w:type="dxa" w:w="2880"/>
          </w:tcPr>
          <w:p>
            <w:r>
              <w:t>10.67</w:t>
            </w:r>
          </w:p>
        </w:tc>
        <w:tc>
          <w:tcPr>
            <w:tcW w:type="dxa" w:w="2880"/>
          </w:tcPr>
          <w:p>
            <w:r>
              <w:t>21</w:t>
            </w:r>
          </w:p>
        </w:tc>
      </w:tr>
      <w:tr>
        <w:tc>
          <w:tcPr>
            <w:tcW w:type="dxa" w:w="2880"/>
          </w:tcPr>
          <w:p>
            <w:r>
              <w:t>10.67</w:t>
            </w:r>
          </w:p>
        </w:tc>
        <w:tc>
          <w:tcPr>
            <w:tcW w:type="dxa" w:w="2880"/>
          </w:tcPr>
          <w:p>
            <w:r>
              <w:t>12.44</w:t>
            </w:r>
          </w:p>
        </w:tc>
        <w:tc>
          <w:tcPr>
            <w:tcW w:type="dxa" w:w="2880"/>
          </w:tcPr>
          <w:p>
            <w:r>
              <w:t>12</w:t>
            </w:r>
          </w:p>
        </w:tc>
      </w:tr>
      <w:tr>
        <w:tc>
          <w:tcPr>
            <w:tcW w:type="dxa" w:w="2880"/>
          </w:tcPr>
          <w:p>
            <w:r>
              <w:t>12.44</w:t>
            </w:r>
          </w:p>
        </w:tc>
        <w:tc>
          <w:tcPr>
            <w:tcW w:type="dxa" w:w="2880"/>
          </w:tcPr>
          <w:p>
            <w:r>
              <w:t>14.22</w:t>
            </w:r>
          </w:p>
        </w:tc>
        <w:tc>
          <w:tcPr>
            <w:tcW w:type="dxa" w:w="2880"/>
          </w:tcPr>
          <w:p>
            <w:r>
              <w:t>15</w:t>
            </w:r>
          </w:p>
        </w:tc>
      </w:tr>
      <w:tr>
        <w:tc>
          <w:tcPr>
            <w:tcW w:type="dxa" w:w="2880"/>
          </w:tcPr>
          <w:p>
            <w:r>
              <w:t>14.22</w:t>
            </w:r>
          </w:p>
        </w:tc>
        <w:tc>
          <w:tcPr>
            <w:tcW w:type="dxa" w:w="2880"/>
          </w:tcPr>
          <w:p>
            <w:r>
              <w:t>16</w:t>
            </w:r>
          </w:p>
        </w:tc>
        <w:tc>
          <w:tcPr>
            <w:tcW w:type="dxa" w:w="2880"/>
          </w:tcPr>
          <w:p>
            <w:r>
              <w:t>10</w:t>
            </w:r>
          </w:p>
        </w:tc>
      </w:tr>
    </w:tbl>
    <w:p/>
    <w:p>
      <w:pPr>
        <w:pStyle w:val="Heading2"/>
      </w:pPr>
      <w:r>
        <w:t>Figure 32. Calculate density: In-line inspection anomalies [77]</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4.75</w:t>
            </w:r>
          </w:p>
        </w:tc>
        <w:tc>
          <w:tcPr>
            <w:tcW w:type="dxa" w:w="2880"/>
          </w:tcPr>
          <w:p>
            <w:r>
              <w:t>47</w:t>
            </w:r>
          </w:p>
        </w:tc>
      </w:tr>
      <w:tr>
        <w:tc>
          <w:tcPr>
            <w:tcW w:type="dxa" w:w="2880"/>
          </w:tcPr>
          <w:p>
            <w:r>
              <w:t>4.75</w:t>
            </w:r>
          </w:p>
        </w:tc>
        <w:tc>
          <w:tcPr>
            <w:tcW w:type="dxa" w:w="2880"/>
          </w:tcPr>
          <w:p>
            <w:r>
              <w:t>9.5</w:t>
            </w:r>
          </w:p>
        </w:tc>
        <w:tc>
          <w:tcPr>
            <w:tcW w:type="dxa" w:w="2880"/>
          </w:tcPr>
          <w:p>
            <w:r>
              <w:t>84</w:t>
            </w:r>
          </w:p>
        </w:tc>
      </w:tr>
      <w:tr>
        <w:tc>
          <w:tcPr>
            <w:tcW w:type="dxa" w:w="2880"/>
          </w:tcPr>
          <w:p>
            <w:r>
              <w:t>9.5</w:t>
            </w:r>
          </w:p>
        </w:tc>
        <w:tc>
          <w:tcPr>
            <w:tcW w:type="dxa" w:w="2880"/>
          </w:tcPr>
          <w:p>
            <w:r>
              <w:t>14.25</w:t>
            </w:r>
          </w:p>
        </w:tc>
        <w:tc>
          <w:tcPr>
            <w:tcW w:type="dxa" w:w="2880"/>
          </w:tcPr>
          <w:p>
            <w:r>
              <w:t>83</w:t>
            </w:r>
          </w:p>
        </w:tc>
      </w:tr>
      <w:tr>
        <w:tc>
          <w:tcPr>
            <w:tcW w:type="dxa" w:w="2880"/>
          </w:tcPr>
          <w:p>
            <w:r>
              <w:t>14.25</w:t>
            </w:r>
          </w:p>
        </w:tc>
        <w:tc>
          <w:tcPr>
            <w:tcW w:type="dxa" w:w="2880"/>
          </w:tcPr>
          <w:p>
            <w:r>
              <w:t>19</w:t>
            </w:r>
          </w:p>
        </w:tc>
        <w:tc>
          <w:tcPr>
            <w:tcW w:type="dxa" w:w="2880"/>
          </w:tcPr>
          <w:p>
            <w:r>
              <w:t>68</w:t>
            </w:r>
          </w:p>
        </w:tc>
      </w:tr>
      <w:tr>
        <w:tc>
          <w:tcPr>
            <w:tcW w:type="dxa" w:w="2880"/>
          </w:tcPr>
          <w:p>
            <w:r>
              <w:t>19</w:t>
            </w:r>
          </w:p>
        </w:tc>
        <w:tc>
          <w:tcPr>
            <w:tcW w:type="dxa" w:w="2880"/>
          </w:tcPr>
          <w:p>
            <w:r>
              <w:t>23.75</w:t>
            </w:r>
          </w:p>
        </w:tc>
        <w:tc>
          <w:tcPr>
            <w:tcW w:type="dxa" w:w="2880"/>
          </w:tcPr>
          <w:p>
            <w:r>
              <w:t>111</w:t>
            </w:r>
          </w:p>
        </w:tc>
      </w:tr>
      <w:tr>
        <w:tc>
          <w:tcPr>
            <w:tcW w:type="dxa" w:w="2880"/>
          </w:tcPr>
          <w:p>
            <w:r>
              <w:t>23.75</w:t>
            </w:r>
          </w:p>
        </w:tc>
        <w:tc>
          <w:tcPr>
            <w:tcW w:type="dxa" w:w="2880"/>
          </w:tcPr>
          <w:p>
            <w:r>
              <w:t>28.5</w:t>
            </w:r>
          </w:p>
        </w:tc>
        <w:tc>
          <w:tcPr>
            <w:tcW w:type="dxa" w:w="2880"/>
          </w:tcPr>
          <w:p>
            <w:r>
              <w:t>186</w:t>
            </w:r>
          </w:p>
        </w:tc>
      </w:tr>
      <w:tr>
        <w:tc>
          <w:tcPr>
            <w:tcW w:type="dxa" w:w="2880"/>
          </w:tcPr>
          <w:p>
            <w:r>
              <w:t>28.5</w:t>
            </w:r>
          </w:p>
        </w:tc>
        <w:tc>
          <w:tcPr>
            <w:tcW w:type="dxa" w:w="2880"/>
          </w:tcPr>
          <w:p>
            <w:r>
              <w:t>33.25</w:t>
            </w:r>
          </w:p>
        </w:tc>
        <w:tc>
          <w:tcPr>
            <w:tcW w:type="dxa" w:w="2880"/>
          </w:tcPr>
          <w:p>
            <w:r>
              <w:t>138</w:t>
            </w:r>
          </w:p>
        </w:tc>
      </w:tr>
      <w:tr>
        <w:tc>
          <w:tcPr>
            <w:tcW w:type="dxa" w:w="2880"/>
          </w:tcPr>
          <w:p>
            <w:r>
              <w:t>33.25</w:t>
            </w:r>
          </w:p>
        </w:tc>
        <w:tc>
          <w:tcPr>
            <w:tcW w:type="dxa" w:w="2880"/>
          </w:tcPr>
          <w:p>
            <w:r>
              <w:t>38</w:t>
            </w:r>
          </w:p>
        </w:tc>
        <w:tc>
          <w:tcPr>
            <w:tcW w:type="dxa" w:w="2880"/>
          </w:tcPr>
          <w:p>
            <w:r>
              <w:t>48</w:t>
            </w:r>
          </w:p>
        </w:tc>
      </w:tr>
      <w:tr>
        <w:tc>
          <w:tcPr>
            <w:tcW w:type="dxa" w:w="2880"/>
          </w:tcPr>
          <w:p>
            <w:r>
              <w:t>38</w:t>
            </w:r>
          </w:p>
        </w:tc>
        <w:tc>
          <w:tcPr>
            <w:tcW w:type="dxa" w:w="2880"/>
          </w:tcPr>
          <w:p>
            <w:r>
              <w:t>42.75</w:t>
            </w:r>
          </w:p>
        </w:tc>
        <w:tc>
          <w:tcPr>
            <w:tcW w:type="dxa" w:w="2880"/>
          </w:tcPr>
          <w:p>
            <w:r>
              <w:t>50</w:t>
            </w:r>
          </w:p>
        </w:tc>
      </w:tr>
      <w:tr>
        <w:tc>
          <w:tcPr>
            <w:tcW w:type="dxa" w:w="2880"/>
          </w:tcPr>
          <w:p>
            <w:r>
              <w:t>42.75</w:t>
            </w:r>
          </w:p>
        </w:tc>
        <w:tc>
          <w:tcPr>
            <w:tcW w:type="dxa" w:w="2880"/>
          </w:tcPr>
          <w:p>
            <w:r>
              <w:t>47.5</w:t>
            </w:r>
          </w:p>
        </w:tc>
        <w:tc>
          <w:tcPr>
            <w:tcW w:type="dxa" w:w="2880"/>
          </w:tcPr>
          <w:p>
            <w:r>
              <w:t>67</w:t>
            </w:r>
          </w:p>
        </w:tc>
      </w:tr>
      <w:tr>
        <w:tc>
          <w:tcPr>
            <w:tcW w:type="dxa" w:w="2880"/>
          </w:tcPr>
          <w:p>
            <w:r>
              <w:t>47.5</w:t>
            </w:r>
          </w:p>
        </w:tc>
        <w:tc>
          <w:tcPr>
            <w:tcW w:type="dxa" w:w="2880"/>
          </w:tcPr>
          <w:p>
            <w:r>
              <w:t>52.25</w:t>
            </w:r>
          </w:p>
        </w:tc>
        <w:tc>
          <w:tcPr>
            <w:tcW w:type="dxa" w:w="2880"/>
          </w:tcPr>
          <w:p>
            <w:r>
              <w:t>91</w:t>
            </w:r>
          </w:p>
        </w:tc>
      </w:tr>
      <w:tr>
        <w:tc>
          <w:tcPr>
            <w:tcW w:type="dxa" w:w="2880"/>
          </w:tcPr>
          <w:p>
            <w:r>
              <w:t>52.25</w:t>
            </w:r>
          </w:p>
        </w:tc>
        <w:tc>
          <w:tcPr>
            <w:tcW w:type="dxa" w:w="2880"/>
          </w:tcPr>
          <w:p>
            <w:r>
              <w:t>57</w:t>
            </w:r>
          </w:p>
        </w:tc>
        <w:tc>
          <w:tcPr>
            <w:tcW w:type="dxa" w:w="2880"/>
          </w:tcPr>
          <w:p>
            <w:r>
              <w:t>66</w:t>
            </w:r>
          </w:p>
        </w:tc>
      </w:tr>
    </w:tbl>
    <w:p/>
    <w:p>
      <w:pPr>
        <w:pStyle w:val="Heading2"/>
      </w:pPr>
      <w:r>
        <w:t>Figure 33. Summarize within: Right of way [78]</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7</w:t>
            </w:r>
          </w:p>
        </w:tc>
        <w:tc>
          <w:tcPr>
            <w:tcW w:type="dxa" w:w="2880"/>
          </w:tcPr>
          <w:p>
            <w:r>
              <w:t>7.4</w:t>
            </w:r>
          </w:p>
        </w:tc>
        <w:tc>
          <w:tcPr>
            <w:tcW w:type="dxa" w:w="2880"/>
          </w:tcPr>
          <w:p>
            <w:r>
              <w:t>1</w:t>
            </w:r>
          </w:p>
        </w:tc>
      </w:tr>
      <w:tr>
        <w:tc>
          <w:tcPr>
            <w:tcW w:type="dxa" w:w="2880"/>
          </w:tcPr>
          <w:p>
            <w:r>
              <w:t>7.4</w:t>
            </w:r>
          </w:p>
        </w:tc>
        <w:tc>
          <w:tcPr>
            <w:tcW w:type="dxa" w:w="2880"/>
          </w:tcPr>
          <w:p>
            <w:r>
              <w:t>7.8</w:t>
            </w:r>
          </w:p>
        </w:tc>
        <w:tc>
          <w:tcPr>
            <w:tcW w:type="dxa" w:w="2880"/>
          </w:tcPr>
          <w:p>
            <w:r>
              <w:t>0</w:t>
            </w:r>
          </w:p>
        </w:tc>
      </w:tr>
      <w:tr>
        <w:tc>
          <w:tcPr>
            <w:tcW w:type="dxa" w:w="2880"/>
          </w:tcPr>
          <w:p>
            <w:r>
              <w:t>7.8</w:t>
            </w:r>
          </w:p>
        </w:tc>
        <w:tc>
          <w:tcPr>
            <w:tcW w:type="dxa" w:w="2880"/>
          </w:tcPr>
          <w:p>
            <w:r>
              <w:t>8.2</w:t>
            </w:r>
          </w:p>
        </w:tc>
        <w:tc>
          <w:tcPr>
            <w:tcW w:type="dxa" w:w="2880"/>
          </w:tcPr>
          <w:p>
            <w:r>
              <w:t>0</w:t>
            </w:r>
          </w:p>
        </w:tc>
      </w:tr>
      <w:tr>
        <w:tc>
          <w:tcPr>
            <w:tcW w:type="dxa" w:w="2880"/>
          </w:tcPr>
          <w:p>
            <w:r>
              <w:t>8.2</w:t>
            </w:r>
          </w:p>
        </w:tc>
        <w:tc>
          <w:tcPr>
            <w:tcW w:type="dxa" w:w="2880"/>
          </w:tcPr>
          <w:p>
            <w:r>
              <w:t>8.6</w:t>
            </w:r>
          </w:p>
        </w:tc>
        <w:tc>
          <w:tcPr>
            <w:tcW w:type="dxa" w:w="2880"/>
          </w:tcPr>
          <w:p>
            <w:r>
              <w:t>0</w:t>
            </w:r>
          </w:p>
        </w:tc>
      </w:tr>
      <w:tr>
        <w:tc>
          <w:tcPr>
            <w:tcW w:type="dxa" w:w="2880"/>
          </w:tcPr>
          <w:p>
            <w:r>
              <w:t>8.6</w:t>
            </w:r>
          </w:p>
        </w:tc>
        <w:tc>
          <w:tcPr>
            <w:tcW w:type="dxa" w:w="2880"/>
          </w:tcPr>
          <w:p>
            <w:r>
              <w:t>9</w:t>
            </w:r>
          </w:p>
        </w:tc>
        <w:tc>
          <w:tcPr>
            <w:tcW w:type="dxa" w:w="2880"/>
          </w:tcPr>
          <w:p>
            <w:r>
              <w:t>2</w:t>
            </w:r>
          </w:p>
        </w:tc>
      </w:tr>
    </w:tbl>
    <w:p/>
    <w:p>
      <w:pPr>
        <w:pStyle w:val="Heading2"/>
      </w:pPr>
      <w:r>
        <w:t>Figure 34. Summarize within: Right of way [79]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9</w:t>
            </w:r>
          </w:p>
        </w:tc>
        <w:tc>
          <w:tcPr>
            <w:tcW w:type="dxa" w:w="2880"/>
          </w:tcPr>
          <w:p>
            <w:r>
              <w:t>15</w:t>
            </w:r>
          </w:p>
        </w:tc>
        <w:tc>
          <w:tcPr>
            <w:tcW w:type="dxa" w:w="2880"/>
          </w:tcPr>
          <w:p>
            <w:r>
              <w:t>1</w:t>
            </w:r>
          </w:p>
        </w:tc>
      </w:tr>
      <w:tr>
        <w:tc>
          <w:tcPr>
            <w:tcW w:type="dxa" w:w="2880"/>
          </w:tcPr>
          <w:p>
            <w:r>
              <w:t>15</w:t>
            </w:r>
          </w:p>
        </w:tc>
        <w:tc>
          <w:tcPr>
            <w:tcW w:type="dxa" w:w="2880"/>
          </w:tcPr>
          <w:p>
            <w:r>
              <w:t>21</w:t>
            </w:r>
          </w:p>
        </w:tc>
        <w:tc>
          <w:tcPr>
            <w:tcW w:type="dxa" w:w="2880"/>
          </w:tcPr>
          <w:p>
            <w:r>
              <w:t>0</w:t>
            </w:r>
          </w:p>
        </w:tc>
      </w:tr>
      <w:tr>
        <w:tc>
          <w:tcPr>
            <w:tcW w:type="dxa" w:w="2880"/>
          </w:tcPr>
          <w:p>
            <w:r>
              <w:t>21</w:t>
            </w:r>
          </w:p>
        </w:tc>
        <w:tc>
          <w:tcPr>
            <w:tcW w:type="dxa" w:w="2880"/>
          </w:tcPr>
          <w:p>
            <w:r>
              <w:t>27</w:t>
            </w:r>
          </w:p>
        </w:tc>
        <w:tc>
          <w:tcPr>
            <w:tcW w:type="dxa" w:w="2880"/>
          </w:tcPr>
          <w:p>
            <w:r>
              <w:t>1</w:t>
            </w:r>
          </w:p>
        </w:tc>
      </w:tr>
      <w:tr>
        <w:tc>
          <w:tcPr>
            <w:tcW w:type="dxa" w:w="2880"/>
          </w:tcPr>
          <w:p>
            <w:r>
              <w:t>27</w:t>
            </w:r>
          </w:p>
        </w:tc>
        <w:tc>
          <w:tcPr>
            <w:tcW w:type="dxa" w:w="2880"/>
          </w:tcPr>
          <w:p>
            <w:r>
              <w:t>33</w:t>
            </w:r>
          </w:p>
        </w:tc>
        <w:tc>
          <w:tcPr>
            <w:tcW w:type="dxa" w:w="2880"/>
          </w:tcPr>
          <w:p>
            <w:r>
              <w:t>0</w:t>
            </w:r>
          </w:p>
        </w:tc>
      </w:tr>
      <w:tr>
        <w:tc>
          <w:tcPr>
            <w:tcW w:type="dxa" w:w="2880"/>
          </w:tcPr>
          <w:p>
            <w:r>
              <w:t>33</w:t>
            </w:r>
          </w:p>
        </w:tc>
        <w:tc>
          <w:tcPr>
            <w:tcW w:type="dxa" w:w="2880"/>
          </w:tcPr>
          <w:p>
            <w:r>
              <w:t>39</w:t>
            </w:r>
          </w:p>
        </w:tc>
        <w:tc>
          <w:tcPr>
            <w:tcW w:type="dxa" w:w="2880"/>
          </w:tcPr>
          <w:p>
            <w:r>
              <w:t>1</w:t>
            </w:r>
          </w:p>
        </w:tc>
      </w:tr>
    </w:tbl>
    <w:p/>
    <w:p>
      <w:pPr>
        <w:pStyle w:val="Heading2"/>
      </w:pPr>
      <w:r>
        <w:t>Figure 35. Summarize within: Right of way [80]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4</w:t>
            </w:r>
          </w:p>
        </w:tc>
        <w:tc>
          <w:tcPr>
            <w:tcW w:type="dxa" w:w="2880"/>
          </w:tcPr>
          <w:p>
            <w:r>
              <w:t>4.2</w:t>
            </w:r>
          </w:p>
        </w:tc>
        <w:tc>
          <w:tcPr>
            <w:tcW w:type="dxa" w:w="2880"/>
          </w:tcPr>
          <w:p>
            <w:r>
              <w:t>1</w:t>
            </w:r>
          </w:p>
        </w:tc>
      </w:tr>
      <w:tr>
        <w:tc>
          <w:tcPr>
            <w:tcW w:type="dxa" w:w="2880"/>
          </w:tcPr>
          <w:p>
            <w:r>
              <w:t>4.2</w:t>
            </w:r>
          </w:p>
        </w:tc>
        <w:tc>
          <w:tcPr>
            <w:tcW w:type="dxa" w:w="2880"/>
          </w:tcPr>
          <w:p>
            <w:r>
              <w:t>4.4</w:t>
            </w:r>
          </w:p>
        </w:tc>
        <w:tc>
          <w:tcPr>
            <w:tcW w:type="dxa" w:w="2880"/>
          </w:tcPr>
          <w:p>
            <w:r>
              <w:t>0</w:t>
            </w:r>
          </w:p>
        </w:tc>
      </w:tr>
      <w:tr>
        <w:tc>
          <w:tcPr>
            <w:tcW w:type="dxa" w:w="2880"/>
          </w:tcPr>
          <w:p>
            <w:r>
              <w:t>4.4</w:t>
            </w:r>
          </w:p>
        </w:tc>
        <w:tc>
          <w:tcPr>
            <w:tcW w:type="dxa" w:w="2880"/>
          </w:tcPr>
          <w:p>
            <w:r>
              <w:t>4.6</w:t>
            </w:r>
          </w:p>
        </w:tc>
        <w:tc>
          <w:tcPr>
            <w:tcW w:type="dxa" w:w="2880"/>
          </w:tcPr>
          <w:p>
            <w:r>
              <w:t>0</w:t>
            </w:r>
          </w:p>
        </w:tc>
      </w:tr>
      <w:tr>
        <w:tc>
          <w:tcPr>
            <w:tcW w:type="dxa" w:w="2880"/>
          </w:tcPr>
          <w:p>
            <w:r>
              <w:t>4.6</w:t>
            </w:r>
          </w:p>
        </w:tc>
        <w:tc>
          <w:tcPr>
            <w:tcW w:type="dxa" w:w="2880"/>
          </w:tcPr>
          <w:p>
            <w:r>
              <w:t>4.8</w:t>
            </w:r>
          </w:p>
        </w:tc>
        <w:tc>
          <w:tcPr>
            <w:tcW w:type="dxa" w:w="2880"/>
          </w:tcPr>
          <w:p>
            <w:r>
              <w:t>0</w:t>
            </w:r>
          </w:p>
        </w:tc>
      </w:tr>
      <w:tr>
        <w:tc>
          <w:tcPr>
            <w:tcW w:type="dxa" w:w="2880"/>
          </w:tcPr>
          <w:p>
            <w:r>
              <w:t>4.8</w:t>
            </w:r>
          </w:p>
        </w:tc>
        <w:tc>
          <w:tcPr>
            <w:tcW w:type="dxa" w:w="2880"/>
          </w:tcPr>
          <w:p>
            <w:r>
              <w:t>5</w:t>
            </w:r>
          </w:p>
        </w:tc>
        <w:tc>
          <w:tcPr>
            <w:tcW w:type="dxa" w:w="2880"/>
          </w:tcPr>
          <w:p>
            <w:r>
              <w:t>2</w:t>
            </w:r>
          </w:p>
        </w:tc>
      </w:tr>
    </w:tbl>
    <w:p/>
    <w:p>
      <w:pPr>
        <w:pStyle w:val="Heading2"/>
      </w:pPr>
      <w:r>
        <w:t>Figure 36. Find point clusters: Valves and stations [81]</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25</w:t>
            </w:r>
          </w:p>
        </w:tc>
        <w:tc>
          <w:tcPr>
            <w:tcW w:type="dxa" w:w="2160"/>
          </w:tcPr>
          <w:p>
            <w:r>
              <w:t>1</w:t>
            </w:r>
          </w:p>
        </w:tc>
        <w:tc>
          <w:tcPr>
            <w:tcW w:type="dxa" w:w="2160"/>
          </w:tcPr>
          <w:p>
            <w:r>
              <w:t>100.0%</w:t>
            </w:r>
          </w:p>
        </w:tc>
      </w:tr>
    </w:tbl>
    <w:p/>
    <w:p>
      <w:pPr>
        <w:pStyle w:val="Heading2"/>
      </w:pPr>
      <w:r>
        <w:t>Figure 37. Find point clusters: cluster hulls [82]</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1</w:t>
            </w:r>
          </w:p>
        </w:tc>
        <w:tc>
          <w:tcPr>
            <w:tcW w:type="dxa" w:w="2160"/>
          </w:tcPr>
          <w:p>
            <w:r>
              <w:t>100.0%</w:t>
            </w:r>
          </w:p>
        </w:tc>
      </w:tr>
    </w:tbl>
    <w:p/>
    <w:p>
      <w:pPr>
        <w:pStyle w:val="Heading2"/>
      </w:pPr>
      <w:r>
        <w:t>Figure 38. Find point clusters: Incidents [83]</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68</w:t>
            </w:r>
          </w:p>
        </w:tc>
        <w:tc>
          <w:tcPr>
            <w:tcW w:type="dxa" w:w="2160"/>
          </w:tcPr>
          <w:p>
            <w:r>
              <w:t>0.9714</w:t>
            </w:r>
          </w:p>
        </w:tc>
        <w:tc>
          <w:tcPr>
            <w:tcW w:type="dxa" w:w="2160"/>
          </w:tcPr>
          <w:p>
            <w:r>
              <w:t>97.1%</w:t>
            </w:r>
          </w:p>
        </w:tc>
      </w:tr>
      <w:tr>
        <w:tc>
          <w:tcPr>
            <w:tcW w:type="dxa" w:w="2160"/>
          </w:tcPr>
          <w:p>
            <w:r>
              <w:t>Noise</w:t>
            </w:r>
          </w:p>
        </w:tc>
        <w:tc>
          <w:tcPr>
            <w:tcW w:type="dxa" w:w="2160"/>
          </w:tcPr>
          <w:p>
            <w:r>
              <w:t>2</w:t>
            </w:r>
          </w:p>
        </w:tc>
        <w:tc>
          <w:tcPr>
            <w:tcW w:type="dxa" w:w="2160"/>
          </w:tcPr>
          <w:p>
            <w:r>
              <w:t>0.02857</w:t>
            </w:r>
          </w:p>
        </w:tc>
        <w:tc>
          <w:tcPr>
            <w:tcW w:type="dxa" w:w="2160"/>
          </w:tcPr>
          <w:p>
            <w:r>
              <w:t>2.9%</w:t>
            </w:r>
          </w:p>
        </w:tc>
      </w:tr>
    </w:tbl>
    <w:p/>
    <w:p>
      <w:pPr>
        <w:pStyle w:val="Heading2"/>
      </w:pPr>
      <w:r>
        <w:t>Figure 39. Find point clusters: cluster hulls [84]</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1</w:t>
            </w:r>
          </w:p>
        </w:tc>
        <w:tc>
          <w:tcPr>
            <w:tcW w:type="dxa" w:w="2160"/>
          </w:tcPr>
          <w:p>
            <w:r>
              <w:t>100.0%</w:t>
            </w:r>
          </w:p>
        </w:tc>
      </w:tr>
    </w:tbl>
    <w:p/>
    <w:p>
      <w:pPr>
        <w:pStyle w:val="Heading2"/>
      </w:pPr>
      <w:r>
        <w:t>Figure 40. Find point clusters: Crossings [85]</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10</w:t>
            </w:r>
          </w:p>
        </w:tc>
        <w:tc>
          <w:tcPr>
            <w:tcW w:type="dxa" w:w="2160"/>
          </w:tcPr>
          <w:p>
            <w:r>
              <w:t>0.7143</w:t>
            </w:r>
          </w:p>
        </w:tc>
        <w:tc>
          <w:tcPr>
            <w:tcW w:type="dxa" w:w="2160"/>
          </w:tcPr>
          <w:p>
            <w:r>
              <w:t>71.4%</w:t>
            </w:r>
          </w:p>
        </w:tc>
      </w:tr>
      <w:tr>
        <w:tc>
          <w:tcPr>
            <w:tcW w:type="dxa" w:w="2160"/>
          </w:tcPr>
          <w:p>
            <w:r>
              <w:t>Noise</w:t>
            </w:r>
          </w:p>
        </w:tc>
        <w:tc>
          <w:tcPr>
            <w:tcW w:type="dxa" w:w="2160"/>
          </w:tcPr>
          <w:p>
            <w:r>
              <w:t>4</w:t>
            </w:r>
          </w:p>
        </w:tc>
        <w:tc>
          <w:tcPr>
            <w:tcW w:type="dxa" w:w="2160"/>
          </w:tcPr>
          <w:p>
            <w:r>
              <w:t>0.2857</w:t>
            </w:r>
          </w:p>
        </w:tc>
        <w:tc>
          <w:tcPr>
            <w:tcW w:type="dxa" w:w="2160"/>
          </w:tcPr>
          <w:p>
            <w:r>
              <w:t>28.6%</w:t>
            </w:r>
          </w:p>
        </w:tc>
      </w:tr>
    </w:tbl>
    <w:p/>
    <w:p>
      <w:pPr>
        <w:pStyle w:val="Heading2"/>
      </w:pPr>
      <w:r>
        <w:t>Figure 41. Find point clusters: cluster hulls [86]</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1</w:t>
            </w:r>
          </w:p>
        </w:tc>
        <w:tc>
          <w:tcPr>
            <w:tcW w:type="dxa" w:w="2160"/>
          </w:tcPr>
          <w:p>
            <w:r>
              <w:t>100.0%</w:t>
            </w:r>
          </w:p>
        </w:tc>
      </w:tr>
    </w:tbl>
    <w:p/>
    <w:p>
      <w:pPr>
        <w:pStyle w:val="Heading2"/>
      </w:pPr>
      <w:r>
        <w:t>Figure 42. Find nearest: Valves and stations [87]</w:t>
      </w:r>
    </w:p>
    <w:tbl>
      <w:tblPr>
        <w:tblStyle w:val="LightGrid-Accent1"/>
        <w:tblW w:type="auto" w:w="0"/>
        <w:tblLook w:firstColumn="1" w:firstRow="1" w:lastColumn="0" w:lastRow="0" w:noHBand="0" w:noVBand="1" w:val="04A0"/>
      </w:tblPr>
      <w:tblGrid>
        <w:gridCol w:w="4320"/>
        <w:gridCol w:w="4320"/>
      </w:tblGrid>
      <w:tr>
        <w:tc>
          <w:tcPr>
            <w:tcW w:type="dxa" w:w="4320"/>
          </w:tcPr>
          <w:p>
            <w:r>
              <w:t>rank</w:t>
            </w:r>
          </w:p>
        </w:tc>
        <w:tc>
          <w:tcPr>
            <w:tcW w:type="dxa" w:w="4320"/>
          </w:tcPr>
          <w:p>
            <w:r>
              <w:t>name</w:t>
            </w:r>
          </w:p>
        </w:tc>
      </w:tr>
      <w:tr>
        <w:tc>
          <w:tcPr>
            <w:tcW w:type="dxa" w:w="4320"/>
          </w:tcPr>
          <w:p>
            <w:r>
              <w:t>1</w:t>
            </w:r>
          </w:p>
        </w:tc>
        <w:tc>
          <w:tcPr>
            <w:tcW w:type="dxa" w:w="4320"/>
          </w:tcPr>
          <w:p>
            <w:r>
              <w:t>draw</w:t>
            </w:r>
          </w:p>
        </w:tc>
      </w:tr>
      <w:tr>
        <w:tc>
          <w:tcPr>
            <w:tcW w:type="dxa" w:w="4320"/>
          </w:tcPr>
          <w:p>
            <w:r>
              <w:t>1</w:t>
            </w:r>
          </w:p>
        </w:tc>
        <w:tc>
          <w:tcPr>
            <w:tcW w:type="dxa" w:w="4320"/>
          </w:tcPr>
          <w:p>
            <w:r>
              <w:t>draw</w:t>
            </w:r>
          </w:p>
        </w:tc>
      </w:tr>
      <w:tr>
        <w:tc>
          <w:tcPr>
            <w:tcW w:type="dxa" w:w="4320"/>
          </w:tcPr>
          <w:p>
            <w:r>
              <w:t>1</w:t>
            </w:r>
          </w:p>
        </w:tc>
        <w:tc>
          <w:tcPr>
            <w:tcW w:type="dxa" w:w="4320"/>
          </w:tcPr>
          <w:p>
            <w:r>
              <w:t>road</w:t>
            </w:r>
          </w:p>
        </w:tc>
      </w:tr>
      <w:tr>
        <w:tc>
          <w:tcPr>
            <w:tcW w:type="dxa" w:w="4320"/>
          </w:tcPr>
          <w:p>
            <w:r>
              <w:t>1</w:t>
            </w:r>
          </w:p>
        </w:tc>
        <w:tc>
          <w:tcPr>
            <w:tcW w:type="dxa" w:w="4320"/>
          </w:tcPr>
          <w:p>
            <w:r>
              <w:t>road</w:t>
            </w:r>
          </w:p>
        </w:tc>
      </w:tr>
      <w:tr>
        <w:tc>
          <w:tcPr>
            <w:tcW w:type="dxa" w:w="4320"/>
          </w:tcPr>
          <w:p>
            <w:r>
              <w:t>1</w:t>
            </w:r>
          </w:p>
        </w:tc>
        <w:tc>
          <w:tcPr>
            <w:tcW w:type="dxa" w:w="4320"/>
          </w:tcPr>
          <w:p>
            <w:r>
              <w:t>road</w:t>
            </w:r>
          </w:p>
        </w:tc>
      </w:tr>
      <w:tr>
        <w:tc>
          <w:tcPr>
            <w:tcW w:type="dxa" w:w="4320"/>
          </w:tcPr>
          <w:p>
            <w:r>
              <w:t>1</w:t>
            </w:r>
          </w:p>
        </w:tc>
        <w:tc>
          <w:tcPr>
            <w:tcW w:type="dxa" w:w="4320"/>
          </w:tcPr>
          <w:p>
            <w:r>
              <w:t>road</w:t>
            </w:r>
          </w:p>
        </w:tc>
      </w:tr>
      <w:tr>
        <w:tc>
          <w:tcPr>
            <w:tcW w:type="dxa" w:w="4320"/>
          </w:tcPr>
          <w:p>
            <w:r>
              <w:t>1</w:t>
            </w:r>
          </w:p>
        </w:tc>
        <w:tc>
          <w:tcPr>
            <w:tcW w:type="dxa" w:w="4320"/>
          </w:tcPr>
          <w:p>
            <w:r>
              <w:t>road</w:t>
            </w:r>
          </w:p>
        </w:tc>
      </w:tr>
      <w:tr>
        <w:tc>
          <w:tcPr>
            <w:tcW w:type="dxa" w:w="4320"/>
          </w:tcPr>
          <w:p>
            <w:r>
              <w:t>1</w:t>
            </w:r>
          </w:p>
        </w:tc>
        <w:tc>
          <w:tcPr>
            <w:tcW w:type="dxa" w:w="4320"/>
          </w:tcPr>
          <w:p>
            <w:r>
              <w:t>road</w:t>
            </w:r>
          </w:p>
        </w:tc>
      </w:tr>
      <w:tr>
        <w:tc>
          <w:tcPr>
            <w:tcW w:type="dxa" w:w="4320"/>
          </w:tcPr>
          <w:p>
            <w:r>
              <w:t>1</w:t>
            </w:r>
          </w:p>
        </w:tc>
        <w:tc>
          <w:tcPr>
            <w:tcW w:type="dxa" w:w="4320"/>
          </w:tcPr>
          <w:p>
            <w:r>
              <w:t>road</w:t>
            </w:r>
          </w:p>
        </w:tc>
      </w:tr>
      <w:tr>
        <w:tc>
          <w:tcPr>
            <w:tcW w:type="dxa" w:w="4320"/>
          </w:tcPr>
          <w:p>
            <w:r>
              <w:t>1</w:t>
            </w:r>
          </w:p>
        </w:tc>
        <w:tc>
          <w:tcPr>
            <w:tcW w:type="dxa" w:w="4320"/>
          </w:tcPr>
          <w:p>
            <w:r>
              <w:t>road</w:t>
            </w:r>
          </w:p>
        </w:tc>
      </w:tr>
      <w:tr>
        <w:tc>
          <w:tcPr>
            <w:tcW w:type="dxa" w:w="4320"/>
          </w:tcPr>
          <w:p>
            <w:r>
              <w:t>1</w:t>
            </w:r>
          </w:p>
        </w:tc>
        <w:tc>
          <w:tcPr>
            <w:tcW w:type="dxa" w:w="4320"/>
          </w:tcPr>
          <w:p>
            <w:r>
              <w:t>road</w:t>
            </w:r>
          </w:p>
        </w:tc>
      </w:tr>
      <w:tr>
        <w:tc>
          <w:tcPr>
            <w:tcW w:type="dxa" w:w="4320"/>
          </w:tcPr>
          <w:p>
            <w:r>
              <w:t>1</w:t>
            </w:r>
          </w:p>
        </w:tc>
        <w:tc>
          <w:tcPr>
            <w:tcW w:type="dxa" w:w="4320"/>
          </w:tcPr>
          <w:p>
            <w:r>
              <w:t>road</w:t>
            </w:r>
          </w:p>
        </w:tc>
      </w:tr>
      <w:tr>
        <w:tc>
          <w:tcPr>
            <w:tcW w:type="dxa" w:w="4320"/>
          </w:tcPr>
          <w:p>
            <w:r>
              <w:t>1</w:t>
            </w:r>
          </w:p>
        </w:tc>
        <w:tc>
          <w:tcPr>
            <w:tcW w:type="dxa" w:w="4320"/>
          </w:tcPr>
          <w:p>
            <w:r>
              <w:t>draw</w:t>
            </w:r>
          </w:p>
        </w:tc>
      </w:tr>
      <w:tr>
        <w:tc>
          <w:tcPr>
            <w:tcW w:type="dxa" w:w="4320"/>
          </w:tcPr>
          <w:p>
            <w:r>
              <w:t>1</w:t>
            </w:r>
          </w:p>
        </w:tc>
        <w:tc>
          <w:tcPr>
            <w:tcW w:type="dxa" w:w="4320"/>
          </w:tcPr>
          <w:p>
            <w:r>
              <w:t>road</w:t>
            </w:r>
          </w:p>
        </w:tc>
      </w:tr>
      <w:tr>
        <w:tc>
          <w:tcPr>
            <w:tcW w:type="dxa" w:w="4320"/>
          </w:tcPr>
          <w:p>
            <w:r>
              <w:t>1</w:t>
            </w:r>
          </w:p>
        </w:tc>
        <w:tc>
          <w:tcPr>
            <w:tcW w:type="dxa" w:w="4320"/>
          </w:tcPr>
          <w:p>
            <w:r>
              <w:t>road</w:t>
            </w:r>
          </w:p>
        </w:tc>
      </w:tr>
      <w:tr>
        <w:tc>
          <w:tcPr>
            <w:tcW w:type="dxa" w:w="4320"/>
          </w:tcPr>
          <w:p>
            <w:r>
              <w:t>1</w:t>
            </w:r>
          </w:p>
        </w:tc>
        <w:tc>
          <w:tcPr>
            <w:tcW w:type="dxa" w:w="4320"/>
          </w:tcPr>
          <w:p>
            <w:r>
              <w:t>road</w:t>
            </w:r>
          </w:p>
        </w:tc>
      </w:tr>
      <w:tr>
        <w:tc>
          <w:tcPr>
            <w:tcW w:type="dxa" w:w="4320"/>
          </w:tcPr>
          <w:p>
            <w:r>
              <w:t>1</w:t>
            </w:r>
          </w:p>
        </w:tc>
        <w:tc>
          <w:tcPr>
            <w:tcW w:type="dxa" w:w="4320"/>
          </w:tcPr>
          <w:p>
            <w:r>
              <w:t>road</w:t>
            </w:r>
          </w:p>
        </w:tc>
      </w:tr>
      <w:tr>
        <w:tc>
          <w:tcPr>
            <w:tcW w:type="dxa" w:w="4320"/>
          </w:tcPr>
          <w:p>
            <w:r>
              <w:t>1</w:t>
            </w:r>
          </w:p>
        </w:tc>
        <w:tc>
          <w:tcPr>
            <w:tcW w:type="dxa" w:w="4320"/>
          </w:tcPr>
          <w:p>
            <w:r>
              <w:t>draw</w:t>
            </w:r>
          </w:p>
        </w:tc>
      </w:tr>
      <w:tr>
        <w:tc>
          <w:tcPr>
            <w:tcW w:type="dxa" w:w="4320"/>
          </w:tcPr>
          <w:p>
            <w:r>
              <w:t>1</w:t>
            </w:r>
          </w:p>
        </w:tc>
        <w:tc>
          <w:tcPr>
            <w:tcW w:type="dxa" w:w="4320"/>
          </w:tcPr>
          <w:p>
            <w:r>
              <w:t>road</w:t>
            </w:r>
          </w:p>
        </w:tc>
      </w:tr>
      <w:tr>
        <w:tc>
          <w:tcPr>
            <w:tcW w:type="dxa" w:w="4320"/>
          </w:tcPr>
          <w:p>
            <w:r>
              <w:t>1</w:t>
            </w:r>
          </w:p>
        </w:tc>
        <w:tc>
          <w:tcPr>
            <w:tcW w:type="dxa" w:w="4320"/>
          </w:tcPr>
          <w:p>
            <w:r>
              <w:t>road</w:t>
            </w:r>
          </w:p>
        </w:tc>
      </w:tr>
    </w:tbl>
    <w:p/>
    <w:p>
      <w:pPr>
        <w:pStyle w:val="Heading2"/>
      </w:pPr>
      <w:r>
        <w:t>Figure 43. Find nearest: Valves and stations [88]</w:t>
      </w:r>
    </w:p>
    <w:tbl>
      <w:tblPr>
        <w:tblStyle w:val="LightGrid-Accent1"/>
        <w:tblW w:type="auto" w:w="0"/>
        <w:tblLook w:firstColumn="1" w:firstRow="1" w:lastColumn="0" w:lastRow="0" w:noHBand="0" w:noVBand="1" w:val="04A0"/>
      </w:tblPr>
      <w:tblGrid>
        <w:gridCol w:w="4320"/>
        <w:gridCol w:w="4320"/>
      </w:tblGrid>
      <w:tr>
        <w:tc>
          <w:tcPr>
            <w:tcW w:type="dxa" w:w="4320"/>
          </w:tcPr>
          <w:p>
            <w:r>
              <w:t>rank</w:t>
            </w:r>
          </w:p>
        </w:tc>
        <w:tc>
          <w:tcPr>
            <w:tcW w:type="dxa" w:w="4320"/>
          </w:tcPr>
          <w:p>
            <w:r>
              <w:t>name</w:t>
            </w:r>
          </w:p>
        </w:tc>
      </w:tr>
      <w:tr>
        <w:tc>
          <w:tcPr>
            <w:tcW w:type="dxa" w:w="4320"/>
          </w:tcPr>
          <w:p>
            <w:r>
              <w:t>1</w:t>
            </w:r>
          </w:p>
        </w:tc>
        <w:tc>
          <w:tcPr>
            <w:tcW w:type="dxa" w:w="4320"/>
          </w:tcPr>
          <w:p>
            <w:r>
              <w:t>1</w:t>
            </w:r>
          </w:p>
        </w:tc>
      </w:tr>
      <w:tr>
        <w:tc>
          <w:tcPr>
            <w:tcW w:type="dxa" w:w="4320"/>
          </w:tcPr>
          <w:p>
            <w:r>
              <w:t>1</w:t>
            </w:r>
          </w:p>
        </w:tc>
        <w:tc>
          <w:tcPr>
            <w:tcW w:type="dxa" w:w="4320"/>
          </w:tcPr>
          <w:p>
            <w:r>
              <w:t>1</w:t>
            </w:r>
          </w:p>
        </w:tc>
      </w:tr>
      <w:tr>
        <w:tc>
          <w:tcPr>
            <w:tcW w:type="dxa" w:w="4320"/>
          </w:tcPr>
          <w:p>
            <w:r>
              <w:t>1</w:t>
            </w:r>
          </w:p>
        </w:tc>
        <w:tc>
          <w:tcPr>
            <w:tcW w:type="dxa" w:w="4320"/>
          </w:tcPr>
          <w:p>
            <w:r>
              <w:t>1</w:t>
            </w:r>
          </w:p>
        </w:tc>
      </w:tr>
      <w:tr>
        <w:tc>
          <w:tcPr>
            <w:tcW w:type="dxa" w:w="4320"/>
          </w:tcPr>
          <w:p>
            <w:r>
              <w:t>1</w:t>
            </w:r>
          </w:p>
        </w:tc>
        <w:tc>
          <w:tcPr>
            <w:tcW w:type="dxa" w:w="4320"/>
          </w:tcPr>
          <w:p>
            <w:r>
              <w:t>1</w:t>
            </w:r>
          </w:p>
        </w:tc>
      </w:tr>
      <w:tr>
        <w:tc>
          <w:tcPr>
            <w:tcW w:type="dxa" w:w="4320"/>
          </w:tcPr>
          <w:p>
            <w:r>
              <w:t>1</w:t>
            </w:r>
          </w:p>
        </w:tc>
        <w:tc>
          <w:tcPr>
            <w:tcW w:type="dxa" w:w="4320"/>
          </w:tcPr>
          <w:p>
            <w:r>
              <w:t>1</w:t>
            </w:r>
          </w:p>
        </w:tc>
      </w:tr>
      <w:tr>
        <w:tc>
          <w:tcPr>
            <w:tcW w:type="dxa" w:w="4320"/>
          </w:tcPr>
          <w:p>
            <w:r>
              <w:t>1</w:t>
            </w:r>
          </w:p>
        </w:tc>
        <w:tc>
          <w:tcPr>
            <w:tcW w:type="dxa" w:w="4320"/>
          </w:tcPr>
          <w:p>
            <w:r>
              <w:t>1</w:t>
            </w:r>
          </w:p>
        </w:tc>
      </w:tr>
      <w:tr>
        <w:tc>
          <w:tcPr>
            <w:tcW w:type="dxa" w:w="4320"/>
          </w:tcPr>
          <w:p>
            <w:r>
              <w:t>1</w:t>
            </w:r>
          </w:p>
        </w:tc>
        <w:tc>
          <w:tcPr>
            <w:tcW w:type="dxa" w:w="4320"/>
          </w:tcPr>
          <w:p>
            <w:r>
              <w:t>1</w:t>
            </w:r>
          </w:p>
        </w:tc>
      </w:tr>
      <w:tr>
        <w:tc>
          <w:tcPr>
            <w:tcW w:type="dxa" w:w="4320"/>
          </w:tcPr>
          <w:p>
            <w:r>
              <w:t>1</w:t>
            </w:r>
          </w:p>
        </w:tc>
        <w:tc>
          <w:tcPr>
            <w:tcW w:type="dxa" w:w="4320"/>
          </w:tcPr>
          <w:p>
            <w:r>
              <w:t>1</w:t>
            </w:r>
          </w:p>
        </w:tc>
      </w:tr>
      <w:tr>
        <w:tc>
          <w:tcPr>
            <w:tcW w:type="dxa" w:w="4320"/>
          </w:tcPr>
          <w:p>
            <w:r>
              <w:t>1</w:t>
            </w:r>
          </w:p>
        </w:tc>
        <w:tc>
          <w:tcPr>
            <w:tcW w:type="dxa" w:w="4320"/>
          </w:tcPr>
          <w:p>
            <w:r>
              <w:t>1</w:t>
            </w:r>
          </w:p>
        </w:tc>
      </w:tr>
      <w:tr>
        <w:tc>
          <w:tcPr>
            <w:tcW w:type="dxa" w:w="4320"/>
          </w:tcPr>
          <w:p>
            <w:r>
              <w:t>1</w:t>
            </w:r>
          </w:p>
        </w:tc>
        <w:tc>
          <w:tcPr>
            <w:tcW w:type="dxa" w:w="4320"/>
          </w:tcPr>
          <w:p>
            <w:r>
              <w:t>1</w:t>
            </w:r>
          </w:p>
        </w:tc>
      </w:tr>
      <w:tr>
        <w:tc>
          <w:tcPr>
            <w:tcW w:type="dxa" w:w="4320"/>
          </w:tcPr>
          <w:p>
            <w:r>
              <w:t>1</w:t>
            </w:r>
          </w:p>
        </w:tc>
        <w:tc>
          <w:tcPr>
            <w:tcW w:type="dxa" w:w="4320"/>
          </w:tcPr>
          <w:p>
            <w:r>
              <w:t>1</w:t>
            </w:r>
          </w:p>
        </w:tc>
      </w:tr>
      <w:tr>
        <w:tc>
          <w:tcPr>
            <w:tcW w:type="dxa" w:w="4320"/>
          </w:tcPr>
          <w:p>
            <w:r>
              <w:t>1</w:t>
            </w:r>
          </w:p>
        </w:tc>
        <w:tc>
          <w:tcPr>
            <w:tcW w:type="dxa" w:w="4320"/>
          </w:tcPr>
          <w:p>
            <w:r>
              <w:t>1</w:t>
            </w:r>
          </w:p>
        </w:tc>
      </w:tr>
      <w:tr>
        <w:tc>
          <w:tcPr>
            <w:tcW w:type="dxa" w:w="4320"/>
          </w:tcPr>
          <w:p>
            <w:r>
              <w:t>1</w:t>
            </w:r>
          </w:p>
        </w:tc>
        <w:tc>
          <w:tcPr>
            <w:tcW w:type="dxa" w:w="4320"/>
          </w:tcPr>
          <w:p>
            <w:r>
              <w:t>1</w:t>
            </w:r>
          </w:p>
        </w:tc>
      </w:tr>
      <w:tr>
        <w:tc>
          <w:tcPr>
            <w:tcW w:type="dxa" w:w="4320"/>
          </w:tcPr>
          <w:p>
            <w:r>
              <w:t>1</w:t>
            </w:r>
          </w:p>
        </w:tc>
        <w:tc>
          <w:tcPr>
            <w:tcW w:type="dxa" w:w="4320"/>
          </w:tcPr>
          <w:p>
            <w:r>
              <w:t>1</w:t>
            </w:r>
          </w:p>
        </w:tc>
      </w:tr>
      <w:tr>
        <w:tc>
          <w:tcPr>
            <w:tcW w:type="dxa" w:w="4320"/>
          </w:tcPr>
          <w:p>
            <w:r>
              <w:t>1</w:t>
            </w:r>
          </w:p>
        </w:tc>
        <w:tc>
          <w:tcPr>
            <w:tcW w:type="dxa" w:w="4320"/>
          </w:tcPr>
          <w:p>
            <w:r>
              <w:t>1</w:t>
            </w:r>
          </w:p>
        </w:tc>
      </w:tr>
      <w:tr>
        <w:tc>
          <w:tcPr>
            <w:tcW w:type="dxa" w:w="4320"/>
          </w:tcPr>
          <w:p>
            <w:r>
              <w:t>1</w:t>
            </w:r>
          </w:p>
        </w:tc>
        <w:tc>
          <w:tcPr>
            <w:tcW w:type="dxa" w:w="4320"/>
          </w:tcPr>
          <w:p>
            <w:r>
              <w:t>1</w:t>
            </w:r>
          </w:p>
        </w:tc>
      </w:tr>
      <w:tr>
        <w:tc>
          <w:tcPr>
            <w:tcW w:type="dxa" w:w="4320"/>
          </w:tcPr>
          <w:p>
            <w:r>
              <w:t>1</w:t>
            </w:r>
          </w:p>
        </w:tc>
        <w:tc>
          <w:tcPr>
            <w:tcW w:type="dxa" w:w="4320"/>
          </w:tcPr>
          <w:p>
            <w:r>
              <w:t>1</w:t>
            </w:r>
          </w:p>
        </w:tc>
      </w:tr>
      <w:tr>
        <w:tc>
          <w:tcPr>
            <w:tcW w:type="dxa" w:w="4320"/>
          </w:tcPr>
          <w:p>
            <w:r>
              <w:t>1</w:t>
            </w:r>
          </w:p>
        </w:tc>
        <w:tc>
          <w:tcPr>
            <w:tcW w:type="dxa" w:w="4320"/>
          </w:tcPr>
          <w:p>
            <w:r>
              <w:t>1</w:t>
            </w:r>
          </w:p>
        </w:tc>
      </w:tr>
      <w:tr>
        <w:tc>
          <w:tcPr>
            <w:tcW w:type="dxa" w:w="4320"/>
          </w:tcPr>
          <w:p>
            <w:r>
              <w:t>1</w:t>
            </w:r>
          </w:p>
        </w:tc>
        <w:tc>
          <w:tcPr>
            <w:tcW w:type="dxa" w:w="4320"/>
          </w:tcPr>
          <w:p>
            <w:r>
              <w:t>1</w:t>
            </w:r>
          </w:p>
        </w:tc>
      </w:tr>
      <w:tr>
        <w:tc>
          <w:tcPr>
            <w:tcW w:type="dxa" w:w="4320"/>
          </w:tcPr>
          <w:p>
            <w:r>
              <w:t>1</w:t>
            </w:r>
          </w:p>
        </w:tc>
        <w:tc>
          <w:tcPr>
            <w:tcW w:type="dxa" w:w="4320"/>
          </w:tcPr>
          <w:p>
            <w:r>
              <w:t>1</w:t>
            </w:r>
          </w:p>
        </w:tc>
      </w:tr>
    </w:tbl>
    <w:p/>
    <w:p>
      <w:pPr>
        <w:pStyle w:val="Heading2"/>
      </w:pPr>
      <w:r>
        <w:t>Figure 44. Repeat and near repeat classification: Incidents [89]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2016-01-01</w:t>
            </w:r>
          </w:p>
        </w:tc>
        <w:tc>
          <w:tcPr>
            <w:tcW w:type="dxa" w:w="2880"/>
          </w:tcPr>
          <w:p>
            <w:r>
              <w:t>external corrosion</w:t>
            </w:r>
          </w:p>
        </w:tc>
        <w:tc>
          <w:tcPr>
            <w:tcW w:type="dxa" w:w="2880"/>
          </w:tcPr>
          <w:p>
            <w:r>
              <w:t>0</w:t>
            </w:r>
          </w:p>
        </w:tc>
      </w:tr>
      <w:tr>
        <w:tc>
          <w:tcPr>
            <w:tcW w:type="dxa" w:w="2880"/>
          </w:tcPr>
          <w:p>
            <w:r>
              <w:t>2016-01-01</w:t>
            </w:r>
          </w:p>
        </w:tc>
        <w:tc>
          <w:tcPr>
            <w:tcW w:type="dxa" w:w="2880"/>
          </w:tcPr>
          <w:p>
            <w:r>
              <w:t>third-party damage</w:t>
            </w:r>
          </w:p>
        </w:tc>
        <w:tc>
          <w:tcPr>
            <w:tcW w:type="dxa" w:w="2880"/>
          </w:tcPr>
          <w:p>
            <w:r>
              <w:t>0</w:t>
            </w:r>
          </w:p>
        </w:tc>
      </w:tr>
      <w:tr>
        <w:tc>
          <w:tcPr>
            <w:tcW w:type="dxa" w:w="2880"/>
          </w:tcPr>
          <w:p>
            <w:r>
              <w:t>2016-01-01</w:t>
            </w:r>
          </w:p>
        </w:tc>
        <w:tc>
          <w:tcPr>
            <w:tcW w:type="dxa" w:w="2880"/>
          </w:tcPr>
          <w:p>
            <w:r>
              <w:t>equipment</w:t>
            </w:r>
          </w:p>
        </w:tc>
        <w:tc>
          <w:tcPr>
            <w:tcW w:type="dxa" w:w="2880"/>
          </w:tcPr>
          <w:p>
            <w:r>
              <w:t>1</w:t>
            </w:r>
          </w:p>
        </w:tc>
      </w:tr>
      <w:tr>
        <w:tc>
          <w:tcPr>
            <w:tcW w:type="dxa" w:w="2880"/>
          </w:tcPr>
          <w:p>
            <w:r>
              <w:t>2016-01-01</w:t>
            </w:r>
          </w:p>
        </w:tc>
        <w:tc>
          <w:tcPr>
            <w:tcW w:type="dxa" w:w="2880"/>
          </w:tcPr>
          <w:p>
            <w:r>
              <w:t>internal corrosion</w:t>
            </w:r>
          </w:p>
        </w:tc>
        <w:tc>
          <w:tcPr>
            <w:tcW w:type="dxa" w:w="2880"/>
          </w:tcPr>
          <w:p>
            <w:r>
              <w:t>0</w:t>
            </w:r>
          </w:p>
        </w:tc>
      </w:tr>
      <w:tr>
        <w:tc>
          <w:tcPr>
            <w:tcW w:type="dxa" w:w="2880"/>
          </w:tcPr>
          <w:p>
            <w:r>
              <w:t>2016-01-01</w:t>
            </w:r>
          </w:p>
        </w:tc>
        <w:tc>
          <w:tcPr>
            <w:tcW w:type="dxa" w:w="2880"/>
          </w:tcPr>
          <w:p>
            <w:r>
              <w:t>weather</w:t>
            </w:r>
          </w:p>
        </w:tc>
        <w:tc>
          <w:tcPr>
            <w:tcW w:type="dxa" w:w="2880"/>
          </w:tcPr>
          <w:p>
            <w:r>
              <w:t>0</w:t>
            </w:r>
          </w:p>
        </w:tc>
      </w:tr>
      <w:tr>
        <w:tc>
          <w:tcPr>
            <w:tcW w:type="dxa" w:w="2880"/>
          </w:tcPr>
          <w:p>
            <w:r>
              <w:t>2017-01-01</w:t>
            </w:r>
          </w:p>
        </w:tc>
        <w:tc>
          <w:tcPr>
            <w:tcW w:type="dxa" w:w="2880"/>
          </w:tcPr>
          <w:p>
            <w:r>
              <w:t>external corrosion</w:t>
            </w:r>
          </w:p>
        </w:tc>
        <w:tc>
          <w:tcPr>
            <w:tcW w:type="dxa" w:w="2880"/>
          </w:tcPr>
          <w:p>
            <w:r>
              <w:t>2</w:t>
            </w:r>
          </w:p>
        </w:tc>
      </w:tr>
      <w:tr>
        <w:tc>
          <w:tcPr>
            <w:tcW w:type="dxa" w:w="2880"/>
          </w:tcPr>
          <w:p>
            <w:r>
              <w:t>2017-01-01</w:t>
            </w:r>
          </w:p>
        </w:tc>
        <w:tc>
          <w:tcPr>
            <w:tcW w:type="dxa" w:w="2880"/>
          </w:tcPr>
          <w:p>
            <w:r>
              <w:t>third-party damage</w:t>
            </w:r>
          </w:p>
        </w:tc>
        <w:tc>
          <w:tcPr>
            <w:tcW w:type="dxa" w:w="2880"/>
          </w:tcPr>
          <w:p>
            <w:r>
              <w:t>1</w:t>
            </w:r>
          </w:p>
        </w:tc>
      </w:tr>
      <w:tr>
        <w:tc>
          <w:tcPr>
            <w:tcW w:type="dxa" w:w="2880"/>
          </w:tcPr>
          <w:p>
            <w:r>
              <w:t>2017-01-01</w:t>
            </w:r>
          </w:p>
        </w:tc>
        <w:tc>
          <w:tcPr>
            <w:tcW w:type="dxa" w:w="2880"/>
          </w:tcPr>
          <w:p>
            <w:r>
              <w:t>equipment</w:t>
            </w:r>
          </w:p>
        </w:tc>
        <w:tc>
          <w:tcPr>
            <w:tcW w:type="dxa" w:w="2880"/>
          </w:tcPr>
          <w:p>
            <w:r>
              <w:t>0</w:t>
            </w:r>
          </w:p>
        </w:tc>
      </w:tr>
      <w:tr>
        <w:tc>
          <w:tcPr>
            <w:tcW w:type="dxa" w:w="2880"/>
          </w:tcPr>
          <w:p>
            <w:r>
              <w:t>2017-01-01</w:t>
            </w:r>
          </w:p>
        </w:tc>
        <w:tc>
          <w:tcPr>
            <w:tcW w:type="dxa" w:w="2880"/>
          </w:tcPr>
          <w:p>
            <w:r>
              <w:t>internal corrosion</w:t>
            </w:r>
          </w:p>
        </w:tc>
        <w:tc>
          <w:tcPr>
            <w:tcW w:type="dxa" w:w="2880"/>
          </w:tcPr>
          <w:p>
            <w:r>
              <w:t>0</w:t>
            </w:r>
          </w:p>
        </w:tc>
      </w:tr>
      <w:tr>
        <w:tc>
          <w:tcPr>
            <w:tcW w:type="dxa" w:w="2880"/>
          </w:tcPr>
          <w:p>
            <w:r>
              <w:t>2017-01-01</w:t>
            </w:r>
          </w:p>
        </w:tc>
        <w:tc>
          <w:tcPr>
            <w:tcW w:type="dxa" w:w="2880"/>
          </w:tcPr>
          <w:p>
            <w:r>
              <w:t>weather</w:t>
            </w:r>
          </w:p>
        </w:tc>
        <w:tc>
          <w:tcPr>
            <w:tcW w:type="dxa" w:w="2880"/>
          </w:tcPr>
          <w:p>
            <w:r>
              <w:t>1</w:t>
            </w:r>
          </w:p>
        </w:tc>
      </w:tr>
      <w:tr>
        <w:tc>
          <w:tcPr>
            <w:tcW w:type="dxa" w:w="2880"/>
          </w:tcPr>
          <w:p>
            <w:r>
              <w:t>2018-01-01</w:t>
            </w:r>
          </w:p>
        </w:tc>
        <w:tc>
          <w:tcPr>
            <w:tcW w:type="dxa" w:w="2880"/>
          </w:tcPr>
          <w:p>
            <w:r>
              <w:t>external corrosion</w:t>
            </w:r>
          </w:p>
        </w:tc>
        <w:tc>
          <w:tcPr>
            <w:tcW w:type="dxa" w:w="2880"/>
          </w:tcPr>
          <w:p>
            <w:r>
              <w:t>0</w:t>
            </w:r>
          </w:p>
        </w:tc>
      </w:tr>
      <w:tr>
        <w:tc>
          <w:tcPr>
            <w:tcW w:type="dxa" w:w="2880"/>
          </w:tcPr>
          <w:p>
            <w:r>
              <w:t>2018-01-01</w:t>
            </w:r>
          </w:p>
        </w:tc>
        <w:tc>
          <w:tcPr>
            <w:tcW w:type="dxa" w:w="2880"/>
          </w:tcPr>
          <w:p>
            <w:r>
              <w:t>third-party damage</w:t>
            </w:r>
          </w:p>
        </w:tc>
        <w:tc>
          <w:tcPr>
            <w:tcW w:type="dxa" w:w="2880"/>
          </w:tcPr>
          <w:p>
            <w:r>
              <w:t>2</w:t>
            </w:r>
          </w:p>
        </w:tc>
      </w:tr>
      <w:tr>
        <w:tc>
          <w:tcPr>
            <w:tcW w:type="dxa" w:w="2880"/>
          </w:tcPr>
          <w:p>
            <w:r>
              <w:t>2018-01-01</w:t>
            </w:r>
          </w:p>
        </w:tc>
        <w:tc>
          <w:tcPr>
            <w:tcW w:type="dxa" w:w="2880"/>
          </w:tcPr>
          <w:p>
            <w:r>
              <w:t>equipment</w:t>
            </w:r>
          </w:p>
        </w:tc>
        <w:tc>
          <w:tcPr>
            <w:tcW w:type="dxa" w:w="2880"/>
          </w:tcPr>
          <w:p>
            <w:r>
              <w:t>1</w:t>
            </w:r>
          </w:p>
        </w:tc>
      </w:tr>
      <w:tr>
        <w:tc>
          <w:tcPr>
            <w:tcW w:type="dxa" w:w="2880"/>
          </w:tcPr>
          <w:p>
            <w:r>
              <w:t>2018-01-01</w:t>
            </w:r>
          </w:p>
        </w:tc>
        <w:tc>
          <w:tcPr>
            <w:tcW w:type="dxa" w:w="2880"/>
          </w:tcPr>
          <w:p>
            <w:r>
              <w:t>internal corrosion</w:t>
            </w:r>
          </w:p>
        </w:tc>
        <w:tc>
          <w:tcPr>
            <w:tcW w:type="dxa" w:w="2880"/>
          </w:tcPr>
          <w:p>
            <w:r>
              <w:t>2</w:t>
            </w:r>
          </w:p>
        </w:tc>
      </w:tr>
      <w:tr>
        <w:tc>
          <w:tcPr>
            <w:tcW w:type="dxa" w:w="2880"/>
          </w:tcPr>
          <w:p>
            <w:r>
              <w:t>2018-01-01</w:t>
            </w:r>
          </w:p>
        </w:tc>
        <w:tc>
          <w:tcPr>
            <w:tcW w:type="dxa" w:w="2880"/>
          </w:tcPr>
          <w:p>
            <w:r>
              <w:t>weather</w:t>
            </w:r>
          </w:p>
        </w:tc>
        <w:tc>
          <w:tcPr>
            <w:tcW w:type="dxa" w:w="2880"/>
          </w:tcPr>
          <w:p>
            <w:r>
              <w:t>0</w:t>
            </w:r>
          </w:p>
        </w:tc>
      </w:tr>
      <w:tr>
        <w:tc>
          <w:tcPr>
            <w:tcW w:type="dxa" w:w="2880"/>
          </w:tcPr>
          <w:p>
            <w:r>
              <w:t>2019-01-01</w:t>
            </w:r>
          </w:p>
        </w:tc>
        <w:tc>
          <w:tcPr>
            <w:tcW w:type="dxa" w:w="2880"/>
          </w:tcPr>
          <w:p>
            <w:r>
              <w:t>external corrosion</w:t>
            </w:r>
          </w:p>
        </w:tc>
        <w:tc>
          <w:tcPr>
            <w:tcW w:type="dxa" w:w="2880"/>
          </w:tcPr>
          <w:p>
            <w:r>
              <w:t>3</w:t>
            </w:r>
          </w:p>
        </w:tc>
      </w:tr>
      <w:tr>
        <w:tc>
          <w:tcPr>
            <w:tcW w:type="dxa" w:w="2880"/>
          </w:tcPr>
          <w:p>
            <w:r>
              <w:t>2019-01-01</w:t>
            </w:r>
          </w:p>
        </w:tc>
        <w:tc>
          <w:tcPr>
            <w:tcW w:type="dxa" w:w="2880"/>
          </w:tcPr>
          <w:p>
            <w:r>
              <w:t>third-party damage</w:t>
            </w:r>
          </w:p>
        </w:tc>
        <w:tc>
          <w:tcPr>
            <w:tcW w:type="dxa" w:w="2880"/>
          </w:tcPr>
          <w:p>
            <w:r>
              <w:t>3</w:t>
            </w:r>
          </w:p>
        </w:tc>
      </w:tr>
      <w:tr>
        <w:tc>
          <w:tcPr>
            <w:tcW w:type="dxa" w:w="2880"/>
          </w:tcPr>
          <w:p>
            <w:r>
              <w:t>2019-01-01</w:t>
            </w:r>
          </w:p>
        </w:tc>
        <w:tc>
          <w:tcPr>
            <w:tcW w:type="dxa" w:w="2880"/>
          </w:tcPr>
          <w:p>
            <w:r>
              <w:t>equipment</w:t>
            </w:r>
          </w:p>
        </w:tc>
        <w:tc>
          <w:tcPr>
            <w:tcW w:type="dxa" w:w="2880"/>
          </w:tcPr>
          <w:p>
            <w:r>
              <w:t>2</w:t>
            </w:r>
          </w:p>
        </w:tc>
      </w:tr>
      <w:tr>
        <w:tc>
          <w:tcPr>
            <w:tcW w:type="dxa" w:w="2880"/>
          </w:tcPr>
          <w:p>
            <w:r>
              <w:t>2019-01-01</w:t>
            </w:r>
          </w:p>
        </w:tc>
        <w:tc>
          <w:tcPr>
            <w:tcW w:type="dxa" w:w="2880"/>
          </w:tcPr>
          <w:p>
            <w:r>
              <w:t>internal corrosion</w:t>
            </w:r>
          </w:p>
        </w:tc>
        <w:tc>
          <w:tcPr>
            <w:tcW w:type="dxa" w:w="2880"/>
          </w:tcPr>
          <w:p>
            <w:r>
              <w:t>1</w:t>
            </w:r>
          </w:p>
        </w:tc>
      </w:tr>
      <w:tr>
        <w:tc>
          <w:tcPr>
            <w:tcW w:type="dxa" w:w="2880"/>
          </w:tcPr>
          <w:p>
            <w:r>
              <w:t>2019-01-01</w:t>
            </w:r>
          </w:p>
        </w:tc>
        <w:tc>
          <w:tcPr>
            <w:tcW w:type="dxa" w:w="2880"/>
          </w:tcPr>
          <w:p>
            <w:r>
              <w:t>weather</w:t>
            </w:r>
          </w:p>
        </w:tc>
        <w:tc>
          <w:tcPr>
            <w:tcW w:type="dxa" w:w="2880"/>
          </w:tcPr>
          <w:p>
            <w:r>
              <w:t>0</w:t>
            </w:r>
          </w:p>
        </w:tc>
      </w:tr>
      <w:tr>
        <w:tc>
          <w:tcPr>
            <w:tcW w:type="dxa" w:w="2880"/>
          </w:tcPr>
          <w:p>
            <w:r>
              <w:t>2020-01-01</w:t>
            </w:r>
          </w:p>
        </w:tc>
        <w:tc>
          <w:tcPr>
            <w:tcW w:type="dxa" w:w="2880"/>
          </w:tcPr>
          <w:p>
            <w:r>
              <w:t>external corrosion</w:t>
            </w:r>
          </w:p>
        </w:tc>
        <w:tc>
          <w:tcPr>
            <w:tcW w:type="dxa" w:w="2880"/>
          </w:tcPr>
          <w:p>
            <w:r>
              <w:t>3</w:t>
            </w:r>
          </w:p>
        </w:tc>
      </w:tr>
      <w:tr>
        <w:tc>
          <w:tcPr>
            <w:tcW w:type="dxa" w:w="2880"/>
          </w:tcPr>
          <w:p>
            <w:r>
              <w:t>2020-01-01</w:t>
            </w:r>
          </w:p>
        </w:tc>
        <w:tc>
          <w:tcPr>
            <w:tcW w:type="dxa" w:w="2880"/>
          </w:tcPr>
          <w:p>
            <w:r>
              <w:t>third-party damage</w:t>
            </w:r>
          </w:p>
        </w:tc>
        <w:tc>
          <w:tcPr>
            <w:tcW w:type="dxa" w:w="2880"/>
          </w:tcPr>
          <w:p>
            <w:r>
              <w:t>0</w:t>
            </w:r>
          </w:p>
        </w:tc>
      </w:tr>
      <w:tr>
        <w:tc>
          <w:tcPr>
            <w:tcW w:type="dxa" w:w="2880"/>
          </w:tcPr>
          <w:p>
            <w:r>
              <w:t>2020-01-01</w:t>
            </w:r>
          </w:p>
        </w:tc>
        <w:tc>
          <w:tcPr>
            <w:tcW w:type="dxa" w:w="2880"/>
          </w:tcPr>
          <w:p>
            <w:r>
              <w:t>equipment</w:t>
            </w:r>
          </w:p>
        </w:tc>
        <w:tc>
          <w:tcPr>
            <w:tcW w:type="dxa" w:w="2880"/>
          </w:tcPr>
          <w:p>
            <w:r>
              <w:t>1</w:t>
            </w:r>
          </w:p>
        </w:tc>
      </w:tr>
      <w:tr>
        <w:tc>
          <w:tcPr>
            <w:tcW w:type="dxa" w:w="2880"/>
          </w:tcPr>
          <w:p>
            <w:r>
              <w:t>2020-01-01</w:t>
            </w:r>
          </w:p>
        </w:tc>
        <w:tc>
          <w:tcPr>
            <w:tcW w:type="dxa" w:w="2880"/>
          </w:tcPr>
          <w:p>
            <w:r>
              <w:t>internal corrosion</w:t>
            </w:r>
          </w:p>
        </w:tc>
        <w:tc>
          <w:tcPr>
            <w:tcW w:type="dxa" w:w="2880"/>
          </w:tcPr>
          <w:p>
            <w:r>
              <w:t>3</w:t>
            </w:r>
          </w:p>
        </w:tc>
      </w:tr>
      <w:tr>
        <w:tc>
          <w:tcPr>
            <w:tcW w:type="dxa" w:w="2880"/>
          </w:tcPr>
          <w:p>
            <w:r>
              <w:t>2020-01-01</w:t>
            </w:r>
          </w:p>
        </w:tc>
        <w:tc>
          <w:tcPr>
            <w:tcW w:type="dxa" w:w="2880"/>
          </w:tcPr>
          <w:p>
            <w:r>
              <w:t>weather</w:t>
            </w:r>
          </w:p>
        </w:tc>
        <w:tc>
          <w:tcPr>
            <w:tcW w:type="dxa" w:w="2880"/>
          </w:tcPr>
          <w:p>
            <w:r>
              <w:t>0</w:t>
            </w:r>
          </w:p>
        </w:tc>
      </w:tr>
      <w:tr>
        <w:tc>
          <w:tcPr>
            <w:tcW w:type="dxa" w:w="2880"/>
          </w:tcPr>
          <w:p>
            <w:r>
              <w:t>2021-01-01</w:t>
            </w:r>
          </w:p>
        </w:tc>
        <w:tc>
          <w:tcPr>
            <w:tcW w:type="dxa" w:w="2880"/>
          </w:tcPr>
          <w:p>
            <w:r>
              <w:t>external corrosion</w:t>
            </w:r>
          </w:p>
        </w:tc>
        <w:tc>
          <w:tcPr>
            <w:tcW w:type="dxa" w:w="2880"/>
          </w:tcPr>
          <w:p>
            <w:r>
              <w:t>2</w:t>
            </w:r>
          </w:p>
        </w:tc>
      </w:tr>
      <w:tr>
        <w:tc>
          <w:tcPr>
            <w:tcW w:type="dxa" w:w="2880"/>
          </w:tcPr>
          <w:p>
            <w:r>
              <w:t>2021-01-01</w:t>
            </w:r>
          </w:p>
        </w:tc>
        <w:tc>
          <w:tcPr>
            <w:tcW w:type="dxa" w:w="2880"/>
          </w:tcPr>
          <w:p>
            <w:r>
              <w:t>third-party damage</w:t>
            </w:r>
          </w:p>
        </w:tc>
        <w:tc>
          <w:tcPr>
            <w:tcW w:type="dxa" w:w="2880"/>
          </w:tcPr>
          <w:p>
            <w:r>
              <w:t>2</w:t>
            </w:r>
          </w:p>
        </w:tc>
      </w:tr>
      <w:tr>
        <w:tc>
          <w:tcPr>
            <w:tcW w:type="dxa" w:w="2880"/>
          </w:tcPr>
          <w:p>
            <w:r>
              <w:t>2021-01-01</w:t>
            </w:r>
          </w:p>
        </w:tc>
        <w:tc>
          <w:tcPr>
            <w:tcW w:type="dxa" w:w="2880"/>
          </w:tcPr>
          <w:p>
            <w:r>
              <w:t>equipment</w:t>
            </w:r>
          </w:p>
        </w:tc>
        <w:tc>
          <w:tcPr>
            <w:tcW w:type="dxa" w:w="2880"/>
          </w:tcPr>
          <w:p>
            <w:r>
              <w:t>0</w:t>
            </w:r>
          </w:p>
        </w:tc>
      </w:tr>
      <w:tr>
        <w:tc>
          <w:tcPr>
            <w:tcW w:type="dxa" w:w="2880"/>
          </w:tcPr>
          <w:p>
            <w:r>
              <w:t>2021-01-01</w:t>
            </w:r>
          </w:p>
        </w:tc>
        <w:tc>
          <w:tcPr>
            <w:tcW w:type="dxa" w:w="2880"/>
          </w:tcPr>
          <w:p>
            <w:r>
              <w:t>internal corrosion</w:t>
            </w:r>
          </w:p>
        </w:tc>
        <w:tc>
          <w:tcPr>
            <w:tcW w:type="dxa" w:w="2880"/>
          </w:tcPr>
          <w:p>
            <w:r>
              <w:t>2</w:t>
            </w:r>
          </w:p>
        </w:tc>
      </w:tr>
      <w:tr>
        <w:tc>
          <w:tcPr>
            <w:tcW w:type="dxa" w:w="2880"/>
          </w:tcPr>
          <w:p>
            <w:r>
              <w:t>2021-01-01</w:t>
            </w:r>
          </w:p>
        </w:tc>
        <w:tc>
          <w:tcPr>
            <w:tcW w:type="dxa" w:w="2880"/>
          </w:tcPr>
          <w:p>
            <w:r>
              <w:t>weather</w:t>
            </w:r>
          </w:p>
        </w:tc>
        <w:tc>
          <w:tcPr>
            <w:tcW w:type="dxa" w:w="2880"/>
          </w:tcPr>
          <w:p>
            <w:r>
              <w:t>2</w:t>
            </w:r>
          </w:p>
        </w:tc>
      </w:tr>
      <w:tr>
        <w:tc>
          <w:tcPr>
            <w:tcW w:type="dxa" w:w="2880"/>
          </w:tcPr>
          <w:p>
            <w:r>
              <w:t>2022-01-01</w:t>
            </w:r>
          </w:p>
        </w:tc>
        <w:tc>
          <w:tcPr>
            <w:tcW w:type="dxa" w:w="2880"/>
          </w:tcPr>
          <w:p>
            <w:r>
              <w:t>external corrosion</w:t>
            </w:r>
          </w:p>
        </w:tc>
        <w:tc>
          <w:tcPr>
            <w:tcW w:type="dxa" w:w="2880"/>
          </w:tcPr>
          <w:p>
            <w:r>
              <w:t>1</w:t>
            </w:r>
          </w:p>
        </w:tc>
      </w:tr>
      <w:tr>
        <w:tc>
          <w:tcPr>
            <w:tcW w:type="dxa" w:w="2880"/>
          </w:tcPr>
          <w:p>
            <w:r>
              <w:t>2022-01-01</w:t>
            </w:r>
          </w:p>
        </w:tc>
        <w:tc>
          <w:tcPr>
            <w:tcW w:type="dxa" w:w="2880"/>
          </w:tcPr>
          <w:p>
            <w:r>
              <w:t>third-party damage</w:t>
            </w:r>
          </w:p>
        </w:tc>
        <w:tc>
          <w:tcPr>
            <w:tcW w:type="dxa" w:w="2880"/>
          </w:tcPr>
          <w:p>
            <w:r>
              <w:t>3</w:t>
            </w:r>
          </w:p>
        </w:tc>
      </w:tr>
      <w:tr>
        <w:tc>
          <w:tcPr>
            <w:tcW w:type="dxa" w:w="2880"/>
          </w:tcPr>
          <w:p>
            <w:r>
              <w:t>2022-01-01</w:t>
            </w:r>
          </w:p>
        </w:tc>
        <w:tc>
          <w:tcPr>
            <w:tcW w:type="dxa" w:w="2880"/>
          </w:tcPr>
          <w:p>
            <w:r>
              <w:t>equipment</w:t>
            </w:r>
          </w:p>
        </w:tc>
        <w:tc>
          <w:tcPr>
            <w:tcW w:type="dxa" w:w="2880"/>
          </w:tcPr>
          <w:p>
            <w:r>
              <w:t>0</w:t>
            </w:r>
          </w:p>
        </w:tc>
      </w:tr>
      <w:tr>
        <w:tc>
          <w:tcPr>
            <w:tcW w:type="dxa" w:w="2880"/>
          </w:tcPr>
          <w:p>
            <w:r>
              <w:t>2022-01-01</w:t>
            </w:r>
          </w:p>
        </w:tc>
        <w:tc>
          <w:tcPr>
            <w:tcW w:type="dxa" w:w="2880"/>
          </w:tcPr>
          <w:p>
            <w:r>
              <w:t>internal corrosion</w:t>
            </w:r>
          </w:p>
        </w:tc>
        <w:tc>
          <w:tcPr>
            <w:tcW w:type="dxa" w:w="2880"/>
          </w:tcPr>
          <w:p>
            <w:r>
              <w:t>0</w:t>
            </w:r>
          </w:p>
        </w:tc>
      </w:tr>
      <w:tr>
        <w:tc>
          <w:tcPr>
            <w:tcW w:type="dxa" w:w="2880"/>
          </w:tcPr>
          <w:p>
            <w:r>
              <w:t>2022-01-01</w:t>
            </w:r>
          </w:p>
        </w:tc>
        <w:tc>
          <w:tcPr>
            <w:tcW w:type="dxa" w:w="2880"/>
          </w:tcPr>
          <w:p>
            <w:r>
              <w:t>weather</w:t>
            </w:r>
          </w:p>
        </w:tc>
        <w:tc>
          <w:tcPr>
            <w:tcW w:type="dxa" w:w="2880"/>
          </w:tcPr>
          <w:p>
            <w:r>
              <w:t>2</w:t>
            </w:r>
          </w:p>
        </w:tc>
      </w:tr>
      <w:tr>
        <w:tc>
          <w:tcPr>
            <w:tcW w:type="dxa" w:w="2880"/>
          </w:tcPr>
          <w:p>
            <w:r>
              <w:t>2023-01-01</w:t>
            </w:r>
          </w:p>
        </w:tc>
        <w:tc>
          <w:tcPr>
            <w:tcW w:type="dxa" w:w="2880"/>
          </w:tcPr>
          <w:p>
            <w:r>
              <w:t>external corrosion</w:t>
            </w:r>
          </w:p>
        </w:tc>
        <w:tc>
          <w:tcPr>
            <w:tcW w:type="dxa" w:w="2880"/>
          </w:tcPr>
          <w:p>
            <w:r>
              <w:t>5</w:t>
            </w:r>
          </w:p>
        </w:tc>
      </w:tr>
      <w:tr>
        <w:tc>
          <w:tcPr>
            <w:tcW w:type="dxa" w:w="2880"/>
          </w:tcPr>
          <w:p>
            <w:r>
              <w:t>2023-01-01</w:t>
            </w:r>
          </w:p>
        </w:tc>
        <w:tc>
          <w:tcPr>
            <w:tcW w:type="dxa" w:w="2880"/>
          </w:tcPr>
          <w:p>
            <w:r>
              <w:t>third-party damage</w:t>
            </w:r>
          </w:p>
        </w:tc>
        <w:tc>
          <w:tcPr>
            <w:tcW w:type="dxa" w:w="2880"/>
          </w:tcPr>
          <w:p>
            <w:r>
              <w:t>0</w:t>
            </w:r>
          </w:p>
        </w:tc>
      </w:tr>
      <w:tr>
        <w:tc>
          <w:tcPr>
            <w:tcW w:type="dxa" w:w="2880"/>
          </w:tcPr>
          <w:p>
            <w:r>
              <w:t>2023-01-01</w:t>
            </w:r>
          </w:p>
        </w:tc>
        <w:tc>
          <w:tcPr>
            <w:tcW w:type="dxa" w:w="2880"/>
          </w:tcPr>
          <w:p>
            <w:r>
              <w:t>equipment</w:t>
            </w:r>
          </w:p>
        </w:tc>
        <w:tc>
          <w:tcPr>
            <w:tcW w:type="dxa" w:w="2880"/>
          </w:tcPr>
          <w:p>
            <w:r>
              <w:t>1</w:t>
            </w:r>
          </w:p>
        </w:tc>
      </w:tr>
      <w:tr>
        <w:tc>
          <w:tcPr>
            <w:tcW w:type="dxa" w:w="2880"/>
          </w:tcPr>
          <w:p>
            <w:r>
              <w:t>2023-01-01</w:t>
            </w:r>
          </w:p>
        </w:tc>
        <w:tc>
          <w:tcPr>
            <w:tcW w:type="dxa" w:w="2880"/>
          </w:tcPr>
          <w:p>
            <w:r>
              <w:t>internal corrosion</w:t>
            </w:r>
          </w:p>
        </w:tc>
        <w:tc>
          <w:tcPr>
            <w:tcW w:type="dxa" w:w="2880"/>
          </w:tcPr>
          <w:p>
            <w:r>
              <w:t>0</w:t>
            </w:r>
          </w:p>
        </w:tc>
      </w:tr>
      <w:tr>
        <w:tc>
          <w:tcPr>
            <w:tcW w:type="dxa" w:w="2880"/>
          </w:tcPr>
          <w:p>
            <w:r>
              <w:t>2023-01-01</w:t>
            </w:r>
          </w:p>
        </w:tc>
        <w:tc>
          <w:tcPr>
            <w:tcW w:type="dxa" w:w="2880"/>
          </w:tcPr>
          <w:p>
            <w:r>
              <w:t>weather</w:t>
            </w:r>
          </w:p>
        </w:tc>
        <w:tc>
          <w:tcPr>
            <w:tcW w:type="dxa" w:w="2880"/>
          </w:tcPr>
          <w:p>
            <w:r>
              <w:t>0</w:t>
            </w:r>
          </w:p>
        </w:tc>
      </w:tr>
      <w:tr>
        <w:tc>
          <w:tcPr>
            <w:tcW w:type="dxa" w:w="2880"/>
          </w:tcPr>
          <w:p>
            <w:r>
              <w:t>2024-01-01</w:t>
            </w:r>
          </w:p>
        </w:tc>
        <w:tc>
          <w:tcPr>
            <w:tcW w:type="dxa" w:w="2880"/>
          </w:tcPr>
          <w:p>
            <w:r>
              <w:t>external corrosion</w:t>
            </w:r>
          </w:p>
        </w:tc>
        <w:tc>
          <w:tcPr>
            <w:tcW w:type="dxa" w:w="2880"/>
          </w:tcPr>
          <w:p>
            <w:r>
              <w:t>3</w:t>
            </w:r>
          </w:p>
        </w:tc>
      </w:tr>
      <w:tr>
        <w:tc>
          <w:tcPr>
            <w:tcW w:type="dxa" w:w="2880"/>
          </w:tcPr>
          <w:p>
            <w:r>
              <w:t>2024-01-01</w:t>
            </w:r>
          </w:p>
        </w:tc>
        <w:tc>
          <w:tcPr>
            <w:tcW w:type="dxa" w:w="2880"/>
          </w:tcPr>
          <w:p>
            <w:r>
              <w:t>third-party damage</w:t>
            </w:r>
          </w:p>
        </w:tc>
        <w:tc>
          <w:tcPr>
            <w:tcW w:type="dxa" w:w="2880"/>
          </w:tcPr>
          <w:p>
            <w:r>
              <w:t>2</w:t>
            </w:r>
          </w:p>
        </w:tc>
      </w:tr>
      <w:tr>
        <w:tc>
          <w:tcPr>
            <w:tcW w:type="dxa" w:w="2880"/>
          </w:tcPr>
          <w:p>
            <w:r>
              <w:t>2024-01-01</w:t>
            </w:r>
          </w:p>
        </w:tc>
        <w:tc>
          <w:tcPr>
            <w:tcW w:type="dxa" w:w="2880"/>
          </w:tcPr>
          <w:p>
            <w:r>
              <w:t>equipment</w:t>
            </w:r>
          </w:p>
        </w:tc>
        <w:tc>
          <w:tcPr>
            <w:tcW w:type="dxa" w:w="2880"/>
          </w:tcPr>
          <w:p>
            <w:r>
              <w:t>1</w:t>
            </w:r>
          </w:p>
        </w:tc>
      </w:tr>
      <w:tr>
        <w:tc>
          <w:tcPr>
            <w:tcW w:type="dxa" w:w="2880"/>
          </w:tcPr>
          <w:p>
            <w:r>
              <w:t>2024-01-01</w:t>
            </w:r>
          </w:p>
        </w:tc>
        <w:tc>
          <w:tcPr>
            <w:tcW w:type="dxa" w:w="2880"/>
          </w:tcPr>
          <w:p>
            <w:r>
              <w:t>internal corrosion</w:t>
            </w:r>
          </w:p>
        </w:tc>
        <w:tc>
          <w:tcPr>
            <w:tcW w:type="dxa" w:w="2880"/>
          </w:tcPr>
          <w:p>
            <w:r>
              <w:t>0</w:t>
            </w:r>
          </w:p>
        </w:tc>
      </w:tr>
      <w:tr>
        <w:tc>
          <w:tcPr>
            <w:tcW w:type="dxa" w:w="2880"/>
          </w:tcPr>
          <w:p>
            <w:r>
              <w:t>2024-01-01</w:t>
            </w:r>
          </w:p>
        </w:tc>
        <w:tc>
          <w:tcPr>
            <w:tcW w:type="dxa" w:w="2880"/>
          </w:tcPr>
          <w:p>
            <w:r>
              <w:t>weather</w:t>
            </w:r>
          </w:p>
        </w:tc>
        <w:tc>
          <w:tcPr>
            <w:tcW w:type="dxa" w:w="2880"/>
          </w:tcPr>
          <w:p>
            <w:r>
              <w:t>1</w:t>
            </w:r>
          </w:p>
        </w:tc>
      </w:tr>
      <w:tr>
        <w:tc>
          <w:tcPr>
            <w:tcW w:type="dxa" w:w="2880"/>
          </w:tcPr>
          <w:p>
            <w:r>
              <w:t>2025-01-01</w:t>
            </w:r>
          </w:p>
        </w:tc>
        <w:tc>
          <w:tcPr>
            <w:tcW w:type="dxa" w:w="2880"/>
          </w:tcPr>
          <w:p>
            <w:r>
              <w:t>external corrosion</w:t>
            </w:r>
          </w:p>
        </w:tc>
        <w:tc>
          <w:tcPr>
            <w:tcW w:type="dxa" w:w="2880"/>
          </w:tcPr>
          <w:p>
            <w:r>
              <w:t>6</w:t>
            </w:r>
          </w:p>
        </w:tc>
      </w:tr>
      <w:tr>
        <w:tc>
          <w:tcPr>
            <w:tcW w:type="dxa" w:w="2880"/>
          </w:tcPr>
          <w:p>
            <w:r>
              <w:t>2025-01-01</w:t>
            </w:r>
          </w:p>
        </w:tc>
        <w:tc>
          <w:tcPr>
            <w:tcW w:type="dxa" w:w="2880"/>
          </w:tcPr>
          <w:p>
            <w:r>
              <w:t>third-party damage</w:t>
            </w:r>
          </w:p>
        </w:tc>
        <w:tc>
          <w:tcPr>
            <w:tcW w:type="dxa" w:w="2880"/>
          </w:tcPr>
          <w:p>
            <w:r>
              <w:t>1</w:t>
            </w:r>
          </w:p>
        </w:tc>
      </w:tr>
      <w:tr>
        <w:tc>
          <w:tcPr>
            <w:tcW w:type="dxa" w:w="2880"/>
          </w:tcPr>
          <w:p>
            <w:r>
              <w:t>2025-01-01</w:t>
            </w:r>
          </w:p>
        </w:tc>
        <w:tc>
          <w:tcPr>
            <w:tcW w:type="dxa" w:w="2880"/>
          </w:tcPr>
          <w:p>
            <w:r>
              <w:t>equipment</w:t>
            </w:r>
          </w:p>
        </w:tc>
        <w:tc>
          <w:tcPr>
            <w:tcW w:type="dxa" w:w="2880"/>
          </w:tcPr>
          <w:p>
            <w:r>
              <w:t>3</w:t>
            </w:r>
          </w:p>
        </w:tc>
      </w:tr>
      <w:tr>
        <w:tc>
          <w:tcPr>
            <w:tcW w:type="dxa" w:w="2880"/>
          </w:tcPr>
          <w:p>
            <w:r>
              <w:t>2025-01-01</w:t>
            </w:r>
          </w:p>
        </w:tc>
        <w:tc>
          <w:tcPr>
            <w:tcW w:type="dxa" w:w="2880"/>
          </w:tcPr>
          <w:p>
            <w:r>
              <w:t>internal corrosion</w:t>
            </w:r>
          </w:p>
        </w:tc>
        <w:tc>
          <w:tcPr>
            <w:tcW w:type="dxa" w:w="2880"/>
          </w:tcPr>
          <w:p>
            <w:r>
              <w:t>0</w:t>
            </w:r>
          </w:p>
        </w:tc>
      </w:tr>
      <w:tr>
        <w:tc>
          <w:tcPr>
            <w:tcW w:type="dxa" w:w="2880"/>
          </w:tcPr>
          <w:p>
            <w:r>
              <w:t>2025-01-01</w:t>
            </w:r>
          </w:p>
        </w:tc>
        <w:tc>
          <w:tcPr>
            <w:tcW w:type="dxa" w:w="2880"/>
          </w:tcPr>
          <w:p>
            <w:r>
              <w:t>weather</w:t>
            </w:r>
          </w:p>
        </w:tc>
        <w:tc>
          <w:tcPr>
            <w:tcW w:type="dxa" w:w="2880"/>
          </w:tcPr>
          <w:p>
            <w:r>
              <w:t>2</w:t>
            </w:r>
          </w:p>
        </w:tc>
      </w:tr>
      <w:tr>
        <w:tc>
          <w:tcPr>
            <w:tcW w:type="dxa" w:w="2880"/>
          </w:tcPr>
          <w:p>
            <w:r>
              <w:t>2026-01-01</w:t>
            </w:r>
          </w:p>
        </w:tc>
        <w:tc>
          <w:tcPr>
            <w:tcW w:type="dxa" w:w="2880"/>
          </w:tcPr>
          <w:p>
            <w:r>
              <w:t>external corrosion</w:t>
            </w:r>
          </w:p>
        </w:tc>
        <w:tc>
          <w:tcPr>
            <w:tcW w:type="dxa" w:w="2880"/>
          </w:tcPr>
          <w:p>
            <w:r>
              <w:t>3</w:t>
            </w:r>
          </w:p>
        </w:tc>
      </w:tr>
      <w:tr>
        <w:tc>
          <w:tcPr>
            <w:tcW w:type="dxa" w:w="2880"/>
          </w:tcPr>
          <w:p>
            <w:r>
              <w:t>2026-01-01</w:t>
            </w:r>
          </w:p>
        </w:tc>
        <w:tc>
          <w:tcPr>
            <w:tcW w:type="dxa" w:w="2880"/>
          </w:tcPr>
          <w:p>
            <w:r>
              <w:t>third-party damage</w:t>
            </w:r>
          </w:p>
        </w:tc>
        <w:tc>
          <w:tcPr>
            <w:tcW w:type="dxa" w:w="2880"/>
          </w:tcPr>
          <w:p>
            <w:r>
              <w:t>0</w:t>
            </w:r>
          </w:p>
        </w:tc>
      </w:tr>
      <w:tr>
        <w:tc>
          <w:tcPr>
            <w:tcW w:type="dxa" w:w="2880"/>
          </w:tcPr>
          <w:p>
            <w:r>
              <w:t>2026-01-01</w:t>
            </w:r>
          </w:p>
        </w:tc>
        <w:tc>
          <w:tcPr>
            <w:tcW w:type="dxa" w:w="2880"/>
          </w:tcPr>
          <w:p>
            <w:r>
              <w:t>equipment</w:t>
            </w:r>
          </w:p>
        </w:tc>
        <w:tc>
          <w:tcPr>
            <w:tcW w:type="dxa" w:w="2880"/>
          </w:tcPr>
          <w:p>
            <w:r>
              <w:t>1</w:t>
            </w:r>
          </w:p>
        </w:tc>
      </w:tr>
      <w:tr>
        <w:tc>
          <w:tcPr>
            <w:tcW w:type="dxa" w:w="2880"/>
          </w:tcPr>
          <w:p>
            <w:r>
              <w:t>2026-01-01</w:t>
            </w:r>
          </w:p>
        </w:tc>
        <w:tc>
          <w:tcPr>
            <w:tcW w:type="dxa" w:w="2880"/>
          </w:tcPr>
          <w:p>
            <w:r>
              <w:t>internal corrosion</w:t>
            </w:r>
          </w:p>
        </w:tc>
        <w:tc>
          <w:tcPr>
            <w:tcW w:type="dxa" w:w="2880"/>
          </w:tcPr>
          <w:p>
            <w:r>
              <w:t>1</w:t>
            </w:r>
          </w:p>
        </w:tc>
      </w:tr>
      <w:tr>
        <w:tc>
          <w:tcPr>
            <w:tcW w:type="dxa" w:w="2880"/>
          </w:tcPr>
          <w:p>
            <w:r>
              <w:t>2026-01-01</w:t>
            </w:r>
          </w:p>
        </w:tc>
        <w:tc>
          <w:tcPr>
            <w:tcW w:type="dxa" w:w="2880"/>
          </w:tcPr>
          <w:p>
            <w:r>
              <w:t>weather</w:t>
            </w:r>
          </w:p>
        </w:tc>
        <w:tc>
          <w:tcPr>
            <w:tcW w:type="dxa" w:w="2880"/>
          </w:tcPr>
          <w:p>
            <w:r>
              <w:t>0</w:t>
            </w:r>
          </w:p>
        </w:tc>
      </w:tr>
    </w:tbl>
    <w:p/>
    <w:p>
      <w:pPr>
        <w:pStyle w:val="Heading2"/>
      </w:pPr>
      <w:r>
        <w:t>Figure 45. Repeat and near repeat classification: Incidents over time [90]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2016-01-01</w:t>
            </w:r>
          </w:p>
        </w:tc>
        <w:tc>
          <w:tcPr>
            <w:tcW w:type="dxa" w:w="2880"/>
          </w:tcPr>
          <w:p>
            <w:r>
              <w:t>external corrosion</w:t>
            </w:r>
          </w:p>
        </w:tc>
        <w:tc>
          <w:tcPr>
            <w:tcW w:type="dxa" w:w="2880"/>
          </w:tcPr>
          <w:p>
            <w:r>
              <w:t>0</w:t>
            </w:r>
          </w:p>
        </w:tc>
      </w:tr>
      <w:tr>
        <w:tc>
          <w:tcPr>
            <w:tcW w:type="dxa" w:w="2880"/>
          </w:tcPr>
          <w:p>
            <w:r>
              <w:t>2016-01-01</w:t>
            </w:r>
          </w:p>
        </w:tc>
        <w:tc>
          <w:tcPr>
            <w:tcW w:type="dxa" w:w="2880"/>
          </w:tcPr>
          <w:p>
            <w:r>
              <w:t>third-party damage</w:t>
            </w:r>
          </w:p>
        </w:tc>
        <w:tc>
          <w:tcPr>
            <w:tcW w:type="dxa" w:w="2880"/>
          </w:tcPr>
          <w:p>
            <w:r>
              <w:t>0</w:t>
            </w:r>
          </w:p>
        </w:tc>
      </w:tr>
      <w:tr>
        <w:tc>
          <w:tcPr>
            <w:tcW w:type="dxa" w:w="2880"/>
          </w:tcPr>
          <w:p>
            <w:r>
              <w:t>2016-01-01</w:t>
            </w:r>
          </w:p>
        </w:tc>
        <w:tc>
          <w:tcPr>
            <w:tcW w:type="dxa" w:w="2880"/>
          </w:tcPr>
          <w:p>
            <w:r>
              <w:t>equipment</w:t>
            </w:r>
          </w:p>
        </w:tc>
        <w:tc>
          <w:tcPr>
            <w:tcW w:type="dxa" w:w="2880"/>
          </w:tcPr>
          <w:p>
            <w:r>
              <w:t>1</w:t>
            </w:r>
          </w:p>
        </w:tc>
      </w:tr>
      <w:tr>
        <w:tc>
          <w:tcPr>
            <w:tcW w:type="dxa" w:w="2880"/>
          </w:tcPr>
          <w:p>
            <w:r>
              <w:t>2016-01-01</w:t>
            </w:r>
          </w:p>
        </w:tc>
        <w:tc>
          <w:tcPr>
            <w:tcW w:type="dxa" w:w="2880"/>
          </w:tcPr>
          <w:p>
            <w:r>
              <w:t>internal corrosion</w:t>
            </w:r>
          </w:p>
        </w:tc>
        <w:tc>
          <w:tcPr>
            <w:tcW w:type="dxa" w:w="2880"/>
          </w:tcPr>
          <w:p>
            <w:r>
              <w:t>0</w:t>
            </w:r>
          </w:p>
        </w:tc>
      </w:tr>
      <w:tr>
        <w:tc>
          <w:tcPr>
            <w:tcW w:type="dxa" w:w="2880"/>
          </w:tcPr>
          <w:p>
            <w:r>
              <w:t>2016-01-01</w:t>
            </w:r>
          </w:p>
        </w:tc>
        <w:tc>
          <w:tcPr>
            <w:tcW w:type="dxa" w:w="2880"/>
          </w:tcPr>
          <w:p>
            <w:r>
              <w:t>weather</w:t>
            </w:r>
          </w:p>
        </w:tc>
        <w:tc>
          <w:tcPr>
            <w:tcW w:type="dxa" w:w="2880"/>
          </w:tcPr>
          <w:p>
            <w:r>
              <w:t>0</w:t>
            </w:r>
          </w:p>
        </w:tc>
      </w:tr>
      <w:tr>
        <w:tc>
          <w:tcPr>
            <w:tcW w:type="dxa" w:w="2880"/>
          </w:tcPr>
          <w:p>
            <w:r>
              <w:t>2017-01-01</w:t>
            </w:r>
          </w:p>
        </w:tc>
        <w:tc>
          <w:tcPr>
            <w:tcW w:type="dxa" w:w="2880"/>
          </w:tcPr>
          <w:p>
            <w:r>
              <w:t>external corrosion</w:t>
            </w:r>
          </w:p>
        </w:tc>
        <w:tc>
          <w:tcPr>
            <w:tcW w:type="dxa" w:w="2880"/>
          </w:tcPr>
          <w:p>
            <w:r>
              <w:t>2</w:t>
            </w:r>
          </w:p>
        </w:tc>
      </w:tr>
      <w:tr>
        <w:tc>
          <w:tcPr>
            <w:tcW w:type="dxa" w:w="2880"/>
          </w:tcPr>
          <w:p>
            <w:r>
              <w:t>2017-01-01</w:t>
            </w:r>
          </w:p>
        </w:tc>
        <w:tc>
          <w:tcPr>
            <w:tcW w:type="dxa" w:w="2880"/>
          </w:tcPr>
          <w:p>
            <w:r>
              <w:t>third-party damage</w:t>
            </w:r>
          </w:p>
        </w:tc>
        <w:tc>
          <w:tcPr>
            <w:tcW w:type="dxa" w:w="2880"/>
          </w:tcPr>
          <w:p>
            <w:r>
              <w:t>1</w:t>
            </w:r>
          </w:p>
        </w:tc>
      </w:tr>
      <w:tr>
        <w:tc>
          <w:tcPr>
            <w:tcW w:type="dxa" w:w="2880"/>
          </w:tcPr>
          <w:p>
            <w:r>
              <w:t>2017-01-01</w:t>
            </w:r>
          </w:p>
        </w:tc>
        <w:tc>
          <w:tcPr>
            <w:tcW w:type="dxa" w:w="2880"/>
          </w:tcPr>
          <w:p>
            <w:r>
              <w:t>equipment</w:t>
            </w:r>
          </w:p>
        </w:tc>
        <w:tc>
          <w:tcPr>
            <w:tcW w:type="dxa" w:w="2880"/>
          </w:tcPr>
          <w:p>
            <w:r>
              <w:t>0</w:t>
            </w:r>
          </w:p>
        </w:tc>
      </w:tr>
      <w:tr>
        <w:tc>
          <w:tcPr>
            <w:tcW w:type="dxa" w:w="2880"/>
          </w:tcPr>
          <w:p>
            <w:r>
              <w:t>2017-01-01</w:t>
            </w:r>
          </w:p>
        </w:tc>
        <w:tc>
          <w:tcPr>
            <w:tcW w:type="dxa" w:w="2880"/>
          </w:tcPr>
          <w:p>
            <w:r>
              <w:t>internal corrosion</w:t>
            </w:r>
          </w:p>
        </w:tc>
        <w:tc>
          <w:tcPr>
            <w:tcW w:type="dxa" w:w="2880"/>
          </w:tcPr>
          <w:p>
            <w:r>
              <w:t>0</w:t>
            </w:r>
          </w:p>
        </w:tc>
      </w:tr>
      <w:tr>
        <w:tc>
          <w:tcPr>
            <w:tcW w:type="dxa" w:w="2880"/>
          </w:tcPr>
          <w:p>
            <w:r>
              <w:t>2017-01-01</w:t>
            </w:r>
          </w:p>
        </w:tc>
        <w:tc>
          <w:tcPr>
            <w:tcW w:type="dxa" w:w="2880"/>
          </w:tcPr>
          <w:p>
            <w:r>
              <w:t>weather</w:t>
            </w:r>
          </w:p>
        </w:tc>
        <w:tc>
          <w:tcPr>
            <w:tcW w:type="dxa" w:w="2880"/>
          </w:tcPr>
          <w:p>
            <w:r>
              <w:t>1</w:t>
            </w:r>
          </w:p>
        </w:tc>
      </w:tr>
      <w:tr>
        <w:tc>
          <w:tcPr>
            <w:tcW w:type="dxa" w:w="2880"/>
          </w:tcPr>
          <w:p>
            <w:r>
              <w:t>2018-01-01</w:t>
            </w:r>
          </w:p>
        </w:tc>
        <w:tc>
          <w:tcPr>
            <w:tcW w:type="dxa" w:w="2880"/>
          </w:tcPr>
          <w:p>
            <w:r>
              <w:t>external corrosion</w:t>
            </w:r>
          </w:p>
        </w:tc>
        <w:tc>
          <w:tcPr>
            <w:tcW w:type="dxa" w:w="2880"/>
          </w:tcPr>
          <w:p>
            <w:r>
              <w:t>0</w:t>
            </w:r>
          </w:p>
        </w:tc>
      </w:tr>
      <w:tr>
        <w:tc>
          <w:tcPr>
            <w:tcW w:type="dxa" w:w="2880"/>
          </w:tcPr>
          <w:p>
            <w:r>
              <w:t>2018-01-01</w:t>
            </w:r>
          </w:p>
        </w:tc>
        <w:tc>
          <w:tcPr>
            <w:tcW w:type="dxa" w:w="2880"/>
          </w:tcPr>
          <w:p>
            <w:r>
              <w:t>third-party damage</w:t>
            </w:r>
          </w:p>
        </w:tc>
        <w:tc>
          <w:tcPr>
            <w:tcW w:type="dxa" w:w="2880"/>
          </w:tcPr>
          <w:p>
            <w:r>
              <w:t>2</w:t>
            </w:r>
          </w:p>
        </w:tc>
      </w:tr>
      <w:tr>
        <w:tc>
          <w:tcPr>
            <w:tcW w:type="dxa" w:w="2880"/>
          </w:tcPr>
          <w:p>
            <w:r>
              <w:t>2018-01-01</w:t>
            </w:r>
          </w:p>
        </w:tc>
        <w:tc>
          <w:tcPr>
            <w:tcW w:type="dxa" w:w="2880"/>
          </w:tcPr>
          <w:p>
            <w:r>
              <w:t>equipment</w:t>
            </w:r>
          </w:p>
        </w:tc>
        <w:tc>
          <w:tcPr>
            <w:tcW w:type="dxa" w:w="2880"/>
          </w:tcPr>
          <w:p>
            <w:r>
              <w:t>1</w:t>
            </w:r>
          </w:p>
        </w:tc>
      </w:tr>
      <w:tr>
        <w:tc>
          <w:tcPr>
            <w:tcW w:type="dxa" w:w="2880"/>
          </w:tcPr>
          <w:p>
            <w:r>
              <w:t>2018-01-01</w:t>
            </w:r>
          </w:p>
        </w:tc>
        <w:tc>
          <w:tcPr>
            <w:tcW w:type="dxa" w:w="2880"/>
          </w:tcPr>
          <w:p>
            <w:r>
              <w:t>internal corrosion</w:t>
            </w:r>
          </w:p>
        </w:tc>
        <w:tc>
          <w:tcPr>
            <w:tcW w:type="dxa" w:w="2880"/>
          </w:tcPr>
          <w:p>
            <w:r>
              <w:t>2</w:t>
            </w:r>
          </w:p>
        </w:tc>
      </w:tr>
      <w:tr>
        <w:tc>
          <w:tcPr>
            <w:tcW w:type="dxa" w:w="2880"/>
          </w:tcPr>
          <w:p>
            <w:r>
              <w:t>2018-01-01</w:t>
            </w:r>
          </w:p>
        </w:tc>
        <w:tc>
          <w:tcPr>
            <w:tcW w:type="dxa" w:w="2880"/>
          </w:tcPr>
          <w:p>
            <w:r>
              <w:t>weather</w:t>
            </w:r>
          </w:p>
        </w:tc>
        <w:tc>
          <w:tcPr>
            <w:tcW w:type="dxa" w:w="2880"/>
          </w:tcPr>
          <w:p>
            <w:r>
              <w:t>0</w:t>
            </w:r>
          </w:p>
        </w:tc>
      </w:tr>
      <w:tr>
        <w:tc>
          <w:tcPr>
            <w:tcW w:type="dxa" w:w="2880"/>
          </w:tcPr>
          <w:p>
            <w:r>
              <w:t>2019-01-01</w:t>
            </w:r>
          </w:p>
        </w:tc>
        <w:tc>
          <w:tcPr>
            <w:tcW w:type="dxa" w:w="2880"/>
          </w:tcPr>
          <w:p>
            <w:r>
              <w:t>external corrosion</w:t>
            </w:r>
          </w:p>
        </w:tc>
        <w:tc>
          <w:tcPr>
            <w:tcW w:type="dxa" w:w="2880"/>
          </w:tcPr>
          <w:p>
            <w:r>
              <w:t>3</w:t>
            </w:r>
          </w:p>
        </w:tc>
      </w:tr>
      <w:tr>
        <w:tc>
          <w:tcPr>
            <w:tcW w:type="dxa" w:w="2880"/>
          </w:tcPr>
          <w:p>
            <w:r>
              <w:t>2019-01-01</w:t>
            </w:r>
          </w:p>
        </w:tc>
        <w:tc>
          <w:tcPr>
            <w:tcW w:type="dxa" w:w="2880"/>
          </w:tcPr>
          <w:p>
            <w:r>
              <w:t>third-party damage</w:t>
            </w:r>
          </w:p>
        </w:tc>
        <w:tc>
          <w:tcPr>
            <w:tcW w:type="dxa" w:w="2880"/>
          </w:tcPr>
          <w:p>
            <w:r>
              <w:t>3</w:t>
            </w:r>
          </w:p>
        </w:tc>
      </w:tr>
      <w:tr>
        <w:tc>
          <w:tcPr>
            <w:tcW w:type="dxa" w:w="2880"/>
          </w:tcPr>
          <w:p>
            <w:r>
              <w:t>2019-01-01</w:t>
            </w:r>
          </w:p>
        </w:tc>
        <w:tc>
          <w:tcPr>
            <w:tcW w:type="dxa" w:w="2880"/>
          </w:tcPr>
          <w:p>
            <w:r>
              <w:t>equipment</w:t>
            </w:r>
          </w:p>
        </w:tc>
        <w:tc>
          <w:tcPr>
            <w:tcW w:type="dxa" w:w="2880"/>
          </w:tcPr>
          <w:p>
            <w:r>
              <w:t>2</w:t>
            </w:r>
          </w:p>
        </w:tc>
      </w:tr>
      <w:tr>
        <w:tc>
          <w:tcPr>
            <w:tcW w:type="dxa" w:w="2880"/>
          </w:tcPr>
          <w:p>
            <w:r>
              <w:t>2019-01-01</w:t>
            </w:r>
          </w:p>
        </w:tc>
        <w:tc>
          <w:tcPr>
            <w:tcW w:type="dxa" w:w="2880"/>
          </w:tcPr>
          <w:p>
            <w:r>
              <w:t>internal corrosion</w:t>
            </w:r>
          </w:p>
        </w:tc>
        <w:tc>
          <w:tcPr>
            <w:tcW w:type="dxa" w:w="2880"/>
          </w:tcPr>
          <w:p>
            <w:r>
              <w:t>1</w:t>
            </w:r>
          </w:p>
        </w:tc>
      </w:tr>
      <w:tr>
        <w:tc>
          <w:tcPr>
            <w:tcW w:type="dxa" w:w="2880"/>
          </w:tcPr>
          <w:p>
            <w:r>
              <w:t>2019-01-01</w:t>
            </w:r>
          </w:p>
        </w:tc>
        <w:tc>
          <w:tcPr>
            <w:tcW w:type="dxa" w:w="2880"/>
          </w:tcPr>
          <w:p>
            <w:r>
              <w:t>weather</w:t>
            </w:r>
          </w:p>
        </w:tc>
        <w:tc>
          <w:tcPr>
            <w:tcW w:type="dxa" w:w="2880"/>
          </w:tcPr>
          <w:p>
            <w:r>
              <w:t>0</w:t>
            </w:r>
          </w:p>
        </w:tc>
      </w:tr>
      <w:tr>
        <w:tc>
          <w:tcPr>
            <w:tcW w:type="dxa" w:w="2880"/>
          </w:tcPr>
          <w:p>
            <w:r>
              <w:t>2020-01-01</w:t>
            </w:r>
          </w:p>
        </w:tc>
        <w:tc>
          <w:tcPr>
            <w:tcW w:type="dxa" w:w="2880"/>
          </w:tcPr>
          <w:p>
            <w:r>
              <w:t>external corrosion</w:t>
            </w:r>
          </w:p>
        </w:tc>
        <w:tc>
          <w:tcPr>
            <w:tcW w:type="dxa" w:w="2880"/>
          </w:tcPr>
          <w:p>
            <w:r>
              <w:t>3</w:t>
            </w:r>
          </w:p>
        </w:tc>
      </w:tr>
      <w:tr>
        <w:tc>
          <w:tcPr>
            <w:tcW w:type="dxa" w:w="2880"/>
          </w:tcPr>
          <w:p>
            <w:r>
              <w:t>2020-01-01</w:t>
            </w:r>
          </w:p>
        </w:tc>
        <w:tc>
          <w:tcPr>
            <w:tcW w:type="dxa" w:w="2880"/>
          </w:tcPr>
          <w:p>
            <w:r>
              <w:t>third-party damage</w:t>
            </w:r>
          </w:p>
        </w:tc>
        <w:tc>
          <w:tcPr>
            <w:tcW w:type="dxa" w:w="2880"/>
          </w:tcPr>
          <w:p>
            <w:r>
              <w:t>0</w:t>
            </w:r>
          </w:p>
        </w:tc>
      </w:tr>
      <w:tr>
        <w:tc>
          <w:tcPr>
            <w:tcW w:type="dxa" w:w="2880"/>
          </w:tcPr>
          <w:p>
            <w:r>
              <w:t>2020-01-01</w:t>
            </w:r>
          </w:p>
        </w:tc>
        <w:tc>
          <w:tcPr>
            <w:tcW w:type="dxa" w:w="2880"/>
          </w:tcPr>
          <w:p>
            <w:r>
              <w:t>equipment</w:t>
            </w:r>
          </w:p>
        </w:tc>
        <w:tc>
          <w:tcPr>
            <w:tcW w:type="dxa" w:w="2880"/>
          </w:tcPr>
          <w:p>
            <w:r>
              <w:t>1</w:t>
            </w:r>
          </w:p>
        </w:tc>
      </w:tr>
      <w:tr>
        <w:tc>
          <w:tcPr>
            <w:tcW w:type="dxa" w:w="2880"/>
          </w:tcPr>
          <w:p>
            <w:r>
              <w:t>2020-01-01</w:t>
            </w:r>
          </w:p>
        </w:tc>
        <w:tc>
          <w:tcPr>
            <w:tcW w:type="dxa" w:w="2880"/>
          </w:tcPr>
          <w:p>
            <w:r>
              <w:t>internal corrosion</w:t>
            </w:r>
          </w:p>
        </w:tc>
        <w:tc>
          <w:tcPr>
            <w:tcW w:type="dxa" w:w="2880"/>
          </w:tcPr>
          <w:p>
            <w:r>
              <w:t>3</w:t>
            </w:r>
          </w:p>
        </w:tc>
      </w:tr>
      <w:tr>
        <w:tc>
          <w:tcPr>
            <w:tcW w:type="dxa" w:w="2880"/>
          </w:tcPr>
          <w:p>
            <w:r>
              <w:t>2020-01-01</w:t>
            </w:r>
          </w:p>
        </w:tc>
        <w:tc>
          <w:tcPr>
            <w:tcW w:type="dxa" w:w="2880"/>
          </w:tcPr>
          <w:p>
            <w:r>
              <w:t>weather</w:t>
            </w:r>
          </w:p>
        </w:tc>
        <w:tc>
          <w:tcPr>
            <w:tcW w:type="dxa" w:w="2880"/>
          </w:tcPr>
          <w:p>
            <w:r>
              <w:t>0</w:t>
            </w:r>
          </w:p>
        </w:tc>
      </w:tr>
      <w:tr>
        <w:tc>
          <w:tcPr>
            <w:tcW w:type="dxa" w:w="2880"/>
          </w:tcPr>
          <w:p>
            <w:r>
              <w:t>2021-01-01</w:t>
            </w:r>
          </w:p>
        </w:tc>
        <w:tc>
          <w:tcPr>
            <w:tcW w:type="dxa" w:w="2880"/>
          </w:tcPr>
          <w:p>
            <w:r>
              <w:t>external corrosion</w:t>
            </w:r>
          </w:p>
        </w:tc>
        <w:tc>
          <w:tcPr>
            <w:tcW w:type="dxa" w:w="2880"/>
          </w:tcPr>
          <w:p>
            <w:r>
              <w:t>2</w:t>
            </w:r>
          </w:p>
        </w:tc>
      </w:tr>
      <w:tr>
        <w:tc>
          <w:tcPr>
            <w:tcW w:type="dxa" w:w="2880"/>
          </w:tcPr>
          <w:p>
            <w:r>
              <w:t>2021-01-01</w:t>
            </w:r>
          </w:p>
        </w:tc>
        <w:tc>
          <w:tcPr>
            <w:tcW w:type="dxa" w:w="2880"/>
          </w:tcPr>
          <w:p>
            <w:r>
              <w:t>third-party damage</w:t>
            </w:r>
          </w:p>
        </w:tc>
        <w:tc>
          <w:tcPr>
            <w:tcW w:type="dxa" w:w="2880"/>
          </w:tcPr>
          <w:p>
            <w:r>
              <w:t>2</w:t>
            </w:r>
          </w:p>
        </w:tc>
      </w:tr>
      <w:tr>
        <w:tc>
          <w:tcPr>
            <w:tcW w:type="dxa" w:w="2880"/>
          </w:tcPr>
          <w:p>
            <w:r>
              <w:t>2021-01-01</w:t>
            </w:r>
          </w:p>
        </w:tc>
        <w:tc>
          <w:tcPr>
            <w:tcW w:type="dxa" w:w="2880"/>
          </w:tcPr>
          <w:p>
            <w:r>
              <w:t>equipment</w:t>
            </w:r>
          </w:p>
        </w:tc>
        <w:tc>
          <w:tcPr>
            <w:tcW w:type="dxa" w:w="2880"/>
          </w:tcPr>
          <w:p>
            <w:r>
              <w:t>0</w:t>
            </w:r>
          </w:p>
        </w:tc>
      </w:tr>
      <w:tr>
        <w:tc>
          <w:tcPr>
            <w:tcW w:type="dxa" w:w="2880"/>
          </w:tcPr>
          <w:p>
            <w:r>
              <w:t>2021-01-01</w:t>
            </w:r>
          </w:p>
        </w:tc>
        <w:tc>
          <w:tcPr>
            <w:tcW w:type="dxa" w:w="2880"/>
          </w:tcPr>
          <w:p>
            <w:r>
              <w:t>internal corrosion</w:t>
            </w:r>
          </w:p>
        </w:tc>
        <w:tc>
          <w:tcPr>
            <w:tcW w:type="dxa" w:w="2880"/>
          </w:tcPr>
          <w:p>
            <w:r>
              <w:t>2</w:t>
            </w:r>
          </w:p>
        </w:tc>
      </w:tr>
      <w:tr>
        <w:tc>
          <w:tcPr>
            <w:tcW w:type="dxa" w:w="2880"/>
          </w:tcPr>
          <w:p>
            <w:r>
              <w:t>2021-01-01</w:t>
            </w:r>
          </w:p>
        </w:tc>
        <w:tc>
          <w:tcPr>
            <w:tcW w:type="dxa" w:w="2880"/>
          </w:tcPr>
          <w:p>
            <w:r>
              <w:t>weather</w:t>
            </w:r>
          </w:p>
        </w:tc>
        <w:tc>
          <w:tcPr>
            <w:tcW w:type="dxa" w:w="2880"/>
          </w:tcPr>
          <w:p>
            <w:r>
              <w:t>2</w:t>
            </w:r>
          </w:p>
        </w:tc>
      </w:tr>
      <w:tr>
        <w:tc>
          <w:tcPr>
            <w:tcW w:type="dxa" w:w="2880"/>
          </w:tcPr>
          <w:p>
            <w:r>
              <w:t>2022-01-01</w:t>
            </w:r>
          </w:p>
        </w:tc>
        <w:tc>
          <w:tcPr>
            <w:tcW w:type="dxa" w:w="2880"/>
          </w:tcPr>
          <w:p>
            <w:r>
              <w:t>external corrosion</w:t>
            </w:r>
          </w:p>
        </w:tc>
        <w:tc>
          <w:tcPr>
            <w:tcW w:type="dxa" w:w="2880"/>
          </w:tcPr>
          <w:p>
            <w:r>
              <w:t>1</w:t>
            </w:r>
          </w:p>
        </w:tc>
      </w:tr>
      <w:tr>
        <w:tc>
          <w:tcPr>
            <w:tcW w:type="dxa" w:w="2880"/>
          </w:tcPr>
          <w:p>
            <w:r>
              <w:t>2022-01-01</w:t>
            </w:r>
          </w:p>
        </w:tc>
        <w:tc>
          <w:tcPr>
            <w:tcW w:type="dxa" w:w="2880"/>
          </w:tcPr>
          <w:p>
            <w:r>
              <w:t>third-party damage</w:t>
            </w:r>
          </w:p>
        </w:tc>
        <w:tc>
          <w:tcPr>
            <w:tcW w:type="dxa" w:w="2880"/>
          </w:tcPr>
          <w:p>
            <w:r>
              <w:t>3</w:t>
            </w:r>
          </w:p>
        </w:tc>
      </w:tr>
      <w:tr>
        <w:tc>
          <w:tcPr>
            <w:tcW w:type="dxa" w:w="2880"/>
          </w:tcPr>
          <w:p>
            <w:r>
              <w:t>2022-01-01</w:t>
            </w:r>
          </w:p>
        </w:tc>
        <w:tc>
          <w:tcPr>
            <w:tcW w:type="dxa" w:w="2880"/>
          </w:tcPr>
          <w:p>
            <w:r>
              <w:t>equipment</w:t>
            </w:r>
          </w:p>
        </w:tc>
        <w:tc>
          <w:tcPr>
            <w:tcW w:type="dxa" w:w="2880"/>
          </w:tcPr>
          <w:p>
            <w:r>
              <w:t>0</w:t>
            </w:r>
          </w:p>
        </w:tc>
      </w:tr>
      <w:tr>
        <w:tc>
          <w:tcPr>
            <w:tcW w:type="dxa" w:w="2880"/>
          </w:tcPr>
          <w:p>
            <w:r>
              <w:t>2022-01-01</w:t>
            </w:r>
          </w:p>
        </w:tc>
        <w:tc>
          <w:tcPr>
            <w:tcW w:type="dxa" w:w="2880"/>
          </w:tcPr>
          <w:p>
            <w:r>
              <w:t>internal corrosion</w:t>
            </w:r>
          </w:p>
        </w:tc>
        <w:tc>
          <w:tcPr>
            <w:tcW w:type="dxa" w:w="2880"/>
          </w:tcPr>
          <w:p>
            <w:r>
              <w:t>0</w:t>
            </w:r>
          </w:p>
        </w:tc>
      </w:tr>
      <w:tr>
        <w:tc>
          <w:tcPr>
            <w:tcW w:type="dxa" w:w="2880"/>
          </w:tcPr>
          <w:p>
            <w:r>
              <w:t>2022-01-01</w:t>
            </w:r>
          </w:p>
        </w:tc>
        <w:tc>
          <w:tcPr>
            <w:tcW w:type="dxa" w:w="2880"/>
          </w:tcPr>
          <w:p>
            <w:r>
              <w:t>weather</w:t>
            </w:r>
          </w:p>
        </w:tc>
        <w:tc>
          <w:tcPr>
            <w:tcW w:type="dxa" w:w="2880"/>
          </w:tcPr>
          <w:p>
            <w:r>
              <w:t>2</w:t>
            </w:r>
          </w:p>
        </w:tc>
      </w:tr>
      <w:tr>
        <w:tc>
          <w:tcPr>
            <w:tcW w:type="dxa" w:w="2880"/>
          </w:tcPr>
          <w:p>
            <w:r>
              <w:t>2023-01-01</w:t>
            </w:r>
          </w:p>
        </w:tc>
        <w:tc>
          <w:tcPr>
            <w:tcW w:type="dxa" w:w="2880"/>
          </w:tcPr>
          <w:p>
            <w:r>
              <w:t>external corrosion</w:t>
            </w:r>
          </w:p>
        </w:tc>
        <w:tc>
          <w:tcPr>
            <w:tcW w:type="dxa" w:w="2880"/>
          </w:tcPr>
          <w:p>
            <w:r>
              <w:t>5</w:t>
            </w:r>
          </w:p>
        </w:tc>
      </w:tr>
      <w:tr>
        <w:tc>
          <w:tcPr>
            <w:tcW w:type="dxa" w:w="2880"/>
          </w:tcPr>
          <w:p>
            <w:r>
              <w:t>2023-01-01</w:t>
            </w:r>
          </w:p>
        </w:tc>
        <w:tc>
          <w:tcPr>
            <w:tcW w:type="dxa" w:w="2880"/>
          </w:tcPr>
          <w:p>
            <w:r>
              <w:t>third-party damage</w:t>
            </w:r>
          </w:p>
        </w:tc>
        <w:tc>
          <w:tcPr>
            <w:tcW w:type="dxa" w:w="2880"/>
          </w:tcPr>
          <w:p>
            <w:r>
              <w:t>0</w:t>
            </w:r>
          </w:p>
        </w:tc>
      </w:tr>
      <w:tr>
        <w:tc>
          <w:tcPr>
            <w:tcW w:type="dxa" w:w="2880"/>
          </w:tcPr>
          <w:p>
            <w:r>
              <w:t>2023-01-01</w:t>
            </w:r>
          </w:p>
        </w:tc>
        <w:tc>
          <w:tcPr>
            <w:tcW w:type="dxa" w:w="2880"/>
          </w:tcPr>
          <w:p>
            <w:r>
              <w:t>equipment</w:t>
            </w:r>
          </w:p>
        </w:tc>
        <w:tc>
          <w:tcPr>
            <w:tcW w:type="dxa" w:w="2880"/>
          </w:tcPr>
          <w:p>
            <w:r>
              <w:t>1</w:t>
            </w:r>
          </w:p>
        </w:tc>
      </w:tr>
      <w:tr>
        <w:tc>
          <w:tcPr>
            <w:tcW w:type="dxa" w:w="2880"/>
          </w:tcPr>
          <w:p>
            <w:r>
              <w:t>2023-01-01</w:t>
            </w:r>
          </w:p>
        </w:tc>
        <w:tc>
          <w:tcPr>
            <w:tcW w:type="dxa" w:w="2880"/>
          </w:tcPr>
          <w:p>
            <w:r>
              <w:t>internal corrosion</w:t>
            </w:r>
          </w:p>
        </w:tc>
        <w:tc>
          <w:tcPr>
            <w:tcW w:type="dxa" w:w="2880"/>
          </w:tcPr>
          <w:p>
            <w:r>
              <w:t>0</w:t>
            </w:r>
          </w:p>
        </w:tc>
      </w:tr>
      <w:tr>
        <w:tc>
          <w:tcPr>
            <w:tcW w:type="dxa" w:w="2880"/>
          </w:tcPr>
          <w:p>
            <w:r>
              <w:t>2023-01-01</w:t>
            </w:r>
          </w:p>
        </w:tc>
        <w:tc>
          <w:tcPr>
            <w:tcW w:type="dxa" w:w="2880"/>
          </w:tcPr>
          <w:p>
            <w:r>
              <w:t>weather</w:t>
            </w:r>
          </w:p>
        </w:tc>
        <w:tc>
          <w:tcPr>
            <w:tcW w:type="dxa" w:w="2880"/>
          </w:tcPr>
          <w:p>
            <w:r>
              <w:t>0</w:t>
            </w:r>
          </w:p>
        </w:tc>
      </w:tr>
      <w:tr>
        <w:tc>
          <w:tcPr>
            <w:tcW w:type="dxa" w:w="2880"/>
          </w:tcPr>
          <w:p>
            <w:r>
              <w:t>2024-01-01</w:t>
            </w:r>
          </w:p>
        </w:tc>
        <w:tc>
          <w:tcPr>
            <w:tcW w:type="dxa" w:w="2880"/>
          </w:tcPr>
          <w:p>
            <w:r>
              <w:t>external corrosion</w:t>
            </w:r>
          </w:p>
        </w:tc>
        <w:tc>
          <w:tcPr>
            <w:tcW w:type="dxa" w:w="2880"/>
          </w:tcPr>
          <w:p>
            <w:r>
              <w:t>3</w:t>
            </w:r>
          </w:p>
        </w:tc>
      </w:tr>
      <w:tr>
        <w:tc>
          <w:tcPr>
            <w:tcW w:type="dxa" w:w="2880"/>
          </w:tcPr>
          <w:p>
            <w:r>
              <w:t>2024-01-01</w:t>
            </w:r>
          </w:p>
        </w:tc>
        <w:tc>
          <w:tcPr>
            <w:tcW w:type="dxa" w:w="2880"/>
          </w:tcPr>
          <w:p>
            <w:r>
              <w:t>third-party damage</w:t>
            </w:r>
          </w:p>
        </w:tc>
        <w:tc>
          <w:tcPr>
            <w:tcW w:type="dxa" w:w="2880"/>
          </w:tcPr>
          <w:p>
            <w:r>
              <w:t>2</w:t>
            </w:r>
          </w:p>
        </w:tc>
      </w:tr>
      <w:tr>
        <w:tc>
          <w:tcPr>
            <w:tcW w:type="dxa" w:w="2880"/>
          </w:tcPr>
          <w:p>
            <w:r>
              <w:t>2024-01-01</w:t>
            </w:r>
          </w:p>
        </w:tc>
        <w:tc>
          <w:tcPr>
            <w:tcW w:type="dxa" w:w="2880"/>
          </w:tcPr>
          <w:p>
            <w:r>
              <w:t>equipment</w:t>
            </w:r>
          </w:p>
        </w:tc>
        <w:tc>
          <w:tcPr>
            <w:tcW w:type="dxa" w:w="2880"/>
          </w:tcPr>
          <w:p>
            <w:r>
              <w:t>1</w:t>
            </w:r>
          </w:p>
        </w:tc>
      </w:tr>
      <w:tr>
        <w:tc>
          <w:tcPr>
            <w:tcW w:type="dxa" w:w="2880"/>
          </w:tcPr>
          <w:p>
            <w:r>
              <w:t>2024-01-01</w:t>
            </w:r>
          </w:p>
        </w:tc>
        <w:tc>
          <w:tcPr>
            <w:tcW w:type="dxa" w:w="2880"/>
          </w:tcPr>
          <w:p>
            <w:r>
              <w:t>internal corrosion</w:t>
            </w:r>
          </w:p>
        </w:tc>
        <w:tc>
          <w:tcPr>
            <w:tcW w:type="dxa" w:w="2880"/>
          </w:tcPr>
          <w:p>
            <w:r>
              <w:t>0</w:t>
            </w:r>
          </w:p>
        </w:tc>
      </w:tr>
      <w:tr>
        <w:tc>
          <w:tcPr>
            <w:tcW w:type="dxa" w:w="2880"/>
          </w:tcPr>
          <w:p>
            <w:r>
              <w:t>2024-01-01</w:t>
            </w:r>
          </w:p>
        </w:tc>
        <w:tc>
          <w:tcPr>
            <w:tcW w:type="dxa" w:w="2880"/>
          </w:tcPr>
          <w:p>
            <w:r>
              <w:t>weather</w:t>
            </w:r>
          </w:p>
        </w:tc>
        <w:tc>
          <w:tcPr>
            <w:tcW w:type="dxa" w:w="2880"/>
          </w:tcPr>
          <w:p>
            <w:r>
              <w:t>1</w:t>
            </w:r>
          </w:p>
        </w:tc>
      </w:tr>
      <w:tr>
        <w:tc>
          <w:tcPr>
            <w:tcW w:type="dxa" w:w="2880"/>
          </w:tcPr>
          <w:p>
            <w:r>
              <w:t>2025-01-01</w:t>
            </w:r>
          </w:p>
        </w:tc>
        <w:tc>
          <w:tcPr>
            <w:tcW w:type="dxa" w:w="2880"/>
          </w:tcPr>
          <w:p>
            <w:r>
              <w:t>external corrosion</w:t>
            </w:r>
          </w:p>
        </w:tc>
        <w:tc>
          <w:tcPr>
            <w:tcW w:type="dxa" w:w="2880"/>
          </w:tcPr>
          <w:p>
            <w:r>
              <w:t>6</w:t>
            </w:r>
          </w:p>
        </w:tc>
      </w:tr>
      <w:tr>
        <w:tc>
          <w:tcPr>
            <w:tcW w:type="dxa" w:w="2880"/>
          </w:tcPr>
          <w:p>
            <w:r>
              <w:t>2025-01-01</w:t>
            </w:r>
          </w:p>
        </w:tc>
        <w:tc>
          <w:tcPr>
            <w:tcW w:type="dxa" w:w="2880"/>
          </w:tcPr>
          <w:p>
            <w:r>
              <w:t>third-party damage</w:t>
            </w:r>
          </w:p>
        </w:tc>
        <w:tc>
          <w:tcPr>
            <w:tcW w:type="dxa" w:w="2880"/>
          </w:tcPr>
          <w:p>
            <w:r>
              <w:t>1</w:t>
            </w:r>
          </w:p>
        </w:tc>
      </w:tr>
      <w:tr>
        <w:tc>
          <w:tcPr>
            <w:tcW w:type="dxa" w:w="2880"/>
          </w:tcPr>
          <w:p>
            <w:r>
              <w:t>2025-01-01</w:t>
            </w:r>
          </w:p>
        </w:tc>
        <w:tc>
          <w:tcPr>
            <w:tcW w:type="dxa" w:w="2880"/>
          </w:tcPr>
          <w:p>
            <w:r>
              <w:t>equipment</w:t>
            </w:r>
          </w:p>
        </w:tc>
        <w:tc>
          <w:tcPr>
            <w:tcW w:type="dxa" w:w="2880"/>
          </w:tcPr>
          <w:p>
            <w:r>
              <w:t>3</w:t>
            </w:r>
          </w:p>
        </w:tc>
      </w:tr>
      <w:tr>
        <w:tc>
          <w:tcPr>
            <w:tcW w:type="dxa" w:w="2880"/>
          </w:tcPr>
          <w:p>
            <w:r>
              <w:t>2025-01-01</w:t>
            </w:r>
          </w:p>
        </w:tc>
        <w:tc>
          <w:tcPr>
            <w:tcW w:type="dxa" w:w="2880"/>
          </w:tcPr>
          <w:p>
            <w:r>
              <w:t>internal corrosion</w:t>
            </w:r>
          </w:p>
        </w:tc>
        <w:tc>
          <w:tcPr>
            <w:tcW w:type="dxa" w:w="2880"/>
          </w:tcPr>
          <w:p>
            <w:r>
              <w:t>0</w:t>
            </w:r>
          </w:p>
        </w:tc>
      </w:tr>
      <w:tr>
        <w:tc>
          <w:tcPr>
            <w:tcW w:type="dxa" w:w="2880"/>
          </w:tcPr>
          <w:p>
            <w:r>
              <w:t>2025-01-01</w:t>
            </w:r>
          </w:p>
        </w:tc>
        <w:tc>
          <w:tcPr>
            <w:tcW w:type="dxa" w:w="2880"/>
          </w:tcPr>
          <w:p>
            <w:r>
              <w:t>weather</w:t>
            </w:r>
          </w:p>
        </w:tc>
        <w:tc>
          <w:tcPr>
            <w:tcW w:type="dxa" w:w="2880"/>
          </w:tcPr>
          <w:p>
            <w:r>
              <w:t>2</w:t>
            </w:r>
          </w:p>
        </w:tc>
      </w:tr>
      <w:tr>
        <w:tc>
          <w:tcPr>
            <w:tcW w:type="dxa" w:w="2880"/>
          </w:tcPr>
          <w:p>
            <w:r>
              <w:t>2026-01-01</w:t>
            </w:r>
          </w:p>
        </w:tc>
        <w:tc>
          <w:tcPr>
            <w:tcW w:type="dxa" w:w="2880"/>
          </w:tcPr>
          <w:p>
            <w:r>
              <w:t>external corrosion</w:t>
            </w:r>
          </w:p>
        </w:tc>
        <w:tc>
          <w:tcPr>
            <w:tcW w:type="dxa" w:w="2880"/>
          </w:tcPr>
          <w:p>
            <w:r>
              <w:t>3</w:t>
            </w:r>
          </w:p>
        </w:tc>
      </w:tr>
      <w:tr>
        <w:tc>
          <w:tcPr>
            <w:tcW w:type="dxa" w:w="2880"/>
          </w:tcPr>
          <w:p>
            <w:r>
              <w:t>2026-01-01</w:t>
            </w:r>
          </w:p>
        </w:tc>
        <w:tc>
          <w:tcPr>
            <w:tcW w:type="dxa" w:w="2880"/>
          </w:tcPr>
          <w:p>
            <w:r>
              <w:t>third-party damage</w:t>
            </w:r>
          </w:p>
        </w:tc>
        <w:tc>
          <w:tcPr>
            <w:tcW w:type="dxa" w:w="2880"/>
          </w:tcPr>
          <w:p>
            <w:r>
              <w:t>0</w:t>
            </w:r>
          </w:p>
        </w:tc>
      </w:tr>
      <w:tr>
        <w:tc>
          <w:tcPr>
            <w:tcW w:type="dxa" w:w="2880"/>
          </w:tcPr>
          <w:p>
            <w:r>
              <w:t>2026-01-01</w:t>
            </w:r>
          </w:p>
        </w:tc>
        <w:tc>
          <w:tcPr>
            <w:tcW w:type="dxa" w:w="2880"/>
          </w:tcPr>
          <w:p>
            <w:r>
              <w:t>equipment</w:t>
            </w:r>
          </w:p>
        </w:tc>
        <w:tc>
          <w:tcPr>
            <w:tcW w:type="dxa" w:w="2880"/>
          </w:tcPr>
          <w:p>
            <w:r>
              <w:t>1</w:t>
            </w:r>
          </w:p>
        </w:tc>
      </w:tr>
      <w:tr>
        <w:tc>
          <w:tcPr>
            <w:tcW w:type="dxa" w:w="2880"/>
          </w:tcPr>
          <w:p>
            <w:r>
              <w:t>2026-01-01</w:t>
            </w:r>
          </w:p>
        </w:tc>
        <w:tc>
          <w:tcPr>
            <w:tcW w:type="dxa" w:w="2880"/>
          </w:tcPr>
          <w:p>
            <w:r>
              <w:t>internal corrosion</w:t>
            </w:r>
          </w:p>
        </w:tc>
        <w:tc>
          <w:tcPr>
            <w:tcW w:type="dxa" w:w="2880"/>
          </w:tcPr>
          <w:p>
            <w:r>
              <w:t>1</w:t>
            </w:r>
          </w:p>
        </w:tc>
      </w:tr>
      <w:tr>
        <w:tc>
          <w:tcPr>
            <w:tcW w:type="dxa" w:w="2880"/>
          </w:tcPr>
          <w:p>
            <w:r>
              <w:t>2026-01-01</w:t>
            </w:r>
          </w:p>
        </w:tc>
        <w:tc>
          <w:tcPr>
            <w:tcW w:type="dxa" w:w="2880"/>
          </w:tcPr>
          <w:p>
            <w:r>
              <w:t>weather</w:t>
            </w:r>
          </w:p>
        </w:tc>
        <w:tc>
          <w:tcPr>
            <w:tcW w:type="dxa" w:w="2880"/>
          </w:tcPr>
          <w:p>
            <w:r>
              <w:t>0</w:t>
            </w:r>
          </w:p>
        </w:tc>
      </w:tr>
    </w:tbl>
    <w:p/>
    <w:p>
      <w:pPr>
        <w:pStyle w:val="Heading2"/>
      </w:pPr>
      <w:r>
        <w:t>Figure 46. Find point clusters: Incidents over time [91]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2016-01-01</w:t>
            </w:r>
          </w:p>
        </w:tc>
        <w:tc>
          <w:tcPr>
            <w:tcW w:type="dxa" w:w="2880"/>
          </w:tcPr>
          <w:p>
            <w:r>
              <w:t>external corrosion</w:t>
            </w:r>
          </w:p>
        </w:tc>
        <w:tc>
          <w:tcPr>
            <w:tcW w:type="dxa" w:w="2880"/>
          </w:tcPr>
          <w:p>
            <w:r>
              <w:t>0</w:t>
            </w:r>
          </w:p>
        </w:tc>
      </w:tr>
      <w:tr>
        <w:tc>
          <w:tcPr>
            <w:tcW w:type="dxa" w:w="2880"/>
          </w:tcPr>
          <w:p>
            <w:r>
              <w:t>2016-01-01</w:t>
            </w:r>
          </w:p>
        </w:tc>
        <w:tc>
          <w:tcPr>
            <w:tcW w:type="dxa" w:w="2880"/>
          </w:tcPr>
          <w:p>
            <w:r>
              <w:t>third-party damage</w:t>
            </w:r>
          </w:p>
        </w:tc>
        <w:tc>
          <w:tcPr>
            <w:tcW w:type="dxa" w:w="2880"/>
          </w:tcPr>
          <w:p>
            <w:r>
              <w:t>0</w:t>
            </w:r>
          </w:p>
        </w:tc>
      </w:tr>
      <w:tr>
        <w:tc>
          <w:tcPr>
            <w:tcW w:type="dxa" w:w="2880"/>
          </w:tcPr>
          <w:p>
            <w:r>
              <w:t>2016-01-01</w:t>
            </w:r>
          </w:p>
        </w:tc>
        <w:tc>
          <w:tcPr>
            <w:tcW w:type="dxa" w:w="2880"/>
          </w:tcPr>
          <w:p>
            <w:r>
              <w:t>equipment</w:t>
            </w:r>
          </w:p>
        </w:tc>
        <w:tc>
          <w:tcPr>
            <w:tcW w:type="dxa" w:w="2880"/>
          </w:tcPr>
          <w:p>
            <w:r>
              <w:t>1</w:t>
            </w:r>
          </w:p>
        </w:tc>
      </w:tr>
      <w:tr>
        <w:tc>
          <w:tcPr>
            <w:tcW w:type="dxa" w:w="2880"/>
          </w:tcPr>
          <w:p>
            <w:r>
              <w:t>2016-01-01</w:t>
            </w:r>
          </w:p>
        </w:tc>
        <w:tc>
          <w:tcPr>
            <w:tcW w:type="dxa" w:w="2880"/>
          </w:tcPr>
          <w:p>
            <w:r>
              <w:t>internal corrosion</w:t>
            </w:r>
          </w:p>
        </w:tc>
        <w:tc>
          <w:tcPr>
            <w:tcW w:type="dxa" w:w="2880"/>
          </w:tcPr>
          <w:p>
            <w:r>
              <w:t>0</w:t>
            </w:r>
          </w:p>
        </w:tc>
      </w:tr>
      <w:tr>
        <w:tc>
          <w:tcPr>
            <w:tcW w:type="dxa" w:w="2880"/>
          </w:tcPr>
          <w:p>
            <w:r>
              <w:t>2016-01-01</w:t>
            </w:r>
          </w:p>
        </w:tc>
        <w:tc>
          <w:tcPr>
            <w:tcW w:type="dxa" w:w="2880"/>
          </w:tcPr>
          <w:p>
            <w:r>
              <w:t>weather</w:t>
            </w:r>
          </w:p>
        </w:tc>
        <w:tc>
          <w:tcPr>
            <w:tcW w:type="dxa" w:w="2880"/>
          </w:tcPr>
          <w:p>
            <w:r>
              <w:t>0</w:t>
            </w:r>
          </w:p>
        </w:tc>
      </w:tr>
      <w:tr>
        <w:tc>
          <w:tcPr>
            <w:tcW w:type="dxa" w:w="2880"/>
          </w:tcPr>
          <w:p>
            <w:r>
              <w:t>2017-01-01</w:t>
            </w:r>
          </w:p>
        </w:tc>
        <w:tc>
          <w:tcPr>
            <w:tcW w:type="dxa" w:w="2880"/>
          </w:tcPr>
          <w:p>
            <w:r>
              <w:t>external corrosion</w:t>
            </w:r>
          </w:p>
        </w:tc>
        <w:tc>
          <w:tcPr>
            <w:tcW w:type="dxa" w:w="2880"/>
          </w:tcPr>
          <w:p>
            <w:r>
              <w:t>2</w:t>
            </w:r>
          </w:p>
        </w:tc>
      </w:tr>
      <w:tr>
        <w:tc>
          <w:tcPr>
            <w:tcW w:type="dxa" w:w="2880"/>
          </w:tcPr>
          <w:p>
            <w:r>
              <w:t>2017-01-01</w:t>
            </w:r>
          </w:p>
        </w:tc>
        <w:tc>
          <w:tcPr>
            <w:tcW w:type="dxa" w:w="2880"/>
          </w:tcPr>
          <w:p>
            <w:r>
              <w:t>third-party damage</w:t>
            </w:r>
          </w:p>
        </w:tc>
        <w:tc>
          <w:tcPr>
            <w:tcW w:type="dxa" w:w="2880"/>
          </w:tcPr>
          <w:p>
            <w:r>
              <w:t>1</w:t>
            </w:r>
          </w:p>
        </w:tc>
      </w:tr>
      <w:tr>
        <w:tc>
          <w:tcPr>
            <w:tcW w:type="dxa" w:w="2880"/>
          </w:tcPr>
          <w:p>
            <w:r>
              <w:t>2017-01-01</w:t>
            </w:r>
          </w:p>
        </w:tc>
        <w:tc>
          <w:tcPr>
            <w:tcW w:type="dxa" w:w="2880"/>
          </w:tcPr>
          <w:p>
            <w:r>
              <w:t>equipment</w:t>
            </w:r>
          </w:p>
        </w:tc>
        <w:tc>
          <w:tcPr>
            <w:tcW w:type="dxa" w:w="2880"/>
          </w:tcPr>
          <w:p>
            <w:r>
              <w:t>0</w:t>
            </w:r>
          </w:p>
        </w:tc>
      </w:tr>
      <w:tr>
        <w:tc>
          <w:tcPr>
            <w:tcW w:type="dxa" w:w="2880"/>
          </w:tcPr>
          <w:p>
            <w:r>
              <w:t>2017-01-01</w:t>
            </w:r>
          </w:p>
        </w:tc>
        <w:tc>
          <w:tcPr>
            <w:tcW w:type="dxa" w:w="2880"/>
          </w:tcPr>
          <w:p>
            <w:r>
              <w:t>internal corrosion</w:t>
            </w:r>
          </w:p>
        </w:tc>
        <w:tc>
          <w:tcPr>
            <w:tcW w:type="dxa" w:w="2880"/>
          </w:tcPr>
          <w:p>
            <w:r>
              <w:t>0</w:t>
            </w:r>
          </w:p>
        </w:tc>
      </w:tr>
      <w:tr>
        <w:tc>
          <w:tcPr>
            <w:tcW w:type="dxa" w:w="2880"/>
          </w:tcPr>
          <w:p>
            <w:r>
              <w:t>2017-01-01</w:t>
            </w:r>
          </w:p>
        </w:tc>
        <w:tc>
          <w:tcPr>
            <w:tcW w:type="dxa" w:w="2880"/>
          </w:tcPr>
          <w:p>
            <w:r>
              <w:t>weather</w:t>
            </w:r>
          </w:p>
        </w:tc>
        <w:tc>
          <w:tcPr>
            <w:tcW w:type="dxa" w:w="2880"/>
          </w:tcPr>
          <w:p>
            <w:r>
              <w:t>1</w:t>
            </w:r>
          </w:p>
        </w:tc>
      </w:tr>
      <w:tr>
        <w:tc>
          <w:tcPr>
            <w:tcW w:type="dxa" w:w="2880"/>
          </w:tcPr>
          <w:p>
            <w:r>
              <w:t>2018-01-01</w:t>
            </w:r>
          </w:p>
        </w:tc>
        <w:tc>
          <w:tcPr>
            <w:tcW w:type="dxa" w:w="2880"/>
          </w:tcPr>
          <w:p>
            <w:r>
              <w:t>external corrosion</w:t>
            </w:r>
          </w:p>
        </w:tc>
        <w:tc>
          <w:tcPr>
            <w:tcW w:type="dxa" w:w="2880"/>
          </w:tcPr>
          <w:p>
            <w:r>
              <w:t>0</w:t>
            </w:r>
          </w:p>
        </w:tc>
      </w:tr>
      <w:tr>
        <w:tc>
          <w:tcPr>
            <w:tcW w:type="dxa" w:w="2880"/>
          </w:tcPr>
          <w:p>
            <w:r>
              <w:t>2018-01-01</w:t>
            </w:r>
          </w:p>
        </w:tc>
        <w:tc>
          <w:tcPr>
            <w:tcW w:type="dxa" w:w="2880"/>
          </w:tcPr>
          <w:p>
            <w:r>
              <w:t>third-party damage</w:t>
            </w:r>
          </w:p>
        </w:tc>
        <w:tc>
          <w:tcPr>
            <w:tcW w:type="dxa" w:w="2880"/>
          </w:tcPr>
          <w:p>
            <w:r>
              <w:t>2</w:t>
            </w:r>
          </w:p>
        </w:tc>
      </w:tr>
      <w:tr>
        <w:tc>
          <w:tcPr>
            <w:tcW w:type="dxa" w:w="2880"/>
          </w:tcPr>
          <w:p>
            <w:r>
              <w:t>2018-01-01</w:t>
            </w:r>
          </w:p>
        </w:tc>
        <w:tc>
          <w:tcPr>
            <w:tcW w:type="dxa" w:w="2880"/>
          </w:tcPr>
          <w:p>
            <w:r>
              <w:t>equipment</w:t>
            </w:r>
          </w:p>
        </w:tc>
        <w:tc>
          <w:tcPr>
            <w:tcW w:type="dxa" w:w="2880"/>
          </w:tcPr>
          <w:p>
            <w:r>
              <w:t>1</w:t>
            </w:r>
          </w:p>
        </w:tc>
      </w:tr>
      <w:tr>
        <w:tc>
          <w:tcPr>
            <w:tcW w:type="dxa" w:w="2880"/>
          </w:tcPr>
          <w:p>
            <w:r>
              <w:t>2018-01-01</w:t>
            </w:r>
          </w:p>
        </w:tc>
        <w:tc>
          <w:tcPr>
            <w:tcW w:type="dxa" w:w="2880"/>
          </w:tcPr>
          <w:p>
            <w:r>
              <w:t>internal corrosion</w:t>
            </w:r>
          </w:p>
        </w:tc>
        <w:tc>
          <w:tcPr>
            <w:tcW w:type="dxa" w:w="2880"/>
          </w:tcPr>
          <w:p>
            <w:r>
              <w:t>2</w:t>
            </w:r>
          </w:p>
        </w:tc>
      </w:tr>
      <w:tr>
        <w:tc>
          <w:tcPr>
            <w:tcW w:type="dxa" w:w="2880"/>
          </w:tcPr>
          <w:p>
            <w:r>
              <w:t>2018-01-01</w:t>
            </w:r>
          </w:p>
        </w:tc>
        <w:tc>
          <w:tcPr>
            <w:tcW w:type="dxa" w:w="2880"/>
          </w:tcPr>
          <w:p>
            <w:r>
              <w:t>weather</w:t>
            </w:r>
          </w:p>
        </w:tc>
        <w:tc>
          <w:tcPr>
            <w:tcW w:type="dxa" w:w="2880"/>
          </w:tcPr>
          <w:p>
            <w:r>
              <w:t>0</w:t>
            </w:r>
          </w:p>
        </w:tc>
      </w:tr>
      <w:tr>
        <w:tc>
          <w:tcPr>
            <w:tcW w:type="dxa" w:w="2880"/>
          </w:tcPr>
          <w:p>
            <w:r>
              <w:t>2019-01-01</w:t>
            </w:r>
          </w:p>
        </w:tc>
        <w:tc>
          <w:tcPr>
            <w:tcW w:type="dxa" w:w="2880"/>
          </w:tcPr>
          <w:p>
            <w:r>
              <w:t>external corrosion</w:t>
            </w:r>
          </w:p>
        </w:tc>
        <w:tc>
          <w:tcPr>
            <w:tcW w:type="dxa" w:w="2880"/>
          </w:tcPr>
          <w:p>
            <w:r>
              <w:t>3</w:t>
            </w:r>
          </w:p>
        </w:tc>
      </w:tr>
      <w:tr>
        <w:tc>
          <w:tcPr>
            <w:tcW w:type="dxa" w:w="2880"/>
          </w:tcPr>
          <w:p>
            <w:r>
              <w:t>2019-01-01</w:t>
            </w:r>
          </w:p>
        </w:tc>
        <w:tc>
          <w:tcPr>
            <w:tcW w:type="dxa" w:w="2880"/>
          </w:tcPr>
          <w:p>
            <w:r>
              <w:t>third-party damage</w:t>
            </w:r>
          </w:p>
        </w:tc>
        <w:tc>
          <w:tcPr>
            <w:tcW w:type="dxa" w:w="2880"/>
          </w:tcPr>
          <w:p>
            <w:r>
              <w:t>3</w:t>
            </w:r>
          </w:p>
        </w:tc>
      </w:tr>
      <w:tr>
        <w:tc>
          <w:tcPr>
            <w:tcW w:type="dxa" w:w="2880"/>
          </w:tcPr>
          <w:p>
            <w:r>
              <w:t>2019-01-01</w:t>
            </w:r>
          </w:p>
        </w:tc>
        <w:tc>
          <w:tcPr>
            <w:tcW w:type="dxa" w:w="2880"/>
          </w:tcPr>
          <w:p>
            <w:r>
              <w:t>equipment</w:t>
            </w:r>
          </w:p>
        </w:tc>
        <w:tc>
          <w:tcPr>
            <w:tcW w:type="dxa" w:w="2880"/>
          </w:tcPr>
          <w:p>
            <w:r>
              <w:t>2</w:t>
            </w:r>
          </w:p>
        </w:tc>
      </w:tr>
      <w:tr>
        <w:tc>
          <w:tcPr>
            <w:tcW w:type="dxa" w:w="2880"/>
          </w:tcPr>
          <w:p>
            <w:r>
              <w:t>2019-01-01</w:t>
            </w:r>
          </w:p>
        </w:tc>
        <w:tc>
          <w:tcPr>
            <w:tcW w:type="dxa" w:w="2880"/>
          </w:tcPr>
          <w:p>
            <w:r>
              <w:t>internal corrosion</w:t>
            </w:r>
          </w:p>
        </w:tc>
        <w:tc>
          <w:tcPr>
            <w:tcW w:type="dxa" w:w="2880"/>
          </w:tcPr>
          <w:p>
            <w:r>
              <w:t>1</w:t>
            </w:r>
          </w:p>
        </w:tc>
      </w:tr>
      <w:tr>
        <w:tc>
          <w:tcPr>
            <w:tcW w:type="dxa" w:w="2880"/>
          </w:tcPr>
          <w:p>
            <w:r>
              <w:t>2019-01-01</w:t>
            </w:r>
          </w:p>
        </w:tc>
        <w:tc>
          <w:tcPr>
            <w:tcW w:type="dxa" w:w="2880"/>
          </w:tcPr>
          <w:p>
            <w:r>
              <w:t>weather</w:t>
            </w:r>
          </w:p>
        </w:tc>
        <w:tc>
          <w:tcPr>
            <w:tcW w:type="dxa" w:w="2880"/>
          </w:tcPr>
          <w:p>
            <w:r>
              <w:t>0</w:t>
            </w:r>
          </w:p>
        </w:tc>
      </w:tr>
      <w:tr>
        <w:tc>
          <w:tcPr>
            <w:tcW w:type="dxa" w:w="2880"/>
          </w:tcPr>
          <w:p>
            <w:r>
              <w:t>2020-01-01</w:t>
            </w:r>
          </w:p>
        </w:tc>
        <w:tc>
          <w:tcPr>
            <w:tcW w:type="dxa" w:w="2880"/>
          </w:tcPr>
          <w:p>
            <w:r>
              <w:t>external corrosion</w:t>
            </w:r>
          </w:p>
        </w:tc>
        <w:tc>
          <w:tcPr>
            <w:tcW w:type="dxa" w:w="2880"/>
          </w:tcPr>
          <w:p>
            <w:r>
              <w:t>3</w:t>
            </w:r>
          </w:p>
        </w:tc>
      </w:tr>
      <w:tr>
        <w:tc>
          <w:tcPr>
            <w:tcW w:type="dxa" w:w="2880"/>
          </w:tcPr>
          <w:p>
            <w:r>
              <w:t>2020-01-01</w:t>
            </w:r>
          </w:p>
        </w:tc>
        <w:tc>
          <w:tcPr>
            <w:tcW w:type="dxa" w:w="2880"/>
          </w:tcPr>
          <w:p>
            <w:r>
              <w:t>third-party damage</w:t>
            </w:r>
          </w:p>
        </w:tc>
        <w:tc>
          <w:tcPr>
            <w:tcW w:type="dxa" w:w="2880"/>
          </w:tcPr>
          <w:p>
            <w:r>
              <w:t>0</w:t>
            </w:r>
          </w:p>
        </w:tc>
      </w:tr>
      <w:tr>
        <w:tc>
          <w:tcPr>
            <w:tcW w:type="dxa" w:w="2880"/>
          </w:tcPr>
          <w:p>
            <w:r>
              <w:t>2020-01-01</w:t>
            </w:r>
          </w:p>
        </w:tc>
        <w:tc>
          <w:tcPr>
            <w:tcW w:type="dxa" w:w="2880"/>
          </w:tcPr>
          <w:p>
            <w:r>
              <w:t>equipment</w:t>
            </w:r>
          </w:p>
        </w:tc>
        <w:tc>
          <w:tcPr>
            <w:tcW w:type="dxa" w:w="2880"/>
          </w:tcPr>
          <w:p>
            <w:r>
              <w:t>1</w:t>
            </w:r>
          </w:p>
        </w:tc>
      </w:tr>
      <w:tr>
        <w:tc>
          <w:tcPr>
            <w:tcW w:type="dxa" w:w="2880"/>
          </w:tcPr>
          <w:p>
            <w:r>
              <w:t>2020-01-01</w:t>
            </w:r>
          </w:p>
        </w:tc>
        <w:tc>
          <w:tcPr>
            <w:tcW w:type="dxa" w:w="2880"/>
          </w:tcPr>
          <w:p>
            <w:r>
              <w:t>internal corrosion</w:t>
            </w:r>
          </w:p>
        </w:tc>
        <w:tc>
          <w:tcPr>
            <w:tcW w:type="dxa" w:w="2880"/>
          </w:tcPr>
          <w:p>
            <w:r>
              <w:t>3</w:t>
            </w:r>
          </w:p>
        </w:tc>
      </w:tr>
      <w:tr>
        <w:tc>
          <w:tcPr>
            <w:tcW w:type="dxa" w:w="2880"/>
          </w:tcPr>
          <w:p>
            <w:r>
              <w:t>2020-01-01</w:t>
            </w:r>
          </w:p>
        </w:tc>
        <w:tc>
          <w:tcPr>
            <w:tcW w:type="dxa" w:w="2880"/>
          </w:tcPr>
          <w:p>
            <w:r>
              <w:t>weather</w:t>
            </w:r>
          </w:p>
        </w:tc>
        <w:tc>
          <w:tcPr>
            <w:tcW w:type="dxa" w:w="2880"/>
          </w:tcPr>
          <w:p>
            <w:r>
              <w:t>0</w:t>
            </w:r>
          </w:p>
        </w:tc>
      </w:tr>
      <w:tr>
        <w:tc>
          <w:tcPr>
            <w:tcW w:type="dxa" w:w="2880"/>
          </w:tcPr>
          <w:p>
            <w:r>
              <w:t>2021-01-01</w:t>
            </w:r>
          </w:p>
        </w:tc>
        <w:tc>
          <w:tcPr>
            <w:tcW w:type="dxa" w:w="2880"/>
          </w:tcPr>
          <w:p>
            <w:r>
              <w:t>external corrosion</w:t>
            </w:r>
          </w:p>
        </w:tc>
        <w:tc>
          <w:tcPr>
            <w:tcW w:type="dxa" w:w="2880"/>
          </w:tcPr>
          <w:p>
            <w:r>
              <w:t>2</w:t>
            </w:r>
          </w:p>
        </w:tc>
      </w:tr>
      <w:tr>
        <w:tc>
          <w:tcPr>
            <w:tcW w:type="dxa" w:w="2880"/>
          </w:tcPr>
          <w:p>
            <w:r>
              <w:t>2021-01-01</w:t>
            </w:r>
          </w:p>
        </w:tc>
        <w:tc>
          <w:tcPr>
            <w:tcW w:type="dxa" w:w="2880"/>
          </w:tcPr>
          <w:p>
            <w:r>
              <w:t>third-party damage</w:t>
            </w:r>
          </w:p>
        </w:tc>
        <w:tc>
          <w:tcPr>
            <w:tcW w:type="dxa" w:w="2880"/>
          </w:tcPr>
          <w:p>
            <w:r>
              <w:t>2</w:t>
            </w:r>
          </w:p>
        </w:tc>
      </w:tr>
      <w:tr>
        <w:tc>
          <w:tcPr>
            <w:tcW w:type="dxa" w:w="2880"/>
          </w:tcPr>
          <w:p>
            <w:r>
              <w:t>2021-01-01</w:t>
            </w:r>
          </w:p>
        </w:tc>
        <w:tc>
          <w:tcPr>
            <w:tcW w:type="dxa" w:w="2880"/>
          </w:tcPr>
          <w:p>
            <w:r>
              <w:t>equipment</w:t>
            </w:r>
          </w:p>
        </w:tc>
        <w:tc>
          <w:tcPr>
            <w:tcW w:type="dxa" w:w="2880"/>
          </w:tcPr>
          <w:p>
            <w:r>
              <w:t>0</w:t>
            </w:r>
          </w:p>
        </w:tc>
      </w:tr>
      <w:tr>
        <w:tc>
          <w:tcPr>
            <w:tcW w:type="dxa" w:w="2880"/>
          </w:tcPr>
          <w:p>
            <w:r>
              <w:t>2021-01-01</w:t>
            </w:r>
          </w:p>
        </w:tc>
        <w:tc>
          <w:tcPr>
            <w:tcW w:type="dxa" w:w="2880"/>
          </w:tcPr>
          <w:p>
            <w:r>
              <w:t>internal corrosion</w:t>
            </w:r>
          </w:p>
        </w:tc>
        <w:tc>
          <w:tcPr>
            <w:tcW w:type="dxa" w:w="2880"/>
          </w:tcPr>
          <w:p>
            <w:r>
              <w:t>2</w:t>
            </w:r>
          </w:p>
        </w:tc>
      </w:tr>
      <w:tr>
        <w:tc>
          <w:tcPr>
            <w:tcW w:type="dxa" w:w="2880"/>
          </w:tcPr>
          <w:p>
            <w:r>
              <w:t>2021-01-01</w:t>
            </w:r>
          </w:p>
        </w:tc>
        <w:tc>
          <w:tcPr>
            <w:tcW w:type="dxa" w:w="2880"/>
          </w:tcPr>
          <w:p>
            <w:r>
              <w:t>weather</w:t>
            </w:r>
          </w:p>
        </w:tc>
        <w:tc>
          <w:tcPr>
            <w:tcW w:type="dxa" w:w="2880"/>
          </w:tcPr>
          <w:p>
            <w:r>
              <w:t>2</w:t>
            </w:r>
          </w:p>
        </w:tc>
      </w:tr>
      <w:tr>
        <w:tc>
          <w:tcPr>
            <w:tcW w:type="dxa" w:w="2880"/>
          </w:tcPr>
          <w:p>
            <w:r>
              <w:t>2022-01-01</w:t>
            </w:r>
          </w:p>
        </w:tc>
        <w:tc>
          <w:tcPr>
            <w:tcW w:type="dxa" w:w="2880"/>
          </w:tcPr>
          <w:p>
            <w:r>
              <w:t>external corrosion</w:t>
            </w:r>
          </w:p>
        </w:tc>
        <w:tc>
          <w:tcPr>
            <w:tcW w:type="dxa" w:w="2880"/>
          </w:tcPr>
          <w:p>
            <w:r>
              <w:t>1</w:t>
            </w:r>
          </w:p>
        </w:tc>
      </w:tr>
      <w:tr>
        <w:tc>
          <w:tcPr>
            <w:tcW w:type="dxa" w:w="2880"/>
          </w:tcPr>
          <w:p>
            <w:r>
              <w:t>2022-01-01</w:t>
            </w:r>
          </w:p>
        </w:tc>
        <w:tc>
          <w:tcPr>
            <w:tcW w:type="dxa" w:w="2880"/>
          </w:tcPr>
          <w:p>
            <w:r>
              <w:t>third-party damage</w:t>
            </w:r>
          </w:p>
        </w:tc>
        <w:tc>
          <w:tcPr>
            <w:tcW w:type="dxa" w:w="2880"/>
          </w:tcPr>
          <w:p>
            <w:r>
              <w:t>3</w:t>
            </w:r>
          </w:p>
        </w:tc>
      </w:tr>
      <w:tr>
        <w:tc>
          <w:tcPr>
            <w:tcW w:type="dxa" w:w="2880"/>
          </w:tcPr>
          <w:p>
            <w:r>
              <w:t>2022-01-01</w:t>
            </w:r>
          </w:p>
        </w:tc>
        <w:tc>
          <w:tcPr>
            <w:tcW w:type="dxa" w:w="2880"/>
          </w:tcPr>
          <w:p>
            <w:r>
              <w:t>equipment</w:t>
            </w:r>
          </w:p>
        </w:tc>
        <w:tc>
          <w:tcPr>
            <w:tcW w:type="dxa" w:w="2880"/>
          </w:tcPr>
          <w:p>
            <w:r>
              <w:t>0</w:t>
            </w:r>
          </w:p>
        </w:tc>
      </w:tr>
      <w:tr>
        <w:tc>
          <w:tcPr>
            <w:tcW w:type="dxa" w:w="2880"/>
          </w:tcPr>
          <w:p>
            <w:r>
              <w:t>2022-01-01</w:t>
            </w:r>
          </w:p>
        </w:tc>
        <w:tc>
          <w:tcPr>
            <w:tcW w:type="dxa" w:w="2880"/>
          </w:tcPr>
          <w:p>
            <w:r>
              <w:t>internal corrosion</w:t>
            </w:r>
          </w:p>
        </w:tc>
        <w:tc>
          <w:tcPr>
            <w:tcW w:type="dxa" w:w="2880"/>
          </w:tcPr>
          <w:p>
            <w:r>
              <w:t>0</w:t>
            </w:r>
          </w:p>
        </w:tc>
      </w:tr>
      <w:tr>
        <w:tc>
          <w:tcPr>
            <w:tcW w:type="dxa" w:w="2880"/>
          </w:tcPr>
          <w:p>
            <w:r>
              <w:t>2022-01-01</w:t>
            </w:r>
          </w:p>
        </w:tc>
        <w:tc>
          <w:tcPr>
            <w:tcW w:type="dxa" w:w="2880"/>
          </w:tcPr>
          <w:p>
            <w:r>
              <w:t>weather</w:t>
            </w:r>
          </w:p>
        </w:tc>
        <w:tc>
          <w:tcPr>
            <w:tcW w:type="dxa" w:w="2880"/>
          </w:tcPr>
          <w:p>
            <w:r>
              <w:t>2</w:t>
            </w:r>
          </w:p>
        </w:tc>
      </w:tr>
      <w:tr>
        <w:tc>
          <w:tcPr>
            <w:tcW w:type="dxa" w:w="2880"/>
          </w:tcPr>
          <w:p>
            <w:r>
              <w:t>2023-01-01</w:t>
            </w:r>
          </w:p>
        </w:tc>
        <w:tc>
          <w:tcPr>
            <w:tcW w:type="dxa" w:w="2880"/>
          </w:tcPr>
          <w:p>
            <w:r>
              <w:t>external corrosion</w:t>
            </w:r>
          </w:p>
        </w:tc>
        <w:tc>
          <w:tcPr>
            <w:tcW w:type="dxa" w:w="2880"/>
          </w:tcPr>
          <w:p>
            <w:r>
              <w:t>5</w:t>
            </w:r>
          </w:p>
        </w:tc>
      </w:tr>
      <w:tr>
        <w:tc>
          <w:tcPr>
            <w:tcW w:type="dxa" w:w="2880"/>
          </w:tcPr>
          <w:p>
            <w:r>
              <w:t>2023-01-01</w:t>
            </w:r>
          </w:p>
        </w:tc>
        <w:tc>
          <w:tcPr>
            <w:tcW w:type="dxa" w:w="2880"/>
          </w:tcPr>
          <w:p>
            <w:r>
              <w:t>third-party damage</w:t>
            </w:r>
          </w:p>
        </w:tc>
        <w:tc>
          <w:tcPr>
            <w:tcW w:type="dxa" w:w="2880"/>
          </w:tcPr>
          <w:p>
            <w:r>
              <w:t>0</w:t>
            </w:r>
          </w:p>
        </w:tc>
      </w:tr>
      <w:tr>
        <w:tc>
          <w:tcPr>
            <w:tcW w:type="dxa" w:w="2880"/>
          </w:tcPr>
          <w:p>
            <w:r>
              <w:t>2023-01-01</w:t>
            </w:r>
          </w:p>
        </w:tc>
        <w:tc>
          <w:tcPr>
            <w:tcW w:type="dxa" w:w="2880"/>
          </w:tcPr>
          <w:p>
            <w:r>
              <w:t>equipment</w:t>
            </w:r>
          </w:p>
        </w:tc>
        <w:tc>
          <w:tcPr>
            <w:tcW w:type="dxa" w:w="2880"/>
          </w:tcPr>
          <w:p>
            <w:r>
              <w:t>1</w:t>
            </w:r>
          </w:p>
        </w:tc>
      </w:tr>
      <w:tr>
        <w:tc>
          <w:tcPr>
            <w:tcW w:type="dxa" w:w="2880"/>
          </w:tcPr>
          <w:p>
            <w:r>
              <w:t>2023-01-01</w:t>
            </w:r>
          </w:p>
        </w:tc>
        <w:tc>
          <w:tcPr>
            <w:tcW w:type="dxa" w:w="2880"/>
          </w:tcPr>
          <w:p>
            <w:r>
              <w:t>internal corrosion</w:t>
            </w:r>
          </w:p>
        </w:tc>
        <w:tc>
          <w:tcPr>
            <w:tcW w:type="dxa" w:w="2880"/>
          </w:tcPr>
          <w:p>
            <w:r>
              <w:t>0</w:t>
            </w:r>
          </w:p>
        </w:tc>
      </w:tr>
      <w:tr>
        <w:tc>
          <w:tcPr>
            <w:tcW w:type="dxa" w:w="2880"/>
          </w:tcPr>
          <w:p>
            <w:r>
              <w:t>2023-01-01</w:t>
            </w:r>
          </w:p>
        </w:tc>
        <w:tc>
          <w:tcPr>
            <w:tcW w:type="dxa" w:w="2880"/>
          </w:tcPr>
          <w:p>
            <w:r>
              <w:t>weather</w:t>
            </w:r>
          </w:p>
        </w:tc>
        <w:tc>
          <w:tcPr>
            <w:tcW w:type="dxa" w:w="2880"/>
          </w:tcPr>
          <w:p>
            <w:r>
              <w:t>0</w:t>
            </w:r>
          </w:p>
        </w:tc>
      </w:tr>
      <w:tr>
        <w:tc>
          <w:tcPr>
            <w:tcW w:type="dxa" w:w="2880"/>
          </w:tcPr>
          <w:p>
            <w:r>
              <w:t>2024-01-01</w:t>
            </w:r>
          </w:p>
        </w:tc>
        <w:tc>
          <w:tcPr>
            <w:tcW w:type="dxa" w:w="2880"/>
          </w:tcPr>
          <w:p>
            <w:r>
              <w:t>external corrosion</w:t>
            </w:r>
          </w:p>
        </w:tc>
        <w:tc>
          <w:tcPr>
            <w:tcW w:type="dxa" w:w="2880"/>
          </w:tcPr>
          <w:p>
            <w:r>
              <w:t>3</w:t>
            </w:r>
          </w:p>
        </w:tc>
      </w:tr>
      <w:tr>
        <w:tc>
          <w:tcPr>
            <w:tcW w:type="dxa" w:w="2880"/>
          </w:tcPr>
          <w:p>
            <w:r>
              <w:t>2024-01-01</w:t>
            </w:r>
          </w:p>
        </w:tc>
        <w:tc>
          <w:tcPr>
            <w:tcW w:type="dxa" w:w="2880"/>
          </w:tcPr>
          <w:p>
            <w:r>
              <w:t>third-party damage</w:t>
            </w:r>
          </w:p>
        </w:tc>
        <w:tc>
          <w:tcPr>
            <w:tcW w:type="dxa" w:w="2880"/>
          </w:tcPr>
          <w:p>
            <w:r>
              <w:t>2</w:t>
            </w:r>
          </w:p>
        </w:tc>
      </w:tr>
      <w:tr>
        <w:tc>
          <w:tcPr>
            <w:tcW w:type="dxa" w:w="2880"/>
          </w:tcPr>
          <w:p>
            <w:r>
              <w:t>2024-01-01</w:t>
            </w:r>
          </w:p>
        </w:tc>
        <w:tc>
          <w:tcPr>
            <w:tcW w:type="dxa" w:w="2880"/>
          </w:tcPr>
          <w:p>
            <w:r>
              <w:t>equipment</w:t>
            </w:r>
          </w:p>
        </w:tc>
        <w:tc>
          <w:tcPr>
            <w:tcW w:type="dxa" w:w="2880"/>
          </w:tcPr>
          <w:p>
            <w:r>
              <w:t>1</w:t>
            </w:r>
          </w:p>
        </w:tc>
      </w:tr>
      <w:tr>
        <w:tc>
          <w:tcPr>
            <w:tcW w:type="dxa" w:w="2880"/>
          </w:tcPr>
          <w:p>
            <w:r>
              <w:t>2024-01-01</w:t>
            </w:r>
          </w:p>
        </w:tc>
        <w:tc>
          <w:tcPr>
            <w:tcW w:type="dxa" w:w="2880"/>
          </w:tcPr>
          <w:p>
            <w:r>
              <w:t>internal corrosion</w:t>
            </w:r>
          </w:p>
        </w:tc>
        <w:tc>
          <w:tcPr>
            <w:tcW w:type="dxa" w:w="2880"/>
          </w:tcPr>
          <w:p>
            <w:r>
              <w:t>0</w:t>
            </w:r>
          </w:p>
        </w:tc>
      </w:tr>
      <w:tr>
        <w:tc>
          <w:tcPr>
            <w:tcW w:type="dxa" w:w="2880"/>
          </w:tcPr>
          <w:p>
            <w:r>
              <w:t>2024-01-01</w:t>
            </w:r>
          </w:p>
        </w:tc>
        <w:tc>
          <w:tcPr>
            <w:tcW w:type="dxa" w:w="2880"/>
          </w:tcPr>
          <w:p>
            <w:r>
              <w:t>weather</w:t>
            </w:r>
          </w:p>
        </w:tc>
        <w:tc>
          <w:tcPr>
            <w:tcW w:type="dxa" w:w="2880"/>
          </w:tcPr>
          <w:p>
            <w:r>
              <w:t>1</w:t>
            </w:r>
          </w:p>
        </w:tc>
      </w:tr>
      <w:tr>
        <w:tc>
          <w:tcPr>
            <w:tcW w:type="dxa" w:w="2880"/>
          </w:tcPr>
          <w:p>
            <w:r>
              <w:t>2025-01-01</w:t>
            </w:r>
          </w:p>
        </w:tc>
        <w:tc>
          <w:tcPr>
            <w:tcW w:type="dxa" w:w="2880"/>
          </w:tcPr>
          <w:p>
            <w:r>
              <w:t>external corrosion</w:t>
            </w:r>
          </w:p>
        </w:tc>
        <w:tc>
          <w:tcPr>
            <w:tcW w:type="dxa" w:w="2880"/>
          </w:tcPr>
          <w:p>
            <w:r>
              <w:t>6</w:t>
            </w:r>
          </w:p>
        </w:tc>
      </w:tr>
      <w:tr>
        <w:tc>
          <w:tcPr>
            <w:tcW w:type="dxa" w:w="2880"/>
          </w:tcPr>
          <w:p>
            <w:r>
              <w:t>2025-01-01</w:t>
            </w:r>
          </w:p>
        </w:tc>
        <w:tc>
          <w:tcPr>
            <w:tcW w:type="dxa" w:w="2880"/>
          </w:tcPr>
          <w:p>
            <w:r>
              <w:t>third-party damage</w:t>
            </w:r>
          </w:p>
        </w:tc>
        <w:tc>
          <w:tcPr>
            <w:tcW w:type="dxa" w:w="2880"/>
          </w:tcPr>
          <w:p>
            <w:r>
              <w:t>1</w:t>
            </w:r>
          </w:p>
        </w:tc>
      </w:tr>
      <w:tr>
        <w:tc>
          <w:tcPr>
            <w:tcW w:type="dxa" w:w="2880"/>
          </w:tcPr>
          <w:p>
            <w:r>
              <w:t>2025-01-01</w:t>
            </w:r>
          </w:p>
        </w:tc>
        <w:tc>
          <w:tcPr>
            <w:tcW w:type="dxa" w:w="2880"/>
          </w:tcPr>
          <w:p>
            <w:r>
              <w:t>equipment</w:t>
            </w:r>
          </w:p>
        </w:tc>
        <w:tc>
          <w:tcPr>
            <w:tcW w:type="dxa" w:w="2880"/>
          </w:tcPr>
          <w:p>
            <w:r>
              <w:t>3</w:t>
            </w:r>
          </w:p>
        </w:tc>
      </w:tr>
      <w:tr>
        <w:tc>
          <w:tcPr>
            <w:tcW w:type="dxa" w:w="2880"/>
          </w:tcPr>
          <w:p>
            <w:r>
              <w:t>2025-01-01</w:t>
            </w:r>
          </w:p>
        </w:tc>
        <w:tc>
          <w:tcPr>
            <w:tcW w:type="dxa" w:w="2880"/>
          </w:tcPr>
          <w:p>
            <w:r>
              <w:t>internal corrosion</w:t>
            </w:r>
          </w:p>
        </w:tc>
        <w:tc>
          <w:tcPr>
            <w:tcW w:type="dxa" w:w="2880"/>
          </w:tcPr>
          <w:p>
            <w:r>
              <w:t>0</w:t>
            </w:r>
          </w:p>
        </w:tc>
      </w:tr>
      <w:tr>
        <w:tc>
          <w:tcPr>
            <w:tcW w:type="dxa" w:w="2880"/>
          </w:tcPr>
          <w:p>
            <w:r>
              <w:t>2025-01-01</w:t>
            </w:r>
          </w:p>
        </w:tc>
        <w:tc>
          <w:tcPr>
            <w:tcW w:type="dxa" w:w="2880"/>
          </w:tcPr>
          <w:p>
            <w:r>
              <w:t>weather</w:t>
            </w:r>
          </w:p>
        </w:tc>
        <w:tc>
          <w:tcPr>
            <w:tcW w:type="dxa" w:w="2880"/>
          </w:tcPr>
          <w:p>
            <w:r>
              <w:t>2</w:t>
            </w:r>
          </w:p>
        </w:tc>
      </w:tr>
      <w:tr>
        <w:tc>
          <w:tcPr>
            <w:tcW w:type="dxa" w:w="2880"/>
          </w:tcPr>
          <w:p>
            <w:r>
              <w:t>2026-01-01</w:t>
            </w:r>
          </w:p>
        </w:tc>
        <w:tc>
          <w:tcPr>
            <w:tcW w:type="dxa" w:w="2880"/>
          </w:tcPr>
          <w:p>
            <w:r>
              <w:t>external corrosion</w:t>
            </w:r>
          </w:p>
        </w:tc>
        <w:tc>
          <w:tcPr>
            <w:tcW w:type="dxa" w:w="2880"/>
          </w:tcPr>
          <w:p>
            <w:r>
              <w:t>3</w:t>
            </w:r>
          </w:p>
        </w:tc>
      </w:tr>
      <w:tr>
        <w:tc>
          <w:tcPr>
            <w:tcW w:type="dxa" w:w="2880"/>
          </w:tcPr>
          <w:p>
            <w:r>
              <w:t>2026-01-01</w:t>
            </w:r>
          </w:p>
        </w:tc>
        <w:tc>
          <w:tcPr>
            <w:tcW w:type="dxa" w:w="2880"/>
          </w:tcPr>
          <w:p>
            <w:r>
              <w:t>third-party damage</w:t>
            </w:r>
          </w:p>
        </w:tc>
        <w:tc>
          <w:tcPr>
            <w:tcW w:type="dxa" w:w="2880"/>
          </w:tcPr>
          <w:p>
            <w:r>
              <w:t>0</w:t>
            </w:r>
          </w:p>
        </w:tc>
      </w:tr>
      <w:tr>
        <w:tc>
          <w:tcPr>
            <w:tcW w:type="dxa" w:w="2880"/>
          </w:tcPr>
          <w:p>
            <w:r>
              <w:t>2026-01-01</w:t>
            </w:r>
          </w:p>
        </w:tc>
        <w:tc>
          <w:tcPr>
            <w:tcW w:type="dxa" w:w="2880"/>
          </w:tcPr>
          <w:p>
            <w:r>
              <w:t>equipment</w:t>
            </w:r>
          </w:p>
        </w:tc>
        <w:tc>
          <w:tcPr>
            <w:tcW w:type="dxa" w:w="2880"/>
          </w:tcPr>
          <w:p>
            <w:r>
              <w:t>1</w:t>
            </w:r>
          </w:p>
        </w:tc>
      </w:tr>
      <w:tr>
        <w:tc>
          <w:tcPr>
            <w:tcW w:type="dxa" w:w="2880"/>
          </w:tcPr>
          <w:p>
            <w:r>
              <w:t>2026-01-01</w:t>
            </w:r>
          </w:p>
        </w:tc>
        <w:tc>
          <w:tcPr>
            <w:tcW w:type="dxa" w:w="2880"/>
          </w:tcPr>
          <w:p>
            <w:r>
              <w:t>internal corrosion</w:t>
            </w:r>
          </w:p>
        </w:tc>
        <w:tc>
          <w:tcPr>
            <w:tcW w:type="dxa" w:w="2880"/>
          </w:tcPr>
          <w:p>
            <w:r>
              <w:t>1</w:t>
            </w:r>
          </w:p>
        </w:tc>
      </w:tr>
      <w:tr>
        <w:tc>
          <w:tcPr>
            <w:tcW w:type="dxa" w:w="2880"/>
          </w:tcPr>
          <w:p>
            <w:r>
              <w:t>2026-01-01</w:t>
            </w:r>
          </w:p>
        </w:tc>
        <w:tc>
          <w:tcPr>
            <w:tcW w:type="dxa" w:w="2880"/>
          </w:tcPr>
          <w:p>
            <w:r>
              <w:t>weather</w:t>
            </w:r>
          </w:p>
        </w:tc>
        <w:tc>
          <w:tcPr>
            <w:tcW w:type="dxa" w:w="2880"/>
          </w:tcPr>
          <w:p>
            <w:r>
              <w:t>0</w:t>
            </w:r>
          </w:p>
        </w:tc>
      </w:tr>
    </w:tbl>
    <w:p/>
    <w:p>
      <w:pPr>
        <w:pStyle w:val="Heading2"/>
      </w:pPr>
      <w:r>
        <w:t>Figure 47. Hot spot analysis: In-line inspection anomalies over time [92]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2021-06-01</w:t>
            </w:r>
          </w:p>
        </w:tc>
        <w:tc>
          <w:tcPr>
            <w:tcW w:type="dxa" w:w="2880"/>
          </w:tcPr>
          <w:p>
            <w:r>
              <w:t>4:00</w:t>
            </w:r>
          </w:p>
        </w:tc>
        <w:tc>
          <w:tcPr>
            <w:tcW w:type="dxa" w:w="2880"/>
          </w:tcPr>
          <w:p>
            <w:r>
              <w:t>33</w:t>
            </w:r>
          </w:p>
        </w:tc>
      </w:tr>
      <w:tr>
        <w:tc>
          <w:tcPr>
            <w:tcW w:type="dxa" w:w="2880"/>
          </w:tcPr>
          <w:p>
            <w:r>
              <w:t>2021-06-01</w:t>
            </w:r>
          </w:p>
        </w:tc>
        <w:tc>
          <w:tcPr>
            <w:tcW w:type="dxa" w:w="2880"/>
          </w:tcPr>
          <w:p>
            <w:r>
              <w:t>11:00</w:t>
            </w:r>
          </w:p>
        </w:tc>
        <w:tc>
          <w:tcPr>
            <w:tcW w:type="dxa" w:w="2880"/>
          </w:tcPr>
          <w:p>
            <w:r>
              <w:t>44</w:t>
            </w:r>
          </w:p>
        </w:tc>
      </w:tr>
      <w:tr>
        <w:tc>
          <w:tcPr>
            <w:tcW w:type="dxa" w:w="2880"/>
          </w:tcPr>
          <w:p>
            <w:r>
              <w:t>2021-06-01</w:t>
            </w:r>
          </w:p>
        </w:tc>
        <w:tc>
          <w:tcPr>
            <w:tcW w:type="dxa" w:w="2880"/>
          </w:tcPr>
          <w:p>
            <w:r>
              <w:t>7:00</w:t>
            </w:r>
          </w:p>
        </w:tc>
        <w:tc>
          <w:tcPr>
            <w:tcW w:type="dxa" w:w="2880"/>
          </w:tcPr>
          <w:p>
            <w:r>
              <w:t>40</w:t>
            </w:r>
          </w:p>
        </w:tc>
      </w:tr>
      <w:tr>
        <w:tc>
          <w:tcPr>
            <w:tcW w:type="dxa" w:w="2880"/>
          </w:tcPr>
          <w:p>
            <w:r>
              <w:t>2021-06-01</w:t>
            </w:r>
          </w:p>
        </w:tc>
        <w:tc>
          <w:tcPr>
            <w:tcW w:type="dxa" w:w="2880"/>
          </w:tcPr>
          <w:p>
            <w:r>
              <w:t>3:00</w:t>
            </w:r>
          </w:p>
        </w:tc>
        <w:tc>
          <w:tcPr>
            <w:tcW w:type="dxa" w:w="2880"/>
          </w:tcPr>
          <w:p>
            <w:r>
              <w:t>24</w:t>
            </w:r>
          </w:p>
        </w:tc>
      </w:tr>
      <w:tr>
        <w:tc>
          <w:tcPr>
            <w:tcW w:type="dxa" w:w="2880"/>
          </w:tcPr>
          <w:p>
            <w:r>
              <w:t>2021-06-01</w:t>
            </w:r>
          </w:p>
        </w:tc>
        <w:tc>
          <w:tcPr>
            <w:tcW w:type="dxa" w:w="2880"/>
          </w:tcPr>
          <w:p>
            <w:r>
              <w:t>2:00</w:t>
            </w:r>
          </w:p>
        </w:tc>
        <w:tc>
          <w:tcPr>
            <w:tcW w:type="dxa" w:w="2880"/>
          </w:tcPr>
          <w:p>
            <w:r>
              <w:t>39</w:t>
            </w:r>
          </w:p>
        </w:tc>
      </w:tr>
      <w:tr>
        <w:tc>
          <w:tcPr>
            <w:tcW w:type="dxa" w:w="2880"/>
          </w:tcPr>
          <w:p>
            <w:r>
              <w:t>2021-06-01</w:t>
            </w:r>
          </w:p>
        </w:tc>
        <w:tc>
          <w:tcPr>
            <w:tcW w:type="dxa" w:w="2880"/>
          </w:tcPr>
          <w:p>
            <w:r>
              <w:t>Other</w:t>
            </w:r>
          </w:p>
        </w:tc>
        <w:tc>
          <w:tcPr>
            <w:tcW w:type="dxa" w:w="2880"/>
          </w:tcPr>
          <w:p>
            <w:r>
              <w:t>240</w:t>
            </w:r>
          </w:p>
        </w:tc>
      </w:tr>
      <w:tr>
        <w:tc>
          <w:tcPr>
            <w:tcW w:type="dxa" w:w="2880"/>
          </w:tcPr>
          <w:p>
            <w:r>
              <w:t>2021-07-01</w:t>
            </w:r>
          </w:p>
        </w:tc>
        <w:tc>
          <w:tcPr>
            <w:tcW w:type="dxa" w:w="2880"/>
          </w:tcPr>
          <w:p>
            <w:r>
              <w:t>4:00</w:t>
            </w:r>
          </w:p>
        </w:tc>
        <w:tc>
          <w:tcPr>
            <w:tcW w:type="dxa" w:w="2880"/>
          </w:tcPr>
          <w:p>
            <w:r>
              <w:t>0</w:t>
            </w:r>
          </w:p>
        </w:tc>
      </w:tr>
      <w:tr>
        <w:tc>
          <w:tcPr>
            <w:tcW w:type="dxa" w:w="2880"/>
          </w:tcPr>
          <w:p>
            <w:r>
              <w:t>2021-07-01</w:t>
            </w:r>
          </w:p>
        </w:tc>
        <w:tc>
          <w:tcPr>
            <w:tcW w:type="dxa" w:w="2880"/>
          </w:tcPr>
          <w:p>
            <w:r>
              <w:t>11:00</w:t>
            </w:r>
          </w:p>
        </w:tc>
        <w:tc>
          <w:tcPr>
            <w:tcW w:type="dxa" w:w="2880"/>
          </w:tcPr>
          <w:p>
            <w:r>
              <w:t>0</w:t>
            </w:r>
          </w:p>
        </w:tc>
      </w:tr>
      <w:tr>
        <w:tc>
          <w:tcPr>
            <w:tcW w:type="dxa" w:w="2880"/>
          </w:tcPr>
          <w:p>
            <w:r>
              <w:t>2021-07-01</w:t>
            </w:r>
          </w:p>
        </w:tc>
        <w:tc>
          <w:tcPr>
            <w:tcW w:type="dxa" w:w="2880"/>
          </w:tcPr>
          <w:p>
            <w:r>
              <w:t>7:00</w:t>
            </w:r>
          </w:p>
        </w:tc>
        <w:tc>
          <w:tcPr>
            <w:tcW w:type="dxa" w:w="2880"/>
          </w:tcPr>
          <w:p>
            <w:r>
              <w:t>0</w:t>
            </w:r>
          </w:p>
        </w:tc>
      </w:tr>
      <w:tr>
        <w:tc>
          <w:tcPr>
            <w:tcW w:type="dxa" w:w="2880"/>
          </w:tcPr>
          <w:p>
            <w:r>
              <w:t>2021-07-01</w:t>
            </w:r>
          </w:p>
        </w:tc>
        <w:tc>
          <w:tcPr>
            <w:tcW w:type="dxa" w:w="2880"/>
          </w:tcPr>
          <w:p>
            <w:r>
              <w:t>3:00</w:t>
            </w:r>
          </w:p>
        </w:tc>
        <w:tc>
          <w:tcPr>
            <w:tcW w:type="dxa" w:w="2880"/>
          </w:tcPr>
          <w:p>
            <w:r>
              <w:t>0</w:t>
            </w:r>
          </w:p>
        </w:tc>
      </w:tr>
      <w:tr>
        <w:tc>
          <w:tcPr>
            <w:tcW w:type="dxa" w:w="2880"/>
          </w:tcPr>
          <w:p>
            <w:r>
              <w:t>2021-07-01</w:t>
            </w:r>
          </w:p>
        </w:tc>
        <w:tc>
          <w:tcPr>
            <w:tcW w:type="dxa" w:w="2880"/>
          </w:tcPr>
          <w:p>
            <w:r>
              <w:t>2:00</w:t>
            </w:r>
          </w:p>
        </w:tc>
        <w:tc>
          <w:tcPr>
            <w:tcW w:type="dxa" w:w="2880"/>
          </w:tcPr>
          <w:p>
            <w:r>
              <w:t>0</w:t>
            </w:r>
          </w:p>
        </w:tc>
      </w:tr>
      <w:tr>
        <w:tc>
          <w:tcPr>
            <w:tcW w:type="dxa" w:w="2880"/>
          </w:tcPr>
          <w:p>
            <w:r>
              <w:t>2021-07-01</w:t>
            </w:r>
          </w:p>
        </w:tc>
        <w:tc>
          <w:tcPr>
            <w:tcW w:type="dxa" w:w="2880"/>
          </w:tcPr>
          <w:p>
            <w:r>
              <w:t>Other</w:t>
            </w:r>
          </w:p>
        </w:tc>
        <w:tc>
          <w:tcPr>
            <w:tcW w:type="dxa" w:w="2880"/>
          </w:tcPr>
          <w:p>
            <w:r>
              <w:t>0</w:t>
            </w:r>
          </w:p>
        </w:tc>
      </w:tr>
      <w:tr>
        <w:tc>
          <w:tcPr>
            <w:tcW w:type="dxa" w:w="2880"/>
          </w:tcPr>
          <w:p>
            <w:r>
              <w:t>2021-08-01</w:t>
            </w:r>
          </w:p>
        </w:tc>
        <w:tc>
          <w:tcPr>
            <w:tcW w:type="dxa" w:w="2880"/>
          </w:tcPr>
          <w:p>
            <w:r>
              <w:t>4:00</w:t>
            </w:r>
          </w:p>
        </w:tc>
        <w:tc>
          <w:tcPr>
            <w:tcW w:type="dxa" w:w="2880"/>
          </w:tcPr>
          <w:p>
            <w:r>
              <w:t>0</w:t>
            </w:r>
          </w:p>
        </w:tc>
      </w:tr>
      <w:tr>
        <w:tc>
          <w:tcPr>
            <w:tcW w:type="dxa" w:w="2880"/>
          </w:tcPr>
          <w:p>
            <w:r>
              <w:t>2021-08-01</w:t>
            </w:r>
          </w:p>
        </w:tc>
        <w:tc>
          <w:tcPr>
            <w:tcW w:type="dxa" w:w="2880"/>
          </w:tcPr>
          <w:p>
            <w:r>
              <w:t>11:00</w:t>
            </w:r>
          </w:p>
        </w:tc>
        <w:tc>
          <w:tcPr>
            <w:tcW w:type="dxa" w:w="2880"/>
          </w:tcPr>
          <w:p>
            <w:r>
              <w:t>0</w:t>
            </w:r>
          </w:p>
        </w:tc>
      </w:tr>
      <w:tr>
        <w:tc>
          <w:tcPr>
            <w:tcW w:type="dxa" w:w="2880"/>
          </w:tcPr>
          <w:p>
            <w:r>
              <w:t>2021-08-01</w:t>
            </w:r>
          </w:p>
        </w:tc>
        <w:tc>
          <w:tcPr>
            <w:tcW w:type="dxa" w:w="2880"/>
          </w:tcPr>
          <w:p>
            <w:r>
              <w:t>7:00</w:t>
            </w:r>
          </w:p>
        </w:tc>
        <w:tc>
          <w:tcPr>
            <w:tcW w:type="dxa" w:w="2880"/>
          </w:tcPr>
          <w:p>
            <w:r>
              <w:t>0</w:t>
            </w:r>
          </w:p>
        </w:tc>
      </w:tr>
      <w:tr>
        <w:tc>
          <w:tcPr>
            <w:tcW w:type="dxa" w:w="2880"/>
          </w:tcPr>
          <w:p>
            <w:r>
              <w:t>2021-08-01</w:t>
            </w:r>
          </w:p>
        </w:tc>
        <w:tc>
          <w:tcPr>
            <w:tcW w:type="dxa" w:w="2880"/>
          </w:tcPr>
          <w:p>
            <w:r>
              <w:t>3:00</w:t>
            </w:r>
          </w:p>
        </w:tc>
        <w:tc>
          <w:tcPr>
            <w:tcW w:type="dxa" w:w="2880"/>
          </w:tcPr>
          <w:p>
            <w:r>
              <w:t>0</w:t>
            </w:r>
          </w:p>
        </w:tc>
      </w:tr>
      <w:tr>
        <w:tc>
          <w:tcPr>
            <w:tcW w:type="dxa" w:w="2880"/>
          </w:tcPr>
          <w:p>
            <w:r>
              <w:t>2021-08-01</w:t>
            </w:r>
          </w:p>
        </w:tc>
        <w:tc>
          <w:tcPr>
            <w:tcW w:type="dxa" w:w="2880"/>
          </w:tcPr>
          <w:p>
            <w:r>
              <w:t>2:00</w:t>
            </w:r>
          </w:p>
        </w:tc>
        <w:tc>
          <w:tcPr>
            <w:tcW w:type="dxa" w:w="2880"/>
          </w:tcPr>
          <w:p>
            <w:r>
              <w:t>0</w:t>
            </w:r>
          </w:p>
        </w:tc>
      </w:tr>
      <w:tr>
        <w:tc>
          <w:tcPr>
            <w:tcW w:type="dxa" w:w="2880"/>
          </w:tcPr>
          <w:p>
            <w:r>
              <w:t>2021-08-01</w:t>
            </w:r>
          </w:p>
        </w:tc>
        <w:tc>
          <w:tcPr>
            <w:tcW w:type="dxa" w:w="2880"/>
          </w:tcPr>
          <w:p>
            <w:r>
              <w:t>Other</w:t>
            </w:r>
          </w:p>
        </w:tc>
        <w:tc>
          <w:tcPr>
            <w:tcW w:type="dxa" w:w="2880"/>
          </w:tcPr>
          <w:p>
            <w:r>
              <w:t>0</w:t>
            </w:r>
          </w:p>
        </w:tc>
      </w:tr>
      <w:tr>
        <w:tc>
          <w:tcPr>
            <w:tcW w:type="dxa" w:w="2880"/>
          </w:tcPr>
          <w:p>
            <w:r>
              <w:t>2021-09-01</w:t>
            </w:r>
          </w:p>
        </w:tc>
        <w:tc>
          <w:tcPr>
            <w:tcW w:type="dxa" w:w="2880"/>
          </w:tcPr>
          <w:p>
            <w:r>
              <w:t>4:00</w:t>
            </w:r>
          </w:p>
        </w:tc>
        <w:tc>
          <w:tcPr>
            <w:tcW w:type="dxa" w:w="2880"/>
          </w:tcPr>
          <w:p>
            <w:r>
              <w:t>0</w:t>
            </w:r>
          </w:p>
        </w:tc>
      </w:tr>
      <w:tr>
        <w:tc>
          <w:tcPr>
            <w:tcW w:type="dxa" w:w="2880"/>
          </w:tcPr>
          <w:p>
            <w:r>
              <w:t>2021-09-01</w:t>
            </w:r>
          </w:p>
        </w:tc>
        <w:tc>
          <w:tcPr>
            <w:tcW w:type="dxa" w:w="2880"/>
          </w:tcPr>
          <w:p>
            <w:r>
              <w:t>11:00</w:t>
            </w:r>
          </w:p>
        </w:tc>
        <w:tc>
          <w:tcPr>
            <w:tcW w:type="dxa" w:w="2880"/>
          </w:tcPr>
          <w:p>
            <w:r>
              <w:t>0</w:t>
            </w:r>
          </w:p>
        </w:tc>
      </w:tr>
      <w:tr>
        <w:tc>
          <w:tcPr>
            <w:tcW w:type="dxa" w:w="2880"/>
          </w:tcPr>
          <w:p>
            <w:r>
              <w:t>2021-09-01</w:t>
            </w:r>
          </w:p>
        </w:tc>
        <w:tc>
          <w:tcPr>
            <w:tcW w:type="dxa" w:w="2880"/>
          </w:tcPr>
          <w:p>
            <w:r>
              <w:t>7:00</w:t>
            </w:r>
          </w:p>
        </w:tc>
        <w:tc>
          <w:tcPr>
            <w:tcW w:type="dxa" w:w="2880"/>
          </w:tcPr>
          <w:p>
            <w:r>
              <w:t>0</w:t>
            </w:r>
          </w:p>
        </w:tc>
      </w:tr>
      <w:tr>
        <w:tc>
          <w:tcPr>
            <w:tcW w:type="dxa" w:w="2880"/>
          </w:tcPr>
          <w:p>
            <w:r>
              <w:t>2021-09-01</w:t>
            </w:r>
          </w:p>
        </w:tc>
        <w:tc>
          <w:tcPr>
            <w:tcW w:type="dxa" w:w="2880"/>
          </w:tcPr>
          <w:p>
            <w:r>
              <w:t>3:00</w:t>
            </w:r>
          </w:p>
        </w:tc>
        <w:tc>
          <w:tcPr>
            <w:tcW w:type="dxa" w:w="2880"/>
          </w:tcPr>
          <w:p>
            <w:r>
              <w:t>0</w:t>
            </w:r>
          </w:p>
        </w:tc>
      </w:tr>
      <w:tr>
        <w:tc>
          <w:tcPr>
            <w:tcW w:type="dxa" w:w="2880"/>
          </w:tcPr>
          <w:p>
            <w:r>
              <w:t>2021-09-01</w:t>
            </w:r>
          </w:p>
        </w:tc>
        <w:tc>
          <w:tcPr>
            <w:tcW w:type="dxa" w:w="2880"/>
          </w:tcPr>
          <w:p>
            <w:r>
              <w:t>2:00</w:t>
            </w:r>
          </w:p>
        </w:tc>
        <w:tc>
          <w:tcPr>
            <w:tcW w:type="dxa" w:w="2880"/>
          </w:tcPr>
          <w:p>
            <w:r>
              <w:t>0</w:t>
            </w:r>
          </w:p>
        </w:tc>
      </w:tr>
      <w:tr>
        <w:tc>
          <w:tcPr>
            <w:tcW w:type="dxa" w:w="2880"/>
          </w:tcPr>
          <w:p>
            <w:r>
              <w:t>2021-09-01</w:t>
            </w:r>
          </w:p>
        </w:tc>
        <w:tc>
          <w:tcPr>
            <w:tcW w:type="dxa" w:w="2880"/>
          </w:tcPr>
          <w:p>
            <w:r>
              <w:t>Other</w:t>
            </w:r>
          </w:p>
        </w:tc>
        <w:tc>
          <w:tcPr>
            <w:tcW w:type="dxa" w:w="2880"/>
          </w:tcPr>
          <w:p>
            <w:r>
              <w:t>0</w:t>
            </w:r>
          </w:p>
        </w:tc>
      </w:tr>
      <w:tr>
        <w:tc>
          <w:tcPr>
            <w:tcW w:type="dxa" w:w="2880"/>
          </w:tcPr>
          <w:p>
            <w:r>
              <w:t>2021-10-01</w:t>
            </w:r>
          </w:p>
        </w:tc>
        <w:tc>
          <w:tcPr>
            <w:tcW w:type="dxa" w:w="2880"/>
          </w:tcPr>
          <w:p>
            <w:r>
              <w:t>4:00</w:t>
            </w:r>
          </w:p>
        </w:tc>
        <w:tc>
          <w:tcPr>
            <w:tcW w:type="dxa" w:w="2880"/>
          </w:tcPr>
          <w:p>
            <w:r>
              <w:t>0</w:t>
            </w:r>
          </w:p>
        </w:tc>
      </w:tr>
      <w:tr>
        <w:tc>
          <w:tcPr>
            <w:tcW w:type="dxa" w:w="2880"/>
          </w:tcPr>
          <w:p>
            <w:r>
              <w:t>2021-10-01</w:t>
            </w:r>
          </w:p>
        </w:tc>
        <w:tc>
          <w:tcPr>
            <w:tcW w:type="dxa" w:w="2880"/>
          </w:tcPr>
          <w:p>
            <w:r>
              <w:t>11:00</w:t>
            </w:r>
          </w:p>
        </w:tc>
        <w:tc>
          <w:tcPr>
            <w:tcW w:type="dxa" w:w="2880"/>
          </w:tcPr>
          <w:p>
            <w:r>
              <w:t>0</w:t>
            </w:r>
          </w:p>
        </w:tc>
      </w:tr>
      <w:tr>
        <w:tc>
          <w:tcPr>
            <w:tcW w:type="dxa" w:w="2880"/>
          </w:tcPr>
          <w:p>
            <w:r>
              <w:t>2021-10-01</w:t>
            </w:r>
          </w:p>
        </w:tc>
        <w:tc>
          <w:tcPr>
            <w:tcW w:type="dxa" w:w="2880"/>
          </w:tcPr>
          <w:p>
            <w:r>
              <w:t>7:00</w:t>
            </w:r>
          </w:p>
        </w:tc>
        <w:tc>
          <w:tcPr>
            <w:tcW w:type="dxa" w:w="2880"/>
          </w:tcPr>
          <w:p>
            <w:r>
              <w:t>0</w:t>
            </w:r>
          </w:p>
        </w:tc>
      </w:tr>
      <w:tr>
        <w:tc>
          <w:tcPr>
            <w:tcW w:type="dxa" w:w="2880"/>
          </w:tcPr>
          <w:p>
            <w:r>
              <w:t>2021-10-01</w:t>
            </w:r>
          </w:p>
        </w:tc>
        <w:tc>
          <w:tcPr>
            <w:tcW w:type="dxa" w:w="2880"/>
          </w:tcPr>
          <w:p>
            <w:r>
              <w:t>3:00</w:t>
            </w:r>
          </w:p>
        </w:tc>
        <w:tc>
          <w:tcPr>
            <w:tcW w:type="dxa" w:w="2880"/>
          </w:tcPr>
          <w:p>
            <w:r>
              <w:t>0</w:t>
            </w:r>
          </w:p>
        </w:tc>
      </w:tr>
      <w:tr>
        <w:tc>
          <w:tcPr>
            <w:tcW w:type="dxa" w:w="2880"/>
          </w:tcPr>
          <w:p>
            <w:r>
              <w:t>2021-10-01</w:t>
            </w:r>
          </w:p>
        </w:tc>
        <w:tc>
          <w:tcPr>
            <w:tcW w:type="dxa" w:w="2880"/>
          </w:tcPr>
          <w:p>
            <w:r>
              <w:t>2:00</w:t>
            </w:r>
          </w:p>
        </w:tc>
        <w:tc>
          <w:tcPr>
            <w:tcW w:type="dxa" w:w="2880"/>
          </w:tcPr>
          <w:p>
            <w:r>
              <w:t>0</w:t>
            </w:r>
          </w:p>
        </w:tc>
      </w:tr>
      <w:tr>
        <w:tc>
          <w:tcPr>
            <w:tcW w:type="dxa" w:w="2880"/>
          </w:tcPr>
          <w:p>
            <w:r>
              <w:t>2021-10-01</w:t>
            </w:r>
          </w:p>
        </w:tc>
        <w:tc>
          <w:tcPr>
            <w:tcW w:type="dxa" w:w="2880"/>
          </w:tcPr>
          <w:p>
            <w:r>
              <w:t>Other</w:t>
            </w:r>
          </w:p>
        </w:tc>
        <w:tc>
          <w:tcPr>
            <w:tcW w:type="dxa" w:w="2880"/>
          </w:tcPr>
          <w:p>
            <w:r>
              <w:t>0</w:t>
            </w:r>
          </w:p>
        </w:tc>
      </w:tr>
      <w:tr>
        <w:tc>
          <w:tcPr>
            <w:tcW w:type="dxa" w:w="2880"/>
          </w:tcPr>
          <w:p>
            <w:r>
              <w:t>2021-11-01</w:t>
            </w:r>
          </w:p>
        </w:tc>
        <w:tc>
          <w:tcPr>
            <w:tcW w:type="dxa" w:w="2880"/>
          </w:tcPr>
          <w:p>
            <w:r>
              <w:t>4:00</w:t>
            </w:r>
          </w:p>
        </w:tc>
        <w:tc>
          <w:tcPr>
            <w:tcW w:type="dxa" w:w="2880"/>
          </w:tcPr>
          <w:p>
            <w:r>
              <w:t>0</w:t>
            </w:r>
          </w:p>
        </w:tc>
      </w:tr>
      <w:tr>
        <w:tc>
          <w:tcPr>
            <w:tcW w:type="dxa" w:w="2880"/>
          </w:tcPr>
          <w:p>
            <w:r>
              <w:t>2021-11-01</w:t>
            </w:r>
          </w:p>
        </w:tc>
        <w:tc>
          <w:tcPr>
            <w:tcW w:type="dxa" w:w="2880"/>
          </w:tcPr>
          <w:p>
            <w:r>
              <w:t>11:00</w:t>
            </w:r>
          </w:p>
        </w:tc>
        <w:tc>
          <w:tcPr>
            <w:tcW w:type="dxa" w:w="2880"/>
          </w:tcPr>
          <w:p>
            <w:r>
              <w:t>0</w:t>
            </w:r>
          </w:p>
        </w:tc>
      </w:tr>
      <w:tr>
        <w:tc>
          <w:tcPr>
            <w:tcW w:type="dxa" w:w="2880"/>
          </w:tcPr>
          <w:p>
            <w:r>
              <w:t>2021-11-01</w:t>
            </w:r>
          </w:p>
        </w:tc>
        <w:tc>
          <w:tcPr>
            <w:tcW w:type="dxa" w:w="2880"/>
          </w:tcPr>
          <w:p>
            <w:r>
              <w:t>7:00</w:t>
            </w:r>
          </w:p>
        </w:tc>
        <w:tc>
          <w:tcPr>
            <w:tcW w:type="dxa" w:w="2880"/>
          </w:tcPr>
          <w:p>
            <w:r>
              <w:t>0</w:t>
            </w:r>
          </w:p>
        </w:tc>
      </w:tr>
      <w:tr>
        <w:tc>
          <w:tcPr>
            <w:tcW w:type="dxa" w:w="2880"/>
          </w:tcPr>
          <w:p>
            <w:r>
              <w:t>2021-11-01</w:t>
            </w:r>
          </w:p>
        </w:tc>
        <w:tc>
          <w:tcPr>
            <w:tcW w:type="dxa" w:w="2880"/>
          </w:tcPr>
          <w:p>
            <w:r>
              <w:t>3:00</w:t>
            </w:r>
          </w:p>
        </w:tc>
        <w:tc>
          <w:tcPr>
            <w:tcW w:type="dxa" w:w="2880"/>
          </w:tcPr>
          <w:p>
            <w:r>
              <w:t>0</w:t>
            </w:r>
          </w:p>
        </w:tc>
      </w:tr>
      <w:tr>
        <w:tc>
          <w:tcPr>
            <w:tcW w:type="dxa" w:w="2880"/>
          </w:tcPr>
          <w:p>
            <w:r>
              <w:t>2021-11-01</w:t>
            </w:r>
          </w:p>
        </w:tc>
        <w:tc>
          <w:tcPr>
            <w:tcW w:type="dxa" w:w="2880"/>
          </w:tcPr>
          <w:p>
            <w:r>
              <w:t>2:00</w:t>
            </w:r>
          </w:p>
        </w:tc>
        <w:tc>
          <w:tcPr>
            <w:tcW w:type="dxa" w:w="2880"/>
          </w:tcPr>
          <w:p>
            <w:r>
              <w:t>0</w:t>
            </w:r>
          </w:p>
        </w:tc>
      </w:tr>
      <w:tr>
        <w:tc>
          <w:tcPr>
            <w:tcW w:type="dxa" w:w="2880"/>
          </w:tcPr>
          <w:p>
            <w:r>
              <w:t>2021-11-01</w:t>
            </w:r>
          </w:p>
        </w:tc>
        <w:tc>
          <w:tcPr>
            <w:tcW w:type="dxa" w:w="2880"/>
          </w:tcPr>
          <w:p>
            <w:r>
              <w:t>Other</w:t>
            </w:r>
          </w:p>
        </w:tc>
        <w:tc>
          <w:tcPr>
            <w:tcW w:type="dxa" w:w="2880"/>
          </w:tcPr>
          <w:p>
            <w:r>
              <w:t>0</w:t>
            </w:r>
          </w:p>
        </w:tc>
      </w:tr>
      <w:tr>
        <w:tc>
          <w:tcPr>
            <w:tcW w:type="dxa" w:w="2880"/>
          </w:tcPr>
          <w:p>
            <w:r>
              <w:t>2021-12-01</w:t>
            </w:r>
          </w:p>
        </w:tc>
        <w:tc>
          <w:tcPr>
            <w:tcW w:type="dxa" w:w="2880"/>
          </w:tcPr>
          <w:p>
            <w:r>
              <w:t>4:00</w:t>
            </w:r>
          </w:p>
        </w:tc>
        <w:tc>
          <w:tcPr>
            <w:tcW w:type="dxa" w:w="2880"/>
          </w:tcPr>
          <w:p>
            <w:r>
              <w:t>0</w:t>
            </w:r>
          </w:p>
        </w:tc>
      </w:tr>
      <w:tr>
        <w:tc>
          <w:tcPr>
            <w:tcW w:type="dxa" w:w="2880"/>
          </w:tcPr>
          <w:p>
            <w:r>
              <w:t>2021-12-01</w:t>
            </w:r>
          </w:p>
        </w:tc>
        <w:tc>
          <w:tcPr>
            <w:tcW w:type="dxa" w:w="2880"/>
          </w:tcPr>
          <w:p>
            <w:r>
              <w:t>11:00</w:t>
            </w:r>
          </w:p>
        </w:tc>
        <w:tc>
          <w:tcPr>
            <w:tcW w:type="dxa" w:w="2880"/>
          </w:tcPr>
          <w:p>
            <w:r>
              <w:t>0</w:t>
            </w:r>
          </w:p>
        </w:tc>
      </w:tr>
      <w:tr>
        <w:tc>
          <w:tcPr>
            <w:tcW w:type="dxa" w:w="2880"/>
          </w:tcPr>
          <w:p>
            <w:r>
              <w:t>2021-12-01</w:t>
            </w:r>
          </w:p>
        </w:tc>
        <w:tc>
          <w:tcPr>
            <w:tcW w:type="dxa" w:w="2880"/>
          </w:tcPr>
          <w:p>
            <w:r>
              <w:t>7:00</w:t>
            </w:r>
          </w:p>
        </w:tc>
        <w:tc>
          <w:tcPr>
            <w:tcW w:type="dxa" w:w="2880"/>
          </w:tcPr>
          <w:p>
            <w:r>
              <w:t>0</w:t>
            </w:r>
          </w:p>
        </w:tc>
      </w:tr>
      <w:tr>
        <w:tc>
          <w:tcPr>
            <w:tcW w:type="dxa" w:w="2880"/>
          </w:tcPr>
          <w:p>
            <w:r>
              <w:t>2021-12-01</w:t>
            </w:r>
          </w:p>
        </w:tc>
        <w:tc>
          <w:tcPr>
            <w:tcW w:type="dxa" w:w="2880"/>
          </w:tcPr>
          <w:p>
            <w:r>
              <w:t>3:00</w:t>
            </w:r>
          </w:p>
        </w:tc>
        <w:tc>
          <w:tcPr>
            <w:tcW w:type="dxa" w:w="2880"/>
          </w:tcPr>
          <w:p>
            <w:r>
              <w:t>0</w:t>
            </w:r>
          </w:p>
        </w:tc>
      </w:tr>
      <w:tr>
        <w:tc>
          <w:tcPr>
            <w:tcW w:type="dxa" w:w="2880"/>
          </w:tcPr>
          <w:p>
            <w:r>
              <w:t>2021-12-01</w:t>
            </w:r>
          </w:p>
        </w:tc>
        <w:tc>
          <w:tcPr>
            <w:tcW w:type="dxa" w:w="2880"/>
          </w:tcPr>
          <w:p>
            <w:r>
              <w:t>2:00</w:t>
            </w:r>
          </w:p>
        </w:tc>
        <w:tc>
          <w:tcPr>
            <w:tcW w:type="dxa" w:w="2880"/>
          </w:tcPr>
          <w:p>
            <w:r>
              <w:t>0</w:t>
            </w:r>
          </w:p>
        </w:tc>
      </w:tr>
      <w:tr>
        <w:tc>
          <w:tcPr>
            <w:tcW w:type="dxa" w:w="2880"/>
          </w:tcPr>
          <w:p>
            <w:r>
              <w:t>2021-12-01</w:t>
            </w:r>
          </w:p>
        </w:tc>
        <w:tc>
          <w:tcPr>
            <w:tcW w:type="dxa" w:w="2880"/>
          </w:tcPr>
          <w:p>
            <w:r>
              <w:t>Other</w:t>
            </w:r>
          </w:p>
        </w:tc>
        <w:tc>
          <w:tcPr>
            <w:tcW w:type="dxa" w:w="2880"/>
          </w:tcPr>
          <w:p>
            <w:r>
              <w:t>0</w:t>
            </w:r>
          </w:p>
        </w:tc>
      </w:tr>
      <w:tr>
        <w:tc>
          <w:tcPr>
            <w:tcW w:type="dxa" w:w="2880"/>
          </w:tcPr>
          <w:p>
            <w:r>
              <w:t>2022-01-01</w:t>
            </w:r>
          </w:p>
        </w:tc>
        <w:tc>
          <w:tcPr>
            <w:tcW w:type="dxa" w:w="2880"/>
          </w:tcPr>
          <w:p>
            <w:r>
              <w:t>4:00</w:t>
            </w:r>
          </w:p>
        </w:tc>
        <w:tc>
          <w:tcPr>
            <w:tcW w:type="dxa" w:w="2880"/>
          </w:tcPr>
          <w:p>
            <w:r>
              <w:t>0</w:t>
            </w:r>
          </w:p>
        </w:tc>
      </w:tr>
      <w:tr>
        <w:tc>
          <w:tcPr>
            <w:tcW w:type="dxa" w:w="2880"/>
          </w:tcPr>
          <w:p>
            <w:r>
              <w:t>2022-01-01</w:t>
            </w:r>
          </w:p>
        </w:tc>
        <w:tc>
          <w:tcPr>
            <w:tcW w:type="dxa" w:w="2880"/>
          </w:tcPr>
          <w:p>
            <w:r>
              <w:t>11:00</w:t>
            </w:r>
          </w:p>
        </w:tc>
        <w:tc>
          <w:tcPr>
            <w:tcW w:type="dxa" w:w="2880"/>
          </w:tcPr>
          <w:p>
            <w:r>
              <w:t>0</w:t>
            </w:r>
          </w:p>
        </w:tc>
      </w:tr>
      <w:tr>
        <w:tc>
          <w:tcPr>
            <w:tcW w:type="dxa" w:w="2880"/>
          </w:tcPr>
          <w:p>
            <w:r>
              <w:t>2022-01-01</w:t>
            </w:r>
          </w:p>
        </w:tc>
        <w:tc>
          <w:tcPr>
            <w:tcW w:type="dxa" w:w="2880"/>
          </w:tcPr>
          <w:p>
            <w:r>
              <w:t>7:00</w:t>
            </w:r>
          </w:p>
        </w:tc>
        <w:tc>
          <w:tcPr>
            <w:tcW w:type="dxa" w:w="2880"/>
          </w:tcPr>
          <w:p>
            <w:r>
              <w:t>0</w:t>
            </w:r>
          </w:p>
        </w:tc>
      </w:tr>
      <w:tr>
        <w:tc>
          <w:tcPr>
            <w:tcW w:type="dxa" w:w="2880"/>
          </w:tcPr>
          <w:p>
            <w:r>
              <w:t>2022-01-01</w:t>
            </w:r>
          </w:p>
        </w:tc>
        <w:tc>
          <w:tcPr>
            <w:tcW w:type="dxa" w:w="2880"/>
          </w:tcPr>
          <w:p>
            <w:r>
              <w:t>3:00</w:t>
            </w:r>
          </w:p>
        </w:tc>
        <w:tc>
          <w:tcPr>
            <w:tcW w:type="dxa" w:w="2880"/>
          </w:tcPr>
          <w:p>
            <w:r>
              <w:t>0</w:t>
            </w:r>
          </w:p>
        </w:tc>
      </w:tr>
      <w:tr>
        <w:tc>
          <w:tcPr>
            <w:tcW w:type="dxa" w:w="2880"/>
          </w:tcPr>
          <w:p>
            <w:r>
              <w:t>2022-01-01</w:t>
            </w:r>
          </w:p>
        </w:tc>
        <w:tc>
          <w:tcPr>
            <w:tcW w:type="dxa" w:w="2880"/>
          </w:tcPr>
          <w:p>
            <w:r>
              <w:t>2:00</w:t>
            </w:r>
          </w:p>
        </w:tc>
        <w:tc>
          <w:tcPr>
            <w:tcW w:type="dxa" w:w="2880"/>
          </w:tcPr>
          <w:p>
            <w:r>
              <w:t>0</w:t>
            </w:r>
          </w:p>
        </w:tc>
      </w:tr>
      <w:tr>
        <w:tc>
          <w:tcPr>
            <w:tcW w:type="dxa" w:w="2880"/>
          </w:tcPr>
          <w:p>
            <w:r>
              <w:t>2022-01-01</w:t>
            </w:r>
          </w:p>
        </w:tc>
        <w:tc>
          <w:tcPr>
            <w:tcW w:type="dxa" w:w="2880"/>
          </w:tcPr>
          <w:p>
            <w:r>
              <w:t>Other</w:t>
            </w:r>
          </w:p>
        </w:tc>
        <w:tc>
          <w:tcPr>
            <w:tcW w:type="dxa" w:w="2880"/>
          </w:tcPr>
          <w:p>
            <w:r>
              <w:t>0</w:t>
            </w:r>
          </w:p>
        </w:tc>
      </w:tr>
      <w:tr>
        <w:tc>
          <w:tcPr>
            <w:tcW w:type="dxa" w:w="2880"/>
          </w:tcPr>
          <w:p>
            <w:r>
              <w:t>2022-02-01</w:t>
            </w:r>
          </w:p>
        </w:tc>
        <w:tc>
          <w:tcPr>
            <w:tcW w:type="dxa" w:w="2880"/>
          </w:tcPr>
          <w:p>
            <w:r>
              <w:t>4:00</w:t>
            </w:r>
          </w:p>
        </w:tc>
        <w:tc>
          <w:tcPr>
            <w:tcW w:type="dxa" w:w="2880"/>
          </w:tcPr>
          <w:p>
            <w:r>
              <w:t>0</w:t>
            </w:r>
          </w:p>
        </w:tc>
      </w:tr>
      <w:tr>
        <w:tc>
          <w:tcPr>
            <w:tcW w:type="dxa" w:w="2880"/>
          </w:tcPr>
          <w:p>
            <w:r>
              <w:t>2022-02-01</w:t>
            </w:r>
          </w:p>
        </w:tc>
        <w:tc>
          <w:tcPr>
            <w:tcW w:type="dxa" w:w="2880"/>
          </w:tcPr>
          <w:p>
            <w:r>
              <w:t>11:00</w:t>
            </w:r>
          </w:p>
        </w:tc>
        <w:tc>
          <w:tcPr>
            <w:tcW w:type="dxa" w:w="2880"/>
          </w:tcPr>
          <w:p>
            <w:r>
              <w:t>0</w:t>
            </w:r>
          </w:p>
        </w:tc>
      </w:tr>
      <w:tr>
        <w:tc>
          <w:tcPr>
            <w:tcW w:type="dxa" w:w="2880"/>
          </w:tcPr>
          <w:p>
            <w:r>
              <w:t>2022-02-01</w:t>
            </w:r>
          </w:p>
        </w:tc>
        <w:tc>
          <w:tcPr>
            <w:tcW w:type="dxa" w:w="2880"/>
          </w:tcPr>
          <w:p>
            <w:r>
              <w:t>7:00</w:t>
            </w:r>
          </w:p>
        </w:tc>
        <w:tc>
          <w:tcPr>
            <w:tcW w:type="dxa" w:w="2880"/>
          </w:tcPr>
          <w:p>
            <w:r>
              <w:t>0</w:t>
            </w:r>
          </w:p>
        </w:tc>
      </w:tr>
      <w:tr>
        <w:tc>
          <w:tcPr>
            <w:tcW w:type="dxa" w:w="2880"/>
          </w:tcPr>
          <w:p>
            <w:r>
              <w:t>2022-02-01</w:t>
            </w:r>
          </w:p>
        </w:tc>
        <w:tc>
          <w:tcPr>
            <w:tcW w:type="dxa" w:w="2880"/>
          </w:tcPr>
          <w:p>
            <w:r>
              <w:t>3:00</w:t>
            </w:r>
          </w:p>
        </w:tc>
        <w:tc>
          <w:tcPr>
            <w:tcW w:type="dxa" w:w="2880"/>
          </w:tcPr>
          <w:p>
            <w:r>
              <w:t>0</w:t>
            </w:r>
          </w:p>
        </w:tc>
      </w:tr>
      <w:tr>
        <w:tc>
          <w:tcPr>
            <w:tcW w:type="dxa" w:w="2880"/>
          </w:tcPr>
          <w:p>
            <w:r>
              <w:t>2022-02-01</w:t>
            </w:r>
          </w:p>
        </w:tc>
        <w:tc>
          <w:tcPr>
            <w:tcW w:type="dxa" w:w="2880"/>
          </w:tcPr>
          <w:p>
            <w:r>
              <w:t>2:00</w:t>
            </w:r>
          </w:p>
        </w:tc>
        <w:tc>
          <w:tcPr>
            <w:tcW w:type="dxa" w:w="2880"/>
          </w:tcPr>
          <w:p>
            <w:r>
              <w:t>0</w:t>
            </w:r>
          </w:p>
        </w:tc>
      </w:tr>
      <w:tr>
        <w:tc>
          <w:tcPr>
            <w:tcW w:type="dxa" w:w="2880"/>
          </w:tcPr>
          <w:p>
            <w:r>
              <w:t>2022-02-01</w:t>
            </w:r>
          </w:p>
        </w:tc>
        <w:tc>
          <w:tcPr>
            <w:tcW w:type="dxa" w:w="2880"/>
          </w:tcPr>
          <w:p>
            <w:r>
              <w:t>Other</w:t>
            </w:r>
          </w:p>
        </w:tc>
        <w:tc>
          <w:tcPr>
            <w:tcW w:type="dxa" w:w="2880"/>
          </w:tcPr>
          <w:p>
            <w:r>
              <w:t>0</w:t>
            </w:r>
          </w:p>
        </w:tc>
      </w:tr>
      <w:tr>
        <w:tc>
          <w:tcPr>
            <w:tcW w:type="dxa" w:w="2880"/>
          </w:tcPr>
          <w:p>
            <w:r>
              <w:t>2022-03-01</w:t>
            </w:r>
          </w:p>
        </w:tc>
        <w:tc>
          <w:tcPr>
            <w:tcW w:type="dxa" w:w="2880"/>
          </w:tcPr>
          <w:p>
            <w:r>
              <w:t>4:00</w:t>
            </w:r>
          </w:p>
        </w:tc>
        <w:tc>
          <w:tcPr>
            <w:tcW w:type="dxa" w:w="2880"/>
          </w:tcPr>
          <w:p>
            <w:r>
              <w:t>0</w:t>
            </w:r>
          </w:p>
        </w:tc>
      </w:tr>
      <w:tr>
        <w:tc>
          <w:tcPr>
            <w:tcW w:type="dxa" w:w="2880"/>
          </w:tcPr>
          <w:p>
            <w:r>
              <w:t>2022-03-01</w:t>
            </w:r>
          </w:p>
        </w:tc>
        <w:tc>
          <w:tcPr>
            <w:tcW w:type="dxa" w:w="2880"/>
          </w:tcPr>
          <w:p>
            <w:r>
              <w:t>11:00</w:t>
            </w:r>
          </w:p>
        </w:tc>
        <w:tc>
          <w:tcPr>
            <w:tcW w:type="dxa" w:w="2880"/>
          </w:tcPr>
          <w:p>
            <w:r>
              <w:t>0</w:t>
            </w:r>
          </w:p>
        </w:tc>
      </w:tr>
      <w:tr>
        <w:tc>
          <w:tcPr>
            <w:tcW w:type="dxa" w:w="2880"/>
          </w:tcPr>
          <w:p>
            <w:r>
              <w:t>2022-03-01</w:t>
            </w:r>
          </w:p>
        </w:tc>
        <w:tc>
          <w:tcPr>
            <w:tcW w:type="dxa" w:w="2880"/>
          </w:tcPr>
          <w:p>
            <w:r>
              <w:t>7:00</w:t>
            </w:r>
          </w:p>
        </w:tc>
        <w:tc>
          <w:tcPr>
            <w:tcW w:type="dxa" w:w="2880"/>
          </w:tcPr>
          <w:p>
            <w:r>
              <w:t>0</w:t>
            </w:r>
          </w:p>
        </w:tc>
      </w:tr>
      <w:tr>
        <w:tc>
          <w:tcPr>
            <w:tcW w:type="dxa" w:w="2880"/>
          </w:tcPr>
          <w:p>
            <w:r>
              <w:t>2022-03-01</w:t>
            </w:r>
          </w:p>
        </w:tc>
        <w:tc>
          <w:tcPr>
            <w:tcW w:type="dxa" w:w="2880"/>
          </w:tcPr>
          <w:p>
            <w:r>
              <w:t>3:00</w:t>
            </w:r>
          </w:p>
        </w:tc>
        <w:tc>
          <w:tcPr>
            <w:tcW w:type="dxa" w:w="2880"/>
          </w:tcPr>
          <w:p>
            <w:r>
              <w:t>0</w:t>
            </w:r>
          </w:p>
        </w:tc>
      </w:tr>
      <w:tr>
        <w:tc>
          <w:tcPr>
            <w:tcW w:type="dxa" w:w="2880"/>
          </w:tcPr>
          <w:p>
            <w:r>
              <w:t>2022-03-01</w:t>
            </w:r>
          </w:p>
        </w:tc>
        <w:tc>
          <w:tcPr>
            <w:tcW w:type="dxa" w:w="2880"/>
          </w:tcPr>
          <w:p>
            <w:r>
              <w:t>2:00</w:t>
            </w:r>
          </w:p>
        </w:tc>
        <w:tc>
          <w:tcPr>
            <w:tcW w:type="dxa" w:w="2880"/>
          </w:tcPr>
          <w:p>
            <w:r>
              <w:t>0</w:t>
            </w:r>
          </w:p>
        </w:tc>
      </w:tr>
      <w:tr>
        <w:tc>
          <w:tcPr>
            <w:tcW w:type="dxa" w:w="2880"/>
          </w:tcPr>
          <w:p>
            <w:r>
              <w:t>2022-03-01</w:t>
            </w:r>
          </w:p>
        </w:tc>
        <w:tc>
          <w:tcPr>
            <w:tcW w:type="dxa" w:w="2880"/>
          </w:tcPr>
          <w:p>
            <w:r>
              <w:t>Other</w:t>
            </w:r>
          </w:p>
        </w:tc>
        <w:tc>
          <w:tcPr>
            <w:tcW w:type="dxa" w:w="2880"/>
          </w:tcPr>
          <w:p>
            <w:r>
              <w:t>0</w:t>
            </w:r>
          </w:p>
        </w:tc>
      </w:tr>
      <w:tr>
        <w:tc>
          <w:tcPr>
            <w:tcW w:type="dxa" w:w="2880"/>
          </w:tcPr>
          <w:p>
            <w:r>
              <w:t>2022-04-01</w:t>
            </w:r>
          </w:p>
        </w:tc>
        <w:tc>
          <w:tcPr>
            <w:tcW w:type="dxa" w:w="2880"/>
          </w:tcPr>
          <w:p>
            <w:r>
              <w:t>4:00</w:t>
            </w:r>
          </w:p>
        </w:tc>
        <w:tc>
          <w:tcPr>
            <w:tcW w:type="dxa" w:w="2880"/>
          </w:tcPr>
          <w:p>
            <w:r>
              <w:t>0</w:t>
            </w:r>
          </w:p>
        </w:tc>
      </w:tr>
      <w:tr>
        <w:tc>
          <w:tcPr>
            <w:tcW w:type="dxa" w:w="2880"/>
          </w:tcPr>
          <w:p>
            <w:r>
              <w:t>2022-04-01</w:t>
            </w:r>
          </w:p>
        </w:tc>
        <w:tc>
          <w:tcPr>
            <w:tcW w:type="dxa" w:w="2880"/>
          </w:tcPr>
          <w:p>
            <w:r>
              <w:t>11:00</w:t>
            </w:r>
          </w:p>
        </w:tc>
        <w:tc>
          <w:tcPr>
            <w:tcW w:type="dxa" w:w="2880"/>
          </w:tcPr>
          <w:p>
            <w:r>
              <w:t>0</w:t>
            </w:r>
          </w:p>
        </w:tc>
      </w:tr>
      <w:tr>
        <w:tc>
          <w:tcPr>
            <w:tcW w:type="dxa" w:w="2880"/>
          </w:tcPr>
          <w:p>
            <w:r>
              <w:t>2022-04-01</w:t>
            </w:r>
          </w:p>
        </w:tc>
        <w:tc>
          <w:tcPr>
            <w:tcW w:type="dxa" w:w="2880"/>
          </w:tcPr>
          <w:p>
            <w:r>
              <w:t>7:00</w:t>
            </w:r>
          </w:p>
        </w:tc>
        <w:tc>
          <w:tcPr>
            <w:tcW w:type="dxa" w:w="2880"/>
          </w:tcPr>
          <w:p>
            <w:r>
              <w:t>0</w:t>
            </w:r>
          </w:p>
        </w:tc>
      </w:tr>
      <w:tr>
        <w:tc>
          <w:tcPr>
            <w:tcW w:type="dxa" w:w="2880"/>
          </w:tcPr>
          <w:p>
            <w:r>
              <w:t>2022-04-01</w:t>
            </w:r>
          </w:p>
        </w:tc>
        <w:tc>
          <w:tcPr>
            <w:tcW w:type="dxa" w:w="2880"/>
          </w:tcPr>
          <w:p>
            <w:r>
              <w:t>3:00</w:t>
            </w:r>
          </w:p>
        </w:tc>
        <w:tc>
          <w:tcPr>
            <w:tcW w:type="dxa" w:w="2880"/>
          </w:tcPr>
          <w:p>
            <w:r>
              <w:t>0</w:t>
            </w:r>
          </w:p>
        </w:tc>
      </w:tr>
      <w:tr>
        <w:tc>
          <w:tcPr>
            <w:tcW w:type="dxa" w:w="2880"/>
          </w:tcPr>
          <w:p>
            <w:r>
              <w:t>2022-04-01</w:t>
            </w:r>
          </w:p>
        </w:tc>
        <w:tc>
          <w:tcPr>
            <w:tcW w:type="dxa" w:w="2880"/>
          </w:tcPr>
          <w:p>
            <w:r>
              <w:t>2:00</w:t>
            </w:r>
          </w:p>
        </w:tc>
        <w:tc>
          <w:tcPr>
            <w:tcW w:type="dxa" w:w="2880"/>
          </w:tcPr>
          <w:p>
            <w:r>
              <w:t>0</w:t>
            </w:r>
          </w:p>
        </w:tc>
      </w:tr>
      <w:tr>
        <w:tc>
          <w:tcPr>
            <w:tcW w:type="dxa" w:w="2880"/>
          </w:tcPr>
          <w:p>
            <w:r>
              <w:t>2022-04-01</w:t>
            </w:r>
          </w:p>
        </w:tc>
        <w:tc>
          <w:tcPr>
            <w:tcW w:type="dxa" w:w="2880"/>
          </w:tcPr>
          <w:p>
            <w:r>
              <w:t>Other</w:t>
            </w:r>
          </w:p>
        </w:tc>
        <w:tc>
          <w:tcPr>
            <w:tcW w:type="dxa" w:w="2880"/>
          </w:tcPr>
          <w:p>
            <w:r>
              <w:t>0</w:t>
            </w:r>
          </w:p>
        </w:tc>
      </w:tr>
      <w:tr>
        <w:tc>
          <w:tcPr>
            <w:tcW w:type="dxa" w:w="2880"/>
          </w:tcPr>
          <w:p>
            <w:r>
              <w:t>2022-05-01</w:t>
            </w:r>
          </w:p>
        </w:tc>
        <w:tc>
          <w:tcPr>
            <w:tcW w:type="dxa" w:w="2880"/>
          </w:tcPr>
          <w:p>
            <w:r>
              <w:t>4:00</w:t>
            </w:r>
          </w:p>
        </w:tc>
        <w:tc>
          <w:tcPr>
            <w:tcW w:type="dxa" w:w="2880"/>
          </w:tcPr>
          <w:p>
            <w:r>
              <w:t>0</w:t>
            </w:r>
          </w:p>
        </w:tc>
      </w:tr>
      <w:tr>
        <w:tc>
          <w:tcPr>
            <w:tcW w:type="dxa" w:w="2880"/>
          </w:tcPr>
          <w:p>
            <w:r>
              <w:t>2022-05-01</w:t>
            </w:r>
          </w:p>
        </w:tc>
        <w:tc>
          <w:tcPr>
            <w:tcW w:type="dxa" w:w="2880"/>
          </w:tcPr>
          <w:p>
            <w:r>
              <w:t>11:00</w:t>
            </w:r>
          </w:p>
        </w:tc>
        <w:tc>
          <w:tcPr>
            <w:tcW w:type="dxa" w:w="2880"/>
          </w:tcPr>
          <w:p>
            <w:r>
              <w:t>0</w:t>
            </w:r>
          </w:p>
        </w:tc>
      </w:tr>
      <w:tr>
        <w:tc>
          <w:tcPr>
            <w:tcW w:type="dxa" w:w="2880"/>
          </w:tcPr>
          <w:p>
            <w:r>
              <w:t>2022-05-01</w:t>
            </w:r>
          </w:p>
        </w:tc>
        <w:tc>
          <w:tcPr>
            <w:tcW w:type="dxa" w:w="2880"/>
          </w:tcPr>
          <w:p>
            <w:r>
              <w:t>7:00</w:t>
            </w:r>
          </w:p>
        </w:tc>
        <w:tc>
          <w:tcPr>
            <w:tcW w:type="dxa" w:w="2880"/>
          </w:tcPr>
          <w:p>
            <w:r>
              <w:t>0</w:t>
            </w:r>
          </w:p>
        </w:tc>
      </w:tr>
      <w:tr>
        <w:tc>
          <w:tcPr>
            <w:tcW w:type="dxa" w:w="2880"/>
          </w:tcPr>
          <w:p>
            <w:r>
              <w:t>2022-05-01</w:t>
            </w:r>
          </w:p>
        </w:tc>
        <w:tc>
          <w:tcPr>
            <w:tcW w:type="dxa" w:w="2880"/>
          </w:tcPr>
          <w:p>
            <w:r>
              <w:t>3:00</w:t>
            </w:r>
          </w:p>
        </w:tc>
        <w:tc>
          <w:tcPr>
            <w:tcW w:type="dxa" w:w="2880"/>
          </w:tcPr>
          <w:p>
            <w:r>
              <w:t>0</w:t>
            </w:r>
          </w:p>
        </w:tc>
      </w:tr>
      <w:tr>
        <w:tc>
          <w:tcPr>
            <w:tcW w:type="dxa" w:w="2880"/>
          </w:tcPr>
          <w:p>
            <w:r>
              <w:t>2022-05-01</w:t>
            </w:r>
          </w:p>
        </w:tc>
        <w:tc>
          <w:tcPr>
            <w:tcW w:type="dxa" w:w="2880"/>
          </w:tcPr>
          <w:p>
            <w:r>
              <w:t>2:00</w:t>
            </w:r>
          </w:p>
        </w:tc>
        <w:tc>
          <w:tcPr>
            <w:tcW w:type="dxa" w:w="2880"/>
          </w:tcPr>
          <w:p>
            <w:r>
              <w:t>0</w:t>
            </w:r>
          </w:p>
        </w:tc>
      </w:tr>
      <w:tr>
        <w:tc>
          <w:tcPr>
            <w:tcW w:type="dxa" w:w="2880"/>
          </w:tcPr>
          <w:p>
            <w:r>
              <w:t>2022-05-01</w:t>
            </w:r>
          </w:p>
        </w:tc>
        <w:tc>
          <w:tcPr>
            <w:tcW w:type="dxa" w:w="2880"/>
          </w:tcPr>
          <w:p>
            <w:r>
              <w:t>Other</w:t>
            </w:r>
          </w:p>
        </w:tc>
        <w:tc>
          <w:tcPr>
            <w:tcW w:type="dxa" w:w="2880"/>
          </w:tcPr>
          <w:p>
            <w:r>
              <w:t>0</w:t>
            </w:r>
          </w:p>
        </w:tc>
      </w:tr>
      <w:tr>
        <w:tc>
          <w:tcPr>
            <w:tcW w:type="dxa" w:w="2880"/>
          </w:tcPr>
          <w:p>
            <w:r>
              <w:t>2022-06-01</w:t>
            </w:r>
          </w:p>
        </w:tc>
        <w:tc>
          <w:tcPr>
            <w:tcW w:type="dxa" w:w="2880"/>
          </w:tcPr>
          <w:p>
            <w:r>
              <w:t>4:00</w:t>
            </w:r>
          </w:p>
        </w:tc>
        <w:tc>
          <w:tcPr>
            <w:tcW w:type="dxa" w:w="2880"/>
          </w:tcPr>
          <w:p>
            <w:r>
              <w:t>0</w:t>
            </w:r>
          </w:p>
        </w:tc>
      </w:tr>
      <w:tr>
        <w:tc>
          <w:tcPr>
            <w:tcW w:type="dxa" w:w="2880"/>
          </w:tcPr>
          <w:p>
            <w:r>
              <w:t>2022-06-01</w:t>
            </w:r>
          </w:p>
        </w:tc>
        <w:tc>
          <w:tcPr>
            <w:tcW w:type="dxa" w:w="2880"/>
          </w:tcPr>
          <w:p>
            <w:r>
              <w:t>11:00</w:t>
            </w:r>
          </w:p>
        </w:tc>
        <w:tc>
          <w:tcPr>
            <w:tcW w:type="dxa" w:w="2880"/>
          </w:tcPr>
          <w:p>
            <w:r>
              <w:t>0</w:t>
            </w:r>
          </w:p>
        </w:tc>
      </w:tr>
      <w:tr>
        <w:tc>
          <w:tcPr>
            <w:tcW w:type="dxa" w:w="2880"/>
          </w:tcPr>
          <w:p>
            <w:r>
              <w:t>2022-06-01</w:t>
            </w:r>
          </w:p>
        </w:tc>
        <w:tc>
          <w:tcPr>
            <w:tcW w:type="dxa" w:w="2880"/>
          </w:tcPr>
          <w:p>
            <w:r>
              <w:t>7:00</w:t>
            </w:r>
          </w:p>
        </w:tc>
        <w:tc>
          <w:tcPr>
            <w:tcW w:type="dxa" w:w="2880"/>
          </w:tcPr>
          <w:p>
            <w:r>
              <w:t>0</w:t>
            </w:r>
          </w:p>
        </w:tc>
      </w:tr>
      <w:tr>
        <w:tc>
          <w:tcPr>
            <w:tcW w:type="dxa" w:w="2880"/>
          </w:tcPr>
          <w:p>
            <w:r>
              <w:t>2022-06-01</w:t>
            </w:r>
          </w:p>
        </w:tc>
        <w:tc>
          <w:tcPr>
            <w:tcW w:type="dxa" w:w="2880"/>
          </w:tcPr>
          <w:p>
            <w:r>
              <w:t>3:00</w:t>
            </w:r>
          </w:p>
        </w:tc>
        <w:tc>
          <w:tcPr>
            <w:tcW w:type="dxa" w:w="2880"/>
          </w:tcPr>
          <w:p>
            <w:r>
              <w:t>0</w:t>
            </w:r>
          </w:p>
        </w:tc>
      </w:tr>
      <w:tr>
        <w:tc>
          <w:tcPr>
            <w:tcW w:type="dxa" w:w="2880"/>
          </w:tcPr>
          <w:p>
            <w:r>
              <w:t>2022-06-01</w:t>
            </w:r>
          </w:p>
        </w:tc>
        <w:tc>
          <w:tcPr>
            <w:tcW w:type="dxa" w:w="2880"/>
          </w:tcPr>
          <w:p>
            <w:r>
              <w:t>2:00</w:t>
            </w:r>
          </w:p>
        </w:tc>
        <w:tc>
          <w:tcPr>
            <w:tcW w:type="dxa" w:w="2880"/>
          </w:tcPr>
          <w:p>
            <w:r>
              <w:t>0</w:t>
            </w:r>
          </w:p>
        </w:tc>
      </w:tr>
      <w:tr>
        <w:tc>
          <w:tcPr>
            <w:tcW w:type="dxa" w:w="2880"/>
          </w:tcPr>
          <w:p>
            <w:r>
              <w:t>2022-06-01</w:t>
            </w:r>
          </w:p>
        </w:tc>
        <w:tc>
          <w:tcPr>
            <w:tcW w:type="dxa" w:w="2880"/>
          </w:tcPr>
          <w:p>
            <w:r>
              <w:t>Other</w:t>
            </w:r>
          </w:p>
        </w:tc>
        <w:tc>
          <w:tcPr>
            <w:tcW w:type="dxa" w:w="2880"/>
          </w:tcPr>
          <w:p>
            <w:r>
              <w:t>0</w:t>
            </w:r>
          </w:p>
        </w:tc>
      </w:tr>
      <w:tr>
        <w:tc>
          <w:tcPr>
            <w:tcW w:type="dxa" w:w="2880"/>
          </w:tcPr>
          <w:p>
            <w:r>
              <w:t>2022-07-01</w:t>
            </w:r>
          </w:p>
        </w:tc>
        <w:tc>
          <w:tcPr>
            <w:tcW w:type="dxa" w:w="2880"/>
          </w:tcPr>
          <w:p>
            <w:r>
              <w:t>4:00</w:t>
            </w:r>
          </w:p>
        </w:tc>
        <w:tc>
          <w:tcPr>
            <w:tcW w:type="dxa" w:w="2880"/>
          </w:tcPr>
          <w:p>
            <w:r>
              <w:t>0</w:t>
            </w:r>
          </w:p>
        </w:tc>
      </w:tr>
      <w:tr>
        <w:tc>
          <w:tcPr>
            <w:tcW w:type="dxa" w:w="2880"/>
          </w:tcPr>
          <w:p>
            <w:r>
              <w:t>2022-07-01</w:t>
            </w:r>
          </w:p>
        </w:tc>
        <w:tc>
          <w:tcPr>
            <w:tcW w:type="dxa" w:w="2880"/>
          </w:tcPr>
          <w:p>
            <w:r>
              <w:t>11:00</w:t>
            </w:r>
          </w:p>
        </w:tc>
        <w:tc>
          <w:tcPr>
            <w:tcW w:type="dxa" w:w="2880"/>
          </w:tcPr>
          <w:p>
            <w:r>
              <w:t>0</w:t>
            </w:r>
          </w:p>
        </w:tc>
      </w:tr>
      <w:tr>
        <w:tc>
          <w:tcPr>
            <w:tcW w:type="dxa" w:w="2880"/>
          </w:tcPr>
          <w:p>
            <w:r>
              <w:t>2022-07-01</w:t>
            </w:r>
          </w:p>
        </w:tc>
        <w:tc>
          <w:tcPr>
            <w:tcW w:type="dxa" w:w="2880"/>
          </w:tcPr>
          <w:p>
            <w:r>
              <w:t>7:00</w:t>
            </w:r>
          </w:p>
        </w:tc>
        <w:tc>
          <w:tcPr>
            <w:tcW w:type="dxa" w:w="2880"/>
          </w:tcPr>
          <w:p>
            <w:r>
              <w:t>0</w:t>
            </w:r>
          </w:p>
        </w:tc>
      </w:tr>
      <w:tr>
        <w:tc>
          <w:tcPr>
            <w:tcW w:type="dxa" w:w="2880"/>
          </w:tcPr>
          <w:p>
            <w:r>
              <w:t>2022-07-01</w:t>
            </w:r>
          </w:p>
        </w:tc>
        <w:tc>
          <w:tcPr>
            <w:tcW w:type="dxa" w:w="2880"/>
          </w:tcPr>
          <w:p>
            <w:r>
              <w:t>3:00</w:t>
            </w:r>
          </w:p>
        </w:tc>
        <w:tc>
          <w:tcPr>
            <w:tcW w:type="dxa" w:w="2880"/>
          </w:tcPr>
          <w:p>
            <w:r>
              <w:t>0</w:t>
            </w:r>
          </w:p>
        </w:tc>
      </w:tr>
      <w:tr>
        <w:tc>
          <w:tcPr>
            <w:tcW w:type="dxa" w:w="2880"/>
          </w:tcPr>
          <w:p>
            <w:r>
              <w:t>2022-07-01</w:t>
            </w:r>
          </w:p>
        </w:tc>
        <w:tc>
          <w:tcPr>
            <w:tcW w:type="dxa" w:w="2880"/>
          </w:tcPr>
          <w:p>
            <w:r>
              <w:t>2:00</w:t>
            </w:r>
          </w:p>
        </w:tc>
        <w:tc>
          <w:tcPr>
            <w:tcW w:type="dxa" w:w="2880"/>
          </w:tcPr>
          <w:p>
            <w:r>
              <w:t>0</w:t>
            </w:r>
          </w:p>
        </w:tc>
      </w:tr>
      <w:tr>
        <w:tc>
          <w:tcPr>
            <w:tcW w:type="dxa" w:w="2880"/>
          </w:tcPr>
          <w:p>
            <w:r>
              <w:t>2022-07-01</w:t>
            </w:r>
          </w:p>
        </w:tc>
        <w:tc>
          <w:tcPr>
            <w:tcW w:type="dxa" w:w="2880"/>
          </w:tcPr>
          <w:p>
            <w:r>
              <w:t>Other</w:t>
            </w:r>
          </w:p>
        </w:tc>
        <w:tc>
          <w:tcPr>
            <w:tcW w:type="dxa" w:w="2880"/>
          </w:tcPr>
          <w:p>
            <w:r>
              <w:t>0</w:t>
            </w:r>
          </w:p>
        </w:tc>
      </w:tr>
      <w:tr>
        <w:tc>
          <w:tcPr>
            <w:tcW w:type="dxa" w:w="2880"/>
          </w:tcPr>
          <w:p>
            <w:r>
              <w:t>2022-08-01</w:t>
            </w:r>
          </w:p>
        </w:tc>
        <w:tc>
          <w:tcPr>
            <w:tcW w:type="dxa" w:w="2880"/>
          </w:tcPr>
          <w:p>
            <w:r>
              <w:t>4:00</w:t>
            </w:r>
          </w:p>
        </w:tc>
        <w:tc>
          <w:tcPr>
            <w:tcW w:type="dxa" w:w="2880"/>
          </w:tcPr>
          <w:p>
            <w:r>
              <w:t>0</w:t>
            </w:r>
          </w:p>
        </w:tc>
      </w:tr>
      <w:tr>
        <w:tc>
          <w:tcPr>
            <w:tcW w:type="dxa" w:w="2880"/>
          </w:tcPr>
          <w:p>
            <w:r>
              <w:t>2022-08-01</w:t>
            </w:r>
          </w:p>
        </w:tc>
        <w:tc>
          <w:tcPr>
            <w:tcW w:type="dxa" w:w="2880"/>
          </w:tcPr>
          <w:p>
            <w:r>
              <w:t>11:00</w:t>
            </w:r>
          </w:p>
        </w:tc>
        <w:tc>
          <w:tcPr>
            <w:tcW w:type="dxa" w:w="2880"/>
          </w:tcPr>
          <w:p>
            <w:r>
              <w:t>0</w:t>
            </w:r>
          </w:p>
        </w:tc>
      </w:tr>
      <w:tr>
        <w:tc>
          <w:tcPr>
            <w:tcW w:type="dxa" w:w="2880"/>
          </w:tcPr>
          <w:p>
            <w:r>
              <w:t>2022-08-01</w:t>
            </w:r>
          </w:p>
        </w:tc>
        <w:tc>
          <w:tcPr>
            <w:tcW w:type="dxa" w:w="2880"/>
          </w:tcPr>
          <w:p>
            <w:r>
              <w:t>7:00</w:t>
            </w:r>
          </w:p>
        </w:tc>
        <w:tc>
          <w:tcPr>
            <w:tcW w:type="dxa" w:w="2880"/>
          </w:tcPr>
          <w:p>
            <w:r>
              <w:t>0</w:t>
            </w:r>
          </w:p>
        </w:tc>
      </w:tr>
      <w:tr>
        <w:tc>
          <w:tcPr>
            <w:tcW w:type="dxa" w:w="2880"/>
          </w:tcPr>
          <w:p>
            <w:r>
              <w:t>2022-08-01</w:t>
            </w:r>
          </w:p>
        </w:tc>
        <w:tc>
          <w:tcPr>
            <w:tcW w:type="dxa" w:w="2880"/>
          </w:tcPr>
          <w:p>
            <w:r>
              <w:t>3:00</w:t>
            </w:r>
          </w:p>
        </w:tc>
        <w:tc>
          <w:tcPr>
            <w:tcW w:type="dxa" w:w="2880"/>
          </w:tcPr>
          <w:p>
            <w:r>
              <w:t>0</w:t>
            </w:r>
          </w:p>
        </w:tc>
      </w:tr>
      <w:tr>
        <w:tc>
          <w:tcPr>
            <w:tcW w:type="dxa" w:w="2880"/>
          </w:tcPr>
          <w:p>
            <w:r>
              <w:t>2022-08-01</w:t>
            </w:r>
          </w:p>
        </w:tc>
        <w:tc>
          <w:tcPr>
            <w:tcW w:type="dxa" w:w="2880"/>
          </w:tcPr>
          <w:p>
            <w:r>
              <w:t>2:00</w:t>
            </w:r>
          </w:p>
        </w:tc>
        <w:tc>
          <w:tcPr>
            <w:tcW w:type="dxa" w:w="2880"/>
          </w:tcPr>
          <w:p>
            <w:r>
              <w:t>0</w:t>
            </w:r>
          </w:p>
        </w:tc>
      </w:tr>
      <w:tr>
        <w:tc>
          <w:tcPr>
            <w:tcW w:type="dxa" w:w="2880"/>
          </w:tcPr>
          <w:p>
            <w:r>
              <w:t>2022-08-01</w:t>
            </w:r>
          </w:p>
        </w:tc>
        <w:tc>
          <w:tcPr>
            <w:tcW w:type="dxa" w:w="2880"/>
          </w:tcPr>
          <w:p>
            <w:r>
              <w:t>Other</w:t>
            </w:r>
          </w:p>
        </w:tc>
        <w:tc>
          <w:tcPr>
            <w:tcW w:type="dxa" w:w="2880"/>
          </w:tcPr>
          <w:p>
            <w:r>
              <w:t>0</w:t>
            </w:r>
          </w:p>
        </w:tc>
      </w:tr>
      <w:tr>
        <w:tc>
          <w:tcPr>
            <w:tcW w:type="dxa" w:w="2880"/>
          </w:tcPr>
          <w:p>
            <w:r>
              <w:t>2022-09-01</w:t>
            </w:r>
          </w:p>
        </w:tc>
        <w:tc>
          <w:tcPr>
            <w:tcW w:type="dxa" w:w="2880"/>
          </w:tcPr>
          <w:p>
            <w:r>
              <w:t>4:00</w:t>
            </w:r>
          </w:p>
        </w:tc>
        <w:tc>
          <w:tcPr>
            <w:tcW w:type="dxa" w:w="2880"/>
          </w:tcPr>
          <w:p>
            <w:r>
              <w:t>0</w:t>
            </w:r>
          </w:p>
        </w:tc>
      </w:tr>
      <w:tr>
        <w:tc>
          <w:tcPr>
            <w:tcW w:type="dxa" w:w="2880"/>
          </w:tcPr>
          <w:p>
            <w:r>
              <w:t>2022-09-01</w:t>
            </w:r>
          </w:p>
        </w:tc>
        <w:tc>
          <w:tcPr>
            <w:tcW w:type="dxa" w:w="2880"/>
          </w:tcPr>
          <w:p>
            <w:r>
              <w:t>11:00</w:t>
            </w:r>
          </w:p>
        </w:tc>
        <w:tc>
          <w:tcPr>
            <w:tcW w:type="dxa" w:w="2880"/>
          </w:tcPr>
          <w:p>
            <w:r>
              <w:t>0</w:t>
            </w:r>
          </w:p>
        </w:tc>
      </w:tr>
      <w:tr>
        <w:tc>
          <w:tcPr>
            <w:tcW w:type="dxa" w:w="2880"/>
          </w:tcPr>
          <w:p>
            <w:r>
              <w:t>2022-09-01</w:t>
            </w:r>
          </w:p>
        </w:tc>
        <w:tc>
          <w:tcPr>
            <w:tcW w:type="dxa" w:w="2880"/>
          </w:tcPr>
          <w:p>
            <w:r>
              <w:t>7:00</w:t>
            </w:r>
          </w:p>
        </w:tc>
        <w:tc>
          <w:tcPr>
            <w:tcW w:type="dxa" w:w="2880"/>
          </w:tcPr>
          <w:p>
            <w:r>
              <w:t>0</w:t>
            </w:r>
          </w:p>
        </w:tc>
      </w:tr>
      <w:tr>
        <w:tc>
          <w:tcPr>
            <w:tcW w:type="dxa" w:w="2880"/>
          </w:tcPr>
          <w:p>
            <w:r>
              <w:t>2022-09-01</w:t>
            </w:r>
          </w:p>
        </w:tc>
        <w:tc>
          <w:tcPr>
            <w:tcW w:type="dxa" w:w="2880"/>
          </w:tcPr>
          <w:p>
            <w:r>
              <w:t>3:00</w:t>
            </w:r>
          </w:p>
        </w:tc>
        <w:tc>
          <w:tcPr>
            <w:tcW w:type="dxa" w:w="2880"/>
          </w:tcPr>
          <w:p>
            <w:r>
              <w:t>0</w:t>
            </w:r>
          </w:p>
        </w:tc>
      </w:tr>
      <w:tr>
        <w:tc>
          <w:tcPr>
            <w:tcW w:type="dxa" w:w="2880"/>
          </w:tcPr>
          <w:p>
            <w:r>
              <w:t>2022-09-01</w:t>
            </w:r>
          </w:p>
        </w:tc>
        <w:tc>
          <w:tcPr>
            <w:tcW w:type="dxa" w:w="2880"/>
          </w:tcPr>
          <w:p>
            <w:r>
              <w:t>2:00</w:t>
            </w:r>
          </w:p>
        </w:tc>
        <w:tc>
          <w:tcPr>
            <w:tcW w:type="dxa" w:w="2880"/>
          </w:tcPr>
          <w:p>
            <w:r>
              <w:t>0</w:t>
            </w:r>
          </w:p>
        </w:tc>
      </w:tr>
      <w:tr>
        <w:tc>
          <w:tcPr>
            <w:tcW w:type="dxa" w:w="2880"/>
          </w:tcPr>
          <w:p>
            <w:r>
              <w:t>2022-09-01</w:t>
            </w:r>
          </w:p>
        </w:tc>
        <w:tc>
          <w:tcPr>
            <w:tcW w:type="dxa" w:w="2880"/>
          </w:tcPr>
          <w:p>
            <w:r>
              <w:t>Other</w:t>
            </w:r>
          </w:p>
        </w:tc>
        <w:tc>
          <w:tcPr>
            <w:tcW w:type="dxa" w:w="2880"/>
          </w:tcPr>
          <w:p>
            <w:r>
              <w:t>0</w:t>
            </w:r>
          </w:p>
        </w:tc>
      </w:tr>
      <w:tr>
        <w:tc>
          <w:tcPr>
            <w:tcW w:type="dxa" w:w="2880"/>
          </w:tcPr>
          <w:p>
            <w:r>
              <w:t>2022-10-01</w:t>
            </w:r>
          </w:p>
        </w:tc>
        <w:tc>
          <w:tcPr>
            <w:tcW w:type="dxa" w:w="2880"/>
          </w:tcPr>
          <w:p>
            <w:r>
              <w:t>4:00</w:t>
            </w:r>
          </w:p>
        </w:tc>
        <w:tc>
          <w:tcPr>
            <w:tcW w:type="dxa" w:w="2880"/>
          </w:tcPr>
          <w:p>
            <w:r>
              <w:t>0</w:t>
            </w:r>
          </w:p>
        </w:tc>
      </w:tr>
      <w:tr>
        <w:tc>
          <w:tcPr>
            <w:tcW w:type="dxa" w:w="2880"/>
          </w:tcPr>
          <w:p>
            <w:r>
              <w:t>2022-10-01</w:t>
            </w:r>
          </w:p>
        </w:tc>
        <w:tc>
          <w:tcPr>
            <w:tcW w:type="dxa" w:w="2880"/>
          </w:tcPr>
          <w:p>
            <w:r>
              <w:t>11:00</w:t>
            </w:r>
          </w:p>
        </w:tc>
        <w:tc>
          <w:tcPr>
            <w:tcW w:type="dxa" w:w="2880"/>
          </w:tcPr>
          <w:p>
            <w:r>
              <w:t>0</w:t>
            </w:r>
          </w:p>
        </w:tc>
      </w:tr>
      <w:tr>
        <w:tc>
          <w:tcPr>
            <w:tcW w:type="dxa" w:w="2880"/>
          </w:tcPr>
          <w:p>
            <w:r>
              <w:t>2022-10-01</w:t>
            </w:r>
          </w:p>
        </w:tc>
        <w:tc>
          <w:tcPr>
            <w:tcW w:type="dxa" w:w="2880"/>
          </w:tcPr>
          <w:p>
            <w:r>
              <w:t>7:00</w:t>
            </w:r>
          </w:p>
        </w:tc>
        <w:tc>
          <w:tcPr>
            <w:tcW w:type="dxa" w:w="2880"/>
          </w:tcPr>
          <w:p>
            <w:r>
              <w:t>0</w:t>
            </w:r>
          </w:p>
        </w:tc>
      </w:tr>
      <w:tr>
        <w:tc>
          <w:tcPr>
            <w:tcW w:type="dxa" w:w="2880"/>
          </w:tcPr>
          <w:p>
            <w:r>
              <w:t>2022-10-01</w:t>
            </w:r>
          </w:p>
        </w:tc>
        <w:tc>
          <w:tcPr>
            <w:tcW w:type="dxa" w:w="2880"/>
          </w:tcPr>
          <w:p>
            <w:r>
              <w:t>3:00</w:t>
            </w:r>
          </w:p>
        </w:tc>
        <w:tc>
          <w:tcPr>
            <w:tcW w:type="dxa" w:w="2880"/>
          </w:tcPr>
          <w:p>
            <w:r>
              <w:t>0</w:t>
            </w:r>
          </w:p>
        </w:tc>
      </w:tr>
      <w:tr>
        <w:tc>
          <w:tcPr>
            <w:tcW w:type="dxa" w:w="2880"/>
          </w:tcPr>
          <w:p>
            <w:r>
              <w:t>2022-10-01</w:t>
            </w:r>
          </w:p>
        </w:tc>
        <w:tc>
          <w:tcPr>
            <w:tcW w:type="dxa" w:w="2880"/>
          </w:tcPr>
          <w:p>
            <w:r>
              <w:t>2:00</w:t>
            </w:r>
          </w:p>
        </w:tc>
        <w:tc>
          <w:tcPr>
            <w:tcW w:type="dxa" w:w="2880"/>
          </w:tcPr>
          <w:p>
            <w:r>
              <w:t>0</w:t>
            </w:r>
          </w:p>
        </w:tc>
      </w:tr>
      <w:tr>
        <w:tc>
          <w:tcPr>
            <w:tcW w:type="dxa" w:w="2880"/>
          </w:tcPr>
          <w:p>
            <w:r>
              <w:t>2022-10-01</w:t>
            </w:r>
          </w:p>
        </w:tc>
        <w:tc>
          <w:tcPr>
            <w:tcW w:type="dxa" w:w="2880"/>
          </w:tcPr>
          <w:p>
            <w:r>
              <w:t>Other</w:t>
            </w:r>
          </w:p>
        </w:tc>
        <w:tc>
          <w:tcPr>
            <w:tcW w:type="dxa" w:w="2880"/>
          </w:tcPr>
          <w:p>
            <w:r>
              <w:t>0</w:t>
            </w:r>
          </w:p>
        </w:tc>
      </w:tr>
      <w:tr>
        <w:tc>
          <w:tcPr>
            <w:tcW w:type="dxa" w:w="2880"/>
          </w:tcPr>
          <w:p>
            <w:r>
              <w:t>2022-11-01</w:t>
            </w:r>
          </w:p>
        </w:tc>
        <w:tc>
          <w:tcPr>
            <w:tcW w:type="dxa" w:w="2880"/>
          </w:tcPr>
          <w:p>
            <w:r>
              <w:t>4:00</w:t>
            </w:r>
          </w:p>
        </w:tc>
        <w:tc>
          <w:tcPr>
            <w:tcW w:type="dxa" w:w="2880"/>
          </w:tcPr>
          <w:p>
            <w:r>
              <w:t>0</w:t>
            </w:r>
          </w:p>
        </w:tc>
      </w:tr>
      <w:tr>
        <w:tc>
          <w:tcPr>
            <w:tcW w:type="dxa" w:w="2880"/>
          </w:tcPr>
          <w:p>
            <w:r>
              <w:t>2022-11-01</w:t>
            </w:r>
          </w:p>
        </w:tc>
        <w:tc>
          <w:tcPr>
            <w:tcW w:type="dxa" w:w="2880"/>
          </w:tcPr>
          <w:p>
            <w:r>
              <w:t>11:00</w:t>
            </w:r>
          </w:p>
        </w:tc>
        <w:tc>
          <w:tcPr>
            <w:tcW w:type="dxa" w:w="2880"/>
          </w:tcPr>
          <w:p>
            <w:r>
              <w:t>0</w:t>
            </w:r>
          </w:p>
        </w:tc>
      </w:tr>
      <w:tr>
        <w:tc>
          <w:tcPr>
            <w:tcW w:type="dxa" w:w="2880"/>
          </w:tcPr>
          <w:p>
            <w:r>
              <w:t>2022-11-01</w:t>
            </w:r>
          </w:p>
        </w:tc>
        <w:tc>
          <w:tcPr>
            <w:tcW w:type="dxa" w:w="2880"/>
          </w:tcPr>
          <w:p>
            <w:r>
              <w:t>7:00</w:t>
            </w:r>
          </w:p>
        </w:tc>
        <w:tc>
          <w:tcPr>
            <w:tcW w:type="dxa" w:w="2880"/>
          </w:tcPr>
          <w:p>
            <w:r>
              <w:t>0</w:t>
            </w:r>
          </w:p>
        </w:tc>
      </w:tr>
      <w:tr>
        <w:tc>
          <w:tcPr>
            <w:tcW w:type="dxa" w:w="2880"/>
          </w:tcPr>
          <w:p>
            <w:r>
              <w:t>2022-11-01</w:t>
            </w:r>
          </w:p>
        </w:tc>
        <w:tc>
          <w:tcPr>
            <w:tcW w:type="dxa" w:w="2880"/>
          </w:tcPr>
          <w:p>
            <w:r>
              <w:t>3:00</w:t>
            </w:r>
          </w:p>
        </w:tc>
        <w:tc>
          <w:tcPr>
            <w:tcW w:type="dxa" w:w="2880"/>
          </w:tcPr>
          <w:p>
            <w:r>
              <w:t>0</w:t>
            </w:r>
          </w:p>
        </w:tc>
      </w:tr>
      <w:tr>
        <w:tc>
          <w:tcPr>
            <w:tcW w:type="dxa" w:w="2880"/>
          </w:tcPr>
          <w:p>
            <w:r>
              <w:t>2022-11-01</w:t>
            </w:r>
          </w:p>
        </w:tc>
        <w:tc>
          <w:tcPr>
            <w:tcW w:type="dxa" w:w="2880"/>
          </w:tcPr>
          <w:p>
            <w:r>
              <w:t>2:00</w:t>
            </w:r>
          </w:p>
        </w:tc>
        <w:tc>
          <w:tcPr>
            <w:tcW w:type="dxa" w:w="2880"/>
          </w:tcPr>
          <w:p>
            <w:r>
              <w:t>0</w:t>
            </w:r>
          </w:p>
        </w:tc>
      </w:tr>
      <w:tr>
        <w:tc>
          <w:tcPr>
            <w:tcW w:type="dxa" w:w="2880"/>
          </w:tcPr>
          <w:p>
            <w:r>
              <w:t>2022-11-01</w:t>
            </w:r>
          </w:p>
        </w:tc>
        <w:tc>
          <w:tcPr>
            <w:tcW w:type="dxa" w:w="2880"/>
          </w:tcPr>
          <w:p>
            <w:r>
              <w:t>Other</w:t>
            </w:r>
          </w:p>
        </w:tc>
        <w:tc>
          <w:tcPr>
            <w:tcW w:type="dxa" w:w="2880"/>
          </w:tcPr>
          <w:p>
            <w:r>
              <w:t>0</w:t>
            </w:r>
          </w:p>
        </w:tc>
      </w:tr>
      <w:tr>
        <w:tc>
          <w:tcPr>
            <w:tcW w:type="dxa" w:w="2880"/>
          </w:tcPr>
          <w:p>
            <w:r>
              <w:t>2022-12-01</w:t>
            </w:r>
          </w:p>
        </w:tc>
        <w:tc>
          <w:tcPr>
            <w:tcW w:type="dxa" w:w="2880"/>
          </w:tcPr>
          <w:p>
            <w:r>
              <w:t>4:00</w:t>
            </w:r>
          </w:p>
        </w:tc>
        <w:tc>
          <w:tcPr>
            <w:tcW w:type="dxa" w:w="2880"/>
          </w:tcPr>
          <w:p>
            <w:r>
              <w:t>0</w:t>
            </w:r>
          </w:p>
        </w:tc>
      </w:tr>
      <w:tr>
        <w:tc>
          <w:tcPr>
            <w:tcW w:type="dxa" w:w="2880"/>
          </w:tcPr>
          <w:p>
            <w:r>
              <w:t>2022-12-01</w:t>
            </w:r>
          </w:p>
        </w:tc>
        <w:tc>
          <w:tcPr>
            <w:tcW w:type="dxa" w:w="2880"/>
          </w:tcPr>
          <w:p>
            <w:r>
              <w:t>11:00</w:t>
            </w:r>
          </w:p>
        </w:tc>
        <w:tc>
          <w:tcPr>
            <w:tcW w:type="dxa" w:w="2880"/>
          </w:tcPr>
          <w:p>
            <w:r>
              <w:t>0</w:t>
            </w:r>
          </w:p>
        </w:tc>
      </w:tr>
      <w:tr>
        <w:tc>
          <w:tcPr>
            <w:tcW w:type="dxa" w:w="2880"/>
          </w:tcPr>
          <w:p>
            <w:r>
              <w:t>2022-12-01</w:t>
            </w:r>
          </w:p>
        </w:tc>
        <w:tc>
          <w:tcPr>
            <w:tcW w:type="dxa" w:w="2880"/>
          </w:tcPr>
          <w:p>
            <w:r>
              <w:t>7:00</w:t>
            </w:r>
          </w:p>
        </w:tc>
        <w:tc>
          <w:tcPr>
            <w:tcW w:type="dxa" w:w="2880"/>
          </w:tcPr>
          <w:p>
            <w:r>
              <w:t>0</w:t>
            </w:r>
          </w:p>
        </w:tc>
      </w:tr>
      <w:tr>
        <w:tc>
          <w:tcPr>
            <w:tcW w:type="dxa" w:w="2880"/>
          </w:tcPr>
          <w:p>
            <w:r>
              <w:t>2022-12-01</w:t>
            </w:r>
          </w:p>
        </w:tc>
        <w:tc>
          <w:tcPr>
            <w:tcW w:type="dxa" w:w="2880"/>
          </w:tcPr>
          <w:p>
            <w:r>
              <w:t>3:00</w:t>
            </w:r>
          </w:p>
        </w:tc>
        <w:tc>
          <w:tcPr>
            <w:tcW w:type="dxa" w:w="2880"/>
          </w:tcPr>
          <w:p>
            <w:r>
              <w:t>0</w:t>
            </w:r>
          </w:p>
        </w:tc>
      </w:tr>
      <w:tr>
        <w:tc>
          <w:tcPr>
            <w:tcW w:type="dxa" w:w="2880"/>
          </w:tcPr>
          <w:p>
            <w:r>
              <w:t>2022-12-01</w:t>
            </w:r>
          </w:p>
        </w:tc>
        <w:tc>
          <w:tcPr>
            <w:tcW w:type="dxa" w:w="2880"/>
          </w:tcPr>
          <w:p>
            <w:r>
              <w:t>2:00</w:t>
            </w:r>
          </w:p>
        </w:tc>
        <w:tc>
          <w:tcPr>
            <w:tcW w:type="dxa" w:w="2880"/>
          </w:tcPr>
          <w:p>
            <w:r>
              <w:t>0</w:t>
            </w:r>
          </w:p>
        </w:tc>
      </w:tr>
      <w:tr>
        <w:tc>
          <w:tcPr>
            <w:tcW w:type="dxa" w:w="2880"/>
          </w:tcPr>
          <w:p>
            <w:r>
              <w:t>2022-12-01</w:t>
            </w:r>
          </w:p>
        </w:tc>
        <w:tc>
          <w:tcPr>
            <w:tcW w:type="dxa" w:w="2880"/>
          </w:tcPr>
          <w:p>
            <w:r>
              <w:t>Other</w:t>
            </w:r>
          </w:p>
        </w:tc>
        <w:tc>
          <w:tcPr>
            <w:tcW w:type="dxa" w:w="2880"/>
          </w:tcPr>
          <w:p>
            <w:r>
              <w:t>0</w:t>
            </w:r>
          </w:p>
        </w:tc>
      </w:tr>
      <w:tr>
        <w:tc>
          <w:tcPr>
            <w:tcW w:type="dxa" w:w="2880"/>
          </w:tcPr>
          <w:p>
            <w:r>
              <w:t>2023-01-01</w:t>
            </w:r>
          </w:p>
        </w:tc>
        <w:tc>
          <w:tcPr>
            <w:tcW w:type="dxa" w:w="2880"/>
          </w:tcPr>
          <w:p>
            <w:r>
              <w:t>4:00</w:t>
            </w:r>
          </w:p>
        </w:tc>
        <w:tc>
          <w:tcPr>
            <w:tcW w:type="dxa" w:w="2880"/>
          </w:tcPr>
          <w:p>
            <w:r>
              <w:t>0</w:t>
            </w:r>
          </w:p>
        </w:tc>
      </w:tr>
      <w:tr>
        <w:tc>
          <w:tcPr>
            <w:tcW w:type="dxa" w:w="2880"/>
          </w:tcPr>
          <w:p>
            <w:r>
              <w:t>2023-01-01</w:t>
            </w:r>
          </w:p>
        </w:tc>
        <w:tc>
          <w:tcPr>
            <w:tcW w:type="dxa" w:w="2880"/>
          </w:tcPr>
          <w:p>
            <w:r>
              <w:t>11:00</w:t>
            </w:r>
          </w:p>
        </w:tc>
        <w:tc>
          <w:tcPr>
            <w:tcW w:type="dxa" w:w="2880"/>
          </w:tcPr>
          <w:p>
            <w:r>
              <w:t>0</w:t>
            </w:r>
          </w:p>
        </w:tc>
      </w:tr>
      <w:tr>
        <w:tc>
          <w:tcPr>
            <w:tcW w:type="dxa" w:w="2880"/>
          </w:tcPr>
          <w:p>
            <w:r>
              <w:t>2023-01-01</w:t>
            </w:r>
          </w:p>
        </w:tc>
        <w:tc>
          <w:tcPr>
            <w:tcW w:type="dxa" w:w="2880"/>
          </w:tcPr>
          <w:p>
            <w:r>
              <w:t>7:00</w:t>
            </w:r>
          </w:p>
        </w:tc>
        <w:tc>
          <w:tcPr>
            <w:tcW w:type="dxa" w:w="2880"/>
          </w:tcPr>
          <w:p>
            <w:r>
              <w:t>0</w:t>
            </w:r>
          </w:p>
        </w:tc>
      </w:tr>
      <w:tr>
        <w:tc>
          <w:tcPr>
            <w:tcW w:type="dxa" w:w="2880"/>
          </w:tcPr>
          <w:p>
            <w:r>
              <w:t>2023-01-01</w:t>
            </w:r>
          </w:p>
        </w:tc>
        <w:tc>
          <w:tcPr>
            <w:tcW w:type="dxa" w:w="2880"/>
          </w:tcPr>
          <w:p>
            <w:r>
              <w:t>3:00</w:t>
            </w:r>
          </w:p>
        </w:tc>
        <w:tc>
          <w:tcPr>
            <w:tcW w:type="dxa" w:w="2880"/>
          </w:tcPr>
          <w:p>
            <w:r>
              <w:t>0</w:t>
            </w:r>
          </w:p>
        </w:tc>
      </w:tr>
      <w:tr>
        <w:tc>
          <w:tcPr>
            <w:tcW w:type="dxa" w:w="2880"/>
          </w:tcPr>
          <w:p>
            <w:r>
              <w:t>2023-01-01</w:t>
            </w:r>
          </w:p>
        </w:tc>
        <w:tc>
          <w:tcPr>
            <w:tcW w:type="dxa" w:w="2880"/>
          </w:tcPr>
          <w:p>
            <w:r>
              <w:t>2:00</w:t>
            </w:r>
          </w:p>
        </w:tc>
        <w:tc>
          <w:tcPr>
            <w:tcW w:type="dxa" w:w="2880"/>
          </w:tcPr>
          <w:p>
            <w:r>
              <w:t>0</w:t>
            </w:r>
          </w:p>
        </w:tc>
      </w:tr>
      <w:tr>
        <w:tc>
          <w:tcPr>
            <w:tcW w:type="dxa" w:w="2880"/>
          </w:tcPr>
          <w:p>
            <w:r>
              <w:t>2023-01-01</w:t>
            </w:r>
          </w:p>
        </w:tc>
        <w:tc>
          <w:tcPr>
            <w:tcW w:type="dxa" w:w="2880"/>
          </w:tcPr>
          <w:p>
            <w:r>
              <w:t>Other</w:t>
            </w:r>
          </w:p>
        </w:tc>
        <w:tc>
          <w:tcPr>
            <w:tcW w:type="dxa" w:w="2880"/>
          </w:tcPr>
          <w:p>
            <w:r>
              <w:t>0</w:t>
            </w:r>
          </w:p>
        </w:tc>
      </w:tr>
      <w:tr>
        <w:tc>
          <w:tcPr>
            <w:tcW w:type="dxa" w:w="2880"/>
          </w:tcPr>
          <w:p>
            <w:r>
              <w:t>2023-02-01</w:t>
            </w:r>
          </w:p>
        </w:tc>
        <w:tc>
          <w:tcPr>
            <w:tcW w:type="dxa" w:w="2880"/>
          </w:tcPr>
          <w:p>
            <w:r>
              <w:t>4:00</w:t>
            </w:r>
          </w:p>
        </w:tc>
        <w:tc>
          <w:tcPr>
            <w:tcW w:type="dxa" w:w="2880"/>
          </w:tcPr>
          <w:p>
            <w:r>
              <w:t>0</w:t>
            </w:r>
          </w:p>
        </w:tc>
      </w:tr>
      <w:tr>
        <w:tc>
          <w:tcPr>
            <w:tcW w:type="dxa" w:w="2880"/>
          </w:tcPr>
          <w:p>
            <w:r>
              <w:t>2023-02-01</w:t>
            </w:r>
          </w:p>
        </w:tc>
        <w:tc>
          <w:tcPr>
            <w:tcW w:type="dxa" w:w="2880"/>
          </w:tcPr>
          <w:p>
            <w:r>
              <w:t>11:00</w:t>
            </w:r>
          </w:p>
        </w:tc>
        <w:tc>
          <w:tcPr>
            <w:tcW w:type="dxa" w:w="2880"/>
          </w:tcPr>
          <w:p>
            <w:r>
              <w:t>0</w:t>
            </w:r>
          </w:p>
        </w:tc>
      </w:tr>
      <w:tr>
        <w:tc>
          <w:tcPr>
            <w:tcW w:type="dxa" w:w="2880"/>
          </w:tcPr>
          <w:p>
            <w:r>
              <w:t>2023-02-01</w:t>
            </w:r>
          </w:p>
        </w:tc>
        <w:tc>
          <w:tcPr>
            <w:tcW w:type="dxa" w:w="2880"/>
          </w:tcPr>
          <w:p>
            <w:r>
              <w:t>7:00</w:t>
            </w:r>
          </w:p>
        </w:tc>
        <w:tc>
          <w:tcPr>
            <w:tcW w:type="dxa" w:w="2880"/>
          </w:tcPr>
          <w:p>
            <w:r>
              <w:t>0</w:t>
            </w:r>
          </w:p>
        </w:tc>
      </w:tr>
      <w:tr>
        <w:tc>
          <w:tcPr>
            <w:tcW w:type="dxa" w:w="2880"/>
          </w:tcPr>
          <w:p>
            <w:r>
              <w:t>2023-02-01</w:t>
            </w:r>
          </w:p>
        </w:tc>
        <w:tc>
          <w:tcPr>
            <w:tcW w:type="dxa" w:w="2880"/>
          </w:tcPr>
          <w:p>
            <w:r>
              <w:t>3:00</w:t>
            </w:r>
          </w:p>
        </w:tc>
        <w:tc>
          <w:tcPr>
            <w:tcW w:type="dxa" w:w="2880"/>
          </w:tcPr>
          <w:p>
            <w:r>
              <w:t>0</w:t>
            </w:r>
          </w:p>
        </w:tc>
      </w:tr>
      <w:tr>
        <w:tc>
          <w:tcPr>
            <w:tcW w:type="dxa" w:w="2880"/>
          </w:tcPr>
          <w:p>
            <w:r>
              <w:t>2023-02-01</w:t>
            </w:r>
          </w:p>
        </w:tc>
        <w:tc>
          <w:tcPr>
            <w:tcW w:type="dxa" w:w="2880"/>
          </w:tcPr>
          <w:p>
            <w:r>
              <w:t>2:00</w:t>
            </w:r>
          </w:p>
        </w:tc>
        <w:tc>
          <w:tcPr>
            <w:tcW w:type="dxa" w:w="2880"/>
          </w:tcPr>
          <w:p>
            <w:r>
              <w:t>0</w:t>
            </w:r>
          </w:p>
        </w:tc>
      </w:tr>
      <w:tr>
        <w:tc>
          <w:tcPr>
            <w:tcW w:type="dxa" w:w="2880"/>
          </w:tcPr>
          <w:p>
            <w:r>
              <w:t>2023-02-01</w:t>
            </w:r>
          </w:p>
        </w:tc>
        <w:tc>
          <w:tcPr>
            <w:tcW w:type="dxa" w:w="2880"/>
          </w:tcPr>
          <w:p>
            <w:r>
              <w:t>Other</w:t>
            </w:r>
          </w:p>
        </w:tc>
        <w:tc>
          <w:tcPr>
            <w:tcW w:type="dxa" w:w="2880"/>
          </w:tcPr>
          <w:p>
            <w:r>
              <w:t>0</w:t>
            </w:r>
          </w:p>
        </w:tc>
      </w:tr>
      <w:tr>
        <w:tc>
          <w:tcPr>
            <w:tcW w:type="dxa" w:w="2880"/>
          </w:tcPr>
          <w:p>
            <w:r>
              <w:t>2023-03-01</w:t>
            </w:r>
          </w:p>
        </w:tc>
        <w:tc>
          <w:tcPr>
            <w:tcW w:type="dxa" w:w="2880"/>
          </w:tcPr>
          <w:p>
            <w:r>
              <w:t>4:00</w:t>
            </w:r>
          </w:p>
        </w:tc>
        <w:tc>
          <w:tcPr>
            <w:tcW w:type="dxa" w:w="2880"/>
          </w:tcPr>
          <w:p>
            <w:r>
              <w:t>0</w:t>
            </w:r>
          </w:p>
        </w:tc>
      </w:tr>
      <w:tr>
        <w:tc>
          <w:tcPr>
            <w:tcW w:type="dxa" w:w="2880"/>
          </w:tcPr>
          <w:p>
            <w:r>
              <w:t>2023-03-01</w:t>
            </w:r>
          </w:p>
        </w:tc>
        <w:tc>
          <w:tcPr>
            <w:tcW w:type="dxa" w:w="2880"/>
          </w:tcPr>
          <w:p>
            <w:r>
              <w:t>11:00</w:t>
            </w:r>
          </w:p>
        </w:tc>
        <w:tc>
          <w:tcPr>
            <w:tcW w:type="dxa" w:w="2880"/>
          </w:tcPr>
          <w:p>
            <w:r>
              <w:t>0</w:t>
            </w:r>
          </w:p>
        </w:tc>
      </w:tr>
      <w:tr>
        <w:tc>
          <w:tcPr>
            <w:tcW w:type="dxa" w:w="2880"/>
          </w:tcPr>
          <w:p>
            <w:r>
              <w:t>2023-03-01</w:t>
            </w:r>
          </w:p>
        </w:tc>
        <w:tc>
          <w:tcPr>
            <w:tcW w:type="dxa" w:w="2880"/>
          </w:tcPr>
          <w:p>
            <w:r>
              <w:t>7:00</w:t>
            </w:r>
          </w:p>
        </w:tc>
        <w:tc>
          <w:tcPr>
            <w:tcW w:type="dxa" w:w="2880"/>
          </w:tcPr>
          <w:p>
            <w:r>
              <w:t>0</w:t>
            </w:r>
          </w:p>
        </w:tc>
      </w:tr>
      <w:tr>
        <w:tc>
          <w:tcPr>
            <w:tcW w:type="dxa" w:w="2880"/>
          </w:tcPr>
          <w:p>
            <w:r>
              <w:t>2023-03-01</w:t>
            </w:r>
          </w:p>
        </w:tc>
        <w:tc>
          <w:tcPr>
            <w:tcW w:type="dxa" w:w="2880"/>
          </w:tcPr>
          <w:p>
            <w:r>
              <w:t>3:00</w:t>
            </w:r>
          </w:p>
        </w:tc>
        <w:tc>
          <w:tcPr>
            <w:tcW w:type="dxa" w:w="2880"/>
          </w:tcPr>
          <w:p>
            <w:r>
              <w:t>0</w:t>
            </w:r>
          </w:p>
        </w:tc>
      </w:tr>
      <w:tr>
        <w:tc>
          <w:tcPr>
            <w:tcW w:type="dxa" w:w="2880"/>
          </w:tcPr>
          <w:p>
            <w:r>
              <w:t>2023-03-01</w:t>
            </w:r>
          </w:p>
        </w:tc>
        <w:tc>
          <w:tcPr>
            <w:tcW w:type="dxa" w:w="2880"/>
          </w:tcPr>
          <w:p>
            <w:r>
              <w:t>2:00</w:t>
            </w:r>
          </w:p>
        </w:tc>
        <w:tc>
          <w:tcPr>
            <w:tcW w:type="dxa" w:w="2880"/>
          </w:tcPr>
          <w:p>
            <w:r>
              <w:t>0</w:t>
            </w:r>
          </w:p>
        </w:tc>
      </w:tr>
      <w:tr>
        <w:tc>
          <w:tcPr>
            <w:tcW w:type="dxa" w:w="2880"/>
          </w:tcPr>
          <w:p>
            <w:r>
              <w:t>2023-03-01</w:t>
            </w:r>
          </w:p>
        </w:tc>
        <w:tc>
          <w:tcPr>
            <w:tcW w:type="dxa" w:w="2880"/>
          </w:tcPr>
          <w:p>
            <w:r>
              <w:t>Other</w:t>
            </w:r>
          </w:p>
        </w:tc>
        <w:tc>
          <w:tcPr>
            <w:tcW w:type="dxa" w:w="2880"/>
          </w:tcPr>
          <w:p>
            <w:r>
              <w:t>0</w:t>
            </w:r>
          </w:p>
        </w:tc>
      </w:tr>
      <w:tr>
        <w:tc>
          <w:tcPr>
            <w:tcW w:type="dxa" w:w="2880"/>
          </w:tcPr>
          <w:p>
            <w:r>
              <w:t>2023-04-01</w:t>
            </w:r>
          </w:p>
        </w:tc>
        <w:tc>
          <w:tcPr>
            <w:tcW w:type="dxa" w:w="2880"/>
          </w:tcPr>
          <w:p>
            <w:r>
              <w:t>4:00</w:t>
            </w:r>
          </w:p>
        </w:tc>
        <w:tc>
          <w:tcPr>
            <w:tcW w:type="dxa" w:w="2880"/>
          </w:tcPr>
          <w:p>
            <w:r>
              <w:t>0</w:t>
            </w:r>
          </w:p>
        </w:tc>
      </w:tr>
      <w:tr>
        <w:tc>
          <w:tcPr>
            <w:tcW w:type="dxa" w:w="2880"/>
          </w:tcPr>
          <w:p>
            <w:r>
              <w:t>2023-04-01</w:t>
            </w:r>
          </w:p>
        </w:tc>
        <w:tc>
          <w:tcPr>
            <w:tcW w:type="dxa" w:w="2880"/>
          </w:tcPr>
          <w:p>
            <w:r>
              <w:t>11:00</w:t>
            </w:r>
          </w:p>
        </w:tc>
        <w:tc>
          <w:tcPr>
            <w:tcW w:type="dxa" w:w="2880"/>
          </w:tcPr>
          <w:p>
            <w:r>
              <w:t>0</w:t>
            </w:r>
          </w:p>
        </w:tc>
      </w:tr>
      <w:tr>
        <w:tc>
          <w:tcPr>
            <w:tcW w:type="dxa" w:w="2880"/>
          </w:tcPr>
          <w:p>
            <w:r>
              <w:t>2023-04-01</w:t>
            </w:r>
          </w:p>
        </w:tc>
        <w:tc>
          <w:tcPr>
            <w:tcW w:type="dxa" w:w="2880"/>
          </w:tcPr>
          <w:p>
            <w:r>
              <w:t>7:00</w:t>
            </w:r>
          </w:p>
        </w:tc>
        <w:tc>
          <w:tcPr>
            <w:tcW w:type="dxa" w:w="2880"/>
          </w:tcPr>
          <w:p>
            <w:r>
              <w:t>0</w:t>
            </w:r>
          </w:p>
        </w:tc>
      </w:tr>
      <w:tr>
        <w:tc>
          <w:tcPr>
            <w:tcW w:type="dxa" w:w="2880"/>
          </w:tcPr>
          <w:p>
            <w:r>
              <w:t>2023-04-01</w:t>
            </w:r>
          </w:p>
        </w:tc>
        <w:tc>
          <w:tcPr>
            <w:tcW w:type="dxa" w:w="2880"/>
          </w:tcPr>
          <w:p>
            <w:r>
              <w:t>3:00</w:t>
            </w:r>
          </w:p>
        </w:tc>
        <w:tc>
          <w:tcPr>
            <w:tcW w:type="dxa" w:w="2880"/>
          </w:tcPr>
          <w:p>
            <w:r>
              <w:t>0</w:t>
            </w:r>
          </w:p>
        </w:tc>
      </w:tr>
      <w:tr>
        <w:tc>
          <w:tcPr>
            <w:tcW w:type="dxa" w:w="2880"/>
          </w:tcPr>
          <w:p>
            <w:r>
              <w:t>2023-04-01</w:t>
            </w:r>
          </w:p>
        </w:tc>
        <w:tc>
          <w:tcPr>
            <w:tcW w:type="dxa" w:w="2880"/>
          </w:tcPr>
          <w:p>
            <w:r>
              <w:t>2:00</w:t>
            </w:r>
          </w:p>
        </w:tc>
        <w:tc>
          <w:tcPr>
            <w:tcW w:type="dxa" w:w="2880"/>
          </w:tcPr>
          <w:p>
            <w:r>
              <w:t>0</w:t>
            </w:r>
          </w:p>
        </w:tc>
      </w:tr>
      <w:tr>
        <w:tc>
          <w:tcPr>
            <w:tcW w:type="dxa" w:w="2880"/>
          </w:tcPr>
          <w:p>
            <w:r>
              <w:t>2023-04-01</w:t>
            </w:r>
          </w:p>
        </w:tc>
        <w:tc>
          <w:tcPr>
            <w:tcW w:type="dxa" w:w="2880"/>
          </w:tcPr>
          <w:p>
            <w:r>
              <w:t>Other</w:t>
            </w:r>
          </w:p>
        </w:tc>
        <w:tc>
          <w:tcPr>
            <w:tcW w:type="dxa" w:w="2880"/>
          </w:tcPr>
          <w:p>
            <w:r>
              <w:t>0</w:t>
            </w:r>
          </w:p>
        </w:tc>
      </w:tr>
      <w:tr>
        <w:tc>
          <w:tcPr>
            <w:tcW w:type="dxa" w:w="2880"/>
          </w:tcPr>
          <w:p>
            <w:r>
              <w:t>2023-05-01</w:t>
            </w:r>
          </w:p>
        </w:tc>
        <w:tc>
          <w:tcPr>
            <w:tcW w:type="dxa" w:w="2880"/>
          </w:tcPr>
          <w:p>
            <w:r>
              <w:t>4:00</w:t>
            </w:r>
          </w:p>
        </w:tc>
        <w:tc>
          <w:tcPr>
            <w:tcW w:type="dxa" w:w="2880"/>
          </w:tcPr>
          <w:p>
            <w:r>
              <w:t>0</w:t>
            </w:r>
          </w:p>
        </w:tc>
      </w:tr>
      <w:tr>
        <w:tc>
          <w:tcPr>
            <w:tcW w:type="dxa" w:w="2880"/>
          </w:tcPr>
          <w:p>
            <w:r>
              <w:t>2023-05-01</w:t>
            </w:r>
          </w:p>
        </w:tc>
        <w:tc>
          <w:tcPr>
            <w:tcW w:type="dxa" w:w="2880"/>
          </w:tcPr>
          <w:p>
            <w:r>
              <w:t>11:00</w:t>
            </w:r>
          </w:p>
        </w:tc>
        <w:tc>
          <w:tcPr>
            <w:tcW w:type="dxa" w:w="2880"/>
          </w:tcPr>
          <w:p>
            <w:r>
              <w:t>0</w:t>
            </w:r>
          </w:p>
        </w:tc>
      </w:tr>
      <w:tr>
        <w:tc>
          <w:tcPr>
            <w:tcW w:type="dxa" w:w="2880"/>
          </w:tcPr>
          <w:p>
            <w:r>
              <w:t>2023-05-01</w:t>
            </w:r>
          </w:p>
        </w:tc>
        <w:tc>
          <w:tcPr>
            <w:tcW w:type="dxa" w:w="2880"/>
          </w:tcPr>
          <w:p>
            <w:r>
              <w:t>7:00</w:t>
            </w:r>
          </w:p>
        </w:tc>
        <w:tc>
          <w:tcPr>
            <w:tcW w:type="dxa" w:w="2880"/>
          </w:tcPr>
          <w:p>
            <w:r>
              <w:t>0</w:t>
            </w:r>
          </w:p>
        </w:tc>
      </w:tr>
      <w:tr>
        <w:tc>
          <w:tcPr>
            <w:tcW w:type="dxa" w:w="2880"/>
          </w:tcPr>
          <w:p>
            <w:r>
              <w:t>2023-05-01</w:t>
            </w:r>
          </w:p>
        </w:tc>
        <w:tc>
          <w:tcPr>
            <w:tcW w:type="dxa" w:w="2880"/>
          </w:tcPr>
          <w:p>
            <w:r>
              <w:t>3:00</w:t>
            </w:r>
          </w:p>
        </w:tc>
        <w:tc>
          <w:tcPr>
            <w:tcW w:type="dxa" w:w="2880"/>
          </w:tcPr>
          <w:p>
            <w:r>
              <w:t>0</w:t>
            </w:r>
          </w:p>
        </w:tc>
      </w:tr>
      <w:tr>
        <w:tc>
          <w:tcPr>
            <w:tcW w:type="dxa" w:w="2880"/>
          </w:tcPr>
          <w:p>
            <w:r>
              <w:t>2023-05-01</w:t>
            </w:r>
          </w:p>
        </w:tc>
        <w:tc>
          <w:tcPr>
            <w:tcW w:type="dxa" w:w="2880"/>
          </w:tcPr>
          <w:p>
            <w:r>
              <w:t>2:00</w:t>
            </w:r>
          </w:p>
        </w:tc>
        <w:tc>
          <w:tcPr>
            <w:tcW w:type="dxa" w:w="2880"/>
          </w:tcPr>
          <w:p>
            <w:r>
              <w:t>0</w:t>
            </w:r>
          </w:p>
        </w:tc>
      </w:tr>
      <w:tr>
        <w:tc>
          <w:tcPr>
            <w:tcW w:type="dxa" w:w="2880"/>
          </w:tcPr>
          <w:p>
            <w:r>
              <w:t>2023-05-01</w:t>
            </w:r>
          </w:p>
        </w:tc>
        <w:tc>
          <w:tcPr>
            <w:tcW w:type="dxa" w:w="2880"/>
          </w:tcPr>
          <w:p>
            <w:r>
              <w:t>Other</w:t>
            </w:r>
          </w:p>
        </w:tc>
        <w:tc>
          <w:tcPr>
            <w:tcW w:type="dxa" w:w="2880"/>
          </w:tcPr>
          <w:p>
            <w:r>
              <w:t>0</w:t>
            </w:r>
          </w:p>
        </w:tc>
      </w:tr>
      <w:tr>
        <w:tc>
          <w:tcPr>
            <w:tcW w:type="dxa" w:w="2880"/>
          </w:tcPr>
          <w:p>
            <w:r>
              <w:t>2023-06-01</w:t>
            </w:r>
          </w:p>
        </w:tc>
        <w:tc>
          <w:tcPr>
            <w:tcW w:type="dxa" w:w="2880"/>
          </w:tcPr>
          <w:p>
            <w:r>
              <w:t>4:00</w:t>
            </w:r>
          </w:p>
        </w:tc>
        <w:tc>
          <w:tcPr>
            <w:tcW w:type="dxa" w:w="2880"/>
          </w:tcPr>
          <w:p>
            <w:r>
              <w:t>37</w:t>
            </w:r>
          </w:p>
        </w:tc>
      </w:tr>
      <w:tr>
        <w:tc>
          <w:tcPr>
            <w:tcW w:type="dxa" w:w="2880"/>
          </w:tcPr>
          <w:p>
            <w:r>
              <w:t>2023-06-01</w:t>
            </w:r>
          </w:p>
        </w:tc>
        <w:tc>
          <w:tcPr>
            <w:tcW w:type="dxa" w:w="2880"/>
          </w:tcPr>
          <w:p>
            <w:r>
              <w:t>11:00</w:t>
            </w:r>
          </w:p>
        </w:tc>
        <w:tc>
          <w:tcPr>
            <w:tcW w:type="dxa" w:w="2880"/>
          </w:tcPr>
          <w:p>
            <w:r>
              <w:t>32</w:t>
            </w:r>
          </w:p>
        </w:tc>
      </w:tr>
      <w:tr>
        <w:tc>
          <w:tcPr>
            <w:tcW w:type="dxa" w:w="2880"/>
          </w:tcPr>
          <w:p>
            <w:r>
              <w:t>2023-06-01</w:t>
            </w:r>
          </w:p>
        </w:tc>
        <w:tc>
          <w:tcPr>
            <w:tcW w:type="dxa" w:w="2880"/>
          </w:tcPr>
          <w:p>
            <w:r>
              <w:t>7:00</w:t>
            </w:r>
          </w:p>
        </w:tc>
        <w:tc>
          <w:tcPr>
            <w:tcW w:type="dxa" w:w="2880"/>
          </w:tcPr>
          <w:p>
            <w:r>
              <w:t>27</w:t>
            </w:r>
          </w:p>
        </w:tc>
      </w:tr>
      <w:tr>
        <w:tc>
          <w:tcPr>
            <w:tcW w:type="dxa" w:w="2880"/>
          </w:tcPr>
          <w:p>
            <w:r>
              <w:t>2023-06-01</w:t>
            </w:r>
          </w:p>
        </w:tc>
        <w:tc>
          <w:tcPr>
            <w:tcW w:type="dxa" w:w="2880"/>
          </w:tcPr>
          <w:p>
            <w:r>
              <w:t>3:00</w:t>
            </w:r>
          </w:p>
        </w:tc>
        <w:tc>
          <w:tcPr>
            <w:tcW w:type="dxa" w:w="2880"/>
          </w:tcPr>
          <w:p>
            <w:r>
              <w:t>38</w:t>
            </w:r>
          </w:p>
        </w:tc>
      </w:tr>
      <w:tr>
        <w:tc>
          <w:tcPr>
            <w:tcW w:type="dxa" w:w="2880"/>
          </w:tcPr>
          <w:p>
            <w:r>
              <w:t>2023-06-01</w:t>
            </w:r>
          </w:p>
        </w:tc>
        <w:tc>
          <w:tcPr>
            <w:tcW w:type="dxa" w:w="2880"/>
          </w:tcPr>
          <w:p>
            <w:r>
              <w:t>2:00</w:t>
            </w:r>
          </w:p>
        </w:tc>
        <w:tc>
          <w:tcPr>
            <w:tcW w:type="dxa" w:w="2880"/>
          </w:tcPr>
          <w:p>
            <w:r>
              <w:t>35</w:t>
            </w:r>
          </w:p>
        </w:tc>
      </w:tr>
      <w:tr>
        <w:tc>
          <w:tcPr>
            <w:tcW w:type="dxa" w:w="2880"/>
          </w:tcPr>
          <w:p>
            <w:r>
              <w:t>2023-06-01</w:t>
            </w:r>
          </w:p>
        </w:tc>
        <w:tc>
          <w:tcPr>
            <w:tcW w:type="dxa" w:w="2880"/>
          </w:tcPr>
          <w:p>
            <w:r>
              <w:t>Other</w:t>
            </w:r>
          </w:p>
        </w:tc>
        <w:tc>
          <w:tcPr>
            <w:tcW w:type="dxa" w:w="2880"/>
          </w:tcPr>
          <w:p>
            <w:r>
              <w:t>174</w:t>
            </w:r>
          </w:p>
        </w:tc>
      </w:tr>
      <w:tr>
        <w:tc>
          <w:tcPr>
            <w:tcW w:type="dxa" w:w="2880"/>
          </w:tcPr>
          <w:p>
            <w:r>
              <w:t>2023-07-01</w:t>
            </w:r>
          </w:p>
        </w:tc>
        <w:tc>
          <w:tcPr>
            <w:tcW w:type="dxa" w:w="2880"/>
          </w:tcPr>
          <w:p>
            <w:r>
              <w:t>4:00</w:t>
            </w:r>
          </w:p>
        </w:tc>
        <w:tc>
          <w:tcPr>
            <w:tcW w:type="dxa" w:w="2880"/>
          </w:tcPr>
          <w:p>
            <w:r>
              <w:t>0</w:t>
            </w:r>
          </w:p>
        </w:tc>
      </w:tr>
      <w:tr>
        <w:tc>
          <w:tcPr>
            <w:tcW w:type="dxa" w:w="2880"/>
          </w:tcPr>
          <w:p>
            <w:r>
              <w:t>2023-07-01</w:t>
            </w:r>
          </w:p>
        </w:tc>
        <w:tc>
          <w:tcPr>
            <w:tcW w:type="dxa" w:w="2880"/>
          </w:tcPr>
          <w:p>
            <w:r>
              <w:t>11:00</w:t>
            </w:r>
          </w:p>
        </w:tc>
        <w:tc>
          <w:tcPr>
            <w:tcW w:type="dxa" w:w="2880"/>
          </w:tcPr>
          <w:p>
            <w:r>
              <w:t>0</w:t>
            </w:r>
          </w:p>
        </w:tc>
      </w:tr>
      <w:tr>
        <w:tc>
          <w:tcPr>
            <w:tcW w:type="dxa" w:w="2880"/>
          </w:tcPr>
          <w:p>
            <w:r>
              <w:t>2023-07-01</w:t>
            </w:r>
          </w:p>
        </w:tc>
        <w:tc>
          <w:tcPr>
            <w:tcW w:type="dxa" w:w="2880"/>
          </w:tcPr>
          <w:p>
            <w:r>
              <w:t>7:00</w:t>
            </w:r>
          </w:p>
        </w:tc>
        <w:tc>
          <w:tcPr>
            <w:tcW w:type="dxa" w:w="2880"/>
          </w:tcPr>
          <w:p>
            <w:r>
              <w:t>0</w:t>
            </w:r>
          </w:p>
        </w:tc>
      </w:tr>
      <w:tr>
        <w:tc>
          <w:tcPr>
            <w:tcW w:type="dxa" w:w="2880"/>
          </w:tcPr>
          <w:p>
            <w:r>
              <w:t>2023-07-01</w:t>
            </w:r>
          </w:p>
        </w:tc>
        <w:tc>
          <w:tcPr>
            <w:tcW w:type="dxa" w:w="2880"/>
          </w:tcPr>
          <w:p>
            <w:r>
              <w:t>3:00</w:t>
            </w:r>
          </w:p>
        </w:tc>
        <w:tc>
          <w:tcPr>
            <w:tcW w:type="dxa" w:w="2880"/>
          </w:tcPr>
          <w:p>
            <w:r>
              <w:t>0</w:t>
            </w:r>
          </w:p>
        </w:tc>
      </w:tr>
      <w:tr>
        <w:tc>
          <w:tcPr>
            <w:tcW w:type="dxa" w:w="2880"/>
          </w:tcPr>
          <w:p>
            <w:r>
              <w:t>2023-07-01</w:t>
            </w:r>
          </w:p>
        </w:tc>
        <w:tc>
          <w:tcPr>
            <w:tcW w:type="dxa" w:w="2880"/>
          </w:tcPr>
          <w:p>
            <w:r>
              <w:t>2:00</w:t>
            </w:r>
          </w:p>
        </w:tc>
        <w:tc>
          <w:tcPr>
            <w:tcW w:type="dxa" w:w="2880"/>
          </w:tcPr>
          <w:p>
            <w:r>
              <w:t>0</w:t>
            </w:r>
          </w:p>
        </w:tc>
      </w:tr>
      <w:tr>
        <w:tc>
          <w:tcPr>
            <w:tcW w:type="dxa" w:w="2880"/>
          </w:tcPr>
          <w:p>
            <w:r>
              <w:t>2023-07-01</w:t>
            </w:r>
          </w:p>
        </w:tc>
        <w:tc>
          <w:tcPr>
            <w:tcW w:type="dxa" w:w="2880"/>
          </w:tcPr>
          <w:p>
            <w:r>
              <w:t>Other</w:t>
            </w:r>
          </w:p>
        </w:tc>
        <w:tc>
          <w:tcPr>
            <w:tcW w:type="dxa" w:w="2880"/>
          </w:tcPr>
          <w:p>
            <w:r>
              <w:t>0</w:t>
            </w:r>
          </w:p>
        </w:tc>
      </w:tr>
      <w:tr>
        <w:tc>
          <w:tcPr>
            <w:tcW w:type="dxa" w:w="2880"/>
          </w:tcPr>
          <w:p>
            <w:r>
              <w:t>2023-08-01</w:t>
            </w:r>
          </w:p>
        </w:tc>
        <w:tc>
          <w:tcPr>
            <w:tcW w:type="dxa" w:w="2880"/>
          </w:tcPr>
          <w:p>
            <w:r>
              <w:t>4:00</w:t>
            </w:r>
          </w:p>
        </w:tc>
        <w:tc>
          <w:tcPr>
            <w:tcW w:type="dxa" w:w="2880"/>
          </w:tcPr>
          <w:p>
            <w:r>
              <w:t>0</w:t>
            </w:r>
          </w:p>
        </w:tc>
      </w:tr>
      <w:tr>
        <w:tc>
          <w:tcPr>
            <w:tcW w:type="dxa" w:w="2880"/>
          </w:tcPr>
          <w:p>
            <w:r>
              <w:t>2023-08-01</w:t>
            </w:r>
          </w:p>
        </w:tc>
        <w:tc>
          <w:tcPr>
            <w:tcW w:type="dxa" w:w="2880"/>
          </w:tcPr>
          <w:p>
            <w:r>
              <w:t>11:00</w:t>
            </w:r>
          </w:p>
        </w:tc>
        <w:tc>
          <w:tcPr>
            <w:tcW w:type="dxa" w:w="2880"/>
          </w:tcPr>
          <w:p>
            <w:r>
              <w:t>0</w:t>
            </w:r>
          </w:p>
        </w:tc>
      </w:tr>
      <w:tr>
        <w:tc>
          <w:tcPr>
            <w:tcW w:type="dxa" w:w="2880"/>
          </w:tcPr>
          <w:p>
            <w:r>
              <w:t>2023-08-01</w:t>
            </w:r>
          </w:p>
        </w:tc>
        <w:tc>
          <w:tcPr>
            <w:tcW w:type="dxa" w:w="2880"/>
          </w:tcPr>
          <w:p>
            <w:r>
              <w:t>7:00</w:t>
            </w:r>
          </w:p>
        </w:tc>
        <w:tc>
          <w:tcPr>
            <w:tcW w:type="dxa" w:w="2880"/>
          </w:tcPr>
          <w:p>
            <w:r>
              <w:t>0</w:t>
            </w:r>
          </w:p>
        </w:tc>
      </w:tr>
      <w:tr>
        <w:tc>
          <w:tcPr>
            <w:tcW w:type="dxa" w:w="2880"/>
          </w:tcPr>
          <w:p>
            <w:r>
              <w:t>2023-08-01</w:t>
            </w:r>
          </w:p>
        </w:tc>
        <w:tc>
          <w:tcPr>
            <w:tcW w:type="dxa" w:w="2880"/>
          </w:tcPr>
          <w:p>
            <w:r>
              <w:t>3:00</w:t>
            </w:r>
          </w:p>
        </w:tc>
        <w:tc>
          <w:tcPr>
            <w:tcW w:type="dxa" w:w="2880"/>
          </w:tcPr>
          <w:p>
            <w:r>
              <w:t>0</w:t>
            </w:r>
          </w:p>
        </w:tc>
      </w:tr>
      <w:tr>
        <w:tc>
          <w:tcPr>
            <w:tcW w:type="dxa" w:w="2880"/>
          </w:tcPr>
          <w:p>
            <w:r>
              <w:t>2023-08-01</w:t>
            </w:r>
          </w:p>
        </w:tc>
        <w:tc>
          <w:tcPr>
            <w:tcW w:type="dxa" w:w="2880"/>
          </w:tcPr>
          <w:p>
            <w:r>
              <w:t>2:00</w:t>
            </w:r>
          </w:p>
        </w:tc>
        <w:tc>
          <w:tcPr>
            <w:tcW w:type="dxa" w:w="2880"/>
          </w:tcPr>
          <w:p>
            <w:r>
              <w:t>0</w:t>
            </w:r>
          </w:p>
        </w:tc>
      </w:tr>
      <w:tr>
        <w:tc>
          <w:tcPr>
            <w:tcW w:type="dxa" w:w="2880"/>
          </w:tcPr>
          <w:p>
            <w:r>
              <w:t>2023-08-01</w:t>
            </w:r>
          </w:p>
        </w:tc>
        <w:tc>
          <w:tcPr>
            <w:tcW w:type="dxa" w:w="2880"/>
          </w:tcPr>
          <w:p>
            <w:r>
              <w:t>Other</w:t>
            </w:r>
          </w:p>
        </w:tc>
        <w:tc>
          <w:tcPr>
            <w:tcW w:type="dxa" w:w="2880"/>
          </w:tcPr>
          <w:p>
            <w:r>
              <w:t>0</w:t>
            </w:r>
          </w:p>
        </w:tc>
      </w:tr>
      <w:tr>
        <w:tc>
          <w:tcPr>
            <w:tcW w:type="dxa" w:w="2880"/>
          </w:tcPr>
          <w:p>
            <w:r>
              <w:t>2023-09-01</w:t>
            </w:r>
          </w:p>
        </w:tc>
        <w:tc>
          <w:tcPr>
            <w:tcW w:type="dxa" w:w="2880"/>
          </w:tcPr>
          <w:p>
            <w:r>
              <w:t>4:00</w:t>
            </w:r>
          </w:p>
        </w:tc>
        <w:tc>
          <w:tcPr>
            <w:tcW w:type="dxa" w:w="2880"/>
          </w:tcPr>
          <w:p>
            <w:r>
              <w:t>0</w:t>
            </w:r>
          </w:p>
        </w:tc>
      </w:tr>
      <w:tr>
        <w:tc>
          <w:tcPr>
            <w:tcW w:type="dxa" w:w="2880"/>
          </w:tcPr>
          <w:p>
            <w:r>
              <w:t>2023-09-01</w:t>
            </w:r>
          </w:p>
        </w:tc>
        <w:tc>
          <w:tcPr>
            <w:tcW w:type="dxa" w:w="2880"/>
          </w:tcPr>
          <w:p>
            <w:r>
              <w:t>11:00</w:t>
            </w:r>
          </w:p>
        </w:tc>
        <w:tc>
          <w:tcPr>
            <w:tcW w:type="dxa" w:w="2880"/>
          </w:tcPr>
          <w:p>
            <w:r>
              <w:t>0</w:t>
            </w:r>
          </w:p>
        </w:tc>
      </w:tr>
      <w:tr>
        <w:tc>
          <w:tcPr>
            <w:tcW w:type="dxa" w:w="2880"/>
          </w:tcPr>
          <w:p>
            <w:r>
              <w:t>2023-09-01</w:t>
            </w:r>
          </w:p>
        </w:tc>
        <w:tc>
          <w:tcPr>
            <w:tcW w:type="dxa" w:w="2880"/>
          </w:tcPr>
          <w:p>
            <w:r>
              <w:t>7:00</w:t>
            </w:r>
          </w:p>
        </w:tc>
        <w:tc>
          <w:tcPr>
            <w:tcW w:type="dxa" w:w="2880"/>
          </w:tcPr>
          <w:p>
            <w:r>
              <w:t>0</w:t>
            </w:r>
          </w:p>
        </w:tc>
      </w:tr>
      <w:tr>
        <w:tc>
          <w:tcPr>
            <w:tcW w:type="dxa" w:w="2880"/>
          </w:tcPr>
          <w:p>
            <w:r>
              <w:t>2023-09-01</w:t>
            </w:r>
          </w:p>
        </w:tc>
        <w:tc>
          <w:tcPr>
            <w:tcW w:type="dxa" w:w="2880"/>
          </w:tcPr>
          <w:p>
            <w:r>
              <w:t>3:00</w:t>
            </w:r>
          </w:p>
        </w:tc>
        <w:tc>
          <w:tcPr>
            <w:tcW w:type="dxa" w:w="2880"/>
          </w:tcPr>
          <w:p>
            <w:r>
              <w:t>0</w:t>
            </w:r>
          </w:p>
        </w:tc>
      </w:tr>
      <w:tr>
        <w:tc>
          <w:tcPr>
            <w:tcW w:type="dxa" w:w="2880"/>
          </w:tcPr>
          <w:p>
            <w:r>
              <w:t>2023-09-01</w:t>
            </w:r>
          </w:p>
        </w:tc>
        <w:tc>
          <w:tcPr>
            <w:tcW w:type="dxa" w:w="2880"/>
          </w:tcPr>
          <w:p>
            <w:r>
              <w:t>2:00</w:t>
            </w:r>
          </w:p>
        </w:tc>
        <w:tc>
          <w:tcPr>
            <w:tcW w:type="dxa" w:w="2880"/>
          </w:tcPr>
          <w:p>
            <w:r>
              <w:t>0</w:t>
            </w:r>
          </w:p>
        </w:tc>
      </w:tr>
      <w:tr>
        <w:tc>
          <w:tcPr>
            <w:tcW w:type="dxa" w:w="2880"/>
          </w:tcPr>
          <w:p>
            <w:r>
              <w:t>2023-09-01</w:t>
            </w:r>
          </w:p>
        </w:tc>
        <w:tc>
          <w:tcPr>
            <w:tcW w:type="dxa" w:w="2880"/>
          </w:tcPr>
          <w:p>
            <w:r>
              <w:t>Other</w:t>
            </w:r>
          </w:p>
        </w:tc>
        <w:tc>
          <w:tcPr>
            <w:tcW w:type="dxa" w:w="2880"/>
          </w:tcPr>
          <w:p>
            <w:r>
              <w:t>0</w:t>
            </w:r>
          </w:p>
        </w:tc>
      </w:tr>
      <w:tr>
        <w:tc>
          <w:tcPr>
            <w:tcW w:type="dxa" w:w="2880"/>
          </w:tcPr>
          <w:p>
            <w:r>
              <w:t>2023-10-01</w:t>
            </w:r>
          </w:p>
        </w:tc>
        <w:tc>
          <w:tcPr>
            <w:tcW w:type="dxa" w:w="2880"/>
          </w:tcPr>
          <w:p>
            <w:r>
              <w:t>4:00</w:t>
            </w:r>
          </w:p>
        </w:tc>
        <w:tc>
          <w:tcPr>
            <w:tcW w:type="dxa" w:w="2880"/>
          </w:tcPr>
          <w:p>
            <w:r>
              <w:t>0</w:t>
            </w:r>
          </w:p>
        </w:tc>
      </w:tr>
      <w:tr>
        <w:tc>
          <w:tcPr>
            <w:tcW w:type="dxa" w:w="2880"/>
          </w:tcPr>
          <w:p>
            <w:r>
              <w:t>2023-10-01</w:t>
            </w:r>
          </w:p>
        </w:tc>
        <w:tc>
          <w:tcPr>
            <w:tcW w:type="dxa" w:w="2880"/>
          </w:tcPr>
          <w:p>
            <w:r>
              <w:t>11:00</w:t>
            </w:r>
          </w:p>
        </w:tc>
        <w:tc>
          <w:tcPr>
            <w:tcW w:type="dxa" w:w="2880"/>
          </w:tcPr>
          <w:p>
            <w:r>
              <w:t>0</w:t>
            </w:r>
          </w:p>
        </w:tc>
      </w:tr>
      <w:tr>
        <w:tc>
          <w:tcPr>
            <w:tcW w:type="dxa" w:w="2880"/>
          </w:tcPr>
          <w:p>
            <w:r>
              <w:t>2023-10-01</w:t>
            </w:r>
          </w:p>
        </w:tc>
        <w:tc>
          <w:tcPr>
            <w:tcW w:type="dxa" w:w="2880"/>
          </w:tcPr>
          <w:p>
            <w:r>
              <w:t>7:00</w:t>
            </w:r>
          </w:p>
        </w:tc>
        <w:tc>
          <w:tcPr>
            <w:tcW w:type="dxa" w:w="2880"/>
          </w:tcPr>
          <w:p>
            <w:r>
              <w:t>0</w:t>
            </w:r>
          </w:p>
        </w:tc>
      </w:tr>
      <w:tr>
        <w:tc>
          <w:tcPr>
            <w:tcW w:type="dxa" w:w="2880"/>
          </w:tcPr>
          <w:p>
            <w:r>
              <w:t>2023-10-01</w:t>
            </w:r>
          </w:p>
        </w:tc>
        <w:tc>
          <w:tcPr>
            <w:tcW w:type="dxa" w:w="2880"/>
          </w:tcPr>
          <w:p>
            <w:r>
              <w:t>3:00</w:t>
            </w:r>
          </w:p>
        </w:tc>
        <w:tc>
          <w:tcPr>
            <w:tcW w:type="dxa" w:w="2880"/>
          </w:tcPr>
          <w:p>
            <w:r>
              <w:t>0</w:t>
            </w:r>
          </w:p>
        </w:tc>
      </w:tr>
      <w:tr>
        <w:tc>
          <w:tcPr>
            <w:tcW w:type="dxa" w:w="2880"/>
          </w:tcPr>
          <w:p>
            <w:r>
              <w:t>2023-10-01</w:t>
            </w:r>
          </w:p>
        </w:tc>
        <w:tc>
          <w:tcPr>
            <w:tcW w:type="dxa" w:w="2880"/>
          </w:tcPr>
          <w:p>
            <w:r>
              <w:t>2:00</w:t>
            </w:r>
          </w:p>
        </w:tc>
        <w:tc>
          <w:tcPr>
            <w:tcW w:type="dxa" w:w="2880"/>
          </w:tcPr>
          <w:p>
            <w:r>
              <w:t>0</w:t>
            </w:r>
          </w:p>
        </w:tc>
      </w:tr>
      <w:tr>
        <w:tc>
          <w:tcPr>
            <w:tcW w:type="dxa" w:w="2880"/>
          </w:tcPr>
          <w:p>
            <w:r>
              <w:t>2023-10-01</w:t>
            </w:r>
          </w:p>
        </w:tc>
        <w:tc>
          <w:tcPr>
            <w:tcW w:type="dxa" w:w="2880"/>
          </w:tcPr>
          <w:p>
            <w:r>
              <w:t>Other</w:t>
            </w:r>
          </w:p>
        </w:tc>
        <w:tc>
          <w:tcPr>
            <w:tcW w:type="dxa" w:w="2880"/>
          </w:tcPr>
          <w:p>
            <w:r>
              <w:t>0</w:t>
            </w:r>
          </w:p>
        </w:tc>
      </w:tr>
      <w:tr>
        <w:tc>
          <w:tcPr>
            <w:tcW w:type="dxa" w:w="2880"/>
          </w:tcPr>
          <w:p>
            <w:r>
              <w:t>2023-11-01</w:t>
            </w:r>
          </w:p>
        </w:tc>
        <w:tc>
          <w:tcPr>
            <w:tcW w:type="dxa" w:w="2880"/>
          </w:tcPr>
          <w:p>
            <w:r>
              <w:t>4:00</w:t>
            </w:r>
          </w:p>
        </w:tc>
        <w:tc>
          <w:tcPr>
            <w:tcW w:type="dxa" w:w="2880"/>
          </w:tcPr>
          <w:p>
            <w:r>
              <w:t>0</w:t>
            </w:r>
          </w:p>
        </w:tc>
      </w:tr>
      <w:tr>
        <w:tc>
          <w:tcPr>
            <w:tcW w:type="dxa" w:w="2880"/>
          </w:tcPr>
          <w:p>
            <w:r>
              <w:t>2023-11-01</w:t>
            </w:r>
          </w:p>
        </w:tc>
        <w:tc>
          <w:tcPr>
            <w:tcW w:type="dxa" w:w="2880"/>
          </w:tcPr>
          <w:p>
            <w:r>
              <w:t>11:00</w:t>
            </w:r>
          </w:p>
        </w:tc>
        <w:tc>
          <w:tcPr>
            <w:tcW w:type="dxa" w:w="2880"/>
          </w:tcPr>
          <w:p>
            <w:r>
              <w:t>0</w:t>
            </w:r>
          </w:p>
        </w:tc>
      </w:tr>
      <w:tr>
        <w:tc>
          <w:tcPr>
            <w:tcW w:type="dxa" w:w="2880"/>
          </w:tcPr>
          <w:p>
            <w:r>
              <w:t>2023-11-01</w:t>
            </w:r>
          </w:p>
        </w:tc>
        <w:tc>
          <w:tcPr>
            <w:tcW w:type="dxa" w:w="2880"/>
          </w:tcPr>
          <w:p>
            <w:r>
              <w:t>7:00</w:t>
            </w:r>
          </w:p>
        </w:tc>
        <w:tc>
          <w:tcPr>
            <w:tcW w:type="dxa" w:w="2880"/>
          </w:tcPr>
          <w:p>
            <w:r>
              <w:t>0</w:t>
            </w:r>
          </w:p>
        </w:tc>
      </w:tr>
      <w:tr>
        <w:tc>
          <w:tcPr>
            <w:tcW w:type="dxa" w:w="2880"/>
          </w:tcPr>
          <w:p>
            <w:r>
              <w:t>2023-11-01</w:t>
            </w:r>
          </w:p>
        </w:tc>
        <w:tc>
          <w:tcPr>
            <w:tcW w:type="dxa" w:w="2880"/>
          </w:tcPr>
          <w:p>
            <w:r>
              <w:t>3:00</w:t>
            </w:r>
          </w:p>
        </w:tc>
        <w:tc>
          <w:tcPr>
            <w:tcW w:type="dxa" w:w="2880"/>
          </w:tcPr>
          <w:p>
            <w:r>
              <w:t>0</w:t>
            </w:r>
          </w:p>
        </w:tc>
      </w:tr>
      <w:tr>
        <w:tc>
          <w:tcPr>
            <w:tcW w:type="dxa" w:w="2880"/>
          </w:tcPr>
          <w:p>
            <w:r>
              <w:t>2023-11-01</w:t>
            </w:r>
          </w:p>
        </w:tc>
        <w:tc>
          <w:tcPr>
            <w:tcW w:type="dxa" w:w="2880"/>
          </w:tcPr>
          <w:p>
            <w:r>
              <w:t>2:00</w:t>
            </w:r>
          </w:p>
        </w:tc>
        <w:tc>
          <w:tcPr>
            <w:tcW w:type="dxa" w:w="2880"/>
          </w:tcPr>
          <w:p>
            <w:r>
              <w:t>0</w:t>
            </w:r>
          </w:p>
        </w:tc>
      </w:tr>
      <w:tr>
        <w:tc>
          <w:tcPr>
            <w:tcW w:type="dxa" w:w="2880"/>
          </w:tcPr>
          <w:p>
            <w:r>
              <w:t>2023-11-01</w:t>
            </w:r>
          </w:p>
        </w:tc>
        <w:tc>
          <w:tcPr>
            <w:tcW w:type="dxa" w:w="2880"/>
          </w:tcPr>
          <w:p>
            <w:r>
              <w:t>Other</w:t>
            </w:r>
          </w:p>
        </w:tc>
        <w:tc>
          <w:tcPr>
            <w:tcW w:type="dxa" w:w="2880"/>
          </w:tcPr>
          <w:p>
            <w:r>
              <w:t>0</w:t>
            </w:r>
          </w:p>
        </w:tc>
      </w:tr>
      <w:tr>
        <w:tc>
          <w:tcPr>
            <w:tcW w:type="dxa" w:w="2880"/>
          </w:tcPr>
          <w:p>
            <w:r>
              <w:t>2023-12-01</w:t>
            </w:r>
          </w:p>
        </w:tc>
        <w:tc>
          <w:tcPr>
            <w:tcW w:type="dxa" w:w="2880"/>
          </w:tcPr>
          <w:p>
            <w:r>
              <w:t>4:00</w:t>
            </w:r>
          </w:p>
        </w:tc>
        <w:tc>
          <w:tcPr>
            <w:tcW w:type="dxa" w:w="2880"/>
          </w:tcPr>
          <w:p>
            <w:r>
              <w:t>0</w:t>
            </w:r>
          </w:p>
        </w:tc>
      </w:tr>
      <w:tr>
        <w:tc>
          <w:tcPr>
            <w:tcW w:type="dxa" w:w="2880"/>
          </w:tcPr>
          <w:p>
            <w:r>
              <w:t>2023-12-01</w:t>
            </w:r>
          </w:p>
        </w:tc>
        <w:tc>
          <w:tcPr>
            <w:tcW w:type="dxa" w:w="2880"/>
          </w:tcPr>
          <w:p>
            <w:r>
              <w:t>11:00</w:t>
            </w:r>
          </w:p>
        </w:tc>
        <w:tc>
          <w:tcPr>
            <w:tcW w:type="dxa" w:w="2880"/>
          </w:tcPr>
          <w:p>
            <w:r>
              <w:t>0</w:t>
            </w:r>
          </w:p>
        </w:tc>
      </w:tr>
      <w:tr>
        <w:tc>
          <w:tcPr>
            <w:tcW w:type="dxa" w:w="2880"/>
          </w:tcPr>
          <w:p>
            <w:r>
              <w:t>2023-12-01</w:t>
            </w:r>
          </w:p>
        </w:tc>
        <w:tc>
          <w:tcPr>
            <w:tcW w:type="dxa" w:w="2880"/>
          </w:tcPr>
          <w:p>
            <w:r>
              <w:t>7:00</w:t>
            </w:r>
          </w:p>
        </w:tc>
        <w:tc>
          <w:tcPr>
            <w:tcW w:type="dxa" w:w="2880"/>
          </w:tcPr>
          <w:p>
            <w:r>
              <w:t>0</w:t>
            </w:r>
          </w:p>
        </w:tc>
      </w:tr>
      <w:tr>
        <w:tc>
          <w:tcPr>
            <w:tcW w:type="dxa" w:w="2880"/>
          </w:tcPr>
          <w:p>
            <w:r>
              <w:t>2023-12-01</w:t>
            </w:r>
          </w:p>
        </w:tc>
        <w:tc>
          <w:tcPr>
            <w:tcW w:type="dxa" w:w="2880"/>
          </w:tcPr>
          <w:p>
            <w:r>
              <w:t>3:00</w:t>
            </w:r>
          </w:p>
        </w:tc>
        <w:tc>
          <w:tcPr>
            <w:tcW w:type="dxa" w:w="2880"/>
          </w:tcPr>
          <w:p>
            <w:r>
              <w:t>0</w:t>
            </w:r>
          </w:p>
        </w:tc>
      </w:tr>
      <w:tr>
        <w:tc>
          <w:tcPr>
            <w:tcW w:type="dxa" w:w="2880"/>
          </w:tcPr>
          <w:p>
            <w:r>
              <w:t>2023-12-01</w:t>
            </w:r>
          </w:p>
        </w:tc>
        <w:tc>
          <w:tcPr>
            <w:tcW w:type="dxa" w:w="2880"/>
          </w:tcPr>
          <w:p>
            <w:r>
              <w:t>2:00</w:t>
            </w:r>
          </w:p>
        </w:tc>
        <w:tc>
          <w:tcPr>
            <w:tcW w:type="dxa" w:w="2880"/>
          </w:tcPr>
          <w:p>
            <w:r>
              <w:t>0</w:t>
            </w:r>
          </w:p>
        </w:tc>
      </w:tr>
      <w:tr>
        <w:tc>
          <w:tcPr>
            <w:tcW w:type="dxa" w:w="2880"/>
          </w:tcPr>
          <w:p>
            <w:r>
              <w:t>2023-12-01</w:t>
            </w:r>
          </w:p>
        </w:tc>
        <w:tc>
          <w:tcPr>
            <w:tcW w:type="dxa" w:w="2880"/>
          </w:tcPr>
          <w:p>
            <w:r>
              <w:t>Other</w:t>
            </w:r>
          </w:p>
        </w:tc>
        <w:tc>
          <w:tcPr>
            <w:tcW w:type="dxa" w:w="2880"/>
          </w:tcPr>
          <w:p>
            <w:r>
              <w:t>0</w:t>
            </w:r>
          </w:p>
        </w:tc>
      </w:tr>
      <w:tr>
        <w:tc>
          <w:tcPr>
            <w:tcW w:type="dxa" w:w="2880"/>
          </w:tcPr>
          <w:p>
            <w:r>
              <w:t>2024-01-01</w:t>
            </w:r>
          </w:p>
        </w:tc>
        <w:tc>
          <w:tcPr>
            <w:tcW w:type="dxa" w:w="2880"/>
          </w:tcPr>
          <w:p>
            <w:r>
              <w:t>4:00</w:t>
            </w:r>
          </w:p>
        </w:tc>
        <w:tc>
          <w:tcPr>
            <w:tcW w:type="dxa" w:w="2880"/>
          </w:tcPr>
          <w:p>
            <w:r>
              <w:t>0</w:t>
            </w:r>
          </w:p>
        </w:tc>
      </w:tr>
      <w:tr>
        <w:tc>
          <w:tcPr>
            <w:tcW w:type="dxa" w:w="2880"/>
          </w:tcPr>
          <w:p>
            <w:r>
              <w:t>2024-01-01</w:t>
            </w:r>
          </w:p>
        </w:tc>
        <w:tc>
          <w:tcPr>
            <w:tcW w:type="dxa" w:w="2880"/>
          </w:tcPr>
          <w:p>
            <w:r>
              <w:t>11:00</w:t>
            </w:r>
          </w:p>
        </w:tc>
        <w:tc>
          <w:tcPr>
            <w:tcW w:type="dxa" w:w="2880"/>
          </w:tcPr>
          <w:p>
            <w:r>
              <w:t>0</w:t>
            </w:r>
          </w:p>
        </w:tc>
      </w:tr>
      <w:tr>
        <w:tc>
          <w:tcPr>
            <w:tcW w:type="dxa" w:w="2880"/>
          </w:tcPr>
          <w:p>
            <w:r>
              <w:t>2024-01-01</w:t>
            </w:r>
          </w:p>
        </w:tc>
        <w:tc>
          <w:tcPr>
            <w:tcW w:type="dxa" w:w="2880"/>
          </w:tcPr>
          <w:p>
            <w:r>
              <w:t>7:00</w:t>
            </w:r>
          </w:p>
        </w:tc>
        <w:tc>
          <w:tcPr>
            <w:tcW w:type="dxa" w:w="2880"/>
          </w:tcPr>
          <w:p>
            <w:r>
              <w:t>0</w:t>
            </w:r>
          </w:p>
        </w:tc>
      </w:tr>
      <w:tr>
        <w:tc>
          <w:tcPr>
            <w:tcW w:type="dxa" w:w="2880"/>
          </w:tcPr>
          <w:p>
            <w:r>
              <w:t>2024-01-01</w:t>
            </w:r>
          </w:p>
        </w:tc>
        <w:tc>
          <w:tcPr>
            <w:tcW w:type="dxa" w:w="2880"/>
          </w:tcPr>
          <w:p>
            <w:r>
              <w:t>3:00</w:t>
            </w:r>
          </w:p>
        </w:tc>
        <w:tc>
          <w:tcPr>
            <w:tcW w:type="dxa" w:w="2880"/>
          </w:tcPr>
          <w:p>
            <w:r>
              <w:t>0</w:t>
            </w:r>
          </w:p>
        </w:tc>
      </w:tr>
      <w:tr>
        <w:tc>
          <w:tcPr>
            <w:tcW w:type="dxa" w:w="2880"/>
          </w:tcPr>
          <w:p>
            <w:r>
              <w:t>2024-01-01</w:t>
            </w:r>
          </w:p>
        </w:tc>
        <w:tc>
          <w:tcPr>
            <w:tcW w:type="dxa" w:w="2880"/>
          </w:tcPr>
          <w:p>
            <w:r>
              <w:t>2:00</w:t>
            </w:r>
          </w:p>
        </w:tc>
        <w:tc>
          <w:tcPr>
            <w:tcW w:type="dxa" w:w="2880"/>
          </w:tcPr>
          <w:p>
            <w:r>
              <w:t>0</w:t>
            </w:r>
          </w:p>
        </w:tc>
      </w:tr>
      <w:tr>
        <w:tc>
          <w:tcPr>
            <w:tcW w:type="dxa" w:w="2880"/>
          </w:tcPr>
          <w:p>
            <w:r>
              <w:t>2024-01-01</w:t>
            </w:r>
          </w:p>
        </w:tc>
        <w:tc>
          <w:tcPr>
            <w:tcW w:type="dxa" w:w="2880"/>
          </w:tcPr>
          <w:p>
            <w:r>
              <w:t>Other</w:t>
            </w:r>
          </w:p>
        </w:tc>
        <w:tc>
          <w:tcPr>
            <w:tcW w:type="dxa" w:w="2880"/>
          </w:tcPr>
          <w:p>
            <w:r>
              <w:t>0</w:t>
            </w:r>
          </w:p>
        </w:tc>
      </w:tr>
      <w:tr>
        <w:tc>
          <w:tcPr>
            <w:tcW w:type="dxa" w:w="2880"/>
          </w:tcPr>
          <w:p>
            <w:r>
              <w:t>2024-02-01</w:t>
            </w:r>
          </w:p>
        </w:tc>
        <w:tc>
          <w:tcPr>
            <w:tcW w:type="dxa" w:w="2880"/>
          </w:tcPr>
          <w:p>
            <w:r>
              <w:t>4:00</w:t>
            </w:r>
          </w:p>
        </w:tc>
        <w:tc>
          <w:tcPr>
            <w:tcW w:type="dxa" w:w="2880"/>
          </w:tcPr>
          <w:p>
            <w:r>
              <w:t>0</w:t>
            </w:r>
          </w:p>
        </w:tc>
      </w:tr>
      <w:tr>
        <w:tc>
          <w:tcPr>
            <w:tcW w:type="dxa" w:w="2880"/>
          </w:tcPr>
          <w:p>
            <w:r>
              <w:t>2024-02-01</w:t>
            </w:r>
          </w:p>
        </w:tc>
        <w:tc>
          <w:tcPr>
            <w:tcW w:type="dxa" w:w="2880"/>
          </w:tcPr>
          <w:p>
            <w:r>
              <w:t>11:00</w:t>
            </w:r>
          </w:p>
        </w:tc>
        <w:tc>
          <w:tcPr>
            <w:tcW w:type="dxa" w:w="2880"/>
          </w:tcPr>
          <w:p>
            <w:r>
              <w:t>0</w:t>
            </w:r>
          </w:p>
        </w:tc>
      </w:tr>
      <w:tr>
        <w:tc>
          <w:tcPr>
            <w:tcW w:type="dxa" w:w="2880"/>
          </w:tcPr>
          <w:p>
            <w:r>
              <w:t>2024-02-01</w:t>
            </w:r>
          </w:p>
        </w:tc>
        <w:tc>
          <w:tcPr>
            <w:tcW w:type="dxa" w:w="2880"/>
          </w:tcPr>
          <w:p>
            <w:r>
              <w:t>7:00</w:t>
            </w:r>
          </w:p>
        </w:tc>
        <w:tc>
          <w:tcPr>
            <w:tcW w:type="dxa" w:w="2880"/>
          </w:tcPr>
          <w:p>
            <w:r>
              <w:t>0</w:t>
            </w:r>
          </w:p>
        </w:tc>
      </w:tr>
      <w:tr>
        <w:tc>
          <w:tcPr>
            <w:tcW w:type="dxa" w:w="2880"/>
          </w:tcPr>
          <w:p>
            <w:r>
              <w:t>2024-02-01</w:t>
            </w:r>
          </w:p>
        </w:tc>
        <w:tc>
          <w:tcPr>
            <w:tcW w:type="dxa" w:w="2880"/>
          </w:tcPr>
          <w:p>
            <w:r>
              <w:t>3:00</w:t>
            </w:r>
          </w:p>
        </w:tc>
        <w:tc>
          <w:tcPr>
            <w:tcW w:type="dxa" w:w="2880"/>
          </w:tcPr>
          <w:p>
            <w:r>
              <w:t>0</w:t>
            </w:r>
          </w:p>
        </w:tc>
      </w:tr>
      <w:tr>
        <w:tc>
          <w:tcPr>
            <w:tcW w:type="dxa" w:w="2880"/>
          </w:tcPr>
          <w:p>
            <w:r>
              <w:t>2024-02-01</w:t>
            </w:r>
          </w:p>
        </w:tc>
        <w:tc>
          <w:tcPr>
            <w:tcW w:type="dxa" w:w="2880"/>
          </w:tcPr>
          <w:p>
            <w:r>
              <w:t>2:00</w:t>
            </w:r>
          </w:p>
        </w:tc>
        <w:tc>
          <w:tcPr>
            <w:tcW w:type="dxa" w:w="2880"/>
          </w:tcPr>
          <w:p>
            <w:r>
              <w:t>0</w:t>
            </w:r>
          </w:p>
        </w:tc>
      </w:tr>
      <w:tr>
        <w:tc>
          <w:tcPr>
            <w:tcW w:type="dxa" w:w="2880"/>
          </w:tcPr>
          <w:p>
            <w:r>
              <w:t>2024-02-01</w:t>
            </w:r>
          </w:p>
        </w:tc>
        <w:tc>
          <w:tcPr>
            <w:tcW w:type="dxa" w:w="2880"/>
          </w:tcPr>
          <w:p>
            <w:r>
              <w:t>Other</w:t>
            </w:r>
          </w:p>
        </w:tc>
        <w:tc>
          <w:tcPr>
            <w:tcW w:type="dxa" w:w="2880"/>
          </w:tcPr>
          <w:p>
            <w:r>
              <w:t>0</w:t>
            </w:r>
          </w:p>
        </w:tc>
      </w:tr>
      <w:tr>
        <w:tc>
          <w:tcPr>
            <w:tcW w:type="dxa" w:w="2880"/>
          </w:tcPr>
          <w:p>
            <w:r>
              <w:t>2024-03-01</w:t>
            </w:r>
          </w:p>
        </w:tc>
        <w:tc>
          <w:tcPr>
            <w:tcW w:type="dxa" w:w="2880"/>
          </w:tcPr>
          <w:p>
            <w:r>
              <w:t>4:00</w:t>
            </w:r>
          </w:p>
        </w:tc>
        <w:tc>
          <w:tcPr>
            <w:tcW w:type="dxa" w:w="2880"/>
          </w:tcPr>
          <w:p>
            <w:r>
              <w:t>0</w:t>
            </w:r>
          </w:p>
        </w:tc>
      </w:tr>
      <w:tr>
        <w:tc>
          <w:tcPr>
            <w:tcW w:type="dxa" w:w="2880"/>
          </w:tcPr>
          <w:p>
            <w:r>
              <w:t>2024-03-01</w:t>
            </w:r>
          </w:p>
        </w:tc>
        <w:tc>
          <w:tcPr>
            <w:tcW w:type="dxa" w:w="2880"/>
          </w:tcPr>
          <w:p>
            <w:r>
              <w:t>11:00</w:t>
            </w:r>
          </w:p>
        </w:tc>
        <w:tc>
          <w:tcPr>
            <w:tcW w:type="dxa" w:w="2880"/>
          </w:tcPr>
          <w:p>
            <w:r>
              <w:t>0</w:t>
            </w:r>
          </w:p>
        </w:tc>
      </w:tr>
      <w:tr>
        <w:tc>
          <w:tcPr>
            <w:tcW w:type="dxa" w:w="2880"/>
          </w:tcPr>
          <w:p>
            <w:r>
              <w:t>2024-03-01</w:t>
            </w:r>
          </w:p>
        </w:tc>
        <w:tc>
          <w:tcPr>
            <w:tcW w:type="dxa" w:w="2880"/>
          </w:tcPr>
          <w:p>
            <w:r>
              <w:t>7:00</w:t>
            </w:r>
          </w:p>
        </w:tc>
        <w:tc>
          <w:tcPr>
            <w:tcW w:type="dxa" w:w="2880"/>
          </w:tcPr>
          <w:p>
            <w:r>
              <w:t>0</w:t>
            </w:r>
          </w:p>
        </w:tc>
      </w:tr>
      <w:tr>
        <w:tc>
          <w:tcPr>
            <w:tcW w:type="dxa" w:w="2880"/>
          </w:tcPr>
          <w:p>
            <w:r>
              <w:t>2024-03-01</w:t>
            </w:r>
          </w:p>
        </w:tc>
        <w:tc>
          <w:tcPr>
            <w:tcW w:type="dxa" w:w="2880"/>
          </w:tcPr>
          <w:p>
            <w:r>
              <w:t>3:00</w:t>
            </w:r>
          </w:p>
        </w:tc>
        <w:tc>
          <w:tcPr>
            <w:tcW w:type="dxa" w:w="2880"/>
          </w:tcPr>
          <w:p>
            <w:r>
              <w:t>0</w:t>
            </w:r>
          </w:p>
        </w:tc>
      </w:tr>
      <w:tr>
        <w:tc>
          <w:tcPr>
            <w:tcW w:type="dxa" w:w="2880"/>
          </w:tcPr>
          <w:p>
            <w:r>
              <w:t>2024-03-01</w:t>
            </w:r>
          </w:p>
        </w:tc>
        <w:tc>
          <w:tcPr>
            <w:tcW w:type="dxa" w:w="2880"/>
          </w:tcPr>
          <w:p>
            <w:r>
              <w:t>2:00</w:t>
            </w:r>
          </w:p>
        </w:tc>
        <w:tc>
          <w:tcPr>
            <w:tcW w:type="dxa" w:w="2880"/>
          </w:tcPr>
          <w:p>
            <w:r>
              <w:t>0</w:t>
            </w:r>
          </w:p>
        </w:tc>
      </w:tr>
      <w:tr>
        <w:tc>
          <w:tcPr>
            <w:tcW w:type="dxa" w:w="2880"/>
          </w:tcPr>
          <w:p>
            <w:r>
              <w:t>2024-03-01</w:t>
            </w:r>
          </w:p>
        </w:tc>
        <w:tc>
          <w:tcPr>
            <w:tcW w:type="dxa" w:w="2880"/>
          </w:tcPr>
          <w:p>
            <w:r>
              <w:t>Other</w:t>
            </w:r>
          </w:p>
        </w:tc>
        <w:tc>
          <w:tcPr>
            <w:tcW w:type="dxa" w:w="2880"/>
          </w:tcPr>
          <w:p>
            <w:r>
              <w:t>0</w:t>
            </w:r>
          </w:p>
        </w:tc>
      </w:tr>
      <w:tr>
        <w:tc>
          <w:tcPr>
            <w:tcW w:type="dxa" w:w="2880"/>
          </w:tcPr>
          <w:p>
            <w:r>
              <w:t>2024-04-01</w:t>
            </w:r>
          </w:p>
        </w:tc>
        <w:tc>
          <w:tcPr>
            <w:tcW w:type="dxa" w:w="2880"/>
          </w:tcPr>
          <w:p>
            <w:r>
              <w:t>4:00</w:t>
            </w:r>
          </w:p>
        </w:tc>
        <w:tc>
          <w:tcPr>
            <w:tcW w:type="dxa" w:w="2880"/>
          </w:tcPr>
          <w:p>
            <w:r>
              <w:t>0</w:t>
            </w:r>
          </w:p>
        </w:tc>
      </w:tr>
      <w:tr>
        <w:tc>
          <w:tcPr>
            <w:tcW w:type="dxa" w:w="2880"/>
          </w:tcPr>
          <w:p>
            <w:r>
              <w:t>2024-04-01</w:t>
            </w:r>
          </w:p>
        </w:tc>
        <w:tc>
          <w:tcPr>
            <w:tcW w:type="dxa" w:w="2880"/>
          </w:tcPr>
          <w:p>
            <w:r>
              <w:t>11:00</w:t>
            </w:r>
          </w:p>
        </w:tc>
        <w:tc>
          <w:tcPr>
            <w:tcW w:type="dxa" w:w="2880"/>
          </w:tcPr>
          <w:p>
            <w:r>
              <w:t>0</w:t>
            </w:r>
          </w:p>
        </w:tc>
      </w:tr>
      <w:tr>
        <w:tc>
          <w:tcPr>
            <w:tcW w:type="dxa" w:w="2880"/>
          </w:tcPr>
          <w:p>
            <w:r>
              <w:t>2024-04-01</w:t>
            </w:r>
          </w:p>
        </w:tc>
        <w:tc>
          <w:tcPr>
            <w:tcW w:type="dxa" w:w="2880"/>
          </w:tcPr>
          <w:p>
            <w:r>
              <w:t>7:00</w:t>
            </w:r>
          </w:p>
        </w:tc>
        <w:tc>
          <w:tcPr>
            <w:tcW w:type="dxa" w:w="2880"/>
          </w:tcPr>
          <w:p>
            <w:r>
              <w:t>0</w:t>
            </w:r>
          </w:p>
        </w:tc>
      </w:tr>
      <w:tr>
        <w:tc>
          <w:tcPr>
            <w:tcW w:type="dxa" w:w="2880"/>
          </w:tcPr>
          <w:p>
            <w:r>
              <w:t>2024-04-01</w:t>
            </w:r>
          </w:p>
        </w:tc>
        <w:tc>
          <w:tcPr>
            <w:tcW w:type="dxa" w:w="2880"/>
          </w:tcPr>
          <w:p>
            <w:r>
              <w:t>3:00</w:t>
            </w:r>
          </w:p>
        </w:tc>
        <w:tc>
          <w:tcPr>
            <w:tcW w:type="dxa" w:w="2880"/>
          </w:tcPr>
          <w:p>
            <w:r>
              <w:t>0</w:t>
            </w:r>
          </w:p>
        </w:tc>
      </w:tr>
      <w:tr>
        <w:tc>
          <w:tcPr>
            <w:tcW w:type="dxa" w:w="2880"/>
          </w:tcPr>
          <w:p>
            <w:r>
              <w:t>2024-04-01</w:t>
            </w:r>
          </w:p>
        </w:tc>
        <w:tc>
          <w:tcPr>
            <w:tcW w:type="dxa" w:w="2880"/>
          </w:tcPr>
          <w:p>
            <w:r>
              <w:t>2:00</w:t>
            </w:r>
          </w:p>
        </w:tc>
        <w:tc>
          <w:tcPr>
            <w:tcW w:type="dxa" w:w="2880"/>
          </w:tcPr>
          <w:p>
            <w:r>
              <w:t>0</w:t>
            </w:r>
          </w:p>
        </w:tc>
      </w:tr>
      <w:tr>
        <w:tc>
          <w:tcPr>
            <w:tcW w:type="dxa" w:w="2880"/>
          </w:tcPr>
          <w:p>
            <w:r>
              <w:t>2024-04-01</w:t>
            </w:r>
          </w:p>
        </w:tc>
        <w:tc>
          <w:tcPr>
            <w:tcW w:type="dxa" w:w="2880"/>
          </w:tcPr>
          <w:p>
            <w:r>
              <w:t>Other</w:t>
            </w:r>
          </w:p>
        </w:tc>
        <w:tc>
          <w:tcPr>
            <w:tcW w:type="dxa" w:w="2880"/>
          </w:tcPr>
          <w:p>
            <w:r>
              <w:t>0</w:t>
            </w:r>
          </w:p>
        </w:tc>
      </w:tr>
      <w:tr>
        <w:tc>
          <w:tcPr>
            <w:tcW w:type="dxa" w:w="2880"/>
          </w:tcPr>
          <w:p>
            <w:r>
              <w:t>2024-05-01</w:t>
            </w:r>
          </w:p>
        </w:tc>
        <w:tc>
          <w:tcPr>
            <w:tcW w:type="dxa" w:w="2880"/>
          </w:tcPr>
          <w:p>
            <w:r>
              <w:t>4:00</w:t>
            </w:r>
          </w:p>
        </w:tc>
        <w:tc>
          <w:tcPr>
            <w:tcW w:type="dxa" w:w="2880"/>
          </w:tcPr>
          <w:p>
            <w:r>
              <w:t>0</w:t>
            </w:r>
          </w:p>
        </w:tc>
      </w:tr>
      <w:tr>
        <w:tc>
          <w:tcPr>
            <w:tcW w:type="dxa" w:w="2880"/>
          </w:tcPr>
          <w:p>
            <w:r>
              <w:t>2024-05-01</w:t>
            </w:r>
          </w:p>
        </w:tc>
        <w:tc>
          <w:tcPr>
            <w:tcW w:type="dxa" w:w="2880"/>
          </w:tcPr>
          <w:p>
            <w:r>
              <w:t>11:00</w:t>
            </w:r>
          </w:p>
        </w:tc>
        <w:tc>
          <w:tcPr>
            <w:tcW w:type="dxa" w:w="2880"/>
          </w:tcPr>
          <w:p>
            <w:r>
              <w:t>0</w:t>
            </w:r>
          </w:p>
        </w:tc>
      </w:tr>
      <w:tr>
        <w:tc>
          <w:tcPr>
            <w:tcW w:type="dxa" w:w="2880"/>
          </w:tcPr>
          <w:p>
            <w:r>
              <w:t>2024-05-01</w:t>
            </w:r>
          </w:p>
        </w:tc>
        <w:tc>
          <w:tcPr>
            <w:tcW w:type="dxa" w:w="2880"/>
          </w:tcPr>
          <w:p>
            <w:r>
              <w:t>7:00</w:t>
            </w:r>
          </w:p>
        </w:tc>
        <w:tc>
          <w:tcPr>
            <w:tcW w:type="dxa" w:w="2880"/>
          </w:tcPr>
          <w:p>
            <w:r>
              <w:t>0</w:t>
            </w:r>
          </w:p>
        </w:tc>
      </w:tr>
      <w:tr>
        <w:tc>
          <w:tcPr>
            <w:tcW w:type="dxa" w:w="2880"/>
          </w:tcPr>
          <w:p>
            <w:r>
              <w:t>2024-05-01</w:t>
            </w:r>
          </w:p>
        </w:tc>
        <w:tc>
          <w:tcPr>
            <w:tcW w:type="dxa" w:w="2880"/>
          </w:tcPr>
          <w:p>
            <w:r>
              <w:t>3:00</w:t>
            </w:r>
          </w:p>
        </w:tc>
        <w:tc>
          <w:tcPr>
            <w:tcW w:type="dxa" w:w="2880"/>
          </w:tcPr>
          <w:p>
            <w:r>
              <w:t>0</w:t>
            </w:r>
          </w:p>
        </w:tc>
      </w:tr>
      <w:tr>
        <w:tc>
          <w:tcPr>
            <w:tcW w:type="dxa" w:w="2880"/>
          </w:tcPr>
          <w:p>
            <w:r>
              <w:t>2024-05-01</w:t>
            </w:r>
          </w:p>
        </w:tc>
        <w:tc>
          <w:tcPr>
            <w:tcW w:type="dxa" w:w="2880"/>
          </w:tcPr>
          <w:p>
            <w:r>
              <w:t>2:00</w:t>
            </w:r>
          </w:p>
        </w:tc>
        <w:tc>
          <w:tcPr>
            <w:tcW w:type="dxa" w:w="2880"/>
          </w:tcPr>
          <w:p>
            <w:r>
              <w:t>0</w:t>
            </w:r>
          </w:p>
        </w:tc>
      </w:tr>
      <w:tr>
        <w:tc>
          <w:tcPr>
            <w:tcW w:type="dxa" w:w="2880"/>
          </w:tcPr>
          <w:p>
            <w:r>
              <w:t>2024-05-01</w:t>
            </w:r>
          </w:p>
        </w:tc>
        <w:tc>
          <w:tcPr>
            <w:tcW w:type="dxa" w:w="2880"/>
          </w:tcPr>
          <w:p>
            <w:r>
              <w:t>Other</w:t>
            </w:r>
          </w:p>
        </w:tc>
        <w:tc>
          <w:tcPr>
            <w:tcW w:type="dxa" w:w="2880"/>
          </w:tcPr>
          <w:p>
            <w:r>
              <w:t>0</w:t>
            </w:r>
          </w:p>
        </w:tc>
      </w:tr>
      <w:tr>
        <w:tc>
          <w:tcPr>
            <w:tcW w:type="dxa" w:w="2880"/>
          </w:tcPr>
          <w:p>
            <w:r>
              <w:t>2024-06-01</w:t>
            </w:r>
          </w:p>
        </w:tc>
        <w:tc>
          <w:tcPr>
            <w:tcW w:type="dxa" w:w="2880"/>
          </w:tcPr>
          <w:p>
            <w:r>
              <w:t>4:00</w:t>
            </w:r>
          </w:p>
        </w:tc>
        <w:tc>
          <w:tcPr>
            <w:tcW w:type="dxa" w:w="2880"/>
          </w:tcPr>
          <w:p>
            <w:r>
              <w:t>0</w:t>
            </w:r>
          </w:p>
        </w:tc>
      </w:tr>
      <w:tr>
        <w:tc>
          <w:tcPr>
            <w:tcW w:type="dxa" w:w="2880"/>
          </w:tcPr>
          <w:p>
            <w:r>
              <w:t>2024-06-01</w:t>
            </w:r>
          </w:p>
        </w:tc>
        <w:tc>
          <w:tcPr>
            <w:tcW w:type="dxa" w:w="2880"/>
          </w:tcPr>
          <w:p>
            <w:r>
              <w:t>11:00</w:t>
            </w:r>
          </w:p>
        </w:tc>
        <w:tc>
          <w:tcPr>
            <w:tcW w:type="dxa" w:w="2880"/>
          </w:tcPr>
          <w:p>
            <w:r>
              <w:t>0</w:t>
            </w:r>
          </w:p>
        </w:tc>
      </w:tr>
      <w:tr>
        <w:tc>
          <w:tcPr>
            <w:tcW w:type="dxa" w:w="2880"/>
          </w:tcPr>
          <w:p>
            <w:r>
              <w:t>2024-06-01</w:t>
            </w:r>
          </w:p>
        </w:tc>
        <w:tc>
          <w:tcPr>
            <w:tcW w:type="dxa" w:w="2880"/>
          </w:tcPr>
          <w:p>
            <w:r>
              <w:t>7:00</w:t>
            </w:r>
          </w:p>
        </w:tc>
        <w:tc>
          <w:tcPr>
            <w:tcW w:type="dxa" w:w="2880"/>
          </w:tcPr>
          <w:p>
            <w:r>
              <w:t>0</w:t>
            </w:r>
          </w:p>
        </w:tc>
      </w:tr>
      <w:tr>
        <w:tc>
          <w:tcPr>
            <w:tcW w:type="dxa" w:w="2880"/>
          </w:tcPr>
          <w:p>
            <w:r>
              <w:t>2024-06-01</w:t>
            </w:r>
          </w:p>
        </w:tc>
        <w:tc>
          <w:tcPr>
            <w:tcW w:type="dxa" w:w="2880"/>
          </w:tcPr>
          <w:p>
            <w:r>
              <w:t>3:00</w:t>
            </w:r>
          </w:p>
        </w:tc>
        <w:tc>
          <w:tcPr>
            <w:tcW w:type="dxa" w:w="2880"/>
          </w:tcPr>
          <w:p>
            <w:r>
              <w:t>0</w:t>
            </w:r>
          </w:p>
        </w:tc>
      </w:tr>
      <w:tr>
        <w:tc>
          <w:tcPr>
            <w:tcW w:type="dxa" w:w="2880"/>
          </w:tcPr>
          <w:p>
            <w:r>
              <w:t>2024-06-01</w:t>
            </w:r>
          </w:p>
        </w:tc>
        <w:tc>
          <w:tcPr>
            <w:tcW w:type="dxa" w:w="2880"/>
          </w:tcPr>
          <w:p>
            <w:r>
              <w:t>2:00</w:t>
            </w:r>
          </w:p>
        </w:tc>
        <w:tc>
          <w:tcPr>
            <w:tcW w:type="dxa" w:w="2880"/>
          </w:tcPr>
          <w:p>
            <w:r>
              <w:t>0</w:t>
            </w:r>
          </w:p>
        </w:tc>
      </w:tr>
      <w:tr>
        <w:tc>
          <w:tcPr>
            <w:tcW w:type="dxa" w:w="2880"/>
          </w:tcPr>
          <w:p>
            <w:r>
              <w:t>2024-06-01</w:t>
            </w:r>
          </w:p>
        </w:tc>
        <w:tc>
          <w:tcPr>
            <w:tcW w:type="dxa" w:w="2880"/>
          </w:tcPr>
          <w:p>
            <w:r>
              <w:t>Other</w:t>
            </w:r>
          </w:p>
        </w:tc>
        <w:tc>
          <w:tcPr>
            <w:tcW w:type="dxa" w:w="2880"/>
          </w:tcPr>
          <w:p>
            <w:r>
              <w:t>0</w:t>
            </w:r>
          </w:p>
        </w:tc>
      </w:tr>
      <w:tr>
        <w:tc>
          <w:tcPr>
            <w:tcW w:type="dxa" w:w="2880"/>
          </w:tcPr>
          <w:p>
            <w:r>
              <w:t>2024-07-01</w:t>
            </w:r>
          </w:p>
        </w:tc>
        <w:tc>
          <w:tcPr>
            <w:tcW w:type="dxa" w:w="2880"/>
          </w:tcPr>
          <w:p>
            <w:r>
              <w:t>4:00</w:t>
            </w:r>
          </w:p>
        </w:tc>
        <w:tc>
          <w:tcPr>
            <w:tcW w:type="dxa" w:w="2880"/>
          </w:tcPr>
          <w:p>
            <w:r>
              <w:t>0</w:t>
            </w:r>
          </w:p>
        </w:tc>
      </w:tr>
      <w:tr>
        <w:tc>
          <w:tcPr>
            <w:tcW w:type="dxa" w:w="2880"/>
          </w:tcPr>
          <w:p>
            <w:r>
              <w:t>2024-07-01</w:t>
            </w:r>
          </w:p>
        </w:tc>
        <w:tc>
          <w:tcPr>
            <w:tcW w:type="dxa" w:w="2880"/>
          </w:tcPr>
          <w:p>
            <w:r>
              <w:t>11:00</w:t>
            </w:r>
          </w:p>
        </w:tc>
        <w:tc>
          <w:tcPr>
            <w:tcW w:type="dxa" w:w="2880"/>
          </w:tcPr>
          <w:p>
            <w:r>
              <w:t>0</w:t>
            </w:r>
          </w:p>
        </w:tc>
      </w:tr>
      <w:tr>
        <w:tc>
          <w:tcPr>
            <w:tcW w:type="dxa" w:w="2880"/>
          </w:tcPr>
          <w:p>
            <w:r>
              <w:t>2024-07-01</w:t>
            </w:r>
          </w:p>
        </w:tc>
        <w:tc>
          <w:tcPr>
            <w:tcW w:type="dxa" w:w="2880"/>
          </w:tcPr>
          <w:p>
            <w:r>
              <w:t>7:00</w:t>
            </w:r>
          </w:p>
        </w:tc>
        <w:tc>
          <w:tcPr>
            <w:tcW w:type="dxa" w:w="2880"/>
          </w:tcPr>
          <w:p>
            <w:r>
              <w:t>0</w:t>
            </w:r>
          </w:p>
        </w:tc>
      </w:tr>
      <w:tr>
        <w:tc>
          <w:tcPr>
            <w:tcW w:type="dxa" w:w="2880"/>
          </w:tcPr>
          <w:p>
            <w:r>
              <w:t>2024-07-01</w:t>
            </w:r>
          </w:p>
        </w:tc>
        <w:tc>
          <w:tcPr>
            <w:tcW w:type="dxa" w:w="2880"/>
          </w:tcPr>
          <w:p>
            <w:r>
              <w:t>3:00</w:t>
            </w:r>
          </w:p>
        </w:tc>
        <w:tc>
          <w:tcPr>
            <w:tcW w:type="dxa" w:w="2880"/>
          </w:tcPr>
          <w:p>
            <w:r>
              <w:t>0</w:t>
            </w:r>
          </w:p>
        </w:tc>
      </w:tr>
      <w:tr>
        <w:tc>
          <w:tcPr>
            <w:tcW w:type="dxa" w:w="2880"/>
          </w:tcPr>
          <w:p>
            <w:r>
              <w:t>2024-07-01</w:t>
            </w:r>
          </w:p>
        </w:tc>
        <w:tc>
          <w:tcPr>
            <w:tcW w:type="dxa" w:w="2880"/>
          </w:tcPr>
          <w:p>
            <w:r>
              <w:t>2:00</w:t>
            </w:r>
          </w:p>
        </w:tc>
        <w:tc>
          <w:tcPr>
            <w:tcW w:type="dxa" w:w="2880"/>
          </w:tcPr>
          <w:p>
            <w:r>
              <w:t>0</w:t>
            </w:r>
          </w:p>
        </w:tc>
      </w:tr>
      <w:tr>
        <w:tc>
          <w:tcPr>
            <w:tcW w:type="dxa" w:w="2880"/>
          </w:tcPr>
          <w:p>
            <w:r>
              <w:t>2024-07-01</w:t>
            </w:r>
          </w:p>
        </w:tc>
        <w:tc>
          <w:tcPr>
            <w:tcW w:type="dxa" w:w="2880"/>
          </w:tcPr>
          <w:p>
            <w:r>
              <w:t>Other</w:t>
            </w:r>
          </w:p>
        </w:tc>
        <w:tc>
          <w:tcPr>
            <w:tcW w:type="dxa" w:w="2880"/>
          </w:tcPr>
          <w:p>
            <w:r>
              <w:t>0</w:t>
            </w:r>
          </w:p>
        </w:tc>
      </w:tr>
      <w:tr>
        <w:tc>
          <w:tcPr>
            <w:tcW w:type="dxa" w:w="2880"/>
          </w:tcPr>
          <w:p>
            <w:r>
              <w:t>2024-08-01</w:t>
            </w:r>
          </w:p>
        </w:tc>
        <w:tc>
          <w:tcPr>
            <w:tcW w:type="dxa" w:w="2880"/>
          </w:tcPr>
          <w:p>
            <w:r>
              <w:t>4:00</w:t>
            </w:r>
          </w:p>
        </w:tc>
        <w:tc>
          <w:tcPr>
            <w:tcW w:type="dxa" w:w="2880"/>
          </w:tcPr>
          <w:p>
            <w:r>
              <w:t>0</w:t>
            </w:r>
          </w:p>
        </w:tc>
      </w:tr>
      <w:tr>
        <w:tc>
          <w:tcPr>
            <w:tcW w:type="dxa" w:w="2880"/>
          </w:tcPr>
          <w:p>
            <w:r>
              <w:t>2024-08-01</w:t>
            </w:r>
          </w:p>
        </w:tc>
        <w:tc>
          <w:tcPr>
            <w:tcW w:type="dxa" w:w="2880"/>
          </w:tcPr>
          <w:p>
            <w:r>
              <w:t>11:00</w:t>
            </w:r>
          </w:p>
        </w:tc>
        <w:tc>
          <w:tcPr>
            <w:tcW w:type="dxa" w:w="2880"/>
          </w:tcPr>
          <w:p>
            <w:r>
              <w:t>0</w:t>
            </w:r>
          </w:p>
        </w:tc>
      </w:tr>
      <w:tr>
        <w:tc>
          <w:tcPr>
            <w:tcW w:type="dxa" w:w="2880"/>
          </w:tcPr>
          <w:p>
            <w:r>
              <w:t>2024-08-01</w:t>
            </w:r>
          </w:p>
        </w:tc>
        <w:tc>
          <w:tcPr>
            <w:tcW w:type="dxa" w:w="2880"/>
          </w:tcPr>
          <w:p>
            <w:r>
              <w:t>7:00</w:t>
            </w:r>
          </w:p>
        </w:tc>
        <w:tc>
          <w:tcPr>
            <w:tcW w:type="dxa" w:w="2880"/>
          </w:tcPr>
          <w:p>
            <w:r>
              <w:t>0</w:t>
            </w:r>
          </w:p>
        </w:tc>
      </w:tr>
      <w:tr>
        <w:tc>
          <w:tcPr>
            <w:tcW w:type="dxa" w:w="2880"/>
          </w:tcPr>
          <w:p>
            <w:r>
              <w:t>2024-08-01</w:t>
            </w:r>
          </w:p>
        </w:tc>
        <w:tc>
          <w:tcPr>
            <w:tcW w:type="dxa" w:w="2880"/>
          </w:tcPr>
          <w:p>
            <w:r>
              <w:t>3:00</w:t>
            </w:r>
          </w:p>
        </w:tc>
        <w:tc>
          <w:tcPr>
            <w:tcW w:type="dxa" w:w="2880"/>
          </w:tcPr>
          <w:p>
            <w:r>
              <w:t>0</w:t>
            </w:r>
          </w:p>
        </w:tc>
      </w:tr>
      <w:tr>
        <w:tc>
          <w:tcPr>
            <w:tcW w:type="dxa" w:w="2880"/>
          </w:tcPr>
          <w:p>
            <w:r>
              <w:t>2024-08-01</w:t>
            </w:r>
          </w:p>
        </w:tc>
        <w:tc>
          <w:tcPr>
            <w:tcW w:type="dxa" w:w="2880"/>
          </w:tcPr>
          <w:p>
            <w:r>
              <w:t>2:00</w:t>
            </w:r>
          </w:p>
        </w:tc>
        <w:tc>
          <w:tcPr>
            <w:tcW w:type="dxa" w:w="2880"/>
          </w:tcPr>
          <w:p>
            <w:r>
              <w:t>0</w:t>
            </w:r>
          </w:p>
        </w:tc>
      </w:tr>
      <w:tr>
        <w:tc>
          <w:tcPr>
            <w:tcW w:type="dxa" w:w="2880"/>
          </w:tcPr>
          <w:p>
            <w:r>
              <w:t>2024-08-01</w:t>
            </w:r>
          </w:p>
        </w:tc>
        <w:tc>
          <w:tcPr>
            <w:tcW w:type="dxa" w:w="2880"/>
          </w:tcPr>
          <w:p>
            <w:r>
              <w:t>Other</w:t>
            </w:r>
          </w:p>
        </w:tc>
        <w:tc>
          <w:tcPr>
            <w:tcW w:type="dxa" w:w="2880"/>
          </w:tcPr>
          <w:p>
            <w:r>
              <w:t>0</w:t>
            </w:r>
          </w:p>
        </w:tc>
      </w:tr>
      <w:tr>
        <w:tc>
          <w:tcPr>
            <w:tcW w:type="dxa" w:w="2880"/>
          </w:tcPr>
          <w:p>
            <w:r>
              <w:t>2024-09-01</w:t>
            </w:r>
          </w:p>
        </w:tc>
        <w:tc>
          <w:tcPr>
            <w:tcW w:type="dxa" w:w="2880"/>
          </w:tcPr>
          <w:p>
            <w:r>
              <w:t>4:00</w:t>
            </w:r>
          </w:p>
        </w:tc>
        <w:tc>
          <w:tcPr>
            <w:tcW w:type="dxa" w:w="2880"/>
          </w:tcPr>
          <w:p>
            <w:r>
              <w:t>0</w:t>
            </w:r>
          </w:p>
        </w:tc>
      </w:tr>
      <w:tr>
        <w:tc>
          <w:tcPr>
            <w:tcW w:type="dxa" w:w="2880"/>
          </w:tcPr>
          <w:p>
            <w:r>
              <w:t>2024-09-01</w:t>
            </w:r>
          </w:p>
        </w:tc>
        <w:tc>
          <w:tcPr>
            <w:tcW w:type="dxa" w:w="2880"/>
          </w:tcPr>
          <w:p>
            <w:r>
              <w:t>11:00</w:t>
            </w:r>
          </w:p>
        </w:tc>
        <w:tc>
          <w:tcPr>
            <w:tcW w:type="dxa" w:w="2880"/>
          </w:tcPr>
          <w:p>
            <w:r>
              <w:t>0</w:t>
            </w:r>
          </w:p>
        </w:tc>
      </w:tr>
      <w:tr>
        <w:tc>
          <w:tcPr>
            <w:tcW w:type="dxa" w:w="2880"/>
          </w:tcPr>
          <w:p>
            <w:r>
              <w:t>2024-09-01</w:t>
            </w:r>
          </w:p>
        </w:tc>
        <w:tc>
          <w:tcPr>
            <w:tcW w:type="dxa" w:w="2880"/>
          </w:tcPr>
          <w:p>
            <w:r>
              <w:t>7:00</w:t>
            </w:r>
          </w:p>
        </w:tc>
        <w:tc>
          <w:tcPr>
            <w:tcW w:type="dxa" w:w="2880"/>
          </w:tcPr>
          <w:p>
            <w:r>
              <w:t>0</w:t>
            </w:r>
          </w:p>
        </w:tc>
      </w:tr>
      <w:tr>
        <w:tc>
          <w:tcPr>
            <w:tcW w:type="dxa" w:w="2880"/>
          </w:tcPr>
          <w:p>
            <w:r>
              <w:t>2024-09-01</w:t>
            </w:r>
          </w:p>
        </w:tc>
        <w:tc>
          <w:tcPr>
            <w:tcW w:type="dxa" w:w="2880"/>
          </w:tcPr>
          <w:p>
            <w:r>
              <w:t>3:00</w:t>
            </w:r>
          </w:p>
        </w:tc>
        <w:tc>
          <w:tcPr>
            <w:tcW w:type="dxa" w:w="2880"/>
          </w:tcPr>
          <w:p>
            <w:r>
              <w:t>0</w:t>
            </w:r>
          </w:p>
        </w:tc>
      </w:tr>
      <w:tr>
        <w:tc>
          <w:tcPr>
            <w:tcW w:type="dxa" w:w="2880"/>
          </w:tcPr>
          <w:p>
            <w:r>
              <w:t>2024-09-01</w:t>
            </w:r>
          </w:p>
        </w:tc>
        <w:tc>
          <w:tcPr>
            <w:tcW w:type="dxa" w:w="2880"/>
          </w:tcPr>
          <w:p>
            <w:r>
              <w:t>2:00</w:t>
            </w:r>
          </w:p>
        </w:tc>
        <w:tc>
          <w:tcPr>
            <w:tcW w:type="dxa" w:w="2880"/>
          </w:tcPr>
          <w:p>
            <w:r>
              <w:t>0</w:t>
            </w:r>
          </w:p>
        </w:tc>
      </w:tr>
      <w:tr>
        <w:tc>
          <w:tcPr>
            <w:tcW w:type="dxa" w:w="2880"/>
          </w:tcPr>
          <w:p>
            <w:r>
              <w:t>2024-09-01</w:t>
            </w:r>
          </w:p>
        </w:tc>
        <w:tc>
          <w:tcPr>
            <w:tcW w:type="dxa" w:w="2880"/>
          </w:tcPr>
          <w:p>
            <w:r>
              <w:t>Other</w:t>
            </w:r>
          </w:p>
        </w:tc>
        <w:tc>
          <w:tcPr>
            <w:tcW w:type="dxa" w:w="2880"/>
          </w:tcPr>
          <w:p>
            <w:r>
              <w:t>0</w:t>
            </w:r>
          </w:p>
        </w:tc>
      </w:tr>
      <w:tr>
        <w:tc>
          <w:tcPr>
            <w:tcW w:type="dxa" w:w="2880"/>
          </w:tcPr>
          <w:p>
            <w:r>
              <w:t>2024-10-01</w:t>
            </w:r>
          </w:p>
        </w:tc>
        <w:tc>
          <w:tcPr>
            <w:tcW w:type="dxa" w:w="2880"/>
          </w:tcPr>
          <w:p>
            <w:r>
              <w:t>4:00</w:t>
            </w:r>
          </w:p>
        </w:tc>
        <w:tc>
          <w:tcPr>
            <w:tcW w:type="dxa" w:w="2880"/>
          </w:tcPr>
          <w:p>
            <w:r>
              <w:t>0</w:t>
            </w:r>
          </w:p>
        </w:tc>
      </w:tr>
      <w:tr>
        <w:tc>
          <w:tcPr>
            <w:tcW w:type="dxa" w:w="2880"/>
          </w:tcPr>
          <w:p>
            <w:r>
              <w:t>2024-10-01</w:t>
            </w:r>
          </w:p>
        </w:tc>
        <w:tc>
          <w:tcPr>
            <w:tcW w:type="dxa" w:w="2880"/>
          </w:tcPr>
          <w:p>
            <w:r>
              <w:t>11:00</w:t>
            </w:r>
          </w:p>
        </w:tc>
        <w:tc>
          <w:tcPr>
            <w:tcW w:type="dxa" w:w="2880"/>
          </w:tcPr>
          <w:p>
            <w:r>
              <w:t>0</w:t>
            </w:r>
          </w:p>
        </w:tc>
      </w:tr>
      <w:tr>
        <w:tc>
          <w:tcPr>
            <w:tcW w:type="dxa" w:w="2880"/>
          </w:tcPr>
          <w:p>
            <w:r>
              <w:t>2024-10-01</w:t>
            </w:r>
          </w:p>
        </w:tc>
        <w:tc>
          <w:tcPr>
            <w:tcW w:type="dxa" w:w="2880"/>
          </w:tcPr>
          <w:p>
            <w:r>
              <w:t>7:00</w:t>
            </w:r>
          </w:p>
        </w:tc>
        <w:tc>
          <w:tcPr>
            <w:tcW w:type="dxa" w:w="2880"/>
          </w:tcPr>
          <w:p>
            <w:r>
              <w:t>0</w:t>
            </w:r>
          </w:p>
        </w:tc>
      </w:tr>
      <w:tr>
        <w:tc>
          <w:tcPr>
            <w:tcW w:type="dxa" w:w="2880"/>
          </w:tcPr>
          <w:p>
            <w:r>
              <w:t>2024-10-01</w:t>
            </w:r>
          </w:p>
        </w:tc>
        <w:tc>
          <w:tcPr>
            <w:tcW w:type="dxa" w:w="2880"/>
          </w:tcPr>
          <w:p>
            <w:r>
              <w:t>3:00</w:t>
            </w:r>
          </w:p>
        </w:tc>
        <w:tc>
          <w:tcPr>
            <w:tcW w:type="dxa" w:w="2880"/>
          </w:tcPr>
          <w:p>
            <w:r>
              <w:t>0</w:t>
            </w:r>
          </w:p>
        </w:tc>
      </w:tr>
      <w:tr>
        <w:tc>
          <w:tcPr>
            <w:tcW w:type="dxa" w:w="2880"/>
          </w:tcPr>
          <w:p>
            <w:r>
              <w:t>2024-10-01</w:t>
            </w:r>
          </w:p>
        </w:tc>
        <w:tc>
          <w:tcPr>
            <w:tcW w:type="dxa" w:w="2880"/>
          </w:tcPr>
          <w:p>
            <w:r>
              <w:t>2:00</w:t>
            </w:r>
          </w:p>
        </w:tc>
        <w:tc>
          <w:tcPr>
            <w:tcW w:type="dxa" w:w="2880"/>
          </w:tcPr>
          <w:p>
            <w:r>
              <w:t>0</w:t>
            </w:r>
          </w:p>
        </w:tc>
      </w:tr>
      <w:tr>
        <w:tc>
          <w:tcPr>
            <w:tcW w:type="dxa" w:w="2880"/>
          </w:tcPr>
          <w:p>
            <w:r>
              <w:t>2024-10-01</w:t>
            </w:r>
          </w:p>
        </w:tc>
        <w:tc>
          <w:tcPr>
            <w:tcW w:type="dxa" w:w="2880"/>
          </w:tcPr>
          <w:p>
            <w:r>
              <w:t>Other</w:t>
            </w:r>
          </w:p>
        </w:tc>
        <w:tc>
          <w:tcPr>
            <w:tcW w:type="dxa" w:w="2880"/>
          </w:tcPr>
          <w:p>
            <w:r>
              <w:t>0</w:t>
            </w:r>
          </w:p>
        </w:tc>
      </w:tr>
      <w:tr>
        <w:tc>
          <w:tcPr>
            <w:tcW w:type="dxa" w:w="2880"/>
          </w:tcPr>
          <w:p>
            <w:r>
              <w:t>2024-11-01</w:t>
            </w:r>
          </w:p>
        </w:tc>
        <w:tc>
          <w:tcPr>
            <w:tcW w:type="dxa" w:w="2880"/>
          </w:tcPr>
          <w:p>
            <w:r>
              <w:t>4:00</w:t>
            </w:r>
          </w:p>
        </w:tc>
        <w:tc>
          <w:tcPr>
            <w:tcW w:type="dxa" w:w="2880"/>
          </w:tcPr>
          <w:p>
            <w:r>
              <w:t>0</w:t>
            </w:r>
          </w:p>
        </w:tc>
      </w:tr>
      <w:tr>
        <w:tc>
          <w:tcPr>
            <w:tcW w:type="dxa" w:w="2880"/>
          </w:tcPr>
          <w:p>
            <w:r>
              <w:t>2024-11-01</w:t>
            </w:r>
          </w:p>
        </w:tc>
        <w:tc>
          <w:tcPr>
            <w:tcW w:type="dxa" w:w="2880"/>
          </w:tcPr>
          <w:p>
            <w:r>
              <w:t>11:00</w:t>
            </w:r>
          </w:p>
        </w:tc>
        <w:tc>
          <w:tcPr>
            <w:tcW w:type="dxa" w:w="2880"/>
          </w:tcPr>
          <w:p>
            <w:r>
              <w:t>0</w:t>
            </w:r>
          </w:p>
        </w:tc>
      </w:tr>
      <w:tr>
        <w:tc>
          <w:tcPr>
            <w:tcW w:type="dxa" w:w="2880"/>
          </w:tcPr>
          <w:p>
            <w:r>
              <w:t>2024-11-01</w:t>
            </w:r>
          </w:p>
        </w:tc>
        <w:tc>
          <w:tcPr>
            <w:tcW w:type="dxa" w:w="2880"/>
          </w:tcPr>
          <w:p>
            <w:r>
              <w:t>7:00</w:t>
            </w:r>
          </w:p>
        </w:tc>
        <w:tc>
          <w:tcPr>
            <w:tcW w:type="dxa" w:w="2880"/>
          </w:tcPr>
          <w:p>
            <w:r>
              <w:t>0</w:t>
            </w:r>
          </w:p>
        </w:tc>
      </w:tr>
      <w:tr>
        <w:tc>
          <w:tcPr>
            <w:tcW w:type="dxa" w:w="2880"/>
          </w:tcPr>
          <w:p>
            <w:r>
              <w:t>2024-11-01</w:t>
            </w:r>
          </w:p>
        </w:tc>
        <w:tc>
          <w:tcPr>
            <w:tcW w:type="dxa" w:w="2880"/>
          </w:tcPr>
          <w:p>
            <w:r>
              <w:t>3:00</w:t>
            </w:r>
          </w:p>
        </w:tc>
        <w:tc>
          <w:tcPr>
            <w:tcW w:type="dxa" w:w="2880"/>
          </w:tcPr>
          <w:p>
            <w:r>
              <w:t>0</w:t>
            </w:r>
          </w:p>
        </w:tc>
      </w:tr>
      <w:tr>
        <w:tc>
          <w:tcPr>
            <w:tcW w:type="dxa" w:w="2880"/>
          </w:tcPr>
          <w:p>
            <w:r>
              <w:t>2024-11-01</w:t>
            </w:r>
          </w:p>
        </w:tc>
        <w:tc>
          <w:tcPr>
            <w:tcW w:type="dxa" w:w="2880"/>
          </w:tcPr>
          <w:p>
            <w:r>
              <w:t>2:00</w:t>
            </w:r>
          </w:p>
        </w:tc>
        <w:tc>
          <w:tcPr>
            <w:tcW w:type="dxa" w:w="2880"/>
          </w:tcPr>
          <w:p>
            <w:r>
              <w:t>0</w:t>
            </w:r>
          </w:p>
        </w:tc>
      </w:tr>
      <w:tr>
        <w:tc>
          <w:tcPr>
            <w:tcW w:type="dxa" w:w="2880"/>
          </w:tcPr>
          <w:p>
            <w:r>
              <w:t>2024-11-01</w:t>
            </w:r>
          </w:p>
        </w:tc>
        <w:tc>
          <w:tcPr>
            <w:tcW w:type="dxa" w:w="2880"/>
          </w:tcPr>
          <w:p>
            <w:r>
              <w:t>Other</w:t>
            </w:r>
          </w:p>
        </w:tc>
        <w:tc>
          <w:tcPr>
            <w:tcW w:type="dxa" w:w="2880"/>
          </w:tcPr>
          <w:p>
            <w:r>
              <w:t>0</w:t>
            </w:r>
          </w:p>
        </w:tc>
      </w:tr>
      <w:tr>
        <w:tc>
          <w:tcPr>
            <w:tcW w:type="dxa" w:w="2880"/>
          </w:tcPr>
          <w:p>
            <w:r>
              <w:t>2024-12-01</w:t>
            </w:r>
          </w:p>
        </w:tc>
        <w:tc>
          <w:tcPr>
            <w:tcW w:type="dxa" w:w="2880"/>
          </w:tcPr>
          <w:p>
            <w:r>
              <w:t>4:00</w:t>
            </w:r>
          </w:p>
        </w:tc>
        <w:tc>
          <w:tcPr>
            <w:tcW w:type="dxa" w:w="2880"/>
          </w:tcPr>
          <w:p>
            <w:r>
              <w:t>0</w:t>
            </w:r>
          </w:p>
        </w:tc>
      </w:tr>
      <w:tr>
        <w:tc>
          <w:tcPr>
            <w:tcW w:type="dxa" w:w="2880"/>
          </w:tcPr>
          <w:p>
            <w:r>
              <w:t>2024-12-01</w:t>
            </w:r>
          </w:p>
        </w:tc>
        <w:tc>
          <w:tcPr>
            <w:tcW w:type="dxa" w:w="2880"/>
          </w:tcPr>
          <w:p>
            <w:r>
              <w:t>11:00</w:t>
            </w:r>
          </w:p>
        </w:tc>
        <w:tc>
          <w:tcPr>
            <w:tcW w:type="dxa" w:w="2880"/>
          </w:tcPr>
          <w:p>
            <w:r>
              <w:t>0</w:t>
            </w:r>
          </w:p>
        </w:tc>
      </w:tr>
      <w:tr>
        <w:tc>
          <w:tcPr>
            <w:tcW w:type="dxa" w:w="2880"/>
          </w:tcPr>
          <w:p>
            <w:r>
              <w:t>2024-12-01</w:t>
            </w:r>
          </w:p>
        </w:tc>
        <w:tc>
          <w:tcPr>
            <w:tcW w:type="dxa" w:w="2880"/>
          </w:tcPr>
          <w:p>
            <w:r>
              <w:t>7:00</w:t>
            </w:r>
          </w:p>
        </w:tc>
        <w:tc>
          <w:tcPr>
            <w:tcW w:type="dxa" w:w="2880"/>
          </w:tcPr>
          <w:p>
            <w:r>
              <w:t>0</w:t>
            </w:r>
          </w:p>
        </w:tc>
      </w:tr>
      <w:tr>
        <w:tc>
          <w:tcPr>
            <w:tcW w:type="dxa" w:w="2880"/>
          </w:tcPr>
          <w:p>
            <w:r>
              <w:t>2024-12-01</w:t>
            </w:r>
          </w:p>
        </w:tc>
        <w:tc>
          <w:tcPr>
            <w:tcW w:type="dxa" w:w="2880"/>
          </w:tcPr>
          <w:p>
            <w:r>
              <w:t>3:00</w:t>
            </w:r>
          </w:p>
        </w:tc>
        <w:tc>
          <w:tcPr>
            <w:tcW w:type="dxa" w:w="2880"/>
          </w:tcPr>
          <w:p>
            <w:r>
              <w:t>0</w:t>
            </w:r>
          </w:p>
        </w:tc>
      </w:tr>
      <w:tr>
        <w:tc>
          <w:tcPr>
            <w:tcW w:type="dxa" w:w="2880"/>
          </w:tcPr>
          <w:p>
            <w:r>
              <w:t>2024-12-01</w:t>
            </w:r>
          </w:p>
        </w:tc>
        <w:tc>
          <w:tcPr>
            <w:tcW w:type="dxa" w:w="2880"/>
          </w:tcPr>
          <w:p>
            <w:r>
              <w:t>2:00</w:t>
            </w:r>
          </w:p>
        </w:tc>
        <w:tc>
          <w:tcPr>
            <w:tcW w:type="dxa" w:w="2880"/>
          </w:tcPr>
          <w:p>
            <w:r>
              <w:t>0</w:t>
            </w:r>
          </w:p>
        </w:tc>
      </w:tr>
      <w:tr>
        <w:tc>
          <w:tcPr>
            <w:tcW w:type="dxa" w:w="2880"/>
          </w:tcPr>
          <w:p>
            <w:r>
              <w:t>2024-12-01</w:t>
            </w:r>
          </w:p>
        </w:tc>
        <w:tc>
          <w:tcPr>
            <w:tcW w:type="dxa" w:w="2880"/>
          </w:tcPr>
          <w:p>
            <w:r>
              <w:t>Other</w:t>
            </w:r>
          </w:p>
        </w:tc>
        <w:tc>
          <w:tcPr>
            <w:tcW w:type="dxa" w:w="2880"/>
          </w:tcPr>
          <w:p>
            <w:r>
              <w:t>0</w:t>
            </w:r>
          </w:p>
        </w:tc>
      </w:tr>
      <w:tr>
        <w:tc>
          <w:tcPr>
            <w:tcW w:type="dxa" w:w="2880"/>
          </w:tcPr>
          <w:p>
            <w:r>
              <w:t>2025-01-01</w:t>
            </w:r>
          </w:p>
        </w:tc>
        <w:tc>
          <w:tcPr>
            <w:tcW w:type="dxa" w:w="2880"/>
          </w:tcPr>
          <w:p>
            <w:r>
              <w:t>4:00</w:t>
            </w:r>
          </w:p>
        </w:tc>
        <w:tc>
          <w:tcPr>
            <w:tcW w:type="dxa" w:w="2880"/>
          </w:tcPr>
          <w:p>
            <w:r>
              <w:t>0</w:t>
            </w:r>
          </w:p>
        </w:tc>
      </w:tr>
      <w:tr>
        <w:tc>
          <w:tcPr>
            <w:tcW w:type="dxa" w:w="2880"/>
          </w:tcPr>
          <w:p>
            <w:r>
              <w:t>2025-01-01</w:t>
            </w:r>
          </w:p>
        </w:tc>
        <w:tc>
          <w:tcPr>
            <w:tcW w:type="dxa" w:w="2880"/>
          </w:tcPr>
          <w:p>
            <w:r>
              <w:t>11:00</w:t>
            </w:r>
          </w:p>
        </w:tc>
        <w:tc>
          <w:tcPr>
            <w:tcW w:type="dxa" w:w="2880"/>
          </w:tcPr>
          <w:p>
            <w:r>
              <w:t>0</w:t>
            </w:r>
          </w:p>
        </w:tc>
      </w:tr>
      <w:tr>
        <w:tc>
          <w:tcPr>
            <w:tcW w:type="dxa" w:w="2880"/>
          </w:tcPr>
          <w:p>
            <w:r>
              <w:t>2025-01-01</w:t>
            </w:r>
          </w:p>
        </w:tc>
        <w:tc>
          <w:tcPr>
            <w:tcW w:type="dxa" w:w="2880"/>
          </w:tcPr>
          <w:p>
            <w:r>
              <w:t>7:00</w:t>
            </w:r>
          </w:p>
        </w:tc>
        <w:tc>
          <w:tcPr>
            <w:tcW w:type="dxa" w:w="2880"/>
          </w:tcPr>
          <w:p>
            <w:r>
              <w:t>0</w:t>
            </w:r>
          </w:p>
        </w:tc>
      </w:tr>
      <w:tr>
        <w:tc>
          <w:tcPr>
            <w:tcW w:type="dxa" w:w="2880"/>
          </w:tcPr>
          <w:p>
            <w:r>
              <w:t>2025-01-01</w:t>
            </w:r>
          </w:p>
        </w:tc>
        <w:tc>
          <w:tcPr>
            <w:tcW w:type="dxa" w:w="2880"/>
          </w:tcPr>
          <w:p>
            <w:r>
              <w:t>3:00</w:t>
            </w:r>
          </w:p>
        </w:tc>
        <w:tc>
          <w:tcPr>
            <w:tcW w:type="dxa" w:w="2880"/>
          </w:tcPr>
          <w:p>
            <w:r>
              <w:t>0</w:t>
            </w:r>
          </w:p>
        </w:tc>
      </w:tr>
      <w:tr>
        <w:tc>
          <w:tcPr>
            <w:tcW w:type="dxa" w:w="2880"/>
          </w:tcPr>
          <w:p>
            <w:r>
              <w:t>2025-01-01</w:t>
            </w:r>
          </w:p>
        </w:tc>
        <w:tc>
          <w:tcPr>
            <w:tcW w:type="dxa" w:w="2880"/>
          </w:tcPr>
          <w:p>
            <w:r>
              <w:t>2:00</w:t>
            </w:r>
          </w:p>
        </w:tc>
        <w:tc>
          <w:tcPr>
            <w:tcW w:type="dxa" w:w="2880"/>
          </w:tcPr>
          <w:p>
            <w:r>
              <w:t>0</w:t>
            </w:r>
          </w:p>
        </w:tc>
      </w:tr>
      <w:tr>
        <w:tc>
          <w:tcPr>
            <w:tcW w:type="dxa" w:w="2880"/>
          </w:tcPr>
          <w:p>
            <w:r>
              <w:t>2025-01-01</w:t>
            </w:r>
          </w:p>
        </w:tc>
        <w:tc>
          <w:tcPr>
            <w:tcW w:type="dxa" w:w="2880"/>
          </w:tcPr>
          <w:p>
            <w:r>
              <w:t>Other</w:t>
            </w:r>
          </w:p>
        </w:tc>
        <w:tc>
          <w:tcPr>
            <w:tcW w:type="dxa" w:w="2880"/>
          </w:tcPr>
          <w:p>
            <w:r>
              <w:t>0</w:t>
            </w:r>
          </w:p>
        </w:tc>
      </w:tr>
      <w:tr>
        <w:tc>
          <w:tcPr>
            <w:tcW w:type="dxa" w:w="2880"/>
          </w:tcPr>
          <w:p>
            <w:r>
              <w:t>2025-02-01</w:t>
            </w:r>
          </w:p>
        </w:tc>
        <w:tc>
          <w:tcPr>
            <w:tcW w:type="dxa" w:w="2880"/>
          </w:tcPr>
          <w:p>
            <w:r>
              <w:t>4:00</w:t>
            </w:r>
          </w:p>
        </w:tc>
        <w:tc>
          <w:tcPr>
            <w:tcW w:type="dxa" w:w="2880"/>
          </w:tcPr>
          <w:p>
            <w:r>
              <w:t>0</w:t>
            </w:r>
          </w:p>
        </w:tc>
      </w:tr>
      <w:tr>
        <w:tc>
          <w:tcPr>
            <w:tcW w:type="dxa" w:w="2880"/>
          </w:tcPr>
          <w:p>
            <w:r>
              <w:t>2025-02-01</w:t>
            </w:r>
          </w:p>
        </w:tc>
        <w:tc>
          <w:tcPr>
            <w:tcW w:type="dxa" w:w="2880"/>
          </w:tcPr>
          <w:p>
            <w:r>
              <w:t>11:00</w:t>
            </w:r>
          </w:p>
        </w:tc>
        <w:tc>
          <w:tcPr>
            <w:tcW w:type="dxa" w:w="2880"/>
          </w:tcPr>
          <w:p>
            <w:r>
              <w:t>0</w:t>
            </w:r>
          </w:p>
        </w:tc>
      </w:tr>
      <w:tr>
        <w:tc>
          <w:tcPr>
            <w:tcW w:type="dxa" w:w="2880"/>
          </w:tcPr>
          <w:p>
            <w:r>
              <w:t>2025-02-01</w:t>
            </w:r>
          </w:p>
        </w:tc>
        <w:tc>
          <w:tcPr>
            <w:tcW w:type="dxa" w:w="2880"/>
          </w:tcPr>
          <w:p>
            <w:r>
              <w:t>7:00</w:t>
            </w:r>
          </w:p>
        </w:tc>
        <w:tc>
          <w:tcPr>
            <w:tcW w:type="dxa" w:w="2880"/>
          </w:tcPr>
          <w:p>
            <w:r>
              <w:t>0</w:t>
            </w:r>
          </w:p>
        </w:tc>
      </w:tr>
      <w:tr>
        <w:tc>
          <w:tcPr>
            <w:tcW w:type="dxa" w:w="2880"/>
          </w:tcPr>
          <w:p>
            <w:r>
              <w:t>2025-02-01</w:t>
            </w:r>
          </w:p>
        </w:tc>
        <w:tc>
          <w:tcPr>
            <w:tcW w:type="dxa" w:w="2880"/>
          </w:tcPr>
          <w:p>
            <w:r>
              <w:t>3:00</w:t>
            </w:r>
          </w:p>
        </w:tc>
        <w:tc>
          <w:tcPr>
            <w:tcW w:type="dxa" w:w="2880"/>
          </w:tcPr>
          <w:p>
            <w:r>
              <w:t>0</w:t>
            </w:r>
          </w:p>
        </w:tc>
      </w:tr>
      <w:tr>
        <w:tc>
          <w:tcPr>
            <w:tcW w:type="dxa" w:w="2880"/>
          </w:tcPr>
          <w:p>
            <w:r>
              <w:t>2025-02-01</w:t>
            </w:r>
          </w:p>
        </w:tc>
        <w:tc>
          <w:tcPr>
            <w:tcW w:type="dxa" w:w="2880"/>
          </w:tcPr>
          <w:p>
            <w:r>
              <w:t>2:00</w:t>
            </w:r>
          </w:p>
        </w:tc>
        <w:tc>
          <w:tcPr>
            <w:tcW w:type="dxa" w:w="2880"/>
          </w:tcPr>
          <w:p>
            <w:r>
              <w:t>0</w:t>
            </w:r>
          </w:p>
        </w:tc>
      </w:tr>
      <w:tr>
        <w:tc>
          <w:tcPr>
            <w:tcW w:type="dxa" w:w="2880"/>
          </w:tcPr>
          <w:p>
            <w:r>
              <w:t>2025-02-01</w:t>
            </w:r>
          </w:p>
        </w:tc>
        <w:tc>
          <w:tcPr>
            <w:tcW w:type="dxa" w:w="2880"/>
          </w:tcPr>
          <w:p>
            <w:r>
              <w:t>Other</w:t>
            </w:r>
          </w:p>
        </w:tc>
        <w:tc>
          <w:tcPr>
            <w:tcW w:type="dxa" w:w="2880"/>
          </w:tcPr>
          <w:p>
            <w:r>
              <w:t>0</w:t>
            </w:r>
          </w:p>
        </w:tc>
      </w:tr>
      <w:tr>
        <w:tc>
          <w:tcPr>
            <w:tcW w:type="dxa" w:w="2880"/>
          </w:tcPr>
          <w:p>
            <w:r>
              <w:t>2025-03-01</w:t>
            </w:r>
          </w:p>
        </w:tc>
        <w:tc>
          <w:tcPr>
            <w:tcW w:type="dxa" w:w="2880"/>
          </w:tcPr>
          <w:p>
            <w:r>
              <w:t>4:00</w:t>
            </w:r>
          </w:p>
        </w:tc>
        <w:tc>
          <w:tcPr>
            <w:tcW w:type="dxa" w:w="2880"/>
          </w:tcPr>
          <w:p>
            <w:r>
              <w:t>0</w:t>
            </w:r>
          </w:p>
        </w:tc>
      </w:tr>
      <w:tr>
        <w:tc>
          <w:tcPr>
            <w:tcW w:type="dxa" w:w="2880"/>
          </w:tcPr>
          <w:p>
            <w:r>
              <w:t>2025-03-01</w:t>
            </w:r>
          </w:p>
        </w:tc>
        <w:tc>
          <w:tcPr>
            <w:tcW w:type="dxa" w:w="2880"/>
          </w:tcPr>
          <w:p>
            <w:r>
              <w:t>11:00</w:t>
            </w:r>
          </w:p>
        </w:tc>
        <w:tc>
          <w:tcPr>
            <w:tcW w:type="dxa" w:w="2880"/>
          </w:tcPr>
          <w:p>
            <w:r>
              <w:t>0</w:t>
            </w:r>
          </w:p>
        </w:tc>
      </w:tr>
      <w:tr>
        <w:tc>
          <w:tcPr>
            <w:tcW w:type="dxa" w:w="2880"/>
          </w:tcPr>
          <w:p>
            <w:r>
              <w:t>2025-03-01</w:t>
            </w:r>
          </w:p>
        </w:tc>
        <w:tc>
          <w:tcPr>
            <w:tcW w:type="dxa" w:w="2880"/>
          </w:tcPr>
          <w:p>
            <w:r>
              <w:t>7:00</w:t>
            </w:r>
          </w:p>
        </w:tc>
        <w:tc>
          <w:tcPr>
            <w:tcW w:type="dxa" w:w="2880"/>
          </w:tcPr>
          <w:p>
            <w:r>
              <w:t>0</w:t>
            </w:r>
          </w:p>
        </w:tc>
      </w:tr>
      <w:tr>
        <w:tc>
          <w:tcPr>
            <w:tcW w:type="dxa" w:w="2880"/>
          </w:tcPr>
          <w:p>
            <w:r>
              <w:t>2025-03-01</w:t>
            </w:r>
          </w:p>
        </w:tc>
        <w:tc>
          <w:tcPr>
            <w:tcW w:type="dxa" w:w="2880"/>
          </w:tcPr>
          <w:p>
            <w:r>
              <w:t>3:00</w:t>
            </w:r>
          </w:p>
        </w:tc>
        <w:tc>
          <w:tcPr>
            <w:tcW w:type="dxa" w:w="2880"/>
          </w:tcPr>
          <w:p>
            <w:r>
              <w:t>0</w:t>
            </w:r>
          </w:p>
        </w:tc>
      </w:tr>
      <w:tr>
        <w:tc>
          <w:tcPr>
            <w:tcW w:type="dxa" w:w="2880"/>
          </w:tcPr>
          <w:p>
            <w:r>
              <w:t>2025-03-01</w:t>
            </w:r>
          </w:p>
        </w:tc>
        <w:tc>
          <w:tcPr>
            <w:tcW w:type="dxa" w:w="2880"/>
          </w:tcPr>
          <w:p>
            <w:r>
              <w:t>2:00</w:t>
            </w:r>
          </w:p>
        </w:tc>
        <w:tc>
          <w:tcPr>
            <w:tcW w:type="dxa" w:w="2880"/>
          </w:tcPr>
          <w:p>
            <w:r>
              <w:t>0</w:t>
            </w:r>
          </w:p>
        </w:tc>
      </w:tr>
      <w:tr>
        <w:tc>
          <w:tcPr>
            <w:tcW w:type="dxa" w:w="2880"/>
          </w:tcPr>
          <w:p>
            <w:r>
              <w:t>2025-03-01</w:t>
            </w:r>
          </w:p>
        </w:tc>
        <w:tc>
          <w:tcPr>
            <w:tcW w:type="dxa" w:w="2880"/>
          </w:tcPr>
          <w:p>
            <w:r>
              <w:t>Other</w:t>
            </w:r>
          </w:p>
        </w:tc>
        <w:tc>
          <w:tcPr>
            <w:tcW w:type="dxa" w:w="2880"/>
          </w:tcPr>
          <w:p>
            <w:r>
              <w:t>0</w:t>
            </w:r>
          </w:p>
        </w:tc>
      </w:tr>
      <w:tr>
        <w:tc>
          <w:tcPr>
            <w:tcW w:type="dxa" w:w="2880"/>
          </w:tcPr>
          <w:p>
            <w:r>
              <w:t>2025-04-01</w:t>
            </w:r>
          </w:p>
        </w:tc>
        <w:tc>
          <w:tcPr>
            <w:tcW w:type="dxa" w:w="2880"/>
          </w:tcPr>
          <w:p>
            <w:r>
              <w:t>4:00</w:t>
            </w:r>
          </w:p>
        </w:tc>
        <w:tc>
          <w:tcPr>
            <w:tcW w:type="dxa" w:w="2880"/>
          </w:tcPr>
          <w:p>
            <w:r>
              <w:t>0</w:t>
            </w:r>
          </w:p>
        </w:tc>
      </w:tr>
      <w:tr>
        <w:tc>
          <w:tcPr>
            <w:tcW w:type="dxa" w:w="2880"/>
          </w:tcPr>
          <w:p>
            <w:r>
              <w:t>2025-04-01</w:t>
            </w:r>
          </w:p>
        </w:tc>
        <w:tc>
          <w:tcPr>
            <w:tcW w:type="dxa" w:w="2880"/>
          </w:tcPr>
          <w:p>
            <w:r>
              <w:t>11:00</w:t>
            </w:r>
          </w:p>
        </w:tc>
        <w:tc>
          <w:tcPr>
            <w:tcW w:type="dxa" w:w="2880"/>
          </w:tcPr>
          <w:p>
            <w:r>
              <w:t>0</w:t>
            </w:r>
          </w:p>
        </w:tc>
      </w:tr>
      <w:tr>
        <w:tc>
          <w:tcPr>
            <w:tcW w:type="dxa" w:w="2880"/>
          </w:tcPr>
          <w:p>
            <w:r>
              <w:t>2025-04-01</w:t>
            </w:r>
          </w:p>
        </w:tc>
        <w:tc>
          <w:tcPr>
            <w:tcW w:type="dxa" w:w="2880"/>
          </w:tcPr>
          <w:p>
            <w:r>
              <w:t>7:00</w:t>
            </w:r>
          </w:p>
        </w:tc>
        <w:tc>
          <w:tcPr>
            <w:tcW w:type="dxa" w:w="2880"/>
          </w:tcPr>
          <w:p>
            <w:r>
              <w:t>0</w:t>
            </w:r>
          </w:p>
        </w:tc>
      </w:tr>
      <w:tr>
        <w:tc>
          <w:tcPr>
            <w:tcW w:type="dxa" w:w="2880"/>
          </w:tcPr>
          <w:p>
            <w:r>
              <w:t>2025-04-01</w:t>
            </w:r>
          </w:p>
        </w:tc>
        <w:tc>
          <w:tcPr>
            <w:tcW w:type="dxa" w:w="2880"/>
          </w:tcPr>
          <w:p>
            <w:r>
              <w:t>3:00</w:t>
            </w:r>
          </w:p>
        </w:tc>
        <w:tc>
          <w:tcPr>
            <w:tcW w:type="dxa" w:w="2880"/>
          </w:tcPr>
          <w:p>
            <w:r>
              <w:t>0</w:t>
            </w:r>
          </w:p>
        </w:tc>
      </w:tr>
      <w:tr>
        <w:tc>
          <w:tcPr>
            <w:tcW w:type="dxa" w:w="2880"/>
          </w:tcPr>
          <w:p>
            <w:r>
              <w:t>2025-04-01</w:t>
            </w:r>
          </w:p>
        </w:tc>
        <w:tc>
          <w:tcPr>
            <w:tcW w:type="dxa" w:w="2880"/>
          </w:tcPr>
          <w:p>
            <w:r>
              <w:t>2:00</w:t>
            </w:r>
          </w:p>
        </w:tc>
        <w:tc>
          <w:tcPr>
            <w:tcW w:type="dxa" w:w="2880"/>
          </w:tcPr>
          <w:p>
            <w:r>
              <w:t>0</w:t>
            </w:r>
          </w:p>
        </w:tc>
      </w:tr>
      <w:tr>
        <w:tc>
          <w:tcPr>
            <w:tcW w:type="dxa" w:w="2880"/>
          </w:tcPr>
          <w:p>
            <w:r>
              <w:t>2025-04-01</w:t>
            </w:r>
          </w:p>
        </w:tc>
        <w:tc>
          <w:tcPr>
            <w:tcW w:type="dxa" w:w="2880"/>
          </w:tcPr>
          <w:p>
            <w:r>
              <w:t>Other</w:t>
            </w:r>
          </w:p>
        </w:tc>
        <w:tc>
          <w:tcPr>
            <w:tcW w:type="dxa" w:w="2880"/>
          </w:tcPr>
          <w:p>
            <w:r>
              <w:t>0</w:t>
            </w:r>
          </w:p>
        </w:tc>
      </w:tr>
      <w:tr>
        <w:tc>
          <w:tcPr>
            <w:tcW w:type="dxa" w:w="2880"/>
          </w:tcPr>
          <w:p>
            <w:r>
              <w:t>2025-05-01</w:t>
            </w:r>
          </w:p>
        </w:tc>
        <w:tc>
          <w:tcPr>
            <w:tcW w:type="dxa" w:w="2880"/>
          </w:tcPr>
          <w:p>
            <w:r>
              <w:t>4:00</w:t>
            </w:r>
          </w:p>
        </w:tc>
        <w:tc>
          <w:tcPr>
            <w:tcW w:type="dxa" w:w="2880"/>
          </w:tcPr>
          <w:p>
            <w:r>
              <w:t>0</w:t>
            </w:r>
          </w:p>
        </w:tc>
      </w:tr>
      <w:tr>
        <w:tc>
          <w:tcPr>
            <w:tcW w:type="dxa" w:w="2880"/>
          </w:tcPr>
          <w:p>
            <w:r>
              <w:t>2025-05-01</w:t>
            </w:r>
          </w:p>
        </w:tc>
        <w:tc>
          <w:tcPr>
            <w:tcW w:type="dxa" w:w="2880"/>
          </w:tcPr>
          <w:p>
            <w:r>
              <w:t>11:00</w:t>
            </w:r>
          </w:p>
        </w:tc>
        <w:tc>
          <w:tcPr>
            <w:tcW w:type="dxa" w:w="2880"/>
          </w:tcPr>
          <w:p>
            <w:r>
              <w:t>0</w:t>
            </w:r>
          </w:p>
        </w:tc>
      </w:tr>
      <w:tr>
        <w:tc>
          <w:tcPr>
            <w:tcW w:type="dxa" w:w="2880"/>
          </w:tcPr>
          <w:p>
            <w:r>
              <w:t>2025-05-01</w:t>
            </w:r>
          </w:p>
        </w:tc>
        <w:tc>
          <w:tcPr>
            <w:tcW w:type="dxa" w:w="2880"/>
          </w:tcPr>
          <w:p>
            <w:r>
              <w:t>7:00</w:t>
            </w:r>
          </w:p>
        </w:tc>
        <w:tc>
          <w:tcPr>
            <w:tcW w:type="dxa" w:w="2880"/>
          </w:tcPr>
          <w:p>
            <w:r>
              <w:t>0</w:t>
            </w:r>
          </w:p>
        </w:tc>
      </w:tr>
      <w:tr>
        <w:tc>
          <w:tcPr>
            <w:tcW w:type="dxa" w:w="2880"/>
          </w:tcPr>
          <w:p>
            <w:r>
              <w:t>2025-05-01</w:t>
            </w:r>
          </w:p>
        </w:tc>
        <w:tc>
          <w:tcPr>
            <w:tcW w:type="dxa" w:w="2880"/>
          </w:tcPr>
          <w:p>
            <w:r>
              <w:t>3:00</w:t>
            </w:r>
          </w:p>
        </w:tc>
        <w:tc>
          <w:tcPr>
            <w:tcW w:type="dxa" w:w="2880"/>
          </w:tcPr>
          <w:p>
            <w:r>
              <w:t>0</w:t>
            </w:r>
          </w:p>
        </w:tc>
      </w:tr>
      <w:tr>
        <w:tc>
          <w:tcPr>
            <w:tcW w:type="dxa" w:w="2880"/>
          </w:tcPr>
          <w:p>
            <w:r>
              <w:t>2025-05-01</w:t>
            </w:r>
          </w:p>
        </w:tc>
        <w:tc>
          <w:tcPr>
            <w:tcW w:type="dxa" w:w="2880"/>
          </w:tcPr>
          <w:p>
            <w:r>
              <w:t>2:00</w:t>
            </w:r>
          </w:p>
        </w:tc>
        <w:tc>
          <w:tcPr>
            <w:tcW w:type="dxa" w:w="2880"/>
          </w:tcPr>
          <w:p>
            <w:r>
              <w:t>0</w:t>
            </w:r>
          </w:p>
        </w:tc>
      </w:tr>
      <w:tr>
        <w:tc>
          <w:tcPr>
            <w:tcW w:type="dxa" w:w="2880"/>
          </w:tcPr>
          <w:p>
            <w:r>
              <w:t>2025-05-01</w:t>
            </w:r>
          </w:p>
        </w:tc>
        <w:tc>
          <w:tcPr>
            <w:tcW w:type="dxa" w:w="2880"/>
          </w:tcPr>
          <w:p>
            <w:r>
              <w:t>Other</w:t>
            </w:r>
          </w:p>
        </w:tc>
        <w:tc>
          <w:tcPr>
            <w:tcW w:type="dxa" w:w="2880"/>
          </w:tcPr>
          <w:p>
            <w:r>
              <w:t>0</w:t>
            </w:r>
          </w:p>
        </w:tc>
      </w:tr>
      <w:tr>
        <w:tc>
          <w:tcPr>
            <w:tcW w:type="dxa" w:w="2880"/>
          </w:tcPr>
          <w:p>
            <w:r>
              <w:t>2025-06-01</w:t>
            </w:r>
          </w:p>
        </w:tc>
        <w:tc>
          <w:tcPr>
            <w:tcW w:type="dxa" w:w="2880"/>
          </w:tcPr>
          <w:p>
            <w:r>
              <w:t>4:00</w:t>
            </w:r>
          </w:p>
        </w:tc>
        <w:tc>
          <w:tcPr>
            <w:tcW w:type="dxa" w:w="2880"/>
          </w:tcPr>
          <w:p>
            <w:r>
              <w:t>35</w:t>
            </w:r>
          </w:p>
        </w:tc>
      </w:tr>
      <w:tr>
        <w:tc>
          <w:tcPr>
            <w:tcW w:type="dxa" w:w="2880"/>
          </w:tcPr>
          <w:p>
            <w:r>
              <w:t>2025-06-01</w:t>
            </w:r>
          </w:p>
        </w:tc>
        <w:tc>
          <w:tcPr>
            <w:tcW w:type="dxa" w:w="2880"/>
          </w:tcPr>
          <w:p>
            <w:r>
              <w:t>11:00</w:t>
            </w:r>
          </w:p>
        </w:tc>
        <w:tc>
          <w:tcPr>
            <w:tcW w:type="dxa" w:w="2880"/>
          </w:tcPr>
          <w:p>
            <w:r>
              <w:t>25</w:t>
            </w:r>
          </w:p>
        </w:tc>
      </w:tr>
      <w:tr>
        <w:tc>
          <w:tcPr>
            <w:tcW w:type="dxa" w:w="2880"/>
          </w:tcPr>
          <w:p>
            <w:r>
              <w:t>2025-06-01</w:t>
            </w:r>
          </w:p>
        </w:tc>
        <w:tc>
          <w:tcPr>
            <w:tcW w:type="dxa" w:w="2880"/>
          </w:tcPr>
          <w:p>
            <w:r>
              <w:t>7:00</w:t>
            </w:r>
          </w:p>
        </w:tc>
        <w:tc>
          <w:tcPr>
            <w:tcW w:type="dxa" w:w="2880"/>
          </w:tcPr>
          <w:p>
            <w:r>
              <w:t>33</w:t>
            </w:r>
          </w:p>
        </w:tc>
      </w:tr>
      <w:tr>
        <w:tc>
          <w:tcPr>
            <w:tcW w:type="dxa" w:w="2880"/>
          </w:tcPr>
          <w:p>
            <w:r>
              <w:t>2025-06-01</w:t>
            </w:r>
          </w:p>
        </w:tc>
        <w:tc>
          <w:tcPr>
            <w:tcW w:type="dxa" w:w="2880"/>
          </w:tcPr>
          <w:p>
            <w:r>
              <w:t>3:00</w:t>
            </w:r>
          </w:p>
        </w:tc>
        <w:tc>
          <w:tcPr>
            <w:tcW w:type="dxa" w:w="2880"/>
          </w:tcPr>
          <w:p>
            <w:r>
              <w:t>37</w:t>
            </w:r>
          </w:p>
        </w:tc>
      </w:tr>
      <w:tr>
        <w:tc>
          <w:tcPr>
            <w:tcW w:type="dxa" w:w="2880"/>
          </w:tcPr>
          <w:p>
            <w:r>
              <w:t>2025-06-01</w:t>
            </w:r>
          </w:p>
        </w:tc>
        <w:tc>
          <w:tcPr>
            <w:tcW w:type="dxa" w:w="2880"/>
          </w:tcPr>
          <w:p>
            <w:r>
              <w:t>2:00</w:t>
            </w:r>
          </w:p>
        </w:tc>
        <w:tc>
          <w:tcPr>
            <w:tcW w:type="dxa" w:w="2880"/>
          </w:tcPr>
          <w:p>
            <w:r>
              <w:t>24</w:t>
            </w:r>
          </w:p>
        </w:tc>
      </w:tr>
      <w:tr>
        <w:tc>
          <w:tcPr>
            <w:tcW w:type="dxa" w:w="2880"/>
          </w:tcPr>
          <w:p>
            <w:r>
              <w:t>2025-06-01</w:t>
            </w:r>
          </w:p>
        </w:tc>
        <w:tc>
          <w:tcPr>
            <w:tcW w:type="dxa" w:w="2880"/>
          </w:tcPr>
          <w:p>
            <w:r>
              <w:t>Other</w:t>
            </w:r>
          </w:p>
        </w:tc>
        <w:tc>
          <w:tcPr>
            <w:tcW w:type="dxa" w:w="2880"/>
          </w:tcPr>
          <w:p>
            <w:r>
              <w:t>201</w:t>
            </w:r>
          </w:p>
        </w:tc>
      </w:tr>
    </w:tbl>
    <w:p/>
    <w:p>
      <w:pPr>
        <w:pStyle w:val="Heading2"/>
      </w:pPr>
      <w:r>
        <w:t>Figure 48. Hot spot analysis: Incidents over time [93]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2016-01-01</w:t>
            </w:r>
          </w:p>
        </w:tc>
        <w:tc>
          <w:tcPr>
            <w:tcW w:type="dxa" w:w="2880"/>
          </w:tcPr>
          <w:p>
            <w:r>
              <w:t>external corrosion</w:t>
            </w:r>
          </w:p>
        </w:tc>
        <w:tc>
          <w:tcPr>
            <w:tcW w:type="dxa" w:w="2880"/>
          </w:tcPr>
          <w:p>
            <w:r>
              <w:t>0</w:t>
            </w:r>
          </w:p>
        </w:tc>
      </w:tr>
      <w:tr>
        <w:tc>
          <w:tcPr>
            <w:tcW w:type="dxa" w:w="2880"/>
          </w:tcPr>
          <w:p>
            <w:r>
              <w:t>2016-01-01</w:t>
            </w:r>
          </w:p>
        </w:tc>
        <w:tc>
          <w:tcPr>
            <w:tcW w:type="dxa" w:w="2880"/>
          </w:tcPr>
          <w:p>
            <w:r>
              <w:t>third-party damage</w:t>
            </w:r>
          </w:p>
        </w:tc>
        <w:tc>
          <w:tcPr>
            <w:tcW w:type="dxa" w:w="2880"/>
          </w:tcPr>
          <w:p>
            <w:r>
              <w:t>0</w:t>
            </w:r>
          </w:p>
        </w:tc>
      </w:tr>
      <w:tr>
        <w:tc>
          <w:tcPr>
            <w:tcW w:type="dxa" w:w="2880"/>
          </w:tcPr>
          <w:p>
            <w:r>
              <w:t>2016-01-01</w:t>
            </w:r>
          </w:p>
        </w:tc>
        <w:tc>
          <w:tcPr>
            <w:tcW w:type="dxa" w:w="2880"/>
          </w:tcPr>
          <w:p>
            <w:r>
              <w:t>equipment</w:t>
            </w:r>
          </w:p>
        </w:tc>
        <w:tc>
          <w:tcPr>
            <w:tcW w:type="dxa" w:w="2880"/>
          </w:tcPr>
          <w:p>
            <w:r>
              <w:t>1</w:t>
            </w:r>
          </w:p>
        </w:tc>
      </w:tr>
      <w:tr>
        <w:tc>
          <w:tcPr>
            <w:tcW w:type="dxa" w:w="2880"/>
          </w:tcPr>
          <w:p>
            <w:r>
              <w:t>2016-01-01</w:t>
            </w:r>
          </w:p>
        </w:tc>
        <w:tc>
          <w:tcPr>
            <w:tcW w:type="dxa" w:w="2880"/>
          </w:tcPr>
          <w:p>
            <w:r>
              <w:t>internal corrosion</w:t>
            </w:r>
          </w:p>
        </w:tc>
        <w:tc>
          <w:tcPr>
            <w:tcW w:type="dxa" w:w="2880"/>
          </w:tcPr>
          <w:p>
            <w:r>
              <w:t>0</w:t>
            </w:r>
          </w:p>
        </w:tc>
      </w:tr>
      <w:tr>
        <w:tc>
          <w:tcPr>
            <w:tcW w:type="dxa" w:w="2880"/>
          </w:tcPr>
          <w:p>
            <w:r>
              <w:t>2016-01-01</w:t>
            </w:r>
          </w:p>
        </w:tc>
        <w:tc>
          <w:tcPr>
            <w:tcW w:type="dxa" w:w="2880"/>
          </w:tcPr>
          <w:p>
            <w:r>
              <w:t>weather</w:t>
            </w:r>
          </w:p>
        </w:tc>
        <w:tc>
          <w:tcPr>
            <w:tcW w:type="dxa" w:w="2880"/>
          </w:tcPr>
          <w:p>
            <w:r>
              <w:t>0</w:t>
            </w:r>
          </w:p>
        </w:tc>
      </w:tr>
      <w:tr>
        <w:tc>
          <w:tcPr>
            <w:tcW w:type="dxa" w:w="2880"/>
          </w:tcPr>
          <w:p>
            <w:r>
              <w:t>2017-01-01</w:t>
            </w:r>
          </w:p>
        </w:tc>
        <w:tc>
          <w:tcPr>
            <w:tcW w:type="dxa" w:w="2880"/>
          </w:tcPr>
          <w:p>
            <w:r>
              <w:t>external corrosion</w:t>
            </w:r>
          </w:p>
        </w:tc>
        <w:tc>
          <w:tcPr>
            <w:tcW w:type="dxa" w:w="2880"/>
          </w:tcPr>
          <w:p>
            <w:r>
              <w:t>2</w:t>
            </w:r>
          </w:p>
        </w:tc>
      </w:tr>
      <w:tr>
        <w:tc>
          <w:tcPr>
            <w:tcW w:type="dxa" w:w="2880"/>
          </w:tcPr>
          <w:p>
            <w:r>
              <w:t>2017-01-01</w:t>
            </w:r>
          </w:p>
        </w:tc>
        <w:tc>
          <w:tcPr>
            <w:tcW w:type="dxa" w:w="2880"/>
          </w:tcPr>
          <w:p>
            <w:r>
              <w:t>third-party damage</w:t>
            </w:r>
          </w:p>
        </w:tc>
        <w:tc>
          <w:tcPr>
            <w:tcW w:type="dxa" w:w="2880"/>
          </w:tcPr>
          <w:p>
            <w:r>
              <w:t>1</w:t>
            </w:r>
          </w:p>
        </w:tc>
      </w:tr>
      <w:tr>
        <w:tc>
          <w:tcPr>
            <w:tcW w:type="dxa" w:w="2880"/>
          </w:tcPr>
          <w:p>
            <w:r>
              <w:t>2017-01-01</w:t>
            </w:r>
          </w:p>
        </w:tc>
        <w:tc>
          <w:tcPr>
            <w:tcW w:type="dxa" w:w="2880"/>
          </w:tcPr>
          <w:p>
            <w:r>
              <w:t>equipment</w:t>
            </w:r>
          </w:p>
        </w:tc>
        <w:tc>
          <w:tcPr>
            <w:tcW w:type="dxa" w:w="2880"/>
          </w:tcPr>
          <w:p>
            <w:r>
              <w:t>0</w:t>
            </w:r>
          </w:p>
        </w:tc>
      </w:tr>
      <w:tr>
        <w:tc>
          <w:tcPr>
            <w:tcW w:type="dxa" w:w="2880"/>
          </w:tcPr>
          <w:p>
            <w:r>
              <w:t>2017-01-01</w:t>
            </w:r>
          </w:p>
        </w:tc>
        <w:tc>
          <w:tcPr>
            <w:tcW w:type="dxa" w:w="2880"/>
          </w:tcPr>
          <w:p>
            <w:r>
              <w:t>internal corrosion</w:t>
            </w:r>
          </w:p>
        </w:tc>
        <w:tc>
          <w:tcPr>
            <w:tcW w:type="dxa" w:w="2880"/>
          </w:tcPr>
          <w:p>
            <w:r>
              <w:t>0</w:t>
            </w:r>
          </w:p>
        </w:tc>
      </w:tr>
      <w:tr>
        <w:tc>
          <w:tcPr>
            <w:tcW w:type="dxa" w:w="2880"/>
          </w:tcPr>
          <w:p>
            <w:r>
              <w:t>2017-01-01</w:t>
            </w:r>
          </w:p>
        </w:tc>
        <w:tc>
          <w:tcPr>
            <w:tcW w:type="dxa" w:w="2880"/>
          </w:tcPr>
          <w:p>
            <w:r>
              <w:t>weather</w:t>
            </w:r>
          </w:p>
        </w:tc>
        <w:tc>
          <w:tcPr>
            <w:tcW w:type="dxa" w:w="2880"/>
          </w:tcPr>
          <w:p>
            <w:r>
              <w:t>1</w:t>
            </w:r>
          </w:p>
        </w:tc>
      </w:tr>
      <w:tr>
        <w:tc>
          <w:tcPr>
            <w:tcW w:type="dxa" w:w="2880"/>
          </w:tcPr>
          <w:p>
            <w:r>
              <w:t>2018-01-01</w:t>
            </w:r>
          </w:p>
        </w:tc>
        <w:tc>
          <w:tcPr>
            <w:tcW w:type="dxa" w:w="2880"/>
          </w:tcPr>
          <w:p>
            <w:r>
              <w:t>external corrosion</w:t>
            </w:r>
          </w:p>
        </w:tc>
        <w:tc>
          <w:tcPr>
            <w:tcW w:type="dxa" w:w="2880"/>
          </w:tcPr>
          <w:p>
            <w:r>
              <w:t>0</w:t>
            </w:r>
          </w:p>
        </w:tc>
      </w:tr>
      <w:tr>
        <w:tc>
          <w:tcPr>
            <w:tcW w:type="dxa" w:w="2880"/>
          </w:tcPr>
          <w:p>
            <w:r>
              <w:t>2018-01-01</w:t>
            </w:r>
          </w:p>
        </w:tc>
        <w:tc>
          <w:tcPr>
            <w:tcW w:type="dxa" w:w="2880"/>
          </w:tcPr>
          <w:p>
            <w:r>
              <w:t>third-party damage</w:t>
            </w:r>
          </w:p>
        </w:tc>
        <w:tc>
          <w:tcPr>
            <w:tcW w:type="dxa" w:w="2880"/>
          </w:tcPr>
          <w:p>
            <w:r>
              <w:t>2</w:t>
            </w:r>
          </w:p>
        </w:tc>
      </w:tr>
      <w:tr>
        <w:tc>
          <w:tcPr>
            <w:tcW w:type="dxa" w:w="2880"/>
          </w:tcPr>
          <w:p>
            <w:r>
              <w:t>2018-01-01</w:t>
            </w:r>
          </w:p>
        </w:tc>
        <w:tc>
          <w:tcPr>
            <w:tcW w:type="dxa" w:w="2880"/>
          </w:tcPr>
          <w:p>
            <w:r>
              <w:t>equipment</w:t>
            </w:r>
          </w:p>
        </w:tc>
        <w:tc>
          <w:tcPr>
            <w:tcW w:type="dxa" w:w="2880"/>
          </w:tcPr>
          <w:p>
            <w:r>
              <w:t>1</w:t>
            </w:r>
          </w:p>
        </w:tc>
      </w:tr>
      <w:tr>
        <w:tc>
          <w:tcPr>
            <w:tcW w:type="dxa" w:w="2880"/>
          </w:tcPr>
          <w:p>
            <w:r>
              <w:t>2018-01-01</w:t>
            </w:r>
          </w:p>
        </w:tc>
        <w:tc>
          <w:tcPr>
            <w:tcW w:type="dxa" w:w="2880"/>
          </w:tcPr>
          <w:p>
            <w:r>
              <w:t>internal corrosion</w:t>
            </w:r>
          </w:p>
        </w:tc>
        <w:tc>
          <w:tcPr>
            <w:tcW w:type="dxa" w:w="2880"/>
          </w:tcPr>
          <w:p>
            <w:r>
              <w:t>2</w:t>
            </w:r>
          </w:p>
        </w:tc>
      </w:tr>
      <w:tr>
        <w:tc>
          <w:tcPr>
            <w:tcW w:type="dxa" w:w="2880"/>
          </w:tcPr>
          <w:p>
            <w:r>
              <w:t>2018-01-01</w:t>
            </w:r>
          </w:p>
        </w:tc>
        <w:tc>
          <w:tcPr>
            <w:tcW w:type="dxa" w:w="2880"/>
          </w:tcPr>
          <w:p>
            <w:r>
              <w:t>weather</w:t>
            </w:r>
          </w:p>
        </w:tc>
        <w:tc>
          <w:tcPr>
            <w:tcW w:type="dxa" w:w="2880"/>
          </w:tcPr>
          <w:p>
            <w:r>
              <w:t>0</w:t>
            </w:r>
          </w:p>
        </w:tc>
      </w:tr>
      <w:tr>
        <w:tc>
          <w:tcPr>
            <w:tcW w:type="dxa" w:w="2880"/>
          </w:tcPr>
          <w:p>
            <w:r>
              <w:t>2019-01-01</w:t>
            </w:r>
          </w:p>
        </w:tc>
        <w:tc>
          <w:tcPr>
            <w:tcW w:type="dxa" w:w="2880"/>
          </w:tcPr>
          <w:p>
            <w:r>
              <w:t>external corrosion</w:t>
            </w:r>
          </w:p>
        </w:tc>
        <w:tc>
          <w:tcPr>
            <w:tcW w:type="dxa" w:w="2880"/>
          </w:tcPr>
          <w:p>
            <w:r>
              <w:t>3</w:t>
            </w:r>
          </w:p>
        </w:tc>
      </w:tr>
      <w:tr>
        <w:tc>
          <w:tcPr>
            <w:tcW w:type="dxa" w:w="2880"/>
          </w:tcPr>
          <w:p>
            <w:r>
              <w:t>2019-01-01</w:t>
            </w:r>
          </w:p>
        </w:tc>
        <w:tc>
          <w:tcPr>
            <w:tcW w:type="dxa" w:w="2880"/>
          </w:tcPr>
          <w:p>
            <w:r>
              <w:t>third-party damage</w:t>
            </w:r>
          </w:p>
        </w:tc>
        <w:tc>
          <w:tcPr>
            <w:tcW w:type="dxa" w:w="2880"/>
          </w:tcPr>
          <w:p>
            <w:r>
              <w:t>3</w:t>
            </w:r>
          </w:p>
        </w:tc>
      </w:tr>
      <w:tr>
        <w:tc>
          <w:tcPr>
            <w:tcW w:type="dxa" w:w="2880"/>
          </w:tcPr>
          <w:p>
            <w:r>
              <w:t>2019-01-01</w:t>
            </w:r>
          </w:p>
        </w:tc>
        <w:tc>
          <w:tcPr>
            <w:tcW w:type="dxa" w:w="2880"/>
          </w:tcPr>
          <w:p>
            <w:r>
              <w:t>equipment</w:t>
            </w:r>
          </w:p>
        </w:tc>
        <w:tc>
          <w:tcPr>
            <w:tcW w:type="dxa" w:w="2880"/>
          </w:tcPr>
          <w:p>
            <w:r>
              <w:t>2</w:t>
            </w:r>
          </w:p>
        </w:tc>
      </w:tr>
      <w:tr>
        <w:tc>
          <w:tcPr>
            <w:tcW w:type="dxa" w:w="2880"/>
          </w:tcPr>
          <w:p>
            <w:r>
              <w:t>2019-01-01</w:t>
            </w:r>
          </w:p>
        </w:tc>
        <w:tc>
          <w:tcPr>
            <w:tcW w:type="dxa" w:w="2880"/>
          </w:tcPr>
          <w:p>
            <w:r>
              <w:t>internal corrosion</w:t>
            </w:r>
          </w:p>
        </w:tc>
        <w:tc>
          <w:tcPr>
            <w:tcW w:type="dxa" w:w="2880"/>
          </w:tcPr>
          <w:p>
            <w:r>
              <w:t>1</w:t>
            </w:r>
          </w:p>
        </w:tc>
      </w:tr>
      <w:tr>
        <w:tc>
          <w:tcPr>
            <w:tcW w:type="dxa" w:w="2880"/>
          </w:tcPr>
          <w:p>
            <w:r>
              <w:t>2019-01-01</w:t>
            </w:r>
          </w:p>
        </w:tc>
        <w:tc>
          <w:tcPr>
            <w:tcW w:type="dxa" w:w="2880"/>
          </w:tcPr>
          <w:p>
            <w:r>
              <w:t>weather</w:t>
            </w:r>
          </w:p>
        </w:tc>
        <w:tc>
          <w:tcPr>
            <w:tcW w:type="dxa" w:w="2880"/>
          </w:tcPr>
          <w:p>
            <w:r>
              <w:t>0</w:t>
            </w:r>
          </w:p>
        </w:tc>
      </w:tr>
      <w:tr>
        <w:tc>
          <w:tcPr>
            <w:tcW w:type="dxa" w:w="2880"/>
          </w:tcPr>
          <w:p>
            <w:r>
              <w:t>2020-01-01</w:t>
            </w:r>
          </w:p>
        </w:tc>
        <w:tc>
          <w:tcPr>
            <w:tcW w:type="dxa" w:w="2880"/>
          </w:tcPr>
          <w:p>
            <w:r>
              <w:t>external corrosion</w:t>
            </w:r>
          </w:p>
        </w:tc>
        <w:tc>
          <w:tcPr>
            <w:tcW w:type="dxa" w:w="2880"/>
          </w:tcPr>
          <w:p>
            <w:r>
              <w:t>3</w:t>
            </w:r>
          </w:p>
        </w:tc>
      </w:tr>
      <w:tr>
        <w:tc>
          <w:tcPr>
            <w:tcW w:type="dxa" w:w="2880"/>
          </w:tcPr>
          <w:p>
            <w:r>
              <w:t>2020-01-01</w:t>
            </w:r>
          </w:p>
        </w:tc>
        <w:tc>
          <w:tcPr>
            <w:tcW w:type="dxa" w:w="2880"/>
          </w:tcPr>
          <w:p>
            <w:r>
              <w:t>third-party damage</w:t>
            </w:r>
          </w:p>
        </w:tc>
        <w:tc>
          <w:tcPr>
            <w:tcW w:type="dxa" w:w="2880"/>
          </w:tcPr>
          <w:p>
            <w:r>
              <w:t>0</w:t>
            </w:r>
          </w:p>
        </w:tc>
      </w:tr>
      <w:tr>
        <w:tc>
          <w:tcPr>
            <w:tcW w:type="dxa" w:w="2880"/>
          </w:tcPr>
          <w:p>
            <w:r>
              <w:t>2020-01-01</w:t>
            </w:r>
          </w:p>
        </w:tc>
        <w:tc>
          <w:tcPr>
            <w:tcW w:type="dxa" w:w="2880"/>
          </w:tcPr>
          <w:p>
            <w:r>
              <w:t>equipment</w:t>
            </w:r>
          </w:p>
        </w:tc>
        <w:tc>
          <w:tcPr>
            <w:tcW w:type="dxa" w:w="2880"/>
          </w:tcPr>
          <w:p>
            <w:r>
              <w:t>1</w:t>
            </w:r>
          </w:p>
        </w:tc>
      </w:tr>
      <w:tr>
        <w:tc>
          <w:tcPr>
            <w:tcW w:type="dxa" w:w="2880"/>
          </w:tcPr>
          <w:p>
            <w:r>
              <w:t>2020-01-01</w:t>
            </w:r>
          </w:p>
        </w:tc>
        <w:tc>
          <w:tcPr>
            <w:tcW w:type="dxa" w:w="2880"/>
          </w:tcPr>
          <w:p>
            <w:r>
              <w:t>internal corrosion</w:t>
            </w:r>
          </w:p>
        </w:tc>
        <w:tc>
          <w:tcPr>
            <w:tcW w:type="dxa" w:w="2880"/>
          </w:tcPr>
          <w:p>
            <w:r>
              <w:t>3</w:t>
            </w:r>
          </w:p>
        </w:tc>
      </w:tr>
      <w:tr>
        <w:tc>
          <w:tcPr>
            <w:tcW w:type="dxa" w:w="2880"/>
          </w:tcPr>
          <w:p>
            <w:r>
              <w:t>2020-01-01</w:t>
            </w:r>
          </w:p>
        </w:tc>
        <w:tc>
          <w:tcPr>
            <w:tcW w:type="dxa" w:w="2880"/>
          </w:tcPr>
          <w:p>
            <w:r>
              <w:t>weather</w:t>
            </w:r>
          </w:p>
        </w:tc>
        <w:tc>
          <w:tcPr>
            <w:tcW w:type="dxa" w:w="2880"/>
          </w:tcPr>
          <w:p>
            <w:r>
              <w:t>0</w:t>
            </w:r>
          </w:p>
        </w:tc>
      </w:tr>
      <w:tr>
        <w:tc>
          <w:tcPr>
            <w:tcW w:type="dxa" w:w="2880"/>
          </w:tcPr>
          <w:p>
            <w:r>
              <w:t>2021-01-01</w:t>
            </w:r>
          </w:p>
        </w:tc>
        <w:tc>
          <w:tcPr>
            <w:tcW w:type="dxa" w:w="2880"/>
          </w:tcPr>
          <w:p>
            <w:r>
              <w:t>external corrosion</w:t>
            </w:r>
          </w:p>
        </w:tc>
        <w:tc>
          <w:tcPr>
            <w:tcW w:type="dxa" w:w="2880"/>
          </w:tcPr>
          <w:p>
            <w:r>
              <w:t>2</w:t>
            </w:r>
          </w:p>
        </w:tc>
      </w:tr>
      <w:tr>
        <w:tc>
          <w:tcPr>
            <w:tcW w:type="dxa" w:w="2880"/>
          </w:tcPr>
          <w:p>
            <w:r>
              <w:t>2021-01-01</w:t>
            </w:r>
          </w:p>
        </w:tc>
        <w:tc>
          <w:tcPr>
            <w:tcW w:type="dxa" w:w="2880"/>
          </w:tcPr>
          <w:p>
            <w:r>
              <w:t>third-party damage</w:t>
            </w:r>
          </w:p>
        </w:tc>
        <w:tc>
          <w:tcPr>
            <w:tcW w:type="dxa" w:w="2880"/>
          </w:tcPr>
          <w:p>
            <w:r>
              <w:t>2</w:t>
            </w:r>
          </w:p>
        </w:tc>
      </w:tr>
      <w:tr>
        <w:tc>
          <w:tcPr>
            <w:tcW w:type="dxa" w:w="2880"/>
          </w:tcPr>
          <w:p>
            <w:r>
              <w:t>2021-01-01</w:t>
            </w:r>
          </w:p>
        </w:tc>
        <w:tc>
          <w:tcPr>
            <w:tcW w:type="dxa" w:w="2880"/>
          </w:tcPr>
          <w:p>
            <w:r>
              <w:t>equipment</w:t>
            </w:r>
          </w:p>
        </w:tc>
        <w:tc>
          <w:tcPr>
            <w:tcW w:type="dxa" w:w="2880"/>
          </w:tcPr>
          <w:p>
            <w:r>
              <w:t>0</w:t>
            </w:r>
          </w:p>
        </w:tc>
      </w:tr>
      <w:tr>
        <w:tc>
          <w:tcPr>
            <w:tcW w:type="dxa" w:w="2880"/>
          </w:tcPr>
          <w:p>
            <w:r>
              <w:t>2021-01-01</w:t>
            </w:r>
          </w:p>
        </w:tc>
        <w:tc>
          <w:tcPr>
            <w:tcW w:type="dxa" w:w="2880"/>
          </w:tcPr>
          <w:p>
            <w:r>
              <w:t>internal corrosion</w:t>
            </w:r>
          </w:p>
        </w:tc>
        <w:tc>
          <w:tcPr>
            <w:tcW w:type="dxa" w:w="2880"/>
          </w:tcPr>
          <w:p>
            <w:r>
              <w:t>2</w:t>
            </w:r>
          </w:p>
        </w:tc>
      </w:tr>
      <w:tr>
        <w:tc>
          <w:tcPr>
            <w:tcW w:type="dxa" w:w="2880"/>
          </w:tcPr>
          <w:p>
            <w:r>
              <w:t>2021-01-01</w:t>
            </w:r>
          </w:p>
        </w:tc>
        <w:tc>
          <w:tcPr>
            <w:tcW w:type="dxa" w:w="2880"/>
          </w:tcPr>
          <w:p>
            <w:r>
              <w:t>weather</w:t>
            </w:r>
          </w:p>
        </w:tc>
        <w:tc>
          <w:tcPr>
            <w:tcW w:type="dxa" w:w="2880"/>
          </w:tcPr>
          <w:p>
            <w:r>
              <w:t>2</w:t>
            </w:r>
          </w:p>
        </w:tc>
      </w:tr>
      <w:tr>
        <w:tc>
          <w:tcPr>
            <w:tcW w:type="dxa" w:w="2880"/>
          </w:tcPr>
          <w:p>
            <w:r>
              <w:t>2022-01-01</w:t>
            </w:r>
          </w:p>
        </w:tc>
        <w:tc>
          <w:tcPr>
            <w:tcW w:type="dxa" w:w="2880"/>
          </w:tcPr>
          <w:p>
            <w:r>
              <w:t>external corrosion</w:t>
            </w:r>
          </w:p>
        </w:tc>
        <w:tc>
          <w:tcPr>
            <w:tcW w:type="dxa" w:w="2880"/>
          </w:tcPr>
          <w:p>
            <w:r>
              <w:t>1</w:t>
            </w:r>
          </w:p>
        </w:tc>
      </w:tr>
      <w:tr>
        <w:tc>
          <w:tcPr>
            <w:tcW w:type="dxa" w:w="2880"/>
          </w:tcPr>
          <w:p>
            <w:r>
              <w:t>2022-01-01</w:t>
            </w:r>
          </w:p>
        </w:tc>
        <w:tc>
          <w:tcPr>
            <w:tcW w:type="dxa" w:w="2880"/>
          </w:tcPr>
          <w:p>
            <w:r>
              <w:t>third-party damage</w:t>
            </w:r>
          </w:p>
        </w:tc>
        <w:tc>
          <w:tcPr>
            <w:tcW w:type="dxa" w:w="2880"/>
          </w:tcPr>
          <w:p>
            <w:r>
              <w:t>3</w:t>
            </w:r>
          </w:p>
        </w:tc>
      </w:tr>
      <w:tr>
        <w:tc>
          <w:tcPr>
            <w:tcW w:type="dxa" w:w="2880"/>
          </w:tcPr>
          <w:p>
            <w:r>
              <w:t>2022-01-01</w:t>
            </w:r>
          </w:p>
        </w:tc>
        <w:tc>
          <w:tcPr>
            <w:tcW w:type="dxa" w:w="2880"/>
          </w:tcPr>
          <w:p>
            <w:r>
              <w:t>equipment</w:t>
            </w:r>
          </w:p>
        </w:tc>
        <w:tc>
          <w:tcPr>
            <w:tcW w:type="dxa" w:w="2880"/>
          </w:tcPr>
          <w:p>
            <w:r>
              <w:t>0</w:t>
            </w:r>
          </w:p>
        </w:tc>
      </w:tr>
      <w:tr>
        <w:tc>
          <w:tcPr>
            <w:tcW w:type="dxa" w:w="2880"/>
          </w:tcPr>
          <w:p>
            <w:r>
              <w:t>2022-01-01</w:t>
            </w:r>
          </w:p>
        </w:tc>
        <w:tc>
          <w:tcPr>
            <w:tcW w:type="dxa" w:w="2880"/>
          </w:tcPr>
          <w:p>
            <w:r>
              <w:t>internal corrosion</w:t>
            </w:r>
          </w:p>
        </w:tc>
        <w:tc>
          <w:tcPr>
            <w:tcW w:type="dxa" w:w="2880"/>
          </w:tcPr>
          <w:p>
            <w:r>
              <w:t>0</w:t>
            </w:r>
          </w:p>
        </w:tc>
      </w:tr>
      <w:tr>
        <w:tc>
          <w:tcPr>
            <w:tcW w:type="dxa" w:w="2880"/>
          </w:tcPr>
          <w:p>
            <w:r>
              <w:t>2022-01-01</w:t>
            </w:r>
          </w:p>
        </w:tc>
        <w:tc>
          <w:tcPr>
            <w:tcW w:type="dxa" w:w="2880"/>
          </w:tcPr>
          <w:p>
            <w:r>
              <w:t>weather</w:t>
            </w:r>
          </w:p>
        </w:tc>
        <w:tc>
          <w:tcPr>
            <w:tcW w:type="dxa" w:w="2880"/>
          </w:tcPr>
          <w:p>
            <w:r>
              <w:t>2</w:t>
            </w:r>
          </w:p>
        </w:tc>
      </w:tr>
      <w:tr>
        <w:tc>
          <w:tcPr>
            <w:tcW w:type="dxa" w:w="2880"/>
          </w:tcPr>
          <w:p>
            <w:r>
              <w:t>2023-01-01</w:t>
            </w:r>
          </w:p>
        </w:tc>
        <w:tc>
          <w:tcPr>
            <w:tcW w:type="dxa" w:w="2880"/>
          </w:tcPr>
          <w:p>
            <w:r>
              <w:t>external corrosion</w:t>
            </w:r>
          </w:p>
        </w:tc>
        <w:tc>
          <w:tcPr>
            <w:tcW w:type="dxa" w:w="2880"/>
          </w:tcPr>
          <w:p>
            <w:r>
              <w:t>5</w:t>
            </w:r>
          </w:p>
        </w:tc>
      </w:tr>
      <w:tr>
        <w:tc>
          <w:tcPr>
            <w:tcW w:type="dxa" w:w="2880"/>
          </w:tcPr>
          <w:p>
            <w:r>
              <w:t>2023-01-01</w:t>
            </w:r>
          </w:p>
        </w:tc>
        <w:tc>
          <w:tcPr>
            <w:tcW w:type="dxa" w:w="2880"/>
          </w:tcPr>
          <w:p>
            <w:r>
              <w:t>third-party damage</w:t>
            </w:r>
          </w:p>
        </w:tc>
        <w:tc>
          <w:tcPr>
            <w:tcW w:type="dxa" w:w="2880"/>
          </w:tcPr>
          <w:p>
            <w:r>
              <w:t>0</w:t>
            </w:r>
          </w:p>
        </w:tc>
      </w:tr>
      <w:tr>
        <w:tc>
          <w:tcPr>
            <w:tcW w:type="dxa" w:w="2880"/>
          </w:tcPr>
          <w:p>
            <w:r>
              <w:t>2023-01-01</w:t>
            </w:r>
          </w:p>
        </w:tc>
        <w:tc>
          <w:tcPr>
            <w:tcW w:type="dxa" w:w="2880"/>
          </w:tcPr>
          <w:p>
            <w:r>
              <w:t>equipment</w:t>
            </w:r>
          </w:p>
        </w:tc>
        <w:tc>
          <w:tcPr>
            <w:tcW w:type="dxa" w:w="2880"/>
          </w:tcPr>
          <w:p>
            <w:r>
              <w:t>1</w:t>
            </w:r>
          </w:p>
        </w:tc>
      </w:tr>
      <w:tr>
        <w:tc>
          <w:tcPr>
            <w:tcW w:type="dxa" w:w="2880"/>
          </w:tcPr>
          <w:p>
            <w:r>
              <w:t>2023-01-01</w:t>
            </w:r>
          </w:p>
        </w:tc>
        <w:tc>
          <w:tcPr>
            <w:tcW w:type="dxa" w:w="2880"/>
          </w:tcPr>
          <w:p>
            <w:r>
              <w:t>internal corrosion</w:t>
            </w:r>
          </w:p>
        </w:tc>
        <w:tc>
          <w:tcPr>
            <w:tcW w:type="dxa" w:w="2880"/>
          </w:tcPr>
          <w:p>
            <w:r>
              <w:t>0</w:t>
            </w:r>
          </w:p>
        </w:tc>
      </w:tr>
      <w:tr>
        <w:tc>
          <w:tcPr>
            <w:tcW w:type="dxa" w:w="2880"/>
          </w:tcPr>
          <w:p>
            <w:r>
              <w:t>2023-01-01</w:t>
            </w:r>
          </w:p>
        </w:tc>
        <w:tc>
          <w:tcPr>
            <w:tcW w:type="dxa" w:w="2880"/>
          </w:tcPr>
          <w:p>
            <w:r>
              <w:t>weather</w:t>
            </w:r>
          </w:p>
        </w:tc>
        <w:tc>
          <w:tcPr>
            <w:tcW w:type="dxa" w:w="2880"/>
          </w:tcPr>
          <w:p>
            <w:r>
              <w:t>0</w:t>
            </w:r>
          </w:p>
        </w:tc>
      </w:tr>
      <w:tr>
        <w:tc>
          <w:tcPr>
            <w:tcW w:type="dxa" w:w="2880"/>
          </w:tcPr>
          <w:p>
            <w:r>
              <w:t>2024-01-01</w:t>
            </w:r>
          </w:p>
        </w:tc>
        <w:tc>
          <w:tcPr>
            <w:tcW w:type="dxa" w:w="2880"/>
          </w:tcPr>
          <w:p>
            <w:r>
              <w:t>external corrosion</w:t>
            </w:r>
          </w:p>
        </w:tc>
        <w:tc>
          <w:tcPr>
            <w:tcW w:type="dxa" w:w="2880"/>
          </w:tcPr>
          <w:p>
            <w:r>
              <w:t>3</w:t>
            </w:r>
          </w:p>
        </w:tc>
      </w:tr>
      <w:tr>
        <w:tc>
          <w:tcPr>
            <w:tcW w:type="dxa" w:w="2880"/>
          </w:tcPr>
          <w:p>
            <w:r>
              <w:t>2024-01-01</w:t>
            </w:r>
          </w:p>
        </w:tc>
        <w:tc>
          <w:tcPr>
            <w:tcW w:type="dxa" w:w="2880"/>
          </w:tcPr>
          <w:p>
            <w:r>
              <w:t>third-party damage</w:t>
            </w:r>
          </w:p>
        </w:tc>
        <w:tc>
          <w:tcPr>
            <w:tcW w:type="dxa" w:w="2880"/>
          </w:tcPr>
          <w:p>
            <w:r>
              <w:t>2</w:t>
            </w:r>
          </w:p>
        </w:tc>
      </w:tr>
      <w:tr>
        <w:tc>
          <w:tcPr>
            <w:tcW w:type="dxa" w:w="2880"/>
          </w:tcPr>
          <w:p>
            <w:r>
              <w:t>2024-01-01</w:t>
            </w:r>
          </w:p>
        </w:tc>
        <w:tc>
          <w:tcPr>
            <w:tcW w:type="dxa" w:w="2880"/>
          </w:tcPr>
          <w:p>
            <w:r>
              <w:t>equipment</w:t>
            </w:r>
          </w:p>
        </w:tc>
        <w:tc>
          <w:tcPr>
            <w:tcW w:type="dxa" w:w="2880"/>
          </w:tcPr>
          <w:p>
            <w:r>
              <w:t>1</w:t>
            </w:r>
          </w:p>
        </w:tc>
      </w:tr>
      <w:tr>
        <w:tc>
          <w:tcPr>
            <w:tcW w:type="dxa" w:w="2880"/>
          </w:tcPr>
          <w:p>
            <w:r>
              <w:t>2024-01-01</w:t>
            </w:r>
          </w:p>
        </w:tc>
        <w:tc>
          <w:tcPr>
            <w:tcW w:type="dxa" w:w="2880"/>
          </w:tcPr>
          <w:p>
            <w:r>
              <w:t>internal corrosion</w:t>
            </w:r>
          </w:p>
        </w:tc>
        <w:tc>
          <w:tcPr>
            <w:tcW w:type="dxa" w:w="2880"/>
          </w:tcPr>
          <w:p>
            <w:r>
              <w:t>0</w:t>
            </w:r>
          </w:p>
        </w:tc>
      </w:tr>
      <w:tr>
        <w:tc>
          <w:tcPr>
            <w:tcW w:type="dxa" w:w="2880"/>
          </w:tcPr>
          <w:p>
            <w:r>
              <w:t>2024-01-01</w:t>
            </w:r>
          </w:p>
        </w:tc>
        <w:tc>
          <w:tcPr>
            <w:tcW w:type="dxa" w:w="2880"/>
          </w:tcPr>
          <w:p>
            <w:r>
              <w:t>weather</w:t>
            </w:r>
          </w:p>
        </w:tc>
        <w:tc>
          <w:tcPr>
            <w:tcW w:type="dxa" w:w="2880"/>
          </w:tcPr>
          <w:p>
            <w:r>
              <w:t>1</w:t>
            </w:r>
          </w:p>
        </w:tc>
      </w:tr>
      <w:tr>
        <w:tc>
          <w:tcPr>
            <w:tcW w:type="dxa" w:w="2880"/>
          </w:tcPr>
          <w:p>
            <w:r>
              <w:t>2025-01-01</w:t>
            </w:r>
          </w:p>
        </w:tc>
        <w:tc>
          <w:tcPr>
            <w:tcW w:type="dxa" w:w="2880"/>
          </w:tcPr>
          <w:p>
            <w:r>
              <w:t>external corrosion</w:t>
            </w:r>
          </w:p>
        </w:tc>
        <w:tc>
          <w:tcPr>
            <w:tcW w:type="dxa" w:w="2880"/>
          </w:tcPr>
          <w:p>
            <w:r>
              <w:t>6</w:t>
            </w:r>
          </w:p>
        </w:tc>
      </w:tr>
      <w:tr>
        <w:tc>
          <w:tcPr>
            <w:tcW w:type="dxa" w:w="2880"/>
          </w:tcPr>
          <w:p>
            <w:r>
              <w:t>2025-01-01</w:t>
            </w:r>
          </w:p>
        </w:tc>
        <w:tc>
          <w:tcPr>
            <w:tcW w:type="dxa" w:w="2880"/>
          </w:tcPr>
          <w:p>
            <w:r>
              <w:t>third-party damage</w:t>
            </w:r>
          </w:p>
        </w:tc>
        <w:tc>
          <w:tcPr>
            <w:tcW w:type="dxa" w:w="2880"/>
          </w:tcPr>
          <w:p>
            <w:r>
              <w:t>1</w:t>
            </w:r>
          </w:p>
        </w:tc>
      </w:tr>
      <w:tr>
        <w:tc>
          <w:tcPr>
            <w:tcW w:type="dxa" w:w="2880"/>
          </w:tcPr>
          <w:p>
            <w:r>
              <w:t>2025-01-01</w:t>
            </w:r>
          </w:p>
        </w:tc>
        <w:tc>
          <w:tcPr>
            <w:tcW w:type="dxa" w:w="2880"/>
          </w:tcPr>
          <w:p>
            <w:r>
              <w:t>equipment</w:t>
            </w:r>
          </w:p>
        </w:tc>
        <w:tc>
          <w:tcPr>
            <w:tcW w:type="dxa" w:w="2880"/>
          </w:tcPr>
          <w:p>
            <w:r>
              <w:t>3</w:t>
            </w:r>
          </w:p>
        </w:tc>
      </w:tr>
      <w:tr>
        <w:tc>
          <w:tcPr>
            <w:tcW w:type="dxa" w:w="2880"/>
          </w:tcPr>
          <w:p>
            <w:r>
              <w:t>2025-01-01</w:t>
            </w:r>
          </w:p>
        </w:tc>
        <w:tc>
          <w:tcPr>
            <w:tcW w:type="dxa" w:w="2880"/>
          </w:tcPr>
          <w:p>
            <w:r>
              <w:t>internal corrosion</w:t>
            </w:r>
          </w:p>
        </w:tc>
        <w:tc>
          <w:tcPr>
            <w:tcW w:type="dxa" w:w="2880"/>
          </w:tcPr>
          <w:p>
            <w:r>
              <w:t>0</w:t>
            </w:r>
          </w:p>
        </w:tc>
      </w:tr>
      <w:tr>
        <w:tc>
          <w:tcPr>
            <w:tcW w:type="dxa" w:w="2880"/>
          </w:tcPr>
          <w:p>
            <w:r>
              <w:t>2025-01-01</w:t>
            </w:r>
          </w:p>
        </w:tc>
        <w:tc>
          <w:tcPr>
            <w:tcW w:type="dxa" w:w="2880"/>
          </w:tcPr>
          <w:p>
            <w:r>
              <w:t>weather</w:t>
            </w:r>
          </w:p>
        </w:tc>
        <w:tc>
          <w:tcPr>
            <w:tcW w:type="dxa" w:w="2880"/>
          </w:tcPr>
          <w:p>
            <w:r>
              <w:t>2</w:t>
            </w:r>
          </w:p>
        </w:tc>
      </w:tr>
      <w:tr>
        <w:tc>
          <w:tcPr>
            <w:tcW w:type="dxa" w:w="2880"/>
          </w:tcPr>
          <w:p>
            <w:r>
              <w:t>2026-01-01</w:t>
            </w:r>
          </w:p>
        </w:tc>
        <w:tc>
          <w:tcPr>
            <w:tcW w:type="dxa" w:w="2880"/>
          </w:tcPr>
          <w:p>
            <w:r>
              <w:t>external corrosion</w:t>
            </w:r>
          </w:p>
        </w:tc>
        <w:tc>
          <w:tcPr>
            <w:tcW w:type="dxa" w:w="2880"/>
          </w:tcPr>
          <w:p>
            <w:r>
              <w:t>3</w:t>
            </w:r>
          </w:p>
        </w:tc>
      </w:tr>
      <w:tr>
        <w:tc>
          <w:tcPr>
            <w:tcW w:type="dxa" w:w="2880"/>
          </w:tcPr>
          <w:p>
            <w:r>
              <w:t>2026-01-01</w:t>
            </w:r>
          </w:p>
        </w:tc>
        <w:tc>
          <w:tcPr>
            <w:tcW w:type="dxa" w:w="2880"/>
          </w:tcPr>
          <w:p>
            <w:r>
              <w:t>third-party damage</w:t>
            </w:r>
          </w:p>
        </w:tc>
        <w:tc>
          <w:tcPr>
            <w:tcW w:type="dxa" w:w="2880"/>
          </w:tcPr>
          <w:p>
            <w:r>
              <w:t>0</w:t>
            </w:r>
          </w:p>
        </w:tc>
      </w:tr>
      <w:tr>
        <w:tc>
          <w:tcPr>
            <w:tcW w:type="dxa" w:w="2880"/>
          </w:tcPr>
          <w:p>
            <w:r>
              <w:t>2026-01-01</w:t>
            </w:r>
          </w:p>
        </w:tc>
        <w:tc>
          <w:tcPr>
            <w:tcW w:type="dxa" w:w="2880"/>
          </w:tcPr>
          <w:p>
            <w:r>
              <w:t>equipment</w:t>
            </w:r>
          </w:p>
        </w:tc>
        <w:tc>
          <w:tcPr>
            <w:tcW w:type="dxa" w:w="2880"/>
          </w:tcPr>
          <w:p>
            <w:r>
              <w:t>1</w:t>
            </w:r>
          </w:p>
        </w:tc>
      </w:tr>
      <w:tr>
        <w:tc>
          <w:tcPr>
            <w:tcW w:type="dxa" w:w="2880"/>
          </w:tcPr>
          <w:p>
            <w:r>
              <w:t>2026-01-01</w:t>
            </w:r>
          </w:p>
        </w:tc>
        <w:tc>
          <w:tcPr>
            <w:tcW w:type="dxa" w:w="2880"/>
          </w:tcPr>
          <w:p>
            <w:r>
              <w:t>internal corrosion</w:t>
            </w:r>
          </w:p>
        </w:tc>
        <w:tc>
          <w:tcPr>
            <w:tcW w:type="dxa" w:w="2880"/>
          </w:tcPr>
          <w:p>
            <w:r>
              <w:t>1</w:t>
            </w:r>
          </w:p>
        </w:tc>
      </w:tr>
      <w:tr>
        <w:tc>
          <w:tcPr>
            <w:tcW w:type="dxa" w:w="2880"/>
          </w:tcPr>
          <w:p>
            <w:r>
              <w:t>2026-01-01</w:t>
            </w:r>
          </w:p>
        </w:tc>
        <w:tc>
          <w:tcPr>
            <w:tcW w:type="dxa" w:w="2880"/>
          </w:tcPr>
          <w:p>
            <w:r>
              <w:t>weather</w:t>
            </w:r>
          </w:p>
        </w:tc>
        <w:tc>
          <w:tcPr>
            <w:tcW w:type="dxa" w:w="2880"/>
          </w:tcPr>
          <w:p>
            <w:r>
              <w:t>0</w:t>
            </w:r>
          </w:p>
        </w:tc>
      </w:tr>
    </w:tbl>
    <w:p/>
    <w:sectPr w:rsidR="00FC693F" w:rsidRPr="0006063C" w:rsidSect="00034616">
      <w:footerReference w:type="default" r:id="rId5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GeoBit Large Spatial Model | Sample: Oil and gas pipelines, Midland | report version 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Oil and gas pipelines, Midland: report</dc:title>
  <dc:subject>Describe the project Sample: Oil and gas pipelines, Midland: run the analyses that tell the most about its data, draw every result, and write a cited report.</dc:subject>
  <dc:creator>GeoBit Large Spatial Model</dc:creator>
  <cp:keywords/>
  <dc:description>generated by python-docx</dc:description>
  <cp:lastModifiedBy/>
  <cp:revision>1</cp:revision>
  <dcterms:created xsi:type="dcterms:W3CDTF">2013-12-23T23:15:00Z</dcterms:created>
  <dcterms:modified xsi:type="dcterms:W3CDTF">2013-12-23T23:15:00Z</dcterms:modified>
  <cp:category/>
</cp:coreProperties>
</file>