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B07F1F"/>
          <w:sz w:val="16"/>
        </w:rPr>
        <w:t>GEOBIT LARGE SPATIAL MODEL</w:t>
      </w:r>
    </w:p>
    <w:p>
      <w:pPr>
        <w:pStyle w:val="Title"/>
      </w:pPr>
      <w:r>
        <w:t>Sample: Ports and maritime operations, Rotterdam: report</w:t>
      </w:r>
    </w:p>
    <w:p>
      <w:r>
        <w:rPr>
          <w:color w:val="525252"/>
          <w:sz w:val="18"/>
        </w:rPr>
        <w:t>Project: Sample: Ports and maritime operations, Rotterdam</w:t>
      </w:r>
      <w:r>
        <w:rPr>
          <w:color w:val="525252"/>
          <w:sz w:val="18"/>
        </w:rPr>
        <w:br/>
        <w:t>Goal: Describe the project Sample: Ports and maritime operations, Rotterdam: run the analyses that tell the most about its data, draw every result, and write a cited report.</w:t>
      </w:r>
      <w:r>
        <w:rPr>
          <w:color w:val="525252"/>
          <w:sz w:val="18"/>
        </w:rPr>
        <w:br/>
        <w:t>Run: cad465dd-123d-4ad9-bf15-16d738364e59 (running, 11 agent run(s))</w:t>
      </w:r>
      <w:r>
        <w:rPr>
          <w:color w:val="525252"/>
          <w:sz w:val="18"/>
        </w:rPr>
        <w:br/>
        <w:t>Generated: 2026-10-18T05:44:00Z, version 1</w:t>
      </w:r>
      <w:r>
        <w:rPr>
          <w:color w:val="525252"/>
          <w:sz w:val="18"/>
        </w:rPr>
        <w:br/>
        <w:t>Model cost: USD 0.0000 over 0 model call(s)</w:t>
      </w:r>
    </w:p>
    <w:p>
      <w:pPr>
        <w:pStyle w:val="Heading1"/>
      </w:pPr>
      <w:r>
        <w:t>Data used</w:t>
      </w:r>
    </w:p>
    <w:tbl>
      <w:tblPr>
        <w:tblStyle w:val="LightGrid-Accent1"/>
        <w:tblW w:type="auto" w:w="0"/>
        <w:tblLook w:firstColumn="1" w:firstRow="1" w:lastColumn="0" w:lastRow="0" w:noHBand="0" w:noVBand="1" w:val="04A0"/>
      </w:tblPr>
      <w:tblGrid>
        <w:gridCol w:w="1440"/>
        <w:gridCol w:w="1440"/>
        <w:gridCol w:w="1440"/>
        <w:gridCol w:w="1440"/>
        <w:gridCol w:w="1440"/>
        <w:gridCol w:w="1440"/>
      </w:tblGrid>
      <w:tr>
        <w:tc>
          <w:tcPr>
            <w:tcW w:type="dxa" w:w="1440"/>
          </w:tcPr>
          <w:p>
            <w:r>
              <w:t>Data</w:t>
            </w:r>
          </w:p>
        </w:tc>
        <w:tc>
          <w:tcPr>
            <w:tcW w:type="dxa" w:w="1440"/>
          </w:tcPr>
          <w:p>
            <w:r>
              <w:t>Kind</w:t>
            </w:r>
          </w:p>
        </w:tc>
        <w:tc>
          <w:tcPr>
            <w:tcW w:type="dxa" w:w="1440"/>
          </w:tcPr>
          <w:p>
            <w:r>
              <w:t>Rows</w:t>
            </w:r>
          </w:p>
        </w:tc>
        <w:tc>
          <w:tcPr>
            <w:tcW w:type="dxa" w:w="1440"/>
          </w:tcPr>
          <w:p>
            <w:r>
              <w:t>Time span</w:t>
            </w:r>
          </w:p>
        </w:tc>
        <w:tc>
          <w:tcPr>
            <w:tcW w:type="dxa" w:w="1440"/>
          </w:tcPr>
          <w:p>
            <w:r>
              <w:t>Summary</w:t>
            </w:r>
          </w:p>
        </w:tc>
        <w:tc>
          <w:tcPr>
            <w:tcW w:type="dxa" w:w="1440"/>
          </w:tcPr>
          <w:p>
            <w:r>
              <w:t>Source</w:t>
            </w:r>
          </w:p>
        </w:tc>
      </w:tr>
      <w:tr>
        <w:tc>
          <w:tcPr>
            <w:tcW w:type="dxa" w:w="1440"/>
          </w:tcPr>
          <w:p>
            <w:r>
              <w:t>Berths</w:t>
            </w:r>
          </w:p>
        </w:tc>
        <w:tc>
          <w:tcPr>
            <w:tcW w:type="dxa" w:w="1440"/>
          </w:tcPr>
          <w:p>
            <w:r>
              <w:t>vector, LineString</w:t>
            </w:r>
          </w:p>
        </w:tc>
        <w:tc>
          <w:tcPr>
            <w:tcW w:type="dxa" w:w="1440"/>
          </w:tcPr>
          <w:p>
            <w:r>
              <w:t>14</w:t>
            </w:r>
          </w:p>
        </w:tc>
        <w:tc>
          <w:tcPr>
            <w:tcW w:type="dxa" w:w="1440"/>
          </w:tcPr>
          <w:p>
            <w:r/>
          </w:p>
        </w:tc>
        <w:tc>
          <w:tcPr>
            <w:tcW w:type="dxa" w:w="1440"/>
          </w:tcPr>
          <w:p>
            <w:r>
              <w:t>14 line features; 'depth_m' 11 to 18.5 (mean 15.24); 'length_m' 425 to 500 (mean 457.1); 'cranes' 2 to 6 (mean 4.714); named by 'name' (e.g. Berth 01 North quay, Berth 02 North quay, Berth 03 North quay); total length 6.402 km; extent 4.3883,51.8767 to 4.4506,51.8951. Lines (Berths) such as routes or networks.</w:t>
            </w:r>
          </w:p>
        </w:tc>
        <w:tc>
          <w:tcPr>
            <w:tcW w:type="dxa" w:w="1440"/>
          </w:tcPr>
          <w:p>
            <w:r>
              <w:t>[97]</w:t>
            </w:r>
          </w:p>
        </w:tc>
      </w:tr>
      <w:tr>
        <w:tc>
          <w:tcPr>
            <w:tcW w:type="dxa" w:w="1440"/>
          </w:tcPr>
          <w:p>
            <w:r>
              <w:t>Yard zones</w:t>
            </w:r>
          </w:p>
        </w:tc>
        <w:tc>
          <w:tcPr>
            <w:tcW w:type="dxa" w:w="1440"/>
          </w:tcPr>
          <w:p>
            <w:r>
              <w:t>vector, Polygon</w:t>
            </w:r>
          </w:p>
        </w:tc>
        <w:tc>
          <w:tcPr>
            <w:tcW w:type="dxa" w:w="1440"/>
          </w:tcPr>
          <w:p>
            <w:r>
              <w:t>30</w:t>
            </w:r>
          </w:p>
        </w:tc>
        <w:tc>
          <w:tcPr>
            <w:tcW w:type="dxa" w:w="1440"/>
          </w:tcPr>
          <w:p>
            <w:r/>
          </w:p>
        </w:tc>
        <w:tc>
          <w:tcPr>
            <w:tcW w:type="dxa" w:w="1440"/>
          </w:tcPr>
          <w:p>
            <w:r>
              <w:t>30 polygon (area) features; 'kind' has 4 values (top: import/export stack 24, empties 3, reefer 2); 'capacity_teu' 1,034 to 2,599 (mean 1869); 'utilization_pct' 55.3 to 98 (mean 78.84); total area 7.459 km2; extent 4.3872,51.8774 to 4.4527,51.8944. Areas (Yard zones) with capacity_teu to compare and map.</w:t>
            </w:r>
          </w:p>
        </w:tc>
        <w:tc>
          <w:tcPr>
            <w:tcW w:type="dxa" w:w="1440"/>
          </w:tcPr>
          <w:p>
            <w:r>
              <w:t>[98]</w:t>
            </w:r>
          </w:p>
        </w:tc>
      </w:tr>
      <w:tr>
        <w:tc>
          <w:tcPr>
            <w:tcW w:type="dxa" w:w="1440"/>
          </w:tcPr>
          <w:p>
            <w:r>
              <w:t>Gates</w:t>
            </w:r>
          </w:p>
        </w:tc>
        <w:tc>
          <w:tcPr>
            <w:tcW w:type="dxa" w:w="1440"/>
          </w:tcPr>
          <w:p>
            <w:r>
              <w:t>vector, Point</w:t>
            </w:r>
          </w:p>
        </w:tc>
        <w:tc>
          <w:tcPr>
            <w:tcW w:type="dxa" w:w="1440"/>
          </w:tcPr>
          <w:p>
            <w:r>
              <w:t>4</w:t>
            </w:r>
          </w:p>
        </w:tc>
        <w:tc>
          <w:tcPr>
            <w:tcW w:type="dxa" w:w="1440"/>
          </w:tcPr>
          <w:p>
            <w:r/>
          </w:p>
        </w:tc>
        <w:tc>
          <w:tcPr>
            <w:tcW w:type="dxa" w:w="1440"/>
          </w:tcPr>
          <w:p>
            <w:r>
              <w:t>4 point features; 'ocr' has 2 values (top: True 3, False 1); 'lanes' 5 to 12 (mean 7.75); named by 'name' (e.g. Gate A, Gate B, Gate C); extent 4.3864,51.8708 to 4.4195,51.8917. Point locations of Gates by ocr.</w:t>
            </w:r>
          </w:p>
        </w:tc>
        <w:tc>
          <w:tcPr>
            <w:tcW w:type="dxa" w:w="1440"/>
          </w:tcPr>
          <w:p>
            <w:r>
              <w:t>[99]</w:t>
            </w:r>
          </w:p>
        </w:tc>
      </w:tr>
      <w:tr>
        <w:tc>
          <w:tcPr>
            <w:tcW w:type="dxa" w:w="1440"/>
          </w:tcPr>
          <w:p>
            <w:r>
              <w:t>Truck gate transactions</w:t>
            </w:r>
          </w:p>
        </w:tc>
        <w:tc>
          <w:tcPr>
            <w:tcW w:type="dxa" w:w="1440"/>
          </w:tcPr>
          <w:p>
            <w:r>
              <w:t>vector, Point</w:t>
            </w:r>
          </w:p>
        </w:tc>
        <w:tc>
          <w:tcPr>
            <w:tcW w:type="dxa" w:w="1440"/>
          </w:tcPr>
          <w:p>
            <w:r>
              <w:t>2,000</w:t>
            </w:r>
          </w:p>
        </w:tc>
        <w:tc>
          <w:tcPr>
            <w:tcW w:type="dxa" w:w="1440"/>
          </w:tcPr>
          <w:p>
            <w:r>
              <w:t>2026-08-31 to 2026-09-27</w:t>
            </w:r>
          </w:p>
        </w:tc>
        <w:tc>
          <w:tcPr>
            <w:tcW w:type="dxa" w:w="1440"/>
          </w:tcPr>
          <w:p>
            <w:r>
              <w:t>2,000 point features; dated by 'gate_in_at' from 2026-08-31 to 2026-09-27; 'move' has 3 values (top: drop-off 687, pick-up 666, dual 647); 'container' has 4 values (top: 20 ft 534, 40 ft high cube 531, reefer 40 ft 502); 'turn_time_min' 11 to 133 (mean 34.09); extent 4.3875,51.8776 to 4.4525,51.8944. Dated point events by move: where and when Truck gate transactions happen.</w:t>
            </w:r>
          </w:p>
        </w:tc>
        <w:tc>
          <w:tcPr>
            <w:tcW w:type="dxa" w:w="1440"/>
          </w:tcPr>
          <w:p>
            <w:r>
              <w:t>[2]</w:t>
            </w:r>
          </w:p>
        </w:tc>
      </w:tr>
      <w:tr>
        <w:tc>
          <w:tcPr>
            <w:tcW w:type="dxa" w:w="1440"/>
          </w:tcPr>
          <w:p>
            <w:r>
              <w:t>Cranes</w:t>
            </w:r>
          </w:p>
        </w:tc>
        <w:tc>
          <w:tcPr>
            <w:tcW w:type="dxa" w:w="1440"/>
          </w:tcPr>
          <w:p>
            <w:r>
              <w:t>vector, Point</w:t>
            </w:r>
          </w:p>
        </w:tc>
        <w:tc>
          <w:tcPr>
            <w:tcW w:type="dxa" w:w="1440"/>
          </w:tcPr>
          <w:p>
            <w:r>
              <w:t>40</w:t>
            </w:r>
          </w:p>
        </w:tc>
        <w:tc>
          <w:tcPr>
            <w:tcW w:type="dxa" w:w="1440"/>
          </w:tcPr>
          <w:p>
            <w:r/>
          </w:p>
        </w:tc>
        <w:tc>
          <w:tcPr>
            <w:tcW w:type="dxa" w:w="1440"/>
          </w:tcPr>
          <w:p>
            <w:r>
              <w:t>40 point features; 'type' has 2 values (top: ship to shore 28, yard gantry 12); 'moves_per_hour' 14.2 to 35.9 (mean 26.82); extent 4.3901,51.8770 to 4.4484,51.8949. Point locations of Cranes by type.</w:t>
            </w:r>
          </w:p>
        </w:tc>
        <w:tc>
          <w:tcPr>
            <w:tcW w:type="dxa" w:w="1440"/>
          </w:tcPr>
          <w:p>
            <w:r>
              <w:t>[100]</w:t>
            </w:r>
          </w:p>
        </w:tc>
      </w:tr>
      <w:tr>
        <w:tc>
          <w:tcPr>
            <w:tcW w:type="dxa" w:w="1440"/>
          </w:tcPr>
          <w:p>
            <w:r>
              <w:t>Reefer points</w:t>
            </w:r>
          </w:p>
        </w:tc>
        <w:tc>
          <w:tcPr>
            <w:tcW w:type="dxa" w:w="1440"/>
          </w:tcPr>
          <w:p>
            <w:r>
              <w:t>vector, Point</w:t>
            </w:r>
          </w:p>
        </w:tc>
        <w:tc>
          <w:tcPr>
            <w:tcW w:type="dxa" w:w="1440"/>
          </w:tcPr>
          <w:p>
            <w:r>
              <w:t>100</w:t>
            </w:r>
          </w:p>
        </w:tc>
        <w:tc>
          <w:tcPr>
            <w:tcW w:type="dxa" w:w="1440"/>
          </w:tcPr>
          <w:p>
            <w:r/>
          </w:p>
        </w:tc>
        <w:tc>
          <w:tcPr>
            <w:tcW w:type="dxa" w:w="1440"/>
          </w:tcPr>
          <w:p>
            <w:r>
              <w:t>100 point features; 'in_use' has 2 values (top: True 86, False 14); 'alarm' has 2 values (top: False 98, True 2); extent 4.4398,51.8829 to 4.4525,51.8881. Point locations of Reefer points by in_use.</w:t>
            </w:r>
          </w:p>
        </w:tc>
        <w:tc>
          <w:tcPr>
            <w:tcW w:type="dxa" w:w="1440"/>
          </w:tcPr>
          <w:p>
            <w:r>
              <w:t>[101]</w:t>
            </w:r>
          </w:p>
        </w:tc>
      </w:tr>
      <w:tr>
        <w:tc>
          <w:tcPr>
            <w:tcW w:type="dxa" w:w="1440"/>
          </w:tcPr>
          <w:p>
            <w:r>
              <w:t>Terminal roads</w:t>
            </w:r>
          </w:p>
        </w:tc>
        <w:tc>
          <w:tcPr>
            <w:tcW w:type="dxa" w:w="1440"/>
          </w:tcPr>
          <w:p>
            <w:r>
              <w:t>vector, LineString</w:t>
            </w:r>
          </w:p>
        </w:tc>
        <w:tc>
          <w:tcPr>
            <w:tcW w:type="dxa" w:w="1440"/>
          </w:tcPr>
          <w:p>
            <w:r>
              <w:t>10</w:t>
            </w:r>
          </w:p>
        </w:tc>
        <w:tc>
          <w:tcPr>
            <w:tcW w:type="dxa" w:w="1440"/>
          </w:tcPr>
          <w:p>
            <w:r/>
          </w:p>
        </w:tc>
        <w:tc>
          <w:tcPr>
            <w:tcW w:type="dxa" w:w="1440"/>
          </w:tcPr>
          <w:p>
            <w:r>
              <w:t>10 line features; 'one_way' has 2 values (top: False 5, True 5); 'speed_kmh' 30 to 30 (mean 30); total length 29.05 km; extent 4.3870,51.8773 to 4.4529,51.8946. Lines (Terminal roads) such as routes or networks.</w:t>
            </w:r>
          </w:p>
        </w:tc>
        <w:tc>
          <w:tcPr>
            <w:tcW w:type="dxa" w:w="1440"/>
          </w:tcPr>
          <w:p>
            <w:r>
              <w:t>[102]</w:t>
            </w:r>
          </w:p>
        </w:tc>
      </w:tr>
      <w:tr>
        <w:tc>
          <w:tcPr>
            <w:tcW w:type="dxa" w:w="1440"/>
          </w:tcPr>
          <w:p>
            <w:r>
              <w:t>Equipment faults</w:t>
            </w:r>
          </w:p>
        </w:tc>
        <w:tc>
          <w:tcPr>
            <w:tcW w:type="dxa" w:w="1440"/>
          </w:tcPr>
          <w:p>
            <w:r>
              <w:t>vector, Point</w:t>
            </w:r>
          </w:p>
        </w:tc>
        <w:tc>
          <w:tcPr>
            <w:tcW w:type="dxa" w:w="1440"/>
          </w:tcPr>
          <w:p>
            <w:r>
              <w:t>260</w:t>
            </w:r>
          </w:p>
        </w:tc>
        <w:tc>
          <w:tcPr>
            <w:tcW w:type="dxa" w:w="1440"/>
          </w:tcPr>
          <w:p>
            <w:r>
              <w:t>2026-06-01 to 2026-09-30</w:t>
            </w:r>
          </w:p>
        </w:tc>
        <w:tc>
          <w:tcPr>
            <w:tcW w:type="dxa" w:w="1440"/>
          </w:tcPr>
          <w:p>
            <w:r>
              <w:t>260 point features; dated by 'date' from 2026-06-01 to 2026-09-30; 'system' has 4 values (top: hoist 74, electrical 68, spreader 61); 'downtime_h' 0.4 to 14 (mean 3.164); extent 4.3901,51.8770 to 4.4484,51.8949. Dated point events by system: where and when Equipment faults happen.</w:t>
            </w:r>
          </w:p>
        </w:tc>
        <w:tc>
          <w:tcPr>
            <w:tcW w:type="dxa" w:w="1440"/>
          </w:tcPr>
          <w:p>
            <w:r>
              <w:t>[3]</w:t>
            </w:r>
          </w:p>
        </w:tc>
      </w:tr>
      <w:tr>
        <w:tc>
          <w:tcPr>
            <w:tcW w:type="dxa" w:w="1440"/>
          </w:tcPr>
          <w:p>
            <w:r>
              <w:t>Berth calls</w:t>
            </w:r>
          </w:p>
        </w:tc>
        <w:tc>
          <w:tcPr>
            <w:tcW w:type="dxa" w:w="1440"/>
          </w:tcPr>
          <w:p>
            <w:r>
              <w:t>table</w:t>
            </w:r>
          </w:p>
        </w:tc>
        <w:tc>
          <w:tcPr>
            <w:tcW w:type="dxa" w:w="1440"/>
          </w:tcPr>
          <w:p>
            <w:r>
              <w:t>360</w:t>
            </w:r>
          </w:p>
        </w:tc>
        <w:tc>
          <w:tcPr>
            <w:tcW w:type="dxa" w:w="1440"/>
          </w:tcPr>
          <w:p>
            <w:r>
              <w:t>2026-04-01 to 2026-09-30</w:t>
            </w:r>
          </w:p>
        </w:tc>
        <w:tc>
          <w:tcPr>
            <w:tcW w:type="dxa" w:w="1440"/>
          </w:tcPr>
          <w:p>
            <w:r>
              <w:t>Table of 360 rows and 7 columns without geometry; dated by 'arrival_date' from 2026-04-01 to 2026-09-30; 'moves' 232 to 4,435 (mean 1125); 'crane_hours' 7.9 to 147.4 (mean 39.05); 'berth_hours' 2.5 to 57.7 (mean 12.75). A table of Berth calls without locations.</w:t>
            </w:r>
          </w:p>
        </w:tc>
        <w:tc>
          <w:tcPr>
            <w:tcW w:type="dxa" w:w="1440"/>
          </w:tcPr>
          <w:p>
            <w:r>
              <w:t>[4]</w:t>
            </w:r>
          </w:p>
        </w:tc>
      </w:tr>
      <w:tr>
        <w:tc>
          <w:tcPr>
            <w:tcW w:type="dxa" w:w="1440"/>
          </w:tcPr>
          <w:p>
            <w:r>
              <w:t>Yard inventory by day</w:t>
            </w:r>
          </w:p>
        </w:tc>
        <w:tc>
          <w:tcPr>
            <w:tcW w:type="dxa" w:w="1440"/>
          </w:tcPr>
          <w:p>
            <w:r>
              <w:t>table</w:t>
            </w:r>
          </w:p>
        </w:tc>
        <w:tc>
          <w:tcPr>
            <w:tcW w:type="dxa" w:w="1440"/>
          </w:tcPr>
          <w:p>
            <w:r>
              <w:t>840</w:t>
            </w:r>
          </w:p>
        </w:tc>
        <w:tc>
          <w:tcPr>
            <w:tcW w:type="dxa" w:w="1440"/>
          </w:tcPr>
          <w:p>
            <w:r>
              <w:t>2026-08-31 to 2026-09-27</w:t>
            </w:r>
          </w:p>
        </w:tc>
        <w:tc>
          <w:tcPr>
            <w:tcW w:type="dxa" w:w="1440"/>
          </w:tcPr>
          <w:p>
            <w:r>
              <w:t>Table of 840 rows and 4 columns without geometry; dated by 'date' from 2026-08-31 to 2026-09-27; 'teu_on_hand' 733 to 2,530 (mean 1337); 'avg_dwell_days' 3 to 8.4 (mean 4.57). A table of Yard inventory by day without locations.</w:t>
            </w:r>
          </w:p>
        </w:tc>
        <w:tc>
          <w:tcPr>
            <w:tcW w:type="dxa" w:w="1440"/>
          </w:tcPr>
          <w:p>
            <w:r>
              <w:t>[5]</w:t>
            </w:r>
          </w:p>
        </w:tc>
      </w:tr>
      <w:tr>
        <w:tc>
          <w:tcPr>
            <w:tcW w:type="dxa" w:w="1440"/>
          </w:tcPr>
          <w:p>
            <w:r>
              <w:t>Terminal performance report</w:t>
            </w:r>
          </w:p>
        </w:tc>
        <w:tc>
          <w:tcPr>
            <w:tcW w:type="dxa" w:w="1440"/>
          </w:tcPr>
          <w:p>
            <w:r>
              <w:t>document</w:t>
            </w:r>
          </w:p>
        </w:tc>
        <w:tc>
          <w:tcPr>
            <w:tcW w:type="dxa" w:w="1440"/>
          </w:tcPr>
          <w:p>
            <w:r/>
          </w:p>
        </w:tc>
        <w:tc>
          <w:tcPr>
            <w:tcW w:type="dxa" w:w="1440"/>
          </w:tcPr>
          <w:p>
            <w:r/>
          </w:p>
        </w:tc>
        <w:tc>
          <w:tcPr>
            <w:tcW w:type="dxa" w:w="1440"/>
          </w:tcPr>
          <w:p>
            <w:r>
              <w:t>1-page md document 'Terminal performance report, September 2026'; language en; mentions 5 place(s): Berth 01 North quay (1), Berth 08 North quay (1), Berth (1), Y207 on Monday (1), Gate C (1). A document about Berth 01 North quay, Berth 08 North quay, Berth.</w:t>
            </w:r>
          </w:p>
        </w:tc>
        <w:tc>
          <w:tcPr>
            <w:tcW w:type="dxa" w:w="1440"/>
          </w:tcPr>
          <w:p>
            <w:r>
              <w:t>[103]</w:t>
            </w:r>
          </w:p>
        </w:tc>
      </w:tr>
      <w:tr>
        <w:tc>
          <w:tcPr>
            <w:tcW w:type="dxa" w:w="1440"/>
          </w:tcPr>
          <w:p>
            <w:r>
              <w:t>Sample: Ports and maritime operations, Rotterdam</w:t>
            </w:r>
          </w:p>
        </w:tc>
        <w:tc>
          <w:tcPr>
            <w:tcW w:type="dxa" w:w="1440"/>
          </w:tcPr>
          <w:p>
            <w:r>
              <w:t>record</w:t>
            </w:r>
          </w:p>
        </w:tc>
        <w:tc>
          <w:tcPr>
            <w:tcW w:type="dxa" w:w="1440"/>
          </w:tcPr>
          <w:p>
            <w:r/>
          </w:p>
        </w:tc>
        <w:tc>
          <w:tcPr>
            <w:tcW w:type="dxa" w:w="1440"/>
          </w:tcPr>
          <w:p>
            <w:r/>
          </w:p>
        </w:tc>
        <w:tc>
          <w:tcPr>
            <w:tcW w:type="dxa" w:w="1440"/>
          </w:tcPr>
          <w:p>
            <w:r/>
          </w:p>
        </w:tc>
        <w:tc>
          <w:tcPr>
            <w:tcW w:type="dxa" w:w="1440"/>
          </w:tcPr>
          <w:p>
            <w:r>
              <w:t>[104]</w:t>
            </w:r>
          </w:p>
        </w:tc>
      </w:tr>
      <w:tr>
        <w:tc>
          <w:tcPr>
            <w:tcW w:type="dxa" w:w="1440"/>
          </w:tcPr>
          <w:p>
            <w:r>
              <w:t>Emerging hot spots: Equipment faults</w:t>
            </w:r>
          </w:p>
        </w:tc>
        <w:tc>
          <w:tcPr>
            <w:tcW w:type="dxa" w:w="1440"/>
          </w:tcPr>
          <w:p>
            <w:r>
              <w:t>layer, Polygon</w:t>
            </w:r>
          </w:p>
        </w:tc>
        <w:tc>
          <w:tcPr>
            <w:tcW w:type="dxa" w:w="1440"/>
          </w:tcPr>
          <w:p>
            <w:r>
              <w:t>22</w:t>
            </w:r>
          </w:p>
        </w:tc>
        <w:tc>
          <w:tcPr>
            <w:tcW w:type="dxa" w:w="1440"/>
          </w:tcPr>
          <w:p>
            <w:r/>
          </w:p>
        </w:tc>
        <w:tc>
          <w:tcPr>
            <w:tcW w:type="dxa" w:w="1440"/>
          </w:tcPr>
          <w:p>
            <w:r/>
          </w:p>
        </w:tc>
        <w:tc>
          <w:tcPr>
            <w:tcW w:type="dxa" w:w="1440"/>
          </w:tcPr>
          <w:p>
            <w:r>
              <w:t>[105]</w:t>
            </w:r>
          </w:p>
        </w:tc>
      </w:tr>
      <w:tr>
        <w:tc>
          <w:tcPr>
            <w:tcW w:type="dxa" w:w="1440"/>
          </w:tcPr>
          <w:p>
            <w:r>
              <w:t>Emerging hot spots: Truck gate transactions</w:t>
            </w:r>
          </w:p>
        </w:tc>
        <w:tc>
          <w:tcPr>
            <w:tcW w:type="dxa" w:w="1440"/>
          </w:tcPr>
          <w:p>
            <w:r>
              <w:t>layer, Polygon</w:t>
            </w:r>
          </w:p>
        </w:tc>
        <w:tc>
          <w:tcPr>
            <w:tcW w:type="dxa" w:w="1440"/>
          </w:tcPr>
          <w:p>
            <w:r>
              <w:t>111</w:t>
            </w:r>
          </w:p>
        </w:tc>
        <w:tc>
          <w:tcPr>
            <w:tcW w:type="dxa" w:w="1440"/>
          </w:tcPr>
          <w:p>
            <w:r/>
          </w:p>
        </w:tc>
        <w:tc>
          <w:tcPr>
            <w:tcW w:type="dxa" w:w="1440"/>
          </w:tcPr>
          <w:p>
            <w:r/>
          </w:p>
        </w:tc>
        <w:tc>
          <w:tcPr>
            <w:tcW w:type="dxa" w:w="1440"/>
          </w:tcPr>
          <w:p>
            <w:r>
              <w:t>[106]</w:t>
            </w:r>
          </w:p>
        </w:tc>
      </w:tr>
      <w:tr>
        <w:tc>
          <w:tcPr>
            <w:tcW w:type="dxa" w:w="1440"/>
          </w:tcPr>
          <w:p>
            <w:r>
              <w:t>Repeat and near repeat classification: Equipment faults</w:t>
            </w:r>
          </w:p>
        </w:tc>
        <w:tc>
          <w:tcPr>
            <w:tcW w:type="dxa" w:w="1440"/>
          </w:tcPr>
          <w:p>
            <w:r>
              <w:t>layer, Point</w:t>
            </w:r>
          </w:p>
        </w:tc>
        <w:tc>
          <w:tcPr>
            <w:tcW w:type="dxa" w:w="1440"/>
          </w:tcPr>
          <w:p>
            <w:r>
              <w:t>260</w:t>
            </w:r>
          </w:p>
        </w:tc>
        <w:tc>
          <w:tcPr>
            <w:tcW w:type="dxa" w:w="1440"/>
          </w:tcPr>
          <w:p>
            <w:r/>
          </w:p>
        </w:tc>
        <w:tc>
          <w:tcPr>
            <w:tcW w:type="dxa" w:w="1440"/>
          </w:tcPr>
          <w:p>
            <w:r/>
          </w:p>
        </w:tc>
        <w:tc>
          <w:tcPr>
            <w:tcW w:type="dxa" w:w="1440"/>
          </w:tcPr>
          <w:p>
            <w:r>
              <w:t>[107]</w:t>
            </w:r>
          </w:p>
        </w:tc>
      </w:tr>
      <w:tr>
        <w:tc>
          <w:tcPr>
            <w:tcW w:type="dxa" w:w="1440"/>
          </w:tcPr>
          <w:p>
            <w:r>
              <w:t>Summarize within: Yard zones</w:t>
            </w:r>
          </w:p>
        </w:tc>
        <w:tc>
          <w:tcPr>
            <w:tcW w:type="dxa" w:w="1440"/>
          </w:tcPr>
          <w:p>
            <w:r>
              <w:t>layer, Polygon</w:t>
            </w:r>
          </w:p>
        </w:tc>
        <w:tc>
          <w:tcPr>
            <w:tcW w:type="dxa" w:w="1440"/>
          </w:tcPr>
          <w:p>
            <w:r>
              <w:t>30</w:t>
            </w:r>
          </w:p>
        </w:tc>
        <w:tc>
          <w:tcPr>
            <w:tcW w:type="dxa" w:w="1440"/>
          </w:tcPr>
          <w:p>
            <w:r/>
          </w:p>
        </w:tc>
        <w:tc>
          <w:tcPr>
            <w:tcW w:type="dxa" w:w="1440"/>
          </w:tcPr>
          <w:p>
            <w:r/>
          </w:p>
        </w:tc>
        <w:tc>
          <w:tcPr>
            <w:tcW w:type="dxa" w:w="1440"/>
          </w:tcPr>
          <w:p>
            <w:r>
              <w:t>[108]</w:t>
            </w:r>
          </w:p>
        </w:tc>
      </w:tr>
      <w:tr>
        <w:tc>
          <w:tcPr>
            <w:tcW w:type="dxa" w:w="1440"/>
          </w:tcPr>
          <w:p>
            <w:r>
              <w:t>Summarize within: Yard zones</w:t>
            </w:r>
          </w:p>
        </w:tc>
        <w:tc>
          <w:tcPr>
            <w:tcW w:type="dxa" w:w="1440"/>
          </w:tcPr>
          <w:p>
            <w:r>
              <w:t>layer, Polygon</w:t>
            </w:r>
          </w:p>
        </w:tc>
        <w:tc>
          <w:tcPr>
            <w:tcW w:type="dxa" w:w="1440"/>
          </w:tcPr>
          <w:p>
            <w:r>
              <w:t>30</w:t>
            </w:r>
          </w:p>
        </w:tc>
        <w:tc>
          <w:tcPr>
            <w:tcW w:type="dxa" w:w="1440"/>
          </w:tcPr>
          <w:p>
            <w:r/>
          </w:p>
        </w:tc>
        <w:tc>
          <w:tcPr>
            <w:tcW w:type="dxa" w:w="1440"/>
          </w:tcPr>
          <w:p>
            <w:r/>
          </w:p>
        </w:tc>
        <w:tc>
          <w:tcPr>
            <w:tcW w:type="dxa" w:w="1440"/>
          </w:tcPr>
          <w:p>
            <w:r>
              <w:t>[109]</w:t>
            </w:r>
          </w:p>
        </w:tc>
      </w:tr>
      <w:tr>
        <w:tc>
          <w:tcPr>
            <w:tcW w:type="dxa" w:w="1440"/>
          </w:tcPr>
          <w:p>
            <w:r>
              <w:t>Summarize within: Yard zones</w:t>
            </w:r>
          </w:p>
        </w:tc>
        <w:tc>
          <w:tcPr>
            <w:tcW w:type="dxa" w:w="1440"/>
          </w:tcPr>
          <w:p>
            <w:r>
              <w:t>layer, Polygon</w:t>
            </w:r>
          </w:p>
        </w:tc>
        <w:tc>
          <w:tcPr>
            <w:tcW w:type="dxa" w:w="1440"/>
          </w:tcPr>
          <w:p>
            <w:r>
              <w:t>30</w:t>
            </w:r>
          </w:p>
        </w:tc>
        <w:tc>
          <w:tcPr>
            <w:tcW w:type="dxa" w:w="1440"/>
          </w:tcPr>
          <w:p>
            <w:r/>
          </w:p>
        </w:tc>
        <w:tc>
          <w:tcPr>
            <w:tcW w:type="dxa" w:w="1440"/>
          </w:tcPr>
          <w:p>
            <w:r/>
          </w:p>
        </w:tc>
        <w:tc>
          <w:tcPr>
            <w:tcW w:type="dxa" w:w="1440"/>
          </w:tcPr>
          <w:p>
            <w:r>
              <w:t>[110]</w:t>
            </w:r>
          </w:p>
        </w:tc>
      </w:tr>
      <w:tr>
        <w:tc>
          <w:tcPr>
            <w:tcW w:type="dxa" w:w="1440"/>
          </w:tcPr>
          <w:p>
            <w:r>
              <w:t>Hot spot analysis: Equipment faults</w:t>
            </w:r>
          </w:p>
        </w:tc>
        <w:tc>
          <w:tcPr>
            <w:tcW w:type="dxa" w:w="1440"/>
          </w:tcPr>
          <w:p>
            <w:r>
              <w:t>layer, Polygon</w:t>
            </w:r>
          </w:p>
        </w:tc>
        <w:tc>
          <w:tcPr>
            <w:tcW w:type="dxa" w:w="1440"/>
          </w:tcPr>
          <w:p>
            <w:r>
              <w:t>41</w:t>
            </w:r>
          </w:p>
        </w:tc>
        <w:tc>
          <w:tcPr>
            <w:tcW w:type="dxa" w:w="1440"/>
          </w:tcPr>
          <w:p>
            <w:r/>
          </w:p>
        </w:tc>
        <w:tc>
          <w:tcPr>
            <w:tcW w:type="dxa" w:w="1440"/>
          </w:tcPr>
          <w:p>
            <w:r/>
          </w:p>
        </w:tc>
        <w:tc>
          <w:tcPr>
            <w:tcW w:type="dxa" w:w="1440"/>
          </w:tcPr>
          <w:p>
            <w:r>
              <w:t>[111]</w:t>
            </w:r>
          </w:p>
        </w:tc>
      </w:tr>
      <w:tr>
        <w:tc>
          <w:tcPr>
            <w:tcW w:type="dxa" w:w="1440"/>
          </w:tcPr>
          <w:p>
            <w:r>
              <w:t>Hot spot analysis: Reefer points</w:t>
            </w:r>
          </w:p>
        </w:tc>
        <w:tc>
          <w:tcPr>
            <w:tcW w:type="dxa" w:w="1440"/>
          </w:tcPr>
          <w:p>
            <w:r>
              <w:t>layer, Polygon</w:t>
            </w:r>
          </w:p>
        </w:tc>
        <w:tc>
          <w:tcPr>
            <w:tcW w:type="dxa" w:w="1440"/>
          </w:tcPr>
          <w:p>
            <w:r>
              <w:t>62</w:t>
            </w:r>
          </w:p>
        </w:tc>
        <w:tc>
          <w:tcPr>
            <w:tcW w:type="dxa" w:w="1440"/>
          </w:tcPr>
          <w:p>
            <w:r/>
          </w:p>
        </w:tc>
        <w:tc>
          <w:tcPr>
            <w:tcW w:type="dxa" w:w="1440"/>
          </w:tcPr>
          <w:p>
            <w:r/>
          </w:p>
        </w:tc>
        <w:tc>
          <w:tcPr>
            <w:tcW w:type="dxa" w:w="1440"/>
          </w:tcPr>
          <w:p>
            <w:r>
              <w:t>[112]</w:t>
            </w:r>
          </w:p>
        </w:tc>
      </w:tr>
      <w:tr>
        <w:tc>
          <w:tcPr>
            <w:tcW w:type="dxa" w:w="1440"/>
          </w:tcPr>
          <w:p>
            <w:r>
              <w:t>Hot spot analysis: Truck gate transactions</w:t>
            </w:r>
          </w:p>
        </w:tc>
        <w:tc>
          <w:tcPr>
            <w:tcW w:type="dxa" w:w="1440"/>
          </w:tcPr>
          <w:p>
            <w:r>
              <w:t>layer, Point</w:t>
            </w:r>
          </w:p>
        </w:tc>
        <w:tc>
          <w:tcPr>
            <w:tcW w:type="dxa" w:w="1440"/>
          </w:tcPr>
          <w:p>
            <w:r>
              <w:t>2,000</w:t>
            </w:r>
          </w:p>
        </w:tc>
        <w:tc>
          <w:tcPr>
            <w:tcW w:type="dxa" w:w="1440"/>
          </w:tcPr>
          <w:p>
            <w:r/>
          </w:p>
        </w:tc>
        <w:tc>
          <w:tcPr>
            <w:tcW w:type="dxa" w:w="1440"/>
          </w:tcPr>
          <w:p>
            <w:r/>
          </w:p>
        </w:tc>
        <w:tc>
          <w:tcPr>
            <w:tcW w:type="dxa" w:w="1440"/>
          </w:tcPr>
          <w:p>
            <w:r>
              <w:t>[113]</w:t>
            </w:r>
          </w:p>
        </w:tc>
      </w:tr>
      <w:tr>
        <w:tc>
          <w:tcPr>
            <w:tcW w:type="dxa" w:w="1440"/>
          </w:tcPr>
          <w:p>
            <w:r>
              <w:t>Calculate density: Equipment faults</w:t>
            </w:r>
          </w:p>
        </w:tc>
        <w:tc>
          <w:tcPr>
            <w:tcW w:type="dxa" w:w="1440"/>
          </w:tcPr>
          <w:p>
            <w:r>
              <w:t>layer, Polygon</w:t>
            </w:r>
          </w:p>
        </w:tc>
        <w:tc>
          <w:tcPr>
            <w:tcW w:type="dxa" w:w="1440"/>
          </w:tcPr>
          <w:p>
            <w:r>
              <w:t>284</w:t>
            </w:r>
          </w:p>
        </w:tc>
        <w:tc>
          <w:tcPr>
            <w:tcW w:type="dxa" w:w="1440"/>
          </w:tcPr>
          <w:p>
            <w:r/>
          </w:p>
        </w:tc>
        <w:tc>
          <w:tcPr>
            <w:tcW w:type="dxa" w:w="1440"/>
          </w:tcPr>
          <w:p>
            <w:r/>
          </w:p>
        </w:tc>
        <w:tc>
          <w:tcPr>
            <w:tcW w:type="dxa" w:w="1440"/>
          </w:tcPr>
          <w:p>
            <w:r>
              <w:t>[114]</w:t>
            </w:r>
          </w:p>
        </w:tc>
      </w:tr>
      <w:tr>
        <w:tc>
          <w:tcPr>
            <w:tcW w:type="dxa" w:w="1440"/>
          </w:tcPr>
          <w:p>
            <w:r>
              <w:t>Calculate density: Reefer points</w:t>
            </w:r>
          </w:p>
        </w:tc>
        <w:tc>
          <w:tcPr>
            <w:tcW w:type="dxa" w:w="1440"/>
          </w:tcPr>
          <w:p>
            <w:r>
              <w:t>layer, Polygon</w:t>
            </w:r>
          </w:p>
        </w:tc>
        <w:tc>
          <w:tcPr>
            <w:tcW w:type="dxa" w:w="1440"/>
          </w:tcPr>
          <w:p>
            <w:r>
              <w:t>425</w:t>
            </w:r>
          </w:p>
        </w:tc>
        <w:tc>
          <w:tcPr>
            <w:tcW w:type="dxa" w:w="1440"/>
          </w:tcPr>
          <w:p>
            <w:r/>
          </w:p>
        </w:tc>
        <w:tc>
          <w:tcPr>
            <w:tcW w:type="dxa" w:w="1440"/>
          </w:tcPr>
          <w:p>
            <w:r/>
          </w:p>
        </w:tc>
        <w:tc>
          <w:tcPr>
            <w:tcW w:type="dxa" w:w="1440"/>
          </w:tcPr>
          <w:p>
            <w:r>
              <w:t>[115]</w:t>
            </w:r>
          </w:p>
        </w:tc>
      </w:tr>
      <w:tr>
        <w:tc>
          <w:tcPr>
            <w:tcW w:type="dxa" w:w="1440"/>
          </w:tcPr>
          <w:p>
            <w:r>
              <w:t>Calculate density: Truck gate transactions</w:t>
            </w:r>
          </w:p>
        </w:tc>
        <w:tc>
          <w:tcPr>
            <w:tcW w:type="dxa" w:w="1440"/>
          </w:tcPr>
          <w:p>
            <w:r>
              <w:t>layer, Polygon</w:t>
            </w:r>
          </w:p>
        </w:tc>
        <w:tc>
          <w:tcPr>
            <w:tcW w:type="dxa" w:w="1440"/>
          </w:tcPr>
          <w:p>
            <w:r>
              <w:t>4,119</w:t>
            </w:r>
          </w:p>
        </w:tc>
        <w:tc>
          <w:tcPr>
            <w:tcW w:type="dxa" w:w="1440"/>
          </w:tcPr>
          <w:p>
            <w:r/>
          </w:p>
        </w:tc>
        <w:tc>
          <w:tcPr>
            <w:tcW w:type="dxa" w:w="1440"/>
          </w:tcPr>
          <w:p>
            <w:r/>
          </w:p>
        </w:tc>
        <w:tc>
          <w:tcPr>
            <w:tcW w:type="dxa" w:w="1440"/>
          </w:tcPr>
          <w:p>
            <w:r>
              <w:t>[116]</w:t>
            </w:r>
          </w:p>
        </w:tc>
      </w:tr>
      <w:tr>
        <w:tc>
          <w:tcPr>
            <w:tcW w:type="dxa" w:w="1440"/>
          </w:tcPr>
          <w:p>
            <w:r>
              <w:t>Find point clusters: Equipment faults</w:t>
            </w:r>
          </w:p>
        </w:tc>
        <w:tc>
          <w:tcPr>
            <w:tcW w:type="dxa" w:w="1440"/>
          </w:tcPr>
          <w:p>
            <w:r>
              <w:t>layer, Point</w:t>
            </w:r>
          </w:p>
        </w:tc>
        <w:tc>
          <w:tcPr>
            <w:tcW w:type="dxa" w:w="1440"/>
          </w:tcPr>
          <w:p>
            <w:r>
              <w:t>260</w:t>
            </w:r>
          </w:p>
        </w:tc>
        <w:tc>
          <w:tcPr>
            <w:tcW w:type="dxa" w:w="1440"/>
          </w:tcPr>
          <w:p>
            <w:r/>
          </w:p>
        </w:tc>
        <w:tc>
          <w:tcPr>
            <w:tcW w:type="dxa" w:w="1440"/>
          </w:tcPr>
          <w:p>
            <w:r/>
          </w:p>
        </w:tc>
        <w:tc>
          <w:tcPr>
            <w:tcW w:type="dxa" w:w="1440"/>
          </w:tcPr>
          <w:p>
            <w:r>
              <w:t>[117]</w:t>
            </w:r>
          </w:p>
        </w:tc>
      </w:tr>
      <w:tr>
        <w:tc>
          <w:tcPr>
            <w:tcW w:type="dxa" w:w="1440"/>
          </w:tcPr>
          <w:p>
            <w:r>
              <w:t>Find point clusters: cluster hulls</w:t>
            </w:r>
          </w:p>
        </w:tc>
        <w:tc>
          <w:tcPr>
            <w:tcW w:type="dxa" w:w="1440"/>
          </w:tcPr>
          <w:p>
            <w:r>
              <w:t>layer, Polygon</w:t>
            </w:r>
          </w:p>
        </w:tc>
        <w:tc>
          <w:tcPr>
            <w:tcW w:type="dxa" w:w="1440"/>
          </w:tcPr>
          <w:p>
            <w:r>
              <w:t>21</w:t>
            </w:r>
          </w:p>
        </w:tc>
        <w:tc>
          <w:tcPr>
            <w:tcW w:type="dxa" w:w="1440"/>
          </w:tcPr>
          <w:p>
            <w:r/>
          </w:p>
        </w:tc>
        <w:tc>
          <w:tcPr>
            <w:tcW w:type="dxa" w:w="1440"/>
          </w:tcPr>
          <w:p>
            <w:r/>
          </w:p>
        </w:tc>
        <w:tc>
          <w:tcPr>
            <w:tcW w:type="dxa" w:w="1440"/>
          </w:tcPr>
          <w:p>
            <w:r>
              <w:t>[118]</w:t>
            </w:r>
          </w:p>
        </w:tc>
      </w:tr>
      <w:tr>
        <w:tc>
          <w:tcPr>
            <w:tcW w:type="dxa" w:w="1440"/>
          </w:tcPr>
          <w:p>
            <w:r>
              <w:t>Find point clusters: Reefer points</w:t>
            </w:r>
          </w:p>
        </w:tc>
        <w:tc>
          <w:tcPr>
            <w:tcW w:type="dxa" w:w="1440"/>
          </w:tcPr>
          <w:p>
            <w:r>
              <w:t>layer, Point</w:t>
            </w:r>
          </w:p>
        </w:tc>
        <w:tc>
          <w:tcPr>
            <w:tcW w:type="dxa" w:w="1440"/>
          </w:tcPr>
          <w:p>
            <w:r>
              <w:t>100</w:t>
            </w:r>
          </w:p>
        </w:tc>
        <w:tc>
          <w:tcPr>
            <w:tcW w:type="dxa" w:w="1440"/>
          </w:tcPr>
          <w:p>
            <w:r/>
          </w:p>
        </w:tc>
        <w:tc>
          <w:tcPr>
            <w:tcW w:type="dxa" w:w="1440"/>
          </w:tcPr>
          <w:p>
            <w:r/>
          </w:p>
        </w:tc>
        <w:tc>
          <w:tcPr>
            <w:tcW w:type="dxa" w:w="1440"/>
          </w:tcPr>
          <w:p>
            <w:r>
              <w:t>[119]</w:t>
            </w:r>
          </w:p>
        </w:tc>
      </w:tr>
      <w:tr>
        <w:tc>
          <w:tcPr>
            <w:tcW w:type="dxa" w:w="1440"/>
          </w:tcPr>
          <w:p>
            <w:r>
              <w:t>Find point clusters: cluster hulls</w:t>
            </w:r>
          </w:p>
        </w:tc>
        <w:tc>
          <w:tcPr>
            <w:tcW w:type="dxa" w:w="1440"/>
          </w:tcPr>
          <w:p>
            <w:r>
              <w:t>layer, Polygon</w:t>
            </w:r>
          </w:p>
        </w:tc>
        <w:tc>
          <w:tcPr>
            <w:tcW w:type="dxa" w:w="1440"/>
          </w:tcPr>
          <w:p>
            <w:r>
              <w:t>1</w:t>
            </w:r>
          </w:p>
        </w:tc>
        <w:tc>
          <w:tcPr>
            <w:tcW w:type="dxa" w:w="1440"/>
          </w:tcPr>
          <w:p>
            <w:r/>
          </w:p>
        </w:tc>
        <w:tc>
          <w:tcPr>
            <w:tcW w:type="dxa" w:w="1440"/>
          </w:tcPr>
          <w:p>
            <w:r/>
          </w:p>
        </w:tc>
        <w:tc>
          <w:tcPr>
            <w:tcW w:type="dxa" w:w="1440"/>
          </w:tcPr>
          <w:p>
            <w:r>
              <w:t>[120]</w:t>
            </w:r>
          </w:p>
        </w:tc>
      </w:tr>
      <w:tr>
        <w:tc>
          <w:tcPr>
            <w:tcW w:type="dxa" w:w="1440"/>
          </w:tcPr>
          <w:p>
            <w:r>
              <w:t>Find point clusters: Truck gate transactions</w:t>
            </w:r>
          </w:p>
        </w:tc>
        <w:tc>
          <w:tcPr>
            <w:tcW w:type="dxa" w:w="1440"/>
          </w:tcPr>
          <w:p>
            <w:r>
              <w:t>layer, Point</w:t>
            </w:r>
          </w:p>
        </w:tc>
        <w:tc>
          <w:tcPr>
            <w:tcW w:type="dxa" w:w="1440"/>
          </w:tcPr>
          <w:p>
            <w:r>
              <w:t>2,000</w:t>
            </w:r>
          </w:p>
        </w:tc>
        <w:tc>
          <w:tcPr>
            <w:tcW w:type="dxa" w:w="1440"/>
          </w:tcPr>
          <w:p>
            <w:r/>
          </w:p>
        </w:tc>
        <w:tc>
          <w:tcPr>
            <w:tcW w:type="dxa" w:w="1440"/>
          </w:tcPr>
          <w:p>
            <w:r/>
          </w:p>
        </w:tc>
        <w:tc>
          <w:tcPr>
            <w:tcW w:type="dxa" w:w="1440"/>
          </w:tcPr>
          <w:p>
            <w:r>
              <w:t>[121]</w:t>
            </w:r>
          </w:p>
        </w:tc>
      </w:tr>
      <w:tr>
        <w:tc>
          <w:tcPr>
            <w:tcW w:type="dxa" w:w="1440"/>
          </w:tcPr>
          <w:p>
            <w:r>
              <w:t>Find point clusters: cluster hulls</w:t>
            </w:r>
          </w:p>
        </w:tc>
        <w:tc>
          <w:tcPr>
            <w:tcW w:type="dxa" w:w="1440"/>
          </w:tcPr>
          <w:p>
            <w:r>
              <w:t>layer, Polygon</w:t>
            </w:r>
          </w:p>
        </w:tc>
        <w:tc>
          <w:tcPr>
            <w:tcW w:type="dxa" w:w="1440"/>
          </w:tcPr>
          <w:p>
            <w:r>
              <w:t>1</w:t>
            </w:r>
          </w:p>
        </w:tc>
        <w:tc>
          <w:tcPr>
            <w:tcW w:type="dxa" w:w="1440"/>
          </w:tcPr>
          <w:p>
            <w:r/>
          </w:p>
        </w:tc>
        <w:tc>
          <w:tcPr>
            <w:tcW w:type="dxa" w:w="1440"/>
          </w:tcPr>
          <w:p>
            <w:r/>
          </w:p>
        </w:tc>
        <w:tc>
          <w:tcPr>
            <w:tcW w:type="dxa" w:w="1440"/>
          </w:tcPr>
          <w:p>
            <w:r>
              <w:t>[122]</w:t>
            </w:r>
          </w:p>
        </w:tc>
      </w:tr>
      <w:tr>
        <w:tc>
          <w:tcPr>
            <w:tcW w:type="dxa" w:w="1440"/>
          </w:tcPr>
          <w:p>
            <w:r>
              <w:t>Find outliers: Yard zones</w:t>
            </w:r>
          </w:p>
        </w:tc>
        <w:tc>
          <w:tcPr>
            <w:tcW w:type="dxa" w:w="1440"/>
          </w:tcPr>
          <w:p>
            <w:r>
              <w:t>layer, Polygon</w:t>
            </w:r>
          </w:p>
        </w:tc>
        <w:tc>
          <w:tcPr>
            <w:tcW w:type="dxa" w:w="1440"/>
          </w:tcPr>
          <w:p>
            <w:r>
              <w:t>30</w:t>
            </w:r>
          </w:p>
        </w:tc>
        <w:tc>
          <w:tcPr>
            <w:tcW w:type="dxa" w:w="1440"/>
          </w:tcPr>
          <w:p>
            <w:r/>
          </w:p>
        </w:tc>
        <w:tc>
          <w:tcPr>
            <w:tcW w:type="dxa" w:w="1440"/>
          </w:tcPr>
          <w:p>
            <w:r/>
          </w:p>
        </w:tc>
        <w:tc>
          <w:tcPr>
            <w:tcW w:type="dxa" w:w="1440"/>
          </w:tcPr>
          <w:p>
            <w:r>
              <w:t>[123]</w:t>
            </w:r>
          </w:p>
        </w:tc>
      </w:tr>
      <w:tr>
        <w:tc>
          <w:tcPr>
            <w:tcW w:type="dxa" w:w="1440"/>
          </w:tcPr>
          <w:p>
            <w:r>
              <w:t>Terminal performance report, September 2026</w:t>
            </w:r>
          </w:p>
        </w:tc>
        <w:tc>
          <w:tcPr>
            <w:tcW w:type="dxa" w:w="1440"/>
          </w:tcPr>
          <w:p>
            <w:r>
              <w:t>document</w:t>
            </w:r>
          </w:p>
        </w:tc>
        <w:tc>
          <w:tcPr>
            <w:tcW w:type="dxa" w:w="1440"/>
          </w:tcPr>
          <w:p>
            <w:r/>
          </w:p>
        </w:tc>
        <w:tc>
          <w:tcPr>
            <w:tcW w:type="dxa" w:w="1440"/>
          </w:tcPr>
          <w:p>
            <w:r/>
          </w:p>
        </w:tc>
        <w:tc>
          <w:tcPr>
            <w:tcW w:type="dxa" w:w="1440"/>
          </w:tcPr>
          <w:p>
            <w:r/>
          </w:p>
        </w:tc>
        <w:tc>
          <w:tcPr>
            <w:tcW w:type="dxa" w:w="1440"/>
          </w:tcPr>
          <w:p>
            <w:r>
              <w:t>[124]</w:t>
            </w:r>
          </w:p>
        </w:tc>
      </w:tr>
    </w:tbl>
    <w:p/>
    <w:p>
      <w:pPr>
        <w:pStyle w:val="Heading1"/>
      </w:pPr>
      <w:r>
        <w:t>Timeline</w:t>
      </w:r>
    </w:p>
    <w:p>
      <w:pPr>
        <w:jc w:val="center"/>
      </w:pPr>
      <w:r>
        <w:drawing>
          <wp:inline xmlns:a="http://schemas.openxmlformats.org/drawingml/2006/main" xmlns:pic="http://schemas.openxmlformats.org/drawingml/2006/picture">
            <wp:extent cx="5486400" cy="3901440"/>
            <wp:docPr id="1" name="Picture 1"/>
            <wp:cNvGraphicFramePr>
              <a:graphicFrameLocks noChangeAspect="1"/>
            </wp:cNvGraphicFramePr>
            <a:graphic>
              <a:graphicData uri="http://schemas.openxmlformats.org/drawingml/2006/picture">
                <pic:pic>
                  <pic:nvPicPr>
                    <pic:cNvPr id="0" name="067.jpg"/>
                    <pic:cNvPicPr/>
                  </pic:nvPicPr>
                  <pic:blipFill>
                    <a:blip r:embed="rId9"/>
                    <a:stretch>
                      <a:fillRect/>
                    </a:stretch>
                  </pic:blipFill>
                  <pic:spPr>
                    <a:xfrm>
                      <a:off x="0" y="0"/>
                      <a:ext cx="5486400" cy="3901440"/>
                    </a:xfrm>
                    <a:prstGeom prst="rect"/>
                  </pic:spPr>
                </pic:pic>
              </a:graphicData>
            </a:graphic>
          </wp:inline>
        </w:drawing>
      </w:r>
    </w:p>
    <w:p>
      <w:r>
        <w:rPr>
          <w:i/>
          <w:color w:val="525252"/>
          <w:sz w:val="17"/>
        </w:rPr>
        <w:t>Figure 1. Timeline: events per week by dataset [1]. Per week, 2026-03-30 to 2026-09-28. Source: Truck gate transactions, Equipment faults, Berth calls, Yard inventory by day (3,460 features). The data is in the appendix.</w:t>
      </w:r>
    </w:p>
    <w:p>
      <w:r>
        <w:rPr>
          <w:i w:val="0"/>
        </w:rPr>
        <w:t>The timeline counts 3,460 dated events in Truck gate transactions, Equipment faults, Berth calls and 1 more per week, from week of 2026-03-30 to week of 2026-09-28 [1][2][3][4][5]. By dataset: Truck gate transactions 2,000; Yard inventory by day 840; Berth calls 360; Equipment faults 260 [1]. The trend is +18.7 events per week; the second half of the weeks has 3,191 against 236 in the first (+1252.1%) [1].</w:t>
      </w:r>
    </w:p>
    <w:p>
      <w:r>
        <w:rPr>
          <w:b/>
        </w:rPr>
        <w:t>Busiest weeks</w:t>
      </w:r>
    </w:p>
    <w:p>
      <w:pPr>
        <w:pStyle w:val="ListBullet"/>
      </w:pPr>
      <w:r>
        <w:t>week of 2026-09-07: 762 events [1]</w:t>
      </w:r>
    </w:p>
    <w:p>
      <w:pPr>
        <w:pStyle w:val="ListBullet"/>
      </w:pPr>
      <w:r>
        <w:t>week of 2026-08-31: 753 events [1]</w:t>
      </w:r>
    </w:p>
    <w:p>
      <w:pPr>
        <w:pStyle w:val="ListBullet"/>
      </w:pPr>
      <w:r>
        <w:t>week of 2026-09-21: 729 events [1]</w:t>
      </w:r>
    </w:p>
    <w:p>
      <w:r>
        <w:rPr>
          <w:b/>
        </w:rPr>
        <w:t>Quietest weeks</w:t>
      </w:r>
    </w:p>
    <w:p>
      <w:pPr>
        <w:pStyle w:val="ListBullet"/>
      </w:pPr>
      <w:r>
        <w:t>week of 2026-04-27: 8 events [1]</w:t>
      </w:r>
    </w:p>
    <w:p>
      <w:pPr>
        <w:pStyle w:val="ListBullet"/>
      </w:pPr>
      <w:r>
        <w:t>week of 2026-09-28: 10 events [1]</w:t>
      </w:r>
    </w:p>
    <w:p>
      <w:pPr>
        <w:pStyle w:val="ListBullet"/>
      </w:pPr>
      <w:r>
        <w:t>week of 2026-04-20: 12 events [1]</w:t>
      </w:r>
    </w:p>
    <w:p>
      <w:pPr>
        <w:pStyle w:val="Heading1"/>
      </w:pPr>
      <w:r>
        <w:t>Space time hot spots</w:t>
      </w:r>
    </w:p>
    <w:p>
      <w:r>
        <w:rPr>
          <w:b/>
        </w:rPr>
        <w:t xml:space="preserve">What this analysis is. </w:t>
      </w:r>
      <w:r>
        <w:rPr>
          <w:i w:val="0"/>
        </w:rPr>
        <w:t>Emerging hot spots: Where hot spots are new, consecutive, intensifying, persistent, diminishing, sporadic, oscillating or historical over time [6]. In ArcGIS it is Emerging Hot Spot Analysis or Create Space Time Cube [6].</w:t>
      </w:r>
    </w:p>
    <w:p>
      <w:r>
        <w:rPr>
          <w:b/>
        </w:rPr>
        <w:t xml:space="preserve">Why it was run on this data. </w:t>
      </w:r>
      <w:r>
        <w:rPr>
          <w:i w:val="0"/>
        </w:rPr>
        <w:t>Equipment faults carry dates in 'date': emerging hot spot analysis finds new, intensifying and fading hot spots per week [7].</w:t>
      </w:r>
    </w:p>
    <w:p>
      <w:r>
        <w:rPr>
          <w:b/>
        </w:rPr>
        <w:t xml:space="preserve">What it found. </w:t>
      </w:r>
      <w:r>
        <w:rPr>
          <w:i w:val="0"/>
        </w:rPr>
        <w:t>The `gp_space_time_hot_spots` tool was executed using the Equipment faults data [9]. The analysis generated a result containing 22 features [8].</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22</w:t>
            </w:r>
          </w:p>
        </w:tc>
      </w:tr>
      <w:tr>
        <w:tc>
          <w:tcPr>
            <w:tcW w:type="dxa" w:w="4320"/>
          </w:tcPr>
          <w:p>
            <w:r>
              <w:t>result, elapsed ms</w:t>
            </w:r>
          </w:p>
        </w:tc>
        <w:tc>
          <w:tcPr>
            <w:tcW w:type="dxa" w:w="4320"/>
          </w:tcPr>
          <w:p>
            <w:r>
              <w:t>4</w:t>
            </w:r>
          </w:p>
        </w:tc>
      </w:tr>
      <w:tr>
        <w:tc>
          <w:tcPr>
            <w:tcW w:type="dxa" w:w="4320"/>
          </w:tcPr>
          <w:p>
            <w:r>
              <w:t>result, resolution</w:t>
            </w:r>
          </w:p>
        </w:tc>
        <w:tc>
          <w:tcPr>
            <w:tcW w:type="dxa" w:w="4320"/>
          </w:tcPr>
          <w:p>
            <w:r>
              <w:t>8</w:t>
            </w:r>
          </w:p>
        </w:tc>
      </w:tr>
      <w:tr>
        <w:tc>
          <w:tcPr>
            <w:tcW w:type="dxa" w:w="4320"/>
          </w:tcPr>
          <w:p>
            <w:r>
              <w:t>result, features used</w:t>
            </w:r>
          </w:p>
        </w:tc>
        <w:tc>
          <w:tcPr>
            <w:tcW w:type="dxa" w:w="4320"/>
          </w:tcPr>
          <w:p>
            <w:r>
              <w:t>260</w:t>
            </w:r>
          </w:p>
        </w:tc>
      </w:tr>
      <w:tr>
        <w:tc>
          <w:tcPr>
            <w:tcW w:type="dxa" w:w="4320"/>
          </w:tcPr>
          <w:p>
            <w:r>
              <w:t>result, time neighbors</w:t>
            </w:r>
          </w:p>
        </w:tc>
        <w:tc>
          <w:tcPr>
            <w:tcW w:type="dxa" w:w="4320"/>
          </w:tcPr>
          <w:p>
            <w:r>
              <w:t>0</w:t>
            </w:r>
          </w:p>
        </w:tc>
      </w:tr>
      <w:tr>
        <w:tc>
          <w:tcPr>
            <w:tcW w:type="dxa" w:w="4320"/>
          </w:tcPr>
          <w:p>
            <w:r>
              <w:t>billing, cost</w:t>
            </w:r>
          </w:p>
        </w:tc>
        <w:tc>
          <w:tcPr>
            <w:tcW w:type="dxa" w:w="4320"/>
          </w:tcPr>
          <w:p>
            <w:r>
              <w:t>0.113</w:t>
            </w:r>
          </w:p>
        </w:tc>
      </w:tr>
      <w:tr>
        <w:tc>
          <w:tcPr>
            <w:tcW w:type="dxa" w:w="4320"/>
          </w:tcPr>
          <w:p>
            <w:r>
              <w:t>billing, list price</w:t>
            </w:r>
          </w:p>
        </w:tc>
        <w:tc>
          <w:tcPr>
            <w:tcW w:type="dxa" w:w="4320"/>
          </w:tcPr>
          <w:p>
            <w:r>
              <w:t>0.113</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Space time hot spots on Equipment faults: Emerging hot spots: 1 layer saved: Emerging hot spots: Equipment faults (22 features) [8][9].</w:t>
      </w:r>
    </w:p>
    <w:p>
      <w:pPr>
        <w:pStyle w:val="ListBullet"/>
      </w:pPr>
      <w:r>
        <w:rPr>
          <w:b/>
        </w:rPr>
        <w:t xml:space="preserve">Evidenced: </w:t>
      </w:r>
      <w:r>
        <w:t>It reported result, count 22; result, elapsed ms 4; result, resolution 8; result, features used 260; result, time neighbors 0; billing, cost 0.113 [8].</w:t>
      </w:r>
    </w:p>
    <w:p>
      <w:r>
        <w:rPr>
          <w:i/>
          <w:color w:val="525252"/>
          <w:sz w:val="17"/>
        </w:rPr>
        <w:t>Tool gp_space_time_hot_spots; parameters {"project": "20fafc67-4c16-4f65-b17e-a469aa483b5a", "features": {"layer": "Equipment faults (790b76cb)"}, "interval": "week", "bin_shape": "h3", "resolution": 8, "time_field": "date"}</w:t>
      </w:r>
    </w:p>
    <w:p>
      <w:pPr>
        <w:pStyle w:val="Heading1"/>
      </w:pPr>
      <w:r>
        <w:t>Space time hot spots</w:t>
      </w:r>
    </w:p>
    <w:p>
      <w:r>
        <w:rPr>
          <w:b/>
        </w:rPr>
        <w:t xml:space="preserve">What this analysis is. </w:t>
      </w:r>
      <w:r>
        <w:rPr>
          <w:i w:val="0"/>
        </w:rPr>
        <w:t>Emerging hot spots: Where hot spots are new, consecutive, intensifying, persistent, diminishing, sporadic, oscillating or historical over time [6]. In ArcGIS it is Emerging Hot Spot Analysis or Create Space Time Cube [6].</w:t>
      </w:r>
    </w:p>
    <w:p>
      <w:r>
        <w:rPr>
          <w:b/>
        </w:rPr>
        <w:t xml:space="preserve">Why it was run on this data. </w:t>
      </w:r>
      <w:r>
        <w:rPr>
          <w:i w:val="0"/>
        </w:rPr>
        <w:t>Truck gate transactions carry dates in 'gate_in_at': emerging hot spot analysis finds new, intensifying and fading hot spots per day [10].</w:t>
      </w:r>
    </w:p>
    <w:p>
      <w:r>
        <w:rPr>
          <w:b/>
        </w:rPr>
        <w:t xml:space="preserve">What it found. </w:t>
      </w:r>
      <w:r>
        <w:rPr>
          <w:i w:val="0"/>
        </w:rPr>
        <w:t>The analysis utilized the `gp_space_time_hot_spots` tool on the `Truck gate transactions` data [12], successfully saving a layer titled "Emerging hot spots: Truck gate transactions</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111</w:t>
            </w:r>
          </w:p>
        </w:tc>
      </w:tr>
      <w:tr>
        <w:tc>
          <w:tcPr>
            <w:tcW w:type="dxa" w:w="4320"/>
          </w:tcPr>
          <w:p>
            <w:r>
              <w:t>result, elapsed ms</w:t>
            </w:r>
          </w:p>
        </w:tc>
        <w:tc>
          <w:tcPr>
            <w:tcW w:type="dxa" w:w="4320"/>
          </w:tcPr>
          <w:p>
            <w:r>
              <w:t>21</w:t>
            </w:r>
          </w:p>
        </w:tc>
      </w:tr>
      <w:tr>
        <w:tc>
          <w:tcPr>
            <w:tcW w:type="dxa" w:w="4320"/>
          </w:tcPr>
          <w:p>
            <w:r>
              <w:t>result, resolution</w:t>
            </w:r>
          </w:p>
        </w:tc>
        <w:tc>
          <w:tcPr>
            <w:tcW w:type="dxa" w:w="4320"/>
          </w:tcPr>
          <w:p>
            <w:r>
              <w:t>9</w:t>
            </w:r>
          </w:p>
        </w:tc>
      </w:tr>
      <w:tr>
        <w:tc>
          <w:tcPr>
            <w:tcW w:type="dxa" w:w="4320"/>
          </w:tcPr>
          <w:p>
            <w:r>
              <w:t>result, features used</w:t>
            </w:r>
          </w:p>
        </w:tc>
        <w:tc>
          <w:tcPr>
            <w:tcW w:type="dxa" w:w="4320"/>
          </w:tcPr>
          <w:p>
            <w:r>
              <w:t>2,000</w:t>
            </w:r>
          </w:p>
        </w:tc>
      </w:tr>
      <w:tr>
        <w:tc>
          <w:tcPr>
            <w:tcW w:type="dxa" w:w="4320"/>
          </w:tcPr>
          <w:p>
            <w:r>
              <w:t>result, time neighbors</w:t>
            </w:r>
          </w:p>
        </w:tc>
        <w:tc>
          <w:tcPr>
            <w:tcW w:type="dxa" w:w="4320"/>
          </w:tcPr>
          <w:p>
            <w:r>
              <w:t>0</w:t>
            </w:r>
          </w:p>
        </w:tc>
      </w:tr>
      <w:tr>
        <w:tc>
          <w:tcPr>
            <w:tcW w:type="dxa" w:w="4320"/>
          </w:tcPr>
          <w:p>
            <w:r>
              <w:t>billing, cost</w:t>
            </w:r>
          </w:p>
        </w:tc>
        <w:tc>
          <w:tcPr>
            <w:tcW w:type="dxa" w:w="4320"/>
          </w:tcPr>
          <w:p>
            <w:r>
              <w:t>0.2</w:t>
            </w:r>
          </w:p>
        </w:tc>
      </w:tr>
      <w:tr>
        <w:tc>
          <w:tcPr>
            <w:tcW w:type="dxa" w:w="4320"/>
          </w:tcPr>
          <w:p>
            <w:r>
              <w:t>billing, list price</w:t>
            </w:r>
          </w:p>
        </w:tc>
        <w:tc>
          <w:tcPr>
            <w:tcW w:type="dxa" w:w="4320"/>
          </w:tcPr>
          <w:p>
            <w:r>
              <w:t>0.2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Space time hot spots on Truck gate transactions: Emerging hot spots: 1 layer saved: Emerging hot spots: Truck gate transactions (111 features) [11][12].</w:t>
      </w:r>
    </w:p>
    <w:p>
      <w:pPr>
        <w:pStyle w:val="ListBullet"/>
      </w:pPr>
      <w:r>
        <w:rPr>
          <w:b/>
        </w:rPr>
        <w:t xml:space="preserve">Evidenced: </w:t>
      </w:r>
      <w:r>
        <w:t>It reported result, count 111; result, elapsed ms 21; result, resolution 9; result, features used 2,000; result, time neighbors 0; billing, cost 0.2 [11].</w:t>
      </w:r>
    </w:p>
    <w:p>
      <w:r>
        <w:rPr>
          <w:i/>
          <w:color w:val="525252"/>
          <w:sz w:val="17"/>
        </w:rPr>
        <w:t>Tool gp_space_time_hot_spots; parameters {"agg": "sum", "project": "20fafc67-4c16-4f65-b17e-a469aa483b5a", "features": {"layer": "Truck gate transactions (b9f2750d)"}, "interval": "day", "bin_shape": "h3", "resolution": 9, "time_field": "gate_in_at", "value_field": "turn_time_min"}</w:t>
      </w:r>
    </w:p>
    <w:p>
      <w:pPr>
        <w:pStyle w:val="Heading1"/>
      </w:pPr>
      <w:r>
        <w:t>Near repeat</w:t>
      </w:r>
    </w:p>
    <w:p>
      <w:r>
        <w:rPr>
          <w:b/>
        </w:rPr>
        <w:t xml:space="preserve">What this analysis is. </w:t>
      </w:r>
      <w:r>
        <w:rPr>
          <w:i w:val="0"/>
        </w:rPr>
        <w:t>Repeat and near repeat classification: Classify incidents as originators, repeats (same place) or near repeats within a distance and time window, with a Knox test table [13]. In ArcGIS it is Repeat and Near Repeat Classification or Near Repeat Calculator [13].</w:t>
      </w:r>
    </w:p>
    <w:p>
      <w:r>
        <w:rPr>
          <w:b/>
        </w:rPr>
        <w:t xml:space="preserve">Why it was run on this data. </w:t>
      </w:r>
      <w:r>
        <w:rPr>
          <w:i w:val="0"/>
        </w:rPr>
        <w:t>Near repeat analysis tests whether Equipment faults close in space also follow each other within 12 days [14].</w:t>
      </w:r>
    </w:p>
    <w:p>
      <w:r>
        <w:rPr>
          <w:b/>
        </w:rPr>
        <w:t xml:space="preserve">What it found. </w:t>
      </w:r>
      <w:r>
        <w:rPr>
          <w:i w:val="0"/>
        </w:rPr>
        <w:t>Near repeat on Equipment faults: Repeat and near repeat classification: 1 layer saved: Repeat and near repeat classification: Equipment faults (260 features) [9][15]. It reported result, days 12; result, count 260; result, chains 51; result, distance m 200; result, elapsed ms 9; result, pairs linked 276 [15].</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days</w:t>
            </w:r>
          </w:p>
        </w:tc>
        <w:tc>
          <w:tcPr>
            <w:tcW w:type="dxa" w:w="4320"/>
          </w:tcPr>
          <w:p>
            <w:r>
              <w:t>12</w:t>
            </w:r>
          </w:p>
        </w:tc>
      </w:tr>
      <w:tr>
        <w:tc>
          <w:tcPr>
            <w:tcW w:type="dxa" w:w="4320"/>
          </w:tcPr>
          <w:p>
            <w:r>
              <w:t>result, count</w:t>
            </w:r>
          </w:p>
        </w:tc>
        <w:tc>
          <w:tcPr>
            <w:tcW w:type="dxa" w:w="4320"/>
          </w:tcPr>
          <w:p>
            <w:r>
              <w:t>260</w:t>
            </w:r>
          </w:p>
        </w:tc>
      </w:tr>
      <w:tr>
        <w:tc>
          <w:tcPr>
            <w:tcW w:type="dxa" w:w="4320"/>
          </w:tcPr>
          <w:p>
            <w:r>
              <w:t>result, chains</w:t>
            </w:r>
          </w:p>
        </w:tc>
        <w:tc>
          <w:tcPr>
            <w:tcW w:type="dxa" w:w="4320"/>
          </w:tcPr>
          <w:p>
            <w:r>
              <w:t>51</w:t>
            </w:r>
          </w:p>
        </w:tc>
      </w:tr>
      <w:tr>
        <w:tc>
          <w:tcPr>
            <w:tcW w:type="dxa" w:w="4320"/>
          </w:tcPr>
          <w:p>
            <w:r>
              <w:t>result, distance m</w:t>
            </w:r>
          </w:p>
        </w:tc>
        <w:tc>
          <w:tcPr>
            <w:tcW w:type="dxa" w:w="4320"/>
          </w:tcPr>
          <w:p>
            <w:r>
              <w:t>200</w:t>
            </w:r>
          </w:p>
        </w:tc>
      </w:tr>
      <w:tr>
        <w:tc>
          <w:tcPr>
            <w:tcW w:type="dxa" w:w="4320"/>
          </w:tcPr>
          <w:p>
            <w:r>
              <w:t>result, elapsed ms</w:t>
            </w:r>
          </w:p>
        </w:tc>
        <w:tc>
          <w:tcPr>
            <w:tcW w:type="dxa" w:w="4320"/>
          </w:tcPr>
          <w:p>
            <w:r>
              <w:t>9</w:t>
            </w:r>
          </w:p>
        </w:tc>
      </w:tr>
      <w:tr>
        <w:tc>
          <w:tcPr>
            <w:tcW w:type="dxa" w:w="4320"/>
          </w:tcPr>
          <w:p>
            <w:r>
              <w:t>result, pairs linked</w:t>
            </w:r>
          </w:p>
        </w:tc>
        <w:tc>
          <w:tcPr>
            <w:tcW w:type="dxa" w:w="4320"/>
          </w:tcPr>
          <w:p>
            <w:r>
              <w:t>276</w:t>
            </w:r>
          </w:p>
        </w:tc>
      </w:tr>
      <w:tr>
        <w:tc>
          <w:tcPr>
            <w:tcW w:type="dxa" w:w="4320"/>
          </w:tcPr>
          <w:p>
            <w:r>
              <w:t>billing, cost</w:t>
            </w:r>
          </w:p>
        </w:tc>
        <w:tc>
          <w:tcPr>
            <w:tcW w:type="dxa" w:w="4320"/>
          </w:tcPr>
          <w:p>
            <w:r>
              <w:t>0.0578</w:t>
            </w:r>
          </w:p>
        </w:tc>
      </w:tr>
      <w:tr>
        <w:tc>
          <w:tcPr>
            <w:tcW w:type="dxa" w:w="4320"/>
          </w:tcPr>
          <w:p>
            <w:r>
              <w:t>billing, list price</w:t>
            </w:r>
          </w:p>
        </w:tc>
        <w:tc>
          <w:tcPr>
            <w:tcW w:type="dxa" w:w="4320"/>
          </w:tcPr>
          <w:p>
            <w:r>
              <w:t>0.0578</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Near repeat on Equipment faults: Repeat and near repeat classification: 1 layer saved: Repeat and near repeat classification: Equipment faults (260 features) [9][15].</w:t>
      </w:r>
    </w:p>
    <w:p>
      <w:pPr>
        <w:pStyle w:val="ListBullet"/>
      </w:pPr>
      <w:r>
        <w:rPr>
          <w:b/>
        </w:rPr>
        <w:t xml:space="preserve">Evidenced: </w:t>
      </w:r>
      <w:r>
        <w:t>It reported result, days 12; result, count 260; result, chains 51; result, distance m 200; result, elapsed ms 9; result, pairs linked 276 [15].</w:t>
      </w:r>
    </w:p>
    <w:p>
      <w:r>
        <w:rPr>
          <w:i/>
          <w:color w:val="525252"/>
          <w:sz w:val="17"/>
        </w:rPr>
        <w:t>Tool gp_near_repeat; parameters {"days": 12, "project": "20fafc67-4c16-4f65-b17e-a469aa483b5a", "features": {"layer": "Equipment faults (790b76cb)"}, "distance_m": 200.0, "time_field": "date"}</w:t>
      </w:r>
    </w:p>
    <w:p>
      <w:pPr>
        <w:pStyle w:val="Heading1"/>
      </w:pPr>
      <w:r>
        <w:t>Summarize within</w:t>
      </w:r>
    </w:p>
    <w:p>
      <w:r>
        <w:rPr>
          <w:b/>
        </w:rPr>
        <w:t xml:space="preserve">What this analysis is. </w:t>
      </w:r>
      <w:r>
        <w:rPr>
          <w:i w:val="0"/>
        </w:rPr>
        <w:t>Summarize within: Count and aggregate the features inside each polygon (or bin), proportionally for lines and polygons [16]. In ArcGIS it is Summarize Within or Aggregate Points; in QGIS, native:countpointsinpolygon or native:sumlinelengths [16].</w:t>
      </w:r>
    </w:p>
    <w:p>
      <w:r>
        <w:rPr>
          <w:b/>
        </w:rPr>
        <w:t xml:space="preserve">Why it was run on this data. </w:t>
      </w:r>
      <w:r>
        <w:rPr>
          <w:i w:val="0"/>
        </w:rPr>
        <w:t>Count Equipment faults inside each feature of Yard zones by system; the counts map as a choropleth (natural breaks, sequential colors) [17].</w:t>
      </w:r>
    </w:p>
    <w:p>
      <w:r>
        <w:rPr>
          <w:b/>
        </w:rPr>
        <w:t xml:space="preserve">What it found. </w:t>
      </w:r>
      <w:r>
        <w:rPr>
          <w:i w:val="0"/>
        </w:rPr>
        <w:t>Summarize within on Equipment faults, Yard zones: Summarize within: 1 layer saved: Summarize within: Yard zones (30 features) [9][18][19]. It reported result, count 30; result, elapsed ms 1; billing, cost 0.01582; billing, list price 0.01582; billing, upstream cost 0 [18].</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30</w:t>
            </w:r>
          </w:p>
        </w:tc>
      </w:tr>
      <w:tr>
        <w:tc>
          <w:tcPr>
            <w:tcW w:type="dxa" w:w="4320"/>
          </w:tcPr>
          <w:p>
            <w:r>
              <w:t>result, elapsed ms</w:t>
            </w:r>
          </w:p>
        </w:tc>
        <w:tc>
          <w:tcPr>
            <w:tcW w:type="dxa" w:w="4320"/>
          </w:tcPr>
          <w:p>
            <w:r>
              <w:t>1</w:t>
            </w:r>
          </w:p>
        </w:tc>
      </w:tr>
      <w:tr>
        <w:tc>
          <w:tcPr>
            <w:tcW w:type="dxa" w:w="4320"/>
          </w:tcPr>
          <w:p>
            <w:r>
              <w:t>billing, cost</w:t>
            </w:r>
          </w:p>
        </w:tc>
        <w:tc>
          <w:tcPr>
            <w:tcW w:type="dxa" w:w="4320"/>
          </w:tcPr>
          <w:p>
            <w:r>
              <w:t>0.01582</w:t>
            </w:r>
          </w:p>
        </w:tc>
      </w:tr>
      <w:tr>
        <w:tc>
          <w:tcPr>
            <w:tcW w:type="dxa" w:w="4320"/>
          </w:tcPr>
          <w:p>
            <w:r>
              <w:t>billing, list price</w:t>
            </w:r>
          </w:p>
        </w:tc>
        <w:tc>
          <w:tcPr>
            <w:tcW w:type="dxa" w:w="4320"/>
          </w:tcPr>
          <w:p>
            <w:r>
              <w:t>0.01582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Summarize within on Equipment faults, Yard zones: Summarize within: 1 layer saved: Summarize within: Yard zones (30 features) [9][18][19].</w:t>
      </w:r>
    </w:p>
    <w:p>
      <w:pPr>
        <w:pStyle w:val="ListBullet"/>
      </w:pPr>
      <w:r>
        <w:rPr>
          <w:b/>
        </w:rPr>
        <w:t xml:space="preserve">Evidenced: </w:t>
      </w:r>
      <w:r>
        <w:t>It reported result, count 30; result, elapsed ms 1; billing, cost 0.01582; billing, list price 0.01582; billing, upstream cost 0 [18].</w:t>
      </w:r>
    </w:p>
    <w:p>
      <w:r>
        <w:rPr>
          <w:i/>
          <w:color w:val="525252"/>
          <w:sz w:val="17"/>
        </w:rPr>
        <w:t>Tool gp_summarize_within; parameters {"stats": [{"stat": "sum", "field": "downtime_h"}], "project": "20fafc67-4c16-4f65-b17e-a469aa483b5a", "features": {"layer": "Equipment faults (790b76cb)"}, "group_by": "system", "polygons": {"layer": "Yard zones (0b9931a6)"}}</w:t>
      </w:r>
    </w:p>
    <w:p>
      <w:pPr>
        <w:pStyle w:val="Heading1"/>
      </w:pPr>
      <w:r>
        <w:t>Summarize within</w:t>
      </w:r>
    </w:p>
    <w:p>
      <w:r>
        <w:rPr>
          <w:b/>
        </w:rPr>
        <w:t xml:space="preserve">What this analysis is. </w:t>
      </w:r>
      <w:r>
        <w:rPr>
          <w:i w:val="0"/>
        </w:rPr>
        <w:t>Summarize within: Count and aggregate the features inside each polygon (or bin), proportionally for lines and polygons [16]. In ArcGIS it is Summarize Within or Aggregate Points; in QGIS, native:countpointsinpolygon or native:sumlinelengths [16].</w:t>
      </w:r>
    </w:p>
    <w:p>
      <w:r>
        <w:rPr>
          <w:b/>
        </w:rPr>
        <w:t xml:space="preserve">Why it was run on this data. </w:t>
      </w:r>
      <w:r>
        <w:rPr>
          <w:i w:val="0"/>
        </w:rPr>
        <w:t>Count Equipment faults inside each feature of Yard zones by system; the counts map as a choropleth (natural breaks, sequential colors) [17].</w:t>
      </w:r>
    </w:p>
    <w:p>
      <w:r>
        <w:rPr>
          <w:b/>
        </w:rPr>
        <w:t xml:space="preserve">What it found. </w:t>
      </w:r>
      <w:r>
        <w:rPr>
          <w:i w:val="0"/>
        </w:rPr>
        <w:t>Summarize within on Reefer points, Yard zones: Summarize within: 1 layer saved: Summarize within: Yard zones (30 features) [19][20][21]. It reported result, count 30; result, elapsed ms 1; billing, cost 0.0126; billing, list price 0.0126; billing, upstream cost 0 [20].</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30</w:t>
            </w:r>
          </w:p>
        </w:tc>
      </w:tr>
      <w:tr>
        <w:tc>
          <w:tcPr>
            <w:tcW w:type="dxa" w:w="4320"/>
          </w:tcPr>
          <w:p>
            <w:r>
              <w:t>result, elapsed ms</w:t>
            </w:r>
          </w:p>
        </w:tc>
        <w:tc>
          <w:tcPr>
            <w:tcW w:type="dxa" w:w="4320"/>
          </w:tcPr>
          <w:p>
            <w:r>
              <w:t>1</w:t>
            </w:r>
          </w:p>
        </w:tc>
      </w:tr>
      <w:tr>
        <w:tc>
          <w:tcPr>
            <w:tcW w:type="dxa" w:w="4320"/>
          </w:tcPr>
          <w:p>
            <w:r>
              <w:t>billing, cost</w:t>
            </w:r>
          </w:p>
        </w:tc>
        <w:tc>
          <w:tcPr>
            <w:tcW w:type="dxa" w:w="4320"/>
          </w:tcPr>
          <w:p>
            <w:r>
              <w:t>0.0126</w:t>
            </w:r>
          </w:p>
        </w:tc>
      </w:tr>
      <w:tr>
        <w:tc>
          <w:tcPr>
            <w:tcW w:type="dxa" w:w="4320"/>
          </w:tcPr>
          <w:p>
            <w:r>
              <w:t>billing, list price</w:t>
            </w:r>
          </w:p>
        </w:tc>
        <w:tc>
          <w:tcPr>
            <w:tcW w:type="dxa" w:w="4320"/>
          </w:tcPr>
          <w:p>
            <w:r>
              <w:t>0.0126</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Summarize within on Reefer points, Yard zones: Summarize within: 1 layer saved: Summarize within: Yard zones (30 features) [19][20][21].</w:t>
      </w:r>
    </w:p>
    <w:p>
      <w:pPr>
        <w:pStyle w:val="ListBullet"/>
      </w:pPr>
      <w:r>
        <w:rPr>
          <w:b/>
        </w:rPr>
        <w:t xml:space="preserve">Evidenced: </w:t>
      </w:r>
      <w:r>
        <w:t>It reported result, count 30; result, elapsed ms 1; billing, cost 0.0126; billing, list price 0.0126; billing, upstream cost 0 [20].</w:t>
      </w:r>
    </w:p>
    <w:p>
      <w:r>
        <w:rPr>
          <w:i/>
          <w:color w:val="525252"/>
          <w:sz w:val="17"/>
        </w:rPr>
        <w:t>Tool gp_summarize_within; parameters {"stats": [], "project": "20fafc67-4c16-4f65-b17e-a469aa483b5a", "features": {"layer": "Reefer points (73835122)"}, "group_by": "in_use", "polygons": {"layer": "Yard zones (0b9931a6)"}}</w:t>
      </w:r>
    </w:p>
    <w:p>
      <w:pPr>
        <w:pStyle w:val="Heading1"/>
      </w:pPr>
      <w:r>
        <w:t>Summarize within</w:t>
      </w:r>
    </w:p>
    <w:p>
      <w:r>
        <w:rPr>
          <w:b/>
        </w:rPr>
        <w:t xml:space="preserve">What this analysis is. </w:t>
      </w:r>
      <w:r>
        <w:rPr>
          <w:i w:val="0"/>
        </w:rPr>
        <w:t>Summarize within: Count and aggregate the features inside each polygon (or bin), proportionally for lines and polygons [16]. In ArcGIS it is Summarize Within or Aggregate Points; in QGIS, native:countpointsinpolygon or native:sumlinelengths [16].</w:t>
      </w:r>
    </w:p>
    <w:p>
      <w:r>
        <w:rPr>
          <w:b/>
        </w:rPr>
        <w:t xml:space="preserve">Why it was run on this data. </w:t>
      </w:r>
      <w:r>
        <w:rPr>
          <w:i w:val="0"/>
        </w:rPr>
        <w:t>Count Equipment faults inside each feature of Yard zones by system; the counts map as a choropleth (natural breaks, sequential colors) [17].</w:t>
      </w:r>
    </w:p>
    <w:p>
      <w:r>
        <w:rPr>
          <w:b/>
        </w:rPr>
        <w:t xml:space="preserve">What it found. </w:t>
      </w:r>
      <w:r>
        <w:rPr>
          <w:i w:val="0"/>
        </w:rPr>
        <w:t>Summarize within on Truck gate transactions, Yard zones: Summarize within: 1 layer saved: Summarize within: Yard zones (30 features) [12][19][22]. It reported result, count 30; result, elapsed ms 4; billing, cost 0.05062; billing, list price 0.05062; billing, upstream cost 0 [22].</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30</w:t>
            </w:r>
          </w:p>
        </w:tc>
      </w:tr>
      <w:tr>
        <w:tc>
          <w:tcPr>
            <w:tcW w:type="dxa" w:w="4320"/>
          </w:tcPr>
          <w:p>
            <w:r>
              <w:t>result, elapsed ms</w:t>
            </w:r>
          </w:p>
        </w:tc>
        <w:tc>
          <w:tcPr>
            <w:tcW w:type="dxa" w:w="4320"/>
          </w:tcPr>
          <w:p>
            <w:r>
              <w:t>4</w:t>
            </w:r>
          </w:p>
        </w:tc>
      </w:tr>
      <w:tr>
        <w:tc>
          <w:tcPr>
            <w:tcW w:type="dxa" w:w="4320"/>
          </w:tcPr>
          <w:p>
            <w:r>
              <w:t>billing, cost</w:t>
            </w:r>
          </w:p>
        </w:tc>
        <w:tc>
          <w:tcPr>
            <w:tcW w:type="dxa" w:w="4320"/>
          </w:tcPr>
          <w:p>
            <w:r>
              <w:t>0.05062</w:t>
            </w:r>
          </w:p>
        </w:tc>
      </w:tr>
      <w:tr>
        <w:tc>
          <w:tcPr>
            <w:tcW w:type="dxa" w:w="4320"/>
          </w:tcPr>
          <w:p>
            <w:r>
              <w:t>billing, list price</w:t>
            </w:r>
          </w:p>
        </w:tc>
        <w:tc>
          <w:tcPr>
            <w:tcW w:type="dxa" w:w="4320"/>
          </w:tcPr>
          <w:p>
            <w:r>
              <w:t>0.05062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Summarize within on Truck gate transactions, Yard zones: Summarize within: 1 layer saved: Summarize within: Yard zones (30 features) [12][19][22].</w:t>
      </w:r>
    </w:p>
    <w:p>
      <w:pPr>
        <w:pStyle w:val="ListBullet"/>
      </w:pPr>
      <w:r>
        <w:rPr>
          <w:b/>
        </w:rPr>
        <w:t xml:space="preserve">Evidenced: </w:t>
      </w:r>
      <w:r>
        <w:t>It reported result, count 30; result, elapsed ms 4; billing, cost 0.05062; billing, list price 0.05062; billing, upstream cost 0 [22].</w:t>
      </w:r>
    </w:p>
    <w:p>
      <w:r>
        <w:rPr>
          <w:i/>
          <w:color w:val="525252"/>
          <w:sz w:val="17"/>
        </w:rPr>
        <w:t>Tool gp_summarize_within; parameters {"stats": [{"stat": "sum", "field": "turn_time_min"}], "project": "20fafc67-4c16-4f65-b17e-a469aa483b5a", "features": {"layer": "Truck gate transactions (b9f2750d)"}, "group_by": "move", "polygons": {"layer": "Yard zones (0b9931a6)"}}</w:t>
      </w:r>
    </w:p>
    <w:p>
      <w:pPr>
        <w:pStyle w:val="Heading1"/>
      </w:pPr>
      <w:r>
        <w:t>Hot spots</w:t>
      </w:r>
    </w:p>
    <w:p>
      <w:r>
        <w:rPr>
          <w:b/>
        </w:rPr>
        <w:t xml:space="preserve">What this analysis is. </w:t>
      </w:r>
      <w:r>
        <w:rPr>
          <w:i w:val="0"/>
        </w:rPr>
        <w:t>Hot spot analysis: Getis-Ord Gi* hot and cold spots with z-scores, p-values and confidence bins [23]. In ArcGIS it is Find Hot Spots or Hot Spot Analysis (Getis-Ord Gi*); in QGIS, qgis:hotspot (plugin) [23].</w:t>
      </w:r>
    </w:p>
    <w:p>
      <w:r>
        <w:rPr>
          <w:b/>
        </w:rPr>
        <w:t xml:space="preserve">Why it was run on this data. </w:t>
      </w:r>
      <w:r>
        <w:rPr>
          <w:i w:val="0"/>
        </w:rPr>
        <w:t>260 points: Getis-Ord Gi* tests whether the concentrations in Equipment faults are statistically significant [24].</w:t>
      </w:r>
    </w:p>
    <w:p>
      <w:r>
        <w:rPr>
          <w:b/>
        </w:rPr>
        <w:t xml:space="preserve">What it found. </w:t>
      </w:r>
      <w:r>
        <w:rPr>
          <w:i w:val="0"/>
        </w:rPr>
        <w:t>Hot spot analysis was performed using the Equipment faults layer [9], resulting in 41 features saved [25].</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bins</w:t>
            </w:r>
          </w:p>
        </w:tc>
        <w:tc>
          <w:tcPr>
            <w:tcW w:type="dxa" w:w="4320"/>
          </w:tcPr>
          <w:p>
            <w:r>
              <w:t>41</w:t>
            </w:r>
          </w:p>
        </w:tc>
      </w:tr>
      <w:tr>
        <w:tc>
          <w:tcPr>
            <w:tcW w:type="dxa" w:w="4320"/>
          </w:tcPr>
          <w:p>
            <w:r>
              <w:t>result, count</w:t>
            </w:r>
          </w:p>
        </w:tc>
        <w:tc>
          <w:tcPr>
            <w:tcW w:type="dxa" w:w="4320"/>
          </w:tcPr>
          <w:p>
            <w:r>
              <w:t>41</w:t>
            </w:r>
          </w:p>
        </w:tc>
      </w:tr>
      <w:tr>
        <w:tc>
          <w:tcPr>
            <w:tcW w:type="dxa" w:w="4320"/>
          </w:tcPr>
          <w:p>
            <w:r>
              <w:t>result, elapsed ms</w:t>
            </w:r>
          </w:p>
        </w:tc>
        <w:tc>
          <w:tcPr>
            <w:tcW w:type="dxa" w:w="4320"/>
          </w:tcPr>
          <w:p>
            <w:r>
              <w:t>5</w:t>
            </w:r>
          </w:p>
        </w:tc>
      </w:tr>
      <w:tr>
        <w:tc>
          <w:tcPr>
            <w:tcW w:type="dxa" w:w="4320"/>
          </w:tcPr>
          <w:p>
            <w:r>
              <w:t>result, cell size m</w:t>
            </w:r>
          </w:p>
        </w:tc>
        <w:tc>
          <w:tcPr>
            <w:tcW w:type="dxa" w:w="4320"/>
          </w:tcPr>
          <w:p>
            <w:r>
              <w:t>500</w:t>
            </w:r>
          </w:p>
        </w:tc>
      </w:tr>
      <w:tr>
        <w:tc>
          <w:tcPr>
            <w:tcW w:type="dxa" w:w="4320"/>
          </w:tcPr>
          <w:p>
            <w:r>
              <w:t>result, incidents used</w:t>
            </w:r>
          </w:p>
        </w:tc>
        <w:tc>
          <w:tcPr>
            <w:tcW w:type="dxa" w:w="4320"/>
          </w:tcPr>
          <w:p>
            <w:r>
              <w:t>260</w:t>
            </w:r>
          </w:p>
        </w:tc>
      </w:tr>
      <w:tr>
        <w:tc>
          <w:tcPr>
            <w:tcW w:type="dxa" w:w="4320"/>
          </w:tcPr>
          <w:p>
            <w:r>
              <w:t>result, distance band m</w:t>
            </w:r>
          </w:p>
        </w:tc>
        <w:tc>
          <w:tcPr>
            <w:tcW w:type="dxa" w:w="4320"/>
          </w:tcPr>
          <w:p>
            <w:r>
              <w:t>500</w:t>
            </w:r>
          </w:p>
        </w:tc>
      </w:tr>
      <w:tr>
        <w:tc>
          <w:tcPr>
            <w:tcW w:type="dxa" w:w="4320"/>
          </w:tcPr>
          <w:p>
            <w:r>
              <w:t>billing, cost</w:t>
            </w:r>
          </w:p>
        </w:tc>
        <w:tc>
          <w:tcPr>
            <w:tcW w:type="dxa" w:w="4320"/>
          </w:tcPr>
          <w:p>
            <w:r>
              <w:t>0.0552</w:t>
            </w:r>
          </w:p>
        </w:tc>
      </w:tr>
      <w:tr>
        <w:tc>
          <w:tcPr>
            <w:tcW w:type="dxa" w:w="4320"/>
          </w:tcPr>
          <w:p>
            <w:r>
              <w:t>billing, list price</w:t>
            </w:r>
          </w:p>
        </w:tc>
        <w:tc>
          <w:tcPr>
            <w:tcW w:type="dxa" w:w="4320"/>
          </w:tcPr>
          <w:p>
            <w:r>
              <w:t>0.0552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Hot spots on Equipment faults: Hot spot analysis: 1 layer saved: Hot spot analysis: Equipment faults (41 features) [9][25].</w:t>
      </w:r>
    </w:p>
    <w:p>
      <w:pPr>
        <w:pStyle w:val="ListBullet"/>
      </w:pPr>
      <w:r>
        <w:rPr>
          <w:b/>
        </w:rPr>
        <w:t xml:space="preserve">Evidenced: </w:t>
      </w:r>
      <w:r>
        <w:t>It reported result, bins 41; result, count 41; result, elapsed ms 5; result, cell size m 500; result, incidents used 260; result, distance band m 500 [25].</w:t>
      </w:r>
    </w:p>
    <w:p>
      <w:r>
        <w:rPr>
          <w:i/>
          <w:color w:val="525252"/>
          <w:sz w:val="17"/>
        </w:rPr>
        <w:t>Tool gp_hot_spots; parameters {"project": "20fafc67-4c16-4f65-b17e-a469aa483b5a", "features": {"layer": "Equipment faults (790b76cb)"}, "aggregation": "hexagon", "cell_size_m": 500.0, "distance_band_m": 500.0}</w:t>
      </w:r>
    </w:p>
    <w:p>
      <w:pPr>
        <w:pStyle w:val="Heading1"/>
      </w:pPr>
      <w:r>
        <w:t>Hot spots</w:t>
      </w:r>
    </w:p>
    <w:p>
      <w:r>
        <w:rPr>
          <w:b/>
        </w:rPr>
        <w:t xml:space="preserve">What this analysis is. </w:t>
      </w:r>
      <w:r>
        <w:rPr>
          <w:i w:val="0"/>
        </w:rPr>
        <w:t>Hot spot analysis: Getis-Ord Gi* hot and cold spots with z-scores, p-values and confidence bins [23]. In ArcGIS it is Find Hot Spots or Hot Spot Analysis (Getis-Ord Gi*); in QGIS, qgis:hotspot (plugin) [23].</w:t>
      </w:r>
    </w:p>
    <w:p>
      <w:r>
        <w:rPr>
          <w:b/>
        </w:rPr>
        <w:t xml:space="preserve">Why it was run on this data. </w:t>
      </w:r>
      <w:r>
        <w:rPr>
          <w:i w:val="0"/>
        </w:rPr>
        <w:t>100 points: Getis-Ord Gi* tests whether the concentrations in Reefer points are statistically significant [26].</w:t>
      </w:r>
    </w:p>
    <w:p>
      <w:r>
        <w:rPr>
          <w:b/>
        </w:rPr>
        <w:t xml:space="preserve">What it found. </w:t>
      </w:r>
      <w:r>
        <w:rPr>
          <w:i w:val="0"/>
        </w:rPr>
        <w:t>Hot spots on Reefer points: Hot spot analysis: 1 layer saved: Hot spot analysis: Reefer points (62 features) [21][27]. It reported result, bins 62; result, count 62; result, elapsed ms 4; result, cell size m 100; result, incidents used 100; result, distance band m 200 [27].</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bins</w:t>
            </w:r>
          </w:p>
        </w:tc>
        <w:tc>
          <w:tcPr>
            <w:tcW w:type="dxa" w:w="4320"/>
          </w:tcPr>
          <w:p>
            <w:r>
              <w:t>62</w:t>
            </w:r>
          </w:p>
        </w:tc>
      </w:tr>
      <w:tr>
        <w:tc>
          <w:tcPr>
            <w:tcW w:type="dxa" w:w="4320"/>
          </w:tcPr>
          <w:p>
            <w:r>
              <w:t>result, count</w:t>
            </w:r>
          </w:p>
        </w:tc>
        <w:tc>
          <w:tcPr>
            <w:tcW w:type="dxa" w:w="4320"/>
          </w:tcPr>
          <w:p>
            <w:r>
              <w:t>62</w:t>
            </w:r>
          </w:p>
        </w:tc>
      </w:tr>
      <w:tr>
        <w:tc>
          <w:tcPr>
            <w:tcW w:type="dxa" w:w="4320"/>
          </w:tcPr>
          <w:p>
            <w:r>
              <w:t>result, elapsed ms</w:t>
            </w:r>
          </w:p>
        </w:tc>
        <w:tc>
          <w:tcPr>
            <w:tcW w:type="dxa" w:w="4320"/>
          </w:tcPr>
          <w:p>
            <w:r>
              <w:t>4</w:t>
            </w:r>
          </w:p>
        </w:tc>
      </w:tr>
      <w:tr>
        <w:tc>
          <w:tcPr>
            <w:tcW w:type="dxa" w:w="4320"/>
          </w:tcPr>
          <w:p>
            <w:r>
              <w:t>result, cell size m</w:t>
            </w:r>
          </w:p>
        </w:tc>
        <w:tc>
          <w:tcPr>
            <w:tcW w:type="dxa" w:w="4320"/>
          </w:tcPr>
          <w:p>
            <w:r>
              <w:t>100</w:t>
            </w:r>
          </w:p>
        </w:tc>
      </w:tr>
      <w:tr>
        <w:tc>
          <w:tcPr>
            <w:tcW w:type="dxa" w:w="4320"/>
          </w:tcPr>
          <w:p>
            <w:r>
              <w:t>result, incidents used</w:t>
            </w:r>
          </w:p>
        </w:tc>
        <w:tc>
          <w:tcPr>
            <w:tcW w:type="dxa" w:w="4320"/>
          </w:tcPr>
          <w:p>
            <w:r>
              <w:t>100</w:t>
            </w:r>
          </w:p>
        </w:tc>
      </w:tr>
      <w:tr>
        <w:tc>
          <w:tcPr>
            <w:tcW w:type="dxa" w:w="4320"/>
          </w:tcPr>
          <w:p>
            <w:r>
              <w:t>result, distance band m</w:t>
            </w:r>
          </w:p>
        </w:tc>
        <w:tc>
          <w:tcPr>
            <w:tcW w:type="dxa" w:w="4320"/>
          </w:tcPr>
          <w:p>
            <w:r>
              <w:t>200</w:t>
            </w:r>
          </w:p>
        </w:tc>
      </w:tr>
      <w:tr>
        <w:tc>
          <w:tcPr>
            <w:tcW w:type="dxa" w:w="4320"/>
          </w:tcPr>
          <w:p>
            <w:r>
              <w:t>billing, cost</w:t>
            </w:r>
          </w:p>
        </w:tc>
        <w:tc>
          <w:tcPr>
            <w:tcW w:type="dxa" w:w="4320"/>
          </w:tcPr>
          <w:p>
            <w:r>
              <w:t>0.052</w:t>
            </w:r>
          </w:p>
        </w:tc>
      </w:tr>
      <w:tr>
        <w:tc>
          <w:tcPr>
            <w:tcW w:type="dxa" w:w="4320"/>
          </w:tcPr>
          <w:p>
            <w:r>
              <w:t>billing, list price</w:t>
            </w:r>
          </w:p>
        </w:tc>
        <w:tc>
          <w:tcPr>
            <w:tcW w:type="dxa" w:w="4320"/>
          </w:tcPr>
          <w:p>
            <w:r>
              <w:t>0.052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Hot spots on Reefer points: Hot spot analysis: 1 layer saved: Hot spot analysis: Reefer points (62 features) [21][27].</w:t>
      </w:r>
    </w:p>
    <w:p>
      <w:pPr>
        <w:pStyle w:val="ListBullet"/>
      </w:pPr>
      <w:r>
        <w:rPr>
          <w:b/>
        </w:rPr>
        <w:t xml:space="preserve">Evidenced: </w:t>
      </w:r>
      <w:r>
        <w:t>It reported result, bins 62; result, count 62; result, elapsed ms 4; result, cell size m 100; result, incidents used 100; result, distance band m 200 [27].</w:t>
      </w:r>
    </w:p>
    <w:p>
      <w:r>
        <w:rPr>
          <w:i/>
          <w:color w:val="525252"/>
          <w:sz w:val="17"/>
        </w:rPr>
        <w:t>Tool gp_hot_spots; parameters {"project": "20fafc67-4c16-4f65-b17e-a469aa483b5a", "features": {"layer": "Reefer points (73835122)"}, "aggregation": "hexagon", "cell_size_m": 100.0, "distance_band_m": 200.0}</w:t>
      </w:r>
    </w:p>
    <w:p>
      <w:pPr>
        <w:pStyle w:val="Heading1"/>
      </w:pPr>
      <w:r>
        <w:t>Hot spots</w:t>
      </w:r>
    </w:p>
    <w:p>
      <w:r>
        <w:rPr>
          <w:b/>
        </w:rPr>
        <w:t xml:space="preserve">What this analysis is. </w:t>
      </w:r>
      <w:r>
        <w:rPr>
          <w:i w:val="0"/>
        </w:rPr>
        <w:t>Hot spot analysis: Getis-Ord Gi* hot and cold spots with z-scores, p-values and confidence bins [23]. In ArcGIS it is Find Hot Spots or Hot Spot Analysis (Getis-Ord Gi*); in QGIS, qgis:hotspot (plugin) [23].</w:t>
      </w:r>
    </w:p>
    <w:p>
      <w:r>
        <w:rPr>
          <w:b/>
        </w:rPr>
        <w:t xml:space="preserve">Why it was run on this data. </w:t>
      </w:r>
      <w:r>
        <w:rPr>
          <w:i w:val="0"/>
        </w:rPr>
        <w:t>2000 points: Getis-Ord Gi* tests whether the concentrations in Truck gate transactions are statistically significant [28].</w:t>
      </w:r>
    </w:p>
    <w:p>
      <w:r>
        <w:rPr>
          <w:b/>
        </w:rPr>
        <w:t xml:space="preserve">What it found. </w:t>
      </w:r>
      <w:r>
        <w:rPr>
          <w:i w:val="0"/>
        </w:rPr>
        <w:t>The hot spot analysis utilized the Truck gate transactions dataset [12] and was run using the gp_hot_spots tool [29].</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2,000</w:t>
            </w:r>
          </w:p>
        </w:tc>
      </w:tr>
      <w:tr>
        <w:tc>
          <w:tcPr>
            <w:tcW w:type="dxa" w:w="4320"/>
          </w:tcPr>
          <w:p>
            <w:r>
              <w:t>result, elapsed ms</w:t>
            </w:r>
          </w:p>
        </w:tc>
        <w:tc>
          <w:tcPr>
            <w:tcW w:type="dxa" w:w="4320"/>
          </w:tcPr>
          <w:p>
            <w:r>
              <w:t>37</w:t>
            </w:r>
          </w:p>
        </w:tc>
      </w:tr>
      <w:tr>
        <w:tc>
          <w:tcPr>
            <w:tcW w:type="dxa" w:w="4320"/>
          </w:tcPr>
          <w:p>
            <w:r>
              <w:t>result, excluded null</w:t>
            </w:r>
          </w:p>
        </w:tc>
        <w:tc>
          <w:tcPr>
            <w:tcW w:type="dxa" w:w="4320"/>
          </w:tcPr>
          <w:p>
            <w:r>
              <w:t>0</w:t>
            </w:r>
          </w:p>
        </w:tc>
      </w:tr>
      <w:tr>
        <w:tc>
          <w:tcPr>
            <w:tcW w:type="dxa" w:w="4320"/>
          </w:tcPr>
          <w:p>
            <w:r>
              <w:t>result, distance band m</w:t>
            </w:r>
          </w:p>
        </w:tc>
        <w:tc>
          <w:tcPr>
            <w:tcW w:type="dxa" w:w="4320"/>
          </w:tcPr>
          <w:p>
            <w:r>
              <w:t>200</w:t>
            </w:r>
          </w:p>
        </w:tc>
      </w:tr>
      <w:tr>
        <w:tc>
          <w:tcPr>
            <w:tcW w:type="dxa" w:w="4320"/>
          </w:tcPr>
          <w:p>
            <w:r>
              <w:t>billing, cost</w:t>
            </w:r>
          </w:p>
        </w:tc>
        <w:tc>
          <w:tcPr>
            <w:tcW w:type="dxa" w:w="4320"/>
          </w:tcPr>
          <w:p>
            <w:r>
              <w:t>0.09</w:t>
            </w:r>
          </w:p>
        </w:tc>
      </w:tr>
      <w:tr>
        <w:tc>
          <w:tcPr>
            <w:tcW w:type="dxa" w:w="4320"/>
          </w:tcPr>
          <w:p>
            <w:r>
              <w:t>billing, list price</w:t>
            </w:r>
          </w:p>
        </w:tc>
        <w:tc>
          <w:tcPr>
            <w:tcW w:type="dxa" w:w="4320"/>
          </w:tcPr>
          <w:p>
            <w:r>
              <w:t>0.09</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Hot spots on Truck gate transactions: Hot spot analysis: 1 layer saved: Hot spot analysis: Truck gate transactions (2000 features) [12][29].</w:t>
      </w:r>
    </w:p>
    <w:p>
      <w:pPr>
        <w:pStyle w:val="ListBullet"/>
      </w:pPr>
      <w:r>
        <w:rPr>
          <w:b/>
        </w:rPr>
        <w:t xml:space="preserve">Evidenced: </w:t>
      </w:r>
      <w:r>
        <w:t>It reported result, count 2,000; result, elapsed ms 37; result, excluded null 0; result, distance band m 200; billing, cost 0.09; billing, list price 0.09 [29].</w:t>
      </w:r>
    </w:p>
    <w:p>
      <w:r>
        <w:rPr>
          <w:i/>
          <w:color w:val="525252"/>
          <w:sz w:val="17"/>
        </w:rPr>
        <w:t>Tool gp_hot_spots; parameters {"field": "turn_time_min", "project": "20fafc67-4c16-4f65-b17e-a469aa483b5a", "features": {"layer": "Truck gate transactions (b9f2750d)"}, "aggregation": "hexagon", "cell_size_m": 100.0, "distance_band_m": 200.0}</w:t>
      </w:r>
    </w:p>
    <w:p>
      <w:pPr>
        <w:pStyle w:val="Heading1"/>
      </w:pPr>
      <w:r>
        <w:t>Calculate density</w:t>
      </w:r>
    </w:p>
    <w:p>
      <w:r>
        <w:rPr>
          <w:b/>
        </w:rPr>
        <w:t xml:space="preserve">What this analysis is. </w:t>
      </w:r>
      <w:r>
        <w:rPr>
          <w:i w:val="0"/>
        </w:rPr>
        <w:t>Calculate density: Kernel density per square kilometer on a grid [30]. In ArcGIS it is Calculate Density or Kernel Density; in QGIS, native:heatmapkerneldensityestimation [30].</w:t>
      </w:r>
    </w:p>
    <w:p>
      <w:r>
        <w:rPr>
          <w:b/>
        </w:rPr>
        <w:t xml:space="preserve">Why it was run on this data. </w:t>
      </w:r>
      <w:r>
        <w:rPr>
          <w:i w:val="0"/>
        </w:rPr>
        <w:t>260 points in Equipment faults: a density surface shows where they concentrate [31].</w:t>
      </w:r>
    </w:p>
    <w:p>
      <w:r>
        <w:rPr>
          <w:b/>
        </w:rPr>
        <w:t xml:space="preserve">What it found. </w:t>
      </w:r>
      <w:r>
        <w:rPr>
          <w:i w:val="0"/>
        </w:rPr>
        <w:t>Density was calculated utilizing the Equipment faults data [9]. The results indicated a total count of 284 features [32]. During this analysis, the maximum density recorded was 79.93 per km² [32].</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284</w:t>
            </w:r>
          </w:p>
        </w:tc>
      </w:tr>
      <w:tr>
        <w:tc>
          <w:tcPr>
            <w:tcW w:type="dxa" w:w="4320"/>
          </w:tcPr>
          <w:p>
            <w:r>
              <w:t>result, elapsed ms</w:t>
            </w:r>
          </w:p>
        </w:tc>
        <w:tc>
          <w:tcPr>
            <w:tcW w:type="dxa" w:w="4320"/>
          </w:tcPr>
          <w:p>
            <w:r>
              <w:t>11</w:t>
            </w:r>
          </w:p>
        </w:tc>
      </w:tr>
      <w:tr>
        <w:tc>
          <w:tcPr>
            <w:tcW w:type="dxa" w:w="4320"/>
          </w:tcPr>
          <w:p>
            <w:r>
              <w:t>result, bandwidth m</w:t>
            </w:r>
          </w:p>
        </w:tc>
        <w:tc>
          <w:tcPr>
            <w:tcW w:type="dxa" w:w="4320"/>
          </w:tcPr>
          <w:p>
            <w:r>
              <w:t>500</w:t>
            </w:r>
          </w:p>
        </w:tc>
      </w:tr>
      <w:tr>
        <w:tc>
          <w:tcPr>
            <w:tcW w:type="dxa" w:w="4320"/>
          </w:tcPr>
          <w:p>
            <w:r>
              <w:t>result, cell size m</w:t>
            </w:r>
          </w:p>
        </w:tc>
        <w:tc>
          <w:tcPr>
            <w:tcW w:type="dxa" w:w="4320"/>
          </w:tcPr>
          <w:p>
            <w:r>
              <w:t>200</w:t>
            </w:r>
          </w:p>
        </w:tc>
      </w:tr>
      <w:tr>
        <w:tc>
          <w:tcPr>
            <w:tcW w:type="dxa" w:w="4320"/>
          </w:tcPr>
          <w:p>
            <w:r>
              <w:t>result, excluded null</w:t>
            </w:r>
          </w:p>
        </w:tc>
        <w:tc>
          <w:tcPr>
            <w:tcW w:type="dxa" w:w="4320"/>
          </w:tcPr>
          <w:p>
            <w:r>
              <w:t>0</w:t>
            </w:r>
          </w:p>
        </w:tc>
      </w:tr>
      <w:tr>
        <w:tc>
          <w:tcPr>
            <w:tcW w:type="dxa" w:w="4320"/>
          </w:tcPr>
          <w:p>
            <w:r>
              <w:t>result, max density per km2</w:t>
            </w:r>
          </w:p>
        </w:tc>
        <w:tc>
          <w:tcPr>
            <w:tcW w:type="dxa" w:w="4320"/>
          </w:tcPr>
          <w:p>
            <w:r>
              <w:t>79.93</w:t>
            </w:r>
          </w:p>
        </w:tc>
      </w:tr>
      <w:tr>
        <w:tc>
          <w:tcPr>
            <w:tcW w:type="dxa" w:w="4320"/>
          </w:tcPr>
          <w:p>
            <w:r>
              <w:t>billing, cost</w:t>
            </w:r>
          </w:p>
        </w:tc>
        <w:tc>
          <w:tcPr>
            <w:tcW w:type="dxa" w:w="4320"/>
          </w:tcPr>
          <w:p>
            <w:r>
              <w:t>0.0552</w:t>
            </w:r>
          </w:p>
        </w:tc>
      </w:tr>
      <w:tr>
        <w:tc>
          <w:tcPr>
            <w:tcW w:type="dxa" w:w="4320"/>
          </w:tcPr>
          <w:p>
            <w:r>
              <w:t>billing, list price</w:t>
            </w:r>
          </w:p>
        </w:tc>
        <w:tc>
          <w:tcPr>
            <w:tcW w:type="dxa" w:w="4320"/>
          </w:tcPr>
          <w:p>
            <w:r>
              <w:t>0.0552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Calculate density on Equipment faults: Calculate density: 1 layer saved: Calculate density: Equipment faults (284 features) [9][32].</w:t>
      </w:r>
    </w:p>
    <w:p>
      <w:pPr>
        <w:pStyle w:val="ListBullet"/>
      </w:pPr>
      <w:r>
        <w:rPr>
          <w:b/>
        </w:rPr>
        <w:t xml:space="preserve">Evidenced: </w:t>
      </w:r>
      <w:r>
        <w:t>It reported result, count 284; result, elapsed ms 11; result, bandwidth m 500; result, cell size m 200; result, excluded null 0; result, max density per km2 79.93 [32].</w:t>
      </w:r>
    </w:p>
    <w:p>
      <w:r>
        <w:rPr>
          <w:i/>
          <w:color w:val="525252"/>
          <w:sz w:val="17"/>
        </w:rPr>
        <w:t>Tool gp_calculate_density; parameters {"kernel": "quartic", "project": "20fafc67-4c16-4f65-b17e-a469aa483b5a", "features": {"layer": "Equipment faults (790b76cb)"}, "bandwidth_m": 500.0, "cell_size_m": 200.0}</w:t>
      </w:r>
    </w:p>
    <w:p>
      <w:pPr>
        <w:pStyle w:val="Heading1"/>
      </w:pPr>
      <w:r>
        <w:t>Calculate density</w:t>
      </w:r>
    </w:p>
    <w:p>
      <w:r>
        <w:rPr>
          <w:b/>
        </w:rPr>
        <w:t xml:space="preserve">What this analysis is. </w:t>
      </w:r>
      <w:r>
        <w:rPr>
          <w:i w:val="0"/>
        </w:rPr>
        <w:t>Calculate density: Kernel density per square kilometer on a grid [30]. In ArcGIS it is Calculate Density or Kernel Density; in QGIS, native:heatmapkerneldensityestimation [30].</w:t>
      </w:r>
    </w:p>
    <w:p>
      <w:r>
        <w:rPr>
          <w:b/>
        </w:rPr>
        <w:t xml:space="preserve">Why it was run on this data. </w:t>
      </w:r>
      <w:r>
        <w:rPr>
          <w:i w:val="0"/>
        </w:rPr>
        <w:t>100 points in Reefer points: a density surface shows where they concentrate [33].</w:t>
      </w:r>
    </w:p>
    <w:p>
      <w:r>
        <w:rPr>
          <w:b/>
        </w:rPr>
        <w:t xml:space="preserve">What it found. </w:t>
      </w:r>
      <w:r>
        <w:rPr>
          <w:i w:val="0"/>
        </w:rPr>
        <w:t>Calculate density on Reefer points: Calculate density: 1 layer saved: Calculate density: Reefer points (425 features) [21][34]. It reported result, count 425; result, elapsed ms 17; result, bandwidth m 200; result, cell size m 50; result, excluded null 0; result, max density per km2 270.1 [34].</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425</w:t>
            </w:r>
          </w:p>
        </w:tc>
      </w:tr>
      <w:tr>
        <w:tc>
          <w:tcPr>
            <w:tcW w:type="dxa" w:w="4320"/>
          </w:tcPr>
          <w:p>
            <w:r>
              <w:t>result, elapsed ms</w:t>
            </w:r>
          </w:p>
        </w:tc>
        <w:tc>
          <w:tcPr>
            <w:tcW w:type="dxa" w:w="4320"/>
          </w:tcPr>
          <w:p>
            <w:r>
              <w:t>17</w:t>
            </w:r>
          </w:p>
        </w:tc>
      </w:tr>
      <w:tr>
        <w:tc>
          <w:tcPr>
            <w:tcW w:type="dxa" w:w="4320"/>
          </w:tcPr>
          <w:p>
            <w:r>
              <w:t>result, bandwidth m</w:t>
            </w:r>
          </w:p>
        </w:tc>
        <w:tc>
          <w:tcPr>
            <w:tcW w:type="dxa" w:w="4320"/>
          </w:tcPr>
          <w:p>
            <w:r>
              <w:t>200</w:t>
            </w:r>
          </w:p>
        </w:tc>
      </w:tr>
      <w:tr>
        <w:tc>
          <w:tcPr>
            <w:tcW w:type="dxa" w:w="4320"/>
          </w:tcPr>
          <w:p>
            <w:r>
              <w:t>result, cell size m</w:t>
            </w:r>
          </w:p>
        </w:tc>
        <w:tc>
          <w:tcPr>
            <w:tcW w:type="dxa" w:w="4320"/>
          </w:tcPr>
          <w:p>
            <w:r>
              <w:t>50</w:t>
            </w:r>
          </w:p>
        </w:tc>
      </w:tr>
      <w:tr>
        <w:tc>
          <w:tcPr>
            <w:tcW w:type="dxa" w:w="4320"/>
          </w:tcPr>
          <w:p>
            <w:r>
              <w:t>result, excluded null</w:t>
            </w:r>
          </w:p>
        </w:tc>
        <w:tc>
          <w:tcPr>
            <w:tcW w:type="dxa" w:w="4320"/>
          </w:tcPr>
          <w:p>
            <w:r>
              <w:t>0</w:t>
            </w:r>
          </w:p>
        </w:tc>
      </w:tr>
      <w:tr>
        <w:tc>
          <w:tcPr>
            <w:tcW w:type="dxa" w:w="4320"/>
          </w:tcPr>
          <w:p>
            <w:r>
              <w:t>result, max density per km2</w:t>
            </w:r>
          </w:p>
        </w:tc>
        <w:tc>
          <w:tcPr>
            <w:tcW w:type="dxa" w:w="4320"/>
          </w:tcPr>
          <w:p>
            <w:r>
              <w:t>270.1</w:t>
            </w:r>
          </w:p>
        </w:tc>
      </w:tr>
      <w:tr>
        <w:tc>
          <w:tcPr>
            <w:tcW w:type="dxa" w:w="4320"/>
          </w:tcPr>
          <w:p>
            <w:r>
              <w:t>billing, cost</w:t>
            </w:r>
          </w:p>
        </w:tc>
        <w:tc>
          <w:tcPr>
            <w:tcW w:type="dxa" w:w="4320"/>
          </w:tcPr>
          <w:p>
            <w:r>
              <w:t>0.052</w:t>
            </w:r>
          </w:p>
        </w:tc>
      </w:tr>
      <w:tr>
        <w:tc>
          <w:tcPr>
            <w:tcW w:type="dxa" w:w="4320"/>
          </w:tcPr>
          <w:p>
            <w:r>
              <w:t>billing, list price</w:t>
            </w:r>
          </w:p>
        </w:tc>
        <w:tc>
          <w:tcPr>
            <w:tcW w:type="dxa" w:w="4320"/>
          </w:tcPr>
          <w:p>
            <w:r>
              <w:t>0.052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Calculate density on Reefer points: Calculate density: 1 layer saved: Calculate density: Reefer points (425 features) [21][34].</w:t>
      </w:r>
    </w:p>
    <w:p>
      <w:pPr>
        <w:pStyle w:val="ListBullet"/>
      </w:pPr>
      <w:r>
        <w:rPr>
          <w:b/>
        </w:rPr>
        <w:t xml:space="preserve">Evidenced: </w:t>
      </w:r>
      <w:r>
        <w:t>It reported result, count 425; result, elapsed ms 17; result, bandwidth m 200; result, cell size m 50; result, excluded null 0; result, max density per km2 270.1 [34].</w:t>
      </w:r>
    </w:p>
    <w:p>
      <w:r>
        <w:rPr>
          <w:i/>
          <w:color w:val="525252"/>
          <w:sz w:val="17"/>
        </w:rPr>
        <w:t>Tool gp_calculate_density; parameters {"kernel": "quartic", "project": "20fafc67-4c16-4f65-b17e-a469aa483b5a", "features": {"layer": "Reefer points (73835122)"}, "bandwidth_m": 200.0, "cell_size_m": 50.0}</w:t>
      </w:r>
    </w:p>
    <w:p>
      <w:pPr>
        <w:pStyle w:val="Heading1"/>
      </w:pPr>
      <w:r>
        <w:t>Calculate density</w:t>
      </w:r>
    </w:p>
    <w:p>
      <w:r>
        <w:rPr>
          <w:b/>
        </w:rPr>
        <w:t xml:space="preserve">What this analysis is. </w:t>
      </w:r>
      <w:r>
        <w:rPr>
          <w:i w:val="0"/>
        </w:rPr>
        <w:t>Calculate density: Kernel density per square kilometer on a grid [30]. In ArcGIS it is Calculate Density or Kernel Density; in QGIS, native:heatmapkerneldensityestimation [30].</w:t>
      </w:r>
    </w:p>
    <w:p>
      <w:r>
        <w:rPr>
          <w:b/>
        </w:rPr>
        <w:t xml:space="preserve">Why it was run on this data. </w:t>
      </w:r>
      <w:r>
        <w:rPr>
          <w:i w:val="0"/>
        </w:rPr>
        <w:t>2000 points in Truck gate transactions: a density surface shows where they concentrate [35].</w:t>
      </w:r>
    </w:p>
    <w:p>
      <w:r>
        <w:rPr>
          <w:b/>
        </w:rPr>
        <w:t xml:space="preserve">What it found. </w:t>
      </w:r>
      <w:r>
        <w:rPr>
          <w:i w:val="0"/>
        </w:rPr>
        <w:t>The density calculation was executed using the Truck gate transactions data [12] via the `gp_calculate_density` tool [36].</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4,119</w:t>
            </w:r>
          </w:p>
        </w:tc>
      </w:tr>
      <w:tr>
        <w:tc>
          <w:tcPr>
            <w:tcW w:type="dxa" w:w="4320"/>
          </w:tcPr>
          <w:p>
            <w:r>
              <w:t>result, elapsed ms</w:t>
            </w:r>
          </w:p>
        </w:tc>
        <w:tc>
          <w:tcPr>
            <w:tcW w:type="dxa" w:w="4320"/>
          </w:tcPr>
          <w:p>
            <w:r>
              <w:t>116</w:t>
            </w:r>
          </w:p>
        </w:tc>
      </w:tr>
      <w:tr>
        <w:tc>
          <w:tcPr>
            <w:tcW w:type="dxa" w:w="4320"/>
          </w:tcPr>
          <w:p>
            <w:r>
              <w:t>result, bandwidth m</w:t>
            </w:r>
          </w:p>
        </w:tc>
        <w:tc>
          <w:tcPr>
            <w:tcW w:type="dxa" w:w="4320"/>
          </w:tcPr>
          <w:p>
            <w:r>
              <w:t>200</w:t>
            </w:r>
          </w:p>
        </w:tc>
      </w:tr>
      <w:tr>
        <w:tc>
          <w:tcPr>
            <w:tcW w:type="dxa" w:w="4320"/>
          </w:tcPr>
          <w:p>
            <w:r>
              <w:t>result, cell size m</w:t>
            </w:r>
          </w:p>
        </w:tc>
        <w:tc>
          <w:tcPr>
            <w:tcW w:type="dxa" w:w="4320"/>
          </w:tcPr>
          <w:p>
            <w:r>
              <w:t>50</w:t>
            </w:r>
          </w:p>
        </w:tc>
      </w:tr>
      <w:tr>
        <w:tc>
          <w:tcPr>
            <w:tcW w:type="dxa" w:w="4320"/>
          </w:tcPr>
          <w:p>
            <w:r>
              <w:t>result, excluded null</w:t>
            </w:r>
          </w:p>
        </w:tc>
        <w:tc>
          <w:tcPr>
            <w:tcW w:type="dxa" w:w="4320"/>
          </w:tcPr>
          <w:p>
            <w:r>
              <w:t>0</w:t>
            </w:r>
          </w:p>
        </w:tc>
      </w:tr>
      <w:tr>
        <w:tc>
          <w:tcPr>
            <w:tcW w:type="dxa" w:w="4320"/>
          </w:tcPr>
          <w:p>
            <w:r>
              <w:t>result, max density per km2</w:t>
            </w:r>
          </w:p>
        </w:tc>
        <w:tc>
          <w:tcPr>
            <w:tcW w:type="dxa" w:w="4320"/>
          </w:tcPr>
          <w:p>
            <w:r>
              <w:t>7.9e+04</w:t>
            </w:r>
          </w:p>
        </w:tc>
      </w:tr>
      <w:tr>
        <w:tc>
          <w:tcPr>
            <w:tcW w:type="dxa" w:w="4320"/>
          </w:tcPr>
          <w:p>
            <w:r>
              <w:t>billing, cost</w:t>
            </w:r>
          </w:p>
        </w:tc>
        <w:tc>
          <w:tcPr>
            <w:tcW w:type="dxa" w:w="4320"/>
          </w:tcPr>
          <w:p>
            <w:r>
              <w:t>0.09</w:t>
            </w:r>
          </w:p>
        </w:tc>
      </w:tr>
      <w:tr>
        <w:tc>
          <w:tcPr>
            <w:tcW w:type="dxa" w:w="4320"/>
          </w:tcPr>
          <w:p>
            <w:r>
              <w:t>billing, list price</w:t>
            </w:r>
          </w:p>
        </w:tc>
        <w:tc>
          <w:tcPr>
            <w:tcW w:type="dxa" w:w="4320"/>
          </w:tcPr>
          <w:p>
            <w:r>
              <w:t>0.09</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Calculate density on Truck gate transactions: Calculate density: 1 layer saved: Calculate density: Truck gate transactions (4119 features) [12][36].</w:t>
      </w:r>
    </w:p>
    <w:p>
      <w:pPr>
        <w:pStyle w:val="ListBullet"/>
      </w:pPr>
      <w:r>
        <w:rPr>
          <w:b/>
        </w:rPr>
        <w:t xml:space="preserve">Evidenced: </w:t>
      </w:r>
      <w:r>
        <w:t>It reported result, count 4,119; result, elapsed ms 116; result, bandwidth m 200; result, cell size m 50; result, excluded null 0; result, max density per km2 7.9e+04 [36].</w:t>
      </w:r>
    </w:p>
    <w:p>
      <w:r>
        <w:rPr>
          <w:i/>
          <w:color w:val="525252"/>
          <w:sz w:val="17"/>
        </w:rPr>
        <w:t>Tool gp_calculate_density; parameters {"kernel": "quartic", "project": "20fafc67-4c16-4f65-b17e-a469aa483b5a", "features": {"layer": "Truck gate transactions (b9f2750d)"}, "bandwidth_m": 200.0, "cell_size_m": 50.0, "weight_field": "turn_time_min"}</w:t>
      </w:r>
    </w:p>
    <w:p>
      <w:pPr>
        <w:pStyle w:val="Heading1"/>
      </w:pPr>
      <w:r>
        <w:t>Find point clusters</w:t>
      </w:r>
    </w:p>
    <w:p>
      <w:r>
        <w:rPr>
          <w:b/>
        </w:rPr>
        <w:t xml:space="preserve">What this analysis is. </w:t>
      </w:r>
      <w:r>
        <w:rPr>
          <w:i w:val="0"/>
        </w:rPr>
        <w:t>Find point clusters: Density-based clusters (DBSCAN, HDBSCAN or OPTICS, optionally space-time) with hulls and noise [37]. In ArcGIS it is Find Point Clusters or Density-based Clustering; in QGIS, native:dbscanclustering or native:stdbscanclustering [37].</w:t>
      </w:r>
    </w:p>
    <w:p>
      <w:r>
        <w:rPr>
          <w:b/>
        </w:rPr>
        <w:t xml:space="preserve">Why it was run on this data. </w:t>
      </w:r>
      <w:r>
        <w:rPr>
          <w:i w:val="0"/>
        </w:rPr>
        <w:t>DBSCAN finds dense groups of Equipment faults and separates noise [38].</w:t>
      </w:r>
    </w:p>
    <w:p>
      <w:r>
        <w:rPr>
          <w:b/>
        </w:rPr>
        <w:t xml:space="preserve">What it found. </w:t>
      </w:r>
      <w:r>
        <w:rPr>
          <w:i w:val="0"/>
        </w:rPr>
        <w:t>The cluster analysis produced two layers: Equipment faults with 260 features and cluster hulls with 21 features [39]. Using the input Equipment faults layer [9], the process yielded a result count of 260 and a noise count of 36 [39]. The analysis was completed in 10 ms, with a minimum point requirement of 6 [39]. The total cost of the operation was 0.0552, matching the list price [39].</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260</w:t>
            </w:r>
          </w:p>
        </w:tc>
      </w:tr>
      <w:tr>
        <w:tc>
          <w:tcPr>
            <w:tcW w:type="dxa" w:w="4320"/>
          </w:tcPr>
          <w:p>
            <w:r>
              <w:t>result, noise</w:t>
            </w:r>
          </w:p>
        </w:tc>
        <w:tc>
          <w:tcPr>
            <w:tcW w:type="dxa" w:w="4320"/>
          </w:tcPr>
          <w:p>
            <w:r>
              <w:t>36</w:t>
            </w:r>
          </w:p>
        </w:tc>
      </w:tr>
      <w:tr>
        <w:tc>
          <w:tcPr>
            <w:tcW w:type="dxa" w:w="4320"/>
          </w:tcPr>
          <w:p>
            <w:r>
              <w:t>result, distance m</w:t>
            </w:r>
          </w:p>
        </w:tc>
        <w:tc>
          <w:tcPr>
            <w:tcW w:type="dxa" w:w="4320"/>
          </w:tcPr>
          <w:p>
            <w:r>
              <w:t>200</w:t>
            </w:r>
          </w:p>
        </w:tc>
      </w:tr>
      <w:tr>
        <w:tc>
          <w:tcPr>
            <w:tcW w:type="dxa" w:w="4320"/>
          </w:tcPr>
          <w:p>
            <w:r>
              <w:t>result, elapsed ms</w:t>
            </w:r>
          </w:p>
        </w:tc>
        <w:tc>
          <w:tcPr>
            <w:tcW w:type="dxa" w:w="4320"/>
          </w:tcPr>
          <w:p>
            <w:r>
              <w:t>10</w:t>
            </w:r>
          </w:p>
        </w:tc>
      </w:tr>
      <w:tr>
        <w:tc>
          <w:tcPr>
            <w:tcW w:type="dxa" w:w="4320"/>
          </w:tcPr>
          <w:p>
            <w:r>
              <w:t>result, min points</w:t>
            </w:r>
          </w:p>
        </w:tc>
        <w:tc>
          <w:tcPr>
            <w:tcW w:type="dxa" w:w="4320"/>
          </w:tcPr>
          <w:p>
            <w:r>
              <w:t>6</w:t>
            </w:r>
          </w:p>
        </w:tc>
      </w:tr>
      <w:tr>
        <w:tc>
          <w:tcPr>
            <w:tcW w:type="dxa" w:w="4320"/>
          </w:tcPr>
          <w:p>
            <w:r>
              <w:t>billing, cost</w:t>
            </w:r>
          </w:p>
        </w:tc>
        <w:tc>
          <w:tcPr>
            <w:tcW w:type="dxa" w:w="4320"/>
          </w:tcPr>
          <w:p>
            <w:r>
              <w:t>0.0552</w:t>
            </w:r>
          </w:p>
        </w:tc>
      </w:tr>
      <w:tr>
        <w:tc>
          <w:tcPr>
            <w:tcW w:type="dxa" w:w="4320"/>
          </w:tcPr>
          <w:p>
            <w:r>
              <w:t>billing, list price</w:t>
            </w:r>
          </w:p>
        </w:tc>
        <w:tc>
          <w:tcPr>
            <w:tcW w:type="dxa" w:w="4320"/>
          </w:tcPr>
          <w:p>
            <w:r>
              <w:t>0.0552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Find point clusters on Equipment faults: Find point clusters: 2 layers saved: Find point clusters: Equipment faults (260 features); Find point clusters: cluster hulls (21 features) [9][39].</w:t>
      </w:r>
    </w:p>
    <w:p>
      <w:pPr>
        <w:pStyle w:val="ListBullet"/>
      </w:pPr>
      <w:r>
        <w:rPr>
          <w:b/>
        </w:rPr>
        <w:t xml:space="preserve">Evidenced: </w:t>
      </w:r>
      <w:r>
        <w:t>It reported result, count 260; result, noise 36; result, distance m 200; result, elapsed ms 10; result, min points 6; billing, cost 0.0552 [39].</w:t>
      </w:r>
    </w:p>
    <w:p>
      <w:r>
        <w:rPr>
          <w:i/>
          <w:color w:val="525252"/>
          <w:sz w:val="17"/>
        </w:rPr>
        <w:t>Tool gp_find_point_clusters; parameters {"method": "dbscan", "project": "20fafc67-4c16-4f65-b17e-a469aa483b5a", "features": {"layer": "Equipment faults (790b76cb)"}, "distance_m": 200.0, "min_points": 6}</w:t>
      </w:r>
    </w:p>
    <w:p>
      <w:pPr>
        <w:pStyle w:val="Heading1"/>
      </w:pPr>
      <w:r>
        <w:t>Find point clusters</w:t>
      </w:r>
    </w:p>
    <w:p>
      <w:r>
        <w:rPr>
          <w:b/>
        </w:rPr>
        <w:t xml:space="preserve">What this analysis is. </w:t>
      </w:r>
      <w:r>
        <w:rPr>
          <w:i w:val="0"/>
        </w:rPr>
        <w:t>Find point clusters: Density-based clusters (DBSCAN, HDBSCAN or OPTICS, optionally space-time) with hulls and noise [37]. In ArcGIS it is Find Point Clusters or Density-based Clustering; in QGIS, native:dbscanclustering or native:stdbscanclustering [37].</w:t>
      </w:r>
    </w:p>
    <w:p>
      <w:r>
        <w:rPr>
          <w:b/>
        </w:rPr>
        <w:t xml:space="preserve">Why it was run on this data. </w:t>
      </w:r>
      <w:r>
        <w:rPr>
          <w:i w:val="0"/>
        </w:rPr>
        <w:t>DBSCAN finds dense groups of Reefer points and separates noise [40].</w:t>
      </w:r>
    </w:p>
    <w:p>
      <w:r>
        <w:rPr>
          <w:b/>
        </w:rPr>
        <w:t xml:space="preserve">What it found. </w:t>
      </w:r>
      <w:r>
        <w:rPr>
          <w:i w:val="0"/>
        </w:rPr>
        <w:t>Find point clusters on Reefer points: Find point clusters: 2 layers saved: Find point clusters: Reefer points (100 features); Find point clusters: cluster hulls (1 feature) [21][41]. It reported result, count 100; result, noise 4; result, distance m 100; result, elapsed ms 2; result, min points 3; billing, cost 0.052 [41].</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100</w:t>
            </w:r>
          </w:p>
        </w:tc>
      </w:tr>
      <w:tr>
        <w:tc>
          <w:tcPr>
            <w:tcW w:type="dxa" w:w="4320"/>
          </w:tcPr>
          <w:p>
            <w:r>
              <w:t>result, noise</w:t>
            </w:r>
          </w:p>
        </w:tc>
        <w:tc>
          <w:tcPr>
            <w:tcW w:type="dxa" w:w="4320"/>
          </w:tcPr>
          <w:p>
            <w:r>
              <w:t>4</w:t>
            </w:r>
          </w:p>
        </w:tc>
      </w:tr>
      <w:tr>
        <w:tc>
          <w:tcPr>
            <w:tcW w:type="dxa" w:w="4320"/>
          </w:tcPr>
          <w:p>
            <w:r>
              <w:t>result, distance m</w:t>
            </w:r>
          </w:p>
        </w:tc>
        <w:tc>
          <w:tcPr>
            <w:tcW w:type="dxa" w:w="4320"/>
          </w:tcPr>
          <w:p>
            <w:r>
              <w:t>100</w:t>
            </w:r>
          </w:p>
        </w:tc>
      </w:tr>
      <w:tr>
        <w:tc>
          <w:tcPr>
            <w:tcW w:type="dxa" w:w="4320"/>
          </w:tcPr>
          <w:p>
            <w:r>
              <w:t>result, elapsed ms</w:t>
            </w:r>
          </w:p>
        </w:tc>
        <w:tc>
          <w:tcPr>
            <w:tcW w:type="dxa" w:w="4320"/>
          </w:tcPr>
          <w:p>
            <w:r>
              <w:t>2</w:t>
            </w:r>
          </w:p>
        </w:tc>
      </w:tr>
      <w:tr>
        <w:tc>
          <w:tcPr>
            <w:tcW w:type="dxa" w:w="4320"/>
          </w:tcPr>
          <w:p>
            <w:r>
              <w:t>result, min points</w:t>
            </w:r>
          </w:p>
        </w:tc>
        <w:tc>
          <w:tcPr>
            <w:tcW w:type="dxa" w:w="4320"/>
          </w:tcPr>
          <w:p>
            <w:r>
              <w:t>3</w:t>
            </w:r>
          </w:p>
        </w:tc>
      </w:tr>
      <w:tr>
        <w:tc>
          <w:tcPr>
            <w:tcW w:type="dxa" w:w="4320"/>
          </w:tcPr>
          <w:p>
            <w:r>
              <w:t>billing, cost</w:t>
            </w:r>
          </w:p>
        </w:tc>
        <w:tc>
          <w:tcPr>
            <w:tcW w:type="dxa" w:w="4320"/>
          </w:tcPr>
          <w:p>
            <w:r>
              <w:t>0.052</w:t>
            </w:r>
          </w:p>
        </w:tc>
      </w:tr>
      <w:tr>
        <w:tc>
          <w:tcPr>
            <w:tcW w:type="dxa" w:w="4320"/>
          </w:tcPr>
          <w:p>
            <w:r>
              <w:t>billing, list price</w:t>
            </w:r>
          </w:p>
        </w:tc>
        <w:tc>
          <w:tcPr>
            <w:tcW w:type="dxa" w:w="4320"/>
          </w:tcPr>
          <w:p>
            <w:r>
              <w:t>0.052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Find point clusters on Reefer points: Find point clusters: 2 layers saved: Find point clusters: Reefer points (100 features); Find point clusters: cluster hulls (1 feature) [21][41].</w:t>
      </w:r>
    </w:p>
    <w:p>
      <w:pPr>
        <w:pStyle w:val="ListBullet"/>
      </w:pPr>
      <w:r>
        <w:rPr>
          <w:b/>
        </w:rPr>
        <w:t xml:space="preserve">Evidenced: </w:t>
      </w:r>
      <w:r>
        <w:t>It reported result, count 100; result, noise 4; result, distance m 100; result, elapsed ms 2; result, min points 3; billing, cost 0.052 [41].</w:t>
      </w:r>
    </w:p>
    <w:p>
      <w:r>
        <w:rPr>
          <w:i/>
          <w:color w:val="525252"/>
          <w:sz w:val="17"/>
        </w:rPr>
        <w:t>Tool gp_find_point_clusters; parameters {"method": "dbscan", "project": "20fafc67-4c16-4f65-b17e-a469aa483b5a", "features": {"layer": "Reefer points (73835122)"}, "distance_m": 100.0, "min_points": 3}</w:t>
      </w:r>
    </w:p>
    <w:p>
      <w:pPr>
        <w:pStyle w:val="Heading1"/>
      </w:pPr>
      <w:r>
        <w:t>Find point clusters</w:t>
      </w:r>
    </w:p>
    <w:p>
      <w:r>
        <w:rPr>
          <w:b/>
        </w:rPr>
        <w:t xml:space="preserve">What this analysis is. </w:t>
      </w:r>
      <w:r>
        <w:rPr>
          <w:i w:val="0"/>
        </w:rPr>
        <w:t>Find point clusters: Density-based clusters (DBSCAN, HDBSCAN or OPTICS, optionally space-time) with hulls and noise [37]. In ArcGIS it is Find Point Clusters or Density-based Clustering; in QGIS, native:dbscanclustering or native:stdbscanclustering [37].</w:t>
      </w:r>
    </w:p>
    <w:p>
      <w:r>
        <w:rPr>
          <w:b/>
        </w:rPr>
        <w:t xml:space="preserve">Why it was run on this data. </w:t>
      </w:r>
      <w:r>
        <w:rPr>
          <w:i w:val="0"/>
        </w:rPr>
        <w:t>DBSCAN finds dense groups of Truck gate transactions and separates noise [42].</w:t>
      </w:r>
    </w:p>
    <w:p>
      <w:r>
        <w:rPr>
          <w:b/>
        </w:rPr>
        <w:t xml:space="preserve">What it found. </w:t>
      </w:r>
      <w:r>
        <w:rPr>
          <w:i w:val="0"/>
        </w:rPr>
        <w:t>Find point clusters on Truck gate transactions: Find point clusters: 2 layers saved: Find point clusters: Truck gate transactions (2000 features); Find point clusters: cluster hulls (1 feature) [12][43]. It reported result, count 2,000; result, noise 1,549; result, distance m 100; result, elapsed ms 163; result, min points 20; billing, cost 0.09 [43].</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2,000</w:t>
            </w:r>
          </w:p>
        </w:tc>
      </w:tr>
      <w:tr>
        <w:tc>
          <w:tcPr>
            <w:tcW w:type="dxa" w:w="4320"/>
          </w:tcPr>
          <w:p>
            <w:r>
              <w:t>result, noise</w:t>
            </w:r>
          </w:p>
        </w:tc>
        <w:tc>
          <w:tcPr>
            <w:tcW w:type="dxa" w:w="4320"/>
          </w:tcPr>
          <w:p>
            <w:r>
              <w:t>1,549</w:t>
            </w:r>
          </w:p>
        </w:tc>
      </w:tr>
      <w:tr>
        <w:tc>
          <w:tcPr>
            <w:tcW w:type="dxa" w:w="4320"/>
          </w:tcPr>
          <w:p>
            <w:r>
              <w:t>result, distance m</w:t>
            </w:r>
          </w:p>
        </w:tc>
        <w:tc>
          <w:tcPr>
            <w:tcW w:type="dxa" w:w="4320"/>
          </w:tcPr>
          <w:p>
            <w:r>
              <w:t>100</w:t>
            </w:r>
          </w:p>
        </w:tc>
      </w:tr>
      <w:tr>
        <w:tc>
          <w:tcPr>
            <w:tcW w:type="dxa" w:w="4320"/>
          </w:tcPr>
          <w:p>
            <w:r>
              <w:t>result, elapsed ms</w:t>
            </w:r>
          </w:p>
        </w:tc>
        <w:tc>
          <w:tcPr>
            <w:tcW w:type="dxa" w:w="4320"/>
          </w:tcPr>
          <w:p>
            <w:r>
              <w:t>163</w:t>
            </w:r>
          </w:p>
        </w:tc>
      </w:tr>
      <w:tr>
        <w:tc>
          <w:tcPr>
            <w:tcW w:type="dxa" w:w="4320"/>
          </w:tcPr>
          <w:p>
            <w:r>
              <w:t>result, min points</w:t>
            </w:r>
          </w:p>
        </w:tc>
        <w:tc>
          <w:tcPr>
            <w:tcW w:type="dxa" w:w="4320"/>
          </w:tcPr>
          <w:p>
            <w:r>
              <w:t>20</w:t>
            </w:r>
          </w:p>
        </w:tc>
      </w:tr>
      <w:tr>
        <w:tc>
          <w:tcPr>
            <w:tcW w:type="dxa" w:w="4320"/>
          </w:tcPr>
          <w:p>
            <w:r>
              <w:t>billing, cost</w:t>
            </w:r>
          </w:p>
        </w:tc>
        <w:tc>
          <w:tcPr>
            <w:tcW w:type="dxa" w:w="4320"/>
          </w:tcPr>
          <w:p>
            <w:r>
              <w:t>0.09</w:t>
            </w:r>
          </w:p>
        </w:tc>
      </w:tr>
      <w:tr>
        <w:tc>
          <w:tcPr>
            <w:tcW w:type="dxa" w:w="4320"/>
          </w:tcPr>
          <w:p>
            <w:r>
              <w:t>billing, list price</w:t>
            </w:r>
          </w:p>
        </w:tc>
        <w:tc>
          <w:tcPr>
            <w:tcW w:type="dxa" w:w="4320"/>
          </w:tcPr>
          <w:p>
            <w:r>
              <w:t>0.09</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Find point clusters on Truck gate transactions: Find point clusters: 2 layers saved: Find point clusters: Truck gate transactions (2000 features); Find point clusters: cluster hulls (1 feature) [12][43].</w:t>
      </w:r>
    </w:p>
    <w:p>
      <w:pPr>
        <w:pStyle w:val="ListBullet"/>
      </w:pPr>
      <w:r>
        <w:rPr>
          <w:b/>
        </w:rPr>
        <w:t xml:space="preserve">Evidenced: </w:t>
      </w:r>
      <w:r>
        <w:t>It reported result, count 2,000; result, noise 1,549; result, distance m 100; result, elapsed ms 163; result, min points 20; billing, cost 0.09 [43].</w:t>
      </w:r>
    </w:p>
    <w:p>
      <w:r>
        <w:rPr>
          <w:i/>
          <w:color w:val="525252"/>
          <w:sz w:val="17"/>
        </w:rPr>
        <w:t>Tool gp_find_point_clusters; parameters {"method": "dbscan", "project": "20fafc67-4c16-4f65-b17e-a469aa483b5a", "features": {"layer": "Truck gate transactions (b9f2750d)"}, "distance_m": 100.0, "min_points": 20}</w:t>
      </w:r>
    </w:p>
    <w:p>
      <w:pPr>
        <w:pStyle w:val="Heading1"/>
      </w:pPr>
      <w:r>
        <w:t>Outliers</w:t>
      </w:r>
    </w:p>
    <w:p>
      <w:r>
        <w:rPr>
          <w:b/>
        </w:rPr>
        <w:t xml:space="preserve">What this analysis is. </w:t>
      </w:r>
      <w:r>
        <w:rPr>
          <w:i w:val="0"/>
        </w:rPr>
        <w:t>Find outliers: Anselin local Moran’s I: HH, LL clusters and HL, LH outliers [44]. In ArcGIS it is Find Outliers or Cluster and Outlier Analysis (Anselin Local Moran’s I) [44].</w:t>
      </w:r>
    </w:p>
    <w:p>
      <w:r>
        <w:rPr>
          <w:b/>
        </w:rPr>
        <w:t xml:space="preserve">Why it was run on this data. </w:t>
      </w:r>
      <w:r>
        <w:rPr>
          <w:i w:val="0"/>
        </w:rPr>
        <w:t>Local Moran's I maps clusters and outliers of 'capacity_teu' [45].</w:t>
      </w:r>
    </w:p>
    <w:p>
      <w:r>
        <w:rPr>
          <w:b/>
        </w:rPr>
        <w:t xml:space="preserve">What it found. </w:t>
      </w:r>
      <w:r>
        <w:rPr>
          <w:i w:val="0"/>
        </w:rPr>
        <w:t>Outliers on Yard zones: Find outliers: 1 layer saved: Find outliers: Yard zones (30 features) [19][46]. It reported result, count 30; result, elapsed ms 4; result, permutations 199; result, excluded null 0; result, distance band m 454.7; billing, cost 0.0509 [46].</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30</w:t>
            </w:r>
          </w:p>
        </w:tc>
      </w:tr>
      <w:tr>
        <w:tc>
          <w:tcPr>
            <w:tcW w:type="dxa" w:w="4320"/>
          </w:tcPr>
          <w:p>
            <w:r>
              <w:t>result, elapsed ms</w:t>
            </w:r>
          </w:p>
        </w:tc>
        <w:tc>
          <w:tcPr>
            <w:tcW w:type="dxa" w:w="4320"/>
          </w:tcPr>
          <w:p>
            <w:r>
              <w:t>4</w:t>
            </w:r>
          </w:p>
        </w:tc>
      </w:tr>
      <w:tr>
        <w:tc>
          <w:tcPr>
            <w:tcW w:type="dxa" w:w="4320"/>
          </w:tcPr>
          <w:p>
            <w:r>
              <w:t>result, permutations</w:t>
            </w:r>
          </w:p>
        </w:tc>
        <w:tc>
          <w:tcPr>
            <w:tcW w:type="dxa" w:w="4320"/>
          </w:tcPr>
          <w:p>
            <w:r>
              <w:t>199</w:t>
            </w:r>
          </w:p>
        </w:tc>
      </w:tr>
      <w:tr>
        <w:tc>
          <w:tcPr>
            <w:tcW w:type="dxa" w:w="4320"/>
          </w:tcPr>
          <w:p>
            <w:r>
              <w:t>result, excluded null</w:t>
            </w:r>
          </w:p>
        </w:tc>
        <w:tc>
          <w:tcPr>
            <w:tcW w:type="dxa" w:w="4320"/>
          </w:tcPr>
          <w:p>
            <w:r>
              <w:t>0</w:t>
            </w:r>
          </w:p>
        </w:tc>
      </w:tr>
      <w:tr>
        <w:tc>
          <w:tcPr>
            <w:tcW w:type="dxa" w:w="4320"/>
          </w:tcPr>
          <w:p>
            <w:r>
              <w:t>result, distance band m</w:t>
            </w:r>
          </w:p>
        </w:tc>
        <w:tc>
          <w:tcPr>
            <w:tcW w:type="dxa" w:w="4320"/>
          </w:tcPr>
          <w:p>
            <w:r>
              <w:t>454.7</w:t>
            </w:r>
          </w:p>
        </w:tc>
      </w:tr>
      <w:tr>
        <w:tc>
          <w:tcPr>
            <w:tcW w:type="dxa" w:w="4320"/>
          </w:tcPr>
          <w:p>
            <w:r>
              <w:t>billing, cost</w:t>
            </w:r>
          </w:p>
        </w:tc>
        <w:tc>
          <w:tcPr>
            <w:tcW w:type="dxa" w:w="4320"/>
          </w:tcPr>
          <w:p>
            <w:r>
              <w:t>0.0509</w:t>
            </w:r>
          </w:p>
        </w:tc>
      </w:tr>
      <w:tr>
        <w:tc>
          <w:tcPr>
            <w:tcW w:type="dxa" w:w="4320"/>
          </w:tcPr>
          <w:p>
            <w:r>
              <w:t>billing, list price</w:t>
            </w:r>
          </w:p>
        </w:tc>
        <w:tc>
          <w:tcPr>
            <w:tcW w:type="dxa" w:w="4320"/>
          </w:tcPr>
          <w:p>
            <w:r>
              <w:t>0.0509</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Outliers on Yard zones: Find outliers: 1 layer saved: Find outliers: Yard zones (30 features) [19][46].</w:t>
      </w:r>
    </w:p>
    <w:p>
      <w:pPr>
        <w:pStyle w:val="ListBullet"/>
      </w:pPr>
      <w:r>
        <w:rPr>
          <w:b/>
        </w:rPr>
        <w:t xml:space="preserve">Evidenced: </w:t>
      </w:r>
      <w:r>
        <w:t>It reported result, count 30; result, elapsed ms 4; result, permutations 199; result, excluded null 0; result, distance band m 454.7; billing, cost 0.0509 [46].</w:t>
      </w:r>
    </w:p>
    <w:p>
      <w:r>
        <w:rPr>
          <w:i/>
          <w:color w:val="525252"/>
          <w:sz w:val="17"/>
        </w:rPr>
        <w:t>Tool gp_outliers; parameters {"field": "capacity_teu", "project": "20fafc67-4c16-4f65-b17e-a469aa483b5a", "features": {"layer": "Yard zones (0b9931a6)"}, "aggregation": "hexagon"}</w:t>
      </w:r>
    </w:p>
    <w:p>
      <w:pPr>
        <w:pStyle w:val="Heading1"/>
      </w:pPr>
      <w:r>
        <w:t>Spatial autocorrelation</w:t>
      </w:r>
    </w:p>
    <w:p>
      <w:r>
        <w:rPr>
          <w:b/>
        </w:rPr>
        <w:t xml:space="preserve">What this analysis is. </w:t>
      </w:r>
      <w:r>
        <w:rPr>
          <w:i w:val="0"/>
        </w:rPr>
        <w:t>Spatial autocorrelation: Global Moran’s I: is the pattern clustered, dispersed or random [47]. In ArcGIS it is Spatial Autocorrelation (Global Moran’s I) [47].</w:t>
      </w:r>
    </w:p>
    <w:p>
      <w:r>
        <w:rPr>
          <w:b/>
        </w:rPr>
        <w:t xml:space="preserve">Why it was run on this data. </w:t>
      </w:r>
      <w:r>
        <w:rPr>
          <w:i w:val="0"/>
        </w:rPr>
        <w:t>Global Moran's I says whether similar values of 'capacity_teu' sit next to each other [48].</w:t>
      </w:r>
    </w:p>
    <w:p>
      <w:r>
        <w:rPr>
          <w:b/>
        </w:rPr>
        <w:t xml:space="preserve">What it found. </w:t>
      </w:r>
      <w:r>
        <w:rPr>
          <w:i w:val="0"/>
        </w:rPr>
        <w:t>The spatial autocorrelation analysis was performed on the Yard zones input [19]. The analysis used a distance band set at 454.7 meters [49].</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n</w:t>
            </w:r>
          </w:p>
        </w:tc>
        <w:tc>
          <w:tcPr>
            <w:tcW w:type="dxa" w:w="4320"/>
          </w:tcPr>
          <w:p>
            <w:r>
              <w:t>30</w:t>
            </w:r>
          </w:p>
        </w:tc>
      </w:tr>
      <w:tr>
        <w:tc>
          <w:tcPr>
            <w:tcW w:type="dxa" w:w="4320"/>
          </w:tcPr>
          <w:p>
            <w:r>
              <w:t>result, p value</w:t>
            </w:r>
          </w:p>
        </w:tc>
        <w:tc>
          <w:tcPr>
            <w:tcW w:type="dxa" w:w="4320"/>
          </w:tcPr>
          <w:p>
            <w:r>
              <w:t>0.515</w:t>
            </w:r>
          </w:p>
        </w:tc>
      </w:tr>
      <w:tr>
        <w:tc>
          <w:tcPr>
            <w:tcW w:type="dxa" w:w="4320"/>
          </w:tcPr>
          <w:p>
            <w:r>
              <w:t>result, z score</w:t>
            </w:r>
          </w:p>
        </w:tc>
        <w:tc>
          <w:tcPr>
            <w:tcW w:type="dxa" w:w="4320"/>
          </w:tcPr>
          <w:p>
            <w:r>
              <w:t>-0.6511</w:t>
            </w:r>
          </w:p>
        </w:tc>
      </w:tr>
      <w:tr>
        <w:tc>
          <w:tcPr>
            <w:tcW w:type="dxa" w:w="4320"/>
          </w:tcPr>
          <w:p>
            <w:r>
              <w:t>result, morans i</w:t>
            </w:r>
          </w:p>
        </w:tc>
        <w:tc>
          <w:tcPr>
            <w:tcW w:type="dxa" w:w="4320"/>
          </w:tcPr>
          <w:p>
            <w:r>
              <w:t>-0.1587</w:t>
            </w:r>
          </w:p>
        </w:tc>
      </w:tr>
      <w:tr>
        <w:tc>
          <w:tcPr>
            <w:tcW w:type="dxa" w:w="4320"/>
          </w:tcPr>
          <w:p>
            <w:r>
              <w:t>result, variance</w:t>
            </w:r>
          </w:p>
        </w:tc>
        <w:tc>
          <w:tcPr>
            <w:tcW w:type="dxa" w:w="4320"/>
          </w:tcPr>
          <w:p>
            <w:r>
              <w:t>0.03637</w:t>
            </w:r>
          </w:p>
        </w:tc>
      </w:tr>
      <w:tr>
        <w:tc>
          <w:tcPr>
            <w:tcW w:type="dxa" w:w="4320"/>
          </w:tcPr>
          <w:p>
            <w:r>
              <w:t>result, elapsed ms</w:t>
            </w:r>
          </w:p>
        </w:tc>
        <w:tc>
          <w:tcPr>
            <w:tcW w:type="dxa" w:w="4320"/>
          </w:tcPr>
          <w:p>
            <w:r>
              <w:t>2</w:t>
            </w:r>
          </w:p>
        </w:tc>
      </w:tr>
      <w:tr>
        <w:tc>
          <w:tcPr>
            <w:tcW w:type="dxa" w:w="4320"/>
          </w:tcPr>
          <w:p>
            <w:r>
              <w:t>result, expected i</w:t>
            </w:r>
          </w:p>
        </w:tc>
        <w:tc>
          <w:tcPr>
            <w:tcW w:type="dxa" w:w="4320"/>
          </w:tcPr>
          <w:p>
            <w:r>
              <w:t>-0.03448</w:t>
            </w:r>
          </w:p>
        </w:tc>
      </w:tr>
      <w:tr>
        <w:tc>
          <w:tcPr>
            <w:tcW w:type="dxa" w:w="4320"/>
          </w:tcPr>
          <w:p>
            <w:r>
              <w:t>result, excluded null</w:t>
            </w:r>
          </w:p>
        </w:tc>
        <w:tc>
          <w:tcPr>
            <w:tcW w:type="dxa" w:w="4320"/>
          </w:tcPr>
          <w:p>
            <w:r>
              <w:t>0</w:t>
            </w:r>
          </w:p>
        </w:tc>
      </w:tr>
      <w:tr>
        <w:tc>
          <w:tcPr>
            <w:tcW w:type="dxa" w:w="4320"/>
          </w:tcPr>
          <w:p>
            <w:r>
              <w:t>result, distance band m</w:t>
            </w:r>
          </w:p>
        </w:tc>
        <w:tc>
          <w:tcPr>
            <w:tcW w:type="dxa" w:w="4320"/>
          </w:tcPr>
          <w:p>
            <w:r>
              <w:t>454.7</w:t>
            </w:r>
          </w:p>
        </w:tc>
      </w:tr>
      <w:tr>
        <w:tc>
          <w:tcPr>
            <w:tcW w:type="dxa" w:w="4320"/>
          </w:tcPr>
          <w:p>
            <w:r>
              <w:t>result, p value normality</w:t>
            </w:r>
          </w:p>
        </w:tc>
        <w:tc>
          <w:tcPr>
            <w:tcW w:type="dxa" w:w="4320"/>
          </w:tcPr>
          <w:p>
            <w:r>
              <w:t>0.5042</w:t>
            </w:r>
          </w:p>
        </w:tc>
      </w:tr>
      <w:tr>
        <w:tc>
          <w:tcPr>
            <w:tcW w:type="dxa" w:w="4320"/>
          </w:tcPr>
          <w:p>
            <w:r>
              <w:t>result, z score normality</w:t>
            </w:r>
          </w:p>
        </w:tc>
        <w:tc>
          <w:tcPr>
            <w:tcW w:type="dxa" w:w="4320"/>
          </w:tcPr>
          <w:p>
            <w:r>
              <w:t>-0.668</w:t>
            </w:r>
          </w:p>
        </w:tc>
      </w:tr>
      <w:tr>
        <w:tc>
          <w:tcPr>
            <w:tcW w:type="dxa" w:w="4320"/>
          </w:tcPr>
          <w:p>
            <w:r>
              <w:t>result, variance normality</w:t>
            </w:r>
          </w:p>
        </w:tc>
        <w:tc>
          <w:tcPr>
            <w:tcW w:type="dxa" w:w="4320"/>
          </w:tcPr>
          <w:p>
            <w:r>
              <w:t>0.03456</w:t>
            </w:r>
          </w:p>
        </w:tc>
      </w:tr>
      <w:tr>
        <w:tc>
          <w:tcPr>
            <w:tcW w:type="dxa" w:w="4320"/>
          </w:tcPr>
          <w:p>
            <w:r>
              <w:t>billing, cost</w:t>
            </w:r>
          </w:p>
        </w:tc>
        <w:tc>
          <w:tcPr>
            <w:tcW w:type="dxa" w:w="4320"/>
          </w:tcPr>
          <w:p>
            <w:r>
              <w:t>0.02</w:t>
            </w:r>
          </w:p>
        </w:tc>
      </w:tr>
      <w:tr>
        <w:tc>
          <w:tcPr>
            <w:tcW w:type="dxa" w:w="4320"/>
          </w:tcPr>
          <w:p>
            <w:r>
              <w:t>billing, list price</w:t>
            </w:r>
          </w:p>
        </w:tc>
        <w:tc>
          <w:tcPr>
            <w:tcW w:type="dxa" w:w="4320"/>
          </w:tcPr>
          <w:p>
            <w:r>
              <w:t>0.02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Spatial autocorrelation on Yard zones: Spatial autocorrelation: done; no map output [19][49].</w:t>
      </w:r>
    </w:p>
    <w:p>
      <w:pPr>
        <w:pStyle w:val="ListBullet"/>
      </w:pPr>
      <w:r>
        <w:rPr>
          <w:b/>
        </w:rPr>
        <w:t xml:space="preserve">Evidenced: </w:t>
      </w:r>
      <w:r>
        <w:t>It reported result, n 30; result, p value 0.515; result, z score -0.6511; result, morans i -0.1587; result, variance 0.03637; result, elapsed ms 2 [49].</w:t>
      </w:r>
    </w:p>
    <w:p>
      <w:r>
        <w:rPr>
          <w:i/>
          <w:color w:val="525252"/>
          <w:sz w:val="17"/>
        </w:rPr>
        <w:t>Tool gp_spatial_autocorrelation; parameters {"field": "capacity_teu", "project": "20fafc67-4c16-4f65-b17e-a469aa483b5a", "features": {"layer": "Yard zones (0b9931a6)"}}</w:t>
      </w:r>
    </w:p>
    <w:p>
      <w:pPr>
        <w:pStyle w:val="Heading1"/>
      </w:pPr>
      <w:r>
        <w:t>Maps and charts</w:t>
      </w:r>
    </w:p>
    <w:p>
      <w:r>
        <w:rPr>
          <w:i w:val="0"/>
        </w:rPr>
        <w:t>The run also made 20 map image(s) [50][51][52][53][54][55][56][57][58][59][60][61][62][63][64][65][66][67][68][69] and 27 chart(s) [70][71][72][73][74][75][76][77][78][79][80][81][82][83][84][85][86][87][88][89][90][91][92][93][94][95][96].</w:t>
      </w:r>
    </w:p>
    <w:p>
      <w:pPr>
        <w:jc w:val="center"/>
      </w:pPr>
      <w:r>
        <w:drawing>
          <wp:inline xmlns:a="http://schemas.openxmlformats.org/drawingml/2006/main" xmlns:pic="http://schemas.openxmlformats.org/drawingml/2006/picture">
            <wp:extent cx="5760720" cy="3840480"/>
            <wp:docPr id="2" name="Picture 2"/>
            <wp:cNvGraphicFramePr>
              <a:graphicFrameLocks noChangeAspect="1"/>
            </wp:cNvGraphicFramePr>
            <a:graphic>
              <a:graphicData uri="http://schemas.openxmlformats.org/drawingml/2006/picture">
                <pic:pic>
                  <pic:nvPicPr>
                    <pic:cNvPr id="0" name="000.jpg"/>
                    <pic:cNvPicPr/>
                  </pic:nvPicPr>
                  <pic:blipFill>
                    <a:blip r:embed="rId10"/>
                    <a:stretch>
                      <a:fillRect/>
                    </a:stretch>
                  </pic:blipFill>
                  <pic:spPr>
                    <a:xfrm>
                      <a:off x="0" y="0"/>
                      <a:ext cx="5760720" cy="3840480"/>
                    </a:xfrm>
                    <a:prstGeom prst="rect"/>
                  </pic:spPr>
                </pic:pic>
              </a:graphicData>
            </a:graphic>
          </wp:inline>
        </w:drawing>
      </w:r>
    </w:p>
    <w:p>
      <w:r>
        <w:rPr>
          <w:i/>
          <w:color w:val="525252"/>
          <w:sz w:val="17"/>
        </w:rPr>
        <w:t>Figure 2. Emerging hot spots: Equipment faults [50]</w:t>
      </w:r>
    </w:p>
    <w:p>
      <w:pPr>
        <w:jc w:val="center"/>
      </w:pPr>
      <w:r>
        <w:drawing>
          <wp:inline xmlns:a="http://schemas.openxmlformats.org/drawingml/2006/main" xmlns:pic="http://schemas.openxmlformats.org/drawingml/2006/picture">
            <wp:extent cx="5760720" cy="3840480"/>
            <wp:docPr id="3" name="Picture 3"/>
            <wp:cNvGraphicFramePr>
              <a:graphicFrameLocks noChangeAspect="1"/>
            </wp:cNvGraphicFramePr>
            <a:graphic>
              <a:graphicData uri="http://schemas.openxmlformats.org/drawingml/2006/picture">
                <pic:pic>
                  <pic:nvPicPr>
                    <pic:cNvPr id="0" name="002.jpg"/>
                    <pic:cNvPicPr/>
                  </pic:nvPicPr>
                  <pic:blipFill>
                    <a:blip r:embed="rId11"/>
                    <a:stretch>
                      <a:fillRect/>
                    </a:stretch>
                  </pic:blipFill>
                  <pic:spPr>
                    <a:xfrm>
                      <a:off x="0" y="0"/>
                      <a:ext cx="5760720" cy="3840480"/>
                    </a:xfrm>
                    <a:prstGeom prst="rect"/>
                  </pic:spPr>
                </pic:pic>
              </a:graphicData>
            </a:graphic>
          </wp:inline>
        </w:drawing>
      </w:r>
    </w:p>
    <w:p>
      <w:r>
        <w:rPr>
          <w:i/>
          <w:color w:val="525252"/>
          <w:sz w:val="17"/>
        </w:rPr>
        <w:t>Figure 3. Emerging hot spots: Truck gate transactions [51]</w:t>
      </w:r>
    </w:p>
    <w:p>
      <w:pPr>
        <w:jc w:val="center"/>
      </w:pPr>
      <w:r>
        <w:drawing>
          <wp:inline xmlns:a="http://schemas.openxmlformats.org/drawingml/2006/main" xmlns:pic="http://schemas.openxmlformats.org/drawingml/2006/picture">
            <wp:extent cx="5760720" cy="3840480"/>
            <wp:docPr id="4" name="Picture 4"/>
            <wp:cNvGraphicFramePr>
              <a:graphicFrameLocks noChangeAspect="1"/>
            </wp:cNvGraphicFramePr>
            <a:graphic>
              <a:graphicData uri="http://schemas.openxmlformats.org/drawingml/2006/picture">
                <pic:pic>
                  <pic:nvPicPr>
                    <pic:cNvPr id="0" name="005.jpg"/>
                    <pic:cNvPicPr/>
                  </pic:nvPicPr>
                  <pic:blipFill>
                    <a:blip r:embed="rId12"/>
                    <a:stretch>
                      <a:fillRect/>
                    </a:stretch>
                  </pic:blipFill>
                  <pic:spPr>
                    <a:xfrm>
                      <a:off x="0" y="0"/>
                      <a:ext cx="5760720" cy="3840480"/>
                    </a:xfrm>
                    <a:prstGeom prst="rect"/>
                  </pic:spPr>
                </pic:pic>
              </a:graphicData>
            </a:graphic>
          </wp:inline>
        </w:drawing>
      </w:r>
    </w:p>
    <w:p>
      <w:r>
        <w:rPr>
          <w:i/>
          <w:color w:val="525252"/>
          <w:sz w:val="17"/>
        </w:rPr>
        <w:t>Figure 4. Repeat and near repeat classification: Equipment faults [52]</w:t>
      </w:r>
    </w:p>
    <w:p>
      <w:pPr>
        <w:jc w:val="center"/>
      </w:pPr>
      <w:r>
        <w:drawing>
          <wp:inline xmlns:a="http://schemas.openxmlformats.org/drawingml/2006/main" xmlns:pic="http://schemas.openxmlformats.org/drawingml/2006/picture">
            <wp:extent cx="5760720" cy="3840480"/>
            <wp:docPr id="5" name="Picture 5"/>
            <wp:cNvGraphicFramePr>
              <a:graphicFrameLocks noChangeAspect="1"/>
            </wp:cNvGraphicFramePr>
            <a:graphic>
              <a:graphicData uri="http://schemas.openxmlformats.org/drawingml/2006/picture">
                <pic:pic>
                  <pic:nvPicPr>
                    <pic:cNvPr id="0" name="006.jpg"/>
                    <pic:cNvPicPr/>
                  </pic:nvPicPr>
                  <pic:blipFill>
                    <a:blip r:embed="rId13"/>
                    <a:stretch>
                      <a:fillRect/>
                    </a:stretch>
                  </pic:blipFill>
                  <pic:spPr>
                    <a:xfrm>
                      <a:off x="0" y="0"/>
                      <a:ext cx="5760720" cy="3840480"/>
                    </a:xfrm>
                    <a:prstGeom prst="rect"/>
                  </pic:spPr>
                </pic:pic>
              </a:graphicData>
            </a:graphic>
          </wp:inline>
        </w:drawing>
      </w:r>
    </w:p>
    <w:p>
      <w:r>
        <w:rPr>
          <w:i/>
          <w:color w:val="525252"/>
          <w:sz w:val="17"/>
        </w:rPr>
        <w:t>Figure 5. Summarize within: Yard zones [53]</w:t>
      </w:r>
    </w:p>
    <w:p>
      <w:pPr>
        <w:jc w:val="center"/>
      </w:pPr>
      <w:r>
        <w:drawing>
          <wp:inline xmlns:a="http://schemas.openxmlformats.org/drawingml/2006/main" xmlns:pic="http://schemas.openxmlformats.org/drawingml/2006/picture">
            <wp:extent cx="5760720" cy="3840480"/>
            <wp:docPr id="6" name="Picture 6"/>
            <wp:cNvGraphicFramePr>
              <a:graphicFrameLocks noChangeAspect="1"/>
            </wp:cNvGraphicFramePr>
            <a:graphic>
              <a:graphicData uri="http://schemas.openxmlformats.org/drawingml/2006/picture">
                <pic:pic>
                  <pic:nvPicPr>
                    <pic:cNvPr id="0" name="009.jpg"/>
                    <pic:cNvPicPr/>
                  </pic:nvPicPr>
                  <pic:blipFill>
                    <a:blip r:embed="rId14"/>
                    <a:stretch>
                      <a:fillRect/>
                    </a:stretch>
                  </pic:blipFill>
                  <pic:spPr>
                    <a:xfrm>
                      <a:off x="0" y="0"/>
                      <a:ext cx="5760720" cy="3840480"/>
                    </a:xfrm>
                    <a:prstGeom prst="rect"/>
                  </pic:spPr>
                </pic:pic>
              </a:graphicData>
            </a:graphic>
          </wp:inline>
        </w:drawing>
      </w:r>
    </w:p>
    <w:p>
      <w:r>
        <w:rPr>
          <w:i/>
          <w:color w:val="525252"/>
          <w:sz w:val="17"/>
        </w:rPr>
        <w:t>Figure 6. Summarize within: Yard zones [54]</w:t>
      </w:r>
    </w:p>
    <w:p>
      <w:pPr>
        <w:jc w:val="center"/>
      </w:pPr>
      <w:r>
        <w:drawing>
          <wp:inline xmlns:a="http://schemas.openxmlformats.org/drawingml/2006/main" xmlns:pic="http://schemas.openxmlformats.org/drawingml/2006/picture">
            <wp:extent cx="5760720" cy="3840480"/>
            <wp:docPr id="7" name="Picture 7"/>
            <wp:cNvGraphicFramePr>
              <a:graphicFrameLocks noChangeAspect="1"/>
            </wp:cNvGraphicFramePr>
            <a:graphic>
              <a:graphicData uri="http://schemas.openxmlformats.org/drawingml/2006/picture">
                <pic:pic>
                  <pic:nvPicPr>
                    <pic:cNvPr id="0" name="010.jpg"/>
                    <pic:cNvPicPr/>
                  </pic:nvPicPr>
                  <pic:blipFill>
                    <a:blip r:embed="rId15"/>
                    <a:stretch>
                      <a:fillRect/>
                    </a:stretch>
                  </pic:blipFill>
                  <pic:spPr>
                    <a:xfrm>
                      <a:off x="0" y="0"/>
                      <a:ext cx="5760720" cy="3840480"/>
                    </a:xfrm>
                    <a:prstGeom prst="rect"/>
                  </pic:spPr>
                </pic:pic>
              </a:graphicData>
            </a:graphic>
          </wp:inline>
        </w:drawing>
      </w:r>
    </w:p>
    <w:p>
      <w:r>
        <w:rPr>
          <w:i/>
          <w:color w:val="525252"/>
          <w:sz w:val="17"/>
        </w:rPr>
        <w:t>Figure 7. Summarize within: Yard zones [55]</w:t>
      </w:r>
    </w:p>
    <w:p>
      <w:pPr>
        <w:jc w:val="center"/>
      </w:pPr>
      <w:r>
        <w:drawing>
          <wp:inline xmlns:a="http://schemas.openxmlformats.org/drawingml/2006/main" xmlns:pic="http://schemas.openxmlformats.org/drawingml/2006/picture">
            <wp:extent cx="5760720" cy="3840480"/>
            <wp:docPr id="8" name="Picture 8"/>
            <wp:cNvGraphicFramePr>
              <a:graphicFrameLocks noChangeAspect="1"/>
            </wp:cNvGraphicFramePr>
            <a:graphic>
              <a:graphicData uri="http://schemas.openxmlformats.org/drawingml/2006/picture">
                <pic:pic>
                  <pic:nvPicPr>
                    <pic:cNvPr id="0" name="013.jpg"/>
                    <pic:cNvPicPr/>
                  </pic:nvPicPr>
                  <pic:blipFill>
                    <a:blip r:embed="rId16"/>
                    <a:stretch>
                      <a:fillRect/>
                    </a:stretch>
                  </pic:blipFill>
                  <pic:spPr>
                    <a:xfrm>
                      <a:off x="0" y="0"/>
                      <a:ext cx="5760720" cy="3840480"/>
                    </a:xfrm>
                    <a:prstGeom prst="rect"/>
                  </pic:spPr>
                </pic:pic>
              </a:graphicData>
            </a:graphic>
          </wp:inline>
        </w:drawing>
      </w:r>
    </w:p>
    <w:p>
      <w:r>
        <w:rPr>
          <w:i/>
          <w:color w:val="525252"/>
          <w:sz w:val="17"/>
        </w:rPr>
        <w:t>Figure 8. Hot spot analysis: Equipment faults [56]</w:t>
      </w:r>
    </w:p>
    <w:p>
      <w:pPr>
        <w:jc w:val="center"/>
      </w:pPr>
      <w:r>
        <w:drawing>
          <wp:inline xmlns:a="http://schemas.openxmlformats.org/drawingml/2006/main" xmlns:pic="http://schemas.openxmlformats.org/drawingml/2006/picture">
            <wp:extent cx="5760720" cy="3840480"/>
            <wp:docPr id="9" name="Picture 9"/>
            <wp:cNvGraphicFramePr>
              <a:graphicFrameLocks noChangeAspect="1"/>
            </wp:cNvGraphicFramePr>
            <a:graphic>
              <a:graphicData uri="http://schemas.openxmlformats.org/drawingml/2006/picture">
                <pic:pic>
                  <pic:nvPicPr>
                    <pic:cNvPr id="0" name="015.jpg"/>
                    <pic:cNvPicPr/>
                  </pic:nvPicPr>
                  <pic:blipFill>
                    <a:blip r:embed="rId17"/>
                    <a:stretch>
                      <a:fillRect/>
                    </a:stretch>
                  </pic:blipFill>
                  <pic:spPr>
                    <a:xfrm>
                      <a:off x="0" y="0"/>
                      <a:ext cx="5760720" cy="3840480"/>
                    </a:xfrm>
                    <a:prstGeom prst="rect"/>
                  </pic:spPr>
                </pic:pic>
              </a:graphicData>
            </a:graphic>
          </wp:inline>
        </w:drawing>
      </w:r>
    </w:p>
    <w:p>
      <w:r>
        <w:rPr>
          <w:i/>
          <w:color w:val="525252"/>
          <w:sz w:val="17"/>
        </w:rPr>
        <w:t>Figure 9. Hot spot analysis: Reefer points [57]</w:t>
      </w:r>
    </w:p>
    <w:p>
      <w:pPr>
        <w:jc w:val="center"/>
      </w:pPr>
      <w:r>
        <w:drawing>
          <wp:inline xmlns:a="http://schemas.openxmlformats.org/drawingml/2006/main" xmlns:pic="http://schemas.openxmlformats.org/drawingml/2006/picture">
            <wp:extent cx="5760720" cy="3840480"/>
            <wp:docPr id="10" name="Picture 10"/>
            <wp:cNvGraphicFramePr>
              <a:graphicFrameLocks noChangeAspect="1"/>
            </wp:cNvGraphicFramePr>
            <a:graphic>
              <a:graphicData uri="http://schemas.openxmlformats.org/drawingml/2006/picture">
                <pic:pic>
                  <pic:nvPicPr>
                    <pic:cNvPr id="0" name="017.jpg"/>
                    <pic:cNvPicPr/>
                  </pic:nvPicPr>
                  <pic:blipFill>
                    <a:blip r:embed="rId18"/>
                    <a:stretch>
                      <a:fillRect/>
                    </a:stretch>
                  </pic:blipFill>
                  <pic:spPr>
                    <a:xfrm>
                      <a:off x="0" y="0"/>
                      <a:ext cx="5760720" cy="3840480"/>
                    </a:xfrm>
                    <a:prstGeom prst="rect"/>
                  </pic:spPr>
                </pic:pic>
              </a:graphicData>
            </a:graphic>
          </wp:inline>
        </w:drawing>
      </w:r>
    </w:p>
    <w:p>
      <w:r>
        <w:rPr>
          <w:i/>
          <w:color w:val="525252"/>
          <w:sz w:val="17"/>
        </w:rPr>
        <w:t>Figure 10. Hot spot analysis: Truck gate transactions [58]</w:t>
      </w:r>
    </w:p>
    <w:p>
      <w:pPr>
        <w:jc w:val="center"/>
      </w:pPr>
      <w:r>
        <w:drawing>
          <wp:inline xmlns:a="http://schemas.openxmlformats.org/drawingml/2006/main" xmlns:pic="http://schemas.openxmlformats.org/drawingml/2006/picture">
            <wp:extent cx="5760720" cy="3840480"/>
            <wp:docPr id="11" name="Picture 11"/>
            <wp:cNvGraphicFramePr>
              <a:graphicFrameLocks noChangeAspect="1"/>
            </wp:cNvGraphicFramePr>
            <a:graphic>
              <a:graphicData uri="http://schemas.openxmlformats.org/drawingml/2006/picture">
                <pic:pic>
                  <pic:nvPicPr>
                    <pic:cNvPr id="0" name="019.jpg"/>
                    <pic:cNvPicPr/>
                  </pic:nvPicPr>
                  <pic:blipFill>
                    <a:blip r:embed="rId19"/>
                    <a:stretch>
                      <a:fillRect/>
                    </a:stretch>
                  </pic:blipFill>
                  <pic:spPr>
                    <a:xfrm>
                      <a:off x="0" y="0"/>
                      <a:ext cx="5760720" cy="3840480"/>
                    </a:xfrm>
                    <a:prstGeom prst="rect"/>
                  </pic:spPr>
                </pic:pic>
              </a:graphicData>
            </a:graphic>
          </wp:inline>
        </w:drawing>
      </w:r>
    </w:p>
    <w:p>
      <w:r>
        <w:rPr>
          <w:i/>
          <w:color w:val="525252"/>
          <w:sz w:val="17"/>
        </w:rPr>
        <w:t>Figure 11. Calculate density: Equipment faults [59]</w:t>
      </w:r>
    </w:p>
    <w:p>
      <w:pPr>
        <w:jc w:val="center"/>
      </w:pPr>
      <w:r>
        <w:drawing>
          <wp:inline xmlns:a="http://schemas.openxmlformats.org/drawingml/2006/main" xmlns:pic="http://schemas.openxmlformats.org/drawingml/2006/picture">
            <wp:extent cx="5760720" cy="3840480"/>
            <wp:docPr id="12" name="Picture 12"/>
            <wp:cNvGraphicFramePr>
              <a:graphicFrameLocks noChangeAspect="1"/>
            </wp:cNvGraphicFramePr>
            <a:graphic>
              <a:graphicData uri="http://schemas.openxmlformats.org/drawingml/2006/picture">
                <pic:pic>
                  <pic:nvPicPr>
                    <pic:cNvPr id="0" name="020.jpg"/>
                    <pic:cNvPicPr/>
                  </pic:nvPicPr>
                  <pic:blipFill>
                    <a:blip r:embed="rId20"/>
                    <a:stretch>
                      <a:fillRect/>
                    </a:stretch>
                  </pic:blipFill>
                  <pic:spPr>
                    <a:xfrm>
                      <a:off x="0" y="0"/>
                      <a:ext cx="5760720" cy="3840480"/>
                    </a:xfrm>
                    <a:prstGeom prst="rect"/>
                  </pic:spPr>
                </pic:pic>
              </a:graphicData>
            </a:graphic>
          </wp:inline>
        </w:drawing>
      </w:r>
    </w:p>
    <w:p>
      <w:r>
        <w:rPr>
          <w:i/>
          <w:color w:val="525252"/>
          <w:sz w:val="17"/>
        </w:rPr>
        <w:t>Figure 12. Calculate density: Reefer points [60]</w:t>
      </w:r>
    </w:p>
    <w:p>
      <w:pPr>
        <w:jc w:val="center"/>
      </w:pPr>
      <w:r>
        <w:drawing>
          <wp:inline xmlns:a="http://schemas.openxmlformats.org/drawingml/2006/main" xmlns:pic="http://schemas.openxmlformats.org/drawingml/2006/picture">
            <wp:extent cx="5760720" cy="3840480"/>
            <wp:docPr id="13" name="Picture 13"/>
            <wp:cNvGraphicFramePr>
              <a:graphicFrameLocks noChangeAspect="1"/>
            </wp:cNvGraphicFramePr>
            <a:graphic>
              <a:graphicData uri="http://schemas.openxmlformats.org/drawingml/2006/picture">
                <pic:pic>
                  <pic:nvPicPr>
                    <pic:cNvPr id="0" name="023.jpg"/>
                    <pic:cNvPicPr/>
                  </pic:nvPicPr>
                  <pic:blipFill>
                    <a:blip r:embed="rId21"/>
                    <a:stretch>
                      <a:fillRect/>
                    </a:stretch>
                  </pic:blipFill>
                  <pic:spPr>
                    <a:xfrm>
                      <a:off x="0" y="0"/>
                      <a:ext cx="5760720" cy="3840480"/>
                    </a:xfrm>
                    <a:prstGeom prst="rect"/>
                  </pic:spPr>
                </pic:pic>
              </a:graphicData>
            </a:graphic>
          </wp:inline>
        </w:drawing>
      </w:r>
    </w:p>
    <w:p>
      <w:r>
        <w:rPr>
          <w:i/>
          <w:color w:val="525252"/>
          <w:sz w:val="17"/>
        </w:rPr>
        <w:t>Figure 13. Calculate density: Truck gate transactions [61]</w:t>
      </w:r>
    </w:p>
    <w:p>
      <w:pPr>
        <w:jc w:val="center"/>
      </w:pPr>
      <w:r>
        <w:drawing>
          <wp:inline xmlns:a="http://schemas.openxmlformats.org/drawingml/2006/main" xmlns:pic="http://schemas.openxmlformats.org/drawingml/2006/picture">
            <wp:extent cx="5760720" cy="3840480"/>
            <wp:docPr id="14" name="Picture 14"/>
            <wp:cNvGraphicFramePr>
              <a:graphicFrameLocks noChangeAspect="1"/>
            </wp:cNvGraphicFramePr>
            <a:graphic>
              <a:graphicData uri="http://schemas.openxmlformats.org/drawingml/2006/picture">
                <pic:pic>
                  <pic:nvPicPr>
                    <pic:cNvPr id="0" name="025.jpg"/>
                    <pic:cNvPicPr/>
                  </pic:nvPicPr>
                  <pic:blipFill>
                    <a:blip r:embed="rId22"/>
                    <a:stretch>
                      <a:fillRect/>
                    </a:stretch>
                  </pic:blipFill>
                  <pic:spPr>
                    <a:xfrm>
                      <a:off x="0" y="0"/>
                      <a:ext cx="5760720" cy="3840480"/>
                    </a:xfrm>
                    <a:prstGeom prst="rect"/>
                  </pic:spPr>
                </pic:pic>
              </a:graphicData>
            </a:graphic>
          </wp:inline>
        </w:drawing>
      </w:r>
    </w:p>
    <w:p>
      <w:r>
        <w:rPr>
          <w:i/>
          <w:color w:val="525252"/>
          <w:sz w:val="17"/>
        </w:rPr>
        <w:t>Figure 14. Find point clusters: Equipment faults [62]</w:t>
      </w:r>
    </w:p>
    <w:p>
      <w:pPr>
        <w:jc w:val="center"/>
      </w:pPr>
      <w:r>
        <w:drawing>
          <wp:inline xmlns:a="http://schemas.openxmlformats.org/drawingml/2006/main" xmlns:pic="http://schemas.openxmlformats.org/drawingml/2006/picture">
            <wp:extent cx="5760720" cy="3840480"/>
            <wp:docPr id="15" name="Picture 15"/>
            <wp:cNvGraphicFramePr>
              <a:graphicFrameLocks noChangeAspect="1"/>
            </wp:cNvGraphicFramePr>
            <a:graphic>
              <a:graphicData uri="http://schemas.openxmlformats.org/drawingml/2006/picture">
                <pic:pic>
                  <pic:nvPicPr>
                    <pic:cNvPr id="0" name="026.jpg"/>
                    <pic:cNvPicPr/>
                  </pic:nvPicPr>
                  <pic:blipFill>
                    <a:blip r:embed="rId23"/>
                    <a:stretch>
                      <a:fillRect/>
                    </a:stretch>
                  </pic:blipFill>
                  <pic:spPr>
                    <a:xfrm>
                      <a:off x="0" y="0"/>
                      <a:ext cx="5760720" cy="3840480"/>
                    </a:xfrm>
                    <a:prstGeom prst="rect"/>
                  </pic:spPr>
                </pic:pic>
              </a:graphicData>
            </a:graphic>
          </wp:inline>
        </w:drawing>
      </w:r>
    </w:p>
    <w:p>
      <w:r>
        <w:rPr>
          <w:i/>
          <w:color w:val="525252"/>
          <w:sz w:val="17"/>
        </w:rPr>
        <w:t>Figure 15. Find point clusters: cluster hulls [63]</w:t>
      </w:r>
    </w:p>
    <w:p>
      <w:pPr>
        <w:jc w:val="center"/>
      </w:pPr>
      <w:r>
        <w:drawing>
          <wp:inline xmlns:a="http://schemas.openxmlformats.org/drawingml/2006/main" xmlns:pic="http://schemas.openxmlformats.org/drawingml/2006/picture">
            <wp:extent cx="5760720" cy="3840480"/>
            <wp:docPr id="16" name="Picture 16"/>
            <wp:cNvGraphicFramePr>
              <a:graphicFrameLocks noChangeAspect="1"/>
            </wp:cNvGraphicFramePr>
            <a:graphic>
              <a:graphicData uri="http://schemas.openxmlformats.org/drawingml/2006/picture">
                <pic:pic>
                  <pic:nvPicPr>
                    <pic:cNvPr id="0" name="029.jpg"/>
                    <pic:cNvPicPr/>
                  </pic:nvPicPr>
                  <pic:blipFill>
                    <a:blip r:embed="rId24"/>
                    <a:stretch>
                      <a:fillRect/>
                    </a:stretch>
                  </pic:blipFill>
                  <pic:spPr>
                    <a:xfrm>
                      <a:off x="0" y="0"/>
                      <a:ext cx="5760720" cy="3840480"/>
                    </a:xfrm>
                    <a:prstGeom prst="rect"/>
                  </pic:spPr>
                </pic:pic>
              </a:graphicData>
            </a:graphic>
          </wp:inline>
        </w:drawing>
      </w:r>
    </w:p>
    <w:p>
      <w:r>
        <w:rPr>
          <w:i/>
          <w:color w:val="525252"/>
          <w:sz w:val="17"/>
        </w:rPr>
        <w:t>Figure 16. Find point clusters: Reefer points [64]</w:t>
      </w:r>
    </w:p>
    <w:p>
      <w:pPr>
        <w:jc w:val="center"/>
      </w:pPr>
      <w:r>
        <w:drawing>
          <wp:inline xmlns:a="http://schemas.openxmlformats.org/drawingml/2006/main" xmlns:pic="http://schemas.openxmlformats.org/drawingml/2006/picture">
            <wp:extent cx="5760720" cy="3840480"/>
            <wp:docPr id="17" name="Picture 17"/>
            <wp:cNvGraphicFramePr>
              <a:graphicFrameLocks noChangeAspect="1"/>
            </wp:cNvGraphicFramePr>
            <a:graphic>
              <a:graphicData uri="http://schemas.openxmlformats.org/drawingml/2006/picture">
                <pic:pic>
                  <pic:nvPicPr>
                    <pic:cNvPr id="0" name="031.jpg"/>
                    <pic:cNvPicPr/>
                  </pic:nvPicPr>
                  <pic:blipFill>
                    <a:blip r:embed="rId25"/>
                    <a:stretch>
                      <a:fillRect/>
                    </a:stretch>
                  </pic:blipFill>
                  <pic:spPr>
                    <a:xfrm>
                      <a:off x="0" y="0"/>
                      <a:ext cx="5760720" cy="3840480"/>
                    </a:xfrm>
                    <a:prstGeom prst="rect"/>
                  </pic:spPr>
                </pic:pic>
              </a:graphicData>
            </a:graphic>
          </wp:inline>
        </w:drawing>
      </w:r>
    </w:p>
    <w:p>
      <w:r>
        <w:rPr>
          <w:i/>
          <w:color w:val="525252"/>
          <w:sz w:val="17"/>
        </w:rPr>
        <w:t>Figure 17. Find point clusters: cluster hulls [65]</w:t>
      </w:r>
    </w:p>
    <w:p>
      <w:pPr>
        <w:jc w:val="center"/>
      </w:pPr>
      <w:r>
        <w:drawing>
          <wp:inline xmlns:a="http://schemas.openxmlformats.org/drawingml/2006/main" xmlns:pic="http://schemas.openxmlformats.org/drawingml/2006/picture">
            <wp:extent cx="5760720" cy="3840480"/>
            <wp:docPr id="18" name="Picture 18"/>
            <wp:cNvGraphicFramePr>
              <a:graphicFrameLocks noChangeAspect="1"/>
            </wp:cNvGraphicFramePr>
            <a:graphic>
              <a:graphicData uri="http://schemas.openxmlformats.org/drawingml/2006/picture">
                <pic:pic>
                  <pic:nvPicPr>
                    <pic:cNvPr id="0" name="032.jpg"/>
                    <pic:cNvPicPr/>
                  </pic:nvPicPr>
                  <pic:blipFill>
                    <a:blip r:embed="rId26"/>
                    <a:stretch>
                      <a:fillRect/>
                    </a:stretch>
                  </pic:blipFill>
                  <pic:spPr>
                    <a:xfrm>
                      <a:off x="0" y="0"/>
                      <a:ext cx="5760720" cy="3840480"/>
                    </a:xfrm>
                    <a:prstGeom prst="rect"/>
                  </pic:spPr>
                </pic:pic>
              </a:graphicData>
            </a:graphic>
          </wp:inline>
        </w:drawing>
      </w:r>
    </w:p>
    <w:p>
      <w:r>
        <w:rPr>
          <w:i/>
          <w:color w:val="525252"/>
          <w:sz w:val="17"/>
        </w:rPr>
        <w:t>Figure 18. Find point clusters: Truck gate transactions [66]</w:t>
      </w:r>
    </w:p>
    <w:p>
      <w:pPr>
        <w:jc w:val="center"/>
      </w:pPr>
      <w:r>
        <w:drawing>
          <wp:inline xmlns:a="http://schemas.openxmlformats.org/drawingml/2006/main" xmlns:pic="http://schemas.openxmlformats.org/drawingml/2006/picture">
            <wp:extent cx="5760720" cy="3840480"/>
            <wp:docPr id="19" name="Picture 19"/>
            <wp:cNvGraphicFramePr>
              <a:graphicFrameLocks noChangeAspect="1"/>
            </wp:cNvGraphicFramePr>
            <a:graphic>
              <a:graphicData uri="http://schemas.openxmlformats.org/drawingml/2006/picture">
                <pic:pic>
                  <pic:nvPicPr>
                    <pic:cNvPr id="0" name="034.jpg"/>
                    <pic:cNvPicPr/>
                  </pic:nvPicPr>
                  <pic:blipFill>
                    <a:blip r:embed="rId27"/>
                    <a:stretch>
                      <a:fillRect/>
                    </a:stretch>
                  </pic:blipFill>
                  <pic:spPr>
                    <a:xfrm>
                      <a:off x="0" y="0"/>
                      <a:ext cx="5760720" cy="3840480"/>
                    </a:xfrm>
                    <a:prstGeom prst="rect"/>
                  </pic:spPr>
                </pic:pic>
              </a:graphicData>
            </a:graphic>
          </wp:inline>
        </w:drawing>
      </w:r>
    </w:p>
    <w:p>
      <w:r>
        <w:rPr>
          <w:i/>
          <w:color w:val="525252"/>
          <w:sz w:val="17"/>
        </w:rPr>
        <w:t>Figure 19. Find point clusters: cluster hulls [67]</w:t>
      </w:r>
    </w:p>
    <w:p>
      <w:pPr>
        <w:jc w:val="center"/>
      </w:pPr>
      <w:r>
        <w:drawing>
          <wp:inline xmlns:a="http://schemas.openxmlformats.org/drawingml/2006/main" xmlns:pic="http://schemas.openxmlformats.org/drawingml/2006/picture">
            <wp:extent cx="5760720" cy="3840480"/>
            <wp:docPr id="20" name="Picture 20"/>
            <wp:cNvGraphicFramePr>
              <a:graphicFrameLocks noChangeAspect="1"/>
            </wp:cNvGraphicFramePr>
            <a:graphic>
              <a:graphicData uri="http://schemas.openxmlformats.org/drawingml/2006/picture">
                <pic:pic>
                  <pic:nvPicPr>
                    <pic:cNvPr id="0" name="037.jpg"/>
                    <pic:cNvPicPr/>
                  </pic:nvPicPr>
                  <pic:blipFill>
                    <a:blip r:embed="rId28"/>
                    <a:stretch>
                      <a:fillRect/>
                    </a:stretch>
                  </pic:blipFill>
                  <pic:spPr>
                    <a:xfrm>
                      <a:off x="0" y="0"/>
                      <a:ext cx="5760720" cy="3840480"/>
                    </a:xfrm>
                    <a:prstGeom prst="rect"/>
                  </pic:spPr>
                </pic:pic>
              </a:graphicData>
            </a:graphic>
          </wp:inline>
        </w:drawing>
      </w:r>
    </w:p>
    <w:p>
      <w:r>
        <w:rPr>
          <w:i/>
          <w:color w:val="525252"/>
          <w:sz w:val="17"/>
        </w:rPr>
        <w:t>Figure 20. Yard zones by capacity_teu [68]</w:t>
      </w:r>
    </w:p>
    <w:p>
      <w:pPr>
        <w:jc w:val="center"/>
      </w:pPr>
      <w:r>
        <w:drawing>
          <wp:inline xmlns:a="http://schemas.openxmlformats.org/drawingml/2006/main" xmlns:pic="http://schemas.openxmlformats.org/drawingml/2006/picture">
            <wp:extent cx="5760720" cy="3840480"/>
            <wp:docPr id="21" name="Picture 21"/>
            <wp:cNvGraphicFramePr>
              <a:graphicFrameLocks noChangeAspect="1"/>
            </wp:cNvGraphicFramePr>
            <a:graphic>
              <a:graphicData uri="http://schemas.openxmlformats.org/drawingml/2006/picture">
                <pic:pic>
                  <pic:nvPicPr>
                    <pic:cNvPr id="0" name="038.jpg"/>
                    <pic:cNvPicPr/>
                  </pic:nvPicPr>
                  <pic:blipFill>
                    <a:blip r:embed="rId29"/>
                    <a:stretch>
                      <a:fillRect/>
                    </a:stretch>
                  </pic:blipFill>
                  <pic:spPr>
                    <a:xfrm>
                      <a:off x="0" y="0"/>
                      <a:ext cx="5760720" cy="3840480"/>
                    </a:xfrm>
                    <a:prstGeom prst="rect"/>
                  </pic:spPr>
                </pic:pic>
              </a:graphicData>
            </a:graphic>
          </wp:inline>
        </w:drawing>
      </w:r>
    </w:p>
    <w:p>
      <w:r>
        <w:rPr>
          <w:i/>
          <w:color w:val="525252"/>
          <w:sz w:val="17"/>
        </w:rPr>
        <w:t>Figure 21. Find outliers: Yard zones [69]</w:t>
      </w:r>
    </w:p>
    <w:p>
      <w:r>
        <w:rPr>
          <w:b/>
        </w:rPr>
        <w:t xml:space="preserve">What the map shows. </w:t>
      </w:r>
      <w:r>
        <w:rPr>
          <w:i/>
        </w:rPr>
        <w:t>The map displays the results of an emerging hot spots analysis concerning Equipment faults. According to the legend provided, the area is categorized as "No pattern detected." Across the entire mapped region, every grid cell is filled with the uniform gray color, indicating no emerging hot spot was identified. There are no visible clusters, gradients, or localized high-concentration areas of fault occurrences. The analysis suggests that, based on the displayed data, the equipment faults are distributed without a statistically significant pattern. [50]</w:t>
      </w:r>
    </w:p>
    <w:p>
      <w:r>
        <w:rPr>
          <w:i/>
          <w:color w:val="525252"/>
          <w:sz w:val="17"/>
        </w:rPr>
        <w:t>Inferred: read from the image by gemma4:e4b, not evidence.</w:t>
      </w:r>
    </w:p>
    <w:p>
      <w:pPr>
        <w:jc w:val="center"/>
      </w:pPr>
      <w:r>
        <w:drawing>
          <wp:inline xmlns:a="http://schemas.openxmlformats.org/drawingml/2006/main" xmlns:pic="http://schemas.openxmlformats.org/drawingml/2006/picture">
            <wp:extent cx="5486400" cy="3919728"/>
            <wp:docPr id="22" name="Picture 22"/>
            <wp:cNvGraphicFramePr>
              <a:graphicFrameLocks noChangeAspect="1"/>
            </wp:cNvGraphicFramePr>
            <a:graphic>
              <a:graphicData uri="http://schemas.openxmlformats.org/drawingml/2006/picture">
                <pic:pic>
                  <pic:nvPicPr>
                    <pic:cNvPr id="0" name="040.jpg"/>
                    <pic:cNvPicPr/>
                  </pic:nvPicPr>
                  <pic:blipFill>
                    <a:blip r:embed="rId30"/>
                    <a:stretch>
                      <a:fillRect/>
                    </a:stretch>
                  </pic:blipFill>
                  <pic:spPr>
                    <a:xfrm>
                      <a:off x="0" y="0"/>
                      <a:ext cx="5486400" cy="3919728"/>
                    </a:xfrm>
                    <a:prstGeom prst="rect"/>
                  </pic:spPr>
                </pic:pic>
              </a:graphicData>
            </a:graphic>
          </wp:inline>
        </w:drawing>
      </w:r>
    </w:p>
    <w:p>
      <w:r>
        <w:rPr>
          <w:i/>
          <w:color w:val="525252"/>
          <w:sz w:val="17"/>
        </w:rPr>
        <w:t>Figure 22. Truck gate transactions over time (turn_time_min) [70]. Per day, 2026-08-31 to 2026-09-27. Source: Truck gate transactions (2,000 features). The data is in the appendix.</w:t>
      </w:r>
    </w:p>
    <w:p>
      <w:pPr>
        <w:jc w:val="center"/>
      </w:pPr>
      <w:r>
        <w:drawing>
          <wp:inline xmlns:a="http://schemas.openxmlformats.org/drawingml/2006/main" xmlns:pic="http://schemas.openxmlformats.org/drawingml/2006/picture">
            <wp:extent cx="5486400" cy="3816096"/>
            <wp:docPr id="23" name="Picture 23"/>
            <wp:cNvGraphicFramePr>
              <a:graphicFrameLocks noChangeAspect="1"/>
            </wp:cNvGraphicFramePr>
            <a:graphic>
              <a:graphicData uri="http://schemas.openxmlformats.org/drawingml/2006/picture">
                <pic:pic>
                  <pic:nvPicPr>
                    <pic:cNvPr id="0" name="041.jpg"/>
                    <pic:cNvPicPr/>
                  </pic:nvPicPr>
                  <pic:blipFill>
                    <a:blip r:embed="rId31"/>
                    <a:stretch>
                      <a:fillRect/>
                    </a:stretch>
                  </pic:blipFill>
                  <pic:spPr>
                    <a:xfrm>
                      <a:off x="0" y="0"/>
                      <a:ext cx="5486400" cy="3816096"/>
                    </a:xfrm>
                    <a:prstGeom prst="rect"/>
                  </pic:spPr>
                </pic:pic>
              </a:graphicData>
            </a:graphic>
          </wp:inline>
        </w:drawing>
      </w:r>
    </w:p>
    <w:p>
      <w:r>
        <w:rPr>
          <w:i/>
          <w:color w:val="525252"/>
          <w:sz w:val="17"/>
        </w:rPr>
        <w:t>Figure 23. Equipment faults over time (date) [71]. Per week, 2026-06-01 to 2026-09-28. Source: Equipment faults (260 features). The data is in the appendix.</w:t>
      </w:r>
    </w:p>
    <w:p>
      <w:pPr>
        <w:jc w:val="center"/>
      </w:pPr>
      <w:r>
        <w:drawing>
          <wp:inline xmlns:a="http://schemas.openxmlformats.org/drawingml/2006/main" xmlns:pic="http://schemas.openxmlformats.org/drawingml/2006/picture">
            <wp:extent cx="5486400" cy="3590544"/>
            <wp:docPr id="24" name="Picture 24"/>
            <wp:cNvGraphicFramePr>
              <a:graphicFrameLocks noChangeAspect="1"/>
            </wp:cNvGraphicFramePr>
            <a:graphic>
              <a:graphicData uri="http://schemas.openxmlformats.org/drawingml/2006/picture">
                <pic:pic>
                  <pic:nvPicPr>
                    <pic:cNvPr id="0" name="042.jpg"/>
                    <pic:cNvPicPr/>
                  </pic:nvPicPr>
                  <pic:blipFill>
                    <a:blip r:embed="rId32"/>
                    <a:stretch>
                      <a:fillRect/>
                    </a:stretch>
                  </pic:blipFill>
                  <pic:spPr>
                    <a:xfrm>
                      <a:off x="0" y="0"/>
                      <a:ext cx="5486400" cy="3590544"/>
                    </a:xfrm>
                    <a:prstGeom prst="rect"/>
                  </pic:spPr>
                </pic:pic>
              </a:graphicData>
            </a:graphic>
          </wp:inline>
        </w:drawing>
      </w:r>
    </w:p>
    <w:p>
      <w:r>
        <w:rPr>
          <w:i/>
          <w:color w:val="525252"/>
          <w:sz w:val="17"/>
        </w:rPr>
        <w:t>Figure 24. Berth calls over time (arrival_date) [72]. Per week, 2026-03-30 to 2026-09-28. Source: Berth calls (360 features). The data is in the appendix.</w:t>
      </w:r>
    </w:p>
    <w:p>
      <w:pPr>
        <w:jc w:val="center"/>
      </w:pPr>
      <w:r>
        <w:drawing>
          <wp:inline xmlns:a="http://schemas.openxmlformats.org/drawingml/2006/main" xmlns:pic="http://schemas.openxmlformats.org/drawingml/2006/picture">
            <wp:extent cx="5486400" cy="3468624"/>
            <wp:docPr id="25" name="Picture 25"/>
            <wp:cNvGraphicFramePr>
              <a:graphicFrameLocks noChangeAspect="1"/>
            </wp:cNvGraphicFramePr>
            <a:graphic>
              <a:graphicData uri="http://schemas.openxmlformats.org/drawingml/2006/picture">
                <pic:pic>
                  <pic:nvPicPr>
                    <pic:cNvPr id="0" name="043.jpg"/>
                    <pic:cNvPicPr/>
                  </pic:nvPicPr>
                  <pic:blipFill>
                    <a:blip r:embed="rId33"/>
                    <a:stretch>
                      <a:fillRect/>
                    </a:stretch>
                  </pic:blipFill>
                  <pic:spPr>
                    <a:xfrm>
                      <a:off x="0" y="0"/>
                      <a:ext cx="5486400" cy="3468624"/>
                    </a:xfrm>
                    <a:prstGeom prst="rect"/>
                  </pic:spPr>
                </pic:pic>
              </a:graphicData>
            </a:graphic>
          </wp:inline>
        </w:drawing>
      </w:r>
    </w:p>
    <w:p>
      <w:r>
        <w:rPr>
          <w:i/>
          <w:color w:val="525252"/>
          <w:sz w:val="17"/>
        </w:rPr>
        <w:t>Figure 25. Yard inventory by day over time (date) [73]. Per day, 2026-08-31 to 2026-09-27. Source: Yard inventory by day (840 features). The data is in the appendix.</w:t>
      </w:r>
    </w:p>
    <w:p>
      <w:pPr>
        <w:jc w:val="center"/>
      </w:pPr>
      <w:r>
        <w:drawing>
          <wp:inline xmlns:a="http://schemas.openxmlformats.org/drawingml/2006/main" xmlns:pic="http://schemas.openxmlformats.org/drawingml/2006/picture">
            <wp:extent cx="5486400" cy="3730752"/>
            <wp:docPr id="26" name="Picture 26"/>
            <wp:cNvGraphicFramePr>
              <a:graphicFrameLocks noChangeAspect="1"/>
            </wp:cNvGraphicFramePr>
            <a:graphic>
              <a:graphicData uri="http://schemas.openxmlformats.org/drawingml/2006/picture">
                <pic:pic>
                  <pic:nvPicPr>
                    <pic:cNvPr id="0" name="044.jpg"/>
                    <pic:cNvPicPr/>
                  </pic:nvPicPr>
                  <pic:blipFill>
                    <a:blip r:embed="rId34"/>
                    <a:stretch>
                      <a:fillRect/>
                    </a:stretch>
                  </pic:blipFill>
                  <pic:spPr>
                    <a:xfrm>
                      <a:off x="0" y="0"/>
                      <a:ext cx="5486400" cy="3730752"/>
                    </a:xfrm>
                    <a:prstGeom prst="rect"/>
                  </pic:spPr>
                </pic:pic>
              </a:graphicData>
            </a:graphic>
          </wp:inline>
        </w:drawing>
      </w:r>
    </w:p>
    <w:p>
      <w:r>
        <w:rPr>
          <w:i/>
          <w:color w:val="525252"/>
          <w:sz w:val="17"/>
        </w:rPr>
        <w:t>Figure 26. Emerging hot spots: Equipment faults [74]. Source: Emerging hot spots: Equipment faults (22 features). The data is in the appendix.</w:t>
      </w:r>
    </w:p>
    <w:p>
      <w:pPr>
        <w:jc w:val="center"/>
      </w:pPr>
      <w:r>
        <w:drawing>
          <wp:inline xmlns:a="http://schemas.openxmlformats.org/drawingml/2006/main" xmlns:pic="http://schemas.openxmlformats.org/drawingml/2006/picture">
            <wp:extent cx="5486400" cy="3700272"/>
            <wp:docPr id="27" name="Picture 27"/>
            <wp:cNvGraphicFramePr>
              <a:graphicFrameLocks noChangeAspect="1"/>
            </wp:cNvGraphicFramePr>
            <a:graphic>
              <a:graphicData uri="http://schemas.openxmlformats.org/drawingml/2006/picture">
                <pic:pic>
                  <pic:nvPicPr>
                    <pic:cNvPr id="0" name="045.jpg"/>
                    <pic:cNvPicPr/>
                  </pic:nvPicPr>
                  <pic:blipFill>
                    <a:blip r:embed="rId35"/>
                    <a:stretch>
                      <a:fillRect/>
                    </a:stretch>
                  </pic:blipFill>
                  <pic:spPr>
                    <a:xfrm>
                      <a:off x="0" y="0"/>
                      <a:ext cx="5486400" cy="3700272"/>
                    </a:xfrm>
                    <a:prstGeom prst="rect"/>
                  </pic:spPr>
                </pic:pic>
              </a:graphicData>
            </a:graphic>
          </wp:inline>
        </w:drawing>
      </w:r>
    </w:p>
    <w:p>
      <w:r>
        <w:rPr>
          <w:i/>
          <w:color w:val="525252"/>
          <w:sz w:val="17"/>
        </w:rPr>
        <w:t>Figure 27. Emerging hot spots: Truck gate transactions [75]. Source: Emerging hot spots: Truck gate transactions (111 features). The data is in the appendix.</w:t>
      </w:r>
    </w:p>
    <w:p>
      <w:pPr>
        <w:jc w:val="center"/>
      </w:pPr>
      <w:r>
        <w:drawing>
          <wp:inline xmlns:a="http://schemas.openxmlformats.org/drawingml/2006/main" xmlns:pic="http://schemas.openxmlformats.org/drawingml/2006/picture">
            <wp:extent cx="5486400" cy="3816096"/>
            <wp:docPr id="28" name="Picture 28"/>
            <wp:cNvGraphicFramePr>
              <a:graphicFrameLocks noChangeAspect="1"/>
            </wp:cNvGraphicFramePr>
            <a:graphic>
              <a:graphicData uri="http://schemas.openxmlformats.org/drawingml/2006/picture">
                <pic:pic>
                  <pic:nvPicPr>
                    <pic:cNvPr id="0" name="046.jpg"/>
                    <pic:cNvPicPr/>
                  </pic:nvPicPr>
                  <pic:blipFill>
                    <a:blip r:embed="rId36"/>
                    <a:stretch>
                      <a:fillRect/>
                    </a:stretch>
                  </pic:blipFill>
                  <pic:spPr>
                    <a:xfrm>
                      <a:off x="0" y="0"/>
                      <a:ext cx="5486400" cy="3816096"/>
                    </a:xfrm>
                    <a:prstGeom prst="rect"/>
                  </pic:spPr>
                </pic:pic>
              </a:graphicData>
            </a:graphic>
          </wp:inline>
        </w:drawing>
      </w:r>
    </w:p>
    <w:p>
      <w:r>
        <w:rPr>
          <w:i/>
          <w:color w:val="525252"/>
          <w:sz w:val="17"/>
        </w:rPr>
        <w:t>Figure 28. Repeat and near repeat classification: Equipment faults [76]. Per week, 2026-06-01 to 2026-09-28. Source: Repeat and near repeat classification: Equipment faults (260 features). The data is in the appendix.</w:t>
      </w:r>
    </w:p>
    <w:p>
      <w:pPr>
        <w:jc w:val="center"/>
      </w:pPr>
      <w:r>
        <w:drawing>
          <wp:inline xmlns:a="http://schemas.openxmlformats.org/drawingml/2006/main" xmlns:pic="http://schemas.openxmlformats.org/drawingml/2006/picture">
            <wp:extent cx="5486400" cy="3730752"/>
            <wp:docPr id="29" name="Picture 29"/>
            <wp:cNvGraphicFramePr>
              <a:graphicFrameLocks noChangeAspect="1"/>
            </wp:cNvGraphicFramePr>
            <a:graphic>
              <a:graphicData uri="http://schemas.openxmlformats.org/drawingml/2006/picture">
                <pic:pic>
                  <pic:nvPicPr>
                    <pic:cNvPr id="0" name="047.jpg"/>
                    <pic:cNvPicPr/>
                  </pic:nvPicPr>
                  <pic:blipFill>
                    <a:blip r:embed="rId37"/>
                    <a:stretch>
                      <a:fillRect/>
                    </a:stretch>
                  </pic:blipFill>
                  <pic:spPr>
                    <a:xfrm>
                      <a:off x="0" y="0"/>
                      <a:ext cx="5486400" cy="3730752"/>
                    </a:xfrm>
                    <a:prstGeom prst="rect"/>
                  </pic:spPr>
                </pic:pic>
              </a:graphicData>
            </a:graphic>
          </wp:inline>
        </w:drawing>
      </w:r>
    </w:p>
    <w:p>
      <w:r>
        <w:rPr>
          <w:i/>
          <w:color w:val="525252"/>
          <w:sz w:val="17"/>
        </w:rPr>
        <w:t>Figure 29. Summarize within: Yard zones [77]. Source: Summarize within: Yard zones (30 features). The data is in the appendix.</w:t>
      </w:r>
    </w:p>
    <w:p>
      <w:pPr>
        <w:jc w:val="center"/>
      </w:pPr>
      <w:r>
        <w:drawing>
          <wp:inline xmlns:a="http://schemas.openxmlformats.org/drawingml/2006/main" xmlns:pic="http://schemas.openxmlformats.org/drawingml/2006/picture">
            <wp:extent cx="5486400" cy="3730752"/>
            <wp:docPr id="30" name="Picture 30"/>
            <wp:cNvGraphicFramePr>
              <a:graphicFrameLocks noChangeAspect="1"/>
            </wp:cNvGraphicFramePr>
            <a:graphic>
              <a:graphicData uri="http://schemas.openxmlformats.org/drawingml/2006/picture">
                <pic:pic>
                  <pic:nvPicPr>
                    <pic:cNvPr id="0" name="047.jpg"/>
                    <pic:cNvPicPr/>
                  </pic:nvPicPr>
                  <pic:blipFill>
                    <a:blip r:embed="rId37"/>
                    <a:stretch>
                      <a:fillRect/>
                    </a:stretch>
                  </pic:blipFill>
                  <pic:spPr>
                    <a:xfrm>
                      <a:off x="0" y="0"/>
                      <a:ext cx="5486400" cy="3730752"/>
                    </a:xfrm>
                    <a:prstGeom prst="rect"/>
                  </pic:spPr>
                </pic:pic>
              </a:graphicData>
            </a:graphic>
          </wp:inline>
        </w:drawing>
      </w:r>
    </w:p>
    <w:p>
      <w:r>
        <w:rPr>
          <w:i/>
          <w:color w:val="525252"/>
          <w:sz w:val="17"/>
        </w:rPr>
        <w:t>Figure 30. Summarize within: Yard zones [78]. Source: Summarize within: Yard zones (30 features). The data is in the appendix.</w:t>
      </w:r>
    </w:p>
    <w:p>
      <w:pPr>
        <w:jc w:val="center"/>
      </w:pPr>
      <w:r>
        <w:drawing>
          <wp:inline xmlns:a="http://schemas.openxmlformats.org/drawingml/2006/main" xmlns:pic="http://schemas.openxmlformats.org/drawingml/2006/picture">
            <wp:extent cx="5486400" cy="3651504"/>
            <wp:docPr id="31" name="Picture 31"/>
            <wp:cNvGraphicFramePr>
              <a:graphicFrameLocks noChangeAspect="1"/>
            </wp:cNvGraphicFramePr>
            <a:graphic>
              <a:graphicData uri="http://schemas.openxmlformats.org/drawingml/2006/picture">
                <pic:pic>
                  <pic:nvPicPr>
                    <pic:cNvPr id="0" name="049.jpg"/>
                    <pic:cNvPicPr/>
                  </pic:nvPicPr>
                  <pic:blipFill>
                    <a:blip r:embed="rId38"/>
                    <a:stretch>
                      <a:fillRect/>
                    </a:stretch>
                  </pic:blipFill>
                  <pic:spPr>
                    <a:xfrm>
                      <a:off x="0" y="0"/>
                      <a:ext cx="5486400" cy="3651504"/>
                    </a:xfrm>
                    <a:prstGeom prst="rect"/>
                  </pic:spPr>
                </pic:pic>
              </a:graphicData>
            </a:graphic>
          </wp:inline>
        </w:drawing>
      </w:r>
    </w:p>
    <w:p>
      <w:r>
        <w:rPr>
          <w:i/>
          <w:color w:val="525252"/>
          <w:sz w:val="17"/>
        </w:rPr>
        <w:t>Figure 31. Summarize within: Yard zones [79]. Source: Summarize within: Yard zones (30 features). The data is in the appendix.</w:t>
      </w:r>
    </w:p>
    <w:p>
      <w:pPr>
        <w:jc w:val="center"/>
      </w:pPr>
      <w:r>
        <w:drawing>
          <wp:inline xmlns:a="http://schemas.openxmlformats.org/drawingml/2006/main" xmlns:pic="http://schemas.openxmlformats.org/drawingml/2006/picture">
            <wp:extent cx="5486400" cy="3883152"/>
            <wp:docPr id="32" name="Picture 32"/>
            <wp:cNvGraphicFramePr>
              <a:graphicFrameLocks noChangeAspect="1"/>
            </wp:cNvGraphicFramePr>
            <a:graphic>
              <a:graphicData uri="http://schemas.openxmlformats.org/drawingml/2006/picture">
                <pic:pic>
                  <pic:nvPicPr>
                    <pic:cNvPr id="0" name="050.jpg"/>
                    <pic:cNvPicPr/>
                  </pic:nvPicPr>
                  <pic:blipFill>
                    <a:blip r:embed="rId39"/>
                    <a:stretch>
                      <a:fillRect/>
                    </a:stretch>
                  </pic:blipFill>
                  <pic:spPr>
                    <a:xfrm>
                      <a:off x="0" y="0"/>
                      <a:ext cx="5486400" cy="3883152"/>
                    </a:xfrm>
                    <a:prstGeom prst="rect"/>
                  </pic:spPr>
                </pic:pic>
              </a:graphicData>
            </a:graphic>
          </wp:inline>
        </w:drawing>
      </w:r>
    </w:p>
    <w:p>
      <w:r>
        <w:rPr>
          <w:i/>
          <w:color w:val="525252"/>
          <w:sz w:val="17"/>
        </w:rPr>
        <w:t>Figure 32. Hot spot analysis: Equipment faults [80]. Source: Hot spot analysis: Equipment faults (41 features). The data is in the appendix.</w:t>
      </w:r>
    </w:p>
    <w:p>
      <w:pPr>
        <w:jc w:val="center"/>
      </w:pPr>
      <w:r>
        <w:drawing>
          <wp:inline xmlns:a="http://schemas.openxmlformats.org/drawingml/2006/main" xmlns:pic="http://schemas.openxmlformats.org/drawingml/2006/picture">
            <wp:extent cx="5486400" cy="3883152"/>
            <wp:docPr id="33" name="Picture 33"/>
            <wp:cNvGraphicFramePr>
              <a:graphicFrameLocks noChangeAspect="1"/>
            </wp:cNvGraphicFramePr>
            <a:graphic>
              <a:graphicData uri="http://schemas.openxmlformats.org/drawingml/2006/picture">
                <pic:pic>
                  <pic:nvPicPr>
                    <pic:cNvPr id="0" name="051.jpg"/>
                    <pic:cNvPicPr/>
                  </pic:nvPicPr>
                  <pic:blipFill>
                    <a:blip r:embed="rId40"/>
                    <a:stretch>
                      <a:fillRect/>
                    </a:stretch>
                  </pic:blipFill>
                  <pic:spPr>
                    <a:xfrm>
                      <a:off x="0" y="0"/>
                      <a:ext cx="5486400" cy="3883152"/>
                    </a:xfrm>
                    <a:prstGeom prst="rect"/>
                  </pic:spPr>
                </pic:pic>
              </a:graphicData>
            </a:graphic>
          </wp:inline>
        </w:drawing>
      </w:r>
    </w:p>
    <w:p>
      <w:r>
        <w:rPr>
          <w:i/>
          <w:color w:val="525252"/>
          <w:sz w:val="17"/>
        </w:rPr>
        <w:t>Figure 33. Hot spot analysis: Reefer points [81]. Source: Hot spot analysis: Reefer points (62 features). The data is in the appendix.</w:t>
      </w:r>
    </w:p>
    <w:p>
      <w:pPr>
        <w:jc w:val="center"/>
      </w:pPr>
      <w:r>
        <w:drawing>
          <wp:inline xmlns:a="http://schemas.openxmlformats.org/drawingml/2006/main" xmlns:pic="http://schemas.openxmlformats.org/drawingml/2006/picture">
            <wp:extent cx="5486400" cy="2755392"/>
            <wp:docPr id="34" name="Picture 34"/>
            <wp:cNvGraphicFramePr>
              <a:graphicFrameLocks noChangeAspect="1"/>
            </wp:cNvGraphicFramePr>
            <a:graphic>
              <a:graphicData uri="http://schemas.openxmlformats.org/drawingml/2006/picture">
                <pic:pic>
                  <pic:nvPicPr>
                    <pic:cNvPr id="0" name="052.jpg"/>
                    <pic:cNvPicPr/>
                  </pic:nvPicPr>
                  <pic:blipFill>
                    <a:blip r:embed="rId41"/>
                    <a:stretch>
                      <a:fillRect/>
                    </a:stretch>
                  </pic:blipFill>
                  <pic:spPr>
                    <a:xfrm>
                      <a:off x="0" y="0"/>
                      <a:ext cx="5486400" cy="2755392"/>
                    </a:xfrm>
                    <a:prstGeom prst="rect"/>
                  </pic:spPr>
                </pic:pic>
              </a:graphicData>
            </a:graphic>
          </wp:inline>
        </w:drawing>
      </w:r>
    </w:p>
    <w:p>
      <w:r>
        <w:rPr>
          <w:i/>
          <w:color w:val="525252"/>
          <w:sz w:val="17"/>
        </w:rPr>
        <w:t>Figure 34. Hot spot analysis: Truck gate transactions [82]. Period: 2026-08-31 to 2026-09-27 (gate_in_at). Source: Hot spot analysis: Truck gate transactions (2,000 features). The data is in the appendix.</w:t>
      </w:r>
    </w:p>
    <w:p>
      <w:pPr>
        <w:jc w:val="center"/>
      </w:pPr>
      <w:r>
        <w:drawing>
          <wp:inline xmlns:a="http://schemas.openxmlformats.org/drawingml/2006/main" xmlns:pic="http://schemas.openxmlformats.org/drawingml/2006/picture">
            <wp:extent cx="5486400" cy="3596640"/>
            <wp:docPr id="35" name="Picture 35"/>
            <wp:cNvGraphicFramePr>
              <a:graphicFrameLocks noChangeAspect="1"/>
            </wp:cNvGraphicFramePr>
            <a:graphic>
              <a:graphicData uri="http://schemas.openxmlformats.org/drawingml/2006/picture">
                <pic:pic>
                  <pic:nvPicPr>
                    <pic:cNvPr id="0" name="053.jpg"/>
                    <pic:cNvPicPr/>
                  </pic:nvPicPr>
                  <pic:blipFill>
                    <a:blip r:embed="rId42"/>
                    <a:stretch>
                      <a:fillRect/>
                    </a:stretch>
                  </pic:blipFill>
                  <pic:spPr>
                    <a:xfrm>
                      <a:off x="0" y="0"/>
                      <a:ext cx="5486400" cy="3596640"/>
                    </a:xfrm>
                    <a:prstGeom prst="rect"/>
                  </pic:spPr>
                </pic:pic>
              </a:graphicData>
            </a:graphic>
          </wp:inline>
        </w:drawing>
      </w:r>
    </w:p>
    <w:p>
      <w:r>
        <w:rPr>
          <w:i/>
          <w:color w:val="525252"/>
          <w:sz w:val="17"/>
        </w:rPr>
        <w:t>Figure 35. Calculate density: Equipment faults [83]. Source: Calculate density: Equipment faults (284 features). The data is in the appendix.</w:t>
      </w:r>
    </w:p>
    <w:p>
      <w:pPr>
        <w:jc w:val="center"/>
      </w:pPr>
      <w:r>
        <w:drawing>
          <wp:inline xmlns:a="http://schemas.openxmlformats.org/drawingml/2006/main" xmlns:pic="http://schemas.openxmlformats.org/drawingml/2006/picture">
            <wp:extent cx="5486400" cy="3645408"/>
            <wp:docPr id="36" name="Picture 36"/>
            <wp:cNvGraphicFramePr>
              <a:graphicFrameLocks noChangeAspect="1"/>
            </wp:cNvGraphicFramePr>
            <a:graphic>
              <a:graphicData uri="http://schemas.openxmlformats.org/drawingml/2006/picture">
                <pic:pic>
                  <pic:nvPicPr>
                    <pic:cNvPr id="0" name="054.jpg"/>
                    <pic:cNvPicPr/>
                  </pic:nvPicPr>
                  <pic:blipFill>
                    <a:blip r:embed="rId43"/>
                    <a:stretch>
                      <a:fillRect/>
                    </a:stretch>
                  </pic:blipFill>
                  <pic:spPr>
                    <a:xfrm>
                      <a:off x="0" y="0"/>
                      <a:ext cx="5486400" cy="3645408"/>
                    </a:xfrm>
                    <a:prstGeom prst="rect"/>
                  </pic:spPr>
                </pic:pic>
              </a:graphicData>
            </a:graphic>
          </wp:inline>
        </w:drawing>
      </w:r>
    </w:p>
    <w:p>
      <w:r>
        <w:rPr>
          <w:i/>
          <w:color w:val="525252"/>
          <w:sz w:val="17"/>
        </w:rPr>
        <w:t>Figure 36. Calculate density: Reefer points [84]. Source: Calculate density: Reefer points (425 features). The data is in the appendix.</w:t>
      </w:r>
    </w:p>
    <w:p>
      <w:pPr>
        <w:jc w:val="center"/>
      </w:pPr>
      <w:r>
        <w:drawing>
          <wp:inline xmlns:a="http://schemas.openxmlformats.org/drawingml/2006/main" xmlns:pic="http://schemas.openxmlformats.org/drawingml/2006/picture">
            <wp:extent cx="5486400" cy="3608832"/>
            <wp:docPr id="37" name="Picture 37"/>
            <wp:cNvGraphicFramePr>
              <a:graphicFrameLocks noChangeAspect="1"/>
            </wp:cNvGraphicFramePr>
            <a:graphic>
              <a:graphicData uri="http://schemas.openxmlformats.org/drawingml/2006/picture">
                <pic:pic>
                  <pic:nvPicPr>
                    <pic:cNvPr id="0" name="055.jpg"/>
                    <pic:cNvPicPr/>
                  </pic:nvPicPr>
                  <pic:blipFill>
                    <a:blip r:embed="rId44"/>
                    <a:stretch>
                      <a:fillRect/>
                    </a:stretch>
                  </pic:blipFill>
                  <pic:spPr>
                    <a:xfrm>
                      <a:off x="0" y="0"/>
                      <a:ext cx="5486400" cy="3608832"/>
                    </a:xfrm>
                    <a:prstGeom prst="rect"/>
                  </pic:spPr>
                </pic:pic>
              </a:graphicData>
            </a:graphic>
          </wp:inline>
        </w:drawing>
      </w:r>
    </w:p>
    <w:p>
      <w:r>
        <w:rPr>
          <w:i/>
          <w:color w:val="525252"/>
          <w:sz w:val="17"/>
        </w:rPr>
        <w:t>Figure 37. Calculate density: Truck gate transactions [85]. Source: Calculate density: Truck gate transactions (4,119 features). The data is in the appendix.</w:t>
      </w:r>
    </w:p>
    <w:p>
      <w:pPr>
        <w:jc w:val="center"/>
      </w:pPr>
      <w:r>
        <w:drawing>
          <wp:inline xmlns:a="http://schemas.openxmlformats.org/drawingml/2006/main" xmlns:pic="http://schemas.openxmlformats.org/drawingml/2006/picture">
            <wp:extent cx="5486400" cy="7003915"/>
            <wp:docPr id="38" name="Picture 38"/>
            <wp:cNvGraphicFramePr>
              <a:graphicFrameLocks noChangeAspect="1"/>
            </wp:cNvGraphicFramePr>
            <a:graphic>
              <a:graphicData uri="http://schemas.openxmlformats.org/drawingml/2006/picture">
                <pic:pic>
                  <pic:nvPicPr>
                    <pic:cNvPr id="0" name="056.jpg"/>
                    <pic:cNvPicPr/>
                  </pic:nvPicPr>
                  <pic:blipFill>
                    <a:blip r:embed="rId45"/>
                    <a:stretch>
                      <a:fillRect/>
                    </a:stretch>
                  </pic:blipFill>
                  <pic:spPr>
                    <a:xfrm>
                      <a:off x="0" y="0"/>
                      <a:ext cx="5486400" cy="7003915"/>
                    </a:xfrm>
                    <a:prstGeom prst="rect"/>
                  </pic:spPr>
                </pic:pic>
              </a:graphicData>
            </a:graphic>
          </wp:inline>
        </w:drawing>
      </w:r>
    </w:p>
    <w:p>
      <w:r>
        <w:rPr>
          <w:i/>
          <w:color w:val="525252"/>
          <w:sz w:val="17"/>
        </w:rPr>
        <w:t>Figure 38. Find point clusters: Equipment faults [86]. Period: 2026-06-01 to 2026-09-30 (date). Source: Find point clusters: Equipment faults (260 features). The data is in the appendix.</w:t>
      </w:r>
    </w:p>
    <w:p>
      <w:pPr>
        <w:jc w:val="center"/>
      </w:pPr>
      <w:r>
        <w:drawing>
          <wp:inline xmlns:a="http://schemas.openxmlformats.org/drawingml/2006/main" xmlns:pic="http://schemas.openxmlformats.org/drawingml/2006/picture">
            <wp:extent cx="5486400" cy="6745574"/>
            <wp:docPr id="39" name="Picture 39"/>
            <wp:cNvGraphicFramePr>
              <a:graphicFrameLocks noChangeAspect="1"/>
            </wp:cNvGraphicFramePr>
            <a:graphic>
              <a:graphicData uri="http://schemas.openxmlformats.org/drawingml/2006/picture">
                <pic:pic>
                  <pic:nvPicPr>
                    <pic:cNvPr id="0" name="057.jpg"/>
                    <pic:cNvPicPr/>
                  </pic:nvPicPr>
                  <pic:blipFill>
                    <a:blip r:embed="rId46"/>
                    <a:stretch>
                      <a:fillRect/>
                    </a:stretch>
                  </pic:blipFill>
                  <pic:spPr>
                    <a:xfrm>
                      <a:off x="0" y="0"/>
                      <a:ext cx="5486400" cy="6745574"/>
                    </a:xfrm>
                    <a:prstGeom prst="rect"/>
                  </pic:spPr>
                </pic:pic>
              </a:graphicData>
            </a:graphic>
          </wp:inline>
        </w:drawing>
      </w:r>
    </w:p>
    <w:p>
      <w:r>
        <w:rPr>
          <w:i/>
          <w:color w:val="525252"/>
          <w:sz w:val="17"/>
        </w:rPr>
        <w:t>Figure 39. Find point clusters: cluster hulls [87]. Source: Find point clusters: cluster hulls (21 features). The data is in the appendix.</w:t>
      </w:r>
    </w:p>
    <w:p>
      <w:pPr>
        <w:jc w:val="center"/>
      </w:pPr>
      <w:r>
        <w:drawing>
          <wp:inline xmlns:a="http://schemas.openxmlformats.org/drawingml/2006/main" xmlns:pic="http://schemas.openxmlformats.org/drawingml/2006/picture">
            <wp:extent cx="5486400" cy="1908048"/>
            <wp:docPr id="40" name="Picture 40"/>
            <wp:cNvGraphicFramePr>
              <a:graphicFrameLocks noChangeAspect="1"/>
            </wp:cNvGraphicFramePr>
            <a:graphic>
              <a:graphicData uri="http://schemas.openxmlformats.org/drawingml/2006/picture">
                <pic:pic>
                  <pic:nvPicPr>
                    <pic:cNvPr id="0" name="058.jpg"/>
                    <pic:cNvPicPr/>
                  </pic:nvPicPr>
                  <pic:blipFill>
                    <a:blip r:embed="rId47"/>
                    <a:stretch>
                      <a:fillRect/>
                    </a:stretch>
                  </pic:blipFill>
                  <pic:spPr>
                    <a:xfrm>
                      <a:off x="0" y="0"/>
                      <a:ext cx="5486400" cy="1908048"/>
                    </a:xfrm>
                    <a:prstGeom prst="rect"/>
                  </pic:spPr>
                </pic:pic>
              </a:graphicData>
            </a:graphic>
          </wp:inline>
        </w:drawing>
      </w:r>
    </w:p>
    <w:p>
      <w:r>
        <w:rPr>
          <w:i/>
          <w:color w:val="525252"/>
          <w:sz w:val="17"/>
        </w:rPr>
        <w:t>Figure 40. Find point clusters: Reefer points [88]. Source: Find point clusters: Reefer points (100 features). The data is in the appendix.</w:t>
      </w:r>
    </w:p>
    <w:p>
      <w:pPr>
        <w:jc w:val="center"/>
      </w:pPr>
      <w:r>
        <w:drawing>
          <wp:inline xmlns:a="http://schemas.openxmlformats.org/drawingml/2006/main" xmlns:pic="http://schemas.openxmlformats.org/drawingml/2006/picture">
            <wp:extent cx="5486400" cy="1658112"/>
            <wp:docPr id="41" name="Picture 41"/>
            <wp:cNvGraphicFramePr>
              <a:graphicFrameLocks noChangeAspect="1"/>
            </wp:cNvGraphicFramePr>
            <a:graphic>
              <a:graphicData uri="http://schemas.openxmlformats.org/drawingml/2006/picture">
                <pic:pic>
                  <pic:nvPicPr>
                    <pic:cNvPr id="0" name="059.jpg"/>
                    <pic:cNvPicPr/>
                  </pic:nvPicPr>
                  <pic:blipFill>
                    <a:blip r:embed="rId48"/>
                    <a:stretch>
                      <a:fillRect/>
                    </a:stretch>
                  </pic:blipFill>
                  <pic:spPr>
                    <a:xfrm>
                      <a:off x="0" y="0"/>
                      <a:ext cx="5486400" cy="1658112"/>
                    </a:xfrm>
                    <a:prstGeom prst="rect"/>
                  </pic:spPr>
                </pic:pic>
              </a:graphicData>
            </a:graphic>
          </wp:inline>
        </w:drawing>
      </w:r>
    </w:p>
    <w:p>
      <w:r>
        <w:rPr>
          <w:i/>
          <w:color w:val="525252"/>
          <w:sz w:val="17"/>
        </w:rPr>
        <w:t>Figure 41. Find point clusters: cluster hulls [89]. Source: Find point clusters: cluster hulls (1 features). The data is in the appendix.</w:t>
      </w:r>
    </w:p>
    <w:p>
      <w:pPr>
        <w:jc w:val="center"/>
      </w:pPr>
      <w:r>
        <w:drawing>
          <wp:inline xmlns:a="http://schemas.openxmlformats.org/drawingml/2006/main" xmlns:pic="http://schemas.openxmlformats.org/drawingml/2006/picture">
            <wp:extent cx="5486400" cy="1908048"/>
            <wp:docPr id="42" name="Picture 42"/>
            <wp:cNvGraphicFramePr>
              <a:graphicFrameLocks noChangeAspect="1"/>
            </wp:cNvGraphicFramePr>
            <a:graphic>
              <a:graphicData uri="http://schemas.openxmlformats.org/drawingml/2006/picture">
                <pic:pic>
                  <pic:nvPicPr>
                    <pic:cNvPr id="0" name="060.jpg"/>
                    <pic:cNvPicPr/>
                  </pic:nvPicPr>
                  <pic:blipFill>
                    <a:blip r:embed="rId49"/>
                    <a:stretch>
                      <a:fillRect/>
                    </a:stretch>
                  </pic:blipFill>
                  <pic:spPr>
                    <a:xfrm>
                      <a:off x="0" y="0"/>
                      <a:ext cx="5486400" cy="1908048"/>
                    </a:xfrm>
                    <a:prstGeom prst="rect"/>
                  </pic:spPr>
                </pic:pic>
              </a:graphicData>
            </a:graphic>
          </wp:inline>
        </w:drawing>
      </w:r>
    </w:p>
    <w:p>
      <w:r>
        <w:rPr>
          <w:i/>
          <w:color w:val="525252"/>
          <w:sz w:val="17"/>
        </w:rPr>
        <w:t>Figure 42. Find point clusters: Truck gate transactions [90]. Period: 2026-08-31 to 2026-09-27 (gate_in_at). Source: Find point clusters: Truck gate transactions (2,000 features). The data is in the appendix.</w:t>
      </w:r>
    </w:p>
    <w:p>
      <w:pPr>
        <w:jc w:val="center"/>
      </w:pPr>
      <w:r>
        <w:drawing>
          <wp:inline xmlns:a="http://schemas.openxmlformats.org/drawingml/2006/main" xmlns:pic="http://schemas.openxmlformats.org/drawingml/2006/picture">
            <wp:extent cx="5486400" cy="1658112"/>
            <wp:docPr id="43" name="Picture 43"/>
            <wp:cNvGraphicFramePr>
              <a:graphicFrameLocks noChangeAspect="1"/>
            </wp:cNvGraphicFramePr>
            <a:graphic>
              <a:graphicData uri="http://schemas.openxmlformats.org/drawingml/2006/picture">
                <pic:pic>
                  <pic:nvPicPr>
                    <pic:cNvPr id="0" name="059.jpg"/>
                    <pic:cNvPicPr/>
                  </pic:nvPicPr>
                  <pic:blipFill>
                    <a:blip r:embed="rId48"/>
                    <a:stretch>
                      <a:fillRect/>
                    </a:stretch>
                  </pic:blipFill>
                  <pic:spPr>
                    <a:xfrm>
                      <a:off x="0" y="0"/>
                      <a:ext cx="5486400" cy="1658112"/>
                    </a:xfrm>
                    <a:prstGeom prst="rect"/>
                  </pic:spPr>
                </pic:pic>
              </a:graphicData>
            </a:graphic>
          </wp:inline>
        </w:drawing>
      </w:r>
    </w:p>
    <w:p>
      <w:r>
        <w:rPr>
          <w:i/>
          <w:color w:val="525252"/>
          <w:sz w:val="17"/>
        </w:rPr>
        <w:t>Figure 43. Find point clusters: cluster hulls [91]. Source: Find point clusters: cluster hulls (1 features). The data is in the appendix.</w:t>
      </w:r>
    </w:p>
    <w:p>
      <w:pPr>
        <w:jc w:val="center"/>
      </w:pPr>
      <w:r>
        <w:drawing>
          <wp:inline xmlns:a="http://schemas.openxmlformats.org/drawingml/2006/main" xmlns:pic="http://schemas.openxmlformats.org/drawingml/2006/picture">
            <wp:extent cx="5486400" cy="5291328"/>
            <wp:docPr id="44" name="Picture 44"/>
            <wp:cNvGraphicFramePr>
              <a:graphicFrameLocks noChangeAspect="1"/>
            </wp:cNvGraphicFramePr>
            <a:graphic>
              <a:graphicData uri="http://schemas.openxmlformats.org/drawingml/2006/picture">
                <pic:pic>
                  <pic:nvPicPr>
                    <pic:cNvPr id="0" name="062.jpg"/>
                    <pic:cNvPicPr/>
                  </pic:nvPicPr>
                  <pic:blipFill>
                    <a:blip r:embed="rId50"/>
                    <a:stretch>
                      <a:fillRect/>
                    </a:stretch>
                  </pic:blipFill>
                  <pic:spPr>
                    <a:xfrm>
                      <a:off x="0" y="0"/>
                      <a:ext cx="5486400" cy="5291328"/>
                    </a:xfrm>
                    <a:prstGeom prst="rect"/>
                  </pic:spPr>
                </pic:pic>
              </a:graphicData>
            </a:graphic>
          </wp:inline>
        </w:drawing>
      </w:r>
    </w:p>
    <w:p>
      <w:r>
        <w:rPr>
          <w:i/>
          <w:color w:val="525252"/>
          <w:sz w:val="17"/>
        </w:rPr>
        <w:t>Figure 44. Find outliers: Yard zones [92]. Source: Find outliers: Yard zones (30 features). The data is in the appendix.</w:t>
      </w:r>
    </w:p>
    <w:p>
      <w:pPr>
        <w:jc w:val="center"/>
      </w:pPr>
      <w:r>
        <w:drawing>
          <wp:inline xmlns:a="http://schemas.openxmlformats.org/drawingml/2006/main" xmlns:pic="http://schemas.openxmlformats.org/drawingml/2006/picture">
            <wp:extent cx="5486400" cy="3950208"/>
            <wp:docPr id="45" name="Picture 45"/>
            <wp:cNvGraphicFramePr>
              <a:graphicFrameLocks noChangeAspect="1"/>
            </wp:cNvGraphicFramePr>
            <a:graphic>
              <a:graphicData uri="http://schemas.openxmlformats.org/drawingml/2006/picture">
                <pic:pic>
                  <pic:nvPicPr>
                    <pic:cNvPr id="0" name="063.jpg"/>
                    <pic:cNvPicPr/>
                  </pic:nvPicPr>
                  <pic:blipFill>
                    <a:blip r:embed="rId51"/>
                    <a:stretch>
                      <a:fillRect/>
                    </a:stretch>
                  </pic:blipFill>
                  <pic:spPr>
                    <a:xfrm>
                      <a:off x="0" y="0"/>
                      <a:ext cx="5486400" cy="3950208"/>
                    </a:xfrm>
                    <a:prstGeom prst="rect"/>
                  </pic:spPr>
                </pic:pic>
              </a:graphicData>
            </a:graphic>
          </wp:inline>
        </w:drawing>
      </w:r>
    </w:p>
    <w:p>
      <w:r>
        <w:rPr>
          <w:i/>
          <w:color w:val="525252"/>
          <w:sz w:val="17"/>
        </w:rPr>
        <w:t>Figure 45. Find point clusters: Truck gate transactions over time [93]. Per day, 2026-08-31 to 2026-09-27. Source: Find point clusters: Truck gate transactions (2,000 features). The data is in the appendix.</w:t>
      </w:r>
    </w:p>
    <w:p>
      <w:pPr>
        <w:jc w:val="center"/>
      </w:pPr>
      <w:r>
        <w:drawing>
          <wp:inline xmlns:a="http://schemas.openxmlformats.org/drawingml/2006/main" xmlns:pic="http://schemas.openxmlformats.org/drawingml/2006/picture">
            <wp:extent cx="5486400" cy="3816096"/>
            <wp:docPr id="46" name="Picture 46"/>
            <wp:cNvGraphicFramePr>
              <a:graphicFrameLocks noChangeAspect="1"/>
            </wp:cNvGraphicFramePr>
            <a:graphic>
              <a:graphicData uri="http://schemas.openxmlformats.org/drawingml/2006/picture">
                <pic:pic>
                  <pic:nvPicPr>
                    <pic:cNvPr id="0" name="064.jpg"/>
                    <pic:cNvPicPr/>
                  </pic:nvPicPr>
                  <pic:blipFill>
                    <a:blip r:embed="rId52"/>
                    <a:stretch>
                      <a:fillRect/>
                    </a:stretch>
                  </pic:blipFill>
                  <pic:spPr>
                    <a:xfrm>
                      <a:off x="0" y="0"/>
                      <a:ext cx="5486400" cy="3816096"/>
                    </a:xfrm>
                    <a:prstGeom prst="rect"/>
                  </pic:spPr>
                </pic:pic>
              </a:graphicData>
            </a:graphic>
          </wp:inline>
        </w:drawing>
      </w:r>
    </w:p>
    <w:p>
      <w:r>
        <w:rPr>
          <w:i/>
          <w:color w:val="525252"/>
          <w:sz w:val="17"/>
        </w:rPr>
        <w:t>Figure 46. Find point clusters: Equipment faults over time [94]. Per week, 2026-06-01 to 2026-09-28. Source: Find point clusters: Equipment faults (260 features). The data is in the appendix.</w:t>
      </w:r>
    </w:p>
    <w:p>
      <w:pPr>
        <w:jc w:val="center"/>
      </w:pPr>
      <w:r>
        <w:drawing>
          <wp:inline xmlns:a="http://schemas.openxmlformats.org/drawingml/2006/main" xmlns:pic="http://schemas.openxmlformats.org/drawingml/2006/picture">
            <wp:extent cx="5486400" cy="3950208"/>
            <wp:docPr id="47" name="Picture 47"/>
            <wp:cNvGraphicFramePr>
              <a:graphicFrameLocks noChangeAspect="1"/>
            </wp:cNvGraphicFramePr>
            <a:graphic>
              <a:graphicData uri="http://schemas.openxmlformats.org/drawingml/2006/picture">
                <pic:pic>
                  <pic:nvPicPr>
                    <pic:cNvPr id="0" name="065.jpg"/>
                    <pic:cNvPicPr/>
                  </pic:nvPicPr>
                  <pic:blipFill>
                    <a:blip r:embed="rId53"/>
                    <a:stretch>
                      <a:fillRect/>
                    </a:stretch>
                  </pic:blipFill>
                  <pic:spPr>
                    <a:xfrm>
                      <a:off x="0" y="0"/>
                      <a:ext cx="5486400" cy="3950208"/>
                    </a:xfrm>
                    <a:prstGeom prst="rect"/>
                  </pic:spPr>
                </pic:pic>
              </a:graphicData>
            </a:graphic>
          </wp:inline>
        </w:drawing>
      </w:r>
    </w:p>
    <w:p>
      <w:r>
        <w:rPr>
          <w:i/>
          <w:color w:val="525252"/>
          <w:sz w:val="17"/>
        </w:rPr>
        <w:t>Figure 47. Hot spot analysis: Truck gate transactions over time [95]. Per day, 2026-08-31 to 2026-09-27. Source: Hot spot analysis: Truck gate transactions (2,000 features). The data is in the appendix.</w:t>
      </w:r>
    </w:p>
    <w:p>
      <w:pPr>
        <w:jc w:val="center"/>
      </w:pPr>
      <w:r>
        <w:drawing>
          <wp:inline xmlns:a="http://schemas.openxmlformats.org/drawingml/2006/main" xmlns:pic="http://schemas.openxmlformats.org/drawingml/2006/picture">
            <wp:extent cx="5486400" cy="3816096"/>
            <wp:docPr id="48" name="Picture 48"/>
            <wp:cNvGraphicFramePr>
              <a:graphicFrameLocks noChangeAspect="1"/>
            </wp:cNvGraphicFramePr>
            <a:graphic>
              <a:graphicData uri="http://schemas.openxmlformats.org/drawingml/2006/picture">
                <pic:pic>
                  <pic:nvPicPr>
                    <pic:cNvPr id="0" name="046.jpg"/>
                    <pic:cNvPicPr/>
                  </pic:nvPicPr>
                  <pic:blipFill>
                    <a:blip r:embed="rId36"/>
                    <a:stretch>
                      <a:fillRect/>
                    </a:stretch>
                  </pic:blipFill>
                  <pic:spPr>
                    <a:xfrm>
                      <a:off x="0" y="0"/>
                      <a:ext cx="5486400" cy="3816096"/>
                    </a:xfrm>
                    <a:prstGeom prst="rect"/>
                  </pic:spPr>
                </pic:pic>
              </a:graphicData>
            </a:graphic>
          </wp:inline>
        </w:drawing>
      </w:r>
    </w:p>
    <w:p>
      <w:r>
        <w:rPr>
          <w:i/>
          <w:color w:val="525252"/>
          <w:sz w:val="17"/>
        </w:rPr>
        <w:t>Figure 48. Repeat and near repeat classification: Equipment faults over time [96]. Per week, 2026-06-01 to 2026-09-28. Source: Repeat and near repeat classification: Equipment faults (260 features). The data is in the appendix.</w:t>
      </w:r>
    </w:p>
    <w:p>
      <w:pPr>
        <w:pStyle w:val="Heading1"/>
      </w:pPr>
      <w:r>
        <w:t>Changes since the last run</w:t>
      </w:r>
    </w:p>
    <w:p>
      <w:r>
        <w:t>This is the first report of this project.</w:t>
      </w:r>
    </w:p>
    <w:p>
      <w:pPr>
        <w:pStyle w:val="Heading1"/>
      </w:pPr>
      <w:r>
        <w:t>Sources</w:t>
      </w:r>
    </w:p>
    <w:p>
      <w:pPr>
        <w:spacing w:after="40"/>
      </w:pPr>
      <w:r>
        <w:t>[1] Rendering: Chart: Timeline: events per week by dataset. 108 rows (id 11047c75-2b19-47cd-a59a-f0cbb048b5c8)</w:t>
      </w:r>
    </w:p>
    <w:p>
      <w:pPr>
        <w:spacing w:after="40"/>
      </w:pPr>
      <w:r>
        <w:t>[2] Dataset: Truck gate transactions. vector, 2000 rows (id 9df2b234-4fbe-485c-b46c-b4c3ecee1bca)</w:t>
      </w:r>
    </w:p>
    <w:p>
      <w:pPr>
        <w:spacing w:after="40"/>
      </w:pPr>
      <w:r>
        <w:t>[3] Dataset: Equipment faults. vector, 260 rows (id 2ac95106-0af7-4a53-9a75-a8bae7f1278e)</w:t>
      </w:r>
    </w:p>
    <w:p>
      <w:pPr>
        <w:spacing w:after="40"/>
      </w:pPr>
      <w:r>
        <w:t>[4] Dataset: Berth calls. table, 360 rows (id 40ffa1b1-7e33-45bd-b8ea-a135c7f8a900)</w:t>
      </w:r>
    </w:p>
    <w:p>
      <w:pPr>
        <w:spacing w:after="40"/>
      </w:pPr>
      <w:r>
        <w:t>[5] Dataset: Yard inventory by day. table, 840 rows (id 708007f4-4b4d-43d1-ac33-89c5e52f4d38)</w:t>
      </w:r>
    </w:p>
    <w:p>
      <w:pPr>
        <w:spacing w:after="40"/>
      </w:pPr>
      <w:r>
        <w:t>[6] Catalog: Emerging hot spots (operation catalog, gp_space_time_hot_spots). Where hot spots are new, consecutive, intensifying, persistent, diminishing, sporadic, oscillating or historical over time. ArcGIS: Emerging Hot Spot Analysis, Create Space Time Cube. (id gp_space_time_hot_spots)</w:t>
      </w:r>
    </w:p>
    <w:p>
      <w:pPr>
        <w:spacing w:after="40"/>
      </w:pPr>
      <w:r>
        <w:t>[7] Plan: Space time hot spots of Equipment faults (the Start plan's candidate c_b58984834921). Equipment faults carry dates in 'date': emerging hot spot analysis finds new, intensifying and fading hot spots per week. (id d9ee6452-a1f6-426a-aaab-e0d1b69d7593:c_b58984834921)</w:t>
      </w:r>
    </w:p>
    <w:p>
      <w:pPr>
        <w:spacing w:after="40"/>
      </w:pPr>
      <w:r>
        <w:t>[8] Tool result: gp_space_time_hot_spots, step 0. Emerging hot spots: 1 layer saved: Emerging hot spots: Equipment faults (22 features). (id e40e3bed-16aa-4055-8346-9c7ae3dd0e1c:0)</w:t>
      </w:r>
    </w:p>
    <w:p>
      <w:pPr>
        <w:spacing w:after="40"/>
      </w:pPr>
      <w:r>
        <w:t>[9] Layer: Equipment faults. 260 features (id 790b76cb-eb78-4e79-8c01-68b3710ce26d)</w:t>
      </w:r>
    </w:p>
    <w:p>
      <w:pPr>
        <w:spacing w:after="40"/>
      </w:pPr>
      <w:r>
        <w:t>[10] Plan: Space time hot spots of Truck gate transactions (the Start plan's candidate c_eca8ebc5b6ec). Truck gate transactions carry dates in 'gate_in_at': emerging hot spot analysis finds new, intensifying and fading hot spots per day. (id d9ee6452-a1f6-426a-aaab-e0d1b69d7593:c_eca8ebc5b6ec)</w:t>
      </w:r>
    </w:p>
    <w:p>
      <w:pPr>
        <w:spacing w:after="40"/>
      </w:pPr>
      <w:r>
        <w:t>[11] Tool result: gp_space_time_hot_spots, step 1. Emerging hot spots: 1 layer saved: Emerging hot spots: Truck gate transactions (111 features). (id e40e3bed-16aa-4055-8346-9c7ae3dd0e1c:1)</w:t>
      </w:r>
    </w:p>
    <w:p>
      <w:pPr>
        <w:spacing w:after="40"/>
      </w:pPr>
      <w:r>
        <w:t>[12] Layer: Truck gate transactions. 2,000 features (id b9f2750d-cff0-415b-a399-c427801b3164)</w:t>
      </w:r>
    </w:p>
    <w:p>
      <w:pPr>
        <w:spacing w:after="40"/>
      </w:pPr>
      <w:r>
        <w:t>[13] Catalog: Repeat and near repeat classification (operation catalog, gp_near_repeat). Classify incidents as originators, repeats (same place) or near repeats within a distance and time window, with a Knox test table. ArcGIS: Repeat and Near Repeat Classification, Near Repeat Calculator. (id gp_near_repeat)</w:t>
      </w:r>
    </w:p>
    <w:p>
      <w:pPr>
        <w:spacing w:after="40"/>
      </w:pPr>
      <w:r>
        <w:t>[14] Plan: Near repeat of Equipment faults (the Start plan's candidate c_76cc00de2abd). Near repeat analysis tests whether Equipment faults close in space also follow each other within 12 days. (id d9ee6452-a1f6-426a-aaab-e0d1b69d7593:c_76cc00de2abd)</w:t>
      </w:r>
    </w:p>
    <w:p>
      <w:pPr>
        <w:spacing w:after="40"/>
      </w:pPr>
      <w:r>
        <w:t>[15] Tool result: gp_near_repeat, step 2. Repeat and near repeat classification: 1 layer saved: Repeat and near repeat classification: Equipment faults (260 features). (id e40e3bed-16aa-4055-8346-9c7ae3dd0e1c:2)</w:t>
      </w:r>
    </w:p>
    <w:p>
      <w:pPr>
        <w:spacing w:after="40"/>
      </w:pPr>
      <w:r>
        <w:t>[16] Catalog: Summarize within (operation catalog, gp_summarize_within). Count and aggregate the features inside each polygon (or bin), proportionally for lines and polygons. ArcGIS: Summarize Within, Aggregate Points. QGIS: native:countpointsinpolygon, native:sumlinelengths. (id gp_summarize_within)</w:t>
      </w:r>
    </w:p>
    <w:p>
      <w:pPr>
        <w:spacing w:after="40"/>
      </w:pPr>
      <w:r>
        <w:t>[17] Plan: Equipment faults per feature of Yard zones (the Start plan's candidate c_aa826c0e2c95). Count Equipment faults inside each feature of Yard zones by system; the counts map as a choropleth (natural breaks, sequential colors). (id d9ee6452-a1f6-426a-aaab-e0d1b69d7593:c_aa826c0e2c95)</w:t>
      </w:r>
    </w:p>
    <w:p>
      <w:pPr>
        <w:spacing w:after="40"/>
      </w:pPr>
      <w:r>
        <w:t>[18] Tool result: gp_summarize_within, step 0. Summarize within: 1 layer saved: Summarize within: Yard zones (30 features). (id b81a9a7d-e780-4bbd-a071-25593dafe30b:0)</w:t>
      </w:r>
    </w:p>
    <w:p>
      <w:pPr>
        <w:spacing w:after="40"/>
      </w:pPr>
      <w:r>
        <w:t>[19] Layer: Yard zones. 30 features (id 0b9931a6-3451-4c38-97e1-e2d0b0d2e6c0)</w:t>
      </w:r>
    </w:p>
    <w:p>
      <w:pPr>
        <w:spacing w:after="40"/>
      </w:pPr>
      <w:r>
        <w:t>[20] Tool result: gp_summarize_within, step 1. Summarize within: 1 layer saved: Summarize within: Yard zones (30 features). (id b81a9a7d-e780-4bbd-a071-25593dafe30b:1)</w:t>
      </w:r>
    </w:p>
    <w:p>
      <w:pPr>
        <w:spacing w:after="40"/>
      </w:pPr>
      <w:r>
        <w:t>[21] Layer: Reefer points. 100 features (id 73835122-ec06-4a26-a127-ab201cf379e6)</w:t>
      </w:r>
    </w:p>
    <w:p>
      <w:pPr>
        <w:spacing w:after="40"/>
      </w:pPr>
      <w:r>
        <w:t>[22] Tool result: gp_summarize_within, step 2. Summarize within: 1 layer saved: Summarize within: Yard zones (30 features). (id b81a9a7d-e780-4bbd-a071-25593dafe30b:2)</w:t>
      </w:r>
    </w:p>
    <w:p>
      <w:pPr>
        <w:spacing w:after="40"/>
      </w:pPr>
      <w:r>
        <w:t>[23] Catalog: Hot spot analysis (operation catalog, gp_hot_spots). Getis-Ord Gi* hot and cold spots with z-scores, p-values and confidence bins. ArcGIS: Find Hot Spots, Hot Spot Analysis (Getis-Ord Gi*). QGIS: qgis:hotspot (plugin). (id gp_hot_spots)</w:t>
      </w:r>
    </w:p>
    <w:p>
      <w:pPr>
        <w:spacing w:after="40"/>
      </w:pPr>
      <w:r>
        <w:t>[24] Plan: Hot spots of Equipment faults (the Start plan's candidate c_0641eeca6054). 260 points: Getis-Ord Gi* tests whether the concentrations in Equipment faults are statistically significant. (id d9ee6452-a1f6-426a-aaab-e0d1b69d7593:c_0641eeca6054)</w:t>
      </w:r>
    </w:p>
    <w:p>
      <w:pPr>
        <w:spacing w:after="40"/>
      </w:pPr>
      <w:r>
        <w:t>[25] Tool result: gp_hot_spots, step 0. Hot spot analysis: 1 layer saved: Hot spot analysis: Equipment faults (41 features). (id d0ec0f48-d207-4e62-856c-316d57d7454a:0)</w:t>
      </w:r>
    </w:p>
    <w:p>
      <w:pPr>
        <w:spacing w:after="40"/>
      </w:pPr>
      <w:r>
        <w:t>[26] Plan: Hot spots of Reefer points (the Start plan's candidate c_810f1d99b7e9). 100 points: Getis-Ord Gi* tests whether the concentrations in Reefer points are statistically significant. (id d9ee6452-a1f6-426a-aaab-e0d1b69d7593:c_810f1d99b7e9)</w:t>
      </w:r>
    </w:p>
    <w:p>
      <w:pPr>
        <w:spacing w:after="40"/>
      </w:pPr>
      <w:r>
        <w:t>[27] Tool result: gp_hot_spots, step 1. Hot spot analysis: 1 layer saved: Hot spot analysis: Reefer points (62 features). (id d0ec0f48-d207-4e62-856c-316d57d7454a:1)</w:t>
      </w:r>
    </w:p>
    <w:p>
      <w:pPr>
        <w:spacing w:after="40"/>
      </w:pPr>
      <w:r>
        <w:t>[28] Plan: Hot spots of Truck gate transactions (the Start plan's candidate c_e8db5dd726f1). 2000 points: Getis-Ord Gi* tests whether the concentrations in Truck gate transactions are statistically significant. (id d9ee6452-a1f6-426a-aaab-e0d1b69d7593:c_e8db5dd726f1)</w:t>
      </w:r>
    </w:p>
    <w:p>
      <w:pPr>
        <w:spacing w:after="40"/>
      </w:pPr>
      <w:r>
        <w:t>[29] Tool result: gp_hot_spots, step 2. Hot spot analysis: 1 layer saved: Hot spot analysis: Truck gate transactions (2000 features). (id d0ec0f48-d207-4e62-856c-316d57d7454a:2)</w:t>
      </w:r>
    </w:p>
    <w:p>
      <w:pPr>
        <w:spacing w:after="40"/>
      </w:pPr>
      <w:r>
        <w:t>[30] Catalog: Calculate density (operation catalog, gp_calculate_density). Kernel density per square kilometer on a grid. ArcGIS: Calculate Density, Kernel Density. QGIS: native:heatmapkerneldensityestimation. (id gp_calculate_density)</w:t>
      </w:r>
    </w:p>
    <w:p>
      <w:pPr>
        <w:spacing w:after="40"/>
      </w:pPr>
      <w:r>
        <w:t>[31] Plan: Kernel density of Equipment faults (the Start plan's candidate c_0a821ea91d7a). 260 points in Equipment faults: a density surface shows where they concentrate. (id d9ee6452-a1f6-426a-aaab-e0d1b69d7593:c_0a821ea91d7a)</w:t>
      </w:r>
    </w:p>
    <w:p>
      <w:pPr>
        <w:spacing w:after="40"/>
      </w:pPr>
      <w:r>
        <w:t>[32] Tool result: gp_calculate_density, step 0. Calculate density: 1 layer saved: Calculate density: Equipment faults (284 features). (id 3f35f607-29ba-44fe-827e-7ba7fd8f461d:0)</w:t>
      </w:r>
    </w:p>
    <w:p>
      <w:pPr>
        <w:spacing w:after="40"/>
      </w:pPr>
      <w:r>
        <w:t>[33] Plan: Kernel density of Reefer points (the Start plan's candidate c_33d00d793c5e). 100 points in Reefer points: a density surface shows where they concentrate. (id d9ee6452-a1f6-426a-aaab-e0d1b69d7593:c_33d00d793c5e)</w:t>
      </w:r>
    </w:p>
    <w:p>
      <w:pPr>
        <w:spacing w:after="40"/>
      </w:pPr>
      <w:r>
        <w:t>[34] Tool result: gp_calculate_density, step 1. Calculate density: 1 layer saved: Calculate density: Reefer points (425 features). (id 3f35f607-29ba-44fe-827e-7ba7fd8f461d:1)</w:t>
      </w:r>
    </w:p>
    <w:p>
      <w:pPr>
        <w:spacing w:after="40"/>
      </w:pPr>
      <w:r>
        <w:t>[35] Plan: Kernel density of Truck gate transactions (the Start plan's candidate c_95387e3fbe3a). 2000 points in Truck gate transactions: a density surface shows where they concentrate. (id d9ee6452-a1f6-426a-aaab-e0d1b69d7593:c_95387e3fbe3a)</w:t>
      </w:r>
    </w:p>
    <w:p>
      <w:pPr>
        <w:spacing w:after="40"/>
      </w:pPr>
      <w:r>
        <w:t>[36] Tool result: gp_calculate_density, step 2. Calculate density: 1 layer saved: Calculate density: Truck gate transactions (4119 features). (id 3f35f607-29ba-44fe-827e-7ba7fd8f461d:2)</w:t>
      </w:r>
    </w:p>
    <w:p>
      <w:pPr>
        <w:spacing w:after="40"/>
      </w:pPr>
      <w:r>
        <w:t>[37] Catalog: Find point clusters (operation catalog, gp_find_point_clusters). Density-based clusters (DBSCAN, HDBSCAN or OPTICS, optionally space-time) with hulls and noise. ArcGIS: Find Point Clusters, Density-based Clustering. QGIS: native:dbscanclustering, native:stdbscanclustering. (id gp_find_point_clusters)</w:t>
      </w:r>
    </w:p>
    <w:p>
      <w:pPr>
        <w:spacing w:after="40"/>
      </w:pPr>
      <w:r>
        <w:t>[38] Plan: Cluster points of Equipment faults (the Start plan's candidate c_cd3c95b593b8). DBSCAN finds dense groups of Equipment faults and separates noise. (id d9ee6452-a1f6-426a-aaab-e0d1b69d7593:c_cd3c95b593b8)</w:t>
      </w:r>
    </w:p>
    <w:p>
      <w:pPr>
        <w:spacing w:after="40"/>
      </w:pPr>
      <w:r>
        <w:t>[39] Tool result: gp_find_point_clusters, step 0. Find point clusters: 2 layers saved: Find point clusters: Equipment faults (260 features); Find point clusters: cluster hulls (21 features). (id b0f8aa2c-db45-4d83-9fff-4f2b75bd614c:0)</w:t>
      </w:r>
    </w:p>
    <w:p>
      <w:pPr>
        <w:spacing w:after="40"/>
      </w:pPr>
      <w:r>
        <w:t>[40] Plan: Cluster points of Reefer points (the Start plan's candidate c_17c598621b07). DBSCAN finds dense groups of Reefer points and separates noise. (id d9ee6452-a1f6-426a-aaab-e0d1b69d7593:c_17c598621b07)</w:t>
      </w:r>
    </w:p>
    <w:p>
      <w:pPr>
        <w:spacing w:after="40"/>
      </w:pPr>
      <w:r>
        <w:t>[41] Tool result: gp_find_point_clusters, step 1. Find point clusters: 2 layers saved: Find point clusters: Reefer points (100 features); Find point clusters: cluster hulls (1 feature). (id b0f8aa2c-db45-4d83-9fff-4f2b75bd614c:1)</w:t>
      </w:r>
    </w:p>
    <w:p>
      <w:pPr>
        <w:spacing w:after="40"/>
      </w:pPr>
      <w:r>
        <w:t>[42] Plan: Cluster points of Truck gate transactions (the Start plan's candidate c_57a67cafe160). DBSCAN finds dense groups of Truck gate transactions and separates noise. (id d9ee6452-a1f6-426a-aaab-e0d1b69d7593:c_57a67cafe160)</w:t>
      </w:r>
    </w:p>
    <w:p>
      <w:pPr>
        <w:spacing w:after="40"/>
      </w:pPr>
      <w:r>
        <w:t>[43] Tool result: gp_find_point_clusters, step 2. Find point clusters: 2 layers saved: Find point clusters: Truck gate transactions (2000 features); Find point clusters: cluster hulls (1 feature). (id b0f8aa2c-db45-4d83-9fff-4f2b75bd614c:2)</w:t>
      </w:r>
    </w:p>
    <w:p>
      <w:pPr>
        <w:spacing w:after="40"/>
      </w:pPr>
      <w:r>
        <w:t>[44] Catalog: Find outliers (operation catalog, gp_outliers). Anselin local Moran’s I: HH, LL clusters and HL, LH outliers. ArcGIS: Find Outliers, Cluster and Outlier Analysis (Anselin Local Moran’s I). (id gp_outliers)</w:t>
      </w:r>
    </w:p>
    <w:p>
      <w:pPr>
        <w:spacing w:after="40"/>
      </w:pPr>
      <w:r>
        <w:t>[45] Plan: Local morans i of Yard zones (the Start plan's candidate c_429379204dba). Local Moran's I maps clusters and outliers of 'capacity_teu'. (id d9ee6452-a1f6-426a-aaab-e0d1b69d7593:c_429379204dba)</w:t>
      </w:r>
    </w:p>
    <w:p>
      <w:pPr>
        <w:spacing w:after="40"/>
      </w:pPr>
      <w:r>
        <w:t>[46] Tool result: gp_outliers, step 0. Find outliers: 1 layer saved: Find outliers: Yard zones (30 features). (id 03a62e3e-7c33-480d-b1a9-3e5ac2c09cdb:0)</w:t>
      </w:r>
    </w:p>
    <w:p>
      <w:pPr>
        <w:spacing w:after="40"/>
      </w:pPr>
      <w:r>
        <w:t>[47] Catalog: Spatial autocorrelation (operation catalog, gp_spatial_autocorrelation). Global Moran’s I: is the pattern clustered, dispersed or random. ArcGIS: Spatial Autocorrelation (Global Moran’s I). (id gp_spatial_autocorrelation)</w:t>
      </w:r>
    </w:p>
    <w:p>
      <w:pPr>
        <w:spacing w:after="40"/>
      </w:pPr>
      <w:r>
        <w:t>[48] Plan: Global morans i of Yard zones (the Start plan's candidate c_085f774564d9). Global Moran's I says whether similar values of 'capacity_teu' sit next to each other. (id d9ee6452-a1f6-426a-aaab-e0d1b69d7593:c_085f774564d9)</w:t>
      </w:r>
    </w:p>
    <w:p>
      <w:pPr>
        <w:spacing w:after="40"/>
      </w:pPr>
      <w:r>
        <w:t>[49] Tool result: gp_spatial_autocorrelation, step 1. Spatial autocorrelation: done; no map output. (id 03a62e3e-7c33-480d-b1a9-3e5ac2c09cdb:1)</w:t>
      </w:r>
    </w:p>
    <w:p>
      <w:pPr>
        <w:spacing w:after="40"/>
      </w:pPr>
      <w:r>
        <w:t>[50] Rendering: Map: Emerging hot spots: Equipment faults (id e6910ca0-d50c-43b0-b7d9-8c5c1f050783)</w:t>
      </w:r>
    </w:p>
    <w:p>
      <w:pPr>
        <w:spacing w:after="40"/>
      </w:pPr>
      <w:r>
        <w:t>[51] Rendering: Map: Emerging hot spots: Truck gate transactions (id 515cea9c-9877-46aa-a13c-4113ce12e73d)</w:t>
      </w:r>
    </w:p>
    <w:p>
      <w:pPr>
        <w:spacing w:after="40"/>
      </w:pPr>
      <w:r>
        <w:t>[52] Rendering: Map: Repeat and near repeat classification: Equipment faults (id fa0dc608-c857-44d6-8678-d5b17e2f6b79)</w:t>
      </w:r>
    </w:p>
    <w:p>
      <w:pPr>
        <w:spacing w:after="40"/>
      </w:pPr>
      <w:r>
        <w:t>[53] Rendering: Map: Summarize within: Yard zones (id af07b588-53b5-4b85-84cb-691b540af342)</w:t>
      </w:r>
    </w:p>
    <w:p>
      <w:pPr>
        <w:spacing w:after="40"/>
      </w:pPr>
      <w:r>
        <w:t>[54] Rendering: Map: Summarize within: Yard zones (id 93c17116-d3e1-468f-b008-1e898a6cce2e)</w:t>
      </w:r>
    </w:p>
    <w:p>
      <w:pPr>
        <w:spacing w:after="40"/>
      </w:pPr>
      <w:r>
        <w:t>[55] Rendering: Map: Summarize within: Yard zones (id 6f8ebf81-81b3-4228-9405-9cc9c04851e0)</w:t>
      </w:r>
    </w:p>
    <w:p>
      <w:pPr>
        <w:spacing w:after="40"/>
      </w:pPr>
      <w:r>
        <w:t>[56] Rendering: Map: Hot spot analysis: Equipment faults (id 4ecf65c6-4ad6-40cb-9995-dcc289441572)</w:t>
      </w:r>
    </w:p>
    <w:p>
      <w:pPr>
        <w:spacing w:after="40"/>
      </w:pPr>
      <w:r>
        <w:t>[57] Rendering: Map: Hot spot analysis: Reefer points (id 302ee063-bdd1-4516-9cf6-ebabd602feb1)</w:t>
      </w:r>
    </w:p>
    <w:p>
      <w:pPr>
        <w:spacing w:after="40"/>
      </w:pPr>
      <w:r>
        <w:t>[58] Rendering: Map: Hot spot analysis: Truck gate transactions (id e879a4aa-940c-43ca-a32a-c85ce2668301)</w:t>
      </w:r>
    </w:p>
    <w:p>
      <w:pPr>
        <w:spacing w:after="40"/>
      </w:pPr>
      <w:r>
        <w:t>[59] Rendering: Map: Calculate density: Equipment faults (id 693d7472-34c3-42d3-ace7-ac7eba5ff23b)</w:t>
      </w:r>
    </w:p>
    <w:p>
      <w:pPr>
        <w:spacing w:after="40"/>
      </w:pPr>
      <w:r>
        <w:t>[60] Rendering: Map: Calculate density: Reefer points (id 757bdb8e-7a55-4deb-8f0a-91f5bd8ff881)</w:t>
      </w:r>
    </w:p>
    <w:p>
      <w:pPr>
        <w:spacing w:after="40"/>
      </w:pPr>
      <w:r>
        <w:t>[61] Rendering: Map: Calculate density: Truck gate transactions (id 19c9a9f7-d4a7-4429-8aa7-9f0a2d99f3e4)</w:t>
      </w:r>
    </w:p>
    <w:p>
      <w:pPr>
        <w:spacing w:after="40"/>
      </w:pPr>
      <w:r>
        <w:t>[62] Rendering: Map: Find point clusters: Equipment faults (id 52740046-11ec-462f-a421-aa7e94c61f6e)</w:t>
      </w:r>
    </w:p>
    <w:p>
      <w:pPr>
        <w:spacing w:after="40"/>
      </w:pPr>
      <w:r>
        <w:t>[63] Rendering: Map: Find point clusters: cluster hulls (id fa3507ae-0db5-4cf6-9c5e-bc2137650c75)</w:t>
      </w:r>
    </w:p>
    <w:p>
      <w:pPr>
        <w:spacing w:after="40"/>
      </w:pPr>
      <w:r>
        <w:t>[64] Rendering: Map: Find point clusters: Reefer points (id 65dc036f-0f6e-487d-9375-a24401305aca)</w:t>
      </w:r>
    </w:p>
    <w:p>
      <w:pPr>
        <w:spacing w:after="40"/>
      </w:pPr>
      <w:r>
        <w:t>[65] Rendering: Map: Find point clusters: cluster hulls (id 3454a201-f985-451b-a1fd-c07dbe2e9fc9)</w:t>
      </w:r>
    </w:p>
    <w:p>
      <w:pPr>
        <w:spacing w:after="40"/>
      </w:pPr>
      <w:r>
        <w:t>[66] Rendering: Map: Find point clusters: Truck gate transactions (id b09daf9c-0715-4cfb-821c-93920274d482)</w:t>
      </w:r>
    </w:p>
    <w:p>
      <w:pPr>
        <w:spacing w:after="40"/>
      </w:pPr>
      <w:r>
        <w:t>[67] Rendering: Map: Find point clusters: cluster hulls (id 834cca38-8129-4ee1-b3fe-8a727e0445f9)</w:t>
      </w:r>
    </w:p>
    <w:p>
      <w:pPr>
        <w:spacing w:after="40"/>
      </w:pPr>
      <w:r>
        <w:t>[68] Rendering: Map: Yard zones by capacity_teu (id ba095b6b-b3ec-4964-8628-46249c0ee3e3)</w:t>
      </w:r>
    </w:p>
    <w:p>
      <w:pPr>
        <w:spacing w:after="40"/>
      </w:pPr>
      <w:r>
        <w:t>[69] Rendering: Map: Find outliers: Yard zones (id a557a74c-a519-4164-b6e1-928a88256d84)</w:t>
      </w:r>
    </w:p>
    <w:p>
      <w:pPr>
        <w:spacing w:after="40"/>
      </w:pPr>
      <w:r>
        <w:t>[70] Rendering: Chart: Truck gate transactions over time (turn_time_min). 84 rows (id 39e5653c-2a28-47d2-b9de-18cc494cf9cf)</w:t>
      </w:r>
    </w:p>
    <w:p>
      <w:pPr>
        <w:spacing w:after="40"/>
      </w:pPr>
      <w:r>
        <w:t>[71] Rendering: Chart: Equipment faults over time (date). 72 rows (id 276d16c9-87e8-4c05-93cf-d80429cf89e5)</w:t>
      </w:r>
    </w:p>
    <w:p>
      <w:pPr>
        <w:spacing w:after="40"/>
      </w:pPr>
      <w:r>
        <w:t>[72] Rendering: Chart: Berth calls over time (arrival_date). 27 rows (id 596dd570-090f-45dc-b0ed-e076304cc527)</w:t>
      </w:r>
    </w:p>
    <w:p>
      <w:pPr>
        <w:spacing w:after="40"/>
      </w:pPr>
      <w:r>
        <w:t>[73] Rendering: Chart: Yard inventory by day over time (date). 28 rows (id 0eda9598-8313-4475-84f5-17eb7bcf7426)</w:t>
      </w:r>
    </w:p>
    <w:p>
      <w:pPr>
        <w:spacing w:after="40"/>
      </w:pPr>
      <w:r>
        <w:t>[74] Rendering: Chart: Emerging hot spots: Equipment faults. 6 rows (id da7da906-ad4c-461a-99be-03b42f884fc5)</w:t>
      </w:r>
    </w:p>
    <w:p>
      <w:pPr>
        <w:spacing w:after="40"/>
      </w:pPr>
      <w:r>
        <w:t>[75] Rendering: Chart: Emerging hot spots: Truck gate transactions. 8 rows (id 3f8f08a0-4024-4c2c-a938-81749cfce26c)</w:t>
      </w:r>
    </w:p>
    <w:p>
      <w:pPr>
        <w:spacing w:after="40"/>
      </w:pPr>
      <w:r>
        <w:t>[76] Rendering: Chart: Repeat and near repeat classification: Equipment faults. 72 rows (id 0d472ba0-f679-4732-98be-c1002dce9ad6)</w:t>
      </w:r>
    </w:p>
    <w:p>
      <w:pPr>
        <w:spacing w:after="40"/>
      </w:pPr>
      <w:r>
        <w:t>[77] Rendering: Chart: Summarize within: Yard zones. 6 rows (id 0d1bd326-7967-4498-8e1d-36b4aea6639f)</w:t>
      </w:r>
    </w:p>
    <w:p>
      <w:pPr>
        <w:spacing w:after="40"/>
      </w:pPr>
      <w:r>
        <w:t>[78] Rendering: Chart: Summarize within: Yard zones. 6 rows (id ffaaddda-e02a-4652-828f-be9cdc5c18a2)</w:t>
      </w:r>
    </w:p>
    <w:p>
      <w:pPr>
        <w:spacing w:after="40"/>
      </w:pPr>
      <w:r>
        <w:t>[79] Rendering: Chart: Summarize within: Yard zones. 6 rows (id 51468063-34ec-4f8c-8b85-da250b575e2c)</w:t>
      </w:r>
    </w:p>
    <w:p>
      <w:pPr>
        <w:spacing w:after="40"/>
      </w:pPr>
      <w:r>
        <w:t>[80] Rendering: Chart: Hot spot analysis: Equipment faults. 8 rows (id e7ce3e63-0873-4cba-a376-1db2b0fa4455)</w:t>
      </w:r>
    </w:p>
    <w:p>
      <w:pPr>
        <w:spacing w:after="40"/>
      </w:pPr>
      <w:r>
        <w:t>[81] Rendering: Chart: Hot spot analysis: Reefer points. 9 rows (id c4cbac5f-1381-44df-a3b8-7d19a8d8d3d5)</w:t>
      </w:r>
    </w:p>
    <w:p>
      <w:pPr>
        <w:spacing w:after="40"/>
      </w:pPr>
      <w:r>
        <w:t>[82] Rendering: Chart: Hot spot analysis: Truck gate transactions. 24 rows (id d4e4896e-0c4a-45d0-ad29-4aa177fac4cc)</w:t>
      </w:r>
    </w:p>
    <w:p>
      <w:pPr>
        <w:spacing w:after="40"/>
      </w:pPr>
      <w:r>
        <w:t>[83] Rendering: Chart: Calculate density: Equipment faults. 10 rows (id ec8258c8-3b83-40cb-8cd4-83e84b2ebd4e)</w:t>
      </w:r>
    </w:p>
    <w:p>
      <w:pPr>
        <w:spacing w:after="40"/>
      </w:pPr>
      <w:r>
        <w:t>[84] Rendering: Chart: Calculate density: Reefer points. 10 rows (id ab819465-a3dc-4df7-8d67-46b82daa5de5)</w:t>
      </w:r>
    </w:p>
    <w:p>
      <w:pPr>
        <w:spacing w:after="40"/>
      </w:pPr>
      <w:r>
        <w:t>[85] Rendering: Chart: Calculate density: Truck gate transactions. 14 rows (id b736ba6f-071f-4510-96b4-0d2855e22868)</w:t>
      </w:r>
    </w:p>
    <w:p>
      <w:pPr>
        <w:spacing w:after="40"/>
      </w:pPr>
      <w:r>
        <w:t>[86] Rendering: Chart: Find point clusters: Equipment faults. 22 rows (id 7aa48a3e-a3df-4cf5-93bb-857225aa546e)</w:t>
      </w:r>
    </w:p>
    <w:p>
      <w:pPr>
        <w:spacing w:after="40"/>
      </w:pPr>
      <w:r>
        <w:t>[87] Rendering: Chart: Find point clusters: cluster hulls. 21 rows (id b0838907-a5b3-4291-a133-b10070ed11e2)</w:t>
      </w:r>
    </w:p>
    <w:p>
      <w:pPr>
        <w:spacing w:after="40"/>
      </w:pPr>
      <w:r>
        <w:t>[88] Rendering: Chart: Find point clusters: Reefer points. 2 rows (id 48f1af69-f4c6-47e6-8abc-8446516aa1d4)</w:t>
      </w:r>
    </w:p>
    <w:p>
      <w:pPr>
        <w:spacing w:after="40"/>
      </w:pPr>
      <w:r>
        <w:t>[89] Rendering: Chart: Find point clusters: cluster hulls. 1 rows (id af3b81f5-c016-4188-b386-92ea2a114c05)</w:t>
      </w:r>
    </w:p>
    <w:p>
      <w:pPr>
        <w:spacing w:after="40"/>
      </w:pPr>
      <w:r>
        <w:t>[90] Rendering: Chart: Find point clusters: Truck gate transactions. 2 rows (id 02ef40c4-d23f-469d-9642-cd2ce224ab92)</w:t>
      </w:r>
    </w:p>
    <w:p>
      <w:pPr>
        <w:spacing w:after="40"/>
      </w:pPr>
      <w:r>
        <w:t>[91] Rendering: Chart: Find point clusters: cluster hulls. 1 rows (id a98e736d-3cef-4702-b752-a48fbdb6aae0)</w:t>
      </w:r>
    </w:p>
    <w:p>
      <w:pPr>
        <w:spacing w:after="40"/>
      </w:pPr>
      <w:r>
        <w:t>[92] Rendering: Chart: Find outliers: Yard zones. 30 rows (id 541a4d8b-35b0-4173-bcb5-dc8e44799584)</w:t>
      </w:r>
    </w:p>
    <w:p>
      <w:pPr>
        <w:spacing w:after="40"/>
      </w:pPr>
      <w:r>
        <w:t>[93] Rendering: Chart: Find point clusters: Truck gate transactions over time. 84 rows (id 0d7f5f66-2a85-42ef-afd5-8e2199b7ce13)</w:t>
      </w:r>
    </w:p>
    <w:p>
      <w:pPr>
        <w:spacing w:after="40"/>
      </w:pPr>
      <w:r>
        <w:t>[94] Rendering: Chart: Find point clusters: Equipment faults over time. 72 rows (id 20cbdbcd-ad36-425d-bf0b-882a13e227c1)</w:t>
      </w:r>
    </w:p>
    <w:p>
      <w:pPr>
        <w:spacing w:after="40"/>
      </w:pPr>
      <w:r>
        <w:t>[95] Rendering: Chart: Hot spot analysis: Truck gate transactions over time. 84 rows (id ec4ea6d1-51eb-4752-a16b-09089bacdbc1)</w:t>
      </w:r>
    </w:p>
    <w:p>
      <w:pPr>
        <w:spacing w:after="40"/>
      </w:pPr>
      <w:r>
        <w:t>[96] Rendering: Chart: Repeat and near repeat classification: Equipment faults over time. 72 rows (id 68dec16f-9994-47b6-adc7-092e4a8fd561)</w:t>
      </w:r>
    </w:p>
    <w:p>
      <w:pPr>
        <w:spacing w:after="40"/>
      </w:pPr>
      <w:r>
        <w:t>[97] Dataset: Berths. vector, 14 rows (id b0a0ad32-bfd0-4c8e-9ddc-69c28f08c5fc)</w:t>
      </w:r>
    </w:p>
    <w:p>
      <w:pPr>
        <w:spacing w:after="40"/>
      </w:pPr>
      <w:r>
        <w:t>[98] Dataset: Yard zones. vector, 30 rows (id 027eb1a0-c68d-4feb-9829-95445b227889)</w:t>
      </w:r>
    </w:p>
    <w:p>
      <w:pPr>
        <w:spacing w:after="40"/>
      </w:pPr>
      <w:r>
        <w:t>[99] Dataset: Gates. vector, 4 rows (id 90230a02-a91e-47db-a1a6-07158b5ac6ff)</w:t>
      </w:r>
    </w:p>
    <w:p>
      <w:pPr>
        <w:spacing w:after="40"/>
      </w:pPr>
      <w:r>
        <w:t>[100] Dataset: Cranes. vector, 40 rows (id 9f1702b0-8b5f-42d9-906b-ccfcb711f325)</w:t>
      </w:r>
    </w:p>
    <w:p>
      <w:pPr>
        <w:spacing w:after="40"/>
      </w:pPr>
      <w:r>
        <w:t>[101] Dataset: Reefer points. vector, 100 rows (id 919ddf4e-8fe1-45fa-8f67-e26838b7ad21)</w:t>
      </w:r>
    </w:p>
    <w:p>
      <w:pPr>
        <w:spacing w:after="40"/>
      </w:pPr>
      <w:r>
        <w:t>[102] Dataset: Terminal roads. vector, 10 rows (id a3a782c1-8c1e-45a2-a7f8-567f739ed72e)</w:t>
      </w:r>
    </w:p>
    <w:p>
      <w:pPr>
        <w:spacing w:after="40"/>
      </w:pPr>
      <w:r>
        <w:t>[103] Dataset: Terminal performance report. document, ? rows (id 472b5c54-0433-4a12-b317-9330dcea7237)</w:t>
      </w:r>
    </w:p>
    <w:p>
      <w:pPr>
        <w:spacing w:after="40"/>
      </w:pPr>
      <w:r>
        <w:t>[104] Record: Sample: Ports and maritime operations, Rotterdam (id 20fafc67-4c16-4f65-b17e-a469aa483b5a)</w:t>
      </w:r>
    </w:p>
    <w:p>
      <w:pPr>
        <w:spacing w:after="40"/>
      </w:pPr>
      <w:r>
        <w:t>[105] Layer: Emerging hot spots: Equipment faults. 22 features (id 9e848a96-211c-42c6-8111-c36d32d9b5ba)</w:t>
      </w:r>
    </w:p>
    <w:p>
      <w:pPr>
        <w:spacing w:after="40"/>
      </w:pPr>
      <w:r>
        <w:t>[106] Layer: Emerging hot spots: Truck gate transactions. 111 features (id a25ac4ad-fb45-40ac-b4b0-8549519e388c)</w:t>
      </w:r>
    </w:p>
    <w:p>
      <w:pPr>
        <w:spacing w:after="40"/>
      </w:pPr>
      <w:r>
        <w:t>[107] Layer: Repeat and near repeat classification: Equipment faults. 260 features (id 05d505e6-94c9-4f7f-a8bd-d670658aae52)</w:t>
      </w:r>
    </w:p>
    <w:p>
      <w:pPr>
        <w:spacing w:after="40"/>
      </w:pPr>
      <w:r>
        <w:t>[108] Layer: Summarize within: Yard zones. 30 features (id 1ab59bc5-6bfa-4c26-a4b5-f2b4101e7e3c)</w:t>
      </w:r>
    </w:p>
    <w:p>
      <w:pPr>
        <w:spacing w:after="40"/>
      </w:pPr>
      <w:r>
        <w:t>[109] Layer: Summarize within: Yard zones. 30 features (id f570abd5-8269-4ef5-997b-152e35b6a60c)</w:t>
      </w:r>
    </w:p>
    <w:p>
      <w:pPr>
        <w:spacing w:after="40"/>
      </w:pPr>
      <w:r>
        <w:t>[110] Layer: Summarize within: Yard zones. 30 features (id 010c891b-7159-4cac-8e7d-1b1db568f2c2)</w:t>
      </w:r>
    </w:p>
    <w:p>
      <w:pPr>
        <w:spacing w:after="40"/>
      </w:pPr>
      <w:r>
        <w:t>[111] Layer: Hot spot analysis: Equipment faults. 41 features (id 4be3ee60-4d27-44b9-84ca-a6ab6f7c118c)</w:t>
      </w:r>
    </w:p>
    <w:p>
      <w:pPr>
        <w:spacing w:after="40"/>
      </w:pPr>
      <w:r>
        <w:t>[112] Layer: Hot spot analysis: Reefer points. 62 features (id ecbf7402-7f8f-4356-841c-ec83c0107fbd)</w:t>
      </w:r>
    </w:p>
    <w:p>
      <w:pPr>
        <w:spacing w:after="40"/>
      </w:pPr>
      <w:r>
        <w:t>[113] Layer: Hot spot analysis: Truck gate transactions. 2,000 features (id 63163d00-359d-492c-ad25-47d7fc65b7fa)</w:t>
      </w:r>
    </w:p>
    <w:p>
      <w:pPr>
        <w:spacing w:after="40"/>
      </w:pPr>
      <w:r>
        <w:t>[114] Layer: Calculate density: Equipment faults. 284 features (id 6bd3f696-e942-4dd9-82b7-890891595182)</w:t>
      </w:r>
    </w:p>
    <w:p>
      <w:pPr>
        <w:spacing w:after="40"/>
      </w:pPr>
      <w:r>
        <w:t>[115] Layer: Calculate density: Reefer points. 425 features (id d1114715-a70e-4df2-9ada-9f59d71f2f47)</w:t>
      </w:r>
    </w:p>
    <w:p>
      <w:pPr>
        <w:spacing w:after="40"/>
      </w:pPr>
      <w:r>
        <w:t>[116] Layer: Calculate density: Truck gate transactions. 4,119 features (id 42c683d3-2380-4817-9147-97b54c2e9c09)</w:t>
      </w:r>
    </w:p>
    <w:p>
      <w:pPr>
        <w:spacing w:after="40"/>
      </w:pPr>
      <w:r>
        <w:t>[117] Layer: Find point clusters: Equipment faults. 260 features (id c93af5f3-3198-4b3f-a55d-c6481bf8bca7)</w:t>
      </w:r>
    </w:p>
    <w:p>
      <w:pPr>
        <w:spacing w:after="40"/>
      </w:pPr>
      <w:r>
        <w:t>[118] Layer: Find point clusters: cluster hulls. 21 features (id 4ad1b5b1-c112-4fa3-a32e-c1b8566e5741)</w:t>
      </w:r>
    </w:p>
    <w:p>
      <w:pPr>
        <w:spacing w:after="40"/>
      </w:pPr>
      <w:r>
        <w:t>[119] Layer: Find point clusters: Reefer points. 100 features (id 4805f4c5-7373-4344-8545-8096d0c57dfc)</w:t>
      </w:r>
    </w:p>
    <w:p>
      <w:pPr>
        <w:spacing w:after="40"/>
      </w:pPr>
      <w:r>
        <w:t>[120] Layer: Find point clusters: cluster hulls. 1 features (id 7547f64d-c473-4777-a154-a4bbd5da8e55)</w:t>
      </w:r>
    </w:p>
    <w:p>
      <w:pPr>
        <w:spacing w:after="40"/>
      </w:pPr>
      <w:r>
        <w:t>[121] Layer: Find point clusters: Truck gate transactions. 2,000 features (id 7942997a-54cb-4243-a85b-1f52e888ea1f)</w:t>
      </w:r>
    </w:p>
    <w:p>
      <w:pPr>
        <w:spacing w:after="40"/>
      </w:pPr>
      <w:r>
        <w:t>[122] Layer: Find point clusters: cluster hulls. 1 features (id a6e216aa-3fe3-415f-8203-97d68a4d585e)</w:t>
      </w:r>
    </w:p>
    <w:p>
      <w:pPr>
        <w:spacing w:after="40"/>
      </w:pPr>
      <w:r>
        <w:t>[123] Layer: Find outliers: Yard zones. 30 features (id 9c813e1c-474b-49f0-b77b-2da7ee92ad72)</w:t>
      </w:r>
    </w:p>
    <w:p>
      <w:pPr>
        <w:spacing w:after="40"/>
      </w:pPr>
      <w:r>
        <w:t>[124] Document: Terminal performance report, September 2026 (id 19bbd774-bf04-4db6-8cef-b792a24d56f8)</w:t>
      </w:r>
    </w:p>
    <w:p>
      <w:pPr>
        <w:pStyle w:val="Heading1"/>
      </w:pPr>
      <w:r>
        <w:t>Appendix: the data behind the charts</w:t>
      </w:r>
    </w:p>
    <w:p>
      <w:pPr>
        <w:pStyle w:val="Heading2"/>
      </w:pPr>
      <w:r>
        <w:t>Figure 1. Timeline: events per week by dataset [1]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2026-03-30</w:t>
            </w:r>
          </w:p>
        </w:tc>
        <w:tc>
          <w:tcPr>
            <w:tcW w:type="dxa" w:w="2880"/>
          </w:tcPr>
          <w:p>
            <w:r>
              <w:t>Truck gate transactions</w:t>
            </w:r>
          </w:p>
        </w:tc>
        <w:tc>
          <w:tcPr>
            <w:tcW w:type="dxa" w:w="2880"/>
          </w:tcPr>
          <w:p>
            <w:r>
              <w:t>0</w:t>
            </w:r>
          </w:p>
        </w:tc>
      </w:tr>
      <w:tr>
        <w:tc>
          <w:tcPr>
            <w:tcW w:type="dxa" w:w="2880"/>
          </w:tcPr>
          <w:p>
            <w:r>
              <w:t>2026-03-30</w:t>
            </w:r>
          </w:p>
        </w:tc>
        <w:tc>
          <w:tcPr>
            <w:tcW w:type="dxa" w:w="2880"/>
          </w:tcPr>
          <w:p>
            <w:r>
              <w:t>Yard inventory by day</w:t>
            </w:r>
          </w:p>
        </w:tc>
        <w:tc>
          <w:tcPr>
            <w:tcW w:type="dxa" w:w="2880"/>
          </w:tcPr>
          <w:p>
            <w:r>
              <w:t>0</w:t>
            </w:r>
          </w:p>
        </w:tc>
      </w:tr>
      <w:tr>
        <w:tc>
          <w:tcPr>
            <w:tcW w:type="dxa" w:w="2880"/>
          </w:tcPr>
          <w:p>
            <w:r>
              <w:t>2026-03-30</w:t>
            </w:r>
          </w:p>
        </w:tc>
        <w:tc>
          <w:tcPr>
            <w:tcW w:type="dxa" w:w="2880"/>
          </w:tcPr>
          <w:p>
            <w:r>
              <w:t>Berth calls</w:t>
            </w:r>
          </w:p>
        </w:tc>
        <w:tc>
          <w:tcPr>
            <w:tcW w:type="dxa" w:w="2880"/>
          </w:tcPr>
          <w:p>
            <w:r>
              <w:t>14</w:t>
            </w:r>
          </w:p>
        </w:tc>
      </w:tr>
      <w:tr>
        <w:tc>
          <w:tcPr>
            <w:tcW w:type="dxa" w:w="2880"/>
          </w:tcPr>
          <w:p>
            <w:r>
              <w:t>2026-03-30</w:t>
            </w:r>
          </w:p>
        </w:tc>
        <w:tc>
          <w:tcPr>
            <w:tcW w:type="dxa" w:w="2880"/>
          </w:tcPr>
          <w:p>
            <w:r>
              <w:t>Equipment faults</w:t>
            </w:r>
          </w:p>
        </w:tc>
        <w:tc>
          <w:tcPr>
            <w:tcW w:type="dxa" w:w="2880"/>
          </w:tcPr>
          <w:p>
            <w:r>
              <w:t>0</w:t>
            </w:r>
          </w:p>
        </w:tc>
      </w:tr>
      <w:tr>
        <w:tc>
          <w:tcPr>
            <w:tcW w:type="dxa" w:w="2880"/>
          </w:tcPr>
          <w:p>
            <w:r>
              <w:t>2026-04-06</w:t>
            </w:r>
          </w:p>
        </w:tc>
        <w:tc>
          <w:tcPr>
            <w:tcW w:type="dxa" w:w="2880"/>
          </w:tcPr>
          <w:p>
            <w:r>
              <w:t>Truck gate transactions</w:t>
            </w:r>
          </w:p>
        </w:tc>
        <w:tc>
          <w:tcPr>
            <w:tcW w:type="dxa" w:w="2880"/>
          </w:tcPr>
          <w:p>
            <w:r>
              <w:t>0</w:t>
            </w:r>
          </w:p>
        </w:tc>
      </w:tr>
      <w:tr>
        <w:tc>
          <w:tcPr>
            <w:tcW w:type="dxa" w:w="2880"/>
          </w:tcPr>
          <w:p>
            <w:r>
              <w:t>2026-04-06</w:t>
            </w:r>
          </w:p>
        </w:tc>
        <w:tc>
          <w:tcPr>
            <w:tcW w:type="dxa" w:w="2880"/>
          </w:tcPr>
          <w:p>
            <w:r>
              <w:t>Yard inventory by day</w:t>
            </w:r>
          </w:p>
        </w:tc>
        <w:tc>
          <w:tcPr>
            <w:tcW w:type="dxa" w:w="2880"/>
          </w:tcPr>
          <w:p>
            <w:r>
              <w:t>0</w:t>
            </w:r>
          </w:p>
        </w:tc>
      </w:tr>
      <w:tr>
        <w:tc>
          <w:tcPr>
            <w:tcW w:type="dxa" w:w="2880"/>
          </w:tcPr>
          <w:p>
            <w:r>
              <w:t>2026-04-06</w:t>
            </w:r>
          </w:p>
        </w:tc>
        <w:tc>
          <w:tcPr>
            <w:tcW w:type="dxa" w:w="2880"/>
          </w:tcPr>
          <w:p>
            <w:r>
              <w:t>Berth calls</w:t>
            </w:r>
          </w:p>
        </w:tc>
        <w:tc>
          <w:tcPr>
            <w:tcW w:type="dxa" w:w="2880"/>
          </w:tcPr>
          <w:p>
            <w:r>
              <w:t>17</w:t>
            </w:r>
          </w:p>
        </w:tc>
      </w:tr>
      <w:tr>
        <w:tc>
          <w:tcPr>
            <w:tcW w:type="dxa" w:w="2880"/>
          </w:tcPr>
          <w:p>
            <w:r>
              <w:t>2026-04-06</w:t>
            </w:r>
          </w:p>
        </w:tc>
        <w:tc>
          <w:tcPr>
            <w:tcW w:type="dxa" w:w="2880"/>
          </w:tcPr>
          <w:p>
            <w:r>
              <w:t>Equipment faults</w:t>
            </w:r>
          </w:p>
        </w:tc>
        <w:tc>
          <w:tcPr>
            <w:tcW w:type="dxa" w:w="2880"/>
          </w:tcPr>
          <w:p>
            <w:r>
              <w:t>0</w:t>
            </w:r>
          </w:p>
        </w:tc>
      </w:tr>
      <w:tr>
        <w:tc>
          <w:tcPr>
            <w:tcW w:type="dxa" w:w="2880"/>
          </w:tcPr>
          <w:p>
            <w:r>
              <w:t>2026-04-13</w:t>
            </w:r>
          </w:p>
        </w:tc>
        <w:tc>
          <w:tcPr>
            <w:tcW w:type="dxa" w:w="2880"/>
          </w:tcPr>
          <w:p>
            <w:r>
              <w:t>Truck gate transactions</w:t>
            </w:r>
          </w:p>
        </w:tc>
        <w:tc>
          <w:tcPr>
            <w:tcW w:type="dxa" w:w="2880"/>
          </w:tcPr>
          <w:p>
            <w:r>
              <w:t>0</w:t>
            </w:r>
          </w:p>
        </w:tc>
      </w:tr>
      <w:tr>
        <w:tc>
          <w:tcPr>
            <w:tcW w:type="dxa" w:w="2880"/>
          </w:tcPr>
          <w:p>
            <w:r>
              <w:t>2026-04-13</w:t>
            </w:r>
          </w:p>
        </w:tc>
        <w:tc>
          <w:tcPr>
            <w:tcW w:type="dxa" w:w="2880"/>
          </w:tcPr>
          <w:p>
            <w:r>
              <w:t>Yard inventory by day</w:t>
            </w:r>
          </w:p>
        </w:tc>
        <w:tc>
          <w:tcPr>
            <w:tcW w:type="dxa" w:w="2880"/>
          </w:tcPr>
          <w:p>
            <w:r>
              <w:t>0</w:t>
            </w:r>
          </w:p>
        </w:tc>
      </w:tr>
      <w:tr>
        <w:tc>
          <w:tcPr>
            <w:tcW w:type="dxa" w:w="2880"/>
          </w:tcPr>
          <w:p>
            <w:r>
              <w:t>2026-04-13</w:t>
            </w:r>
          </w:p>
        </w:tc>
        <w:tc>
          <w:tcPr>
            <w:tcW w:type="dxa" w:w="2880"/>
          </w:tcPr>
          <w:p>
            <w:r>
              <w:t>Berth calls</w:t>
            </w:r>
          </w:p>
        </w:tc>
        <w:tc>
          <w:tcPr>
            <w:tcW w:type="dxa" w:w="2880"/>
          </w:tcPr>
          <w:p>
            <w:r>
              <w:t>22</w:t>
            </w:r>
          </w:p>
        </w:tc>
      </w:tr>
      <w:tr>
        <w:tc>
          <w:tcPr>
            <w:tcW w:type="dxa" w:w="2880"/>
          </w:tcPr>
          <w:p>
            <w:r>
              <w:t>2026-04-13</w:t>
            </w:r>
          </w:p>
        </w:tc>
        <w:tc>
          <w:tcPr>
            <w:tcW w:type="dxa" w:w="2880"/>
          </w:tcPr>
          <w:p>
            <w:r>
              <w:t>Equipment faults</w:t>
            </w:r>
          </w:p>
        </w:tc>
        <w:tc>
          <w:tcPr>
            <w:tcW w:type="dxa" w:w="2880"/>
          </w:tcPr>
          <w:p>
            <w:r>
              <w:t>0</w:t>
            </w:r>
          </w:p>
        </w:tc>
      </w:tr>
      <w:tr>
        <w:tc>
          <w:tcPr>
            <w:tcW w:type="dxa" w:w="2880"/>
          </w:tcPr>
          <w:p>
            <w:r>
              <w:t>2026-04-20</w:t>
            </w:r>
          </w:p>
        </w:tc>
        <w:tc>
          <w:tcPr>
            <w:tcW w:type="dxa" w:w="2880"/>
          </w:tcPr>
          <w:p>
            <w:r>
              <w:t>Truck gate transactions</w:t>
            </w:r>
          </w:p>
        </w:tc>
        <w:tc>
          <w:tcPr>
            <w:tcW w:type="dxa" w:w="2880"/>
          </w:tcPr>
          <w:p>
            <w:r>
              <w:t>0</w:t>
            </w:r>
          </w:p>
        </w:tc>
      </w:tr>
      <w:tr>
        <w:tc>
          <w:tcPr>
            <w:tcW w:type="dxa" w:w="2880"/>
          </w:tcPr>
          <w:p>
            <w:r>
              <w:t>2026-04-20</w:t>
            </w:r>
          </w:p>
        </w:tc>
        <w:tc>
          <w:tcPr>
            <w:tcW w:type="dxa" w:w="2880"/>
          </w:tcPr>
          <w:p>
            <w:r>
              <w:t>Yard inventory by day</w:t>
            </w:r>
          </w:p>
        </w:tc>
        <w:tc>
          <w:tcPr>
            <w:tcW w:type="dxa" w:w="2880"/>
          </w:tcPr>
          <w:p>
            <w:r>
              <w:t>0</w:t>
            </w:r>
          </w:p>
        </w:tc>
      </w:tr>
      <w:tr>
        <w:tc>
          <w:tcPr>
            <w:tcW w:type="dxa" w:w="2880"/>
          </w:tcPr>
          <w:p>
            <w:r>
              <w:t>2026-04-20</w:t>
            </w:r>
          </w:p>
        </w:tc>
        <w:tc>
          <w:tcPr>
            <w:tcW w:type="dxa" w:w="2880"/>
          </w:tcPr>
          <w:p>
            <w:r>
              <w:t>Berth calls</w:t>
            </w:r>
          </w:p>
        </w:tc>
        <w:tc>
          <w:tcPr>
            <w:tcW w:type="dxa" w:w="2880"/>
          </w:tcPr>
          <w:p>
            <w:r>
              <w:t>12</w:t>
            </w:r>
          </w:p>
        </w:tc>
      </w:tr>
      <w:tr>
        <w:tc>
          <w:tcPr>
            <w:tcW w:type="dxa" w:w="2880"/>
          </w:tcPr>
          <w:p>
            <w:r>
              <w:t>2026-04-20</w:t>
            </w:r>
          </w:p>
        </w:tc>
        <w:tc>
          <w:tcPr>
            <w:tcW w:type="dxa" w:w="2880"/>
          </w:tcPr>
          <w:p>
            <w:r>
              <w:t>Equipment faults</w:t>
            </w:r>
          </w:p>
        </w:tc>
        <w:tc>
          <w:tcPr>
            <w:tcW w:type="dxa" w:w="2880"/>
          </w:tcPr>
          <w:p>
            <w:r>
              <w:t>0</w:t>
            </w:r>
          </w:p>
        </w:tc>
      </w:tr>
      <w:tr>
        <w:tc>
          <w:tcPr>
            <w:tcW w:type="dxa" w:w="2880"/>
          </w:tcPr>
          <w:p>
            <w:r>
              <w:t>2026-04-27</w:t>
            </w:r>
          </w:p>
        </w:tc>
        <w:tc>
          <w:tcPr>
            <w:tcW w:type="dxa" w:w="2880"/>
          </w:tcPr>
          <w:p>
            <w:r>
              <w:t>Truck gate transactions</w:t>
            </w:r>
          </w:p>
        </w:tc>
        <w:tc>
          <w:tcPr>
            <w:tcW w:type="dxa" w:w="2880"/>
          </w:tcPr>
          <w:p>
            <w:r>
              <w:t>0</w:t>
            </w:r>
          </w:p>
        </w:tc>
      </w:tr>
      <w:tr>
        <w:tc>
          <w:tcPr>
            <w:tcW w:type="dxa" w:w="2880"/>
          </w:tcPr>
          <w:p>
            <w:r>
              <w:t>2026-04-27</w:t>
            </w:r>
          </w:p>
        </w:tc>
        <w:tc>
          <w:tcPr>
            <w:tcW w:type="dxa" w:w="2880"/>
          </w:tcPr>
          <w:p>
            <w:r>
              <w:t>Yard inventory by day</w:t>
            </w:r>
          </w:p>
        </w:tc>
        <w:tc>
          <w:tcPr>
            <w:tcW w:type="dxa" w:w="2880"/>
          </w:tcPr>
          <w:p>
            <w:r>
              <w:t>0</w:t>
            </w:r>
          </w:p>
        </w:tc>
      </w:tr>
      <w:tr>
        <w:tc>
          <w:tcPr>
            <w:tcW w:type="dxa" w:w="2880"/>
          </w:tcPr>
          <w:p>
            <w:r>
              <w:t>2026-04-27</w:t>
            </w:r>
          </w:p>
        </w:tc>
        <w:tc>
          <w:tcPr>
            <w:tcW w:type="dxa" w:w="2880"/>
          </w:tcPr>
          <w:p>
            <w:r>
              <w:t>Berth calls</w:t>
            </w:r>
          </w:p>
        </w:tc>
        <w:tc>
          <w:tcPr>
            <w:tcW w:type="dxa" w:w="2880"/>
          </w:tcPr>
          <w:p>
            <w:r>
              <w:t>8</w:t>
            </w:r>
          </w:p>
        </w:tc>
      </w:tr>
      <w:tr>
        <w:tc>
          <w:tcPr>
            <w:tcW w:type="dxa" w:w="2880"/>
          </w:tcPr>
          <w:p>
            <w:r>
              <w:t>2026-04-27</w:t>
            </w:r>
          </w:p>
        </w:tc>
        <w:tc>
          <w:tcPr>
            <w:tcW w:type="dxa" w:w="2880"/>
          </w:tcPr>
          <w:p>
            <w:r>
              <w:t>Equipment faults</w:t>
            </w:r>
          </w:p>
        </w:tc>
        <w:tc>
          <w:tcPr>
            <w:tcW w:type="dxa" w:w="2880"/>
          </w:tcPr>
          <w:p>
            <w:r>
              <w:t>0</w:t>
            </w:r>
          </w:p>
        </w:tc>
      </w:tr>
      <w:tr>
        <w:tc>
          <w:tcPr>
            <w:tcW w:type="dxa" w:w="2880"/>
          </w:tcPr>
          <w:p>
            <w:r>
              <w:t>2026-05-04</w:t>
            </w:r>
          </w:p>
        </w:tc>
        <w:tc>
          <w:tcPr>
            <w:tcW w:type="dxa" w:w="2880"/>
          </w:tcPr>
          <w:p>
            <w:r>
              <w:t>Truck gate transactions</w:t>
            </w:r>
          </w:p>
        </w:tc>
        <w:tc>
          <w:tcPr>
            <w:tcW w:type="dxa" w:w="2880"/>
          </w:tcPr>
          <w:p>
            <w:r>
              <w:t>0</w:t>
            </w:r>
          </w:p>
        </w:tc>
      </w:tr>
      <w:tr>
        <w:tc>
          <w:tcPr>
            <w:tcW w:type="dxa" w:w="2880"/>
          </w:tcPr>
          <w:p>
            <w:r>
              <w:t>2026-05-04</w:t>
            </w:r>
          </w:p>
        </w:tc>
        <w:tc>
          <w:tcPr>
            <w:tcW w:type="dxa" w:w="2880"/>
          </w:tcPr>
          <w:p>
            <w:r>
              <w:t>Yard inventory by day</w:t>
            </w:r>
          </w:p>
        </w:tc>
        <w:tc>
          <w:tcPr>
            <w:tcW w:type="dxa" w:w="2880"/>
          </w:tcPr>
          <w:p>
            <w:r>
              <w:t>0</w:t>
            </w:r>
          </w:p>
        </w:tc>
      </w:tr>
      <w:tr>
        <w:tc>
          <w:tcPr>
            <w:tcW w:type="dxa" w:w="2880"/>
          </w:tcPr>
          <w:p>
            <w:r>
              <w:t>2026-05-04</w:t>
            </w:r>
          </w:p>
        </w:tc>
        <w:tc>
          <w:tcPr>
            <w:tcW w:type="dxa" w:w="2880"/>
          </w:tcPr>
          <w:p>
            <w:r>
              <w:t>Berth calls</w:t>
            </w:r>
          </w:p>
        </w:tc>
        <w:tc>
          <w:tcPr>
            <w:tcW w:type="dxa" w:w="2880"/>
          </w:tcPr>
          <w:p>
            <w:r>
              <w:t>15</w:t>
            </w:r>
          </w:p>
        </w:tc>
      </w:tr>
      <w:tr>
        <w:tc>
          <w:tcPr>
            <w:tcW w:type="dxa" w:w="2880"/>
          </w:tcPr>
          <w:p>
            <w:r>
              <w:t>2026-05-04</w:t>
            </w:r>
          </w:p>
        </w:tc>
        <w:tc>
          <w:tcPr>
            <w:tcW w:type="dxa" w:w="2880"/>
          </w:tcPr>
          <w:p>
            <w:r>
              <w:t>Equipment faults</w:t>
            </w:r>
          </w:p>
        </w:tc>
        <w:tc>
          <w:tcPr>
            <w:tcW w:type="dxa" w:w="2880"/>
          </w:tcPr>
          <w:p>
            <w:r>
              <w:t>0</w:t>
            </w:r>
          </w:p>
        </w:tc>
      </w:tr>
      <w:tr>
        <w:tc>
          <w:tcPr>
            <w:tcW w:type="dxa" w:w="2880"/>
          </w:tcPr>
          <w:p>
            <w:r>
              <w:t>2026-05-11</w:t>
            </w:r>
          </w:p>
        </w:tc>
        <w:tc>
          <w:tcPr>
            <w:tcW w:type="dxa" w:w="2880"/>
          </w:tcPr>
          <w:p>
            <w:r>
              <w:t>Truck gate transactions</w:t>
            </w:r>
          </w:p>
        </w:tc>
        <w:tc>
          <w:tcPr>
            <w:tcW w:type="dxa" w:w="2880"/>
          </w:tcPr>
          <w:p>
            <w:r>
              <w:t>0</w:t>
            </w:r>
          </w:p>
        </w:tc>
      </w:tr>
      <w:tr>
        <w:tc>
          <w:tcPr>
            <w:tcW w:type="dxa" w:w="2880"/>
          </w:tcPr>
          <w:p>
            <w:r>
              <w:t>2026-05-11</w:t>
            </w:r>
          </w:p>
        </w:tc>
        <w:tc>
          <w:tcPr>
            <w:tcW w:type="dxa" w:w="2880"/>
          </w:tcPr>
          <w:p>
            <w:r>
              <w:t>Yard inventory by day</w:t>
            </w:r>
          </w:p>
        </w:tc>
        <w:tc>
          <w:tcPr>
            <w:tcW w:type="dxa" w:w="2880"/>
          </w:tcPr>
          <w:p>
            <w:r>
              <w:t>0</w:t>
            </w:r>
          </w:p>
        </w:tc>
      </w:tr>
      <w:tr>
        <w:tc>
          <w:tcPr>
            <w:tcW w:type="dxa" w:w="2880"/>
          </w:tcPr>
          <w:p>
            <w:r>
              <w:t>2026-05-11</w:t>
            </w:r>
          </w:p>
        </w:tc>
        <w:tc>
          <w:tcPr>
            <w:tcW w:type="dxa" w:w="2880"/>
          </w:tcPr>
          <w:p>
            <w:r>
              <w:t>Berth calls</w:t>
            </w:r>
          </w:p>
        </w:tc>
        <w:tc>
          <w:tcPr>
            <w:tcW w:type="dxa" w:w="2880"/>
          </w:tcPr>
          <w:p>
            <w:r>
              <w:t>12</w:t>
            </w:r>
          </w:p>
        </w:tc>
      </w:tr>
      <w:tr>
        <w:tc>
          <w:tcPr>
            <w:tcW w:type="dxa" w:w="2880"/>
          </w:tcPr>
          <w:p>
            <w:r>
              <w:t>2026-05-11</w:t>
            </w:r>
          </w:p>
        </w:tc>
        <w:tc>
          <w:tcPr>
            <w:tcW w:type="dxa" w:w="2880"/>
          </w:tcPr>
          <w:p>
            <w:r>
              <w:t>Equipment faults</w:t>
            </w:r>
          </w:p>
        </w:tc>
        <w:tc>
          <w:tcPr>
            <w:tcW w:type="dxa" w:w="2880"/>
          </w:tcPr>
          <w:p>
            <w:r>
              <w:t>0</w:t>
            </w:r>
          </w:p>
        </w:tc>
      </w:tr>
      <w:tr>
        <w:tc>
          <w:tcPr>
            <w:tcW w:type="dxa" w:w="2880"/>
          </w:tcPr>
          <w:p>
            <w:r>
              <w:t>2026-05-18</w:t>
            </w:r>
          </w:p>
        </w:tc>
        <w:tc>
          <w:tcPr>
            <w:tcW w:type="dxa" w:w="2880"/>
          </w:tcPr>
          <w:p>
            <w:r>
              <w:t>Truck gate transactions</w:t>
            </w:r>
          </w:p>
        </w:tc>
        <w:tc>
          <w:tcPr>
            <w:tcW w:type="dxa" w:w="2880"/>
          </w:tcPr>
          <w:p>
            <w:r>
              <w:t>0</w:t>
            </w:r>
          </w:p>
        </w:tc>
      </w:tr>
      <w:tr>
        <w:tc>
          <w:tcPr>
            <w:tcW w:type="dxa" w:w="2880"/>
          </w:tcPr>
          <w:p>
            <w:r>
              <w:t>2026-05-18</w:t>
            </w:r>
          </w:p>
        </w:tc>
        <w:tc>
          <w:tcPr>
            <w:tcW w:type="dxa" w:w="2880"/>
          </w:tcPr>
          <w:p>
            <w:r>
              <w:t>Yard inventory by day</w:t>
            </w:r>
          </w:p>
        </w:tc>
        <w:tc>
          <w:tcPr>
            <w:tcW w:type="dxa" w:w="2880"/>
          </w:tcPr>
          <w:p>
            <w:r>
              <w:t>0</w:t>
            </w:r>
          </w:p>
        </w:tc>
      </w:tr>
      <w:tr>
        <w:tc>
          <w:tcPr>
            <w:tcW w:type="dxa" w:w="2880"/>
          </w:tcPr>
          <w:p>
            <w:r>
              <w:t>2026-05-18</w:t>
            </w:r>
          </w:p>
        </w:tc>
        <w:tc>
          <w:tcPr>
            <w:tcW w:type="dxa" w:w="2880"/>
          </w:tcPr>
          <w:p>
            <w:r>
              <w:t>Berth calls</w:t>
            </w:r>
          </w:p>
        </w:tc>
        <w:tc>
          <w:tcPr>
            <w:tcW w:type="dxa" w:w="2880"/>
          </w:tcPr>
          <w:p>
            <w:r>
              <w:t>14</w:t>
            </w:r>
          </w:p>
        </w:tc>
      </w:tr>
      <w:tr>
        <w:tc>
          <w:tcPr>
            <w:tcW w:type="dxa" w:w="2880"/>
          </w:tcPr>
          <w:p>
            <w:r>
              <w:t>2026-05-18</w:t>
            </w:r>
          </w:p>
        </w:tc>
        <w:tc>
          <w:tcPr>
            <w:tcW w:type="dxa" w:w="2880"/>
          </w:tcPr>
          <w:p>
            <w:r>
              <w:t>Equipment faults</w:t>
            </w:r>
          </w:p>
        </w:tc>
        <w:tc>
          <w:tcPr>
            <w:tcW w:type="dxa" w:w="2880"/>
          </w:tcPr>
          <w:p>
            <w:r>
              <w:t>0</w:t>
            </w:r>
          </w:p>
        </w:tc>
      </w:tr>
      <w:tr>
        <w:tc>
          <w:tcPr>
            <w:tcW w:type="dxa" w:w="2880"/>
          </w:tcPr>
          <w:p>
            <w:r>
              <w:t>2026-05-25</w:t>
            </w:r>
          </w:p>
        </w:tc>
        <w:tc>
          <w:tcPr>
            <w:tcW w:type="dxa" w:w="2880"/>
          </w:tcPr>
          <w:p>
            <w:r>
              <w:t>Truck gate transactions</w:t>
            </w:r>
          </w:p>
        </w:tc>
        <w:tc>
          <w:tcPr>
            <w:tcW w:type="dxa" w:w="2880"/>
          </w:tcPr>
          <w:p>
            <w:r>
              <w:t>0</w:t>
            </w:r>
          </w:p>
        </w:tc>
      </w:tr>
      <w:tr>
        <w:tc>
          <w:tcPr>
            <w:tcW w:type="dxa" w:w="2880"/>
          </w:tcPr>
          <w:p>
            <w:r>
              <w:t>2026-05-25</w:t>
            </w:r>
          </w:p>
        </w:tc>
        <w:tc>
          <w:tcPr>
            <w:tcW w:type="dxa" w:w="2880"/>
          </w:tcPr>
          <w:p>
            <w:r>
              <w:t>Yard inventory by day</w:t>
            </w:r>
          </w:p>
        </w:tc>
        <w:tc>
          <w:tcPr>
            <w:tcW w:type="dxa" w:w="2880"/>
          </w:tcPr>
          <w:p>
            <w:r>
              <w:t>0</w:t>
            </w:r>
          </w:p>
        </w:tc>
      </w:tr>
      <w:tr>
        <w:tc>
          <w:tcPr>
            <w:tcW w:type="dxa" w:w="2880"/>
          </w:tcPr>
          <w:p>
            <w:r>
              <w:t>2026-05-25</w:t>
            </w:r>
          </w:p>
        </w:tc>
        <w:tc>
          <w:tcPr>
            <w:tcW w:type="dxa" w:w="2880"/>
          </w:tcPr>
          <w:p>
            <w:r>
              <w:t>Berth calls</w:t>
            </w:r>
          </w:p>
        </w:tc>
        <w:tc>
          <w:tcPr>
            <w:tcW w:type="dxa" w:w="2880"/>
          </w:tcPr>
          <w:p>
            <w:r>
              <w:t>14</w:t>
            </w:r>
          </w:p>
        </w:tc>
      </w:tr>
      <w:tr>
        <w:tc>
          <w:tcPr>
            <w:tcW w:type="dxa" w:w="2880"/>
          </w:tcPr>
          <w:p>
            <w:r>
              <w:t>2026-05-25</w:t>
            </w:r>
          </w:p>
        </w:tc>
        <w:tc>
          <w:tcPr>
            <w:tcW w:type="dxa" w:w="2880"/>
          </w:tcPr>
          <w:p>
            <w:r>
              <w:t>Equipment faults</w:t>
            </w:r>
          </w:p>
        </w:tc>
        <w:tc>
          <w:tcPr>
            <w:tcW w:type="dxa" w:w="2880"/>
          </w:tcPr>
          <w:p>
            <w:r>
              <w:t>0</w:t>
            </w:r>
          </w:p>
        </w:tc>
      </w:tr>
      <w:tr>
        <w:tc>
          <w:tcPr>
            <w:tcW w:type="dxa" w:w="2880"/>
          </w:tcPr>
          <w:p>
            <w:r>
              <w:t>2026-06-01</w:t>
            </w:r>
          </w:p>
        </w:tc>
        <w:tc>
          <w:tcPr>
            <w:tcW w:type="dxa" w:w="2880"/>
          </w:tcPr>
          <w:p>
            <w:r>
              <w:t>Truck gate transactions</w:t>
            </w:r>
          </w:p>
        </w:tc>
        <w:tc>
          <w:tcPr>
            <w:tcW w:type="dxa" w:w="2880"/>
          </w:tcPr>
          <w:p>
            <w:r>
              <w:t>0</w:t>
            </w:r>
          </w:p>
        </w:tc>
      </w:tr>
      <w:tr>
        <w:tc>
          <w:tcPr>
            <w:tcW w:type="dxa" w:w="2880"/>
          </w:tcPr>
          <w:p>
            <w:r>
              <w:t>2026-06-01</w:t>
            </w:r>
          </w:p>
        </w:tc>
        <w:tc>
          <w:tcPr>
            <w:tcW w:type="dxa" w:w="2880"/>
          </w:tcPr>
          <w:p>
            <w:r>
              <w:t>Yard inventory by day</w:t>
            </w:r>
          </w:p>
        </w:tc>
        <w:tc>
          <w:tcPr>
            <w:tcW w:type="dxa" w:w="2880"/>
          </w:tcPr>
          <w:p>
            <w:r>
              <w:t>0</w:t>
            </w:r>
          </w:p>
        </w:tc>
      </w:tr>
      <w:tr>
        <w:tc>
          <w:tcPr>
            <w:tcW w:type="dxa" w:w="2880"/>
          </w:tcPr>
          <w:p>
            <w:r>
              <w:t>2026-06-01</w:t>
            </w:r>
          </w:p>
        </w:tc>
        <w:tc>
          <w:tcPr>
            <w:tcW w:type="dxa" w:w="2880"/>
          </w:tcPr>
          <w:p>
            <w:r>
              <w:t>Berth calls</w:t>
            </w:r>
          </w:p>
        </w:tc>
        <w:tc>
          <w:tcPr>
            <w:tcW w:type="dxa" w:w="2880"/>
          </w:tcPr>
          <w:p>
            <w:r>
              <w:t>12</w:t>
            </w:r>
          </w:p>
        </w:tc>
      </w:tr>
      <w:tr>
        <w:tc>
          <w:tcPr>
            <w:tcW w:type="dxa" w:w="2880"/>
          </w:tcPr>
          <w:p>
            <w:r>
              <w:t>2026-06-01</w:t>
            </w:r>
          </w:p>
        </w:tc>
        <w:tc>
          <w:tcPr>
            <w:tcW w:type="dxa" w:w="2880"/>
          </w:tcPr>
          <w:p>
            <w:r>
              <w:t>Equipment faults</w:t>
            </w:r>
          </w:p>
        </w:tc>
        <w:tc>
          <w:tcPr>
            <w:tcW w:type="dxa" w:w="2880"/>
          </w:tcPr>
          <w:p>
            <w:r>
              <w:t>14</w:t>
            </w:r>
          </w:p>
        </w:tc>
      </w:tr>
      <w:tr>
        <w:tc>
          <w:tcPr>
            <w:tcW w:type="dxa" w:w="2880"/>
          </w:tcPr>
          <w:p>
            <w:r>
              <w:t>2026-06-08</w:t>
            </w:r>
          </w:p>
        </w:tc>
        <w:tc>
          <w:tcPr>
            <w:tcW w:type="dxa" w:w="2880"/>
          </w:tcPr>
          <w:p>
            <w:r>
              <w:t>Truck gate transactions</w:t>
            </w:r>
          </w:p>
        </w:tc>
        <w:tc>
          <w:tcPr>
            <w:tcW w:type="dxa" w:w="2880"/>
          </w:tcPr>
          <w:p>
            <w:r>
              <w:t>0</w:t>
            </w:r>
          </w:p>
        </w:tc>
      </w:tr>
      <w:tr>
        <w:tc>
          <w:tcPr>
            <w:tcW w:type="dxa" w:w="2880"/>
          </w:tcPr>
          <w:p>
            <w:r>
              <w:t>2026-06-08</w:t>
            </w:r>
          </w:p>
        </w:tc>
        <w:tc>
          <w:tcPr>
            <w:tcW w:type="dxa" w:w="2880"/>
          </w:tcPr>
          <w:p>
            <w:r>
              <w:t>Yard inventory by day</w:t>
            </w:r>
          </w:p>
        </w:tc>
        <w:tc>
          <w:tcPr>
            <w:tcW w:type="dxa" w:w="2880"/>
          </w:tcPr>
          <w:p>
            <w:r>
              <w:t>0</w:t>
            </w:r>
          </w:p>
        </w:tc>
      </w:tr>
      <w:tr>
        <w:tc>
          <w:tcPr>
            <w:tcW w:type="dxa" w:w="2880"/>
          </w:tcPr>
          <w:p>
            <w:r>
              <w:t>2026-06-08</w:t>
            </w:r>
          </w:p>
        </w:tc>
        <w:tc>
          <w:tcPr>
            <w:tcW w:type="dxa" w:w="2880"/>
          </w:tcPr>
          <w:p>
            <w:r>
              <w:t>Berth calls</w:t>
            </w:r>
          </w:p>
        </w:tc>
        <w:tc>
          <w:tcPr>
            <w:tcW w:type="dxa" w:w="2880"/>
          </w:tcPr>
          <w:p>
            <w:r>
              <w:t>11</w:t>
            </w:r>
          </w:p>
        </w:tc>
      </w:tr>
      <w:tr>
        <w:tc>
          <w:tcPr>
            <w:tcW w:type="dxa" w:w="2880"/>
          </w:tcPr>
          <w:p>
            <w:r>
              <w:t>2026-06-08</w:t>
            </w:r>
          </w:p>
        </w:tc>
        <w:tc>
          <w:tcPr>
            <w:tcW w:type="dxa" w:w="2880"/>
          </w:tcPr>
          <w:p>
            <w:r>
              <w:t>Equipment faults</w:t>
            </w:r>
          </w:p>
        </w:tc>
        <w:tc>
          <w:tcPr>
            <w:tcW w:type="dxa" w:w="2880"/>
          </w:tcPr>
          <w:p>
            <w:r>
              <w:t>13</w:t>
            </w:r>
          </w:p>
        </w:tc>
      </w:tr>
      <w:tr>
        <w:tc>
          <w:tcPr>
            <w:tcW w:type="dxa" w:w="2880"/>
          </w:tcPr>
          <w:p>
            <w:r>
              <w:t>2026-06-15</w:t>
            </w:r>
          </w:p>
        </w:tc>
        <w:tc>
          <w:tcPr>
            <w:tcW w:type="dxa" w:w="2880"/>
          </w:tcPr>
          <w:p>
            <w:r>
              <w:t>Truck gate transactions</w:t>
            </w:r>
          </w:p>
        </w:tc>
        <w:tc>
          <w:tcPr>
            <w:tcW w:type="dxa" w:w="2880"/>
          </w:tcPr>
          <w:p>
            <w:r>
              <w:t>0</w:t>
            </w:r>
          </w:p>
        </w:tc>
      </w:tr>
      <w:tr>
        <w:tc>
          <w:tcPr>
            <w:tcW w:type="dxa" w:w="2880"/>
          </w:tcPr>
          <w:p>
            <w:r>
              <w:t>2026-06-15</w:t>
            </w:r>
          </w:p>
        </w:tc>
        <w:tc>
          <w:tcPr>
            <w:tcW w:type="dxa" w:w="2880"/>
          </w:tcPr>
          <w:p>
            <w:r>
              <w:t>Yard inventory by day</w:t>
            </w:r>
          </w:p>
        </w:tc>
        <w:tc>
          <w:tcPr>
            <w:tcW w:type="dxa" w:w="2880"/>
          </w:tcPr>
          <w:p>
            <w:r>
              <w:t>0</w:t>
            </w:r>
          </w:p>
        </w:tc>
      </w:tr>
      <w:tr>
        <w:tc>
          <w:tcPr>
            <w:tcW w:type="dxa" w:w="2880"/>
          </w:tcPr>
          <w:p>
            <w:r>
              <w:t>2026-06-15</w:t>
            </w:r>
          </w:p>
        </w:tc>
        <w:tc>
          <w:tcPr>
            <w:tcW w:type="dxa" w:w="2880"/>
          </w:tcPr>
          <w:p>
            <w:r>
              <w:t>Berth calls</w:t>
            </w:r>
          </w:p>
        </w:tc>
        <w:tc>
          <w:tcPr>
            <w:tcW w:type="dxa" w:w="2880"/>
          </w:tcPr>
          <w:p>
            <w:r>
              <w:t>19</w:t>
            </w:r>
          </w:p>
        </w:tc>
      </w:tr>
      <w:tr>
        <w:tc>
          <w:tcPr>
            <w:tcW w:type="dxa" w:w="2880"/>
          </w:tcPr>
          <w:p>
            <w:r>
              <w:t>2026-06-15</w:t>
            </w:r>
          </w:p>
        </w:tc>
        <w:tc>
          <w:tcPr>
            <w:tcW w:type="dxa" w:w="2880"/>
          </w:tcPr>
          <w:p>
            <w:r>
              <w:t>Equipment faults</w:t>
            </w:r>
          </w:p>
        </w:tc>
        <w:tc>
          <w:tcPr>
            <w:tcW w:type="dxa" w:w="2880"/>
          </w:tcPr>
          <w:p>
            <w:r>
              <w:t>17</w:t>
            </w:r>
          </w:p>
        </w:tc>
      </w:tr>
      <w:tr>
        <w:tc>
          <w:tcPr>
            <w:tcW w:type="dxa" w:w="2880"/>
          </w:tcPr>
          <w:p>
            <w:r>
              <w:t>2026-06-22</w:t>
            </w:r>
          </w:p>
        </w:tc>
        <w:tc>
          <w:tcPr>
            <w:tcW w:type="dxa" w:w="2880"/>
          </w:tcPr>
          <w:p>
            <w:r>
              <w:t>Truck gate transactions</w:t>
            </w:r>
          </w:p>
        </w:tc>
        <w:tc>
          <w:tcPr>
            <w:tcW w:type="dxa" w:w="2880"/>
          </w:tcPr>
          <w:p>
            <w:r>
              <w:t>0</w:t>
            </w:r>
          </w:p>
        </w:tc>
      </w:tr>
      <w:tr>
        <w:tc>
          <w:tcPr>
            <w:tcW w:type="dxa" w:w="2880"/>
          </w:tcPr>
          <w:p>
            <w:r>
              <w:t>2026-06-22</w:t>
            </w:r>
          </w:p>
        </w:tc>
        <w:tc>
          <w:tcPr>
            <w:tcW w:type="dxa" w:w="2880"/>
          </w:tcPr>
          <w:p>
            <w:r>
              <w:t>Yard inventory by day</w:t>
            </w:r>
          </w:p>
        </w:tc>
        <w:tc>
          <w:tcPr>
            <w:tcW w:type="dxa" w:w="2880"/>
          </w:tcPr>
          <w:p>
            <w:r>
              <w:t>0</w:t>
            </w:r>
          </w:p>
        </w:tc>
      </w:tr>
      <w:tr>
        <w:tc>
          <w:tcPr>
            <w:tcW w:type="dxa" w:w="2880"/>
          </w:tcPr>
          <w:p>
            <w:r>
              <w:t>2026-06-22</w:t>
            </w:r>
          </w:p>
        </w:tc>
        <w:tc>
          <w:tcPr>
            <w:tcW w:type="dxa" w:w="2880"/>
          </w:tcPr>
          <w:p>
            <w:r>
              <w:t>Berth calls</w:t>
            </w:r>
          </w:p>
        </w:tc>
        <w:tc>
          <w:tcPr>
            <w:tcW w:type="dxa" w:w="2880"/>
          </w:tcPr>
          <w:p>
            <w:r>
              <w:t>11</w:t>
            </w:r>
          </w:p>
        </w:tc>
      </w:tr>
      <w:tr>
        <w:tc>
          <w:tcPr>
            <w:tcW w:type="dxa" w:w="2880"/>
          </w:tcPr>
          <w:p>
            <w:r>
              <w:t>2026-06-22</w:t>
            </w:r>
          </w:p>
        </w:tc>
        <w:tc>
          <w:tcPr>
            <w:tcW w:type="dxa" w:w="2880"/>
          </w:tcPr>
          <w:p>
            <w:r>
              <w:t>Equipment faults</w:t>
            </w:r>
          </w:p>
        </w:tc>
        <w:tc>
          <w:tcPr>
            <w:tcW w:type="dxa" w:w="2880"/>
          </w:tcPr>
          <w:p>
            <w:r>
              <w:t>11</w:t>
            </w:r>
          </w:p>
        </w:tc>
      </w:tr>
      <w:tr>
        <w:tc>
          <w:tcPr>
            <w:tcW w:type="dxa" w:w="2880"/>
          </w:tcPr>
          <w:p>
            <w:r>
              <w:t>2026-06-29</w:t>
            </w:r>
          </w:p>
        </w:tc>
        <w:tc>
          <w:tcPr>
            <w:tcW w:type="dxa" w:w="2880"/>
          </w:tcPr>
          <w:p>
            <w:r>
              <w:t>Truck gate transactions</w:t>
            </w:r>
          </w:p>
        </w:tc>
        <w:tc>
          <w:tcPr>
            <w:tcW w:type="dxa" w:w="2880"/>
          </w:tcPr>
          <w:p>
            <w:r>
              <w:t>0</w:t>
            </w:r>
          </w:p>
        </w:tc>
      </w:tr>
      <w:tr>
        <w:tc>
          <w:tcPr>
            <w:tcW w:type="dxa" w:w="2880"/>
          </w:tcPr>
          <w:p>
            <w:r>
              <w:t>2026-06-29</w:t>
            </w:r>
          </w:p>
        </w:tc>
        <w:tc>
          <w:tcPr>
            <w:tcW w:type="dxa" w:w="2880"/>
          </w:tcPr>
          <w:p>
            <w:r>
              <w:t>Yard inventory by day</w:t>
            </w:r>
          </w:p>
        </w:tc>
        <w:tc>
          <w:tcPr>
            <w:tcW w:type="dxa" w:w="2880"/>
          </w:tcPr>
          <w:p>
            <w:r>
              <w:t>0</w:t>
            </w:r>
          </w:p>
        </w:tc>
      </w:tr>
      <w:tr>
        <w:tc>
          <w:tcPr>
            <w:tcW w:type="dxa" w:w="2880"/>
          </w:tcPr>
          <w:p>
            <w:r>
              <w:t>2026-06-29</w:t>
            </w:r>
          </w:p>
        </w:tc>
        <w:tc>
          <w:tcPr>
            <w:tcW w:type="dxa" w:w="2880"/>
          </w:tcPr>
          <w:p>
            <w:r>
              <w:t>Berth calls</w:t>
            </w:r>
          </w:p>
        </w:tc>
        <w:tc>
          <w:tcPr>
            <w:tcW w:type="dxa" w:w="2880"/>
          </w:tcPr>
          <w:p>
            <w:r>
              <w:t>12</w:t>
            </w:r>
          </w:p>
        </w:tc>
      </w:tr>
      <w:tr>
        <w:tc>
          <w:tcPr>
            <w:tcW w:type="dxa" w:w="2880"/>
          </w:tcPr>
          <w:p>
            <w:r>
              <w:t>2026-06-29</w:t>
            </w:r>
          </w:p>
        </w:tc>
        <w:tc>
          <w:tcPr>
            <w:tcW w:type="dxa" w:w="2880"/>
          </w:tcPr>
          <w:p>
            <w:r>
              <w:t>Equipment faults</w:t>
            </w:r>
          </w:p>
        </w:tc>
        <w:tc>
          <w:tcPr>
            <w:tcW w:type="dxa" w:w="2880"/>
          </w:tcPr>
          <w:p>
            <w:r>
              <w:t>21</w:t>
            </w:r>
          </w:p>
        </w:tc>
      </w:tr>
      <w:tr>
        <w:tc>
          <w:tcPr>
            <w:tcW w:type="dxa" w:w="2880"/>
          </w:tcPr>
          <w:p>
            <w:r>
              <w:t>2026-07-06</w:t>
            </w:r>
          </w:p>
        </w:tc>
        <w:tc>
          <w:tcPr>
            <w:tcW w:type="dxa" w:w="2880"/>
          </w:tcPr>
          <w:p>
            <w:r>
              <w:t>Truck gate transactions</w:t>
            </w:r>
          </w:p>
        </w:tc>
        <w:tc>
          <w:tcPr>
            <w:tcW w:type="dxa" w:w="2880"/>
          </w:tcPr>
          <w:p>
            <w:r>
              <w:t>0</w:t>
            </w:r>
          </w:p>
        </w:tc>
      </w:tr>
      <w:tr>
        <w:tc>
          <w:tcPr>
            <w:tcW w:type="dxa" w:w="2880"/>
          </w:tcPr>
          <w:p>
            <w:r>
              <w:t>2026-07-06</w:t>
            </w:r>
          </w:p>
        </w:tc>
        <w:tc>
          <w:tcPr>
            <w:tcW w:type="dxa" w:w="2880"/>
          </w:tcPr>
          <w:p>
            <w:r>
              <w:t>Yard inventory by day</w:t>
            </w:r>
          </w:p>
        </w:tc>
        <w:tc>
          <w:tcPr>
            <w:tcW w:type="dxa" w:w="2880"/>
          </w:tcPr>
          <w:p>
            <w:r>
              <w:t>0</w:t>
            </w:r>
          </w:p>
        </w:tc>
      </w:tr>
      <w:tr>
        <w:tc>
          <w:tcPr>
            <w:tcW w:type="dxa" w:w="2880"/>
          </w:tcPr>
          <w:p>
            <w:r>
              <w:t>2026-07-06</w:t>
            </w:r>
          </w:p>
        </w:tc>
        <w:tc>
          <w:tcPr>
            <w:tcW w:type="dxa" w:w="2880"/>
          </w:tcPr>
          <w:p>
            <w:r>
              <w:t>Berth calls</w:t>
            </w:r>
          </w:p>
        </w:tc>
        <w:tc>
          <w:tcPr>
            <w:tcW w:type="dxa" w:w="2880"/>
          </w:tcPr>
          <w:p>
            <w:r>
              <w:t>15</w:t>
            </w:r>
          </w:p>
        </w:tc>
      </w:tr>
      <w:tr>
        <w:tc>
          <w:tcPr>
            <w:tcW w:type="dxa" w:w="2880"/>
          </w:tcPr>
          <w:p>
            <w:r>
              <w:t>2026-07-06</w:t>
            </w:r>
          </w:p>
        </w:tc>
        <w:tc>
          <w:tcPr>
            <w:tcW w:type="dxa" w:w="2880"/>
          </w:tcPr>
          <w:p>
            <w:r>
              <w:t>Equipment faults</w:t>
            </w:r>
          </w:p>
        </w:tc>
        <w:tc>
          <w:tcPr>
            <w:tcW w:type="dxa" w:w="2880"/>
          </w:tcPr>
          <w:p>
            <w:r>
              <w:t>14</w:t>
            </w:r>
          </w:p>
        </w:tc>
      </w:tr>
      <w:tr>
        <w:tc>
          <w:tcPr>
            <w:tcW w:type="dxa" w:w="2880"/>
          </w:tcPr>
          <w:p>
            <w:r>
              <w:t>2026-07-13</w:t>
            </w:r>
          </w:p>
        </w:tc>
        <w:tc>
          <w:tcPr>
            <w:tcW w:type="dxa" w:w="2880"/>
          </w:tcPr>
          <w:p>
            <w:r>
              <w:t>Truck gate transactions</w:t>
            </w:r>
          </w:p>
        </w:tc>
        <w:tc>
          <w:tcPr>
            <w:tcW w:type="dxa" w:w="2880"/>
          </w:tcPr>
          <w:p>
            <w:r>
              <w:t>0</w:t>
            </w:r>
          </w:p>
        </w:tc>
      </w:tr>
      <w:tr>
        <w:tc>
          <w:tcPr>
            <w:tcW w:type="dxa" w:w="2880"/>
          </w:tcPr>
          <w:p>
            <w:r>
              <w:t>2026-07-13</w:t>
            </w:r>
          </w:p>
        </w:tc>
        <w:tc>
          <w:tcPr>
            <w:tcW w:type="dxa" w:w="2880"/>
          </w:tcPr>
          <w:p>
            <w:r>
              <w:t>Yard inventory by day</w:t>
            </w:r>
          </w:p>
        </w:tc>
        <w:tc>
          <w:tcPr>
            <w:tcW w:type="dxa" w:w="2880"/>
          </w:tcPr>
          <w:p>
            <w:r>
              <w:t>0</w:t>
            </w:r>
          </w:p>
        </w:tc>
      </w:tr>
      <w:tr>
        <w:tc>
          <w:tcPr>
            <w:tcW w:type="dxa" w:w="2880"/>
          </w:tcPr>
          <w:p>
            <w:r>
              <w:t>2026-07-13</w:t>
            </w:r>
          </w:p>
        </w:tc>
        <w:tc>
          <w:tcPr>
            <w:tcW w:type="dxa" w:w="2880"/>
          </w:tcPr>
          <w:p>
            <w:r>
              <w:t>Berth calls</w:t>
            </w:r>
          </w:p>
        </w:tc>
        <w:tc>
          <w:tcPr>
            <w:tcW w:type="dxa" w:w="2880"/>
          </w:tcPr>
          <w:p>
            <w:r>
              <w:t>13</w:t>
            </w:r>
          </w:p>
        </w:tc>
      </w:tr>
      <w:tr>
        <w:tc>
          <w:tcPr>
            <w:tcW w:type="dxa" w:w="2880"/>
          </w:tcPr>
          <w:p>
            <w:r>
              <w:t>2026-07-13</w:t>
            </w:r>
          </w:p>
        </w:tc>
        <w:tc>
          <w:tcPr>
            <w:tcW w:type="dxa" w:w="2880"/>
          </w:tcPr>
          <w:p>
            <w:r>
              <w:t>Equipment faults</w:t>
            </w:r>
          </w:p>
        </w:tc>
        <w:tc>
          <w:tcPr>
            <w:tcW w:type="dxa" w:w="2880"/>
          </w:tcPr>
          <w:p>
            <w:r>
              <w:t>21</w:t>
            </w:r>
          </w:p>
        </w:tc>
      </w:tr>
      <w:tr>
        <w:tc>
          <w:tcPr>
            <w:tcW w:type="dxa" w:w="2880"/>
          </w:tcPr>
          <w:p>
            <w:r>
              <w:t>2026-07-20</w:t>
            </w:r>
          </w:p>
        </w:tc>
        <w:tc>
          <w:tcPr>
            <w:tcW w:type="dxa" w:w="2880"/>
          </w:tcPr>
          <w:p>
            <w:r>
              <w:t>Truck gate transactions</w:t>
            </w:r>
          </w:p>
        </w:tc>
        <w:tc>
          <w:tcPr>
            <w:tcW w:type="dxa" w:w="2880"/>
          </w:tcPr>
          <w:p>
            <w:r>
              <w:t>0</w:t>
            </w:r>
          </w:p>
        </w:tc>
      </w:tr>
      <w:tr>
        <w:tc>
          <w:tcPr>
            <w:tcW w:type="dxa" w:w="2880"/>
          </w:tcPr>
          <w:p>
            <w:r>
              <w:t>2026-07-20</w:t>
            </w:r>
          </w:p>
        </w:tc>
        <w:tc>
          <w:tcPr>
            <w:tcW w:type="dxa" w:w="2880"/>
          </w:tcPr>
          <w:p>
            <w:r>
              <w:t>Yard inventory by day</w:t>
            </w:r>
          </w:p>
        </w:tc>
        <w:tc>
          <w:tcPr>
            <w:tcW w:type="dxa" w:w="2880"/>
          </w:tcPr>
          <w:p>
            <w:r>
              <w:t>0</w:t>
            </w:r>
          </w:p>
        </w:tc>
      </w:tr>
      <w:tr>
        <w:tc>
          <w:tcPr>
            <w:tcW w:type="dxa" w:w="2880"/>
          </w:tcPr>
          <w:p>
            <w:r>
              <w:t>2026-07-20</w:t>
            </w:r>
          </w:p>
        </w:tc>
        <w:tc>
          <w:tcPr>
            <w:tcW w:type="dxa" w:w="2880"/>
          </w:tcPr>
          <w:p>
            <w:r>
              <w:t>Berth calls</w:t>
            </w:r>
          </w:p>
        </w:tc>
        <w:tc>
          <w:tcPr>
            <w:tcW w:type="dxa" w:w="2880"/>
          </w:tcPr>
          <w:p>
            <w:r>
              <w:t>16</w:t>
            </w:r>
          </w:p>
        </w:tc>
      </w:tr>
      <w:tr>
        <w:tc>
          <w:tcPr>
            <w:tcW w:type="dxa" w:w="2880"/>
          </w:tcPr>
          <w:p>
            <w:r>
              <w:t>2026-07-20</w:t>
            </w:r>
          </w:p>
        </w:tc>
        <w:tc>
          <w:tcPr>
            <w:tcW w:type="dxa" w:w="2880"/>
          </w:tcPr>
          <w:p>
            <w:r>
              <w:t>Equipment faults</w:t>
            </w:r>
          </w:p>
        </w:tc>
        <w:tc>
          <w:tcPr>
            <w:tcW w:type="dxa" w:w="2880"/>
          </w:tcPr>
          <w:p>
            <w:r>
              <w:t>15</w:t>
            </w:r>
          </w:p>
        </w:tc>
      </w:tr>
      <w:tr>
        <w:tc>
          <w:tcPr>
            <w:tcW w:type="dxa" w:w="2880"/>
          </w:tcPr>
          <w:p>
            <w:r>
              <w:t>2026-07-27</w:t>
            </w:r>
          </w:p>
        </w:tc>
        <w:tc>
          <w:tcPr>
            <w:tcW w:type="dxa" w:w="2880"/>
          </w:tcPr>
          <w:p>
            <w:r>
              <w:t>Truck gate transactions</w:t>
            </w:r>
          </w:p>
        </w:tc>
        <w:tc>
          <w:tcPr>
            <w:tcW w:type="dxa" w:w="2880"/>
          </w:tcPr>
          <w:p>
            <w:r>
              <w:t>0</w:t>
            </w:r>
          </w:p>
        </w:tc>
      </w:tr>
      <w:tr>
        <w:tc>
          <w:tcPr>
            <w:tcW w:type="dxa" w:w="2880"/>
          </w:tcPr>
          <w:p>
            <w:r>
              <w:t>2026-07-27</w:t>
            </w:r>
          </w:p>
        </w:tc>
        <w:tc>
          <w:tcPr>
            <w:tcW w:type="dxa" w:w="2880"/>
          </w:tcPr>
          <w:p>
            <w:r>
              <w:t>Yard inventory by day</w:t>
            </w:r>
          </w:p>
        </w:tc>
        <w:tc>
          <w:tcPr>
            <w:tcW w:type="dxa" w:w="2880"/>
          </w:tcPr>
          <w:p>
            <w:r>
              <w:t>0</w:t>
            </w:r>
          </w:p>
        </w:tc>
      </w:tr>
      <w:tr>
        <w:tc>
          <w:tcPr>
            <w:tcW w:type="dxa" w:w="2880"/>
          </w:tcPr>
          <w:p>
            <w:r>
              <w:t>2026-07-27</w:t>
            </w:r>
          </w:p>
        </w:tc>
        <w:tc>
          <w:tcPr>
            <w:tcW w:type="dxa" w:w="2880"/>
          </w:tcPr>
          <w:p>
            <w:r>
              <w:t>Berth calls</w:t>
            </w:r>
          </w:p>
        </w:tc>
        <w:tc>
          <w:tcPr>
            <w:tcW w:type="dxa" w:w="2880"/>
          </w:tcPr>
          <w:p>
            <w:r>
              <w:t>14</w:t>
            </w:r>
          </w:p>
        </w:tc>
      </w:tr>
      <w:tr>
        <w:tc>
          <w:tcPr>
            <w:tcW w:type="dxa" w:w="2880"/>
          </w:tcPr>
          <w:p>
            <w:r>
              <w:t>2026-07-27</w:t>
            </w:r>
          </w:p>
        </w:tc>
        <w:tc>
          <w:tcPr>
            <w:tcW w:type="dxa" w:w="2880"/>
          </w:tcPr>
          <w:p>
            <w:r>
              <w:t>Equipment faults</w:t>
            </w:r>
          </w:p>
        </w:tc>
        <w:tc>
          <w:tcPr>
            <w:tcW w:type="dxa" w:w="2880"/>
          </w:tcPr>
          <w:p>
            <w:r>
              <w:t>14</w:t>
            </w:r>
          </w:p>
        </w:tc>
      </w:tr>
      <w:tr>
        <w:tc>
          <w:tcPr>
            <w:tcW w:type="dxa" w:w="2880"/>
          </w:tcPr>
          <w:p>
            <w:r>
              <w:t>2026-08-03</w:t>
            </w:r>
          </w:p>
        </w:tc>
        <w:tc>
          <w:tcPr>
            <w:tcW w:type="dxa" w:w="2880"/>
          </w:tcPr>
          <w:p>
            <w:r>
              <w:t>Truck gate transactions</w:t>
            </w:r>
          </w:p>
        </w:tc>
        <w:tc>
          <w:tcPr>
            <w:tcW w:type="dxa" w:w="2880"/>
          </w:tcPr>
          <w:p>
            <w:r>
              <w:t>0</w:t>
            </w:r>
          </w:p>
        </w:tc>
      </w:tr>
      <w:tr>
        <w:tc>
          <w:tcPr>
            <w:tcW w:type="dxa" w:w="2880"/>
          </w:tcPr>
          <w:p>
            <w:r>
              <w:t>2026-08-03</w:t>
            </w:r>
          </w:p>
        </w:tc>
        <w:tc>
          <w:tcPr>
            <w:tcW w:type="dxa" w:w="2880"/>
          </w:tcPr>
          <w:p>
            <w:r>
              <w:t>Yard inventory by day</w:t>
            </w:r>
          </w:p>
        </w:tc>
        <w:tc>
          <w:tcPr>
            <w:tcW w:type="dxa" w:w="2880"/>
          </w:tcPr>
          <w:p>
            <w:r>
              <w:t>0</w:t>
            </w:r>
          </w:p>
        </w:tc>
      </w:tr>
      <w:tr>
        <w:tc>
          <w:tcPr>
            <w:tcW w:type="dxa" w:w="2880"/>
          </w:tcPr>
          <w:p>
            <w:r>
              <w:t>2026-08-03</w:t>
            </w:r>
          </w:p>
        </w:tc>
        <w:tc>
          <w:tcPr>
            <w:tcW w:type="dxa" w:w="2880"/>
          </w:tcPr>
          <w:p>
            <w:r>
              <w:t>Berth calls</w:t>
            </w:r>
          </w:p>
        </w:tc>
        <w:tc>
          <w:tcPr>
            <w:tcW w:type="dxa" w:w="2880"/>
          </w:tcPr>
          <w:p>
            <w:r>
              <w:t>13</w:t>
            </w:r>
          </w:p>
        </w:tc>
      </w:tr>
      <w:tr>
        <w:tc>
          <w:tcPr>
            <w:tcW w:type="dxa" w:w="2880"/>
          </w:tcPr>
          <w:p>
            <w:r>
              <w:t>2026-08-03</w:t>
            </w:r>
          </w:p>
        </w:tc>
        <w:tc>
          <w:tcPr>
            <w:tcW w:type="dxa" w:w="2880"/>
          </w:tcPr>
          <w:p>
            <w:r>
              <w:t>Equipment faults</w:t>
            </w:r>
          </w:p>
        </w:tc>
        <w:tc>
          <w:tcPr>
            <w:tcW w:type="dxa" w:w="2880"/>
          </w:tcPr>
          <w:p>
            <w:r>
              <w:t>15</w:t>
            </w:r>
          </w:p>
        </w:tc>
      </w:tr>
      <w:tr>
        <w:tc>
          <w:tcPr>
            <w:tcW w:type="dxa" w:w="2880"/>
          </w:tcPr>
          <w:p>
            <w:r>
              <w:t>2026-08-10</w:t>
            </w:r>
          </w:p>
        </w:tc>
        <w:tc>
          <w:tcPr>
            <w:tcW w:type="dxa" w:w="2880"/>
          </w:tcPr>
          <w:p>
            <w:r>
              <w:t>Truck gate transactions</w:t>
            </w:r>
          </w:p>
        </w:tc>
        <w:tc>
          <w:tcPr>
            <w:tcW w:type="dxa" w:w="2880"/>
          </w:tcPr>
          <w:p>
            <w:r>
              <w:t>0</w:t>
            </w:r>
          </w:p>
        </w:tc>
      </w:tr>
      <w:tr>
        <w:tc>
          <w:tcPr>
            <w:tcW w:type="dxa" w:w="2880"/>
          </w:tcPr>
          <w:p>
            <w:r>
              <w:t>2026-08-10</w:t>
            </w:r>
          </w:p>
        </w:tc>
        <w:tc>
          <w:tcPr>
            <w:tcW w:type="dxa" w:w="2880"/>
          </w:tcPr>
          <w:p>
            <w:r>
              <w:t>Yard inventory by day</w:t>
            </w:r>
          </w:p>
        </w:tc>
        <w:tc>
          <w:tcPr>
            <w:tcW w:type="dxa" w:w="2880"/>
          </w:tcPr>
          <w:p>
            <w:r>
              <w:t>0</w:t>
            </w:r>
          </w:p>
        </w:tc>
      </w:tr>
      <w:tr>
        <w:tc>
          <w:tcPr>
            <w:tcW w:type="dxa" w:w="2880"/>
          </w:tcPr>
          <w:p>
            <w:r>
              <w:t>2026-08-10</w:t>
            </w:r>
          </w:p>
        </w:tc>
        <w:tc>
          <w:tcPr>
            <w:tcW w:type="dxa" w:w="2880"/>
          </w:tcPr>
          <w:p>
            <w:r>
              <w:t>Berth calls</w:t>
            </w:r>
          </w:p>
        </w:tc>
        <w:tc>
          <w:tcPr>
            <w:tcW w:type="dxa" w:w="2880"/>
          </w:tcPr>
          <w:p>
            <w:r>
              <w:t>13</w:t>
            </w:r>
          </w:p>
        </w:tc>
      </w:tr>
      <w:tr>
        <w:tc>
          <w:tcPr>
            <w:tcW w:type="dxa" w:w="2880"/>
          </w:tcPr>
          <w:p>
            <w:r>
              <w:t>2026-08-10</w:t>
            </w:r>
          </w:p>
        </w:tc>
        <w:tc>
          <w:tcPr>
            <w:tcW w:type="dxa" w:w="2880"/>
          </w:tcPr>
          <w:p>
            <w:r>
              <w:t>Equipment faults</w:t>
            </w:r>
          </w:p>
        </w:tc>
        <w:tc>
          <w:tcPr>
            <w:tcW w:type="dxa" w:w="2880"/>
          </w:tcPr>
          <w:p>
            <w:r>
              <w:t>8</w:t>
            </w:r>
          </w:p>
        </w:tc>
      </w:tr>
      <w:tr>
        <w:tc>
          <w:tcPr>
            <w:tcW w:type="dxa" w:w="2880"/>
          </w:tcPr>
          <w:p>
            <w:r>
              <w:t>2026-08-17</w:t>
            </w:r>
          </w:p>
        </w:tc>
        <w:tc>
          <w:tcPr>
            <w:tcW w:type="dxa" w:w="2880"/>
          </w:tcPr>
          <w:p>
            <w:r>
              <w:t>Truck gate transactions</w:t>
            </w:r>
          </w:p>
        </w:tc>
        <w:tc>
          <w:tcPr>
            <w:tcW w:type="dxa" w:w="2880"/>
          </w:tcPr>
          <w:p>
            <w:r>
              <w:t>0</w:t>
            </w:r>
          </w:p>
        </w:tc>
      </w:tr>
      <w:tr>
        <w:tc>
          <w:tcPr>
            <w:tcW w:type="dxa" w:w="2880"/>
          </w:tcPr>
          <w:p>
            <w:r>
              <w:t>2026-08-17</w:t>
            </w:r>
          </w:p>
        </w:tc>
        <w:tc>
          <w:tcPr>
            <w:tcW w:type="dxa" w:w="2880"/>
          </w:tcPr>
          <w:p>
            <w:r>
              <w:t>Yard inventory by day</w:t>
            </w:r>
          </w:p>
        </w:tc>
        <w:tc>
          <w:tcPr>
            <w:tcW w:type="dxa" w:w="2880"/>
          </w:tcPr>
          <w:p>
            <w:r>
              <w:t>0</w:t>
            </w:r>
          </w:p>
        </w:tc>
      </w:tr>
      <w:tr>
        <w:tc>
          <w:tcPr>
            <w:tcW w:type="dxa" w:w="2880"/>
          </w:tcPr>
          <w:p>
            <w:r>
              <w:t>2026-08-17</w:t>
            </w:r>
          </w:p>
        </w:tc>
        <w:tc>
          <w:tcPr>
            <w:tcW w:type="dxa" w:w="2880"/>
          </w:tcPr>
          <w:p>
            <w:r>
              <w:t>Berth calls</w:t>
            </w:r>
          </w:p>
        </w:tc>
        <w:tc>
          <w:tcPr>
            <w:tcW w:type="dxa" w:w="2880"/>
          </w:tcPr>
          <w:p>
            <w:r>
              <w:t>10</w:t>
            </w:r>
          </w:p>
        </w:tc>
      </w:tr>
      <w:tr>
        <w:tc>
          <w:tcPr>
            <w:tcW w:type="dxa" w:w="2880"/>
          </w:tcPr>
          <w:p>
            <w:r>
              <w:t>2026-08-17</w:t>
            </w:r>
          </w:p>
        </w:tc>
        <w:tc>
          <w:tcPr>
            <w:tcW w:type="dxa" w:w="2880"/>
          </w:tcPr>
          <w:p>
            <w:r>
              <w:t>Equipment faults</w:t>
            </w:r>
          </w:p>
        </w:tc>
        <w:tc>
          <w:tcPr>
            <w:tcW w:type="dxa" w:w="2880"/>
          </w:tcPr>
          <w:p>
            <w:r>
              <w:t>17</w:t>
            </w:r>
          </w:p>
        </w:tc>
      </w:tr>
      <w:tr>
        <w:tc>
          <w:tcPr>
            <w:tcW w:type="dxa" w:w="2880"/>
          </w:tcPr>
          <w:p>
            <w:r>
              <w:t>2026-08-24</w:t>
            </w:r>
          </w:p>
        </w:tc>
        <w:tc>
          <w:tcPr>
            <w:tcW w:type="dxa" w:w="2880"/>
          </w:tcPr>
          <w:p>
            <w:r>
              <w:t>Truck gate transactions</w:t>
            </w:r>
          </w:p>
        </w:tc>
        <w:tc>
          <w:tcPr>
            <w:tcW w:type="dxa" w:w="2880"/>
          </w:tcPr>
          <w:p>
            <w:r>
              <w:t>0</w:t>
            </w:r>
          </w:p>
        </w:tc>
      </w:tr>
      <w:tr>
        <w:tc>
          <w:tcPr>
            <w:tcW w:type="dxa" w:w="2880"/>
          </w:tcPr>
          <w:p>
            <w:r>
              <w:t>2026-08-24</w:t>
            </w:r>
          </w:p>
        </w:tc>
        <w:tc>
          <w:tcPr>
            <w:tcW w:type="dxa" w:w="2880"/>
          </w:tcPr>
          <w:p>
            <w:r>
              <w:t>Yard inventory by day</w:t>
            </w:r>
          </w:p>
        </w:tc>
        <w:tc>
          <w:tcPr>
            <w:tcW w:type="dxa" w:w="2880"/>
          </w:tcPr>
          <w:p>
            <w:r>
              <w:t>0</w:t>
            </w:r>
          </w:p>
        </w:tc>
      </w:tr>
      <w:tr>
        <w:tc>
          <w:tcPr>
            <w:tcW w:type="dxa" w:w="2880"/>
          </w:tcPr>
          <w:p>
            <w:r>
              <w:t>2026-08-24</w:t>
            </w:r>
          </w:p>
        </w:tc>
        <w:tc>
          <w:tcPr>
            <w:tcW w:type="dxa" w:w="2880"/>
          </w:tcPr>
          <w:p>
            <w:r>
              <w:t>Berth calls</w:t>
            </w:r>
          </w:p>
        </w:tc>
        <w:tc>
          <w:tcPr>
            <w:tcW w:type="dxa" w:w="2880"/>
          </w:tcPr>
          <w:p>
            <w:r>
              <w:t>8</w:t>
            </w:r>
          </w:p>
        </w:tc>
      </w:tr>
      <w:tr>
        <w:tc>
          <w:tcPr>
            <w:tcW w:type="dxa" w:w="2880"/>
          </w:tcPr>
          <w:p>
            <w:r>
              <w:t>2026-08-24</w:t>
            </w:r>
          </w:p>
        </w:tc>
        <w:tc>
          <w:tcPr>
            <w:tcW w:type="dxa" w:w="2880"/>
          </w:tcPr>
          <w:p>
            <w:r>
              <w:t>Equipment faults</w:t>
            </w:r>
          </w:p>
        </w:tc>
        <w:tc>
          <w:tcPr>
            <w:tcW w:type="dxa" w:w="2880"/>
          </w:tcPr>
          <w:p>
            <w:r>
              <w:t>17</w:t>
            </w:r>
          </w:p>
        </w:tc>
      </w:tr>
      <w:tr>
        <w:tc>
          <w:tcPr>
            <w:tcW w:type="dxa" w:w="2880"/>
          </w:tcPr>
          <w:p>
            <w:r>
              <w:t>2026-08-31</w:t>
            </w:r>
          </w:p>
        </w:tc>
        <w:tc>
          <w:tcPr>
            <w:tcW w:type="dxa" w:w="2880"/>
          </w:tcPr>
          <w:p>
            <w:r>
              <w:t>Truck gate transactions</w:t>
            </w:r>
          </w:p>
        </w:tc>
        <w:tc>
          <w:tcPr>
            <w:tcW w:type="dxa" w:w="2880"/>
          </w:tcPr>
          <w:p>
            <w:r>
              <w:t>519</w:t>
            </w:r>
          </w:p>
        </w:tc>
      </w:tr>
      <w:tr>
        <w:tc>
          <w:tcPr>
            <w:tcW w:type="dxa" w:w="2880"/>
          </w:tcPr>
          <w:p>
            <w:r>
              <w:t>2026-08-31</w:t>
            </w:r>
          </w:p>
        </w:tc>
        <w:tc>
          <w:tcPr>
            <w:tcW w:type="dxa" w:w="2880"/>
          </w:tcPr>
          <w:p>
            <w:r>
              <w:t>Yard inventory by day</w:t>
            </w:r>
          </w:p>
        </w:tc>
        <w:tc>
          <w:tcPr>
            <w:tcW w:type="dxa" w:w="2880"/>
          </w:tcPr>
          <w:p>
            <w:r>
              <w:t>210</w:t>
            </w:r>
          </w:p>
        </w:tc>
      </w:tr>
      <w:tr>
        <w:tc>
          <w:tcPr>
            <w:tcW w:type="dxa" w:w="2880"/>
          </w:tcPr>
          <w:p>
            <w:r>
              <w:t>2026-08-31</w:t>
            </w:r>
          </w:p>
        </w:tc>
        <w:tc>
          <w:tcPr>
            <w:tcW w:type="dxa" w:w="2880"/>
          </w:tcPr>
          <w:p>
            <w:r>
              <w:t>Berth calls</w:t>
            </w:r>
          </w:p>
        </w:tc>
        <w:tc>
          <w:tcPr>
            <w:tcW w:type="dxa" w:w="2880"/>
          </w:tcPr>
          <w:p>
            <w:r>
              <w:t>15</w:t>
            </w:r>
          </w:p>
        </w:tc>
      </w:tr>
      <w:tr>
        <w:tc>
          <w:tcPr>
            <w:tcW w:type="dxa" w:w="2880"/>
          </w:tcPr>
          <w:p>
            <w:r>
              <w:t>2026-08-31</w:t>
            </w:r>
          </w:p>
        </w:tc>
        <w:tc>
          <w:tcPr>
            <w:tcW w:type="dxa" w:w="2880"/>
          </w:tcPr>
          <w:p>
            <w:r>
              <w:t>Equipment faults</w:t>
            </w:r>
          </w:p>
        </w:tc>
        <w:tc>
          <w:tcPr>
            <w:tcW w:type="dxa" w:w="2880"/>
          </w:tcPr>
          <w:p>
            <w:r>
              <w:t>9</w:t>
            </w:r>
          </w:p>
        </w:tc>
      </w:tr>
      <w:tr>
        <w:tc>
          <w:tcPr>
            <w:tcW w:type="dxa" w:w="2880"/>
          </w:tcPr>
          <w:p>
            <w:r>
              <w:t>2026-09-07</w:t>
            </w:r>
          </w:p>
        </w:tc>
        <w:tc>
          <w:tcPr>
            <w:tcW w:type="dxa" w:w="2880"/>
          </w:tcPr>
          <w:p>
            <w:r>
              <w:t>Truck gate transactions</w:t>
            </w:r>
          </w:p>
        </w:tc>
        <w:tc>
          <w:tcPr>
            <w:tcW w:type="dxa" w:w="2880"/>
          </w:tcPr>
          <w:p>
            <w:r>
              <w:t>519</w:t>
            </w:r>
          </w:p>
        </w:tc>
      </w:tr>
      <w:tr>
        <w:tc>
          <w:tcPr>
            <w:tcW w:type="dxa" w:w="2880"/>
          </w:tcPr>
          <w:p>
            <w:r>
              <w:t>2026-09-07</w:t>
            </w:r>
          </w:p>
        </w:tc>
        <w:tc>
          <w:tcPr>
            <w:tcW w:type="dxa" w:w="2880"/>
          </w:tcPr>
          <w:p>
            <w:r>
              <w:t>Yard inventory by day</w:t>
            </w:r>
          </w:p>
        </w:tc>
        <w:tc>
          <w:tcPr>
            <w:tcW w:type="dxa" w:w="2880"/>
          </w:tcPr>
          <w:p>
            <w:r>
              <w:t>210</w:t>
            </w:r>
          </w:p>
        </w:tc>
      </w:tr>
      <w:tr>
        <w:tc>
          <w:tcPr>
            <w:tcW w:type="dxa" w:w="2880"/>
          </w:tcPr>
          <w:p>
            <w:r>
              <w:t>2026-09-07</w:t>
            </w:r>
          </w:p>
        </w:tc>
        <w:tc>
          <w:tcPr>
            <w:tcW w:type="dxa" w:w="2880"/>
          </w:tcPr>
          <w:p>
            <w:r>
              <w:t>Berth calls</w:t>
            </w:r>
          </w:p>
        </w:tc>
        <w:tc>
          <w:tcPr>
            <w:tcW w:type="dxa" w:w="2880"/>
          </w:tcPr>
          <w:p>
            <w:r>
              <w:t>18</w:t>
            </w:r>
          </w:p>
        </w:tc>
      </w:tr>
      <w:tr>
        <w:tc>
          <w:tcPr>
            <w:tcW w:type="dxa" w:w="2880"/>
          </w:tcPr>
          <w:p>
            <w:r>
              <w:t>2026-09-07</w:t>
            </w:r>
          </w:p>
        </w:tc>
        <w:tc>
          <w:tcPr>
            <w:tcW w:type="dxa" w:w="2880"/>
          </w:tcPr>
          <w:p>
            <w:r>
              <w:t>Equipment faults</w:t>
            </w:r>
          </w:p>
        </w:tc>
        <w:tc>
          <w:tcPr>
            <w:tcW w:type="dxa" w:w="2880"/>
          </w:tcPr>
          <w:p>
            <w:r>
              <w:t>15</w:t>
            </w:r>
          </w:p>
        </w:tc>
      </w:tr>
      <w:tr>
        <w:tc>
          <w:tcPr>
            <w:tcW w:type="dxa" w:w="2880"/>
          </w:tcPr>
          <w:p>
            <w:r>
              <w:t>2026-09-14</w:t>
            </w:r>
          </w:p>
        </w:tc>
        <w:tc>
          <w:tcPr>
            <w:tcW w:type="dxa" w:w="2880"/>
          </w:tcPr>
          <w:p>
            <w:r>
              <w:t>Truck gate transactions</w:t>
            </w:r>
          </w:p>
        </w:tc>
        <w:tc>
          <w:tcPr>
            <w:tcW w:type="dxa" w:w="2880"/>
          </w:tcPr>
          <w:p>
            <w:r>
              <w:t>468</w:t>
            </w:r>
          </w:p>
        </w:tc>
      </w:tr>
      <w:tr>
        <w:tc>
          <w:tcPr>
            <w:tcW w:type="dxa" w:w="2880"/>
          </w:tcPr>
          <w:p>
            <w:r>
              <w:t>2026-09-14</w:t>
            </w:r>
          </w:p>
        </w:tc>
        <w:tc>
          <w:tcPr>
            <w:tcW w:type="dxa" w:w="2880"/>
          </w:tcPr>
          <w:p>
            <w:r>
              <w:t>Yard inventory by day</w:t>
            </w:r>
          </w:p>
        </w:tc>
        <w:tc>
          <w:tcPr>
            <w:tcW w:type="dxa" w:w="2880"/>
          </w:tcPr>
          <w:p>
            <w:r>
              <w:t>210</w:t>
            </w:r>
          </w:p>
        </w:tc>
      </w:tr>
      <w:tr>
        <w:tc>
          <w:tcPr>
            <w:tcW w:type="dxa" w:w="2880"/>
          </w:tcPr>
          <w:p>
            <w:r>
              <w:t>2026-09-14</w:t>
            </w:r>
          </w:p>
        </w:tc>
        <w:tc>
          <w:tcPr>
            <w:tcW w:type="dxa" w:w="2880"/>
          </w:tcPr>
          <w:p>
            <w:r>
              <w:t>Berth calls</w:t>
            </w:r>
          </w:p>
        </w:tc>
        <w:tc>
          <w:tcPr>
            <w:tcW w:type="dxa" w:w="2880"/>
          </w:tcPr>
          <w:p>
            <w:r>
              <w:t>15</w:t>
            </w:r>
          </w:p>
        </w:tc>
      </w:tr>
      <w:tr>
        <w:tc>
          <w:tcPr>
            <w:tcW w:type="dxa" w:w="2880"/>
          </w:tcPr>
          <w:p>
            <w:r>
              <w:t>2026-09-14</w:t>
            </w:r>
          </w:p>
        </w:tc>
        <w:tc>
          <w:tcPr>
            <w:tcW w:type="dxa" w:w="2880"/>
          </w:tcPr>
          <w:p>
            <w:r>
              <w:t>Equipment faults</w:t>
            </w:r>
          </w:p>
        </w:tc>
        <w:tc>
          <w:tcPr>
            <w:tcW w:type="dxa" w:w="2880"/>
          </w:tcPr>
          <w:p>
            <w:r>
              <w:t>21</w:t>
            </w:r>
          </w:p>
        </w:tc>
      </w:tr>
      <w:tr>
        <w:tc>
          <w:tcPr>
            <w:tcW w:type="dxa" w:w="2880"/>
          </w:tcPr>
          <w:p>
            <w:r>
              <w:t>2026-09-21</w:t>
            </w:r>
          </w:p>
        </w:tc>
        <w:tc>
          <w:tcPr>
            <w:tcW w:type="dxa" w:w="2880"/>
          </w:tcPr>
          <w:p>
            <w:r>
              <w:t>Truck gate transactions</w:t>
            </w:r>
          </w:p>
        </w:tc>
        <w:tc>
          <w:tcPr>
            <w:tcW w:type="dxa" w:w="2880"/>
          </w:tcPr>
          <w:p>
            <w:r>
              <w:t>494</w:t>
            </w:r>
          </w:p>
        </w:tc>
      </w:tr>
      <w:tr>
        <w:tc>
          <w:tcPr>
            <w:tcW w:type="dxa" w:w="2880"/>
          </w:tcPr>
          <w:p>
            <w:r>
              <w:t>2026-09-21</w:t>
            </w:r>
          </w:p>
        </w:tc>
        <w:tc>
          <w:tcPr>
            <w:tcW w:type="dxa" w:w="2880"/>
          </w:tcPr>
          <w:p>
            <w:r>
              <w:t>Yard inventory by day</w:t>
            </w:r>
          </w:p>
        </w:tc>
        <w:tc>
          <w:tcPr>
            <w:tcW w:type="dxa" w:w="2880"/>
          </w:tcPr>
          <w:p>
            <w:r>
              <w:t>210</w:t>
            </w:r>
          </w:p>
        </w:tc>
      </w:tr>
      <w:tr>
        <w:tc>
          <w:tcPr>
            <w:tcW w:type="dxa" w:w="2880"/>
          </w:tcPr>
          <w:p>
            <w:r>
              <w:t>2026-09-21</w:t>
            </w:r>
          </w:p>
        </w:tc>
        <w:tc>
          <w:tcPr>
            <w:tcW w:type="dxa" w:w="2880"/>
          </w:tcPr>
          <w:p>
            <w:r>
              <w:t>Berth calls</w:t>
            </w:r>
          </w:p>
        </w:tc>
        <w:tc>
          <w:tcPr>
            <w:tcW w:type="dxa" w:w="2880"/>
          </w:tcPr>
          <w:p>
            <w:r>
              <w:t>12</w:t>
            </w:r>
          </w:p>
        </w:tc>
      </w:tr>
      <w:tr>
        <w:tc>
          <w:tcPr>
            <w:tcW w:type="dxa" w:w="2880"/>
          </w:tcPr>
          <w:p>
            <w:r>
              <w:t>2026-09-21</w:t>
            </w:r>
          </w:p>
        </w:tc>
        <w:tc>
          <w:tcPr>
            <w:tcW w:type="dxa" w:w="2880"/>
          </w:tcPr>
          <w:p>
            <w:r>
              <w:t>Equipment faults</w:t>
            </w:r>
          </w:p>
        </w:tc>
        <w:tc>
          <w:tcPr>
            <w:tcW w:type="dxa" w:w="2880"/>
          </w:tcPr>
          <w:p>
            <w:r>
              <w:t>13</w:t>
            </w:r>
          </w:p>
        </w:tc>
      </w:tr>
      <w:tr>
        <w:tc>
          <w:tcPr>
            <w:tcW w:type="dxa" w:w="2880"/>
          </w:tcPr>
          <w:p>
            <w:r>
              <w:t>2026-09-28</w:t>
            </w:r>
          </w:p>
        </w:tc>
        <w:tc>
          <w:tcPr>
            <w:tcW w:type="dxa" w:w="2880"/>
          </w:tcPr>
          <w:p>
            <w:r>
              <w:t>Truck gate transactions</w:t>
            </w:r>
          </w:p>
        </w:tc>
        <w:tc>
          <w:tcPr>
            <w:tcW w:type="dxa" w:w="2880"/>
          </w:tcPr>
          <w:p>
            <w:r>
              <w:t>0</w:t>
            </w:r>
          </w:p>
        </w:tc>
      </w:tr>
      <w:tr>
        <w:tc>
          <w:tcPr>
            <w:tcW w:type="dxa" w:w="2880"/>
          </w:tcPr>
          <w:p>
            <w:r>
              <w:t>2026-09-28</w:t>
            </w:r>
          </w:p>
        </w:tc>
        <w:tc>
          <w:tcPr>
            <w:tcW w:type="dxa" w:w="2880"/>
          </w:tcPr>
          <w:p>
            <w:r>
              <w:t>Yard inventory by day</w:t>
            </w:r>
          </w:p>
        </w:tc>
        <w:tc>
          <w:tcPr>
            <w:tcW w:type="dxa" w:w="2880"/>
          </w:tcPr>
          <w:p>
            <w:r>
              <w:t>0</w:t>
            </w:r>
          </w:p>
        </w:tc>
      </w:tr>
      <w:tr>
        <w:tc>
          <w:tcPr>
            <w:tcW w:type="dxa" w:w="2880"/>
          </w:tcPr>
          <w:p>
            <w:r>
              <w:t>2026-09-28</w:t>
            </w:r>
          </w:p>
        </w:tc>
        <w:tc>
          <w:tcPr>
            <w:tcW w:type="dxa" w:w="2880"/>
          </w:tcPr>
          <w:p>
            <w:r>
              <w:t>Berth calls</w:t>
            </w:r>
          </w:p>
        </w:tc>
        <w:tc>
          <w:tcPr>
            <w:tcW w:type="dxa" w:w="2880"/>
          </w:tcPr>
          <w:p>
            <w:r>
              <w:t>5</w:t>
            </w:r>
          </w:p>
        </w:tc>
      </w:tr>
      <w:tr>
        <w:tc>
          <w:tcPr>
            <w:tcW w:type="dxa" w:w="2880"/>
          </w:tcPr>
          <w:p>
            <w:r>
              <w:t>2026-09-28</w:t>
            </w:r>
          </w:p>
        </w:tc>
        <w:tc>
          <w:tcPr>
            <w:tcW w:type="dxa" w:w="2880"/>
          </w:tcPr>
          <w:p>
            <w:r>
              <w:t>Equipment faults</w:t>
            </w:r>
          </w:p>
        </w:tc>
        <w:tc>
          <w:tcPr>
            <w:tcW w:type="dxa" w:w="2880"/>
          </w:tcPr>
          <w:p>
            <w:r>
              <w:t>5</w:t>
            </w:r>
          </w:p>
        </w:tc>
      </w:tr>
    </w:tbl>
    <w:p/>
    <w:p>
      <w:pPr>
        <w:pStyle w:val="Heading2"/>
      </w:pPr>
      <w:r>
        <w:t>Figure 22. Truck gate transactions over time (turn_time_min) [70]</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2026-08-31</w:t>
            </w:r>
          </w:p>
        </w:tc>
        <w:tc>
          <w:tcPr>
            <w:tcW w:type="dxa" w:w="2880"/>
          </w:tcPr>
          <w:p>
            <w:r>
              <w:t>drop-off</w:t>
            </w:r>
          </w:p>
        </w:tc>
        <w:tc>
          <w:tcPr>
            <w:tcW w:type="dxa" w:w="2880"/>
          </w:tcPr>
          <w:p>
            <w:r>
              <w:t>1,570</w:t>
            </w:r>
          </w:p>
        </w:tc>
      </w:tr>
      <w:tr>
        <w:tc>
          <w:tcPr>
            <w:tcW w:type="dxa" w:w="2880"/>
          </w:tcPr>
          <w:p>
            <w:r>
              <w:t>2026-08-31</w:t>
            </w:r>
          </w:p>
        </w:tc>
        <w:tc>
          <w:tcPr>
            <w:tcW w:type="dxa" w:w="2880"/>
          </w:tcPr>
          <w:p>
            <w:r>
              <w:t>dual</w:t>
            </w:r>
          </w:p>
        </w:tc>
        <w:tc>
          <w:tcPr>
            <w:tcW w:type="dxa" w:w="2880"/>
          </w:tcPr>
          <w:p>
            <w:r>
              <w:t>1,383</w:t>
            </w:r>
          </w:p>
        </w:tc>
      </w:tr>
      <w:tr>
        <w:tc>
          <w:tcPr>
            <w:tcW w:type="dxa" w:w="2880"/>
          </w:tcPr>
          <w:p>
            <w:r>
              <w:t>2026-08-31</w:t>
            </w:r>
          </w:p>
        </w:tc>
        <w:tc>
          <w:tcPr>
            <w:tcW w:type="dxa" w:w="2880"/>
          </w:tcPr>
          <w:p>
            <w:r>
              <w:t>pick-up</w:t>
            </w:r>
          </w:p>
        </w:tc>
        <w:tc>
          <w:tcPr>
            <w:tcW w:type="dxa" w:w="2880"/>
          </w:tcPr>
          <w:p>
            <w:r>
              <w:t>1,352</w:t>
            </w:r>
          </w:p>
        </w:tc>
      </w:tr>
      <w:tr>
        <w:tc>
          <w:tcPr>
            <w:tcW w:type="dxa" w:w="2880"/>
          </w:tcPr>
          <w:p>
            <w:r>
              <w:t>2026-09-01</w:t>
            </w:r>
          </w:p>
        </w:tc>
        <w:tc>
          <w:tcPr>
            <w:tcW w:type="dxa" w:w="2880"/>
          </w:tcPr>
          <w:p>
            <w:r>
              <w:t>drop-off</w:t>
            </w:r>
          </w:p>
        </w:tc>
        <w:tc>
          <w:tcPr>
            <w:tcW w:type="dxa" w:w="2880"/>
          </w:tcPr>
          <w:p>
            <w:r>
              <w:t>1,093</w:t>
            </w:r>
          </w:p>
        </w:tc>
      </w:tr>
      <w:tr>
        <w:tc>
          <w:tcPr>
            <w:tcW w:type="dxa" w:w="2880"/>
          </w:tcPr>
          <w:p>
            <w:r>
              <w:t>2026-09-01</w:t>
            </w:r>
          </w:p>
        </w:tc>
        <w:tc>
          <w:tcPr>
            <w:tcW w:type="dxa" w:w="2880"/>
          </w:tcPr>
          <w:p>
            <w:r>
              <w:t>dual</w:t>
            </w:r>
          </w:p>
        </w:tc>
        <w:tc>
          <w:tcPr>
            <w:tcW w:type="dxa" w:w="2880"/>
          </w:tcPr>
          <w:p>
            <w:r>
              <w:t>798</w:t>
            </w:r>
          </w:p>
        </w:tc>
      </w:tr>
      <w:tr>
        <w:tc>
          <w:tcPr>
            <w:tcW w:type="dxa" w:w="2880"/>
          </w:tcPr>
          <w:p>
            <w:r>
              <w:t>2026-09-01</w:t>
            </w:r>
          </w:p>
        </w:tc>
        <w:tc>
          <w:tcPr>
            <w:tcW w:type="dxa" w:w="2880"/>
          </w:tcPr>
          <w:p>
            <w:r>
              <w:t>pick-up</w:t>
            </w:r>
          </w:p>
        </w:tc>
        <w:tc>
          <w:tcPr>
            <w:tcW w:type="dxa" w:w="2880"/>
          </w:tcPr>
          <w:p>
            <w:r>
              <w:t>1,118</w:t>
            </w:r>
          </w:p>
        </w:tc>
      </w:tr>
      <w:tr>
        <w:tc>
          <w:tcPr>
            <w:tcW w:type="dxa" w:w="2880"/>
          </w:tcPr>
          <w:p>
            <w:r>
              <w:t>2026-09-02</w:t>
            </w:r>
          </w:p>
        </w:tc>
        <w:tc>
          <w:tcPr>
            <w:tcW w:type="dxa" w:w="2880"/>
          </w:tcPr>
          <w:p>
            <w:r>
              <w:t>drop-off</w:t>
            </w:r>
          </w:p>
        </w:tc>
        <w:tc>
          <w:tcPr>
            <w:tcW w:type="dxa" w:w="2880"/>
          </w:tcPr>
          <w:p>
            <w:r>
              <w:t>907</w:t>
            </w:r>
          </w:p>
        </w:tc>
      </w:tr>
      <w:tr>
        <w:tc>
          <w:tcPr>
            <w:tcW w:type="dxa" w:w="2880"/>
          </w:tcPr>
          <w:p>
            <w:r>
              <w:t>2026-09-02</w:t>
            </w:r>
          </w:p>
        </w:tc>
        <w:tc>
          <w:tcPr>
            <w:tcW w:type="dxa" w:w="2880"/>
          </w:tcPr>
          <w:p>
            <w:r>
              <w:t>dual</w:t>
            </w:r>
          </w:p>
        </w:tc>
        <w:tc>
          <w:tcPr>
            <w:tcW w:type="dxa" w:w="2880"/>
          </w:tcPr>
          <w:p>
            <w:r>
              <w:t>1,064</w:t>
            </w:r>
          </w:p>
        </w:tc>
      </w:tr>
      <w:tr>
        <w:tc>
          <w:tcPr>
            <w:tcW w:type="dxa" w:w="2880"/>
          </w:tcPr>
          <w:p>
            <w:r>
              <w:t>2026-09-02</w:t>
            </w:r>
          </w:p>
        </w:tc>
        <w:tc>
          <w:tcPr>
            <w:tcW w:type="dxa" w:w="2880"/>
          </w:tcPr>
          <w:p>
            <w:r>
              <w:t>pick-up</w:t>
            </w:r>
          </w:p>
        </w:tc>
        <w:tc>
          <w:tcPr>
            <w:tcW w:type="dxa" w:w="2880"/>
          </w:tcPr>
          <w:p>
            <w:r>
              <w:t>886</w:t>
            </w:r>
          </w:p>
        </w:tc>
      </w:tr>
      <w:tr>
        <w:tc>
          <w:tcPr>
            <w:tcW w:type="dxa" w:w="2880"/>
          </w:tcPr>
          <w:p>
            <w:r>
              <w:t>2026-09-03</w:t>
            </w:r>
          </w:p>
        </w:tc>
        <w:tc>
          <w:tcPr>
            <w:tcW w:type="dxa" w:w="2880"/>
          </w:tcPr>
          <w:p>
            <w:r>
              <w:t>drop-off</w:t>
            </w:r>
          </w:p>
        </w:tc>
        <w:tc>
          <w:tcPr>
            <w:tcW w:type="dxa" w:w="2880"/>
          </w:tcPr>
          <w:p>
            <w:r>
              <w:t>859</w:t>
            </w:r>
          </w:p>
        </w:tc>
      </w:tr>
      <w:tr>
        <w:tc>
          <w:tcPr>
            <w:tcW w:type="dxa" w:w="2880"/>
          </w:tcPr>
          <w:p>
            <w:r>
              <w:t>2026-09-03</w:t>
            </w:r>
          </w:p>
        </w:tc>
        <w:tc>
          <w:tcPr>
            <w:tcW w:type="dxa" w:w="2880"/>
          </w:tcPr>
          <w:p>
            <w:r>
              <w:t>dual</w:t>
            </w:r>
          </w:p>
        </w:tc>
        <w:tc>
          <w:tcPr>
            <w:tcW w:type="dxa" w:w="2880"/>
          </w:tcPr>
          <w:p>
            <w:r>
              <w:t>1,163</w:t>
            </w:r>
          </w:p>
        </w:tc>
      </w:tr>
      <w:tr>
        <w:tc>
          <w:tcPr>
            <w:tcW w:type="dxa" w:w="2880"/>
          </w:tcPr>
          <w:p>
            <w:r>
              <w:t>2026-09-03</w:t>
            </w:r>
          </w:p>
        </w:tc>
        <w:tc>
          <w:tcPr>
            <w:tcW w:type="dxa" w:w="2880"/>
          </w:tcPr>
          <w:p>
            <w:r>
              <w:t>pick-up</w:t>
            </w:r>
          </w:p>
        </w:tc>
        <w:tc>
          <w:tcPr>
            <w:tcW w:type="dxa" w:w="2880"/>
          </w:tcPr>
          <w:p>
            <w:r>
              <w:t>1,178</w:t>
            </w:r>
          </w:p>
        </w:tc>
      </w:tr>
      <w:tr>
        <w:tc>
          <w:tcPr>
            <w:tcW w:type="dxa" w:w="2880"/>
          </w:tcPr>
          <w:p>
            <w:r>
              <w:t>2026-09-04</w:t>
            </w:r>
          </w:p>
        </w:tc>
        <w:tc>
          <w:tcPr>
            <w:tcW w:type="dxa" w:w="2880"/>
          </w:tcPr>
          <w:p>
            <w:r>
              <w:t>drop-off</w:t>
            </w:r>
          </w:p>
        </w:tc>
        <w:tc>
          <w:tcPr>
            <w:tcW w:type="dxa" w:w="2880"/>
          </w:tcPr>
          <w:p>
            <w:r>
              <w:t>533</w:t>
            </w:r>
          </w:p>
        </w:tc>
      </w:tr>
      <w:tr>
        <w:tc>
          <w:tcPr>
            <w:tcW w:type="dxa" w:w="2880"/>
          </w:tcPr>
          <w:p>
            <w:r>
              <w:t>2026-09-04</w:t>
            </w:r>
          </w:p>
        </w:tc>
        <w:tc>
          <w:tcPr>
            <w:tcW w:type="dxa" w:w="2880"/>
          </w:tcPr>
          <w:p>
            <w:r>
              <w:t>dual</w:t>
            </w:r>
          </w:p>
        </w:tc>
        <w:tc>
          <w:tcPr>
            <w:tcW w:type="dxa" w:w="2880"/>
          </w:tcPr>
          <w:p>
            <w:r>
              <w:t>922</w:t>
            </w:r>
          </w:p>
        </w:tc>
      </w:tr>
      <w:tr>
        <w:tc>
          <w:tcPr>
            <w:tcW w:type="dxa" w:w="2880"/>
          </w:tcPr>
          <w:p>
            <w:r>
              <w:t>2026-09-04</w:t>
            </w:r>
          </w:p>
        </w:tc>
        <w:tc>
          <w:tcPr>
            <w:tcW w:type="dxa" w:w="2880"/>
          </w:tcPr>
          <w:p>
            <w:r>
              <w:t>pick-up</w:t>
            </w:r>
          </w:p>
        </w:tc>
        <w:tc>
          <w:tcPr>
            <w:tcW w:type="dxa" w:w="2880"/>
          </w:tcPr>
          <w:p>
            <w:r>
              <w:t>1,177</w:t>
            </w:r>
          </w:p>
        </w:tc>
      </w:tr>
      <w:tr>
        <w:tc>
          <w:tcPr>
            <w:tcW w:type="dxa" w:w="2880"/>
          </w:tcPr>
          <w:p>
            <w:r>
              <w:t>2026-09-05</w:t>
            </w:r>
          </w:p>
        </w:tc>
        <w:tc>
          <w:tcPr>
            <w:tcW w:type="dxa" w:w="2880"/>
          </w:tcPr>
          <w:p>
            <w:r>
              <w:t>drop-off</w:t>
            </w:r>
          </w:p>
        </w:tc>
        <w:tc>
          <w:tcPr>
            <w:tcW w:type="dxa" w:w="2880"/>
          </w:tcPr>
          <w:p>
            <w:r>
              <w:t>534</w:t>
            </w:r>
          </w:p>
        </w:tc>
      </w:tr>
      <w:tr>
        <w:tc>
          <w:tcPr>
            <w:tcW w:type="dxa" w:w="2880"/>
          </w:tcPr>
          <w:p>
            <w:r>
              <w:t>2026-09-05</w:t>
            </w:r>
          </w:p>
        </w:tc>
        <w:tc>
          <w:tcPr>
            <w:tcW w:type="dxa" w:w="2880"/>
          </w:tcPr>
          <w:p>
            <w:r>
              <w:t>dual</w:t>
            </w:r>
          </w:p>
        </w:tc>
        <w:tc>
          <w:tcPr>
            <w:tcW w:type="dxa" w:w="2880"/>
          </w:tcPr>
          <w:p>
            <w:r>
              <w:t>189</w:t>
            </w:r>
          </w:p>
        </w:tc>
      </w:tr>
      <w:tr>
        <w:tc>
          <w:tcPr>
            <w:tcW w:type="dxa" w:w="2880"/>
          </w:tcPr>
          <w:p>
            <w:r>
              <w:t>2026-09-05</w:t>
            </w:r>
          </w:p>
        </w:tc>
        <w:tc>
          <w:tcPr>
            <w:tcW w:type="dxa" w:w="2880"/>
          </w:tcPr>
          <w:p>
            <w:r>
              <w:t>pick-up</w:t>
            </w:r>
          </w:p>
        </w:tc>
        <w:tc>
          <w:tcPr>
            <w:tcW w:type="dxa" w:w="2880"/>
          </w:tcPr>
          <w:p>
            <w:r>
              <w:t>464</w:t>
            </w:r>
          </w:p>
        </w:tc>
      </w:tr>
      <w:tr>
        <w:tc>
          <w:tcPr>
            <w:tcW w:type="dxa" w:w="2880"/>
          </w:tcPr>
          <w:p>
            <w:r>
              <w:t>2026-09-06</w:t>
            </w:r>
          </w:p>
        </w:tc>
        <w:tc>
          <w:tcPr>
            <w:tcW w:type="dxa" w:w="2880"/>
          </w:tcPr>
          <w:p>
            <w:r>
              <w:t>drop-off</w:t>
            </w:r>
          </w:p>
        </w:tc>
        <w:tc>
          <w:tcPr>
            <w:tcW w:type="dxa" w:w="2880"/>
          </w:tcPr>
          <w:p>
            <w:r>
              <w:t>149</w:t>
            </w:r>
          </w:p>
        </w:tc>
      </w:tr>
      <w:tr>
        <w:tc>
          <w:tcPr>
            <w:tcW w:type="dxa" w:w="2880"/>
          </w:tcPr>
          <w:p>
            <w:r>
              <w:t>2026-09-06</w:t>
            </w:r>
          </w:p>
        </w:tc>
        <w:tc>
          <w:tcPr>
            <w:tcW w:type="dxa" w:w="2880"/>
          </w:tcPr>
          <w:p>
            <w:r>
              <w:t>dual</w:t>
            </w:r>
          </w:p>
        </w:tc>
        <w:tc>
          <w:tcPr>
            <w:tcW w:type="dxa" w:w="2880"/>
          </w:tcPr>
          <w:p>
            <w:r>
              <w:t>63</w:t>
            </w:r>
          </w:p>
        </w:tc>
      </w:tr>
      <w:tr>
        <w:tc>
          <w:tcPr>
            <w:tcW w:type="dxa" w:w="2880"/>
          </w:tcPr>
          <w:p>
            <w:r>
              <w:t>2026-09-06</w:t>
            </w:r>
          </w:p>
        </w:tc>
        <w:tc>
          <w:tcPr>
            <w:tcW w:type="dxa" w:w="2880"/>
          </w:tcPr>
          <w:p>
            <w:r>
              <w:t>pick-up</w:t>
            </w:r>
          </w:p>
        </w:tc>
        <w:tc>
          <w:tcPr>
            <w:tcW w:type="dxa" w:w="2880"/>
          </w:tcPr>
          <w:p>
            <w:r>
              <w:t>59</w:t>
            </w:r>
          </w:p>
        </w:tc>
      </w:tr>
      <w:tr>
        <w:tc>
          <w:tcPr>
            <w:tcW w:type="dxa" w:w="2880"/>
          </w:tcPr>
          <w:p>
            <w:r>
              <w:t>2026-09-07</w:t>
            </w:r>
          </w:p>
        </w:tc>
        <w:tc>
          <w:tcPr>
            <w:tcW w:type="dxa" w:w="2880"/>
          </w:tcPr>
          <w:p>
            <w:r>
              <w:t>drop-off</w:t>
            </w:r>
          </w:p>
        </w:tc>
        <w:tc>
          <w:tcPr>
            <w:tcW w:type="dxa" w:w="2880"/>
          </w:tcPr>
          <w:p>
            <w:r>
              <w:t>1,489</w:t>
            </w:r>
          </w:p>
        </w:tc>
      </w:tr>
      <w:tr>
        <w:tc>
          <w:tcPr>
            <w:tcW w:type="dxa" w:w="2880"/>
          </w:tcPr>
          <w:p>
            <w:r>
              <w:t>2026-09-07</w:t>
            </w:r>
          </w:p>
        </w:tc>
        <w:tc>
          <w:tcPr>
            <w:tcW w:type="dxa" w:w="2880"/>
          </w:tcPr>
          <w:p>
            <w:r>
              <w:t>dual</w:t>
            </w:r>
          </w:p>
        </w:tc>
        <w:tc>
          <w:tcPr>
            <w:tcW w:type="dxa" w:w="2880"/>
          </w:tcPr>
          <w:p>
            <w:r>
              <w:t>1,520</w:t>
            </w:r>
          </w:p>
        </w:tc>
      </w:tr>
      <w:tr>
        <w:tc>
          <w:tcPr>
            <w:tcW w:type="dxa" w:w="2880"/>
          </w:tcPr>
          <w:p>
            <w:r>
              <w:t>2026-09-07</w:t>
            </w:r>
          </w:p>
        </w:tc>
        <w:tc>
          <w:tcPr>
            <w:tcW w:type="dxa" w:w="2880"/>
          </w:tcPr>
          <w:p>
            <w:r>
              <w:t>pick-up</w:t>
            </w:r>
          </w:p>
        </w:tc>
        <w:tc>
          <w:tcPr>
            <w:tcW w:type="dxa" w:w="2880"/>
          </w:tcPr>
          <w:p>
            <w:r>
              <w:t>1,629</w:t>
            </w:r>
          </w:p>
        </w:tc>
      </w:tr>
      <w:tr>
        <w:tc>
          <w:tcPr>
            <w:tcW w:type="dxa" w:w="2880"/>
          </w:tcPr>
          <w:p>
            <w:r>
              <w:t>2026-09-08</w:t>
            </w:r>
          </w:p>
        </w:tc>
        <w:tc>
          <w:tcPr>
            <w:tcW w:type="dxa" w:w="2880"/>
          </w:tcPr>
          <w:p>
            <w:r>
              <w:t>drop-off</w:t>
            </w:r>
          </w:p>
        </w:tc>
        <w:tc>
          <w:tcPr>
            <w:tcW w:type="dxa" w:w="2880"/>
          </w:tcPr>
          <w:p>
            <w:r>
              <w:t>1,186</w:t>
            </w:r>
          </w:p>
        </w:tc>
      </w:tr>
      <w:tr>
        <w:tc>
          <w:tcPr>
            <w:tcW w:type="dxa" w:w="2880"/>
          </w:tcPr>
          <w:p>
            <w:r>
              <w:t>2026-09-08</w:t>
            </w:r>
          </w:p>
        </w:tc>
        <w:tc>
          <w:tcPr>
            <w:tcW w:type="dxa" w:w="2880"/>
          </w:tcPr>
          <w:p>
            <w:r>
              <w:t>dual</w:t>
            </w:r>
          </w:p>
        </w:tc>
        <w:tc>
          <w:tcPr>
            <w:tcW w:type="dxa" w:w="2880"/>
          </w:tcPr>
          <w:p>
            <w:r>
              <w:t>659</w:t>
            </w:r>
          </w:p>
        </w:tc>
      </w:tr>
      <w:tr>
        <w:tc>
          <w:tcPr>
            <w:tcW w:type="dxa" w:w="2880"/>
          </w:tcPr>
          <w:p>
            <w:r>
              <w:t>2026-09-08</w:t>
            </w:r>
          </w:p>
        </w:tc>
        <w:tc>
          <w:tcPr>
            <w:tcW w:type="dxa" w:w="2880"/>
          </w:tcPr>
          <w:p>
            <w:r>
              <w:t>pick-up</w:t>
            </w:r>
          </w:p>
        </w:tc>
        <w:tc>
          <w:tcPr>
            <w:tcW w:type="dxa" w:w="2880"/>
          </w:tcPr>
          <w:p>
            <w:r>
              <w:t>1,025</w:t>
            </w:r>
          </w:p>
        </w:tc>
      </w:tr>
      <w:tr>
        <w:tc>
          <w:tcPr>
            <w:tcW w:type="dxa" w:w="2880"/>
          </w:tcPr>
          <w:p>
            <w:r>
              <w:t>2026-09-09</w:t>
            </w:r>
          </w:p>
        </w:tc>
        <w:tc>
          <w:tcPr>
            <w:tcW w:type="dxa" w:w="2880"/>
          </w:tcPr>
          <w:p>
            <w:r>
              <w:t>drop-off</w:t>
            </w:r>
          </w:p>
        </w:tc>
        <w:tc>
          <w:tcPr>
            <w:tcW w:type="dxa" w:w="2880"/>
          </w:tcPr>
          <w:p>
            <w:r>
              <w:t>745</w:t>
            </w:r>
          </w:p>
        </w:tc>
      </w:tr>
      <w:tr>
        <w:tc>
          <w:tcPr>
            <w:tcW w:type="dxa" w:w="2880"/>
          </w:tcPr>
          <w:p>
            <w:r>
              <w:t>2026-09-09</w:t>
            </w:r>
          </w:p>
        </w:tc>
        <w:tc>
          <w:tcPr>
            <w:tcW w:type="dxa" w:w="2880"/>
          </w:tcPr>
          <w:p>
            <w:r>
              <w:t>dual</w:t>
            </w:r>
          </w:p>
        </w:tc>
        <w:tc>
          <w:tcPr>
            <w:tcW w:type="dxa" w:w="2880"/>
          </w:tcPr>
          <w:p>
            <w:r>
              <w:t>765</w:t>
            </w:r>
          </w:p>
        </w:tc>
      </w:tr>
      <w:tr>
        <w:tc>
          <w:tcPr>
            <w:tcW w:type="dxa" w:w="2880"/>
          </w:tcPr>
          <w:p>
            <w:r>
              <w:t>2026-09-09</w:t>
            </w:r>
          </w:p>
        </w:tc>
        <w:tc>
          <w:tcPr>
            <w:tcW w:type="dxa" w:w="2880"/>
          </w:tcPr>
          <w:p>
            <w:r>
              <w:t>pick-up</w:t>
            </w:r>
          </w:p>
        </w:tc>
        <w:tc>
          <w:tcPr>
            <w:tcW w:type="dxa" w:w="2880"/>
          </w:tcPr>
          <w:p>
            <w:r>
              <w:t>1,203</w:t>
            </w:r>
          </w:p>
        </w:tc>
      </w:tr>
      <w:tr>
        <w:tc>
          <w:tcPr>
            <w:tcW w:type="dxa" w:w="2880"/>
          </w:tcPr>
          <w:p>
            <w:r>
              <w:t>2026-09-10</w:t>
            </w:r>
          </w:p>
        </w:tc>
        <w:tc>
          <w:tcPr>
            <w:tcW w:type="dxa" w:w="2880"/>
          </w:tcPr>
          <w:p>
            <w:r>
              <w:t>drop-off</w:t>
            </w:r>
          </w:p>
        </w:tc>
        <w:tc>
          <w:tcPr>
            <w:tcW w:type="dxa" w:w="2880"/>
          </w:tcPr>
          <w:p>
            <w:r>
              <w:t>1,031</w:t>
            </w:r>
          </w:p>
        </w:tc>
      </w:tr>
      <w:tr>
        <w:tc>
          <w:tcPr>
            <w:tcW w:type="dxa" w:w="2880"/>
          </w:tcPr>
          <w:p>
            <w:r>
              <w:t>2026-09-10</w:t>
            </w:r>
          </w:p>
        </w:tc>
        <w:tc>
          <w:tcPr>
            <w:tcW w:type="dxa" w:w="2880"/>
          </w:tcPr>
          <w:p>
            <w:r>
              <w:t>dual</w:t>
            </w:r>
          </w:p>
        </w:tc>
        <w:tc>
          <w:tcPr>
            <w:tcW w:type="dxa" w:w="2880"/>
          </w:tcPr>
          <w:p>
            <w:r>
              <w:t>730</w:t>
            </w:r>
          </w:p>
        </w:tc>
      </w:tr>
      <w:tr>
        <w:tc>
          <w:tcPr>
            <w:tcW w:type="dxa" w:w="2880"/>
          </w:tcPr>
          <w:p>
            <w:r>
              <w:t>2026-09-10</w:t>
            </w:r>
          </w:p>
        </w:tc>
        <w:tc>
          <w:tcPr>
            <w:tcW w:type="dxa" w:w="2880"/>
          </w:tcPr>
          <w:p>
            <w:r>
              <w:t>pick-up</w:t>
            </w:r>
          </w:p>
        </w:tc>
        <w:tc>
          <w:tcPr>
            <w:tcW w:type="dxa" w:w="2880"/>
          </w:tcPr>
          <w:p>
            <w:r>
              <w:t>790</w:t>
            </w:r>
          </w:p>
        </w:tc>
      </w:tr>
      <w:tr>
        <w:tc>
          <w:tcPr>
            <w:tcW w:type="dxa" w:w="2880"/>
          </w:tcPr>
          <w:p>
            <w:r>
              <w:t>2026-09-11</w:t>
            </w:r>
          </w:p>
        </w:tc>
        <w:tc>
          <w:tcPr>
            <w:tcW w:type="dxa" w:w="2880"/>
          </w:tcPr>
          <w:p>
            <w:r>
              <w:t>drop-off</w:t>
            </w:r>
          </w:p>
        </w:tc>
        <w:tc>
          <w:tcPr>
            <w:tcW w:type="dxa" w:w="2880"/>
          </w:tcPr>
          <w:p>
            <w:r>
              <w:t>1,267</w:t>
            </w:r>
          </w:p>
        </w:tc>
      </w:tr>
      <w:tr>
        <w:tc>
          <w:tcPr>
            <w:tcW w:type="dxa" w:w="2880"/>
          </w:tcPr>
          <w:p>
            <w:r>
              <w:t>2026-09-11</w:t>
            </w:r>
          </w:p>
        </w:tc>
        <w:tc>
          <w:tcPr>
            <w:tcW w:type="dxa" w:w="2880"/>
          </w:tcPr>
          <w:p>
            <w:r>
              <w:t>dual</w:t>
            </w:r>
          </w:p>
        </w:tc>
        <w:tc>
          <w:tcPr>
            <w:tcW w:type="dxa" w:w="2880"/>
          </w:tcPr>
          <w:p>
            <w:r>
              <w:t>914</w:t>
            </w:r>
          </w:p>
        </w:tc>
      </w:tr>
      <w:tr>
        <w:tc>
          <w:tcPr>
            <w:tcW w:type="dxa" w:w="2880"/>
          </w:tcPr>
          <w:p>
            <w:r>
              <w:t>2026-09-11</w:t>
            </w:r>
          </w:p>
        </w:tc>
        <w:tc>
          <w:tcPr>
            <w:tcW w:type="dxa" w:w="2880"/>
          </w:tcPr>
          <w:p>
            <w:r>
              <w:t>pick-up</w:t>
            </w:r>
          </w:p>
        </w:tc>
        <w:tc>
          <w:tcPr>
            <w:tcW w:type="dxa" w:w="2880"/>
          </w:tcPr>
          <w:p>
            <w:r>
              <w:t>1,168</w:t>
            </w:r>
          </w:p>
        </w:tc>
      </w:tr>
      <w:tr>
        <w:tc>
          <w:tcPr>
            <w:tcW w:type="dxa" w:w="2880"/>
          </w:tcPr>
          <w:p>
            <w:r>
              <w:t>2026-09-12</w:t>
            </w:r>
          </w:p>
        </w:tc>
        <w:tc>
          <w:tcPr>
            <w:tcW w:type="dxa" w:w="2880"/>
          </w:tcPr>
          <w:p>
            <w:r>
              <w:t>drop-off</w:t>
            </w:r>
          </w:p>
        </w:tc>
        <w:tc>
          <w:tcPr>
            <w:tcW w:type="dxa" w:w="2880"/>
          </w:tcPr>
          <w:p>
            <w:r>
              <w:t>376</w:t>
            </w:r>
          </w:p>
        </w:tc>
      </w:tr>
      <w:tr>
        <w:tc>
          <w:tcPr>
            <w:tcW w:type="dxa" w:w="2880"/>
          </w:tcPr>
          <w:p>
            <w:r>
              <w:t>2026-09-12</w:t>
            </w:r>
          </w:p>
        </w:tc>
        <w:tc>
          <w:tcPr>
            <w:tcW w:type="dxa" w:w="2880"/>
          </w:tcPr>
          <w:p>
            <w:r>
              <w:t>dual</w:t>
            </w:r>
          </w:p>
        </w:tc>
        <w:tc>
          <w:tcPr>
            <w:tcW w:type="dxa" w:w="2880"/>
          </w:tcPr>
          <w:p>
            <w:r>
              <w:t>326</w:t>
            </w:r>
          </w:p>
        </w:tc>
      </w:tr>
      <w:tr>
        <w:tc>
          <w:tcPr>
            <w:tcW w:type="dxa" w:w="2880"/>
          </w:tcPr>
          <w:p>
            <w:r>
              <w:t>2026-09-12</w:t>
            </w:r>
          </w:p>
        </w:tc>
        <w:tc>
          <w:tcPr>
            <w:tcW w:type="dxa" w:w="2880"/>
          </w:tcPr>
          <w:p>
            <w:r>
              <w:t>pick-up</w:t>
            </w:r>
          </w:p>
        </w:tc>
        <w:tc>
          <w:tcPr>
            <w:tcW w:type="dxa" w:w="2880"/>
          </w:tcPr>
          <w:p>
            <w:r>
              <w:t>558</w:t>
            </w:r>
          </w:p>
        </w:tc>
      </w:tr>
      <w:tr>
        <w:tc>
          <w:tcPr>
            <w:tcW w:type="dxa" w:w="2880"/>
          </w:tcPr>
          <w:p>
            <w:r>
              <w:t>2026-09-13</w:t>
            </w:r>
          </w:p>
        </w:tc>
        <w:tc>
          <w:tcPr>
            <w:tcW w:type="dxa" w:w="2880"/>
          </w:tcPr>
          <w:p>
            <w:r>
              <w:t>drop-off</w:t>
            </w:r>
          </w:p>
        </w:tc>
        <w:tc>
          <w:tcPr>
            <w:tcW w:type="dxa" w:w="2880"/>
          </w:tcPr>
          <w:p>
            <w:r>
              <w:t>161</w:t>
            </w:r>
          </w:p>
        </w:tc>
      </w:tr>
      <w:tr>
        <w:tc>
          <w:tcPr>
            <w:tcW w:type="dxa" w:w="2880"/>
          </w:tcPr>
          <w:p>
            <w:r>
              <w:t>2026-09-13</w:t>
            </w:r>
          </w:p>
        </w:tc>
        <w:tc>
          <w:tcPr>
            <w:tcW w:type="dxa" w:w="2880"/>
          </w:tcPr>
          <w:p>
            <w:r>
              <w:t>dual</w:t>
            </w:r>
          </w:p>
        </w:tc>
        <w:tc>
          <w:tcPr>
            <w:tcW w:type="dxa" w:w="2880"/>
          </w:tcPr>
          <w:p>
            <w:r>
              <w:t>134</w:t>
            </w:r>
          </w:p>
        </w:tc>
      </w:tr>
      <w:tr>
        <w:tc>
          <w:tcPr>
            <w:tcW w:type="dxa" w:w="2880"/>
          </w:tcPr>
          <w:p>
            <w:r>
              <w:t>2026-09-13</w:t>
            </w:r>
          </w:p>
        </w:tc>
        <w:tc>
          <w:tcPr>
            <w:tcW w:type="dxa" w:w="2880"/>
          </w:tcPr>
          <w:p>
            <w:r>
              <w:t>pick-up</w:t>
            </w:r>
          </w:p>
        </w:tc>
        <w:tc>
          <w:tcPr>
            <w:tcW w:type="dxa" w:w="2880"/>
          </w:tcPr>
          <w:p>
            <w:r>
              <w:t>144</w:t>
            </w:r>
          </w:p>
        </w:tc>
      </w:tr>
      <w:tr>
        <w:tc>
          <w:tcPr>
            <w:tcW w:type="dxa" w:w="2880"/>
          </w:tcPr>
          <w:p>
            <w:r>
              <w:t>2026-09-14</w:t>
            </w:r>
          </w:p>
        </w:tc>
        <w:tc>
          <w:tcPr>
            <w:tcW w:type="dxa" w:w="2880"/>
          </w:tcPr>
          <w:p>
            <w:r>
              <w:t>drop-off</w:t>
            </w:r>
          </w:p>
        </w:tc>
        <w:tc>
          <w:tcPr>
            <w:tcW w:type="dxa" w:w="2880"/>
          </w:tcPr>
          <w:p>
            <w:r>
              <w:t>1,174</w:t>
            </w:r>
          </w:p>
        </w:tc>
      </w:tr>
      <w:tr>
        <w:tc>
          <w:tcPr>
            <w:tcW w:type="dxa" w:w="2880"/>
          </w:tcPr>
          <w:p>
            <w:r>
              <w:t>2026-09-14</w:t>
            </w:r>
          </w:p>
        </w:tc>
        <w:tc>
          <w:tcPr>
            <w:tcW w:type="dxa" w:w="2880"/>
          </w:tcPr>
          <w:p>
            <w:r>
              <w:t>dual</w:t>
            </w:r>
          </w:p>
        </w:tc>
        <w:tc>
          <w:tcPr>
            <w:tcW w:type="dxa" w:w="2880"/>
          </w:tcPr>
          <w:p>
            <w:r>
              <w:t>1,042</w:t>
            </w:r>
          </w:p>
        </w:tc>
      </w:tr>
      <w:tr>
        <w:tc>
          <w:tcPr>
            <w:tcW w:type="dxa" w:w="2880"/>
          </w:tcPr>
          <w:p>
            <w:r>
              <w:t>2026-09-14</w:t>
            </w:r>
          </w:p>
        </w:tc>
        <w:tc>
          <w:tcPr>
            <w:tcW w:type="dxa" w:w="2880"/>
          </w:tcPr>
          <w:p>
            <w:r>
              <w:t>pick-up</w:t>
            </w:r>
          </w:p>
        </w:tc>
        <w:tc>
          <w:tcPr>
            <w:tcW w:type="dxa" w:w="2880"/>
          </w:tcPr>
          <w:p>
            <w:r>
              <w:t>1,107</w:t>
            </w:r>
          </w:p>
        </w:tc>
      </w:tr>
      <w:tr>
        <w:tc>
          <w:tcPr>
            <w:tcW w:type="dxa" w:w="2880"/>
          </w:tcPr>
          <w:p>
            <w:r>
              <w:t>2026-09-15</w:t>
            </w:r>
          </w:p>
        </w:tc>
        <w:tc>
          <w:tcPr>
            <w:tcW w:type="dxa" w:w="2880"/>
          </w:tcPr>
          <w:p>
            <w:r>
              <w:t>drop-off</w:t>
            </w:r>
          </w:p>
        </w:tc>
        <w:tc>
          <w:tcPr>
            <w:tcW w:type="dxa" w:w="2880"/>
          </w:tcPr>
          <w:p>
            <w:r>
              <w:t>1,049</w:t>
            </w:r>
          </w:p>
        </w:tc>
      </w:tr>
      <w:tr>
        <w:tc>
          <w:tcPr>
            <w:tcW w:type="dxa" w:w="2880"/>
          </w:tcPr>
          <w:p>
            <w:r>
              <w:t>2026-09-15</w:t>
            </w:r>
          </w:p>
        </w:tc>
        <w:tc>
          <w:tcPr>
            <w:tcW w:type="dxa" w:w="2880"/>
          </w:tcPr>
          <w:p>
            <w:r>
              <w:t>dual</w:t>
            </w:r>
          </w:p>
        </w:tc>
        <w:tc>
          <w:tcPr>
            <w:tcW w:type="dxa" w:w="2880"/>
          </w:tcPr>
          <w:p>
            <w:r>
              <w:t>1,294</w:t>
            </w:r>
          </w:p>
        </w:tc>
      </w:tr>
      <w:tr>
        <w:tc>
          <w:tcPr>
            <w:tcW w:type="dxa" w:w="2880"/>
          </w:tcPr>
          <w:p>
            <w:r>
              <w:t>2026-09-15</w:t>
            </w:r>
          </w:p>
        </w:tc>
        <w:tc>
          <w:tcPr>
            <w:tcW w:type="dxa" w:w="2880"/>
          </w:tcPr>
          <w:p>
            <w:r>
              <w:t>pick-up</w:t>
            </w:r>
          </w:p>
        </w:tc>
        <w:tc>
          <w:tcPr>
            <w:tcW w:type="dxa" w:w="2880"/>
          </w:tcPr>
          <w:p>
            <w:r>
              <w:t>744</w:t>
            </w:r>
          </w:p>
        </w:tc>
      </w:tr>
      <w:tr>
        <w:tc>
          <w:tcPr>
            <w:tcW w:type="dxa" w:w="2880"/>
          </w:tcPr>
          <w:p>
            <w:r>
              <w:t>2026-09-16</w:t>
            </w:r>
          </w:p>
        </w:tc>
        <w:tc>
          <w:tcPr>
            <w:tcW w:type="dxa" w:w="2880"/>
          </w:tcPr>
          <w:p>
            <w:r>
              <w:t>drop-off</w:t>
            </w:r>
          </w:p>
        </w:tc>
        <w:tc>
          <w:tcPr>
            <w:tcW w:type="dxa" w:w="2880"/>
          </w:tcPr>
          <w:p>
            <w:r>
              <w:t>943</w:t>
            </w:r>
          </w:p>
        </w:tc>
      </w:tr>
      <w:tr>
        <w:tc>
          <w:tcPr>
            <w:tcW w:type="dxa" w:w="2880"/>
          </w:tcPr>
          <w:p>
            <w:r>
              <w:t>2026-09-16</w:t>
            </w:r>
          </w:p>
        </w:tc>
        <w:tc>
          <w:tcPr>
            <w:tcW w:type="dxa" w:w="2880"/>
          </w:tcPr>
          <w:p>
            <w:r>
              <w:t>dual</w:t>
            </w:r>
          </w:p>
        </w:tc>
        <w:tc>
          <w:tcPr>
            <w:tcW w:type="dxa" w:w="2880"/>
          </w:tcPr>
          <w:p>
            <w:r>
              <w:t>923</w:t>
            </w:r>
          </w:p>
        </w:tc>
      </w:tr>
      <w:tr>
        <w:tc>
          <w:tcPr>
            <w:tcW w:type="dxa" w:w="2880"/>
          </w:tcPr>
          <w:p>
            <w:r>
              <w:t>2026-09-16</w:t>
            </w:r>
          </w:p>
        </w:tc>
        <w:tc>
          <w:tcPr>
            <w:tcW w:type="dxa" w:w="2880"/>
          </w:tcPr>
          <w:p>
            <w:r>
              <w:t>pick-up</w:t>
            </w:r>
          </w:p>
        </w:tc>
        <w:tc>
          <w:tcPr>
            <w:tcW w:type="dxa" w:w="2880"/>
          </w:tcPr>
          <w:p>
            <w:r>
              <w:t>943</w:t>
            </w:r>
          </w:p>
        </w:tc>
      </w:tr>
      <w:tr>
        <w:tc>
          <w:tcPr>
            <w:tcW w:type="dxa" w:w="2880"/>
          </w:tcPr>
          <w:p>
            <w:r>
              <w:t>2026-09-17</w:t>
            </w:r>
          </w:p>
        </w:tc>
        <w:tc>
          <w:tcPr>
            <w:tcW w:type="dxa" w:w="2880"/>
          </w:tcPr>
          <w:p>
            <w:r>
              <w:t>drop-off</w:t>
            </w:r>
          </w:p>
        </w:tc>
        <w:tc>
          <w:tcPr>
            <w:tcW w:type="dxa" w:w="2880"/>
          </w:tcPr>
          <w:p>
            <w:r>
              <w:t>979</w:t>
            </w:r>
          </w:p>
        </w:tc>
      </w:tr>
      <w:tr>
        <w:tc>
          <w:tcPr>
            <w:tcW w:type="dxa" w:w="2880"/>
          </w:tcPr>
          <w:p>
            <w:r>
              <w:t>2026-09-17</w:t>
            </w:r>
          </w:p>
        </w:tc>
        <w:tc>
          <w:tcPr>
            <w:tcW w:type="dxa" w:w="2880"/>
          </w:tcPr>
          <w:p>
            <w:r>
              <w:t>dual</w:t>
            </w:r>
          </w:p>
        </w:tc>
        <w:tc>
          <w:tcPr>
            <w:tcW w:type="dxa" w:w="2880"/>
          </w:tcPr>
          <w:p>
            <w:r>
              <w:t>1,036</w:t>
            </w:r>
          </w:p>
        </w:tc>
      </w:tr>
      <w:tr>
        <w:tc>
          <w:tcPr>
            <w:tcW w:type="dxa" w:w="2880"/>
          </w:tcPr>
          <w:p>
            <w:r>
              <w:t>2026-09-17</w:t>
            </w:r>
          </w:p>
        </w:tc>
        <w:tc>
          <w:tcPr>
            <w:tcW w:type="dxa" w:w="2880"/>
          </w:tcPr>
          <w:p>
            <w:r>
              <w:t>pick-up</w:t>
            </w:r>
          </w:p>
        </w:tc>
        <w:tc>
          <w:tcPr>
            <w:tcW w:type="dxa" w:w="2880"/>
          </w:tcPr>
          <w:p>
            <w:r>
              <w:t>781</w:t>
            </w:r>
          </w:p>
        </w:tc>
      </w:tr>
      <w:tr>
        <w:tc>
          <w:tcPr>
            <w:tcW w:type="dxa" w:w="2880"/>
          </w:tcPr>
          <w:p>
            <w:r>
              <w:t>2026-09-18</w:t>
            </w:r>
          </w:p>
        </w:tc>
        <w:tc>
          <w:tcPr>
            <w:tcW w:type="dxa" w:w="2880"/>
          </w:tcPr>
          <w:p>
            <w:r>
              <w:t>drop-off</w:t>
            </w:r>
          </w:p>
        </w:tc>
        <w:tc>
          <w:tcPr>
            <w:tcW w:type="dxa" w:w="2880"/>
          </w:tcPr>
          <w:p>
            <w:r>
              <w:t>1,070</w:t>
            </w:r>
          </w:p>
        </w:tc>
      </w:tr>
      <w:tr>
        <w:tc>
          <w:tcPr>
            <w:tcW w:type="dxa" w:w="2880"/>
          </w:tcPr>
          <w:p>
            <w:r>
              <w:t>2026-09-18</w:t>
            </w:r>
          </w:p>
        </w:tc>
        <w:tc>
          <w:tcPr>
            <w:tcW w:type="dxa" w:w="2880"/>
          </w:tcPr>
          <w:p>
            <w:r>
              <w:t>dual</w:t>
            </w:r>
          </w:p>
        </w:tc>
        <w:tc>
          <w:tcPr>
            <w:tcW w:type="dxa" w:w="2880"/>
          </w:tcPr>
          <w:p>
            <w:r>
              <w:t>597</w:t>
            </w:r>
          </w:p>
        </w:tc>
      </w:tr>
      <w:tr>
        <w:tc>
          <w:tcPr>
            <w:tcW w:type="dxa" w:w="2880"/>
          </w:tcPr>
          <w:p>
            <w:r>
              <w:t>2026-09-18</w:t>
            </w:r>
          </w:p>
        </w:tc>
        <w:tc>
          <w:tcPr>
            <w:tcW w:type="dxa" w:w="2880"/>
          </w:tcPr>
          <w:p>
            <w:r>
              <w:t>pick-up</w:t>
            </w:r>
          </w:p>
        </w:tc>
        <w:tc>
          <w:tcPr>
            <w:tcW w:type="dxa" w:w="2880"/>
          </w:tcPr>
          <w:p>
            <w:r>
              <w:t>848</w:t>
            </w:r>
          </w:p>
        </w:tc>
      </w:tr>
      <w:tr>
        <w:tc>
          <w:tcPr>
            <w:tcW w:type="dxa" w:w="2880"/>
          </w:tcPr>
          <w:p>
            <w:r>
              <w:t>2026-09-19</w:t>
            </w:r>
          </w:p>
        </w:tc>
        <w:tc>
          <w:tcPr>
            <w:tcW w:type="dxa" w:w="2880"/>
          </w:tcPr>
          <w:p>
            <w:r>
              <w:t>drop-off</w:t>
            </w:r>
          </w:p>
        </w:tc>
        <w:tc>
          <w:tcPr>
            <w:tcW w:type="dxa" w:w="2880"/>
          </w:tcPr>
          <w:p>
            <w:r>
              <w:t>398</w:t>
            </w:r>
          </w:p>
        </w:tc>
      </w:tr>
      <w:tr>
        <w:tc>
          <w:tcPr>
            <w:tcW w:type="dxa" w:w="2880"/>
          </w:tcPr>
          <w:p>
            <w:r>
              <w:t>2026-09-19</w:t>
            </w:r>
          </w:p>
        </w:tc>
        <w:tc>
          <w:tcPr>
            <w:tcW w:type="dxa" w:w="2880"/>
          </w:tcPr>
          <w:p>
            <w:r>
              <w:t>dual</w:t>
            </w:r>
          </w:p>
        </w:tc>
        <w:tc>
          <w:tcPr>
            <w:tcW w:type="dxa" w:w="2880"/>
          </w:tcPr>
          <w:p>
            <w:r>
              <w:t>655</w:t>
            </w:r>
          </w:p>
        </w:tc>
      </w:tr>
      <w:tr>
        <w:tc>
          <w:tcPr>
            <w:tcW w:type="dxa" w:w="2880"/>
          </w:tcPr>
          <w:p>
            <w:r>
              <w:t>2026-09-19</w:t>
            </w:r>
          </w:p>
        </w:tc>
        <w:tc>
          <w:tcPr>
            <w:tcW w:type="dxa" w:w="2880"/>
          </w:tcPr>
          <w:p>
            <w:r>
              <w:t>pick-up</w:t>
            </w:r>
          </w:p>
        </w:tc>
        <w:tc>
          <w:tcPr>
            <w:tcW w:type="dxa" w:w="2880"/>
          </w:tcPr>
          <w:p>
            <w:r>
              <w:t>253</w:t>
            </w:r>
          </w:p>
        </w:tc>
      </w:tr>
      <w:tr>
        <w:tc>
          <w:tcPr>
            <w:tcW w:type="dxa" w:w="2880"/>
          </w:tcPr>
          <w:p>
            <w:r>
              <w:t>2026-09-20</w:t>
            </w:r>
          </w:p>
        </w:tc>
        <w:tc>
          <w:tcPr>
            <w:tcW w:type="dxa" w:w="2880"/>
          </w:tcPr>
          <w:p>
            <w:r>
              <w:t>drop-off</w:t>
            </w:r>
          </w:p>
        </w:tc>
        <w:tc>
          <w:tcPr>
            <w:tcW w:type="dxa" w:w="2880"/>
          </w:tcPr>
          <w:p>
            <w:r>
              <w:t>37</w:t>
            </w:r>
          </w:p>
        </w:tc>
      </w:tr>
      <w:tr>
        <w:tc>
          <w:tcPr>
            <w:tcW w:type="dxa" w:w="2880"/>
          </w:tcPr>
          <w:p>
            <w:r>
              <w:t>2026-09-20</w:t>
            </w:r>
          </w:p>
        </w:tc>
        <w:tc>
          <w:tcPr>
            <w:tcW w:type="dxa" w:w="2880"/>
          </w:tcPr>
          <w:p>
            <w:r>
              <w:t>dual</w:t>
            </w:r>
          </w:p>
        </w:tc>
        <w:tc>
          <w:tcPr>
            <w:tcW w:type="dxa" w:w="2880"/>
          </w:tcPr>
          <w:p>
            <w:r>
              <w:t>76</w:t>
            </w:r>
          </w:p>
        </w:tc>
      </w:tr>
      <w:tr>
        <w:tc>
          <w:tcPr>
            <w:tcW w:type="dxa" w:w="2880"/>
          </w:tcPr>
          <w:p>
            <w:r>
              <w:t>2026-09-20</w:t>
            </w:r>
          </w:p>
        </w:tc>
        <w:tc>
          <w:tcPr>
            <w:tcW w:type="dxa" w:w="2880"/>
          </w:tcPr>
          <w:p>
            <w:r>
              <w:t>pick-up</w:t>
            </w:r>
          </w:p>
        </w:tc>
        <w:tc>
          <w:tcPr>
            <w:tcW w:type="dxa" w:w="2880"/>
          </w:tcPr>
          <w:p>
            <w:r>
              <w:t>66</w:t>
            </w:r>
          </w:p>
        </w:tc>
      </w:tr>
      <w:tr>
        <w:tc>
          <w:tcPr>
            <w:tcW w:type="dxa" w:w="2880"/>
          </w:tcPr>
          <w:p>
            <w:r>
              <w:t>2026-09-21</w:t>
            </w:r>
          </w:p>
        </w:tc>
        <w:tc>
          <w:tcPr>
            <w:tcW w:type="dxa" w:w="2880"/>
          </w:tcPr>
          <w:p>
            <w:r>
              <w:t>drop-off</w:t>
            </w:r>
          </w:p>
        </w:tc>
        <w:tc>
          <w:tcPr>
            <w:tcW w:type="dxa" w:w="2880"/>
          </w:tcPr>
          <w:p>
            <w:r>
              <w:t>1,359</w:t>
            </w:r>
          </w:p>
        </w:tc>
      </w:tr>
      <w:tr>
        <w:tc>
          <w:tcPr>
            <w:tcW w:type="dxa" w:w="2880"/>
          </w:tcPr>
          <w:p>
            <w:r>
              <w:t>2026-09-21</w:t>
            </w:r>
          </w:p>
        </w:tc>
        <w:tc>
          <w:tcPr>
            <w:tcW w:type="dxa" w:w="2880"/>
          </w:tcPr>
          <w:p>
            <w:r>
              <w:t>dual</w:t>
            </w:r>
          </w:p>
        </w:tc>
        <w:tc>
          <w:tcPr>
            <w:tcW w:type="dxa" w:w="2880"/>
          </w:tcPr>
          <w:p>
            <w:r>
              <w:t>1,659</w:t>
            </w:r>
          </w:p>
        </w:tc>
      </w:tr>
      <w:tr>
        <w:tc>
          <w:tcPr>
            <w:tcW w:type="dxa" w:w="2880"/>
          </w:tcPr>
          <w:p>
            <w:r>
              <w:t>2026-09-21</w:t>
            </w:r>
          </w:p>
        </w:tc>
        <w:tc>
          <w:tcPr>
            <w:tcW w:type="dxa" w:w="2880"/>
          </w:tcPr>
          <w:p>
            <w:r>
              <w:t>pick-up</w:t>
            </w:r>
          </w:p>
        </w:tc>
        <w:tc>
          <w:tcPr>
            <w:tcW w:type="dxa" w:w="2880"/>
          </w:tcPr>
          <w:p>
            <w:r>
              <w:t>870</w:t>
            </w:r>
          </w:p>
        </w:tc>
      </w:tr>
      <w:tr>
        <w:tc>
          <w:tcPr>
            <w:tcW w:type="dxa" w:w="2880"/>
          </w:tcPr>
          <w:p>
            <w:r>
              <w:t>2026-09-22</w:t>
            </w:r>
          </w:p>
        </w:tc>
        <w:tc>
          <w:tcPr>
            <w:tcW w:type="dxa" w:w="2880"/>
          </w:tcPr>
          <w:p>
            <w:r>
              <w:t>drop-off</w:t>
            </w:r>
          </w:p>
        </w:tc>
        <w:tc>
          <w:tcPr>
            <w:tcW w:type="dxa" w:w="2880"/>
          </w:tcPr>
          <w:p>
            <w:r>
              <w:t>916</w:t>
            </w:r>
          </w:p>
        </w:tc>
      </w:tr>
      <w:tr>
        <w:tc>
          <w:tcPr>
            <w:tcW w:type="dxa" w:w="2880"/>
          </w:tcPr>
          <w:p>
            <w:r>
              <w:t>2026-09-22</w:t>
            </w:r>
          </w:p>
        </w:tc>
        <w:tc>
          <w:tcPr>
            <w:tcW w:type="dxa" w:w="2880"/>
          </w:tcPr>
          <w:p>
            <w:r>
              <w:t>dual</w:t>
            </w:r>
          </w:p>
        </w:tc>
        <w:tc>
          <w:tcPr>
            <w:tcW w:type="dxa" w:w="2880"/>
          </w:tcPr>
          <w:p>
            <w:r>
              <w:t>1,081</w:t>
            </w:r>
          </w:p>
        </w:tc>
      </w:tr>
      <w:tr>
        <w:tc>
          <w:tcPr>
            <w:tcW w:type="dxa" w:w="2880"/>
          </w:tcPr>
          <w:p>
            <w:r>
              <w:t>2026-09-22</w:t>
            </w:r>
          </w:p>
        </w:tc>
        <w:tc>
          <w:tcPr>
            <w:tcW w:type="dxa" w:w="2880"/>
          </w:tcPr>
          <w:p>
            <w:r>
              <w:t>pick-up</w:t>
            </w:r>
          </w:p>
        </w:tc>
        <w:tc>
          <w:tcPr>
            <w:tcW w:type="dxa" w:w="2880"/>
          </w:tcPr>
          <w:p>
            <w:r>
              <w:t>766</w:t>
            </w:r>
          </w:p>
        </w:tc>
      </w:tr>
      <w:tr>
        <w:tc>
          <w:tcPr>
            <w:tcW w:type="dxa" w:w="2880"/>
          </w:tcPr>
          <w:p>
            <w:r>
              <w:t>2026-09-23</w:t>
            </w:r>
          </w:p>
        </w:tc>
        <w:tc>
          <w:tcPr>
            <w:tcW w:type="dxa" w:w="2880"/>
          </w:tcPr>
          <w:p>
            <w:r>
              <w:t>drop-off</w:t>
            </w:r>
          </w:p>
        </w:tc>
        <w:tc>
          <w:tcPr>
            <w:tcW w:type="dxa" w:w="2880"/>
          </w:tcPr>
          <w:p>
            <w:r>
              <w:t>1,071</w:t>
            </w:r>
          </w:p>
        </w:tc>
      </w:tr>
      <w:tr>
        <w:tc>
          <w:tcPr>
            <w:tcW w:type="dxa" w:w="2880"/>
          </w:tcPr>
          <w:p>
            <w:r>
              <w:t>2026-09-23</w:t>
            </w:r>
          </w:p>
        </w:tc>
        <w:tc>
          <w:tcPr>
            <w:tcW w:type="dxa" w:w="2880"/>
          </w:tcPr>
          <w:p>
            <w:r>
              <w:t>dual</w:t>
            </w:r>
          </w:p>
        </w:tc>
        <w:tc>
          <w:tcPr>
            <w:tcW w:type="dxa" w:w="2880"/>
          </w:tcPr>
          <w:p>
            <w:r>
              <w:t>693</w:t>
            </w:r>
          </w:p>
        </w:tc>
      </w:tr>
      <w:tr>
        <w:tc>
          <w:tcPr>
            <w:tcW w:type="dxa" w:w="2880"/>
          </w:tcPr>
          <w:p>
            <w:r>
              <w:t>2026-09-23</w:t>
            </w:r>
          </w:p>
        </w:tc>
        <w:tc>
          <w:tcPr>
            <w:tcW w:type="dxa" w:w="2880"/>
          </w:tcPr>
          <w:p>
            <w:r>
              <w:t>pick-up</w:t>
            </w:r>
          </w:p>
        </w:tc>
        <w:tc>
          <w:tcPr>
            <w:tcW w:type="dxa" w:w="2880"/>
          </w:tcPr>
          <w:p>
            <w:r>
              <w:t>769</w:t>
            </w:r>
          </w:p>
        </w:tc>
      </w:tr>
      <w:tr>
        <w:tc>
          <w:tcPr>
            <w:tcW w:type="dxa" w:w="2880"/>
          </w:tcPr>
          <w:p>
            <w:r>
              <w:t>2026-09-24</w:t>
            </w:r>
          </w:p>
        </w:tc>
        <w:tc>
          <w:tcPr>
            <w:tcW w:type="dxa" w:w="2880"/>
          </w:tcPr>
          <w:p>
            <w:r>
              <w:t>drop-off</w:t>
            </w:r>
          </w:p>
        </w:tc>
        <w:tc>
          <w:tcPr>
            <w:tcW w:type="dxa" w:w="2880"/>
          </w:tcPr>
          <w:p>
            <w:r>
              <w:t>1,084</w:t>
            </w:r>
          </w:p>
        </w:tc>
      </w:tr>
      <w:tr>
        <w:tc>
          <w:tcPr>
            <w:tcW w:type="dxa" w:w="2880"/>
          </w:tcPr>
          <w:p>
            <w:r>
              <w:t>2026-09-24</w:t>
            </w:r>
          </w:p>
        </w:tc>
        <w:tc>
          <w:tcPr>
            <w:tcW w:type="dxa" w:w="2880"/>
          </w:tcPr>
          <w:p>
            <w:r>
              <w:t>dual</w:t>
            </w:r>
          </w:p>
        </w:tc>
        <w:tc>
          <w:tcPr>
            <w:tcW w:type="dxa" w:w="2880"/>
          </w:tcPr>
          <w:p>
            <w:r>
              <w:t>898</w:t>
            </w:r>
          </w:p>
        </w:tc>
      </w:tr>
      <w:tr>
        <w:tc>
          <w:tcPr>
            <w:tcW w:type="dxa" w:w="2880"/>
          </w:tcPr>
          <w:p>
            <w:r>
              <w:t>2026-09-24</w:t>
            </w:r>
          </w:p>
        </w:tc>
        <w:tc>
          <w:tcPr>
            <w:tcW w:type="dxa" w:w="2880"/>
          </w:tcPr>
          <w:p>
            <w:r>
              <w:t>pick-up</w:t>
            </w:r>
          </w:p>
        </w:tc>
        <w:tc>
          <w:tcPr>
            <w:tcW w:type="dxa" w:w="2880"/>
          </w:tcPr>
          <w:p>
            <w:r>
              <w:t>1,020</w:t>
            </w:r>
          </w:p>
        </w:tc>
      </w:tr>
      <w:tr>
        <w:tc>
          <w:tcPr>
            <w:tcW w:type="dxa" w:w="2880"/>
          </w:tcPr>
          <w:p>
            <w:r>
              <w:t>2026-09-25</w:t>
            </w:r>
          </w:p>
        </w:tc>
        <w:tc>
          <w:tcPr>
            <w:tcW w:type="dxa" w:w="2880"/>
          </w:tcPr>
          <w:p>
            <w:r>
              <w:t>drop-off</w:t>
            </w:r>
          </w:p>
        </w:tc>
        <w:tc>
          <w:tcPr>
            <w:tcW w:type="dxa" w:w="2880"/>
          </w:tcPr>
          <w:p>
            <w:r>
              <w:t>888</w:t>
            </w:r>
          </w:p>
        </w:tc>
      </w:tr>
      <w:tr>
        <w:tc>
          <w:tcPr>
            <w:tcW w:type="dxa" w:w="2880"/>
          </w:tcPr>
          <w:p>
            <w:r>
              <w:t>2026-09-25</w:t>
            </w:r>
          </w:p>
        </w:tc>
        <w:tc>
          <w:tcPr>
            <w:tcW w:type="dxa" w:w="2880"/>
          </w:tcPr>
          <w:p>
            <w:r>
              <w:t>dual</w:t>
            </w:r>
          </w:p>
        </w:tc>
        <w:tc>
          <w:tcPr>
            <w:tcW w:type="dxa" w:w="2880"/>
          </w:tcPr>
          <w:p>
            <w:r>
              <w:t>1,151</w:t>
            </w:r>
          </w:p>
        </w:tc>
      </w:tr>
      <w:tr>
        <w:tc>
          <w:tcPr>
            <w:tcW w:type="dxa" w:w="2880"/>
          </w:tcPr>
          <w:p>
            <w:r>
              <w:t>2026-09-25</w:t>
            </w:r>
          </w:p>
        </w:tc>
        <w:tc>
          <w:tcPr>
            <w:tcW w:type="dxa" w:w="2880"/>
          </w:tcPr>
          <w:p>
            <w:r>
              <w:t>pick-up</w:t>
            </w:r>
          </w:p>
        </w:tc>
        <w:tc>
          <w:tcPr>
            <w:tcW w:type="dxa" w:w="2880"/>
          </w:tcPr>
          <w:p>
            <w:r>
              <w:t>875</w:t>
            </w:r>
          </w:p>
        </w:tc>
      </w:tr>
      <w:tr>
        <w:tc>
          <w:tcPr>
            <w:tcW w:type="dxa" w:w="2880"/>
          </w:tcPr>
          <w:p>
            <w:r>
              <w:t>2026-09-26</w:t>
            </w:r>
          </w:p>
        </w:tc>
        <w:tc>
          <w:tcPr>
            <w:tcW w:type="dxa" w:w="2880"/>
          </w:tcPr>
          <w:p>
            <w:r>
              <w:t>drop-off</w:t>
            </w:r>
          </w:p>
        </w:tc>
        <w:tc>
          <w:tcPr>
            <w:tcW w:type="dxa" w:w="2880"/>
          </w:tcPr>
          <w:p>
            <w:r>
              <w:t>649</w:t>
            </w:r>
          </w:p>
        </w:tc>
      </w:tr>
      <w:tr>
        <w:tc>
          <w:tcPr>
            <w:tcW w:type="dxa" w:w="2880"/>
          </w:tcPr>
          <w:p>
            <w:r>
              <w:t>2026-09-26</w:t>
            </w:r>
          </w:p>
        </w:tc>
        <w:tc>
          <w:tcPr>
            <w:tcW w:type="dxa" w:w="2880"/>
          </w:tcPr>
          <w:p>
            <w:r>
              <w:t>dual</w:t>
            </w:r>
          </w:p>
        </w:tc>
        <w:tc>
          <w:tcPr>
            <w:tcW w:type="dxa" w:w="2880"/>
          </w:tcPr>
          <w:p>
            <w:r>
              <w:t>492</w:t>
            </w:r>
          </w:p>
        </w:tc>
      </w:tr>
      <w:tr>
        <w:tc>
          <w:tcPr>
            <w:tcW w:type="dxa" w:w="2880"/>
          </w:tcPr>
          <w:p>
            <w:r>
              <w:t>2026-09-26</w:t>
            </w:r>
          </w:p>
        </w:tc>
        <w:tc>
          <w:tcPr>
            <w:tcW w:type="dxa" w:w="2880"/>
          </w:tcPr>
          <w:p>
            <w:r>
              <w:t>pick-up</w:t>
            </w:r>
          </w:p>
        </w:tc>
        <w:tc>
          <w:tcPr>
            <w:tcW w:type="dxa" w:w="2880"/>
          </w:tcPr>
          <w:p>
            <w:r>
              <w:t>348</w:t>
            </w:r>
          </w:p>
        </w:tc>
      </w:tr>
      <w:tr>
        <w:tc>
          <w:tcPr>
            <w:tcW w:type="dxa" w:w="2880"/>
          </w:tcPr>
          <w:p>
            <w:r>
              <w:t>2026-09-27</w:t>
            </w:r>
          </w:p>
        </w:tc>
        <w:tc>
          <w:tcPr>
            <w:tcW w:type="dxa" w:w="2880"/>
          </w:tcPr>
          <w:p>
            <w:r>
              <w:t>drop-off</w:t>
            </w:r>
          </w:p>
        </w:tc>
        <w:tc>
          <w:tcPr>
            <w:tcW w:type="dxa" w:w="2880"/>
          </w:tcPr>
          <w:p>
            <w:r>
              <w:t>144</w:t>
            </w:r>
          </w:p>
        </w:tc>
      </w:tr>
      <w:tr>
        <w:tc>
          <w:tcPr>
            <w:tcW w:type="dxa" w:w="2880"/>
          </w:tcPr>
          <w:p>
            <w:r>
              <w:t>2026-09-27</w:t>
            </w:r>
          </w:p>
        </w:tc>
        <w:tc>
          <w:tcPr>
            <w:tcW w:type="dxa" w:w="2880"/>
          </w:tcPr>
          <w:p>
            <w:r>
              <w:t>dual</w:t>
            </w:r>
          </w:p>
        </w:tc>
        <w:tc>
          <w:tcPr>
            <w:tcW w:type="dxa" w:w="2880"/>
          </w:tcPr>
          <w:p>
            <w:r>
              <w:t>95</w:t>
            </w:r>
          </w:p>
        </w:tc>
      </w:tr>
      <w:tr>
        <w:tc>
          <w:tcPr>
            <w:tcW w:type="dxa" w:w="2880"/>
          </w:tcPr>
          <w:p>
            <w:r>
              <w:t>2026-09-27</w:t>
            </w:r>
          </w:p>
        </w:tc>
        <w:tc>
          <w:tcPr>
            <w:tcW w:type="dxa" w:w="2880"/>
          </w:tcPr>
          <w:p>
            <w:r>
              <w:t>pick-up</w:t>
            </w:r>
          </w:p>
        </w:tc>
        <w:tc>
          <w:tcPr>
            <w:tcW w:type="dxa" w:w="2880"/>
          </w:tcPr>
          <w:p>
            <w:r>
              <w:t>66</w:t>
            </w:r>
          </w:p>
        </w:tc>
      </w:tr>
    </w:tbl>
    <w:p/>
    <w:p>
      <w:pPr>
        <w:pStyle w:val="Heading2"/>
      </w:pPr>
      <w:r>
        <w:t>Figure 23. Equipment faults over time (date) [71]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2026-06-01</w:t>
            </w:r>
          </w:p>
        </w:tc>
        <w:tc>
          <w:tcPr>
            <w:tcW w:type="dxa" w:w="2880"/>
          </w:tcPr>
          <w:p>
            <w:r>
              <w:t>hoist</w:t>
            </w:r>
          </w:p>
        </w:tc>
        <w:tc>
          <w:tcPr>
            <w:tcW w:type="dxa" w:w="2880"/>
          </w:tcPr>
          <w:p>
            <w:r>
              <w:t>3</w:t>
            </w:r>
          </w:p>
        </w:tc>
      </w:tr>
      <w:tr>
        <w:tc>
          <w:tcPr>
            <w:tcW w:type="dxa" w:w="2880"/>
          </w:tcPr>
          <w:p>
            <w:r>
              <w:t>2026-06-01</w:t>
            </w:r>
          </w:p>
        </w:tc>
        <w:tc>
          <w:tcPr>
            <w:tcW w:type="dxa" w:w="2880"/>
          </w:tcPr>
          <w:p>
            <w:r>
              <w:t>electrical</w:t>
            </w:r>
          </w:p>
        </w:tc>
        <w:tc>
          <w:tcPr>
            <w:tcW w:type="dxa" w:w="2880"/>
          </w:tcPr>
          <w:p>
            <w:r>
              <w:t>7</w:t>
            </w:r>
          </w:p>
        </w:tc>
      </w:tr>
      <w:tr>
        <w:tc>
          <w:tcPr>
            <w:tcW w:type="dxa" w:w="2880"/>
          </w:tcPr>
          <w:p>
            <w:r>
              <w:t>2026-06-01</w:t>
            </w:r>
          </w:p>
        </w:tc>
        <w:tc>
          <w:tcPr>
            <w:tcW w:type="dxa" w:w="2880"/>
          </w:tcPr>
          <w:p>
            <w:r>
              <w:t>spreader</w:t>
            </w:r>
          </w:p>
        </w:tc>
        <w:tc>
          <w:tcPr>
            <w:tcW w:type="dxa" w:w="2880"/>
          </w:tcPr>
          <w:p>
            <w:r>
              <w:t>3</w:t>
            </w:r>
          </w:p>
        </w:tc>
      </w:tr>
      <w:tr>
        <w:tc>
          <w:tcPr>
            <w:tcW w:type="dxa" w:w="2880"/>
          </w:tcPr>
          <w:p>
            <w:r>
              <w:t>2026-06-01</w:t>
            </w:r>
          </w:p>
        </w:tc>
        <w:tc>
          <w:tcPr>
            <w:tcW w:type="dxa" w:w="2880"/>
          </w:tcPr>
          <w:p>
            <w:r>
              <w:t>trolley</w:t>
            </w:r>
          </w:p>
        </w:tc>
        <w:tc>
          <w:tcPr>
            <w:tcW w:type="dxa" w:w="2880"/>
          </w:tcPr>
          <w:p>
            <w:r>
              <w:t>1</w:t>
            </w:r>
          </w:p>
        </w:tc>
      </w:tr>
      <w:tr>
        <w:tc>
          <w:tcPr>
            <w:tcW w:type="dxa" w:w="2880"/>
          </w:tcPr>
          <w:p>
            <w:r>
              <w:t>2026-06-08</w:t>
            </w:r>
          </w:p>
        </w:tc>
        <w:tc>
          <w:tcPr>
            <w:tcW w:type="dxa" w:w="2880"/>
          </w:tcPr>
          <w:p>
            <w:r>
              <w:t>hoist</w:t>
            </w:r>
          </w:p>
        </w:tc>
        <w:tc>
          <w:tcPr>
            <w:tcW w:type="dxa" w:w="2880"/>
          </w:tcPr>
          <w:p>
            <w:r>
              <w:t>5</w:t>
            </w:r>
          </w:p>
        </w:tc>
      </w:tr>
      <w:tr>
        <w:tc>
          <w:tcPr>
            <w:tcW w:type="dxa" w:w="2880"/>
          </w:tcPr>
          <w:p>
            <w:r>
              <w:t>2026-06-08</w:t>
            </w:r>
          </w:p>
        </w:tc>
        <w:tc>
          <w:tcPr>
            <w:tcW w:type="dxa" w:w="2880"/>
          </w:tcPr>
          <w:p>
            <w:r>
              <w:t>electrical</w:t>
            </w:r>
          </w:p>
        </w:tc>
        <w:tc>
          <w:tcPr>
            <w:tcW w:type="dxa" w:w="2880"/>
          </w:tcPr>
          <w:p>
            <w:r>
              <w:t>5</w:t>
            </w:r>
          </w:p>
        </w:tc>
      </w:tr>
      <w:tr>
        <w:tc>
          <w:tcPr>
            <w:tcW w:type="dxa" w:w="2880"/>
          </w:tcPr>
          <w:p>
            <w:r>
              <w:t>2026-06-08</w:t>
            </w:r>
          </w:p>
        </w:tc>
        <w:tc>
          <w:tcPr>
            <w:tcW w:type="dxa" w:w="2880"/>
          </w:tcPr>
          <w:p>
            <w:r>
              <w:t>spreader</w:t>
            </w:r>
          </w:p>
        </w:tc>
        <w:tc>
          <w:tcPr>
            <w:tcW w:type="dxa" w:w="2880"/>
          </w:tcPr>
          <w:p>
            <w:r>
              <w:t>3</w:t>
            </w:r>
          </w:p>
        </w:tc>
      </w:tr>
      <w:tr>
        <w:tc>
          <w:tcPr>
            <w:tcW w:type="dxa" w:w="2880"/>
          </w:tcPr>
          <w:p>
            <w:r>
              <w:t>2026-06-08</w:t>
            </w:r>
          </w:p>
        </w:tc>
        <w:tc>
          <w:tcPr>
            <w:tcW w:type="dxa" w:w="2880"/>
          </w:tcPr>
          <w:p>
            <w:r>
              <w:t>trolley</w:t>
            </w:r>
          </w:p>
        </w:tc>
        <w:tc>
          <w:tcPr>
            <w:tcW w:type="dxa" w:w="2880"/>
          </w:tcPr>
          <w:p>
            <w:r>
              <w:t>0</w:t>
            </w:r>
          </w:p>
        </w:tc>
      </w:tr>
      <w:tr>
        <w:tc>
          <w:tcPr>
            <w:tcW w:type="dxa" w:w="2880"/>
          </w:tcPr>
          <w:p>
            <w:r>
              <w:t>2026-06-15</w:t>
            </w:r>
          </w:p>
        </w:tc>
        <w:tc>
          <w:tcPr>
            <w:tcW w:type="dxa" w:w="2880"/>
          </w:tcPr>
          <w:p>
            <w:r>
              <w:t>hoist</w:t>
            </w:r>
          </w:p>
        </w:tc>
        <w:tc>
          <w:tcPr>
            <w:tcW w:type="dxa" w:w="2880"/>
          </w:tcPr>
          <w:p>
            <w:r>
              <w:t>7</w:t>
            </w:r>
          </w:p>
        </w:tc>
      </w:tr>
      <w:tr>
        <w:tc>
          <w:tcPr>
            <w:tcW w:type="dxa" w:w="2880"/>
          </w:tcPr>
          <w:p>
            <w:r>
              <w:t>2026-06-15</w:t>
            </w:r>
          </w:p>
        </w:tc>
        <w:tc>
          <w:tcPr>
            <w:tcW w:type="dxa" w:w="2880"/>
          </w:tcPr>
          <w:p>
            <w:r>
              <w:t>electrical</w:t>
            </w:r>
          </w:p>
        </w:tc>
        <w:tc>
          <w:tcPr>
            <w:tcW w:type="dxa" w:w="2880"/>
          </w:tcPr>
          <w:p>
            <w:r>
              <w:t>3</w:t>
            </w:r>
          </w:p>
        </w:tc>
      </w:tr>
      <w:tr>
        <w:tc>
          <w:tcPr>
            <w:tcW w:type="dxa" w:w="2880"/>
          </w:tcPr>
          <w:p>
            <w:r>
              <w:t>2026-06-15</w:t>
            </w:r>
          </w:p>
        </w:tc>
        <w:tc>
          <w:tcPr>
            <w:tcW w:type="dxa" w:w="2880"/>
          </w:tcPr>
          <w:p>
            <w:r>
              <w:t>spreader</w:t>
            </w:r>
          </w:p>
        </w:tc>
        <w:tc>
          <w:tcPr>
            <w:tcW w:type="dxa" w:w="2880"/>
          </w:tcPr>
          <w:p>
            <w:r>
              <w:t>4</w:t>
            </w:r>
          </w:p>
        </w:tc>
      </w:tr>
      <w:tr>
        <w:tc>
          <w:tcPr>
            <w:tcW w:type="dxa" w:w="2880"/>
          </w:tcPr>
          <w:p>
            <w:r>
              <w:t>2026-06-15</w:t>
            </w:r>
          </w:p>
        </w:tc>
        <w:tc>
          <w:tcPr>
            <w:tcW w:type="dxa" w:w="2880"/>
          </w:tcPr>
          <w:p>
            <w:r>
              <w:t>trolley</w:t>
            </w:r>
          </w:p>
        </w:tc>
        <w:tc>
          <w:tcPr>
            <w:tcW w:type="dxa" w:w="2880"/>
          </w:tcPr>
          <w:p>
            <w:r>
              <w:t>3</w:t>
            </w:r>
          </w:p>
        </w:tc>
      </w:tr>
      <w:tr>
        <w:tc>
          <w:tcPr>
            <w:tcW w:type="dxa" w:w="2880"/>
          </w:tcPr>
          <w:p>
            <w:r>
              <w:t>2026-06-22</w:t>
            </w:r>
          </w:p>
        </w:tc>
        <w:tc>
          <w:tcPr>
            <w:tcW w:type="dxa" w:w="2880"/>
          </w:tcPr>
          <w:p>
            <w:r>
              <w:t>hoist</w:t>
            </w:r>
          </w:p>
        </w:tc>
        <w:tc>
          <w:tcPr>
            <w:tcW w:type="dxa" w:w="2880"/>
          </w:tcPr>
          <w:p>
            <w:r>
              <w:t>6</w:t>
            </w:r>
          </w:p>
        </w:tc>
      </w:tr>
      <w:tr>
        <w:tc>
          <w:tcPr>
            <w:tcW w:type="dxa" w:w="2880"/>
          </w:tcPr>
          <w:p>
            <w:r>
              <w:t>2026-06-22</w:t>
            </w:r>
          </w:p>
        </w:tc>
        <w:tc>
          <w:tcPr>
            <w:tcW w:type="dxa" w:w="2880"/>
          </w:tcPr>
          <w:p>
            <w:r>
              <w:t>electrical</w:t>
            </w:r>
          </w:p>
        </w:tc>
        <w:tc>
          <w:tcPr>
            <w:tcW w:type="dxa" w:w="2880"/>
          </w:tcPr>
          <w:p>
            <w:r>
              <w:t>1</w:t>
            </w:r>
          </w:p>
        </w:tc>
      </w:tr>
      <w:tr>
        <w:tc>
          <w:tcPr>
            <w:tcW w:type="dxa" w:w="2880"/>
          </w:tcPr>
          <w:p>
            <w:r>
              <w:t>2026-06-22</w:t>
            </w:r>
          </w:p>
        </w:tc>
        <w:tc>
          <w:tcPr>
            <w:tcW w:type="dxa" w:w="2880"/>
          </w:tcPr>
          <w:p>
            <w:r>
              <w:t>spreader</w:t>
            </w:r>
          </w:p>
        </w:tc>
        <w:tc>
          <w:tcPr>
            <w:tcW w:type="dxa" w:w="2880"/>
          </w:tcPr>
          <w:p>
            <w:r>
              <w:t>3</w:t>
            </w:r>
          </w:p>
        </w:tc>
      </w:tr>
      <w:tr>
        <w:tc>
          <w:tcPr>
            <w:tcW w:type="dxa" w:w="2880"/>
          </w:tcPr>
          <w:p>
            <w:r>
              <w:t>2026-06-22</w:t>
            </w:r>
          </w:p>
        </w:tc>
        <w:tc>
          <w:tcPr>
            <w:tcW w:type="dxa" w:w="2880"/>
          </w:tcPr>
          <w:p>
            <w:r>
              <w:t>trolley</w:t>
            </w:r>
          </w:p>
        </w:tc>
        <w:tc>
          <w:tcPr>
            <w:tcW w:type="dxa" w:w="2880"/>
          </w:tcPr>
          <w:p>
            <w:r>
              <w:t>1</w:t>
            </w:r>
          </w:p>
        </w:tc>
      </w:tr>
      <w:tr>
        <w:tc>
          <w:tcPr>
            <w:tcW w:type="dxa" w:w="2880"/>
          </w:tcPr>
          <w:p>
            <w:r>
              <w:t>2026-06-29</w:t>
            </w:r>
          </w:p>
        </w:tc>
        <w:tc>
          <w:tcPr>
            <w:tcW w:type="dxa" w:w="2880"/>
          </w:tcPr>
          <w:p>
            <w:r>
              <w:t>hoist</w:t>
            </w:r>
          </w:p>
        </w:tc>
        <w:tc>
          <w:tcPr>
            <w:tcW w:type="dxa" w:w="2880"/>
          </w:tcPr>
          <w:p>
            <w:r>
              <w:t>5</w:t>
            </w:r>
          </w:p>
        </w:tc>
      </w:tr>
      <w:tr>
        <w:tc>
          <w:tcPr>
            <w:tcW w:type="dxa" w:w="2880"/>
          </w:tcPr>
          <w:p>
            <w:r>
              <w:t>2026-06-29</w:t>
            </w:r>
          </w:p>
        </w:tc>
        <w:tc>
          <w:tcPr>
            <w:tcW w:type="dxa" w:w="2880"/>
          </w:tcPr>
          <w:p>
            <w:r>
              <w:t>electrical</w:t>
            </w:r>
          </w:p>
        </w:tc>
        <w:tc>
          <w:tcPr>
            <w:tcW w:type="dxa" w:w="2880"/>
          </w:tcPr>
          <w:p>
            <w:r>
              <w:t>8</w:t>
            </w:r>
          </w:p>
        </w:tc>
      </w:tr>
      <w:tr>
        <w:tc>
          <w:tcPr>
            <w:tcW w:type="dxa" w:w="2880"/>
          </w:tcPr>
          <w:p>
            <w:r>
              <w:t>2026-06-29</w:t>
            </w:r>
          </w:p>
        </w:tc>
        <w:tc>
          <w:tcPr>
            <w:tcW w:type="dxa" w:w="2880"/>
          </w:tcPr>
          <w:p>
            <w:r>
              <w:t>spreader</w:t>
            </w:r>
          </w:p>
        </w:tc>
        <w:tc>
          <w:tcPr>
            <w:tcW w:type="dxa" w:w="2880"/>
          </w:tcPr>
          <w:p>
            <w:r>
              <w:t>4</w:t>
            </w:r>
          </w:p>
        </w:tc>
      </w:tr>
      <w:tr>
        <w:tc>
          <w:tcPr>
            <w:tcW w:type="dxa" w:w="2880"/>
          </w:tcPr>
          <w:p>
            <w:r>
              <w:t>2026-06-29</w:t>
            </w:r>
          </w:p>
        </w:tc>
        <w:tc>
          <w:tcPr>
            <w:tcW w:type="dxa" w:w="2880"/>
          </w:tcPr>
          <w:p>
            <w:r>
              <w:t>trolley</w:t>
            </w:r>
          </w:p>
        </w:tc>
        <w:tc>
          <w:tcPr>
            <w:tcW w:type="dxa" w:w="2880"/>
          </w:tcPr>
          <w:p>
            <w:r>
              <w:t>4</w:t>
            </w:r>
          </w:p>
        </w:tc>
      </w:tr>
      <w:tr>
        <w:tc>
          <w:tcPr>
            <w:tcW w:type="dxa" w:w="2880"/>
          </w:tcPr>
          <w:p>
            <w:r>
              <w:t>2026-07-06</w:t>
            </w:r>
          </w:p>
        </w:tc>
        <w:tc>
          <w:tcPr>
            <w:tcW w:type="dxa" w:w="2880"/>
          </w:tcPr>
          <w:p>
            <w:r>
              <w:t>hoist</w:t>
            </w:r>
          </w:p>
        </w:tc>
        <w:tc>
          <w:tcPr>
            <w:tcW w:type="dxa" w:w="2880"/>
          </w:tcPr>
          <w:p>
            <w:r>
              <w:t>5</w:t>
            </w:r>
          </w:p>
        </w:tc>
      </w:tr>
      <w:tr>
        <w:tc>
          <w:tcPr>
            <w:tcW w:type="dxa" w:w="2880"/>
          </w:tcPr>
          <w:p>
            <w:r>
              <w:t>2026-07-06</w:t>
            </w:r>
          </w:p>
        </w:tc>
        <w:tc>
          <w:tcPr>
            <w:tcW w:type="dxa" w:w="2880"/>
          </w:tcPr>
          <w:p>
            <w:r>
              <w:t>electrical</w:t>
            </w:r>
          </w:p>
        </w:tc>
        <w:tc>
          <w:tcPr>
            <w:tcW w:type="dxa" w:w="2880"/>
          </w:tcPr>
          <w:p>
            <w:r>
              <w:t>4</w:t>
            </w:r>
          </w:p>
        </w:tc>
      </w:tr>
      <w:tr>
        <w:tc>
          <w:tcPr>
            <w:tcW w:type="dxa" w:w="2880"/>
          </w:tcPr>
          <w:p>
            <w:r>
              <w:t>2026-07-06</w:t>
            </w:r>
          </w:p>
        </w:tc>
        <w:tc>
          <w:tcPr>
            <w:tcW w:type="dxa" w:w="2880"/>
          </w:tcPr>
          <w:p>
            <w:r>
              <w:t>spreader</w:t>
            </w:r>
          </w:p>
        </w:tc>
        <w:tc>
          <w:tcPr>
            <w:tcW w:type="dxa" w:w="2880"/>
          </w:tcPr>
          <w:p>
            <w:r>
              <w:t>1</w:t>
            </w:r>
          </w:p>
        </w:tc>
      </w:tr>
      <w:tr>
        <w:tc>
          <w:tcPr>
            <w:tcW w:type="dxa" w:w="2880"/>
          </w:tcPr>
          <w:p>
            <w:r>
              <w:t>2026-07-06</w:t>
            </w:r>
          </w:p>
        </w:tc>
        <w:tc>
          <w:tcPr>
            <w:tcW w:type="dxa" w:w="2880"/>
          </w:tcPr>
          <w:p>
            <w:r>
              <w:t>trolley</w:t>
            </w:r>
          </w:p>
        </w:tc>
        <w:tc>
          <w:tcPr>
            <w:tcW w:type="dxa" w:w="2880"/>
          </w:tcPr>
          <w:p>
            <w:r>
              <w:t>4</w:t>
            </w:r>
          </w:p>
        </w:tc>
      </w:tr>
      <w:tr>
        <w:tc>
          <w:tcPr>
            <w:tcW w:type="dxa" w:w="2880"/>
          </w:tcPr>
          <w:p>
            <w:r>
              <w:t>2026-07-13</w:t>
            </w:r>
          </w:p>
        </w:tc>
        <w:tc>
          <w:tcPr>
            <w:tcW w:type="dxa" w:w="2880"/>
          </w:tcPr>
          <w:p>
            <w:r>
              <w:t>hoist</w:t>
            </w:r>
          </w:p>
        </w:tc>
        <w:tc>
          <w:tcPr>
            <w:tcW w:type="dxa" w:w="2880"/>
          </w:tcPr>
          <w:p>
            <w:r>
              <w:t>6</w:t>
            </w:r>
          </w:p>
        </w:tc>
      </w:tr>
      <w:tr>
        <w:tc>
          <w:tcPr>
            <w:tcW w:type="dxa" w:w="2880"/>
          </w:tcPr>
          <w:p>
            <w:r>
              <w:t>2026-07-13</w:t>
            </w:r>
          </w:p>
        </w:tc>
        <w:tc>
          <w:tcPr>
            <w:tcW w:type="dxa" w:w="2880"/>
          </w:tcPr>
          <w:p>
            <w:r>
              <w:t>electrical</w:t>
            </w:r>
          </w:p>
        </w:tc>
        <w:tc>
          <w:tcPr>
            <w:tcW w:type="dxa" w:w="2880"/>
          </w:tcPr>
          <w:p>
            <w:r>
              <w:t>3</w:t>
            </w:r>
          </w:p>
        </w:tc>
      </w:tr>
      <w:tr>
        <w:tc>
          <w:tcPr>
            <w:tcW w:type="dxa" w:w="2880"/>
          </w:tcPr>
          <w:p>
            <w:r>
              <w:t>2026-07-13</w:t>
            </w:r>
          </w:p>
        </w:tc>
        <w:tc>
          <w:tcPr>
            <w:tcW w:type="dxa" w:w="2880"/>
          </w:tcPr>
          <w:p>
            <w:r>
              <w:t>spreader</w:t>
            </w:r>
          </w:p>
        </w:tc>
        <w:tc>
          <w:tcPr>
            <w:tcW w:type="dxa" w:w="2880"/>
          </w:tcPr>
          <w:p>
            <w:r>
              <w:t>4</w:t>
            </w:r>
          </w:p>
        </w:tc>
      </w:tr>
      <w:tr>
        <w:tc>
          <w:tcPr>
            <w:tcW w:type="dxa" w:w="2880"/>
          </w:tcPr>
          <w:p>
            <w:r>
              <w:t>2026-07-13</w:t>
            </w:r>
          </w:p>
        </w:tc>
        <w:tc>
          <w:tcPr>
            <w:tcW w:type="dxa" w:w="2880"/>
          </w:tcPr>
          <w:p>
            <w:r>
              <w:t>trolley</w:t>
            </w:r>
          </w:p>
        </w:tc>
        <w:tc>
          <w:tcPr>
            <w:tcW w:type="dxa" w:w="2880"/>
          </w:tcPr>
          <w:p>
            <w:r>
              <w:t>8</w:t>
            </w:r>
          </w:p>
        </w:tc>
      </w:tr>
      <w:tr>
        <w:tc>
          <w:tcPr>
            <w:tcW w:type="dxa" w:w="2880"/>
          </w:tcPr>
          <w:p>
            <w:r>
              <w:t>2026-07-20</w:t>
            </w:r>
          </w:p>
        </w:tc>
        <w:tc>
          <w:tcPr>
            <w:tcW w:type="dxa" w:w="2880"/>
          </w:tcPr>
          <w:p>
            <w:r>
              <w:t>hoist</w:t>
            </w:r>
          </w:p>
        </w:tc>
        <w:tc>
          <w:tcPr>
            <w:tcW w:type="dxa" w:w="2880"/>
          </w:tcPr>
          <w:p>
            <w:r>
              <w:t>4</w:t>
            </w:r>
          </w:p>
        </w:tc>
      </w:tr>
      <w:tr>
        <w:tc>
          <w:tcPr>
            <w:tcW w:type="dxa" w:w="2880"/>
          </w:tcPr>
          <w:p>
            <w:r>
              <w:t>2026-07-20</w:t>
            </w:r>
          </w:p>
        </w:tc>
        <w:tc>
          <w:tcPr>
            <w:tcW w:type="dxa" w:w="2880"/>
          </w:tcPr>
          <w:p>
            <w:r>
              <w:t>electrical</w:t>
            </w:r>
          </w:p>
        </w:tc>
        <w:tc>
          <w:tcPr>
            <w:tcW w:type="dxa" w:w="2880"/>
          </w:tcPr>
          <w:p>
            <w:r>
              <w:t>5</w:t>
            </w:r>
          </w:p>
        </w:tc>
      </w:tr>
      <w:tr>
        <w:tc>
          <w:tcPr>
            <w:tcW w:type="dxa" w:w="2880"/>
          </w:tcPr>
          <w:p>
            <w:r>
              <w:t>2026-07-20</w:t>
            </w:r>
          </w:p>
        </w:tc>
        <w:tc>
          <w:tcPr>
            <w:tcW w:type="dxa" w:w="2880"/>
          </w:tcPr>
          <w:p>
            <w:r>
              <w:t>spreader</w:t>
            </w:r>
          </w:p>
        </w:tc>
        <w:tc>
          <w:tcPr>
            <w:tcW w:type="dxa" w:w="2880"/>
          </w:tcPr>
          <w:p>
            <w:r>
              <w:t>4</w:t>
            </w:r>
          </w:p>
        </w:tc>
      </w:tr>
      <w:tr>
        <w:tc>
          <w:tcPr>
            <w:tcW w:type="dxa" w:w="2880"/>
          </w:tcPr>
          <w:p>
            <w:r>
              <w:t>2026-07-20</w:t>
            </w:r>
          </w:p>
        </w:tc>
        <w:tc>
          <w:tcPr>
            <w:tcW w:type="dxa" w:w="2880"/>
          </w:tcPr>
          <w:p>
            <w:r>
              <w:t>trolley</w:t>
            </w:r>
          </w:p>
        </w:tc>
        <w:tc>
          <w:tcPr>
            <w:tcW w:type="dxa" w:w="2880"/>
          </w:tcPr>
          <w:p>
            <w:r>
              <w:t>2</w:t>
            </w:r>
          </w:p>
        </w:tc>
      </w:tr>
      <w:tr>
        <w:tc>
          <w:tcPr>
            <w:tcW w:type="dxa" w:w="2880"/>
          </w:tcPr>
          <w:p>
            <w:r>
              <w:t>2026-07-27</w:t>
            </w:r>
          </w:p>
        </w:tc>
        <w:tc>
          <w:tcPr>
            <w:tcW w:type="dxa" w:w="2880"/>
          </w:tcPr>
          <w:p>
            <w:r>
              <w:t>hoist</w:t>
            </w:r>
          </w:p>
        </w:tc>
        <w:tc>
          <w:tcPr>
            <w:tcW w:type="dxa" w:w="2880"/>
          </w:tcPr>
          <w:p>
            <w:r>
              <w:t>5</w:t>
            </w:r>
          </w:p>
        </w:tc>
      </w:tr>
      <w:tr>
        <w:tc>
          <w:tcPr>
            <w:tcW w:type="dxa" w:w="2880"/>
          </w:tcPr>
          <w:p>
            <w:r>
              <w:t>2026-07-27</w:t>
            </w:r>
          </w:p>
        </w:tc>
        <w:tc>
          <w:tcPr>
            <w:tcW w:type="dxa" w:w="2880"/>
          </w:tcPr>
          <w:p>
            <w:r>
              <w:t>electrical</w:t>
            </w:r>
          </w:p>
        </w:tc>
        <w:tc>
          <w:tcPr>
            <w:tcW w:type="dxa" w:w="2880"/>
          </w:tcPr>
          <w:p>
            <w:r>
              <w:t>3</w:t>
            </w:r>
          </w:p>
        </w:tc>
      </w:tr>
      <w:tr>
        <w:tc>
          <w:tcPr>
            <w:tcW w:type="dxa" w:w="2880"/>
          </w:tcPr>
          <w:p>
            <w:r>
              <w:t>2026-07-27</w:t>
            </w:r>
          </w:p>
        </w:tc>
        <w:tc>
          <w:tcPr>
            <w:tcW w:type="dxa" w:w="2880"/>
          </w:tcPr>
          <w:p>
            <w:r>
              <w:t>spreader</w:t>
            </w:r>
          </w:p>
        </w:tc>
        <w:tc>
          <w:tcPr>
            <w:tcW w:type="dxa" w:w="2880"/>
          </w:tcPr>
          <w:p>
            <w:r>
              <w:t>5</w:t>
            </w:r>
          </w:p>
        </w:tc>
      </w:tr>
      <w:tr>
        <w:tc>
          <w:tcPr>
            <w:tcW w:type="dxa" w:w="2880"/>
          </w:tcPr>
          <w:p>
            <w:r>
              <w:t>2026-07-27</w:t>
            </w:r>
          </w:p>
        </w:tc>
        <w:tc>
          <w:tcPr>
            <w:tcW w:type="dxa" w:w="2880"/>
          </w:tcPr>
          <w:p>
            <w:r>
              <w:t>trolley</w:t>
            </w:r>
          </w:p>
        </w:tc>
        <w:tc>
          <w:tcPr>
            <w:tcW w:type="dxa" w:w="2880"/>
          </w:tcPr>
          <w:p>
            <w:r>
              <w:t>1</w:t>
            </w:r>
          </w:p>
        </w:tc>
      </w:tr>
      <w:tr>
        <w:tc>
          <w:tcPr>
            <w:tcW w:type="dxa" w:w="2880"/>
          </w:tcPr>
          <w:p>
            <w:r>
              <w:t>2026-08-03</w:t>
            </w:r>
          </w:p>
        </w:tc>
        <w:tc>
          <w:tcPr>
            <w:tcW w:type="dxa" w:w="2880"/>
          </w:tcPr>
          <w:p>
            <w:r>
              <w:t>hoist</w:t>
            </w:r>
          </w:p>
        </w:tc>
        <w:tc>
          <w:tcPr>
            <w:tcW w:type="dxa" w:w="2880"/>
          </w:tcPr>
          <w:p>
            <w:r>
              <w:t>8</w:t>
            </w:r>
          </w:p>
        </w:tc>
      </w:tr>
      <w:tr>
        <w:tc>
          <w:tcPr>
            <w:tcW w:type="dxa" w:w="2880"/>
          </w:tcPr>
          <w:p>
            <w:r>
              <w:t>2026-08-03</w:t>
            </w:r>
          </w:p>
        </w:tc>
        <w:tc>
          <w:tcPr>
            <w:tcW w:type="dxa" w:w="2880"/>
          </w:tcPr>
          <w:p>
            <w:r>
              <w:t>electrical</w:t>
            </w:r>
          </w:p>
        </w:tc>
        <w:tc>
          <w:tcPr>
            <w:tcW w:type="dxa" w:w="2880"/>
          </w:tcPr>
          <w:p>
            <w:r>
              <w:t>5</w:t>
            </w:r>
          </w:p>
        </w:tc>
      </w:tr>
      <w:tr>
        <w:tc>
          <w:tcPr>
            <w:tcW w:type="dxa" w:w="2880"/>
          </w:tcPr>
          <w:p>
            <w:r>
              <w:t>2026-08-03</w:t>
            </w:r>
          </w:p>
        </w:tc>
        <w:tc>
          <w:tcPr>
            <w:tcW w:type="dxa" w:w="2880"/>
          </w:tcPr>
          <w:p>
            <w:r>
              <w:t>spreader</w:t>
            </w:r>
          </w:p>
        </w:tc>
        <w:tc>
          <w:tcPr>
            <w:tcW w:type="dxa" w:w="2880"/>
          </w:tcPr>
          <w:p>
            <w:r>
              <w:t>2</w:t>
            </w:r>
          </w:p>
        </w:tc>
      </w:tr>
      <w:tr>
        <w:tc>
          <w:tcPr>
            <w:tcW w:type="dxa" w:w="2880"/>
          </w:tcPr>
          <w:p>
            <w:r>
              <w:t>2026-08-03</w:t>
            </w:r>
          </w:p>
        </w:tc>
        <w:tc>
          <w:tcPr>
            <w:tcW w:type="dxa" w:w="2880"/>
          </w:tcPr>
          <w:p>
            <w:r>
              <w:t>trolley</w:t>
            </w:r>
          </w:p>
        </w:tc>
        <w:tc>
          <w:tcPr>
            <w:tcW w:type="dxa" w:w="2880"/>
          </w:tcPr>
          <w:p>
            <w:r>
              <w:t>0</w:t>
            </w:r>
          </w:p>
        </w:tc>
      </w:tr>
      <w:tr>
        <w:tc>
          <w:tcPr>
            <w:tcW w:type="dxa" w:w="2880"/>
          </w:tcPr>
          <w:p>
            <w:r>
              <w:t>2026-08-10</w:t>
            </w:r>
          </w:p>
        </w:tc>
        <w:tc>
          <w:tcPr>
            <w:tcW w:type="dxa" w:w="2880"/>
          </w:tcPr>
          <w:p>
            <w:r>
              <w:t>hoist</w:t>
            </w:r>
          </w:p>
        </w:tc>
        <w:tc>
          <w:tcPr>
            <w:tcW w:type="dxa" w:w="2880"/>
          </w:tcPr>
          <w:p>
            <w:r>
              <w:t>1</w:t>
            </w:r>
          </w:p>
        </w:tc>
      </w:tr>
      <w:tr>
        <w:tc>
          <w:tcPr>
            <w:tcW w:type="dxa" w:w="2880"/>
          </w:tcPr>
          <w:p>
            <w:r>
              <w:t>2026-08-10</w:t>
            </w:r>
          </w:p>
        </w:tc>
        <w:tc>
          <w:tcPr>
            <w:tcW w:type="dxa" w:w="2880"/>
          </w:tcPr>
          <w:p>
            <w:r>
              <w:t>electrical</w:t>
            </w:r>
          </w:p>
        </w:tc>
        <w:tc>
          <w:tcPr>
            <w:tcW w:type="dxa" w:w="2880"/>
          </w:tcPr>
          <w:p>
            <w:r>
              <w:t>2</w:t>
            </w:r>
          </w:p>
        </w:tc>
      </w:tr>
      <w:tr>
        <w:tc>
          <w:tcPr>
            <w:tcW w:type="dxa" w:w="2880"/>
          </w:tcPr>
          <w:p>
            <w:r>
              <w:t>2026-08-10</w:t>
            </w:r>
          </w:p>
        </w:tc>
        <w:tc>
          <w:tcPr>
            <w:tcW w:type="dxa" w:w="2880"/>
          </w:tcPr>
          <w:p>
            <w:r>
              <w:t>spreader</w:t>
            </w:r>
          </w:p>
        </w:tc>
        <w:tc>
          <w:tcPr>
            <w:tcW w:type="dxa" w:w="2880"/>
          </w:tcPr>
          <w:p>
            <w:r>
              <w:t>2</w:t>
            </w:r>
          </w:p>
        </w:tc>
      </w:tr>
      <w:tr>
        <w:tc>
          <w:tcPr>
            <w:tcW w:type="dxa" w:w="2880"/>
          </w:tcPr>
          <w:p>
            <w:r>
              <w:t>2026-08-10</w:t>
            </w:r>
          </w:p>
        </w:tc>
        <w:tc>
          <w:tcPr>
            <w:tcW w:type="dxa" w:w="2880"/>
          </w:tcPr>
          <w:p>
            <w:r>
              <w:t>trolley</w:t>
            </w:r>
          </w:p>
        </w:tc>
        <w:tc>
          <w:tcPr>
            <w:tcW w:type="dxa" w:w="2880"/>
          </w:tcPr>
          <w:p>
            <w:r>
              <w:t>3</w:t>
            </w:r>
          </w:p>
        </w:tc>
      </w:tr>
      <w:tr>
        <w:tc>
          <w:tcPr>
            <w:tcW w:type="dxa" w:w="2880"/>
          </w:tcPr>
          <w:p>
            <w:r>
              <w:t>2026-08-17</w:t>
            </w:r>
          </w:p>
        </w:tc>
        <w:tc>
          <w:tcPr>
            <w:tcW w:type="dxa" w:w="2880"/>
          </w:tcPr>
          <w:p>
            <w:r>
              <w:t>hoist</w:t>
            </w:r>
          </w:p>
        </w:tc>
        <w:tc>
          <w:tcPr>
            <w:tcW w:type="dxa" w:w="2880"/>
          </w:tcPr>
          <w:p>
            <w:r>
              <w:t>3</w:t>
            </w:r>
          </w:p>
        </w:tc>
      </w:tr>
      <w:tr>
        <w:tc>
          <w:tcPr>
            <w:tcW w:type="dxa" w:w="2880"/>
          </w:tcPr>
          <w:p>
            <w:r>
              <w:t>2026-08-17</w:t>
            </w:r>
          </w:p>
        </w:tc>
        <w:tc>
          <w:tcPr>
            <w:tcW w:type="dxa" w:w="2880"/>
          </w:tcPr>
          <w:p>
            <w:r>
              <w:t>electrical</w:t>
            </w:r>
          </w:p>
        </w:tc>
        <w:tc>
          <w:tcPr>
            <w:tcW w:type="dxa" w:w="2880"/>
          </w:tcPr>
          <w:p>
            <w:r>
              <w:t>5</w:t>
            </w:r>
          </w:p>
        </w:tc>
      </w:tr>
      <w:tr>
        <w:tc>
          <w:tcPr>
            <w:tcW w:type="dxa" w:w="2880"/>
          </w:tcPr>
          <w:p>
            <w:r>
              <w:t>2026-08-17</w:t>
            </w:r>
          </w:p>
        </w:tc>
        <w:tc>
          <w:tcPr>
            <w:tcW w:type="dxa" w:w="2880"/>
          </w:tcPr>
          <w:p>
            <w:r>
              <w:t>spreader</w:t>
            </w:r>
          </w:p>
        </w:tc>
        <w:tc>
          <w:tcPr>
            <w:tcW w:type="dxa" w:w="2880"/>
          </w:tcPr>
          <w:p>
            <w:r>
              <w:t>6</w:t>
            </w:r>
          </w:p>
        </w:tc>
      </w:tr>
      <w:tr>
        <w:tc>
          <w:tcPr>
            <w:tcW w:type="dxa" w:w="2880"/>
          </w:tcPr>
          <w:p>
            <w:r>
              <w:t>2026-08-17</w:t>
            </w:r>
          </w:p>
        </w:tc>
        <w:tc>
          <w:tcPr>
            <w:tcW w:type="dxa" w:w="2880"/>
          </w:tcPr>
          <w:p>
            <w:r>
              <w:t>trolley</w:t>
            </w:r>
          </w:p>
        </w:tc>
        <w:tc>
          <w:tcPr>
            <w:tcW w:type="dxa" w:w="2880"/>
          </w:tcPr>
          <w:p>
            <w:r>
              <w:t>3</w:t>
            </w:r>
          </w:p>
        </w:tc>
      </w:tr>
      <w:tr>
        <w:tc>
          <w:tcPr>
            <w:tcW w:type="dxa" w:w="2880"/>
          </w:tcPr>
          <w:p>
            <w:r>
              <w:t>2026-08-24</w:t>
            </w:r>
          </w:p>
        </w:tc>
        <w:tc>
          <w:tcPr>
            <w:tcW w:type="dxa" w:w="2880"/>
          </w:tcPr>
          <w:p>
            <w:r>
              <w:t>hoist</w:t>
            </w:r>
          </w:p>
        </w:tc>
        <w:tc>
          <w:tcPr>
            <w:tcW w:type="dxa" w:w="2880"/>
          </w:tcPr>
          <w:p>
            <w:r>
              <w:t>4</w:t>
            </w:r>
          </w:p>
        </w:tc>
      </w:tr>
      <w:tr>
        <w:tc>
          <w:tcPr>
            <w:tcW w:type="dxa" w:w="2880"/>
          </w:tcPr>
          <w:p>
            <w:r>
              <w:t>2026-08-24</w:t>
            </w:r>
          </w:p>
        </w:tc>
        <w:tc>
          <w:tcPr>
            <w:tcW w:type="dxa" w:w="2880"/>
          </w:tcPr>
          <w:p>
            <w:r>
              <w:t>electrical</w:t>
            </w:r>
          </w:p>
        </w:tc>
        <w:tc>
          <w:tcPr>
            <w:tcW w:type="dxa" w:w="2880"/>
          </w:tcPr>
          <w:p>
            <w:r>
              <w:t>4</w:t>
            </w:r>
          </w:p>
        </w:tc>
      </w:tr>
      <w:tr>
        <w:tc>
          <w:tcPr>
            <w:tcW w:type="dxa" w:w="2880"/>
          </w:tcPr>
          <w:p>
            <w:r>
              <w:t>2026-08-24</w:t>
            </w:r>
          </w:p>
        </w:tc>
        <w:tc>
          <w:tcPr>
            <w:tcW w:type="dxa" w:w="2880"/>
          </w:tcPr>
          <w:p>
            <w:r>
              <w:t>spreader</w:t>
            </w:r>
          </w:p>
        </w:tc>
        <w:tc>
          <w:tcPr>
            <w:tcW w:type="dxa" w:w="2880"/>
          </w:tcPr>
          <w:p>
            <w:r>
              <w:t>3</w:t>
            </w:r>
          </w:p>
        </w:tc>
      </w:tr>
      <w:tr>
        <w:tc>
          <w:tcPr>
            <w:tcW w:type="dxa" w:w="2880"/>
          </w:tcPr>
          <w:p>
            <w:r>
              <w:t>2026-08-24</w:t>
            </w:r>
          </w:p>
        </w:tc>
        <w:tc>
          <w:tcPr>
            <w:tcW w:type="dxa" w:w="2880"/>
          </w:tcPr>
          <w:p>
            <w:r>
              <w:t>trolley</w:t>
            </w:r>
          </w:p>
        </w:tc>
        <w:tc>
          <w:tcPr>
            <w:tcW w:type="dxa" w:w="2880"/>
          </w:tcPr>
          <w:p>
            <w:r>
              <w:t>6</w:t>
            </w:r>
          </w:p>
        </w:tc>
      </w:tr>
      <w:tr>
        <w:tc>
          <w:tcPr>
            <w:tcW w:type="dxa" w:w="2880"/>
          </w:tcPr>
          <w:p>
            <w:r>
              <w:t>2026-08-31</w:t>
            </w:r>
          </w:p>
        </w:tc>
        <w:tc>
          <w:tcPr>
            <w:tcW w:type="dxa" w:w="2880"/>
          </w:tcPr>
          <w:p>
            <w:r>
              <w:t>hoist</w:t>
            </w:r>
          </w:p>
        </w:tc>
        <w:tc>
          <w:tcPr>
            <w:tcW w:type="dxa" w:w="2880"/>
          </w:tcPr>
          <w:p>
            <w:r>
              <w:t>4</w:t>
            </w:r>
          </w:p>
        </w:tc>
      </w:tr>
      <w:tr>
        <w:tc>
          <w:tcPr>
            <w:tcW w:type="dxa" w:w="2880"/>
          </w:tcPr>
          <w:p>
            <w:r>
              <w:t>2026-08-31</w:t>
            </w:r>
          </w:p>
        </w:tc>
        <w:tc>
          <w:tcPr>
            <w:tcW w:type="dxa" w:w="2880"/>
          </w:tcPr>
          <w:p>
            <w:r>
              <w:t>electrical</w:t>
            </w:r>
          </w:p>
        </w:tc>
        <w:tc>
          <w:tcPr>
            <w:tcW w:type="dxa" w:w="2880"/>
          </w:tcPr>
          <w:p>
            <w:r>
              <w:t>0</w:t>
            </w:r>
          </w:p>
        </w:tc>
      </w:tr>
      <w:tr>
        <w:tc>
          <w:tcPr>
            <w:tcW w:type="dxa" w:w="2880"/>
          </w:tcPr>
          <w:p>
            <w:r>
              <w:t>2026-08-31</w:t>
            </w:r>
          </w:p>
        </w:tc>
        <w:tc>
          <w:tcPr>
            <w:tcW w:type="dxa" w:w="2880"/>
          </w:tcPr>
          <w:p>
            <w:r>
              <w:t>spreader</w:t>
            </w:r>
          </w:p>
        </w:tc>
        <w:tc>
          <w:tcPr>
            <w:tcW w:type="dxa" w:w="2880"/>
          </w:tcPr>
          <w:p>
            <w:r>
              <w:t>2</w:t>
            </w:r>
          </w:p>
        </w:tc>
      </w:tr>
      <w:tr>
        <w:tc>
          <w:tcPr>
            <w:tcW w:type="dxa" w:w="2880"/>
          </w:tcPr>
          <w:p>
            <w:r>
              <w:t>2026-08-31</w:t>
            </w:r>
          </w:p>
        </w:tc>
        <w:tc>
          <w:tcPr>
            <w:tcW w:type="dxa" w:w="2880"/>
          </w:tcPr>
          <w:p>
            <w:r>
              <w:t>trolley</w:t>
            </w:r>
          </w:p>
        </w:tc>
        <w:tc>
          <w:tcPr>
            <w:tcW w:type="dxa" w:w="2880"/>
          </w:tcPr>
          <w:p>
            <w:r>
              <w:t>3</w:t>
            </w:r>
          </w:p>
        </w:tc>
      </w:tr>
      <w:tr>
        <w:tc>
          <w:tcPr>
            <w:tcW w:type="dxa" w:w="2880"/>
          </w:tcPr>
          <w:p>
            <w:r>
              <w:t>2026-09-07</w:t>
            </w:r>
          </w:p>
        </w:tc>
        <w:tc>
          <w:tcPr>
            <w:tcW w:type="dxa" w:w="2880"/>
          </w:tcPr>
          <w:p>
            <w:r>
              <w:t>hoist</w:t>
            </w:r>
          </w:p>
        </w:tc>
        <w:tc>
          <w:tcPr>
            <w:tcW w:type="dxa" w:w="2880"/>
          </w:tcPr>
          <w:p>
            <w:r>
              <w:t>2</w:t>
            </w:r>
          </w:p>
        </w:tc>
      </w:tr>
      <w:tr>
        <w:tc>
          <w:tcPr>
            <w:tcW w:type="dxa" w:w="2880"/>
          </w:tcPr>
          <w:p>
            <w:r>
              <w:t>2026-09-07</w:t>
            </w:r>
          </w:p>
        </w:tc>
        <w:tc>
          <w:tcPr>
            <w:tcW w:type="dxa" w:w="2880"/>
          </w:tcPr>
          <w:p>
            <w:r>
              <w:t>electrical</w:t>
            </w:r>
          </w:p>
        </w:tc>
        <w:tc>
          <w:tcPr>
            <w:tcW w:type="dxa" w:w="2880"/>
          </w:tcPr>
          <w:p>
            <w:r>
              <w:t>2</w:t>
            </w:r>
          </w:p>
        </w:tc>
      </w:tr>
      <w:tr>
        <w:tc>
          <w:tcPr>
            <w:tcW w:type="dxa" w:w="2880"/>
          </w:tcPr>
          <w:p>
            <w:r>
              <w:t>2026-09-07</w:t>
            </w:r>
          </w:p>
        </w:tc>
        <w:tc>
          <w:tcPr>
            <w:tcW w:type="dxa" w:w="2880"/>
          </w:tcPr>
          <w:p>
            <w:r>
              <w:t>spreader</w:t>
            </w:r>
          </w:p>
        </w:tc>
        <w:tc>
          <w:tcPr>
            <w:tcW w:type="dxa" w:w="2880"/>
          </w:tcPr>
          <w:p>
            <w:r>
              <w:t>4</w:t>
            </w:r>
          </w:p>
        </w:tc>
      </w:tr>
      <w:tr>
        <w:tc>
          <w:tcPr>
            <w:tcW w:type="dxa" w:w="2880"/>
          </w:tcPr>
          <w:p>
            <w:r>
              <w:t>2026-09-07</w:t>
            </w:r>
          </w:p>
        </w:tc>
        <w:tc>
          <w:tcPr>
            <w:tcW w:type="dxa" w:w="2880"/>
          </w:tcPr>
          <w:p>
            <w:r>
              <w:t>trolley</w:t>
            </w:r>
          </w:p>
        </w:tc>
        <w:tc>
          <w:tcPr>
            <w:tcW w:type="dxa" w:w="2880"/>
          </w:tcPr>
          <w:p>
            <w:r>
              <w:t>7</w:t>
            </w:r>
          </w:p>
        </w:tc>
      </w:tr>
      <w:tr>
        <w:tc>
          <w:tcPr>
            <w:tcW w:type="dxa" w:w="2880"/>
          </w:tcPr>
          <w:p>
            <w:r>
              <w:t>2026-09-14</w:t>
            </w:r>
          </w:p>
        </w:tc>
        <w:tc>
          <w:tcPr>
            <w:tcW w:type="dxa" w:w="2880"/>
          </w:tcPr>
          <w:p>
            <w:r>
              <w:t>hoist</w:t>
            </w:r>
          </w:p>
        </w:tc>
        <w:tc>
          <w:tcPr>
            <w:tcW w:type="dxa" w:w="2880"/>
          </w:tcPr>
          <w:p>
            <w:r>
              <w:t>4</w:t>
            </w:r>
          </w:p>
        </w:tc>
      </w:tr>
      <w:tr>
        <w:tc>
          <w:tcPr>
            <w:tcW w:type="dxa" w:w="2880"/>
          </w:tcPr>
          <w:p>
            <w:r>
              <w:t>2026-09-14</w:t>
            </w:r>
          </w:p>
        </w:tc>
        <w:tc>
          <w:tcPr>
            <w:tcW w:type="dxa" w:w="2880"/>
          </w:tcPr>
          <w:p>
            <w:r>
              <w:t>electrical</w:t>
            </w:r>
          </w:p>
        </w:tc>
        <w:tc>
          <w:tcPr>
            <w:tcW w:type="dxa" w:w="2880"/>
          </w:tcPr>
          <w:p>
            <w:r>
              <w:t>5</w:t>
            </w:r>
          </w:p>
        </w:tc>
      </w:tr>
      <w:tr>
        <w:tc>
          <w:tcPr>
            <w:tcW w:type="dxa" w:w="2880"/>
          </w:tcPr>
          <w:p>
            <w:r>
              <w:t>2026-09-14</w:t>
            </w:r>
          </w:p>
        </w:tc>
        <w:tc>
          <w:tcPr>
            <w:tcW w:type="dxa" w:w="2880"/>
          </w:tcPr>
          <w:p>
            <w:r>
              <w:t>spreader</w:t>
            </w:r>
          </w:p>
        </w:tc>
        <w:tc>
          <w:tcPr>
            <w:tcW w:type="dxa" w:w="2880"/>
          </w:tcPr>
          <w:p>
            <w:r>
              <w:t>6</w:t>
            </w:r>
          </w:p>
        </w:tc>
      </w:tr>
      <w:tr>
        <w:tc>
          <w:tcPr>
            <w:tcW w:type="dxa" w:w="2880"/>
          </w:tcPr>
          <w:p>
            <w:r>
              <w:t>2026-09-14</w:t>
            </w:r>
          </w:p>
        </w:tc>
        <w:tc>
          <w:tcPr>
            <w:tcW w:type="dxa" w:w="2880"/>
          </w:tcPr>
          <w:p>
            <w:r>
              <w:t>trolley</w:t>
            </w:r>
          </w:p>
        </w:tc>
        <w:tc>
          <w:tcPr>
            <w:tcW w:type="dxa" w:w="2880"/>
          </w:tcPr>
          <w:p>
            <w:r>
              <w:t>6</w:t>
            </w:r>
          </w:p>
        </w:tc>
      </w:tr>
      <w:tr>
        <w:tc>
          <w:tcPr>
            <w:tcW w:type="dxa" w:w="2880"/>
          </w:tcPr>
          <w:p>
            <w:r>
              <w:t>2026-09-21</w:t>
            </w:r>
          </w:p>
        </w:tc>
        <w:tc>
          <w:tcPr>
            <w:tcW w:type="dxa" w:w="2880"/>
          </w:tcPr>
          <w:p>
            <w:r>
              <w:t>hoist</w:t>
            </w:r>
          </w:p>
        </w:tc>
        <w:tc>
          <w:tcPr>
            <w:tcW w:type="dxa" w:w="2880"/>
          </w:tcPr>
          <w:p>
            <w:r>
              <w:t>2</w:t>
            </w:r>
          </w:p>
        </w:tc>
      </w:tr>
      <w:tr>
        <w:tc>
          <w:tcPr>
            <w:tcW w:type="dxa" w:w="2880"/>
          </w:tcPr>
          <w:p>
            <w:r>
              <w:t>2026-09-21</w:t>
            </w:r>
          </w:p>
        </w:tc>
        <w:tc>
          <w:tcPr>
            <w:tcW w:type="dxa" w:w="2880"/>
          </w:tcPr>
          <w:p>
            <w:r>
              <w:t>electrical</w:t>
            </w:r>
          </w:p>
        </w:tc>
        <w:tc>
          <w:tcPr>
            <w:tcW w:type="dxa" w:w="2880"/>
          </w:tcPr>
          <w:p>
            <w:r>
              <w:t>4</w:t>
            </w:r>
          </w:p>
        </w:tc>
      </w:tr>
      <w:tr>
        <w:tc>
          <w:tcPr>
            <w:tcW w:type="dxa" w:w="2880"/>
          </w:tcPr>
          <w:p>
            <w:r>
              <w:t>2026-09-21</w:t>
            </w:r>
          </w:p>
        </w:tc>
        <w:tc>
          <w:tcPr>
            <w:tcW w:type="dxa" w:w="2880"/>
          </w:tcPr>
          <w:p>
            <w:r>
              <w:t>spreader</w:t>
            </w:r>
          </w:p>
        </w:tc>
        <w:tc>
          <w:tcPr>
            <w:tcW w:type="dxa" w:w="2880"/>
          </w:tcPr>
          <w:p>
            <w:r>
              <w:t>3</w:t>
            </w:r>
          </w:p>
        </w:tc>
      </w:tr>
      <w:tr>
        <w:tc>
          <w:tcPr>
            <w:tcW w:type="dxa" w:w="2880"/>
          </w:tcPr>
          <w:p>
            <w:r>
              <w:t>2026-09-21</w:t>
            </w:r>
          </w:p>
        </w:tc>
        <w:tc>
          <w:tcPr>
            <w:tcW w:type="dxa" w:w="2880"/>
          </w:tcPr>
          <w:p>
            <w:r>
              <w:t>trolley</w:t>
            </w:r>
          </w:p>
        </w:tc>
        <w:tc>
          <w:tcPr>
            <w:tcW w:type="dxa" w:w="2880"/>
          </w:tcPr>
          <w:p>
            <w:r>
              <w:t>4</w:t>
            </w:r>
          </w:p>
        </w:tc>
      </w:tr>
      <w:tr>
        <w:tc>
          <w:tcPr>
            <w:tcW w:type="dxa" w:w="2880"/>
          </w:tcPr>
          <w:p>
            <w:r>
              <w:t>2026-09-28</w:t>
            </w:r>
          </w:p>
        </w:tc>
        <w:tc>
          <w:tcPr>
            <w:tcW w:type="dxa" w:w="2880"/>
          </w:tcPr>
          <w:p>
            <w:r>
              <w:t>hoist</w:t>
            </w:r>
          </w:p>
        </w:tc>
        <w:tc>
          <w:tcPr>
            <w:tcW w:type="dxa" w:w="2880"/>
          </w:tcPr>
          <w:p>
            <w:r>
              <w:t>0</w:t>
            </w:r>
          </w:p>
        </w:tc>
      </w:tr>
      <w:tr>
        <w:tc>
          <w:tcPr>
            <w:tcW w:type="dxa" w:w="2880"/>
          </w:tcPr>
          <w:p>
            <w:r>
              <w:t>2026-09-28</w:t>
            </w:r>
          </w:p>
        </w:tc>
        <w:tc>
          <w:tcPr>
            <w:tcW w:type="dxa" w:w="2880"/>
          </w:tcPr>
          <w:p>
            <w:r>
              <w:t>electrical</w:t>
            </w:r>
          </w:p>
        </w:tc>
        <w:tc>
          <w:tcPr>
            <w:tcW w:type="dxa" w:w="2880"/>
          </w:tcPr>
          <w:p>
            <w:r>
              <w:t>2</w:t>
            </w:r>
          </w:p>
        </w:tc>
      </w:tr>
      <w:tr>
        <w:tc>
          <w:tcPr>
            <w:tcW w:type="dxa" w:w="2880"/>
          </w:tcPr>
          <w:p>
            <w:r>
              <w:t>2026-09-28</w:t>
            </w:r>
          </w:p>
        </w:tc>
        <w:tc>
          <w:tcPr>
            <w:tcW w:type="dxa" w:w="2880"/>
          </w:tcPr>
          <w:p>
            <w:r>
              <w:t>spreader</w:t>
            </w:r>
          </w:p>
        </w:tc>
        <w:tc>
          <w:tcPr>
            <w:tcW w:type="dxa" w:w="2880"/>
          </w:tcPr>
          <w:p>
            <w:r>
              <w:t>2</w:t>
            </w:r>
          </w:p>
        </w:tc>
      </w:tr>
      <w:tr>
        <w:tc>
          <w:tcPr>
            <w:tcW w:type="dxa" w:w="2880"/>
          </w:tcPr>
          <w:p>
            <w:r>
              <w:t>2026-09-28</w:t>
            </w:r>
          </w:p>
        </w:tc>
        <w:tc>
          <w:tcPr>
            <w:tcW w:type="dxa" w:w="2880"/>
          </w:tcPr>
          <w:p>
            <w:r>
              <w:t>trolley</w:t>
            </w:r>
          </w:p>
        </w:tc>
        <w:tc>
          <w:tcPr>
            <w:tcW w:type="dxa" w:w="2880"/>
          </w:tcPr>
          <w:p>
            <w:r>
              <w:t>1</w:t>
            </w:r>
          </w:p>
        </w:tc>
      </w:tr>
    </w:tbl>
    <w:p/>
    <w:p>
      <w:pPr>
        <w:pStyle w:val="Heading2"/>
      </w:pPr>
      <w:r>
        <w:t>Figure 24. Berth calls over time (arrival_date) [72]</w:t>
      </w:r>
    </w:p>
    <w:tbl>
      <w:tblPr>
        <w:tblStyle w:val="LightGrid-Accent1"/>
        <w:tblW w:type="auto" w:w="0"/>
        <w:tblLook w:firstColumn="1" w:firstRow="1" w:lastColumn="0" w:lastRow="0" w:noHBand="0" w:noVBand="1" w:val="04A0"/>
      </w:tblPr>
      <w:tblGrid>
        <w:gridCol w:w="4320"/>
        <w:gridCol w:w="4320"/>
      </w:tblGrid>
      <w:tr>
        <w:tc>
          <w:tcPr>
            <w:tcW w:type="dxa" w:w="4320"/>
          </w:tcPr>
          <w:p>
            <w:r>
              <w:t>period</w:t>
            </w:r>
          </w:p>
        </w:tc>
        <w:tc>
          <w:tcPr>
            <w:tcW w:type="dxa" w:w="4320"/>
          </w:tcPr>
          <w:p>
            <w:r>
              <w:t>value</w:t>
            </w:r>
          </w:p>
        </w:tc>
      </w:tr>
      <w:tr>
        <w:tc>
          <w:tcPr>
            <w:tcW w:type="dxa" w:w="4320"/>
          </w:tcPr>
          <w:p>
            <w:r>
              <w:t>2026-03-30</w:t>
            </w:r>
          </w:p>
        </w:tc>
        <w:tc>
          <w:tcPr>
            <w:tcW w:type="dxa" w:w="4320"/>
          </w:tcPr>
          <w:p>
            <w:r>
              <w:t>14</w:t>
            </w:r>
          </w:p>
        </w:tc>
      </w:tr>
      <w:tr>
        <w:tc>
          <w:tcPr>
            <w:tcW w:type="dxa" w:w="4320"/>
          </w:tcPr>
          <w:p>
            <w:r>
              <w:t>2026-04-06</w:t>
            </w:r>
          </w:p>
        </w:tc>
        <w:tc>
          <w:tcPr>
            <w:tcW w:type="dxa" w:w="4320"/>
          </w:tcPr>
          <w:p>
            <w:r>
              <w:t>17</w:t>
            </w:r>
          </w:p>
        </w:tc>
      </w:tr>
      <w:tr>
        <w:tc>
          <w:tcPr>
            <w:tcW w:type="dxa" w:w="4320"/>
          </w:tcPr>
          <w:p>
            <w:r>
              <w:t>2026-04-13</w:t>
            </w:r>
          </w:p>
        </w:tc>
        <w:tc>
          <w:tcPr>
            <w:tcW w:type="dxa" w:w="4320"/>
          </w:tcPr>
          <w:p>
            <w:r>
              <w:t>22</w:t>
            </w:r>
          </w:p>
        </w:tc>
      </w:tr>
      <w:tr>
        <w:tc>
          <w:tcPr>
            <w:tcW w:type="dxa" w:w="4320"/>
          </w:tcPr>
          <w:p>
            <w:r>
              <w:t>2026-04-20</w:t>
            </w:r>
          </w:p>
        </w:tc>
        <w:tc>
          <w:tcPr>
            <w:tcW w:type="dxa" w:w="4320"/>
          </w:tcPr>
          <w:p>
            <w:r>
              <w:t>12</w:t>
            </w:r>
          </w:p>
        </w:tc>
      </w:tr>
      <w:tr>
        <w:tc>
          <w:tcPr>
            <w:tcW w:type="dxa" w:w="4320"/>
          </w:tcPr>
          <w:p>
            <w:r>
              <w:t>2026-04-27</w:t>
            </w:r>
          </w:p>
        </w:tc>
        <w:tc>
          <w:tcPr>
            <w:tcW w:type="dxa" w:w="4320"/>
          </w:tcPr>
          <w:p>
            <w:r>
              <w:t>8</w:t>
            </w:r>
          </w:p>
        </w:tc>
      </w:tr>
      <w:tr>
        <w:tc>
          <w:tcPr>
            <w:tcW w:type="dxa" w:w="4320"/>
          </w:tcPr>
          <w:p>
            <w:r>
              <w:t>2026-05-04</w:t>
            </w:r>
          </w:p>
        </w:tc>
        <w:tc>
          <w:tcPr>
            <w:tcW w:type="dxa" w:w="4320"/>
          </w:tcPr>
          <w:p>
            <w:r>
              <w:t>15</w:t>
            </w:r>
          </w:p>
        </w:tc>
      </w:tr>
      <w:tr>
        <w:tc>
          <w:tcPr>
            <w:tcW w:type="dxa" w:w="4320"/>
          </w:tcPr>
          <w:p>
            <w:r>
              <w:t>2026-05-11</w:t>
            </w:r>
          </w:p>
        </w:tc>
        <w:tc>
          <w:tcPr>
            <w:tcW w:type="dxa" w:w="4320"/>
          </w:tcPr>
          <w:p>
            <w:r>
              <w:t>12</w:t>
            </w:r>
          </w:p>
        </w:tc>
      </w:tr>
      <w:tr>
        <w:tc>
          <w:tcPr>
            <w:tcW w:type="dxa" w:w="4320"/>
          </w:tcPr>
          <w:p>
            <w:r>
              <w:t>2026-05-18</w:t>
            </w:r>
          </w:p>
        </w:tc>
        <w:tc>
          <w:tcPr>
            <w:tcW w:type="dxa" w:w="4320"/>
          </w:tcPr>
          <w:p>
            <w:r>
              <w:t>14</w:t>
            </w:r>
          </w:p>
        </w:tc>
      </w:tr>
      <w:tr>
        <w:tc>
          <w:tcPr>
            <w:tcW w:type="dxa" w:w="4320"/>
          </w:tcPr>
          <w:p>
            <w:r>
              <w:t>2026-05-25</w:t>
            </w:r>
          </w:p>
        </w:tc>
        <w:tc>
          <w:tcPr>
            <w:tcW w:type="dxa" w:w="4320"/>
          </w:tcPr>
          <w:p>
            <w:r>
              <w:t>14</w:t>
            </w:r>
          </w:p>
        </w:tc>
      </w:tr>
      <w:tr>
        <w:tc>
          <w:tcPr>
            <w:tcW w:type="dxa" w:w="4320"/>
          </w:tcPr>
          <w:p>
            <w:r>
              <w:t>2026-06-01</w:t>
            </w:r>
          </w:p>
        </w:tc>
        <w:tc>
          <w:tcPr>
            <w:tcW w:type="dxa" w:w="4320"/>
          </w:tcPr>
          <w:p>
            <w:r>
              <w:t>12</w:t>
            </w:r>
          </w:p>
        </w:tc>
      </w:tr>
      <w:tr>
        <w:tc>
          <w:tcPr>
            <w:tcW w:type="dxa" w:w="4320"/>
          </w:tcPr>
          <w:p>
            <w:r>
              <w:t>2026-06-08</w:t>
            </w:r>
          </w:p>
        </w:tc>
        <w:tc>
          <w:tcPr>
            <w:tcW w:type="dxa" w:w="4320"/>
          </w:tcPr>
          <w:p>
            <w:r>
              <w:t>11</w:t>
            </w:r>
          </w:p>
        </w:tc>
      </w:tr>
      <w:tr>
        <w:tc>
          <w:tcPr>
            <w:tcW w:type="dxa" w:w="4320"/>
          </w:tcPr>
          <w:p>
            <w:r>
              <w:t>2026-06-15</w:t>
            </w:r>
          </w:p>
        </w:tc>
        <w:tc>
          <w:tcPr>
            <w:tcW w:type="dxa" w:w="4320"/>
          </w:tcPr>
          <w:p>
            <w:r>
              <w:t>19</w:t>
            </w:r>
          </w:p>
        </w:tc>
      </w:tr>
      <w:tr>
        <w:tc>
          <w:tcPr>
            <w:tcW w:type="dxa" w:w="4320"/>
          </w:tcPr>
          <w:p>
            <w:r>
              <w:t>2026-06-22</w:t>
            </w:r>
          </w:p>
        </w:tc>
        <w:tc>
          <w:tcPr>
            <w:tcW w:type="dxa" w:w="4320"/>
          </w:tcPr>
          <w:p>
            <w:r>
              <w:t>11</w:t>
            </w:r>
          </w:p>
        </w:tc>
      </w:tr>
      <w:tr>
        <w:tc>
          <w:tcPr>
            <w:tcW w:type="dxa" w:w="4320"/>
          </w:tcPr>
          <w:p>
            <w:r>
              <w:t>2026-06-29</w:t>
            </w:r>
          </w:p>
        </w:tc>
        <w:tc>
          <w:tcPr>
            <w:tcW w:type="dxa" w:w="4320"/>
          </w:tcPr>
          <w:p>
            <w:r>
              <w:t>12</w:t>
            </w:r>
          </w:p>
        </w:tc>
      </w:tr>
      <w:tr>
        <w:tc>
          <w:tcPr>
            <w:tcW w:type="dxa" w:w="4320"/>
          </w:tcPr>
          <w:p>
            <w:r>
              <w:t>2026-07-06</w:t>
            </w:r>
          </w:p>
        </w:tc>
        <w:tc>
          <w:tcPr>
            <w:tcW w:type="dxa" w:w="4320"/>
          </w:tcPr>
          <w:p>
            <w:r>
              <w:t>15</w:t>
            </w:r>
          </w:p>
        </w:tc>
      </w:tr>
      <w:tr>
        <w:tc>
          <w:tcPr>
            <w:tcW w:type="dxa" w:w="4320"/>
          </w:tcPr>
          <w:p>
            <w:r>
              <w:t>2026-07-13</w:t>
            </w:r>
          </w:p>
        </w:tc>
        <w:tc>
          <w:tcPr>
            <w:tcW w:type="dxa" w:w="4320"/>
          </w:tcPr>
          <w:p>
            <w:r>
              <w:t>13</w:t>
            </w:r>
          </w:p>
        </w:tc>
      </w:tr>
      <w:tr>
        <w:tc>
          <w:tcPr>
            <w:tcW w:type="dxa" w:w="4320"/>
          </w:tcPr>
          <w:p>
            <w:r>
              <w:t>2026-07-20</w:t>
            </w:r>
          </w:p>
        </w:tc>
        <w:tc>
          <w:tcPr>
            <w:tcW w:type="dxa" w:w="4320"/>
          </w:tcPr>
          <w:p>
            <w:r>
              <w:t>16</w:t>
            </w:r>
          </w:p>
        </w:tc>
      </w:tr>
      <w:tr>
        <w:tc>
          <w:tcPr>
            <w:tcW w:type="dxa" w:w="4320"/>
          </w:tcPr>
          <w:p>
            <w:r>
              <w:t>2026-07-27</w:t>
            </w:r>
          </w:p>
        </w:tc>
        <w:tc>
          <w:tcPr>
            <w:tcW w:type="dxa" w:w="4320"/>
          </w:tcPr>
          <w:p>
            <w:r>
              <w:t>14</w:t>
            </w:r>
          </w:p>
        </w:tc>
      </w:tr>
      <w:tr>
        <w:tc>
          <w:tcPr>
            <w:tcW w:type="dxa" w:w="4320"/>
          </w:tcPr>
          <w:p>
            <w:r>
              <w:t>2026-08-03</w:t>
            </w:r>
          </w:p>
        </w:tc>
        <w:tc>
          <w:tcPr>
            <w:tcW w:type="dxa" w:w="4320"/>
          </w:tcPr>
          <w:p>
            <w:r>
              <w:t>13</w:t>
            </w:r>
          </w:p>
        </w:tc>
      </w:tr>
      <w:tr>
        <w:tc>
          <w:tcPr>
            <w:tcW w:type="dxa" w:w="4320"/>
          </w:tcPr>
          <w:p>
            <w:r>
              <w:t>2026-08-10</w:t>
            </w:r>
          </w:p>
        </w:tc>
        <w:tc>
          <w:tcPr>
            <w:tcW w:type="dxa" w:w="4320"/>
          </w:tcPr>
          <w:p>
            <w:r>
              <w:t>13</w:t>
            </w:r>
          </w:p>
        </w:tc>
      </w:tr>
      <w:tr>
        <w:tc>
          <w:tcPr>
            <w:tcW w:type="dxa" w:w="4320"/>
          </w:tcPr>
          <w:p>
            <w:r>
              <w:t>2026-08-17</w:t>
            </w:r>
          </w:p>
        </w:tc>
        <w:tc>
          <w:tcPr>
            <w:tcW w:type="dxa" w:w="4320"/>
          </w:tcPr>
          <w:p>
            <w:r>
              <w:t>10</w:t>
            </w:r>
          </w:p>
        </w:tc>
      </w:tr>
      <w:tr>
        <w:tc>
          <w:tcPr>
            <w:tcW w:type="dxa" w:w="4320"/>
          </w:tcPr>
          <w:p>
            <w:r>
              <w:t>2026-08-24</w:t>
            </w:r>
          </w:p>
        </w:tc>
        <w:tc>
          <w:tcPr>
            <w:tcW w:type="dxa" w:w="4320"/>
          </w:tcPr>
          <w:p>
            <w:r>
              <w:t>8</w:t>
            </w:r>
          </w:p>
        </w:tc>
      </w:tr>
      <w:tr>
        <w:tc>
          <w:tcPr>
            <w:tcW w:type="dxa" w:w="4320"/>
          </w:tcPr>
          <w:p>
            <w:r>
              <w:t>2026-08-31</w:t>
            </w:r>
          </w:p>
        </w:tc>
        <w:tc>
          <w:tcPr>
            <w:tcW w:type="dxa" w:w="4320"/>
          </w:tcPr>
          <w:p>
            <w:r>
              <w:t>15</w:t>
            </w:r>
          </w:p>
        </w:tc>
      </w:tr>
      <w:tr>
        <w:tc>
          <w:tcPr>
            <w:tcW w:type="dxa" w:w="4320"/>
          </w:tcPr>
          <w:p>
            <w:r>
              <w:t>2026-09-07</w:t>
            </w:r>
          </w:p>
        </w:tc>
        <w:tc>
          <w:tcPr>
            <w:tcW w:type="dxa" w:w="4320"/>
          </w:tcPr>
          <w:p>
            <w:r>
              <w:t>18</w:t>
            </w:r>
          </w:p>
        </w:tc>
      </w:tr>
      <w:tr>
        <w:tc>
          <w:tcPr>
            <w:tcW w:type="dxa" w:w="4320"/>
          </w:tcPr>
          <w:p>
            <w:r>
              <w:t>2026-09-14</w:t>
            </w:r>
          </w:p>
        </w:tc>
        <w:tc>
          <w:tcPr>
            <w:tcW w:type="dxa" w:w="4320"/>
          </w:tcPr>
          <w:p>
            <w:r>
              <w:t>15</w:t>
            </w:r>
          </w:p>
        </w:tc>
      </w:tr>
      <w:tr>
        <w:tc>
          <w:tcPr>
            <w:tcW w:type="dxa" w:w="4320"/>
          </w:tcPr>
          <w:p>
            <w:r>
              <w:t>2026-09-21</w:t>
            </w:r>
          </w:p>
        </w:tc>
        <w:tc>
          <w:tcPr>
            <w:tcW w:type="dxa" w:w="4320"/>
          </w:tcPr>
          <w:p>
            <w:r>
              <w:t>12</w:t>
            </w:r>
          </w:p>
        </w:tc>
      </w:tr>
      <w:tr>
        <w:tc>
          <w:tcPr>
            <w:tcW w:type="dxa" w:w="4320"/>
          </w:tcPr>
          <w:p>
            <w:r>
              <w:t>2026-09-28</w:t>
            </w:r>
          </w:p>
        </w:tc>
        <w:tc>
          <w:tcPr>
            <w:tcW w:type="dxa" w:w="4320"/>
          </w:tcPr>
          <w:p>
            <w:r>
              <w:t>5</w:t>
            </w:r>
          </w:p>
        </w:tc>
      </w:tr>
    </w:tbl>
    <w:p/>
    <w:p>
      <w:pPr>
        <w:pStyle w:val="Heading2"/>
      </w:pPr>
      <w:r>
        <w:t>Figure 25. Yard inventory by day over time (date) [73]</w:t>
      </w:r>
    </w:p>
    <w:tbl>
      <w:tblPr>
        <w:tblStyle w:val="LightGrid-Accent1"/>
        <w:tblW w:type="auto" w:w="0"/>
        <w:tblLook w:firstColumn="1" w:firstRow="1" w:lastColumn="0" w:lastRow="0" w:noHBand="0" w:noVBand="1" w:val="04A0"/>
      </w:tblPr>
      <w:tblGrid>
        <w:gridCol w:w="4320"/>
        <w:gridCol w:w="4320"/>
      </w:tblGrid>
      <w:tr>
        <w:tc>
          <w:tcPr>
            <w:tcW w:type="dxa" w:w="4320"/>
          </w:tcPr>
          <w:p>
            <w:r>
              <w:t>period</w:t>
            </w:r>
          </w:p>
        </w:tc>
        <w:tc>
          <w:tcPr>
            <w:tcW w:type="dxa" w:w="4320"/>
          </w:tcPr>
          <w:p>
            <w:r>
              <w:t>value</w:t>
            </w:r>
          </w:p>
        </w:tc>
      </w:tr>
      <w:tr>
        <w:tc>
          <w:tcPr>
            <w:tcW w:type="dxa" w:w="4320"/>
          </w:tcPr>
          <w:p>
            <w:r>
              <w:t>2026-08-31</w:t>
            </w:r>
          </w:p>
        </w:tc>
        <w:tc>
          <w:tcPr>
            <w:tcW w:type="dxa" w:w="4320"/>
          </w:tcPr>
          <w:p>
            <w:r>
              <w:t>3.947e+04</w:t>
            </w:r>
          </w:p>
        </w:tc>
      </w:tr>
      <w:tr>
        <w:tc>
          <w:tcPr>
            <w:tcW w:type="dxa" w:w="4320"/>
          </w:tcPr>
          <w:p>
            <w:r>
              <w:t>2026-09-01</w:t>
            </w:r>
          </w:p>
        </w:tc>
        <w:tc>
          <w:tcPr>
            <w:tcW w:type="dxa" w:w="4320"/>
          </w:tcPr>
          <w:p>
            <w:r>
              <w:t>4.246e+04</w:t>
            </w:r>
          </w:p>
        </w:tc>
      </w:tr>
      <w:tr>
        <w:tc>
          <w:tcPr>
            <w:tcW w:type="dxa" w:w="4320"/>
          </w:tcPr>
          <w:p>
            <w:r>
              <w:t>2026-09-02</w:t>
            </w:r>
          </w:p>
        </w:tc>
        <w:tc>
          <w:tcPr>
            <w:tcW w:type="dxa" w:w="4320"/>
          </w:tcPr>
          <w:p>
            <w:r>
              <w:t>3.95e+04</w:t>
            </w:r>
          </w:p>
        </w:tc>
      </w:tr>
      <w:tr>
        <w:tc>
          <w:tcPr>
            <w:tcW w:type="dxa" w:w="4320"/>
          </w:tcPr>
          <w:p>
            <w:r>
              <w:t>2026-09-03</w:t>
            </w:r>
          </w:p>
        </w:tc>
        <w:tc>
          <w:tcPr>
            <w:tcW w:type="dxa" w:w="4320"/>
          </w:tcPr>
          <w:p>
            <w:r>
              <w:t>4.182e+04</w:t>
            </w:r>
          </w:p>
        </w:tc>
      </w:tr>
      <w:tr>
        <w:tc>
          <w:tcPr>
            <w:tcW w:type="dxa" w:w="4320"/>
          </w:tcPr>
          <w:p>
            <w:r>
              <w:t>2026-09-04</w:t>
            </w:r>
          </w:p>
        </w:tc>
        <w:tc>
          <w:tcPr>
            <w:tcW w:type="dxa" w:w="4320"/>
          </w:tcPr>
          <w:p>
            <w:r>
              <w:t>4.039e+04</w:t>
            </w:r>
          </w:p>
        </w:tc>
      </w:tr>
      <w:tr>
        <w:tc>
          <w:tcPr>
            <w:tcW w:type="dxa" w:w="4320"/>
          </w:tcPr>
          <w:p>
            <w:r>
              <w:t>2026-09-05</w:t>
            </w:r>
          </w:p>
        </w:tc>
        <w:tc>
          <w:tcPr>
            <w:tcW w:type="dxa" w:w="4320"/>
          </w:tcPr>
          <w:p>
            <w:r>
              <w:t>3.88e+04</w:t>
            </w:r>
          </w:p>
        </w:tc>
      </w:tr>
      <w:tr>
        <w:tc>
          <w:tcPr>
            <w:tcW w:type="dxa" w:w="4320"/>
          </w:tcPr>
          <w:p>
            <w:r>
              <w:t>2026-09-06</w:t>
            </w:r>
          </w:p>
        </w:tc>
        <w:tc>
          <w:tcPr>
            <w:tcW w:type="dxa" w:w="4320"/>
          </w:tcPr>
          <w:p>
            <w:r>
              <w:t>3.993e+04</w:t>
            </w:r>
          </w:p>
        </w:tc>
      </w:tr>
      <w:tr>
        <w:tc>
          <w:tcPr>
            <w:tcW w:type="dxa" w:w="4320"/>
          </w:tcPr>
          <w:p>
            <w:r>
              <w:t>2026-09-07</w:t>
            </w:r>
          </w:p>
        </w:tc>
        <w:tc>
          <w:tcPr>
            <w:tcW w:type="dxa" w:w="4320"/>
          </w:tcPr>
          <w:p>
            <w:r>
              <w:t>3.888e+04</w:t>
            </w:r>
          </w:p>
        </w:tc>
      </w:tr>
      <w:tr>
        <w:tc>
          <w:tcPr>
            <w:tcW w:type="dxa" w:w="4320"/>
          </w:tcPr>
          <w:p>
            <w:r>
              <w:t>2026-09-08</w:t>
            </w:r>
          </w:p>
        </w:tc>
        <w:tc>
          <w:tcPr>
            <w:tcW w:type="dxa" w:w="4320"/>
          </w:tcPr>
          <w:p>
            <w:r>
              <w:t>4.25e+04</w:t>
            </w:r>
          </w:p>
        </w:tc>
      </w:tr>
      <w:tr>
        <w:tc>
          <w:tcPr>
            <w:tcW w:type="dxa" w:w="4320"/>
          </w:tcPr>
          <w:p>
            <w:r>
              <w:t>2026-09-09</w:t>
            </w:r>
          </w:p>
        </w:tc>
        <w:tc>
          <w:tcPr>
            <w:tcW w:type="dxa" w:w="4320"/>
          </w:tcPr>
          <w:p>
            <w:r>
              <w:t>3.952e+04</w:t>
            </w:r>
          </w:p>
        </w:tc>
      </w:tr>
      <w:tr>
        <w:tc>
          <w:tcPr>
            <w:tcW w:type="dxa" w:w="4320"/>
          </w:tcPr>
          <w:p>
            <w:r>
              <w:t>2026-09-10</w:t>
            </w:r>
          </w:p>
        </w:tc>
        <w:tc>
          <w:tcPr>
            <w:tcW w:type="dxa" w:w="4320"/>
          </w:tcPr>
          <w:p>
            <w:r>
              <w:t>4.18e+04</w:t>
            </w:r>
          </w:p>
        </w:tc>
      </w:tr>
      <w:tr>
        <w:tc>
          <w:tcPr>
            <w:tcW w:type="dxa" w:w="4320"/>
          </w:tcPr>
          <w:p>
            <w:r>
              <w:t>2026-09-11</w:t>
            </w:r>
          </w:p>
        </w:tc>
        <w:tc>
          <w:tcPr>
            <w:tcW w:type="dxa" w:w="4320"/>
          </w:tcPr>
          <w:p>
            <w:r>
              <w:t>3.92e+04</w:t>
            </w:r>
          </w:p>
        </w:tc>
      </w:tr>
      <w:tr>
        <w:tc>
          <w:tcPr>
            <w:tcW w:type="dxa" w:w="4320"/>
          </w:tcPr>
          <w:p>
            <w:r>
              <w:t>2026-09-12</w:t>
            </w:r>
          </w:p>
        </w:tc>
        <w:tc>
          <w:tcPr>
            <w:tcW w:type="dxa" w:w="4320"/>
          </w:tcPr>
          <w:p>
            <w:r>
              <w:t>4.15e+04</w:t>
            </w:r>
          </w:p>
        </w:tc>
      </w:tr>
      <w:tr>
        <w:tc>
          <w:tcPr>
            <w:tcW w:type="dxa" w:w="4320"/>
          </w:tcPr>
          <w:p>
            <w:r>
              <w:t>2026-09-13</w:t>
            </w:r>
          </w:p>
        </w:tc>
        <w:tc>
          <w:tcPr>
            <w:tcW w:type="dxa" w:w="4320"/>
          </w:tcPr>
          <w:p>
            <w:r>
              <w:t>4.037e+04</w:t>
            </w:r>
          </w:p>
        </w:tc>
      </w:tr>
      <w:tr>
        <w:tc>
          <w:tcPr>
            <w:tcW w:type="dxa" w:w="4320"/>
          </w:tcPr>
          <w:p>
            <w:r>
              <w:t>2026-09-14</w:t>
            </w:r>
          </w:p>
        </w:tc>
        <w:tc>
          <w:tcPr>
            <w:tcW w:type="dxa" w:w="4320"/>
          </w:tcPr>
          <w:p>
            <w:r>
              <w:t>3.989e+04</w:t>
            </w:r>
          </w:p>
        </w:tc>
      </w:tr>
      <w:tr>
        <w:tc>
          <w:tcPr>
            <w:tcW w:type="dxa" w:w="4320"/>
          </w:tcPr>
          <w:p>
            <w:r>
              <w:t>2026-09-15</w:t>
            </w:r>
          </w:p>
        </w:tc>
        <w:tc>
          <w:tcPr>
            <w:tcW w:type="dxa" w:w="4320"/>
          </w:tcPr>
          <w:p>
            <w:r>
              <w:t>4.028e+04</w:t>
            </w:r>
          </w:p>
        </w:tc>
      </w:tr>
      <w:tr>
        <w:tc>
          <w:tcPr>
            <w:tcW w:type="dxa" w:w="4320"/>
          </w:tcPr>
          <w:p>
            <w:r>
              <w:t>2026-09-16</w:t>
            </w:r>
          </w:p>
        </w:tc>
        <w:tc>
          <w:tcPr>
            <w:tcW w:type="dxa" w:w="4320"/>
          </w:tcPr>
          <w:p>
            <w:r>
              <w:t>3.931e+04</w:t>
            </w:r>
          </w:p>
        </w:tc>
      </w:tr>
      <w:tr>
        <w:tc>
          <w:tcPr>
            <w:tcW w:type="dxa" w:w="4320"/>
          </w:tcPr>
          <w:p>
            <w:r>
              <w:t>2026-09-17</w:t>
            </w:r>
          </w:p>
        </w:tc>
        <w:tc>
          <w:tcPr>
            <w:tcW w:type="dxa" w:w="4320"/>
          </w:tcPr>
          <w:p>
            <w:r>
              <w:t>4.104e+04</w:t>
            </w:r>
          </w:p>
        </w:tc>
      </w:tr>
      <w:tr>
        <w:tc>
          <w:tcPr>
            <w:tcW w:type="dxa" w:w="4320"/>
          </w:tcPr>
          <w:p>
            <w:r>
              <w:t>2026-09-18</w:t>
            </w:r>
          </w:p>
        </w:tc>
        <w:tc>
          <w:tcPr>
            <w:tcW w:type="dxa" w:w="4320"/>
          </w:tcPr>
          <w:p>
            <w:r>
              <w:t>4.035e+04</w:t>
            </w:r>
          </w:p>
        </w:tc>
      </w:tr>
      <w:tr>
        <w:tc>
          <w:tcPr>
            <w:tcW w:type="dxa" w:w="4320"/>
          </w:tcPr>
          <w:p>
            <w:r>
              <w:t>2026-09-19</w:t>
            </w:r>
          </w:p>
        </w:tc>
        <w:tc>
          <w:tcPr>
            <w:tcW w:type="dxa" w:w="4320"/>
          </w:tcPr>
          <w:p>
            <w:r>
              <w:t>3.723e+04</w:t>
            </w:r>
          </w:p>
        </w:tc>
      </w:tr>
      <w:tr>
        <w:tc>
          <w:tcPr>
            <w:tcW w:type="dxa" w:w="4320"/>
          </w:tcPr>
          <w:p>
            <w:r>
              <w:t>2026-09-20</w:t>
            </w:r>
          </w:p>
        </w:tc>
        <w:tc>
          <w:tcPr>
            <w:tcW w:type="dxa" w:w="4320"/>
          </w:tcPr>
          <w:p>
            <w:r>
              <w:t>3.956e+04</w:t>
            </w:r>
          </w:p>
        </w:tc>
      </w:tr>
      <w:tr>
        <w:tc>
          <w:tcPr>
            <w:tcW w:type="dxa" w:w="4320"/>
          </w:tcPr>
          <w:p>
            <w:r>
              <w:t>2026-09-21</w:t>
            </w:r>
          </w:p>
        </w:tc>
        <w:tc>
          <w:tcPr>
            <w:tcW w:type="dxa" w:w="4320"/>
          </w:tcPr>
          <w:p>
            <w:r>
              <w:t>4.011e+04</w:t>
            </w:r>
          </w:p>
        </w:tc>
      </w:tr>
      <w:tr>
        <w:tc>
          <w:tcPr>
            <w:tcW w:type="dxa" w:w="4320"/>
          </w:tcPr>
          <w:p>
            <w:r>
              <w:t>2026-09-22</w:t>
            </w:r>
          </w:p>
        </w:tc>
        <w:tc>
          <w:tcPr>
            <w:tcW w:type="dxa" w:w="4320"/>
          </w:tcPr>
          <w:p>
            <w:r>
              <w:t>4.217e+04</w:t>
            </w:r>
          </w:p>
        </w:tc>
      </w:tr>
      <w:tr>
        <w:tc>
          <w:tcPr>
            <w:tcW w:type="dxa" w:w="4320"/>
          </w:tcPr>
          <w:p>
            <w:r>
              <w:t>2026-09-23</w:t>
            </w:r>
          </w:p>
        </w:tc>
        <w:tc>
          <w:tcPr>
            <w:tcW w:type="dxa" w:w="4320"/>
          </w:tcPr>
          <w:p>
            <w:r>
              <w:t>3.935e+04</w:t>
            </w:r>
          </w:p>
        </w:tc>
      </w:tr>
      <w:tr>
        <w:tc>
          <w:tcPr>
            <w:tcW w:type="dxa" w:w="4320"/>
          </w:tcPr>
          <w:p>
            <w:r>
              <w:t>2026-09-24</w:t>
            </w:r>
          </w:p>
        </w:tc>
        <w:tc>
          <w:tcPr>
            <w:tcW w:type="dxa" w:w="4320"/>
          </w:tcPr>
          <w:p>
            <w:r>
              <w:t>4.095e+04</w:t>
            </w:r>
          </w:p>
        </w:tc>
      </w:tr>
      <w:tr>
        <w:tc>
          <w:tcPr>
            <w:tcW w:type="dxa" w:w="4320"/>
          </w:tcPr>
          <w:p>
            <w:r>
              <w:t>2026-09-25</w:t>
            </w:r>
          </w:p>
        </w:tc>
        <w:tc>
          <w:tcPr>
            <w:tcW w:type="dxa" w:w="4320"/>
          </w:tcPr>
          <w:p>
            <w:r>
              <w:t>3.92e+04</w:t>
            </w:r>
          </w:p>
        </w:tc>
      </w:tr>
      <w:tr>
        <w:tc>
          <w:tcPr>
            <w:tcW w:type="dxa" w:w="4320"/>
          </w:tcPr>
          <w:p>
            <w:r>
              <w:t>2026-09-26</w:t>
            </w:r>
          </w:p>
        </w:tc>
        <w:tc>
          <w:tcPr>
            <w:tcW w:type="dxa" w:w="4320"/>
          </w:tcPr>
          <w:p>
            <w:r>
              <w:t>3.846e+04</w:t>
            </w:r>
          </w:p>
        </w:tc>
      </w:tr>
      <w:tr>
        <w:tc>
          <w:tcPr>
            <w:tcW w:type="dxa" w:w="4320"/>
          </w:tcPr>
          <w:p>
            <w:r>
              <w:t>2026-09-27</w:t>
            </w:r>
          </w:p>
        </w:tc>
        <w:tc>
          <w:tcPr>
            <w:tcW w:type="dxa" w:w="4320"/>
          </w:tcPr>
          <w:p>
            <w:r>
              <w:t>3.901e+04</w:t>
            </w:r>
          </w:p>
        </w:tc>
      </w:tr>
    </w:tbl>
    <w:p/>
    <w:p>
      <w:pPr>
        <w:pStyle w:val="Heading2"/>
      </w:pPr>
      <w:r>
        <w:t>Figure 26. Emerging hot spots: Equipment faults [74]</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-1.19</w:t>
            </w:r>
          </w:p>
        </w:tc>
        <w:tc>
          <w:tcPr>
            <w:tcW w:type="dxa" w:w="2880"/>
          </w:tcPr>
          <w:p>
            <w:r>
              <w:t>-0.9547</w:t>
            </w:r>
          </w:p>
        </w:tc>
        <w:tc>
          <w:tcPr>
            <w:tcW w:type="dxa" w:w="2880"/>
          </w:tcPr>
          <w:p>
            <w:r>
              <w:t>3</w:t>
            </w:r>
          </w:p>
        </w:tc>
      </w:tr>
      <w:tr>
        <w:tc>
          <w:tcPr>
            <w:tcW w:type="dxa" w:w="2880"/>
          </w:tcPr>
          <w:p>
            <w:r>
              <w:t>-0.9547</w:t>
            </w:r>
          </w:p>
        </w:tc>
        <w:tc>
          <w:tcPr>
            <w:tcW w:type="dxa" w:w="2880"/>
          </w:tcPr>
          <w:p>
            <w:r>
              <w:t>-0.7193</w:t>
            </w:r>
          </w:p>
        </w:tc>
        <w:tc>
          <w:tcPr>
            <w:tcW w:type="dxa" w:w="2880"/>
          </w:tcPr>
          <w:p>
            <w:r>
              <w:t>0</w:t>
            </w:r>
          </w:p>
        </w:tc>
      </w:tr>
      <w:tr>
        <w:tc>
          <w:tcPr>
            <w:tcW w:type="dxa" w:w="2880"/>
          </w:tcPr>
          <w:p>
            <w:r>
              <w:t>-0.7193</w:t>
            </w:r>
          </w:p>
        </w:tc>
        <w:tc>
          <w:tcPr>
            <w:tcW w:type="dxa" w:w="2880"/>
          </w:tcPr>
          <w:p>
            <w:r>
              <w:t>-0.484</w:t>
            </w:r>
          </w:p>
        </w:tc>
        <w:tc>
          <w:tcPr>
            <w:tcW w:type="dxa" w:w="2880"/>
          </w:tcPr>
          <w:p>
            <w:r>
              <w:t>8</w:t>
            </w:r>
          </w:p>
        </w:tc>
      </w:tr>
      <w:tr>
        <w:tc>
          <w:tcPr>
            <w:tcW w:type="dxa" w:w="2880"/>
          </w:tcPr>
          <w:p>
            <w:r>
              <w:t>-0.484</w:t>
            </w:r>
          </w:p>
        </w:tc>
        <w:tc>
          <w:tcPr>
            <w:tcW w:type="dxa" w:w="2880"/>
          </w:tcPr>
          <w:p>
            <w:r>
              <w:t>-0.2487</w:t>
            </w:r>
          </w:p>
        </w:tc>
        <w:tc>
          <w:tcPr>
            <w:tcW w:type="dxa" w:w="2880"/>
          </w:tcPr>
          <w:p>
            <w:r>
              <w:t>1</w:t>
            </w:r>
          </w:p>
        </w:tc>
      </w:tr>
      <w:tr>
        <w:tc>
          <w:tcPr>
            <w:tcW w:type="dxa" w:w="2880"/>
          </w:tcPr>
          <w:p>
            <w:r>
              <w:t>-0.2487</w:t>
            </w:r>
          </w:p>
        </w:tc>
        <w:tc>
          <w:tcPr>
            <w:tcW w:type="dxa" w:w="2880"/>
          </w:tcPr>
          <w:p>
            <w:r>
              <w:t>-0.01333</w:t>
            </w:r>
          </w:p>
        </w:tc>
        <w:tc>
          <w:tcPr>
            <w:tcW w:type="dxa" w:w="2880"/>
          </w:tcPr>
          <w:p>
            <w:r>
              <w:t>8</w:t>
            </w:r>
          </w:p>
        </w:tc>
      </w:tr>
      <w:tr>
        <w:tc>
          <w:tcPr>
            <w:tcW w:type="dxa" w:w="2880"/>
          </w:tcPr>
          <w:p>
            <w:r>
              <w:t>-0.01333</w:t>
            </w:r>
          </w:p>
        </w:tc>
        <w:tc>
          <w:tcPr>
            <w:tcW w:type="dxa" w:w="2880"/>
          </w:tcPr>
          <w:p>
            <w:r>
              <w:t>0.222</w:t>
            </w:r>
          </w:p>
        </w:tc>
        <w:tc>
          <w:tcPr>
            <w:tcW w:type="dxa" w:w="2880"/>
          </w:tcPr>
          <w:p>
            <w:r>
              <w:t>2</w:t>
            </w:r>
          </w:p>
        </w:tc>
      </w:tr>
    </w:tbl>
    <w:p/>
    <w:p>
      <w:pPr>
        <w:pStyle w:val="Heading2"/>
      </w:pPr>
      <w:r>
        <w:t>Figure 27. Emerging hot spots: Truck gate transactions [75]</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-1.113</w:t>
            </w:r>
          </w:p>
        </w:tc>
        <w:tc>
          <w:tcPr>
            <w:tcW w:type="dxa" w:w="2880"/>
          </w:tcPr>
          <w:p>
            <w:r>
              <w:t>-0.9698</w:t>
            </w:r>
          </w:p>
        </w:tc>
        <w:tc>
          <w:tcPr>
            <w:tcW w:type="dxa" w:w="2880"/>
          </w:tcPr>
          <w:p>
            <w:r>
              <w:t>65</w:t>
            </w:r>
          </w:p>
        </w:tc>
      </w:tr>
      <w:tr>
        <w:tc>
          <w:tcPr>
            <w:tcW w:type="dxa" w:w="2880"/>
          </w:tcPr>
          <w:p>
            <w:r>
              <w:t>-0.9698</w:t>
            </w:r>
          </w:p>
        </w:tc>
        <w:tc>
          <w:tcPr>
            <w:tcW w:type="dxa" w:w="2880"/>
          </w:tcPr>
          <w:p>
            <w:r>
              <w:t>-0.8265</w:t>
            </w:r>
          </w:p>
        </w:tc>
        <w:tc>
          <w:tcPr>
            <w:tcW w:type="dxa" w:w="2880"/>
          </w:tcPr>
          <w:p>
            <w:r>
              <w:t>2</w:t>
            </w:r>
          </w:p>
        </w:tc>
      </w:tr>
      <w:tr>
        <w:tc>
          <w:tcPr>
            <w:tcW w:type="dxa" w:w="2880"/>
          </w:tcPr>
          <w:p>
            <w:r>
              <w:t>-0.8265</w:t>
            </w:r>
          </w:p>
        </w:tc>
        <w:tc>
          <w:tcPr>
            <w:tcW w:type="dxa" w:w="2880"/>
          </w:tcPr>
          <w:p>
            <w:r>
              <w:t>-0.6833</w:t>
            </w:r>
          </w:p>
        </w:tc>
        <w:tc>
          <w:tcPr>
            <w:tcW w:type="dxa" w:w="2880"/>
          </w:tcPr>
          <w:p>
            <w:r>
              <w:t>25</w:t>
            </w:r>
          </w:p>
        </w:tc>
      </w:tr>
      <w:tr>
        <w:tc>
          <w:tcPr>
            <w:tcW w:type="dxa" w:w="2880"/>
          </w:tcPr>
          <w:p>
            <w:r>
              <w:t>-0.6833</w:t>
            </w:r>
          </w:p>
        </w:tc>
        <w:tc>
          <w:tcPr>
            <w:tcW w:type="dxa" w:w="2880"/>
          </w:tcPr>
          <w:p>
            <w:r>
              <w:t>-0.54</w:t>
            </w:r>
          </w:p>
        </w:tc>
        <w:tc>
          <w:tcPr>
            <w:tcW w:type="dxa" w:w="2880"/>
          </w:tcPr>
          <w:p>
            <w:r>
              <w:t>9</w:t>
            </w:r>
          </w:p>
        </w:tc>
      </w:tr>
      <w:tr>
        <w:tc>
          <w:tcPr>
            <w:tcW w:type="dxa" w:w="2880"/>
          </w:tcPr>
          <w:p>
            <w:r>
              <w:t>-0.54</w:t>
            </w:r>
          </w:p>
        </w:tc>
        <w:tc>
          <w:tcPr>
            <w:tcW w:type="dxa" w:w="2880"/>
          </w:tcPr>
          <w:p>
            <w:r>
              <w:t>-0.3967</w:t>
            </w:r>
          </w:p>
        </w:tc>
        <w:tc>
          <w:tcPr>
            <w:tcW w:type="dxa" w:w="2880"/>
          </w:tcPr>
          <w:p>
            <w:r>
              <w:t>1</w:t>
            </w:r>
          </w:p>
        </w:tc>
      </w:tr>
      <w:tr>
        <w:tc>
          <w:tcPr>
            <w:tcW w:type="dxa" w:w="2880"/>
          </w:tcPr>
          <w:p>
            <w:r>
              <w:t>-0.3967</w:t>
            </w:r>
          </w:p>
        </w:tc>
        <w:tc>
          <w:tcPr>
            <w:tcW w:type="dxa" w:w="2880"/>
          </w:tcPr>
          <w:p>
            <w:r>
              <w:t>-0.2535</w:t>
            </w:r>
          </w:p>
        </w:tc>
        <w:tc>
          <w:tcPr>
            <w:tcW w:type="dxa" w:w="2880"/>
          </w:tcPr>
          <w:p>
            <w:r>
              <w:t>4</w:t>
            </w:r>
          </w:p>
        </w:tc>
      </w:tr>
      <w:tr>
        <w:tc>
          <w:tcPr>
            <w:tcW w:type="dxa" w:w="2880"/>
          </w:tcPr>
          <w:p>
            <w:r>
              <w:t>-0.2535</w:t>
            </w:r>
          </w:p>
        </w:tc>
        <w:tc>
          <w:tcPr>
            <w:tcW w:type="dxa" w:w="2880"/>
          </w:tcPr>
          <w:p>
            <w:r>
              <w:t>-0.1103</w:t>
            </w:r>
          </w:p>
        </w:tc>
        <w:tc>
          <w:tcPr>
            <w:tcW w:type="dxa" w:w="2880"/>
          </w:tcPr>
          <w:p>
            <w:r>
              <w:t>1</w:t>
            </w:r>
          </w:p>
        </w:tc>
      </w:tr>
      <w:tr>
        <w:tc>
          <w:tcPr>
            <w:tcW w:type="dxa" w:w="2880"/>
          </w:tcPr>
          <w:p>
            <w:r>
              <w:t>-0.1103</w:t>
            </w:r>
          </w:p>
        </w:tc>
        <w:tc>
          <w:tcPr>
            <w:tcW w:type="dxa" w:w="2880"/>
          </w:tcPr>
          <w:p>
            <w:r>
              <w:t>0.033</w:t>
            </w:r>
          </w:p>
        </w:tc>
        <w:tc>
          <w:tcPr>
            <w:tcW w:type="dxa" w:w="2880"/>
          </w:tcPr>
          <w:p>
            <w:r>
              <w:t>4</w:t>
            </w:r>
          </w:p>
        </w:tc>
      </w:tr>
    </w:tbl>
    <w:p/>
    <w:p>
      <w:pPr>
        <w:pStyle w:val="Heading2"/>
      </w:pPr>
      <w:r>
        <w:t>Figure 28. Repeat and near repeat classification: Equipment faults [76]</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2026-06-01</w:t>
            </w:r>
          </w:p>
        </w:tc>
        <w:tc>
          <w:tcPr>
            <w:tcW w:type="dxa" w:w="2880"/>
          </w:tcPr>
          <w:p>
            <w:r>
              <w:t>hoist</w:t>
            </w:r>
          </w:p>
        </w:tc>
        <w:tc>
          <w:tcPr>
            <w:tcW w:type="dxa" w:w="2880"/>
          </w:tcPr>
          <w:p>
            <w:r>
              <w:t>3</w:t>
            </w:r>
          </w:p>
        </w:tc>
      </w:tr>
      <w:tr>
        <w:tc>
          <w:tcPr>
            <w:tcW w:type="dxa" w:w="2880"/>
          </w:tcPr>
          <w:p>
            <w:r>
              <w:t>2026-06-01</w:t>
            </w:r>
          </w:p>
        </w:tc>
        <w:tc>
          <w:tcPr>
            <w:tcW w:type="dxa" w:w="2880"/>
          </w:tcPr>
          <w:p>
            <w:r>
              <w:t>electrical</w:t>
            </w:r>
          </w:p>
        </w:tc>
        <w:tc>
          <w:tcPr>
            <w:tcW w:type="dxa" w:w="2880"/>
          </w:tcPr>
          <w:p>
            <w:r>
              <w:t>7</w:t>
            </w:r>
          </w:p>
        </w:tc>
      </w:tr>
      <w:tr>
        <w:tc>
          <w:tcPr>
            <w:tcW w:type="dxa" w:w="2880"/>
          </w:tcPr>
          <w:p>
            <w:r>
              <w:t>2026-06-01</w:t>
            </w:r>
          </w:p>
        </w:tc>
        <w:tc>
          <w:tcPr>
            <w:tcW w:type="dxa" w:w="2880"/>
          </w:tcPr>
          <w:p>
            <w:r>
              <w:t>spreader</w:t>
            </w:r>
          </w:p>
        </w:tc>
        <w:tc>
          <w:tcPr>
            <w:tcW w:type="dxa" w:w="2880"/>
          </w:tcPr>
          <w:p>
            <w:r>
              <w:t>3</w:t>
            </w:r>
          </w:p>
        </w:tc>
      </w:tr>
      <w:tr>
        <w:tc>
          <w:tcPr>
            <w:tcW w:type="dxa" w:w="2880"/>
          </w:tcPr>
          <w:p>
            <w:r>
              <w:t>2026-06-01</w:t>
            </w:r>
          </w:p>
        </w:tc>
        <w:tc>
          <w:tcPr>
            <w:tcW w:type="dxa" w:w="2880"/>
          </w:tcPr>
          <w:p>
            <w:r>
              <w:t>trolley</w:t>
            </w:r>
          </w:p>
        </w:tc>
        <w:tc>
          <w:tcPr>
            <w:tcW w:type="dxa" w:w="2880"/>
          </w:tcPr>
          <w:p>
            <w:r>
              <w:t>1</w:t>
            </w:r>
          </w:p>
        </w:tc>
      </w:tr>
      <w:tr>
        <w:tc>
          <w:tcPr>
            <w:tcW w:type="dxa" w:w="2880"/>
          </w:tcPr>
          <w:p>
            <w:r>
              <w:t>2026-06-08</w:t>
            </w:r>
          </w:p>
        </w:tc>
        <w:tc>
          <w:tcPr>
            <w:tcW w:type="dxa" w:w="2880"/>
          </w:tcPr>
          <w:p>
            <w:r>
              <w:t>hoist</w:t>
            </w:r>
          </w:p>
        </w:tc>
        <w:tc>
          <w:tcPr>
            <w:tcW w:type="dxa" w:w="2880"/>
          </w:tcPr>
          <w:p>
            <w:r>
              <w:t>5</w:t>
            </w:r>
          </w:p>
        </w:tc>
      </w:tr>
      <w:tr>
        <w:tc>
          <w:tcPr>
            <w:tcW w:type="dxa" w:w="2880"/>
          </w:tcPr>
          <w:p>
            <w:r>
              <w:t>2026-06-08</w:t>
            </w:r>
          </w:p>
        </w:tc>
        <w:tc>
          <w:tcPr>
            <w:tcW w:type="dxa" w:w="2880"/>
          </w:tcPr>
          <w:p>
            <w:r>
              <w:t>electrical</w:t>
            </w:r>
          </w:p>
        </w:tc>
        <w:tc>
          <w:tcPr>
            <w:tcW w:type="dxa" w:w="2880"/>
          </w:tcPr>
          <w:p>
            <w:r>
              <w:t>5</w:t>
            </w:r>
          </w:p>
        </w:tc>
      </w:tr>
      <w:tr>
        <w:tc>
          <w:tcPr>
            <w:tcW w:type="dxa" w:w="2880"/>
          </w:tcPr>
          <w:p>
            <w:r>
              <w:t>2026-06-08</w:t>
            </w:r>
          </w:p>
        </w:tc>
        <w:tc>
          <w:tcPr>
            <w:tcW w:type="dxa" w:w="2880"/>
          </w:tcPr>
          <w:p>
            <w:r>
              <w:t>spreader</w:t>
            </w:r>
          </w:p>
        </w:tc>
        <w:tc>
          <w:tcPr>
            <w:tcW w:type="dxa" w:w="2880"/>
          </w:tcPr>
          <w:p>
            <w:r>
              <w:t>3</w:t>
            </w:r>
          </w:p>
        </w:tc>
      </w:tr>
      <w:tr>
        <w:tc>
          <w:tcPr>
            <w:tcW w:type="dxa" w:w="2880"/>
          </w:tcPr>
          <w:p>
            <w:r>
              <w:t>2026-06-08</w:t>
            </w:r>
          </w:p>
        </w:tc>
        <w:tc>
          <w:tcPr>
            <w:tcW w:type="dxa" w:w="2880"/>
          </w:tcPr>
          <w:p>
            <w:r>
              <w:t>trolley</w:t>
            </w:r>
          </w:p>
        </w:tc>
        <w:tc>
          <w:tcPr>
            <w:tcW w:type="dxa" w:w="2880"/>
          </w:tcPr>
          <w:p>
            <w:r>
              <w:t>0</w:t>
            </w:r>
          </w:p>
        </w:tc>
      </w:tr>
      <w:tr>
        <w:tc>
          <w:tcPr>
            <w:tcW w:type="dxa" w:w="2880"/>
          </w:tcPr>
          <w:p>
            <w:r>
              <w:t>2026-06-15</w:t>
            </w:r>
          </w:p>
        </w:tc>
        <w:tc>
          <w:tcPr>
            <w:tcW w:type="dxa" w:w="2880"/>
          </w:tcPr>
          <w:p>
            <w:r>
              <w:t>hoist</w:t>
            </w:r>
          </w:p>
        </w:tc>
        <w:tc>
          <w:tcPr>
            <w:tcW w:type="dxa" w:w="2880"/>
          </w:tcPr>
          <w:p>
            <w:r>
              <w:t>7</w:t>
            </w:r>
          </w:p>
        </w:tc>
      </w:tr>
      <w:tr>
        <w:tc>
          <w:tcPr>
            <w:tcW w:type="dxa" w:w="2880"/>
          </w:tcPr>
          <w:p>
            <w:r>
              <w:t>2026-06-15</w:t>
            </w:r>
          </w:p>
        </w:tc>
        <w:tc>
          <w:tcPr>
            <w:tcW w:type="dxa" w:w="2880"/>
          </w:tcPr>
          <w:p>
            <w:r>
              <w:t>electrical</w:t>
            </w:r>
          </w:p>
        </w:tc>
        <w:tc>
          <w:tcPr>
            <w:tcW w:type="dxa" w:w="2880"/>
          </w:tcPr>
          <w:p>
            <w:r>
              <w:t>3</w:t>
            </w:r>
          </w:p>
        </w:tc>
      </w:tr>
      <w:tr>
        <w:tc>
          <w:tcPr>
            <w:tcW w:type="dxa" w:w="2880"/>
          </w:tcPr>
          <w:p>
            <w:r>
              <w:t>2026-06-15</w:t>
            </w:r>
          </w:p>
        </w:tc>
        <w:tc>
          <w:tcPr>
            <w:tcW w:type="dxa" w:w="2880"/>
          </w:tcPr>
          <w:p>
            <w:r>
              <w:t>spreader</w:t>
            </w:r>
          </w:p>
        </w:tc>
        <w:tc>
          <w:tcPr>
            <w:tcW w:type="dxa" w:w="2880"/>
          </w:tcPr>
          <w:p>
            <w:r>
              <w:t>4</w:t>
            </w:r>
          </w:p>
        </w:tc>
      </w:tr>
      <w:tr>
        <w:tc>
          <w:tcPr>
            <w:tcW w:type="dxa" w:w="2880"/>
          </w:tcPr>
          <w:p>
            <w:r>
              <w:t>2026-06-15</w:t>
            </w:r>
          </w:p>
        </w:tc>
        <w:tc>
          <w:tcPr>
            <w:tcW w:type="dxa" w:w="2880"/>
          </w:tcPr>
          <w:p>
            <w:r>
              <w:t>trolley</w:t>
            </w:r>
          </w:p>
        </w:tc>
        <w:tc>
          <w:tcPr>
            <w:tcW w:type="dxa" w:w="2880"/>
          </w:tcPr>
          <w:p>
            <w:r>
              <w:t>3</w:t>
            </w:r>
          </w:p>
        </w:tc>
      </w:tr>
      <w:tr>
        <w:tc>
          <w:tcPr>
            <w:tcW w:type="dxa" w:w="2880"/>
          </w:tcPr>
          <w:p>
            <w:r>
              <w:t>2026-06-22</w:t>
            </w:r>
          </w:p>
        </w:tc>
        <w:tc>
          <w:tcPr>
            <w:tcW w:type="dxa" w:w="2880"/>
          </w:tcPr>
          <w:p>
            <w:r>
              <w:t>hoist</w:t>
            </w:r>
          </w:p>
        </w:tc>
        <w:tc>
          <w:tcPr>
            <w:tcW w:type="dxa" w:w="2880"/>
          </w:tcPr>
          <w:p>
            <w:r>
              <w:t>6</w:t>
            </w:r>
          </w:p>
        </w:tc>
      </w:tr>
      <w:tr>
        <w:tc>
          <w:tcPr>
            <w:tcW w:type="dxa" w:w="2880"/>
          </w:tcPr>
          <w:p>
            <w:r>
              <w:t>2026-06-22</w:t>
            </w:r>
          </w:p>
        </w:tc>
        <w:tc>
          <w:tcPr>
            <w:tcW w:type="dxa" w:w="2880"/>
          </w:tcPr>
          <w:p>
            <w:r>
              <w:t>electrical</w:t>
            </w:r>
          </w:p>
        </w:tc>
        <w:tc>
          <w:tcPr>
            <w:tcW w:type="dxa" w:w="2880"/>
          </w:tcPr>
          <w:p>
            <w:r>
              <w:t>1</w:t>
            </w:r>
          </w:p>
        </w:tc>
      </w:tr>
      <w:tr>
        <w:tc>
          <w:tcPr>
            <w:tcW w:type="dxa" w:w="2880"/>
          </w:tcPr>
          <w:p>
            <w:r>
              <w:t>2026-06-22</w:t>
            </w:r>
          </w:p>
        </w:tc>
        <w:tc>
          <w:tcPr>
            <w:tcW w:type="dxa" w:w="2880"/>
          </w:tcPr>
          <w:p>
            <w:r>
              <w:t>spreader</w:t>
            </w:r>
          </w:p>
        </w:tc>
        <w:tc>
          <w:tcPr>
            <w:tcW w:type="dxa" w:w="2880"/>
          </w:tcPr>
          <w:p>
            <w:r>
              <w:t>3</w:t>
            </w:r>
          </w:p>
        </w:tc>
      </w:tr>
      <w:tr>
        <w:tc>
          <w:tcPr>
            <w:tcW w:type="dxa" w:w="2880"/>
          </w:tcPr>
          <w:p>
            <w:r>
              <w:t>2026-06-22</w:t>
            </w:r>
          </w:p>
        </w:tc>
        <w:tc>
          <w:tcPr>
            <w:tcW w:type="dxa" w:w="2880"/>
          </w:tcPr>
          <w:p>
            <w:r>
              <w:t>trolley</w:t>
            </w:r>
          </w:p>
        </w:tc>
        <w:tc>
          <w:tcPr>
            <w:tcW w:type="dxa" w:w="2880"/>
          </w:tcPr>
          <w:p>
            <w:r>
              <w:t>1</w:t>
            </w:r>
          </w:p>
        </w:tc>
      </w:tr>
      <w:tr>
        <w:tc>
          <w:tcPr>
            <w:tcW w:type="dxa" w:w="2880"/>
          </w:tcPr>
          <w:p>
            <w:r>
              <w:t>2026-06-29</w:t>
            </w:r>
          </w:p>
        </w:tc>
        <w:tc>
          <w:tcPr>
            <w:tcW w:type="dxa" w:w="2880"/>
          </w:tcPr>
          <w:p>
            <w:r>
              <w:t>hoist</w:t>
            </w:r>
          </w:p>
        </w:tc>
        <w:tc>
          <w:tcPr>
            <w:tcW w:type="dxa" w:w="2880"/>
          </w:tcPr>
          <w:p>
            <w:r>
              <w:t>5</w:t>
            </w:r>
          </w:p>
        </w:tc>
      </w:tr>
      <w:tr>
        <w:tc>
          <w:tcPr>
            <w:tcW w:type="dxa" w:w="2880"/>
          </w:tcPr>
          <w:p>
            <w:r>
              <w:t>2026-06-29</w:t>
            </w:r>
          </w:p>
        </w:tc>
        <w:tc>
          <w:tcPr>
            <w:tcW w:type="dxa" w:w="2880"/>
          </w:tcPr>
          <w:p>
            <w:r>
              <w:t>electrical</w:t>
            </w:r>
          </w:p>
        </w:tc>
        <w:tc>
          <w:tcPr>
            <w:tcW w:type="dxa" w:w="2880"/>
          </w:tcPr>
          <w:p>
            <w:r>
              <w:t>8</w:t>
            </w:r>
          </w:p>
        </w:tc>
      </w:tr>
      <w:tr>
        <w:tc>
          <w:tcPr>
            <w:tcW w:type="dxa" w:w="2880"/>
          </w:tcPr>
          <w:p>
            <w:r>
              <w:t>2026-06-29</w:t>
            </w:r>
          </w:p>
        </w:tc>
        <w:tc>
          <w:tcPr>
            <w:tcW w:type="dxa" w:w="2880"/>
          </w:tcPr>
          <w:p>
            <w:r>
              <w:t>spreader</w:t>
            </w:r>
          </w:p>
        </w:tc>
        <w:tc>
          <w:tcPr>
            <w:tcW w:type="dxa" w:w="2880"/>
          </w:tcPr>
          <w:p>
            <w:r>
              <w:t>4</w:t>
            </w:r>
          </w:p>
        </w:tc>
      </w:tr>
      <w:tr>
        <w:tc>
          <w:tcPr>
            <w:tcW w:type="dxa" w:w="2880"/>
          </w:tcPr>
          <w:p>
            <w:r>
              <w:t>2026-06-29</w:t>
            </w:r>
          </w:p>
        </w:tc>
        <w:tc>
          <w:tcPr>
            <w:tcW w:type="dxa" w:w="2880"/>
          </w:tcPr>
          <w:p>
            <w:r>
              <w:t>trolley</w:t>
            </w:r>
          </w:p>
        </w:tc>
        <w:tc>
          <w:tcPr>
            <w:tcW w:type="dxa" w:w="2880"/>
          </w:tcPr>
          <w:p>
            <w:r>
              <w:t>4</w:t>
            </w:r>
          </w:p>
        </w:tc>
      </w:tr>
      <w:tr>
        <w:tc>
          <w:tcPr>
            <w:tcW w:type="dxa" w:w="2880"/>
          </w:tcPr>
          <w:p>
            <w:r>
              <w:t>2026-07-06</w:t>
            </w:r>
          </w:p>
        </w:tc>
        <w:tc>
          <w:tcPr>
            <w:tcW w:type="dxa" w:w="2880"/>
          </w:tcPr>
          <w:p>
            <w:r>
              <w:t>hoist</w:t>
            </w:r>
          </w:p>
        </w:tc>
        <w:tc>
          <w:tcPr>
            <w:tcW w:type="dxa" w:w="2880"/>
          </w:tcPr>
          <w:p>
            <w:r>
              <w:t>5</w:t>
            </w:r>
          </w:p>
        </w:tc>
      </w:tr>
      <w:tr>
        <w:tc>
          <w:tcPr>
            <w:tcW w:type="dxa" w:w="2880"/>
          </w:tcPr>
          <w:p>
            <w:r>
              <w:t>2026-07-06</w:t>
            </w:r>
          </w:p>
        </w:tc>
        <w:tc>
          <w:tcPr>
            <w:tcW w:type="dxa" w:w="2880"/>
          </w:tcPr>
          <w:p>
            <w:r>
              <w:t>electrical</w:t>
            </w:r>
          </w:p>
        </w:tc>
        <w:tc>
          <w:tcPr>
            <w:tcW w:type="dxa" w:w="2880"/>
          </w:tcPr>
          <w:p>
            <w:r>
              <w:t>4</w:t>
            </w:r>
          </w:p>
        </w:tc>
      </w:tr>
      <w:tr>
        <w:tc>
          <w:tcPr>
            <w:tcW w:type="dxa" w:w="2880"/>
          </w:tcPr>
          <w:p>
            <w:r>
              <w:t>2026-07-06</w:t>
            </w:r>
          </w:p>
        </w:tc>
        <w:tc>
          <w:tcPr>
            <w:tcW w:type="dxa" w:w="2880"/>
          </w:tcPr>
          <w:p>
            <w:r>
              <w:t>spreader</w:t>
            </w:r>
          </w:p>
        </w:tc>
        <w:tc>
          <w:tcPr>
            <w:tcW w:type="dxa" w:w="2880"/>
          </w:tcPr>
          <w:p>
            <w:r>
              <w:t>1</w:t>
            </w:r>
          </w:p>
        </w:tc>
      </w:tr>
      <w:tr>
        <w:tc>
          <w:tcPr>
            <w:tcW w:type="dxa" w:w="2880"/>
          </w:tcPr>
          <w:p>
            <w:r>
              <w:t>2026-07-06</w:t>
            </w:r>
          </w:p>
        </w:tc>
        <w:tc>
          <w:tcPr>
            <w:tcW w:type="dxa" w:w="2880"/>
          </w:tcPr>
          <w:p>
            <w:r>
              <w:t>trolley</w:t>
            </w:r>
          </w:p>
        </w:tc>
        <w:tc>
          <w:tcPr>
            <w:tcW w:type="dxa" w:w="2880"/>
          </w:tcPr>
          <w:p>
            <w:r>
              <w:t>4</w:t>
            </w:r>
          </w:p>
        </w:tc>
      </w:tr>
      <w:tr>
        <w:tc>
          <w:tcPr>
            <w:tcW w:type="dxa" w:w="2880"/>
          </w:tcPr>
          <w:p>
            <w:r>
              <w:t>2026-07-13</w:t>
            </w:r>
          </w:p>
        </w:tc>
        <w:tc>
          <w:tcPr>
            <w:tcW w:type="dxa" w:w="2880"/>
          </w:tcPr>
          <w:p>
            <w:r>
              <w:t>hoist</w:t>
            </w:r>
          </w:p>
        </w:tc>
        <w:tc>
          <w:tcPr>
            <w:tcW w:type="dxa" w:w="2880"/>
          </w:tcPr>
          <w:p>
            <w:r>
              <w:t>6</w:t>
            </w:r>
          </w:p>
        </w:tc>
      </w:tr>
      <w:tr>
        <w:tc>
          <w:tcPr>
            <w:tcW w:type="dxa" w:w="2880"/>
          </w:tcPr>
          <w:p>
            <w:r>
              <w:t>2026-07-13</w:t>
            </w:r>
          </w:p>
        </w:tc>
        <w:tc>
          <w:tcPr>
            <w:tcW w:type="dxa" w:w="2880"/>
          </w:tcPr>
          <w:p>
            <w:r>
              <w:t>electrical</w:t>
            </w:r>
          </w:p>
        </w:tc>
        <w:tc>
          <w:tcPr>
            <w:tcW w:type="dxa" w:w="2880"/>
          </w:tcPr>
          <w:p>
            <w:r>
              <w:t>3</w:t>
            </w:r>
          </w:p>
        </w:tc>
      </w:tr>
      <w:tr>
        <w:tc>
          <w:tcPr>
            <w:tcW w:type="dxa" w:w="2880"/>
          </w:tcPr>
          <w:p>
            <w:r>
              <w:t>2026-07-13</w:t>
            </w:r>
          </w:p>
        </w:tc>
        <w:tc>
          <w:tcPr>
            <w:tcW w:type="dxa" w:w="2880"/>
          </w:tcPr>
          <w:p>
            <w:r>
              <w:t>spreader</w:t>
            </w:r>
          </w:p>
        </w:tc>
        <w:tc>
          <w:tcPr>
            <w:tcW w:type="dxa" w:w="2880"/>
          </w:tcPr>
          <w:p>
            <w:r>
              <w:t>4</w:t>
            </w:r>
          </w:p>
        </w:tc>
      </w:tr>
      <w:tr>
        <w:tc>
          <w:tcPr>
            <w:tcW w:type="dxa" w:w="2880"/>
          </w:tcPr>
          <w:p>
            <w:r>
              <w:t>2026-07-13</w:t>
            </w:r>
          </w:p>
        </w:tc>
        <w:tc>
          <w:tcPr>
            <w:tcW w:type="dxa" w:w="2880"/>
          </w:tcPr>
          <w:p>
            <w:r>
              <w:t>trolley</w:t>
            </w:r>
          </w:p>
        </w:tc>
        <w:tc>
          <w:tcPr>
            <w:tcW w:type="dxa" w:w="2880"/>
          </w:tcPr>
          <w:p>
            <w:r>
              <w:t>8</w:t>
            </w:r>
          </w:p>
        </w:tc>
      </w:tr>
      <w:tr>
        <w:tc>
          <w:tcPr>
            <w:tcW w:type="dxa" w:w="2880"/>
          </w:tcPr>
          <w:p>
            <w:r>
              <w:t>2026-07-20</w:t>
            </w:r>
          </w:p>
        </w:tc>
        <w:tc>
          <w:tcPr>
            <w:tcW w:type="dxa" w:w="2880"/>
          </w:tcPr>
          <w:p>
            <w:r>
              <w:t>hoist</w:t>
            </w:r>
          </w:p>
        </w:tc>
        <w:tc>
          <w:tcPr>
            <w:tcW w:type="dxa" w:w="2880"/>
          </w:tcPr>
          <w:p>
            <w:r>
              <w:t>4</w:t>
            </w:r>
          </w:p>
        </w:tc>
      </w:tr>
      <w:tr>
        <w:tc>
          <w:tcPr>
            <w:tcW w:type="dxa" w:w="2880"/>
          </w:tcPr>
          <w:p>
            <w:r>
              <w:t>2026-07-20</w:t>
            </w:r>
          </w:p>
        </w:tc>
        <w:tc>
          <w:tcPr>
            <w:tcW w:type="dxa" w:w="2880"/>
          </w:tcPr>
          <w:p>
            <w:r>
              <w:t>electrical</w:t>
            </w:r>
          </w:p>
        </w:tc>
        <w:tc>
          <w:tcPr>
            <w:tcW w:type="dxa" w:w="2880"/>
          </w:tcPr>
          <w:p>
            <w:r>
              <w:t>5</w:t>
            </w:r>
          </w:p>
        </w:tc>
      </w:tr>
      <w:tr>
        <w:tc>
          <w:tcPr>
            <w:tcW w:type="dxa" w:w="2880"/>
          </w:tcPr>
          <w:p>
            <w:r>
              <w:t>2026-07-20</w:t>
            </w:r>
          </w:p>
        </w:tc>
        <w:tc>
          <w:tcPr>
            <w:tcW w:type="dxa" w:w="2880"/>
          </w:tcPr>
          <w:p>
            <w:r>
              <w:t>spreader</w:t>
            </w:r>
          </w:p>
        </w:tc>
        <w:tc>
          <w:tcPr>
            <w:tcW w:type="dxa" w:w="2880"/>
          </w:tcPr>
          <w:p>
            <w:r>
              <w:t>4</w:t>
            </w:r>
          </w:p>
        </w:tc>
      </w:tr>
      <w:tr>
        <w:tc>
          <w:tcPr>
            <w:tcW w:type="dxa" w:w="2880"/>
          </w:tcPr>
          <w:p>
            <w:r>
              <w:t>2026-07-20</w:t>
            </w:r>
          </w:p>
        </w:tc>
        <w:tc>
          <w:tcPr>
            <w:tcW w:type="dxa" w:w="2880"/>
          </w:tcPr>
          <w:p>
            <w:r>
              <w:t>trolley</w:t>
            </w:r>
          </w:p>
        </w:tc>
        <w:tc>
          <w:tcPr>
            <w:tcW w:type="dxa" w:w="2880"/>
          </w:tcPr>
          <w:p>
            <w:r>
              <w:t>2</w:t>
            </w:r>
          </w:p>
        </w:tc>
      </w:tr>
      <w:tr>
        <w:tc>
          <w:tcPr>
            <w:tcW w:type="dxa" w:w="2880"/>
          </w:tcPr>
          <w:p>
            <w:r>
              <w:t>2026-07-27</w:t>
            </w:r>
          </w:p>
        </w:tc>
        <w:tc>
          <w:tcPr>
            <w:tcW w:type="dxa" w:w="2880"/>
          </w:tcPr>
          <w:p>
            <w:r>
              <w:t>hoist</w:t>
            </w:r>
          </w:p>
        </w:tc>
        <w:tc>
          <w:tcPr>
            <w:tcW w:type="dxa" w:w="2880"/>
          </w:tcPr>
          <w:p>
            <w:r>
              <w:t>5</w:t>
            </w:r>
          </w:p>
        </w:tc>
      </w:tr>
      <w:tr>
        <w:tc>
          <w:tcPr>
            <w:tcW w:type="dxa" w:w="2880"/>
          </w:tcPr>
          <w:p>
            <w:r>
              <w:t>2026-07-27</w:t>
            </w:r>
          </w:p>
        </w:tc>
        <w:tc>
          <w:tcPr>
            <w:tcW w:type="dxa" w:w="2880"/>
          </w:tcPr>
          <w:p>
            <w:r>
              <w:t>electrical</w:t>
            </w:r>
          </w:p>
        </w:tc>
        <w:tc>
          <w:tcPr>
            <w:tcW w:type="dxa" w:w="2880"/>
          </w:tcPr>
          <w:p>
            <w:r>
              <w:t>3</w:t>
            </w:r>
          </w:p>
        </w:tc>
      </w:tr>
      <w:tr>
        <w:tc>
          <w:tcPr>
            <w:tcW w:type="dxa" w:w="2880"/>
          </w:tcPr>
          <w:p>
            <w:r>
              <w:t>2026-07-27</w:t>
            </w:r>
          </w:p>
        </w:tc>
        <w:tc>
          <w:tcPr>
            <w:tcW w:type="dxa" w:w="2880"/>
          </w:tcPr>
          <w:p>
            <w:r>
              <w:t>spreader</w:t>
            </w:r>
          </w:p>
        </w:tc>
        <w:tc>
          <w:tcPr>
            <w:tcW w:type="dxa" w:w="2880"/>
          </w:tcPr>
          <w:p>
            <w:r>
              <w:t>5</w:t>
            </w:r>
          </w:p>
        </w:tc>
      </w:tr>
      <w:tr>
        <w:tc>
          <w:tcPr>
            <w:tcW w:type="dxa" w:w="2880"/>
          </w:tcPr>
          <w:p>
            <w:r>
              <w:t>2026-07-27</w:t>
            </w:r>
          </w:p>
        </w:tc>
        <w:tc>
          <w:tcPr>
            <w:tcW w:type="dxa" w:w="2880"/>
          </w:tcPr>
          <w:p>
            <w:r>
              <w:t>trolley</w:t>
            </w:r>
          </w:p>
        </w:tc>
        <w:tc>
          <w:tcPr>
            <w:tcW w:type="dxa" w:w="2880"/>
          </w:tcPr>
          <w:p>
            <w:r>
              <w:t>1</w:t>
            </w:r>
          </w:p>
        </w:tc>
      </w:tr>
      <w:tr>
        <w:tc>
          <w:tcPr>
            <w:tcW w:type="dxa" w:w="2880"/>
          </w:tcPr>
          <w:p>
            <w:r>
              <w:t>2026-08-03</w:t>
            </w:r>
          </w:p>
        </w:tc>
        <w:tc>
          <w:tcPr>
            <w:tcW w:type="dxa" w:w="2880"/>
          </w:tcPr>
          <w:p>
            <w:r>
              <w:t>hoist</w:t>
            </w:r>
          </w:p>
        </w:tc>
        <w:tc>
          <w:tcPr>
            <w:tcW w:type="dxa" w:w="2880"/>
          </w:tcPr>
          <w:p>
            <w:r>
              <w:t>8</w:t>
            </w:r>
          </w:p>
        </w:tc>
      </w:tr>
      <w:tr>
        <w:tc>
          <w:tcPr>
            <w:tcW w:type="dxa" w:w="2880"/>
          </w:tcPr>
          <w:p>
            <w:r>
              <w:t>2026-08-03</w:t>
            </w:r>
          </w:p>
        </w:tc>
        <w:tc>
          <w:tcPr>
            <w:tcW w:type="dxa" w:w="2880"/>
          </w:tcPr>
          <w:p>
            <w:r>
              <w:t>electrical</w:t>
            </w:r>
          </w:p>
        </w:tc>
        <w:tc>
          <w:tcPr>
            <w:tcW w:type="dxa" w:w="2880"/>
          </w:tcPr>
          <w:p>
            <w:r>
              <w:t>5</w:t>
            </w:r>
          </w:p>
        </w:tc>
      </w:tr>
      <w:tr>
        <w:tc>
          <w:tcPr>
            <w:tcW w:type="dxa" w:w="2880"/>
          </w:tcPr>
          <w:p>
            <w:r>
              <w:t>2026-08-03</w:t>
            </w:r>
          </w:p>
        </w:tc>
        <w:tc>
          <w:tcPr>
            <w:tcW w:type="dxa" w:w="2880"/>
          </w:tcPr>
          <w:p>
            <w:r>
              <w:t>spreader</w:t>
            </w:r>
          </w:p>
        </w:tc>
        <w:tc>
          <w:tcPr>
            <w:tcW w:type="dxa" w:w="2880"/>
          </w:tcPr>
          <w:p>
            <w:r>
              <w:t>2</w:t>
            </w:r>
          </w:p>
        </w:tc>
      </w:tr>
      <w:tr>
        <w:tc>
          <w:tcPr>
            <w:tcW w:type="dxa" w:w="2880"/>
          </w:tcPr>
          <w:p>
            <w:r>
              <w:t>2026-08-03</w:t>
            </w:r>
          </w:p>
        </w:tc>
        <w:tc>
          <w:tcPr>
            <w:tcW w:type="dxa" w:w="2880"/>
          </w:tcPr>
          <w:p>
            <w:r>
              <w:t>trolley</w:t>
            </w:r>
          </w:p>
        </w:tc>
        <w:tc>
          <w:tcPr>
            <w:tcW w:type="dxa" w:w="2880"/>
          </w:tcPr>
          <w:p>
            <w:r>
              <w:t>0</w:t>
            </w:r>
          </w:p>
        </w:tc>
      </w:tr>
      <w:tr>
        <w:tc>
          <w:tcPr>
            <w:tcW w:type="dxa" w:w="2880"/>
          </w:tcPr>
          <w:p>
            <w:r>
              <w:t>2026-08-10</w:t>
            </w:r>
          </w:p>
        </w:tc>
        <w:tc>
          <w:tcPr>
            <w:tcW w:type="dxa" w:w="2880"/>
          </w:tcPr>
          <w:p>
            <w:r>
              <w:t>hoist</w:t>
            </w:r>
          </w:p>
        </w:tc>
        <w:tc>
          <w:tcPr>
            <w:tcW w:type="dxa" w:w="2880"/>
          </w:tcPr>
          <w:p>
            <w:r>
              <w:t>1</w:t>
            </w:r>
          </w:p>
        </w:tc>
      </w:tr>
      <w:tr>
        <w:tc>
          <w:tcPr>
            <w:tcW w:type="dxa" w:w="2880"/>
          </w:tcPr>
          <w:p>
            <w:r>
              <w:t>2026-08-10</w:t>
            </w:r>
          </w:p>
        </w:tc>
        <w:tc>
          <w:tcPr>
            <w:tcW w:type="dxa" w:w="2880"/>
          </w:tcPr>
          <w:p>
            <w:r>
              <w:t>electrical</w:t>
            </w:r>
          </w:p>
        </w:tc>
        <w:tc>
          <w:tcPr>
            <w:tcW w:type="dxa" w:w="2880"/>
          </w:tcPr>
          <w:p>
            <w:r>
              <w:t>2</w:t>
            </w:r>
          </w:p>
        </w:tc>
      </w:tr>
      <w:tr>
        <w:tc>
          <w:tcPr>
            <w:tcW w:type="dxa" w:w="2880"/>
          </w:tcPr>
          <w:p>
            <w:r>
              <w:t>2026-08-10</w:t>
            </w:r>
          </w:p>
        </w:tc>
        <w:tc>
          <w:tcPr>
            <w:tcW w:type="dxa" w:w="2880"/>
          </w:tcPr>
          <w:p>
            <w:r>
              <w:t>spreader</w:t>
            </w:r>
          </w:p>
        </w:tc>
        <w:tc>
          <w:tcPr>
            <w:tcW w:type="dxa" w:w="2880"/>
          </w:tcPr>
          <w:p>
            <w:r>
              <w:t>2</w:t>
            </w:r>
          </w:p>
        </w:tc>
      </w:tr>
      <w:tr>
        <w:tc>
          <w:tcPr>
            <w:tcW w:type="dxa" w:w="2880"/>
          </w:tcPr>
          <w:p>
            <w:r>
              <w:t>2026-08-10</w:t>
            </w:r>
          </w:p>
        </w:tc>
        <w:tc>
          <w:tcPr>
            <w:tcW w:type="dxa" w:w="2880"/>
          </w:tcPr>
          <w:p>
            <w:r>
              <w:t>trolley</w:t>
            </w:r>
          </w:p>
        </w:tc>
        <w:tc>
          <w:tcPr>
            <w:tcW w:type="dxa" w:w="2880"/>
          </w:tcPr>
          <w:p>
            <w:r>
              <w:t>3</w:t>
            </w:r>
          </w:p>
        </w:tc>
      </w:tr>
      <w:tr>
        <w:tc>
          <w:tcPr>
            <w:tcW w:type="dxa" w:w="2880"/>
          </w:tcPr>
          <w:p>
            <w:r>
              <w:t>2026-08-17</w:t>
            </w:r>
          </w:p>
        </w:tc>
        <w:tc>
          <w:tcPr>
            <w:tcW w:type="dxa" w:w="2880"/>
          </w:tcPr>
          <w:p>
            <w:r>
              <w:t>hoist</w:t>
            </w:r>
          </w:p>
        </w:tc>
        <w:tc>
          <w:tcPr>
            <w:tcW w:type="dxa" w:w="2880"/>
          </w:tcPr>
          <w:p>
            <w:r>
              <w:t>3</w:t>
            </w:r>
          </w:p>
        </w:tc>
      </w:tr>
      <w:tr>
        <w:tc>
          <w:tcPr>
            <w:tcW w:type="dxa" w:w="2880"/>
          </w:tcPr>
          <w:p>
            <w:r>
              <w:t>2026-08-17</w:t>
            </w:r>
          </w:p>
        </w:tc>
        <w:tc>
          <w:tcPr>
            <w:tcW w:type="dxa" w:w="2880"/>
          </w:tcPr>
          <w:p>
            <w:r>
              <w:t>electrical</w:t>
            </w:r>
          </w:p>
        </w:tc>
        <w:tc>
          <w:tcPr>
            <w:tcW w:type="dxa" w:w="2880"/>
          </w:tcPr>
          <w:p>
            <w:r>
              <w:t>5</w:t>
            </w:r>
          </w:p>
        </w:tc>
      </w:tr>
      <w:tr>
        <w:tc>
          <w:tcPr>
            <w:tcW w:type="dxa" w:w="2880"/>
          </w:tcPr>
          <w:p>
            <w:r>
              <w:t>2026-08-17</w:t>
            </w:r>
          </w:p>
        </w:tc>
        <w:tc>
          <w:tcPr>
            <w:tcW w:type="dxa" w:w="2880"/>
          </w:tcPr>
          <w:p>
            <w:r>
              <w:t>spreader</w:t>
            </w:r>
          </w:p>
        </w:tc>
        <w:tc>
          <w:tcPr>
            <w:tcW w:type="dxa" w:w="2880"/>
          </w:tcPr>
          <w:p>
            <w:r>
              <w:t>6</w:t>
            </w:r>
          </w:p>
        </w:tc>
      </w:tr>
      <w:tr>
        <w:tc>
          <w:tcPr>
            <w:tcW w:type="dxa" w:w="2880"/>
          </w:tcPr>
          <w:p>
            <w:r>
              <w:t>2026-08-17</w:t>
            </w:r>
          </w:p>
        </w:tc>
        <w:tc>
          <w:tcPr>
            <w:tcW w:type="dxa" w:w="2880"/>
          </w:tcPr>
          <w:p>
            <w:r>
              <w:t>trolley</w:t>
            </w:r>
          </w:p>
        </w:tc>
        <w:tc>
          <w:tcPr>
            <w:tcW w:type="dxa" w:w="2880"/>
          </w:tcPr>
          <w:p>
            <w:r>
              <w:t>3</w:t>
            </w:r>
          </w:p>
        </w:tc>
      </w:tr>
      <w:tr>
        <w:tc>
          <w:tcPr>
            <w:tcW w:type="dxa" w:w="2880"/>
          </w:tcPr>
          <w:p>
            <w:r>
              <w:t>2026-08-24</w:t>
            </w:r>
          </w:p>
        </w:tc>
        <w:tc>
          <w:tcPr>
            <w:tcW w:type="dxa" w:w="2880"/>
          </w:tcPr>
          <w:p>
            <w:r>
              <w:t>hoist</w:t>
            </w:r>
          </w:p>
        </w:tc>
        <w:tc>
          <w:tcPr>
            <w:tcW w:type="dxa" w:w="2880"/>
          </w:tcPr>
          <w:p>
            <w:r>
              <w:t>4</w:t>
            </w:r>
          </w:p>
        </w:tc>
      </w:tr>
      <w:tr>
        <w:tc>
          <w:tcPr>
            <w:tcW w:type="dxa" w:w="2880"/>
          </w:tcPr>
          <w:p>
            <w:r>
              <w:t>2026-08-24</w:t>
            </w:r>
          </w:p>
        </w:tc>
        <w:tc>
          <w:tcPr>
            <w:tcW w:type="dxa" w:w="2880"/>
          </w:tcPr>
          <w:p>
            <w:r>
              <w:t>electrical</w:t>
            </w:r>
          </w:p>
        </w:tc>
        <w:tc>
          <w:tcPr>
            <w:tcW w:type="dxa" w:w="2880"/>
          </w:tcPr>
          <w:p>
            <w:r>
              <w:t>4</w:t>
            </w:r>
          </w:p>
        </w:tc>
      </w:tr>
      <w:tr>
        <w:tc>
          <w:tcPr>
            <w:tcW w:type="dxa" w:w="2880"/>
          </w:tcPr>
          <w:p>
            <w:r>
              <w:t>2026-08-24</w:t>
            </w:r>
          </w:p>
        </w:tc>
        <w:tc>
          <w:tcPr>
            <w:tcW w:type="dxa" w:w="2880"/>
          </w:tcPr>
          <w:p>
            <w:r>
              <w:t>spreader</w:t>
            </w:r>
          </w:p>
        </w:tc>
        <w:tc>
          <w:tcPr>
            <w:tcW w:type="dxa" w:w="2880"/>
          </w:tcPr>
          <w:p>
            <w:r>
              <w:t>3</w:t>
            </w:r>
          </w:p>
        </w:tc>
      </w:tr>
      <w:tr>
        <w:tc>
          <w:tcPr>
            <w:tcW w:type="dxa" w:w="2880"/>
          </w:tcPr>
          <w:p>
            <w:r>
              <w:t>2026-08-24</w:t>
            </w:r>
          </w:p>
        </w:tc>
        <w:tc>
          <w:tcPr>
            <w:tcW w:type="dxa" w:w="2880"/>
          </w:tcPr>
          <w:p>
            <w:r>
              <w:t>trolley</w:t>
            </w:r>
          </w:p>
        </w:tc>
        <w:tc>
          <w:tcPr>
            <w:tcW w:type="dxa" w:w="2880"/>
          </w:tcPr>
          <w:p>
            <w:r>
              <w:t>6</w:t>
            </w:r>
          </w:p>
        </w:tc>
      </w:tr>
      <w:tr>
        <w:tc>
          <w:tcPr>
            <w:tcW w:type="dxa" w:w="2880"/>
          </w:tcPr>
          <w:p>
            <w:r>
              <w:t>2026-08-31</w:t>
            </w:r>
          </w:p>
        </w:tc>
        <w:tc>
          <w:tcPr>
            <w:tcW w:type="dxa" w:w="2880"/>
          </w:tcPr>
          <w:p>
            <w:r>
              <w:t>hoist</w:t>
            </w:r>
          </w:p>
        </w:tc>
        <w:tc>
          <w:tcPr>
            <w:tcW w:type="dxa" w:w="2880"/>
          </w:tcPr>
          <w:p>
            <w:r>
              <w:t>4</w:t>
            </w:r>
          </w:p>
        </w:tc>
      </w:tr>
      <w:tr>
        <w:tc>
          <w:tcPr>
            <w:tcW w:type="dxa" w:w="2880"/>
          </w:tcPr>
          <w:p>
            <w:r>
              <w:t>2026-08-31</w:t>
            </w:r>
          </w:p>
        </w:tc>
        <w:tc>
          <w:tcPr>
            <w:tcW w:type="dxa" w:w="2880"/>
          </w:tcPr>
          <w:p>
            <w:r>
              <w:t>electrical</w:t>
            </w:r>
          </w:p>
        </w:tc>
        <w:tc>
          <w:tcPr>
            <w:tcW w:type="dxa" w:w="2880"/>
          </w:tcPr>
          <w:p>
            <w:r>
              <w:t>0</w:t>
            </w:r>
          </w:p>
        </w:tc>
      </w:tr>
      <w:tr>
        <w:tc>
          <w:tcPr>
            <w:tcW w:type="dxa" w:w="2880"/>
          </w:tcPr>
          <w:p>
            <w:r>
              <w:t>2026-08-31</w:t>
            </w:r>
          </w:p>
        </w:tc>
        <w:tc>
          <w:tcPr>
            <w:tcW w:type="dxa" w:w="2880"/>
          </w:tcPr>
          <w:p>
            <w:r>
              <w:t>spreader</w:t>
            </w:r>
          </w:p>
        </w:tc>
        <w:tc>
          <w:tcPr>
            <w:tcW w:type="dxa" w:w="2880"/>
          </w:tcPr>
          <w:p>
            <w:r>
              <w:t>2</w:t>
            </w:r>
          </w:p>
        </w:tc>
      </w:tr>
      <w:tr>
        <w:tc>
          <w:tcPr>
            <w:tcW w:type="dxa" w:w="2880"/>
          </w:tcPr>
          <w:p>
            <w:r>
              <w:t>2026-08-31</w:t>
            </w:r>
          </w:p>
        </w:tc>
        <w:tc>
          <w:tcPr>
            <w:tcW w:type="dxa" w:w="2880"/>
          </w:tcPr>
          <w:p>
            <w:r>
              <w:t>trolley</w:t>
            </w:r>
          </w:p>
        </w:tc>
        <w:tc>
          <w:tcPr>
            <w:tcW w:type="dxa" w:w="2880"/>
          </w:tcPr>
          <w:p>
            <w:r>
              <w:t>3</w:t>
            </w:r>
          </w:p>
        </w:tc>
      </w:tr>
      <w:tr>
        <w:tc>
          <w:tcPr>
            <w:tcW w:type="dxa" w:w="2880"/>
          </w:tcPr>
          <w:p>
            <w:r>
              <w:t>2026-09-07</w:t>
            </w:r>
          </w:p>
        </w:tc>
        <w:tc>
          <w:tcPr>
            <w:tcW w:type="dxa" w:w="2880"/>
          </w:tcPr>
          <w:p>
            <w:r>
              <w:t>hoist</w:t>
            </w:r>
          </w:p>
        </w:tc>
        <w:tc>
          <w:tcPr>
            <w:tcW w:type="dxa" w:w="2880"/>
          </w:tcPr>
          <w:p>
            <w:r>
              <w:t>2</w:t>
            </w:r>
          </w:p>
        </w:tc>
      </w:tr>
      <w:tr>
        <w:tc>
          <w:tcPr>
            <w:tcW w:type="dxa" w:w="2880"/>
          </w:tcPr>
          <w:p>
            <w:r>
              <w:t>2026-09-07</w:t>
            </w:r>
          </w:p>
        </w:tc>
        <w:tc>
          <w:tcPr>
            <w:tcW w:type="dxa" w:w="2880"/>
          </w:tcPr>
          <w:p>
            <w:r>
              <w:t>electrical</w:t>
            </w:r>
          </w:p>
        </w:tc>
        <w:tc>
          <w:tcPr>
            <w:tcW w:type="dxa" w:w="2880"/>
          </w:tcPr>
          <w:p>
            <w:r>
              <w:t>2</w:t>
            </w:r>
          </w:p>
        </w:tc>
      </w:tr>
      <w:tr>
        <w:tc>
          <w:tcPr>
            <w:tcW w:type="dxa" w:w="2880"/>
          </w:tcPr>
          <w:p>
            <w:r>
              <w:t>2026-09-07</w:t>
            </w:r>
          </w:p>
        </w:tc>
        <w:tc>
          <w:tcPr>
            <w:tcW w:type="dxa" w:w="2880"/>
          </w:tcPr>
          <w:p>
            <w:r>
              <w:t>spreader</w:t>
            </w:r>
          </w:p>
        </w:tc>
        <w:tc>
          <w:tcPr>
            <w:tcW w:type="dxa" w:w="2880"/>
          </w:tcPr>
          <w:p>
            <w:r>
              <w:t>4</w:t>
            </w:r>
          </w:p>
        </w:tc>
      </w:tr>
      <w:tr>
        <w:tc>
          <w:tcPr>
            <w:tcW w:type="dxa" w:w="2880"/>
          </w:tcPr>
          <w:p>
            <w:r>
              <w:t>2026-09-07</w:t>
            </w:r>
          </w:p>
        </w:tc>
        <w:tc>
          <w:tcPr>
            <w:tcW w:type="dxa" w:w="2880"/>
          </w:tcPr>
          <w:p>
            <w:r>
              <w:t>trolley</w:t>
            </w:r>
          </w:p>
        </w:tc>
        <w:tc>
          <w:tcPr>
            <w:tcW w:type="dxa" w:w="2880"/>
          </w:tcPr>
          <w:p>
            <w:r>
              <w:t>7</w:t>
            </w:r>
          </w:p>
        </w:tc>
      </w:tr>
      <w:tr>
        <w:tc>
          <w:tcPr>
            <w:tcW w:type="dxa" w:w="2880"/>
          </w:tcPr>
          <w:p>
            <w:r>
              <w:t>2026-09-14</w:t>
            </w:r>
          </w:p>
        </w:tc>
        <w:tc>
          <w:tcPr>
            <w:tcW w:type="dxa" w:w="2880"/>
          </w:tcPr>
          <w:p>
            <w:r>
              <w:t>hoist</w:t>
            </w:r>
          </w:p>
        </w:tc>
        <w:tc>
          <w:tcPr>
            <w:tcW w:type="dxa" w:w="2880"/>
          </w:tcPr>
          <w:p>
            <w:r>
              <w:t>4</w:t>
            </w:r>
          </w:p>
        </w:tc>
      </w:tr>
      <w:tr>
        <w:tc>
          <w:tcPr>
            <w:tcW w:type="dxa" w:w="2880"/>
          </w:tcPr>
          <w:p>
            <w:r>
              <w:t>2026-09-14</w:t>
            </w:r>
          </w:p>
        </w:tc>
        <w:tc>
          <w:tcPr>
            <w:tcW w:type="dxa" w:w="2880"/>
          </w:tcPr>
          <w:p>
            <w:r>
              <w:t>electrical</w:t>
            </w:r>
          </w:p>
        </w:tc>
        <w:tc>
          <w:tcPr>
            <w:tcW w:type="dxa" w:w="2880"/>
          </w:tcPr>
          <w:p>
            <w:r>
              <w:t>5</w:t>
            </w:r>
          </w:p>
        </w:tc>
      </w:tr>
      <w:tr>
        <w:tc>
          <w:tcPr>
            <w:tcW w:type="dxa" w:w="2880"/>
          </w:tcPr>
          <w:p>
            <w:r>
              <w:t>2026-09-14</w:t>
            </w:r>
          </w:p>
        </w:tc>
        <w:tc>
          <w:tcPr>
            <w:tcW w:type="dxa" w:w="2880"/>
          </w:tcPr>
          <w:p>
            <w:r>
              <w:t>spreader</w:t>
            </w:r>
          </w:p>
        </w:tc>
        <w:tc>
          <w:tcPr>
            <w:tcW w:type="dxa" w:w="2880"/>
          </w:tcPr>
          <w:p>
            <w:r>
              <w:t>6</w:t>
            </w:r>
          </w:p>
        </w:tc>
      </w:tr>
      <w:tr>
        <w:tc>
          <w:tcPr>
            <w:tcW w:type="dxa" w:w="2880"/>
          </w:tcPr>
          <w:p>
            <w:r>
              <w:t>2026-09-14</w:t>
            </w:r>
          </w:p>
        </w:tc>
        <w:tc>
          <w:tcPr>
            <w:tcW w:type="dxa" w:w="2880"/>
          </w:tcPr>
          <w:p>
            <w:r>
              <w:t>trolley</w:t>
            </w:r>
          </w:p>
        </w:tc>
        <w:tc>
          <w:tcPr>
            <w:tcW w:type="dxa" w:w="2880"/>
          </w:tcPr>
          <w:p>
            <w:r>
              <w:t>6</w:t>
            </w:r>
          </w:p>
        </w:tc>
      </w:tr>
      <w:tr>
        <w:tc>
          <w:tcPr>
            <w:tcW w:type="dxa" w:w="2880"/>
          </w:tcPr>
          <w:p>
            <w:r>
              <w:t>2026-09-21</w:t>
            </w:r>
          </w:p>
        </w:tc>
        <w:tc>
          <w:tcPr>
            <w:tcW w:type="dxa" w:w="2880"/>
          </w:tcPr>
          <w:p>
            <w:r>
              <w:t>hoist</w:t>
            </w:r>
          </w:p>
        </w:tc>
        <w:tc>
          <w:tcPr>
            <w:tcW w:type="dxa" w:w="2880"/>
          </w:tcPr>
          <w:p>
            <w:r>
              <w:t>2</w:t>
            </w:r>
          </w:p>
        </w:tc>
      </w:tr>
      <w:tr>
        <w:tc>
          <w:tcPr>
            <w:tcW w:type="dxa" w:w="2880"/>
          </w:tcPr>
          <w:p>
            <w:r>
              <w:t>2026-09-21</w:t>
            </w:r>
          </w:p>
        </w:tc>
        <w:tc>
          <w:tcPr>
            <w:tcW w:type="dxa" w:w="2880"/>
          </w:tcPr>
          <w:p>
            <w:r>
              <w:t>electrical</w:t>
            </w:r>
          </w:p>
        </w:tc>
        <w:tc>
          <w:tcPr>
            <w:tcW w:type="dxa" w:w="2880"/>
          </w:tcPr>
          <w:p>
            <w:r>
              <w:t>4</w:t>
            </w:r>
          </w:p>
        </w:tc>
      </w:tr>
      <w:tr>
        <w:tc>
          <w:tcPr>
            <w:tcW w:type="dxa" w:w="2880"/>
          </w:tcPr>
          <w:p>
            <w:r>
              <w:t>2026-09-21</w:t>
            </w:r>
          </w:p>
        </w:tc>
        <w:tc>
          <w:tcPr>
            <w:tcW w:type="dxa" w:w="2880"/>
          </w:tcPr>
          <w:p>
            <w:r>
              <w:t>spreader</w:t>
            </w:r>
          </w:p>
        </w:tc>
        <w:tc>
          <w:tcPr>
            <w:tcW w:type="dxa" w:w="2880"/>
          </w:tcPr>
          <w:p>
            <w:r>
              <w:t>3</w:t>
            </w:r>
          </w:p>
        </w:tc>
      </w:tr>
      <w:tr>
        <w:tc>
          <w:tcPr>
            <w:tcW w:type="dxa" w:w="2880"/>
          </w:tcPr>
          <w:p>
            <w:r>
              <w:t>2026-09-21</w:t>
            </w:r>
          </w:p>
        </w:tc>
        <w:tc>
          <w:tcPr>
            <w:tcW w:type="dxa" w:w="2880"/>
          </w:tcPr>
          <w:p>
            <w:r>
              <w:t>trolley</w:t>
            </w:r>
          </w:p>
        </w:tc>
        <w:tc>
          <w:tcPr>
            <w:tcW w:type="dxa" w:w="2880"/>
          </w:tcPr>
          <w:p>
            <w:r>
              <w:t>4</w:t>
            </w:r>
          </w:p>
        </w:tc>
      </w:tr>
      <w:tr>
        <w:tc>
          <w:tcPr>
            <w:tcW w:type="dxa" w:w="2880"/>
          </w:tcPr>
          <w:p>
            <w:r>
              <w:t>2026-09-28</w:t>
            </w:r>
          </w:p>
        </w:tc>
        <w:tc>
          <w:tcPr>
            <w:tcW w:type="dxa" w:w="2880"/>
          </w:tcPr>
          <w:p>
            <w:r>
              <w:t>hoist</w:t>
            </w:r>
          </w:p>
        </w:tc>
        <w:tc>
          <w:tcPr>
            <w:tcW w:type="dxa" w:w="2880"/>
          </w:tcPr>
          <w:p>
            <w:r>
              <w:t>0</w:t>
            </w:r>
          </w:p>
        </w:tc>
      </w:tr>
      <w:tr>
        <w:tc>
          <w:tcPr>
            <w:tcW w:type="dxa" w:w="2880"/>
          </w:tcPr>
          <w:p>
            <w:r>
              <w:t>2026-09-28</w:t>
            </w:r>
          </w:p>
        </w:tc>
        <w:tc>
          <w:tcPr>
            <w:tcW w:type="dxa" w:w="2880"/>
          </w:tcPr>
          <w:p>
            <w:r>
              <w:t>electrical</w:t>
            </w:r>
          </w:p>
        </w:tc>
        <w:tc>
          <w:tcPr>
            <w:tcW w:type="dxa" w:w="2880"/>
          </w:tcPr>
          <w:p>
            <w:r>
              <w:t>2</w:t>
            </w:r>
          </w:p>
        </w:tc>
      </w:tr>
      <w:tr>
        <w:tc>
          <w:tcPr>
            <w:tcW w:type="dxa" w:w="2880"/>
          </w:tcPr>
          <w:p>
            <w:r>
              <w:t>2026-09-28</w:t>
            </w:r>
          </w:p>
        </w:tc>
        <w:tc>
          <w:tcPr>
            <w:tcW w:type="dxa" w:w="2880"/>
          </w:tcPr>
          <w:p>
            <w:r>
              <w:t>spreader</w:t>
            </w:r>
          </w:p>
        </w:tc>
        <w:tc>
          <w:tcPr>
            <w:tcW w:type="dxa" w:w="2880"/>
          </w:tcPr>
          <w:p>
            <w:r>
              <w:t>2</w:t>
            </w:r>
          </w:p>
        </w:tc>
      </w:tr>
      <w:tr>
        <w:tc>
          <w:tcPr>
            <w:tcW w:type="dxa" w:w="2880"/>
          </w:tcPr>
          <w:p>
            <w:r>
              <w:t>2026-09-28</w:t>
            </w:r>
          </w:p>
        </w:tc>
        <w:tc>
          <w:tcPr>
            <w:tcW w:type="dxa" w:w="2880"/>
          </w:tcPr>
          <w:p>
            <w:r>
              <w:t>trolley</w:t>
            </w:r>
          </w:p>
        </w:tc>
        <w:tc>
          <w:tcPr>
            <w:tcW w:type="dxa" w:w="2880"/>
          </w:tcPr>
          <w:p>
            <w:r>
              <w:t>1</w:t>
            </w:r>
          </w:p>
        </w:tc>
      </w:tr>
    </w:tbl>
    <w:p/>
    <w:p>
      <w:pPr>
        <w:pStyle w:val="Heading2"/>
      </w:pPr>
      <w:r>
        <w:t>Figure 29. Summarize within: Yard zones [77]</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1,034</w:t>
            </w:r>
          </w:p>
        </w:tc>
        <w:tc>
          <w:tcPr>
            <w:tcW w:type="dxa" w:w="2880"/>
          </w:tcPr>
          <w:p>
            <w:r>
              <w:t>1,295</w:t>
            </w:r>
          </w:p>
        </w:tc>
        <w:tc>
          <w:tcPr>
            <w:tcW w:type="dxa" w:w="2880"/>
          </w:tcPr>
          <w:p>
            <w:r>
              <w:t>7</w:t>
            </w:r>
          </w:p>
        </w:tc>
      </w:tr>
      <w:tr>
        <w:tc>
          <w:tcPr>
            <w:tcW w:type="dxa" w:w="2880"/>
          </w:tcPr>
          <w:p>
            <w:r>
              <w:t>1,295</w:t>
            </w:r>
          </w:p>
        </w:tc>
        <w:tc>
          <w:tcPr>
            <w:tcW w:type="dxa" w:w="2880"/>
          </w:tcPr>
          <w:p>
            <w:r>
              <w:t>1,556</w:t>
            </w:r>
          </w:p>
        </w:tc>
        <w:tc>
          <w:tcPr>
            <w:tcW w:type="dxa" w:w="2880"/>
          </w:tcPr>
          <w:p>
            <w:r>
              <w:t>5</w:t>
            </w:r>
          </w:p>
        </w:tc>
      </w:tr>
      <w:tr>
        <w:tc>
          <w:tcPr>
            <w:tcW w:type="dxa" w:w="2880"/>
          </w:tcPr>
          <w:p>
            <w:r>
              <w:t>1,556</w:t>
            </w:r>
          </w:p>
        </w:tc>
        <w:tc>
          <w:tcPr>
            <w:tcW w:type="dxa" w:w="2880"/>
          </w:tcPr>
          <w:p>
            <w:r>
              <w:t>1,816</w:t>
            </w:r>
          </w:p>
        </w:tc>
        <w:tc>
          <w:tcPr>
            <w:tcW w:type="dxa" w:w="2880"/>
          </w:tcPr>
          <w:p>
            <w:r>
              <w:t>2</w:t>
            </w:r>
          </w:p>
        </w:tc>
      </w:tr>
      <w:tr>
        <w:tc>
          <w:tcPr>
            <w:tcW w:type="dxa" w:w="2880"/>
          </w:tcPr>
          <w:p>
            <w:r>
              <w:t>1,816</w:t>
            </w:r>
          </w:p>
        </w:tc>
        <w:tc>
          <w:tcPr>
            <w:tcW w:type="dxa" w:w="2880"/>
          </w:tcPr>
          <w:p>
            <w:r>
              <w:t>2,077</w:t>
            </w:r>
          </w:p>
        </w:tc>
        <w:tc>
          <w:tcPr>
            <w:tcW w:type="dxa" w:w="2880"/>
          </w:tcPr>
          <w:p>
            <w:r>
              <w:t>2</w:t>
            </w:r>
          </w:p>
        </w:tc>
      </w:tr>
      <w:tr>
        <w:tc>
          <w:tcPr>
            <w:tcW w:type="dxa" w:w="2880"/>
          </w:tcPr>
          <w:p>
            <w:r>
              <w:t>2,077</w:t>
            </w:r>
          </w:p>
        </w:tc>
        <w:tc>
          <w:tcPr>
            <w:tcW w:type="dxa" w:w="2880"/>
          </w:tcPr>
          <w:p>
            <w:r>
              <w:t>2,338</w:t>
            </w:r>
          </w:p>
        </w:tc>
        <w:tc>
          <w:tcPr>
            <w:tcW w:type="dxa" w:w="2880"/>
          </w:tcPr>
          <w:p>
            <w:r>
              <w:t>5</w:t>
            </w:r>
          </w:p>
        </w:tc>
      </w:tr>
      <w:tr>
        <w:tc>
          <w:tcPr>
            <w:tcW w:type="dxa" w:w="2880"/>
          </w:tcPr>
          <w:p>
            <w:r>
              <w:t>2,338</w:t>
            </w:r>
          </w:p>
        </w:tc>
        <w:tc>
          <w:tcPr>
            <w:tcW w:type="dxa" w:w="2880"/>
          </w:tcPr>
          <w:p>
            <w:r>
              <w:t>2,599</w:t>
            </w:r>
          </w:p>
        </w:tc>
        <w:tc>
          <w:tcPr>
            <w:tcW w:type="dxa" w:w="2880"/>
          </w:tcPr>
          <w:p>
            <w:r>
              <w:t>9</w:t>
            </w:r>
          </w:p>
        </w:tc>
      </w:tr>
    </w:tbl>
    <w:p/>
    <w:p>
      <w:pPr>
        <w:pStyle w:val="Heading2"/>
      </w:pPr>
      <w:r>
        <w:t>Figure 30. Summarize within: Yard zones [78]</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1,034</w:t>
            </w:r>
          </w:p>
        </w:tc>
        <w:tc>
          <w:tcPr>
            <w:tcW w:type="dxa" w:w="2880"/>
          </w:tcPr>
          <w:p>
            <w:r>
              <w:t>1,295</w:t>
            </w:r>
          </w:p>
        </w:tc>
        <w:tc>
          <w:tcPr>
            <w:tcW w:type="dxa" w:w="2880"/>
          </w:tcPr>
          <w:p>
            <w:r>
              <w:t>7</w:t>
            </w:r>
          </w:p>
        </w:tc>
      </w:tr>
      <w:tr>
        <w:tc>
          <w:tcPr>
            <w:tcW w:type="dxa" w:w="2880"/>
          </w:tcPr>
          <w:p>
            <w:r>
              <w:t>1,295</w:t>
            </w:r>
          </w:p>
        </w:tc>
        <w:tc>
          <w:tcPr>
            <w:tcW w:type="dxa" w:w="2880"/>
          </w:tcPr>
          <w:p>
            <w:r>
              <w:t>1,556</w:t>
            </w:r>
          </w:p>
        </w:tc>
        <w:tc>
          <w:tcPr>
            <w:tcW w:type="dxa" w:w="2880"/>
          </w:tcPr>
          <w:p>
            <w:r>
              <w:t>5</w:t>
            </w:r>
          </w:p>
        </w:tc>
      </w:tr>
      <w:tr>
        <w:tc>
          <w:tcPr>
            <w:tcW w:type="dxa" w:w="2880"/>
          </w:tcPr>
          <w:p>
            <w:r>
              <w:t>1,556</w:t>
            </w:r>
          </w:p>
        </w:tc>
        <w:tc>
          <w:tcPr>
            <w:tcW w:type="dxa" w:w="2880"/>
          </w:tcPr>
          <w:p>
            <w:r>
              <w:t>1,816</w:t>
            </w:r>
          </w:p>
        </w:tc>
        <w:tc>
          <w:tcPr>
            <w:tcW w:type="dxa" w:w="2880"/>
          </w:tcPr>
          <w:p>
            <w:r>
              <w:t>2</w:t>
            </w:r>
          </w:p>
        </w:tc>
      </w:tr>
      <w:tr>
        <w:tc>
          <w:tcPr>
            <w:tcW w:type="dxa" w:w="2880"/>
          </w:tcPr>
          <w:p>
            <w:r>
              <w:t>1,816</w:t>
            </w:r>
          </w:p>
        </w:tc>
        <w:tc>
          <w:tcPr>
            <w:tcW w:type="dxa" w:w="2880"/>
          </w:tcPr>
          <w:p>
            <w:r>
              <w:t>2,077</w:t>
            </w:r>
          </w:p>
        </w:tc>
        <w:tc>
          <w:tcPr>
            <w:tcW w:type="dxa" w:w="2880"/>
          </w:tcPr>
          <w:p>
            <w:r>
              <w:t>2</w:t>
            </w:r>
          </w:p>
        </w:tc>
      </w:tr>
      <w:tr>
        <w:tc>
          <w:tcPr>
            <w:tcW w:type="dxa" w:w="2880"/>
          </w:tcPr>
          <w:p>
            <w:r>
              <w:t>2,077</w:t>
            </w:r>
          </w:p>
        </w:tc>
        <w:tc>
          <w:tcPr>
            <w:tcW w:type="dxa" w:w="2880"/>
          </w:tcPr>
          <w:p>
            <w:r>
              <w:t>2,338</w:t>
            </w:r>
          </w:p>
        </w:tc>
        <w:tc>
          <w:tcPr>
            <w:tcW w:type="dxa" w:w="2880"/>
          </w:tcPr>
          <w:p>
            <w:r>
              <w:t>5</w:t>
            </w:r>
          </w:p>
        </w:tc>
      </w:tr>
      <w:tr>
        <w:tc>
          <w:tcPr>
            <w:tcW w:type="dxa" w:w="2880"/>
          </w:tcPr>
          <w:p>
            <w:r>
              <w:t>2,338</w:t>
            </w:r>
          </w:p>
        </w:tc>
        <w:tc>
          <w:tcPr>
            <w:tcW w:type="dxa" w:w="2880"/>
          </w:tcPr>
          <w:p>
            <w:r>
              <w:t>2,599</w:t>
            </w:r>
          </w:p>
        </w:tc>
        <w:tc>
          <w:tcPr>
            <w:tcW w:type="dxa" w:w="2880"/>
          </w:tcPr>
          <w:p>
            <w:r>
              <w:t>9</w:t>
            </w:r>
          </w:p>
        </w:tc>
      </w:tr>
    </w:tbl>
    <w:p/>
    <w:p>
      <w:pPr>
        <w:pStyle w:val="Heading2"/>
      </w:pPr>
      <w:r>
        <w:t>Figure 31. Summarize within: Yard zones [79]</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43</w:t>
            </w:r>
          </w:p>
        </w:tc>
        <w:tc>
          <w:tcPr>
            <w:tcW w:type="dxa" w:w="2880"/>
          </w:tcPr>
          <w:p>
            <w:r>
              <w:t>107</w:t>
            </w:r>
          </w:p>
        </w:tc>
        <w:tc>
          <w:tcPr>
            <w:tcW w:type="dxa" w:w="2880"/>
          </w:tcPr>
          <w:p>
            <w:r>
              <w:t>29</w:t>
            </w:r>
          </w:p>
        </w:tc>
      </w:tr>
      <w:tr>
        <w:tc>
          <w:tcPr>
            <w:tcW w:type="dxa" w:w="2880"/>
          </w:tcPr>
          <w:p>
            <w:r>
              <w:t>107</w:t>
            </w:r>
          </w:p>
        </w:tc>
        <w:tc>
          <w:tcPr>
            <w:tcW w:type="dxa" w:w="2880"/>
          </w:tcPr>
          <w:p>
            <w:r>
              <w:t>171</w:t>
            </w:r>
          </w:p>
        </w:tc>
        <w:tc>
          <w:tcPr>
            <w:tcW w:type="dxa" w:w="2880"/>
          </w:tcPr>
          <w:p>
            <w:r>
              <w:t>0</w:t>
            </w:r>
          </w:p>
        </w:tc>
      </w:tr>
      <w:tr>
        <w:tc>
          <w:tcPr>
            <w:tcW w:type="dxa" w:w="2880"/>
          </w:tcPr>
          <w:p>
            <w:r>
              <w:t>171</w:t>
            </w:r>
          </w:p>
        </w:tc>
        <w:tc>
          <w:tcPr>
            <w:tcW w:type="dxa" w:w="2880"/>
          </w:tcPr>
          <w:p>
            <w:r>
              <w:t>235</w:t>
            </w:r>
          </w:p>
        </w:tc>
        <w:tc>
          <w:tcPr>
            <w:tcW w:type="dxa" w:w="2880"/>
          </w:tcPr>
          <w:p>
            <w:r>
              <w:t>0</w:t>
            </w:r>
          </w:p>
        </w:tc>
      </w:tr>
      <w:tr>
        <w:tc>
          <w:tcPr>
            <w:tcW w:type="dxa" w:w="2880"/>
          </w:tcPr>
          <w:p>
            <w:r>
              <w:t>235</w:t>
            </w:r>
          </w:p>
        </w:tc>
        <w:tc>
          <w:tcPr>
            <w:tcW w:type="dxa" w:w="2880"/>
          </w:tcPr>
          <w:p>
            <w:r>
              <w:t>299</w:t>
            </w:r>
          </w:p>
        </w:tc>
        <w:tc>
          <w:tcPr>
            <w:tcW w:type="dxa" w:w="2880"/>
          </w:tcPr>
          <w:p>
            <w:r>
              <w:t>0</w:t>
            </w:r>
          </w:p>
        </w:tc>
      </w:tr>
      <w:tr>
        <w:tc>
          <w:tcPr>
            <w:tcW w:type="dxa" w:w="2880"/>
          </w:tcPr>
          <w:p>
            <w:r>
              <w:t>299</w:t>
            </w:r>
          </w:p>
        </w:tc>
        <w:tc>
          <w:tcPr>
            <w:tcW w:type="dxa" w:w="2880"/>
          </w:tcPr>
          <w:p>
            <w:r>
              <w:t>363</w:t>
            </w:r>
          </w:p>
        </w:tc>
        <w:tc>
          <w:tcPr>
            <w:tcW w:type="dxa" w:w="2880"/>
          </w:tcPr>
          <w:p>
            <w:r>
              <w:t>0</w:t>
            </w:r>
          </w:p>
        </w:tc>
      </w:tr>
      <w:tr>
        <w:tc>
          <w:tcPr>
            <w:tcW w:type="dxa" w:w="2880"/>
          </w:tcPr>
          <w:p>
            <w:r>
              <w:t>363</w:t>
            </w:r>
          </w:p>
        </w:tc>
        <w:tc>
          <w:tcPr>
            <w:tcW w:type="dxa" w:w="2880"/>
          </w:tcPr>
          <w:p>
            <w:r>
              <w:t>427</w:t>
            </w:r>
          </w:p>
        </w:tc>
        <w:tc>
          <w:tcPr>
            <w:tcW w:type="dxa" w:w="2880"/>
          </w:tcPr>
          <w:p>
            <w:r>
              <w:t>1</w:t>
            </w:r>
          </w:p>
        </w:tc>
      </w:tr>
    </w:tbl>
    <w:p/>
    <w:p>
      <w:pPr>
        <w:pStyle w:val="Heading2"/>
      </w:pPr>
      <w:r>
        <w:t>Figure 32. Hot spot analysis: Equipment faults [80]</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bin_start</w:t>
            </w:r>
          </w:p>
        </w:tc>
        <w:tc>
          <w:tcPr>
            <w:tcW w:type="dxa" w:w="1728"/>
          </w:tcPr>
          <w:p>
            <w:r>
              <w:t>bin_end</w:t>
            </w:r>
          </w:p>
        </w:tc>
        <w:tc>
          <w:tcPr>
            <w:tcW w:type="dxa" w:w="1728"/>
          </w:tcPr>
          <w:p>
            <w:r>
              <w:t>band</w:t>
            </w:r>
          </w:p>
        </w:tc>
        <w:tc>
          <w:tcPr>
            <w:tcW w:type="dxa" w:w="1728"/>
          </w:tcPr>
          <w:p>
            <w:r>
              <w:t>band_label</w:t>
            </w:r>
          </w:p>
        </w:tc>
        <w:tc>
          <w:tcPr>
            <w:tcW w:type="dxa" w:w="1728"/>
          </w:tcPr>
          <w:p>
            <w:r>
              <w:t>count</w:t>
            </w:r>
          </w:p>
        </w:tc>
      </w:tr>
      <w:tr>
        <w:tc>
          <w:tcPr>
            <w:tcW w:type="dxa" w:w="1728"/>
          </w:tcPr>
          <w:p>
            <w:r>
              <w:t>-1</w:t>
            </w:r>
          </w:p>
        </w:tc>
        <w:tc>
          <w:tcPr>
            <w:tcW w:type="dxa" w:w="1728"/>
          </w:tcPr>
          <w:p>
            <w:r>
              <w:t>-0.5</w:t>
            </w:r>
          </w:p>
        </w:tc>
        <w:tc>
          <w:tcPr>
            <w:tcW w:type="dxa" w:w="1728"/>
          </w:tcPr>
          <w:p>
            <w:r>
              <w:t>not_significant</w:t>
            </w:r>
          </w:p>
        </w:tc>
        <w:tc>
          <w:tcPr>
            <w:tcW w:type="dxa" w:w="1728"/>
          </w:tcPr>
          <w:p>
            <w:r>
              <w:t>Not significant</w:t>
            </w:r>
          </w:p>
        </w:tc>
        <w:tc>
          <w:tcPr>
            <w:tcW w:type="dxa" w:w="1728"/>
          </w:tcPr>
          <w:p>
            <w:r>
              <w:t>18</w:t>
            </w:r>
          </w:p>
        </w:tc>
      </w:tr>
      <w:tr>
        <w:tc>
          <w:tcPr>
            <w:tcW w:type="dxa" w:w="1728"/>
          </w:tcPr>
          <w:p>
            <w:r>
              <w:t>-0.5</w:t>
            </w:r>
          </w:p>
        </w:tc>
        <w:tc>
          <w:tcPr>
            <w:tcW w:type="dxa" w:w="1728"/>
          </w:tcPr>
          <w:p>
            <w:r>
              <w:t>0</w:t>
            </w:r>
          </w:p>
        </w:tc>
        <w:tc>
          <w:tcPr>
            <w:tcW w:type="dxa" w:w="1728"/>
          </w:tcPr>
          <w:p>
            <w:r>
              <w:t>not_significant</w:t>
            </w:r>
          </w:p>
        </w:tc>
        <w:tc>
          <w:tcPr>
            <w:tcW w:type="dxa" w:w="1728"/>
          </w:tcPr>
          <w:p>
            <w:r>
              <w:t>Not significant</w:t>
            </w:r>
          </w:p>
        </w:tc>
        <w:tc>
          <w:tcPr>
            <w:tcW w:type="dxa" w:w="1728"/>
          </w:tcPr>
          <w:p>
            <w:r>
              <w:t>5</w:t>
            </w:r>
          </w:p>
        </w:tc>
      </w:tr>
      <w:tr>
        <w:tc>
          <w:tcPr>
            <w:tcW w:type="dxa" w:w="1728"/>
          </w:tcPr>
          <w:p>
            <w:r>
              <w:t>0</w:t>
            </w:r>
          </w:p>
        </w:tc>
        <w:tc>
          <w:tcPr>
            <w:tcW w:type="dxa" w:w="1728"/>
          </w:tcPr>
          <w:p>
            <w:r>
              <w:t>0.5</w:t>
            </w:r>
          </w:p>
        </w:tc>
        <w:tc>
          <w:tcPr>
            <w:tcW w:type="dxa" w:w="1728"/>
          </w:tcPr>
          <w:p>
            <w:r>
              <w:t>not_significant</w:t>
            </w:r>
          </w:p>
        </w:tc>
        <w:tc>
          <w:tcPr>
            <w:tcW w:type="dxa" w:w="1728"/>
          </w:tcPr>
          <w:p>
            <w:r>
              <w:t>Not significant</w:t>
            </w:r>
          </w:p>
        </w:tc>
        <w:tc>
          <w:tcPr>
            <w:tcW w:type="dxa" w:w="1728"/>
          </w:tcPr>
          <w:p>
            <w:r>
              <w:t>6</w:t>
            </w:r>
          </w:p>
        </w:tc>
      </w:tr>
      <w:tr>
        <w:tc>
          <w:tcPr>
            <w:tcW w:type="dxa" w:w="1728"/>
          </w:tcPr>
          <w:p>
            <w:r>
              <w:t>0.5</w:t>
            </w:r>
          </w:p>
        </w:tc>
        <w:tc>
          <w:tcPr>
            <w:tcW w:type="dxa" w:w="1728"/>
          </w:tcPr>
          <w:p>
            <w:r>
              <w:t>1</w:t>
            </w:r>
          </w:p>
        </w:tc>
        <w:tc>
          <w:tcPr>
            <w:tcW w:type="dxa" w:w="1728"/>
          </w:tcPr>
          <w:p>
            <w:r>
              <w:t>not_significant</w:t>
            </w:r>
          </w:p>
        </w:tc>
        <w:tc>
          <w:tcPr>
            <w:tcW w:type="dxa" w:w="1728"/>
          </w:tcPr>
          <w:p>
            <w:r>
              <w:t>Not significant</w:t>
            </w:r>
          </w:p>
        </w:tc>
        <w:tc>
          <w:tcPr>
            <w:tcW w:type="dxa" w:w="1728"/>
          </w:tcPr>
          <w:p>
            <w:r>
              <w:t>2</w:t>
            </w:r>
          </w:p>
        </w:tc>
      </w:tr>
      <w:tr>
        <w:tc>
          <w:tcPr>
            <w:tcW w:type="dxa" w:w="1728"/>
          </w:tcPr>
          <w:p>
            <w:r>
              <w:t>1</w:t>
            </w:r>
          </w:p>
        </w:tc>
        <w:tc>
          <w:tcPr>
            <w:tcW w:type="dxa" w:w="1728"/>
          </w:tcPr>
          <w:p>
            <w:r>
              <w:t>1.5</w:t>
            </w:r>
          </w:p>
        </w:tc>
        <w:tc>
          <w:tcPr>
            <w:tcW w:type="dxa" w:w="1728"/>
          </w:tcPr>
          <w:p>
            <w:r>
              <w:t>not_significant</w:t>
            </w:r>
          </w:p>
        </w:tc>
        <w:tc>
          <w:tcPr>
            <w:tcW w:type="dxa" w:w="1728"/>
          </w:tcPr>
          <w:p>
            <w:r>
              <w:t>Not significant</w:t>
            </w:r>
          </w:p>
        </w:tc>
        <w:tc>
          <w:tcPr>
            <w:tcW w:type="dxa" w:w="1728"/>
          </w:tcPr>
          <w:p>
            <w:r>
              <w:t>6</w:t>
            </w:r>
          </w:p>
        </w:tc>
      </w:tr>
      <w:tr>
        <w:tc>
          <w:tcPr>
            <w:tcW w:type="dxa" w:w="1728"/>
          </w:tcPr>
          <w:p>
            <w:r>
              <w:t>1.5</w:t>
            </w:r>
          </w:p>
        </w:tc>
        <w:tc>
          <w:tcPr>
            <w:tcW w:type="dxa" w:w="1728"/>
          </w:tcPr>
          <w:p>
            <w:r>
              <w:t>2</w:t>
            </w:r>
          </w:p>
        </w:tc>
        <w:tc>
          <w:tcPr>
            <w:tcW w:type="dxa" w:w="1728"/>
          </w:tcPr>
          <w:p>
            <w:r>
              <w:t>hot_90</w:t>
            </w:r>
          </w:p>
        </w:tc>
        <w:tc>
          <w:tcPr>
            <w:tcW w:type="dxa" w:w="1728"/>
          </w:tcPr>
          <w:p>
            <w:r>
              <w:t>Hot spot, 90% confidence</w:t>
            </w:r>
          </w:p>
        </w:tc>
        <w:tc>
          <w:tcPr>
            <w:tcW w:type="dxa" w:w="1728"/>
          </w:tcPr>
          <w:p>
            <w:r>
              <w:t>1</w:t>
            </w:r>
          </w:p>
        </w:tc>
      </w:tr>
      <w:tr>
        <w:tc>
          <w:tcPr>
            <w:tcW w:type="dxa" w:w="1728"/>
          </w:tcPr>
          <w:p>
            <w:r>
              <w:t>1.5</w:t>
            </w:r>
          </w:p>
        </w:tc>
        <w:tc>
          <w:tcPr>
            <w:tcW w:type="dxa" w:w="1728"/>
          </w:tcPr>
          <w:p>
            <w:r>
              <w:t>2</w:t>
            </w:r>
          </w:p>
        </w:tc>
        <w:tc>
          <w:tcPr>
            <w:tcW w:type="dxa" w:w="1728"/>
          </w:tcPr>
          <w:p>
            <w:r>
              <w:t>not_significant</w:t>
            </w:r>
          </w:p>
        </w:tc>
        <w:tc>
          <w:tcPr>
            <w:tcW w:type="dxa" w:w="1728"/>
          </w:tcPr>
          <w:p>
            <w:r>
              <w:t>Not significant</w:t>
            </w:r>
          </w:p>
        </w:tc>
        <w:tc>
          <w:tcPr>
            <w:tcW w:type="dxa" w:w="1728"/>
          </w:tcPr>
          <w:p>
            <w:r>
              <w:t>2</w:t>
            </w:r>
          </w:p>
        </w:tc>
      </w:tr>
      <w:tr>
        <w:tc>
          <w:tcPr>
            <w:tcW w:type="dxa" w:w="1728"/>
          </w:tcPr>
          <w:p>
            <w:r>
              <w:t>2</w:t>
            </w:r>
          </w:p>
        </w:tc>
        <w:tc>
          <w:tcPr>
            <w:tcW w:type="dxa" w:w="1728"/>
          </w:tcPr>
          <w:p>
            <w:r>
              <w:t>2.5</w:t>
            </w:r>
          </w:p>
        </w:tc>
        <w:tc>
          <w:tcPr>
            <w:tcW w:type="dxa" w:w="1728"/>
          </w:tcPr>
          <w:p>
            <w:r>
              <w:t>hot_95</w:t>
            </w:r>
          </w:p>
        </w:tc>
        <w:tc>
          <w:tcPr>
            <w:tcW w:type="dxa" w:w="1728"/>
          </w:tcPr>
          <w:p>
            <w:r>
              <w:t>Hot spot, 95% confidence</w:t>
            </w:r>
          </w:p>
        </w:tc>
        <w:tc>
          <w:tcPr>
            <w:tcW w:type="dxa" w:w="1728"/>
          </w:tcPr>
          <w:p>
            <w:r>
              <w:t>1</w:t>
            </w:r>
          </w:p>
        </w:tc>
      </w:tr>
    </w:tbl>
    <w:p/>
    <w:p>
      <w:pPr>
        <w:pStyle w:val="Heading2"/>
      </w:pPr>
      <w:r>
        <w:t>Figure 33. Hot spot analysis: Reefer points [81]</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bin_start</w:t>
            </w:r>
          </w:p>
        </w:tc>
        <w:tc>
          <w:tcPr>
            <w:tcW w:type="dxa" w:w="1728"/>
          </w:tcPr>
          <w:p>
            <w:r>
              <w:t>bin_end</w:t>
            </w:r>
          </w:p>
        </w:tc>
        <w:tc>
          <w:tcPr>
            <w:tcW w:type="dxa" w:w="1728"/>
          </w:tcPr>
          <w:p>
            <w:r>
              <w:t>band</w:t>
            </w:r>
          </w:p>
        </w:tc>
        <w:tc>
          <w:tcPr>
            <w:tcW w:type="dxa" w:w="1728"/>
          </w:tcPr>
          <w:p>
            <w:r>
              <w:t>band_label</w:t>
            </w:r>
          </w:p>
        </w:tc>
        <w:tc>
          <w:tcPr>
            <w:tcW w:type="dxa" w:w="1728"/>
          </w:tcPr>
          <w:p>
            <w:r>
              <w:t>count</w:t>
            </w:r>
          </w:p>
        </w:tc>
      </w:tr>
      <w:tr>
        <w:tc>
          <w:tcPr>
            <w:tcW w:type="dxa" w:w="1728"/>
          </w:tcPr>
          <w:p>
            <w:r>
              <w:t>-2</w:t>
            </w:r>
          </w:p>
        </w:tc>
        <w:tc>
          <w:tcPr>
            <w:tcW w:type="dxa" w:w="1728"/>
          </w:tcPr>
          <w:p>
            <w:r>
              <w:t>-1.5</w:t>
            </w:r>
          </w:p>
        </w:tc>
        <w:tc>
          <w:tcPr>
            <w:tcW w:type="dxa" w:w="1728"/>
          </w:tcPr>
          <w:p>
            <w:r>
              <w:t>cold_90</w:t>
            </w:r>
          </w:p>
        </w:tc>
        <w:tc>
          <w:tcPr>
            <w:tcW w:type="dxa" w:w="1728"/>
          </w:tcPr>
          <w:p>
            <w:r>
              <w:t>Cold spot, 90% confidence</w:t>
            </w:r>
          </w:p>
        </w:tc>
        <w:tc>
          <w:tcPr>
            <w:tcW w:type="dxa" w:w="1728"/>
          </w:tcPr>
          <w:p>
            <w:r>
              <w:t>2</w:t>
            </w:r>
          </w:p>
        </w:tc>
      </w:tr>
      <w:tr>
        <w:tc>
          <w:tcPr>
            <w:tcW w:type="dxa" w:w="1728"/>
          </w:tcPr>
          <w:p>
            <w:r>
              <w:t>-1.5</w:t>
            </w:r>
          </w:p>
        </w:tc>
        <w:tc>
          <w:tcPr>
            <w:tcW w:type="dxa" w:w="1728"/>
          </w:tcPr>
          <w:p>
            <w:r>
              <w:t>-1</w:t>
            </w:r>
          </w:p>
        </w:tc>
        <w:tc>
          <w:tcPr>
            <w:tcW w:type="dxa" w:w="1728"/>
          </w:tcPr>
          <w:p>
            <w:r>
              <w:t>not_significant</w:t>
            </w:r>
          </w:p>
        </w:tc>
        <w:tc>
          <w:tcPr>
            <w:tcW w:type="dxa" w:w="1728"/>
          </w:tcPr>
          <w:p>
            <w:r>
              <w:t>Not significant</w:t>
            </w:r>
          </w:p>
        </w:tc>
        <w:tc>
          <w:tcPr>
            <w:tcW w:type="dxa" w:w="1728"/>
          </w:tcPr>
          <w:p>
            <w:r>
              <w:t>4</w:t>
            </w:r>
          </w:p>
        </w:tc>
      </w:tr>
      <w:tr>
        <w:tc>
          <w:tcPr>
            <w:tcW w:type="dxa" w:w="1728"/>
          </w:tcPr>
          <w:p>
            <w:r>
              <w:t>-1</w:t>
            </w:r>
          </w:p>
        </w:tc>
        <w:tc>
          <w:tcPr>
            <w:tcW w:type="dxa" w:w="1728"/>
          </w:tcPr>
          <w:p>
            <w:r>
              <w:t>-0.5</w:t>
            </w:r>
          </w:p>
        </w:tc>
        <w:tc>
          <w:tcPr>
            <w:tcW w:type="dxa" w:w="1728"/>
          </w:tcPr>
          <w:p>
            <w:r>
              <w:t>not_significant</w:t>
            </w:r>
          </w:p>
        </w:tc>
        <w:tc>
          <w:tcPr>
            <w:tcW w:type="dxa" w:w="1728"/>
          </w:tcPr>
          <w:p>
            <w:r>
              <w:t>Not significant</w:t>
            </w:r>
          </w:p>
        </w:tc>
        <w:tc>
          <w:tcPr>
            <w:tcW w:type="dxa" w:w="1728"/>
          </w:tcPr>
          <w:p>
            <w:r>
              <w:t>11</w:t>
            </w:r>
          </w:p>
        </w:tc>
      </w:tr>
      <w:tr>
        <w:tc>
          <w:tcPr>
            <w:tcW w:type="dxa" w:w="1728"/>
          </w:tcPr>
          <w:p>
            <w:r>
              <w:t>-0.5</w:t>
            </w:r>
          </w:p>
        </w:tc>
        <w:tc>
          <w:tcPr>
            <w:tcW w:type="dxa" w:w="1728"/>
          </w:tcPr>
          <w:p>
            <w:r>
              <w:t>0</w:t>
            </w:r>
          </w:p>
        </w:tc>
        <w:tc>
          <w:tcPr>
            <w:tcW w:type="dxa" w:w="1728"/>
          </w:tcPr>
          <w:p>
            <w:r>
              <w:t>not_significant</w:t>
            </w:r>
          </w:p>
        </w:tc>
        <w:tc>
          <w:tcPr>
            <w:tcW w:type="dxa" w:w="1728"/>
          </w:tcPr>
          <w:p>
            <w:r>
              <w:t>Not significant</w:t>
            </w:r>
          </w:p>
        </w:tc>
        <w:tc>
          <w:tcPr>
            <w:tcW w:type="dxa" w:w="1728"/>
          </w:tcPr>
          <w:p>
            <w:r>
              <w:t>4</w:t>
            </w:r>
          </w:p>
        </w:tc>
      </w:tr>
      <w:tr>
        <w:tc>
          <w:tcPr>
            <w:tcW w:type="dxa" w:w="1728"/>
          </w:tcPr>
          <w:p>
            <w:r>
              <w:t>0</w:t>
            </w:r>
          </w:p>
        </w:tc>
        <w:tc>
          <w:tcPr>
            <w:tcW w:type="dxa" w:w="1728"/>
          </w:tcPr>
          <w:p>
            <w:r>
              <w:t>0.5</w:t>
            </w:r>
          </w:p>
        </w:tc>
        <w:tc>
          <w:tcPr>
            <w:tcW w:type="dxa" w:w="1728"/>
          </w:tcPr>
          <w:p>
            <w:r>
              <w:t>not_significant</w:t>
            </w:r>
          </w:p>
        </w:tc>
        <w:tc>
          <w:tcPr>
            <w:tcW w:type="dxa" w:w="1728"/>
          </w:tcPr>
          <w:p>
            <w:r>
              <w:t>Not significant</w:t>
            </w:r>
          </w:p>
        </w:tc>
        <w:tc>
          <w:tcPr>
            <w:tcW w:type="dxa" w:w="1728"/>
          </w:tcPr>
          <w:p>
            <w:r>
              <w:t>17</w:t>
            </w:r>
          </w:p>
        </w:tc>
      </w:tr>
      <w:tr>
        <w:tc>
          <w:tcPr>
            <w:tcW w:type="dxa" w:w="1728"/>
          </w:tcPr>
          <w:p>
            <w:r>
              <w:t>0.5</w:t>
            </w:r>
          </w:p>
        </w:tc>
        <w:tc>
          <w:tcPr>
            <w:tcW w:type="dxa" w:w="1728"/>
          </w:tcPr>
          <w:p>
            <w:r>
              <w:t>1</w:t>
            </w:r>
          </w:p>
        </w:tc>
        <w:tc>
          <w:tcPr>
            <w:tcW w:type="dxa" w:w="1728"/>
          </w:tcPr>
          <w:p>
            <w:r>
              <w:t>not_significant</w:t>
            </w:r>
          </w:p>
        </w:tc>
        <w:tc>
          <w:tcPr>
            <w:tcW w:type="dxa" w:w="1728"/>
          </w:tcPr>
          <w:p>
            <w:r>
              <w:t>Not significant</w:t>
            </w:r>
          </w:p>
        </w:tc>
        <w:tc>
          <w:tcPr>
            <w:tcW w:type="dxa" w:w="1728"/>
          </w:tcPr>
          <w:p>
            <w:r>
              <w:t>11</w:t>
            </w:r>
          </w:p>
        </w:tc>
      </w:tr>
      <w:tr>
        <w:tc>
          <w:tcPr>
            <w:tcW w:type="dxa" w:w="1728"/>
          </w:tcPr>
          <w:p>
            <w:r>
              <w:t>1</w:t>
            </w:r>
          </w:p>
        </w:tc>
        <w:tc>
          <w:tcPr>
            <w:tcW w:type="dxa" w:w="1728"/>
          </w:tcPr>
          <w:p>
            <w:r>
              <w:t>1.5</w:t>
            </w:r>
          </w:p>
        </w:tc>
        <w:tc>
          <w:tcPr>
            <w:tcW w:type="dxa" w:w="1728"/>
          </w:tcPr>
          <w:p>
            <w:r>
              <w:t>not_significant</w:t>
            </w:r>
          </w:p>
        </w:tc>
        <w:tc>
          <w:tcPr>
            <w:tcW w:type="dxa" w:w="1728"/>
          </w:tcPr>
          <w:p>
            <w:r>
              <w:t>Not significant</w:t>
            </w:r>
          </w:p>
        </w:tc>
        <w:tc>
          <w:tcPr>
            <w:tcW w:type="dxa" w:w="1728"/>
          </w:tcPr>
          <w:p>
            <w:r>
              <w:t>9</w:t>
            </w:r>
          </w:p>
        </w:tc>
      </w:tr>
      <w:tr>
        <w:tc>
          <w:tcPr>
            <w:tcW w:type="dxa" w:w="1728"/>
          </w:tcPr>
          <w:p>
            <w:r>
              <w:t>1.5</w:t>
            </w:r>
          </w:p>
        </w:tc>
        <w:tc>
          <w:tcPr>
            <w:tcW w:type="dxa" w:w="1728"/>
          </w:tcPr>
          <w:p>
            <w:r>
              <w:t>2</w:t>
            </w:r>
          </w:p>
        </w:tc>
        <w:tc>
          <w:tcPr>
            <w:tcW w:type="dxa" w:w="1728"/>
          </w:tcPr>
          <w:p>
            <w:r>
              <w:t>hot_90</w:t>
            </w:r>
          </w:p>
        </w:tc>
        <w:tc>
          <w:tcPr>
            <w:tcW w:type="dxa" w:w="1728"/>
          </w:tcPr>
          <w:p>
            <w:r>
              <w:t>Hot spot, 90% confidence</w:t>
            </w:r>
          </w:p>
        </w:tc>
        <w:tc>
          <w:tcPr>
            <w:tcW w:type="dxa" w:w="1728"/>
          </w:tcPr>
          <w:p>
            <w:r>
              <w:t>3</w:t>
            </w:r>
          </w:p>
        </w:tc>
      </w:tr>
      <w:tr>
        <w:tc>
          <w:tcPr>
            <w:tcW w:type="dxa" w:w="1728"/>
          </w:tcPr>
          <w:p>
            <w:r>
              <w:t>1.5</w:t>
            </w:r>
          </w:p>
        </w:tc>
        <w:tc>
          <w:tcPr>
            <w:tcW w:type="dxa" w:w="1728"/>
          </w:tcPr>
          <w:p>
            <w:r>
              <w:t>2</w:t>
            </w:r>
          </w:p>
        </w:tc>
        <w:tc>
          <w:tcPr>
            <w:tcW w:type="dxa" w:w="1728"/>
          </w:tcPr>
          <w:p>
            <w:r>
              <w:t>not_significant</w:t>
            </w:r>
          </w:p>
        </w:tc>
        <w:tc>
          <w:tcPr>
            <w:tcW w:type="dxa" w:w="1728"/>
          </w:tcPr>
          <w:p>
            <w:r>
              <w:t>Not significant</w:t>
            </w:r>
          </w:p>
        </w:tc>
        <w:tc>
          <w:tcPr>
            <w:tcW w:type="dxa" w:w="1728"/>
          </w:tcPr>
          <w:p>
            <w:r>
              <w:t>1</w:t>
            </w:r>
          </w:p>
        </w:tc>
      </w:tr>
    </w:tbl>
    <w:p/>
    <w:p>
      <w:pPr>
        <w:pStyle w:val="Heading2"/>
      </w:pPr>
      <w:r>
        <w:t>Figure 34. Hot spot analysis: Truck gate transactions [82]</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bin_start</w:t>
            </w:r>
          </w:p>
        </w:tc>
        <w:tc>
          <w:tcPr>
            <w:tcW w:type="dxa" w:w="1728"/>
          </w:tcPr>
          <w:p>
            <w:r>
              <w:t>bin_end</w:t>
            </w:r>
          </w:p>
        </w:tc>
        <w:tc>
          <w:tcPr>
            <w:tcW w:type="dxa" w:w="1728"/>
          </w:tcPr>
          <w:p>
            <w:r>
              <w:t>band</w:t>
            </w:r>
          </w:p>
        </w:tc>
        <w:tc>
          <w:tcPr>
            <w:tcW w:type="dxa" w:w="1728"/>
          </w:tcPr>
          <w:p>
            <w:r>
              <w:t>band_label</w:t>
            </w:r>
          </w:p>
        </w:tc>
        <w:tc>
          <w:tcPr>
            <w:tcW w:type="dxa" w:w="1728"/>
          </w:tcPr>
          <w:p>
            <w:r>
              <w:t>count</w:t>
            </w:r>
          </w:p>
        </w:tc>
      </w:tr>
      <w:tr>
        <w:tc>
          <w:tcPr>
            <w:tcW w:type="dxa" w:w="1728"/>
          </w:tcPr>
          <w:p>
            <w:r>
              <w:t>-2.5</w:t>
            </w:r>
          </w:p>
        </w:tc>
        <w:tc>
          <w:tcPr>
            <w:tcW w:type="dxa" w:w="1728"/>
          </w:tcPr>
          <w:p>
            <w:r>
              <w:t>-2</w:t>
            </w:r>
          </w:p>
        </w:tc>
        <w:tc>
          <w:tcPr>
            <w:tcW w:type="dxa" w:w="1728"/>
          </w:tcPr>
          <w:p>
            <w:r>
              <w:t>cold_95</w:t>
            </w:r>
          </w:p>
        </w:tc>
        <w:tc>
          <w:tcPr>
            <w:tcW w:type="dxa" w:w="1728"/>
          </w:tcPr>
          <w:p>
            <w:r>
              <w:t>Cold spot, 95% confidence</w:t>
            </w:r>
          </w:p>
        </w:tc>
        <w:tc>
          <w:tcPr>
            <w:tcW w:type="dxa" w:w="1728"/>
          </w:tcPr>
          <w:p>
            <w:r>
              <w:t>34</w:t>
            </w:r>
          </w:p>
        </w:tc>
      </w:tr>
      <w:tr>
        <w:tc>
          <w:tcPr>
            <w:tcW w:type="dxa" w:w="1728"/>
          </w:tcPr>
          <w:p>
            <w:r>
              <w:t>-2</w:t>
            </w:r>
          </w:p>
        </w:tc>
        <w:tc>
          <w:tcPr>
            <w:tcW w:type="dxa" w:w="1728"/>
          </w:tcPr>
          <w:p>
            <w:r>
              <w:t>-1.5</w:t>
            </w:r>
          </w:p>
        </w:tc>
        <w:tc>
          <w:tcPr>
            <w:tcW w:type="dxa" w:w="1728"/>
          </w:tcPr>
          <w:p>
            <w:r>
              <w:t>cold_90</w:t>
            </w:r>
          </w:p>
        </w:tc>
        <w:tc>
          <w:tcPr>
            <w:tcW w:type="dxa" w:w="1728"/>
          </w:tcPr>
          <w:p>
            <w:r>
              <w:t>Cold spot, 90% confidence</w:t>
            </w:r>
          </w:p>
        </w:tc>
        <w:tc>
          <w:tcPr>
            <w:tcW w:type="dxa" w:w="1728"/>
          </w:tcPr>
          <w:p>
            <w:r>
              <w:t>94</w:t>
            </w:r>
          </w:p>
        </w:tc>
      </w:tr>
      <w:tr>
        <w:tc>
          <w:tcPr>
            <w:tcW w:type="dxa" w:w="1728"/>
          </w:tcPr>
          <w:p>
            <w:r>
              <w:t>-2</w:t>
            </w:r>
          </w:p>
        </w:tc>
        <w:tc>
          <w:tcPr>
            <w:tcW w:type="dxa" w:w="1728"/>
          </w:tcPr>
          <w:p>
            <w:r>
              <w:t>-1.5</w:t>
            </w:r>
          </w:p>
        </w:tc>
        <w:tc>
          <w:tcPr>
            <w:tcW w:type="dxa" w:w="1728"/>
          </w:tcPr>
          <w:p>
            <w:r>
              <w:t>cold_95</w:t>
            </w:r>
          </w:p>
        </w:tc>
        <w:tc>
          <w:tcPr>
            <w:tcW w:type="dxa" w:w="1728"/>
          </w:tcPr>
          <w:p>
            <w:r>
              <w:t>Cold spot, 95% confidence</w:t>
            </w:r>
          </w:p>
        </w:tc>
        <w:tc>
          <w:tcPr>
            <w:tcW w:type="dxa" w:w="1728"/>
          </w:tcPr>
          <w:p>
            <w:r>
              <w:t>9</w:t>
            </w:r>
          </w:p>
        </w:tc>
      </w:tr>
      <w:tr>
        <w:tc>
          <w:tcPr>
            <w:tcW w:type="dxa" w:w="1728"/>
          </w:tcPr>
          <w:p>
            <w:r>
              <w:t>-2</w:t>
            </w:r>
          </w:p>
        </w:tc>
        <w:tc>
          <w:tcPr>
            <w:tcW w:type="dxa" w:w="1728"/>
          </w:tcPr>
          <w:p>
            <w:r>
              <w:t>-1.5</w:t>
            </w:r>
          </w:p>
        </w:tc>
        <w:tc>
          <w:tcPr>
            <w:tcW w:type="dxa" w:w="1728"/>
          </w:tcPr>
          <w:p>
            <w:r>
              <w:t>not_significant</w:t>
            </w:r>
          </w:p>
        </w:tc>
        <w:tc>
          <w:tcPr>
            <w:tcW w:type="dxa" w:w="1728"/>
          </w:tcPr>
          <w:p>
            <w:r>
              <w:t>Not significant</w:t>
            </w:r>
          </w:p>
        </w:tc>
        <w:tc>
          <w:tcPr>
            <w:tcW w:type="dxa" w:w="1728"/>
          </w:tcPr>
          <w:p>
            <w:r>
              <w:t>50</w:t>
            </w:r>
          </w:p>
        </w:tc>
      </w:tr>
      <w:tr>
        <w:tc>
          <w:tcPr>
            <w:tcW w:type="dxa" w:w="1728"/>
          </w:tcPr>
          <w:p>
            <w:r>
              <w:t>-1.5</w:t>
            </w:r>
          </w:p>
        </w:tc>
        <w:tc>
          <w:tcPr>
            <w:tcW w:type="dxa" w:w="1728"/>
          </w:tcPr>
          <w:p>
            <w:r>
              <w:t>-1</w:t>
            </w:r>
          </w:p>
        </w:tc>
        <w:tc>
          <w:tcPr>
            <w:tcW w:type="dxa" w:w="1728"/>
          </w:tcPr>
          <w:p>
            <w:r>
              <w:t>not_significant</w:t>
            </w:r>
          </w:p>
        </w:tc>
        <w:tc>
          <w:tcPr>
            <w:tcW w:type="dxa" w:w="1728"/>
          </w:tcPr>
          <w:p>
            <w:r>
              <w:t>Not significant</w:t>
            </w:r>
          </w:p>
        </w:tc>
        <w:tc>
          <w:tcPr>
            <w:tcW w:type="dxa" w:w="1728"/>
          </w:tcPr>
          <w:p>
            <w:r>
              <w:t>246</w:t>
            </w:r>
          </w:p>
        </w:tc>
      </w:tr>
      <w:tr>
        <w:tc>
          <w:tcPr>
            <w:tcW w:type="dxa" w:w="1728"/>
          </w:tcPr>
          <w:p>
            <w:r>
              <w:t>-1</w:t>
            </w:r>
          </w:p>
        </w:tc>
        <w:tc>
          <w:tcPr>
            <w:tcW w:type="dxa" w:w="1728"/>
          </w:tcPr>
          <w:p>
            <w:r>
              <w:t>-0.5</w:t>
            </w:r>
          </w:p>
        </w:tc>
        <w:tc>
          <w:tcPr>
            <w:tcW w:type="dxa" w:w="1728"/>
          </w:tcPr>
          <w:p>
            <w:r>
              <w:t>not_significant</w:t>
            </w:r>
          </w:p>
        </w:tc>
        <w:tc>
          <w:tcPr>
            <w:tcW w:type="dxa" w:w="1728"/>
          </w:tcPr>
          <w:p>
            <w:r>
              <w:t>Not significant</w:t>
            </w:r>
          </w:p>
        </w:tc>
        <w:tc>
          <w:tcPr>
            <w:tcW w:type="dxa" w:w="1728"/>
          </w:tcPr>
          <w:p>
            <w:r>
              <w:t>383</w:t>
            </w:r>
          </w:p>
        </w:tc>
      </w:tr>
      <w:tr>
        <w:tc>
          <w:tcPr>
            <w:tcW w:type="dxa" w:w="1728"/>
          </w:tcPr>
          <w:p>
            <w:r>
              <w:t>-0.5</w:t>
            </w:r>
          </w:p>
        </w:tc>
        <w:tc>
          <w:tcPr>
            <w:tcW w:type="dxa" w:w="1728"/>
          </w:tcPr>
          <w:p>
            <w:r>
              <w:t>0</w:t>
            </w:r>
          </w:p>
        </w:tc>
        <w:tc>
          <w:tcPr>
            <w:tcW w:type="dxa" w:w="1728"/>
          </w:tcPr>
          <w:p>
            <w:r>
              <w:t>not_significant</w:t>
            </w:r>
          </w:p>
        </w:tc>
        <w:tc>
          <w:tcPr>
            <w:tcW w:type="dxa" w:w="1728"/>
          </w:tcPr>
          <w:p>
            <w:r>
              <w:t>Not significant</w:t>
            </w:r>
          </w:p>
        </w:tc>
        <w:tc>
          <w:tcPr>
            <w:tcW w:type="dxa" w:w="1728"/>
          </w:tcPr>
          <w:p>
            <w:r>
              <w:t>325</w:t>
            </w:r>
          </w:p>
        </w:tc>
      </w:tr>
      <w:tr>
        <w:tc>
          <w:tcPr>
            <w:tcW w:type="dxa" w:w="1728"/>
          </w:tcPr>
          <w:p>
            <w:r>
              <w:t>0</w:t>
            </w:r>
          </w:p>
        </w:tc>
        <w:tc>
          <w:tcPr>
            <w:tcW w:type="dxa" w:w="1728"/>
          </w:tcPr>
          <w:p>
            <w:r>
              <w:t>0.5</w:t>
            </w:r>
          </w:p>
        </w:tc>
        <w:tc>
          <w:tcPr>
            <w:tcW w:type="dxa" w:w="1728"/>
          </w:tcPr>
          <w:p>
            <w:r>
              <w:t>not_significant</w:t>
            </w:r>
          </w:p>
        </w:tc>
        <w:tc>
          <w:tcPr>
            <w:tcW w:type="dxa" w:w="1728"/>
          </w:tcPr>
          <w:p>
            <w:r>
              <w:t>Not significant</w:t>
            </w:r>
          </w:p>
        </w:tc>
        <w:tc>
          <w:tcPr>
            <w:tcW w:type="dxa" w:w="1728"/>
          </w:tcPr>
          <w:p>
            <w:r>
              <w:t>224</w:t>
            </w:r>
          </w:p>
        </w:tc>
      </w:tr>
      <w:tr>
        <w:tc>
          <w:tcPr>
            <w:tcW w:type="dxa" w:w="1728"/>
          </w:tcPr>
          <w:p>
            <w:r>
              <w:t>0.5</w:t>
            </w:r>
          </w:p>
        </w:tc>
        <w:tc>
          <w:tcPr>
            <w:tcW w:type="dxa" w:w="1728"/>
          </w:tcPr>
          <w:p>
            <w:r>
              <w:t>1</w:t>
            </w:r>
          </w:p>
        </w:tc>
        <w:tc>
          <w:tcPr>
            <w:tcW w:type="dxa" w:w="1728"/>
          </w:tcPr>
          <w:p>
            <w:r>
              <w:t>not_significant</w:t>
            </w:r>
          </w:p>
        </w:tc>
        <w:tc>
          <w:tcPr>
            <w:tcW w:type="dxa" w:w="1728"/>
          </w:tcPr>
          <w:p>
            <w:r>
              <w:t>Not significant</w:t>
            </w:r>
          </w:p>
        </w:tc>
        <w:tc>
          <w:tcPr>
            <w:tcW w:type="dxa" w:w="1728"/>
          </w:tcPr>
          <w:p>
            <w:r>
              <w:t>101</w:t>
            </w:r>
          </w:p>
        </w:tc>
      </w:tr>
      <w:tr>
        <w:tc>
          <w:tcPr>
            <w:tcW w:type="dxa" w:w="1728"/>
          </w:tcPr>
          <w:p>
            <w:r>
              <w:t>1</w:t>
            </w:r>
          </w:p>
        </w:tc>
        <w:tc>
          <w:tcPr>
            <w:tcW w:type="dxa" w:w="1728"/>
          </w:tcPr>
          <w:p>
            <w:r>
              <w:t>1.5</w:t>
            </w:r>
          </w:p>
        </w:tc>
        <w:tc>
          <w:tcPr>
            <w:tcW w:type="dxa" w:w="1728"/>
          </w:tcPr>
          <w:p>
            <w:r>
              <w:t>not_significant</w:t>
            </w:r>
          </w:p>
        </w:tc>
        <w:tc>
          <w:tcPr>
            <w:tcW w:type="dxa" w:w="1728"/>
          </w:tcPr>
          <w:p>
            <w:r>
              <w:t>Not significant</w:t>
            </w:r>
          </w:p>
        </w:tc>
        <w:tc>
          <w:tcPr>
            <w:tcW w:type="dxa" w:w="1728"/>
          </w:tcPr>
          <w:p>
            <w:r>
              <w:t>62</w:t>
            </w:r>
          </w:p>
        </w:tc>
      </w:tr>
      <w:tr>
        <w:tc>
          <w:tcPr>
            <w:tcW w:type="dxa" w:w="1728"/>
          </w:tcPr>
          <w:p>
            <w:r>
              <w:t>1.5</w:t>
            </w:r>
          </w:p>
        </w:tc>
        <w:tc>
          <w:tcPr>
            <w:tcW w:type="dxa" w:w="1728"/>
          </w:tcPr>
          <w:p>
            <w:r>
              <w:t>2</w:t>
            </w:r>
          </w:p>
        </w:tc>
        <w:tc>
          <w:tcPr>
            <w:tcW w:type="dxa" w:w="1728"/>
          </w:tcPr>
          <w:p>
            <w:r>
              <w:t>hot_90</w:t>
            </w:r>
          </w:p>
        </w:tc>
        <w:tc>
          <w:tcPr>
            <w:tcW w:type="dxa" w:w="1728"/>
          </w:tcPr>
          <w:p>
            <w:r>
              <w:t>Hot spot, 90% confidence</w:t>
            </w:r>
          </w:p>
        </w:tc>
        <w:tc>
          <w:tcPr>
            <w:tcW w:type="dxa" w:w="1728"/>
          </w:tcPr>
          <w:p>
            <w:r>
              <w:t>36</w:t>
            </w:r>
          </w:p>
        </w:tc>
      </w:tr>
      <w:tr>
        <w:tc>
          <w:tcPr>
            <w:tcW w:type="dxa" w:w="1728"/>
          </w:tcPr>
          <w:p>
            <w:r>
              <w:t>1.5</w:t>
            </w:r>
          </w:p>
        </w:tc>
        <w:tc>
          <w:tcPr>
            <w:tcW w:type="dxa" w:w="1728"/>
          </w:tcPr>
          <w:p>
            <w:r>
              <w:t>2</w:t>
            </w:r>
          </w:p>
        </w:tc>
        <w:tc>
          <w:tcPr>
            <w:tcW w:type="dxa" w:w="1728"/>
          </w:tcPr>
          <w:p>
            <w:r>
              <w:t>hot_95</w:t>
            </w:r>
          </w:p>
        </w:tc>
        <w:tc>
          <w:tcPr>
            <w:tcW w:type="dxa" w:w="1728"/>
          </w:tcPr>
          <w:p>
            <w:r>
              <w:t>Hot spot, 95% confidence</w:t>
            </w:r>
          </w:p>
        </w:tc>
        <w:tc>
          <w:tcPr>
            <w:tcW w:type="dxa" w:w="1728"/>
          </w:tcPr>
          <w:p>
            <w:r>
              <w:t>3</w:t>
            </w:r>
          </w:p>
        </w:tc>
      </w:tr>
      <w:tr>
        <w:tc>
          <w:tcPr>
            <w:tcW w:type="dxa" w:w="1728"/>
          </w:tcPr>
          <w:p>
            <w:r>
              <w:t>1.5</w:t>
            </w:r>
          </w:p>
        </w:tc>
        <w:tc>
          <w:tcPr>
            <w:tcW w:type="dxa" w:w="1728"/>
          </w:tcPr>
          <w:p>
            <w:r>
              <w:t>2</w:t>
            </w:r>
          </w:p>
        </w:tc>
        <w:tc>
          <w:tcPr>
            <w:tcW w:type="dxa" w:w="1728"/>
          </w:tcPr>
          <w:p>
            <w:r>
              <w:t>not_significant</w:t>
            </w:r>
          </w:p>
        </w:tc>
        <w:tc>
          <w:tcPr>
            <w:tcW w:type="dxa" w:w="1728"/>
          </w:tcPr>
          <w:p>
            <w:r>
              <w:t>Not significant</w:t>
            </w:r>
          </w:p>
        </w:tc>
        <w:tc>
          <w:tcPr>
            <w:tcW w:type="dxa" w:w="1728"/>
          </w:tcPr>
          <w:p>
            <w:r>
              <w:t>14</w:t>
            </w:r>
          </w:p>
        </w:tc>
      </w:tr>
      <w:tr>
        <w:tc>
          <w:tcPr>
            <w:tcW w:type="dxa" w:w="1728"/>
          </w:tcPr>
          <w:p>
            <w:r>
              <w:t>2</w:t>
            </w:r>
          </w:p>
        </w:tc>
        <w:tc>
          <w:tcPr>
            <w:tcW w:type="dxa" w:w="1728"/>
          </w:tcPr>
          <w:p>
            <w:r>
              <w:t>2.5</w:t>
            </w:r>
          </w:p>
        </w:tc>
        <w:tc>
          <w:tcPr>
            <w:tcW w:type="dxa" w:w="1728"/>
          </w:tcPr>
          <w:p>
            <w:r>
              <w:t>hot_95</w:t>
            </w:r>
          </w:p>
        </w:tc>
        <w:tc>
          <w:tcPr>
            <w:tcW w:type="dxa" w:w="1728"/>
          </w:tcPr>
          <w:p>
            <w:r>
              <w:t>Hot spot, 95% confidence</w:t>
            </w:r>
          </w:p>
        </w:tc>
        <w:tc>
          <w:tcPr>
            <w:tcW w:type="dxa" w:w="1728"/>
          </w:tcPr>
          <w:p>
            <w:r>
              <w:t>39</w:t>
            </w:r>
          </w:p>
        </w:tc>
      </w:tr>
      <w:tr>
        <w:tc>
          <w:tcPr>
            <w:tcW w:type="dxa" w:w="1728"/>
          </w:tcPr>
          <w:p>
            <w:r>
              <w:t>2.5</w:t>
            </w:r>
          </w:p>
        </w:tc>
        <w:tc>
          <w:tcPr>
            <w:tcW w:type="dxa" w:w="1728"/>
          </w:tcPr>
          <w:p>
            <w:r>
              <w:t>3</w:t>
            </w:r>
          </w:p>
        </w:tc>
        <w:tc>
          <w:tcPr>
            <w:tcW w:type="dxa" w:w="1728"/>
          </w:tcPr>
          <w:p>
            <w:r>
              <w:t>hot_95</w:t>
            </w:r>
          </w:p>
        </w:tc>
        <w:tc>
          <w:tcPr>
            <w:tcW w:type="dxa" w:w="1728"/>
          </w:tcPr>
          <w:p>
            <w:r>
              <w:t>Hot spot, 95% confidence</w:t>
            </w:r>
          </w:p>
        </w:tc>
        <w:tc>
          <w:tcPr>
            <w:tcW w:type="dxa" w:w="1728"/>
          </w:tcPr>
          <w:p>
            <w:r>
              <w:t>5</w:t>
            </w:r>
          </w:p>
        </w:tc>
      </w:tr>
      <w:tr>
        <w:tc>
          <w:tcPr>
            <w:tcW w:type="dxa" w:w="1728"/>
          </w:tcPr>
          <w:p>
            <w:r>
              <w:t>2.5</w:t>
            </w:r>
          </w:p>
        </w:tc>
        <w:tc>
          <w:tcPr>
            <w:tcW w:type="dxa" w:w="1728"/>
          </w:tcPr>
          <w:p>
            <w:r>
              <w:t>3</w:t>
            </w:r>
          </w:p>
        </w:tc>
        <w:tc>
          <w:tcPr>
            <w:tcW w:type="dxa" w:w="1728"/>
          </w:tcPr>
          <w:p>
            <w:r>
              <w:t>hot_99</w:t>
            </w:r>
          </w:p>
        </w:tc>
        <w:tc>
          <w:tcPr>
            <w:tcW w:type="dxa" w:w="1728"/>
          </w:tcPr>
          <w:p>
            <w:r>
              <w:t>Hot spot, 99% confidence</w:t>
            </w:r>
          </w:p>
        </w:tc>
        <w:tc>
          <w:tcPr>
            <w:tcW w:type="dxa" w:w="1728"/>
          </w:tcPr>
          <w:p>
            <w:r>
              <w:t>24</w:t>
            </w:r>
          </w:p>
        </w:tc>
      </w:tr>
      <w:tr>
        <w:tc>
          <w:tcPr>
            <w:tcW w:type="dxa" w:w="1728"/>
          </w:tcPr>
          <w:p>
            <w:r>
              <w:t>3</w:t>
            </w:r>
          </w:p>
        </w:tc>
        <w:tc>
          <w:tcPr>
            <w:tcW w:type="dxa" w:w="1728"/>
          </w:tcPr>
          <w:p>
            <w:r>
              <w:t>3.5</w:t>
            </w:r>
          </w:p>
        </w:tc>
        <w:tc>
          <w:tcPr>
            <w:tcW w:type="dxa" w:w="1728"/>
          </w:tcPr>
          <w:p>
            <w:r>
              <w:t>hot_99</w:t>
            </w:r>
          </w:p>
        </w:tc>
        <w:tc>
          <w:tcPr>
            <w:tcW w:type="dxa" w:w="1728"/>
          </w:tcPr>
          <w:p>
            <w:r>
              <w:t>Hot spot, 99% confidence</w:t>
            </w:r>
          </w:p>
        </w:tc>
        <w:tc>
          <w:tcPr>
            <w:tcW w:type="dxa" w:w="1728"/>
          </w:tcPr>
          <w:p>
            <w:r>
              <w:t>32</w:t>
            </w:r>
          </w:p>
        </w:tc>
      </w:tr>
      <w:tr>
        <w:tc>
          <w:tcPr>
            <w:tcW w:type="dxa" w:w="1728"/>
          </w:tcPr>
          <w:p>
            <w:r>
              <w:t>3.5</w:t>
            </w:r>
          </w:p>
        </w:tc>
        <w:tc>
          <w:tcPr>
            <w:tcW w:type="dxa" w:w="1728"/>
          </w:tcPr>
          <w:p>
            <w:r>
              <w:t>4</w:t>
            </w:r>
          </w:p>
        </w:tc>
        <w:tc>
          <w:tcPr>
            <w:tcW w:type="dxa" w:w="1728"/>
          </w:tcPr>
          <w:p>
            <w:r>
              <w:t>hot_99</w:t>
            </w:r>
          </w:p>
        </w:tc>
        <w:tc>
          <w:tcPr>
            <w:tcW w:type="dxa" w:w="1728"/>
          </w:tcPr>
          <w:p>
            <w:r>
              <w:t>Hot spot, 99% confidence</w:t>
            </w:r>
          </w:p>
        </w:tc>
        <w:tc>
          <w:tcPr>
            <w:tcW w:type="dxa" w:w="1728"/>
          </w:tcPr>
          <w:p>
            <w:r>
              <w:t>39</w:t>
            </w:r>
          </w:p>
        </w:tc>
      </w:tr>
      <w:tr>
        <w:tc>
          <w:tcPr>
            <w:tcW w:type="dxa" w:w="1728"/>
          </w:tcPr>
          <w:p>
            <w:r>
              <w:t>4</w:t>
            </w:r>
          </w:p>
        </w:tc>
        <w:tc>
          <w:tcPr>
            <w:tcW w:type="dxa" w:w="1728"/>
          </w:tcPr>
          <w:p>
            <w:r>
              <w:t>4.5</w:t>
            </w:r>
          </w:p>
        </w:tc>
        <w:tc>
          <w:tcPr>
            <w:tcW w:type="dxa" w:w="1728"/>
          </w:tcPr>
          <w:p>
            <w:r>
              <w:t>hot_99</w:t>
            </w:r>
          </w:p>
        </w:tc>
        <w:tc>
          <w:tcPr>
            <w:tcW w:type="dxa" w:w="1728"/>
          </w:tcPr>
          <w:p>
            <w:r>
              <w:t>Hot spot, 99% confidence</w:t>
            </w:r>
          </w:p>
        </w:tc>
        <w:tc>
          <w:tcPr>
            <w:tcW w:type="dxa" w:w="1728"/>
          </w:tcPr>
          <w:p>
            <w:r>
              <w:t>54</w:t>
            </w:r>
          </w:p>
        </w:tc>
      </w:tr>
      <w:tr>
        <w:tc>
          <w:tcPr>
            <w:tcW w:type="dxa" w:w="1728"/>
          </w:tcPr>
          <w:p>
            <w:r>
              <w:t>4.5</w:t>
            </w:r>
          </w:p>
        </w:tc>
        <w:tc>
          <w:tcPr>
            <w:tcW w:type="dxa" w:w="1728"/>
          </w:tcPr>
          <w:p>
            <w:r>
              <w:t>5</w:t>
            </w:r>
          </w:p>
        </w:tc>
        <w:tc>
          <w:tcPr>
            <w:tcW w:type="dxa" w:w="1728"/>
          </w:tcPr>
          <w:p>
            <w:r>
              <w:t>hot_99</w:t>
            </w:r>
          </w:p>
        </w:tc>
        <w:tc>
          <w:tcPr>
            <w:tcW w:type="dxa" w:w="1728"/>
          </w:tcPr>
          <w:p>
            <w:r>
              <w:t>Hot spot, 99% confidence</w:t>
            </w:r>
          </w:p>
        </w:tc>
        <w:tc>
          <w:tcPr>
            <w:tcW w:type="dxa" w:w="1728"/>
          </w:tcPr>
          <w:p>
            <w:r>
              <w:t>66</w:t>
            </w:r>
          </w:p>
        </w:tc>
      </w:tr>
      <w:tr>
        <w:tc>
          <w:tcPr>
            <w:tcW w:type="dxa" w:w="1728"/>
          </w:tcPr>
          <w:p>
            <w:r>
              <w:t>5</w:t>
            </w:r>
          </w:p>
        </w:tc>
        <w:tc>
          <w:tcPr>
            <w:tcW w:type="dxa" w:w="1728"/>
          </w:tcPr>
          <w:p>
            <w:r>
              <w:t>5.5</w:t>
            </w:r>
          </w:p>
        </w:tc>
        <w:tc>
          <w:tcPr>
            <w:tcW w:type="dxa" w:w="1728"/>
          </w:tcPr>
          <w:p>
            <w:r>
              <w:t>hot_99</w:t>
            </w:r>
          </w:p>
        </w:tc>
        <w:tc>
          <w:tcPr>
            <w:tcW w:type="dxa" w:w="1728"/>
          </w:tcPr>
          <w:p>
            <w:r>
              <w:t>Hot spot, 99% confidence</w:t>
            </w:r>
          </w:p>
        </w:tc>
        <w:tc>
          <w:tcPr>
            <w:tcW w:type="dxa" w:w="1728"/>
          </w:tcPr>
          <w:p>
            <w:r>
              <w:t>55</w:t>
            </w:r>
          </w:p>
        </w:tc>
      </w:tr>
      <w:tr>
        <w:tc>
          <w:tcPr>
            <w:tcW w:type="dxa" w:w="1728"/>
          </w:tcPr>
          <w:p>
            <w:r>
              <w:t>5.5</w:t>
            </w:r>
          </w:p>
        </w:tc>
        <w:tc>
          <w:tcPr>
            <w:tcW w:type="dxa" w:w="1728"/>
          </w:tcPr>
          <w:p>
            <w:r>
              <w:t>6</w:t>
            </w:r>
          </w:p>
        </w:tc>
        <w:tc>
          <w:tcPr>
            <w:tcW w:type="dxa" w:w="1728"/>
          </w:tcPr>
          <w:p>
            <w:r>
              <w:t>hot_99</w:t>
            </w:r>
          </w:p>
        </w:tc>
        <w:tc>
          <w:tcPr>
            <w:tcW w:type="dxa" w:w="1728"/>
          </w:tcPr>
          <w:p>
            <w:r>
              <w:t>Hot spot, 99% confidence</w:t>
            </w:r>
          </w:p>
        </w:tc>
        <w:tc>
          <w:tcPr>
            <w:tcW w:type="dxa" w:w="1728"/>
          </w:tcPr>
          <w:p>
            <w:r>
              <w:t>64</w:t>
            </w:r>
          </w:p>
        </w:tc>
      </w:tr>
      <w:tr>
        <w:tc>
          <w:tcPr>
            <w:tcW w:type="dxa" w:w="1728"/>
          </w:tcPr>
          <w:p>
            <w:r>
              <w:t>6</w:t>
            </w:r>
          </w:p>
        </w:tc>
        <w:tc>
          <w:tcPr>
            <w:tcW w:type="dxa" w:w="1728"/>
          </w:tcPr>
          <w:p>
            <w:r>
              <w:t>6.5</w:t>
            </w:r>
          </w:p>
        </w:tc>
        <w:tc>
          <w:tcPr>
            <w:tcW w:type="dxa" w:w="1728"/>
          </w:tcPr>
          <w:p>
            <w:r>
              <w:t>hot_99</w:t>
            </w:r>
          </w:p>
        </w:tc>
        <w:tc>
          <w:tcPr>
            <w:tcW w:type="dxa" w:w="1728"/>
          </w:tcPr>
          <w:p>
            <w:r>
              <w:t>Hot spot, 99% confidence</w:t>
            </w:r>
          </w:p>
        </w:tc>
        <w:tc>
          <w:tcPr>
            <w:tcW w:type="dxa" w:w="1728"/>
          </w:tcPr>
          <w:p>
            <w:r>
              <w:t>32</w:t>
            </w:r>
          </w:p>
        </w:tc>
      </w:tr>
      <w:tr>
        <w:tc>
          <w:tcPr>
            <w:tcW w:type="dxa" w:w="1728"/>
          </w:tcPr>
          <w:p>
            <w:r>
              <w:t>6.5</w:t>
            </w:r>
          </w:p>
        </w:tc>
        <w:tc>
          <w:tcPr>
            <w:tcW w:type="dxa" w:w="1728"/>
          </w:tcPr>
          <w:p>
            <w:r>
              <w:t>7</w:t>
            </w:r>
          </w:p>
        </w:tc>
        <w:tc>
          <w:tcPr>
            <w:tcW w:type="dxa" w:w="1728"/>
          </w:tcPr>
          <w:p>
            <w:r>
              <w:t>hot_99</w:t>
            </w:r>
          </w:p>
        </w:tc>
        <w:tc>
          <w:tcPr>
            <w:tcW w:type="dxa" w:w="1728"/>
          </w:tcPr>
          <w:p>
            <w:r>
              <w:t>Hot spot, 99% confidence</w:t>
            </w:r>
          </w:p>
        </w:tc>
        <w:tc>
          <w:tcPr>
            <w:tcW w:type="dxa" w:w="1728"/>
          </w:tcPr>
          <w:p>
            <w:r>
              <w:t>9</w:t>
            </w:r>
          </w:p>
        </w:tc>
      </w:tr>
    </w:tbl>
    <w:p/>
    <w:p>
      <w:pPr>
        <w:pStyle w:val="Heading2"/>
      </w:pPr>
      <w:r>
        <w:t>Figure 35. Calculate density: Equipment faults [83]</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2.4</w:t>
            </w:r>
          </w:p>
        </w:tc>
        <w:tc>
          <w:tcPr>
            <w:tcW w:type="dxa" w:w="2880"/>
          </w:tcPr>
          <w:p>
            <w:r>
              <w:t>26</w:t>
            </w:r>
          </w:p>
        </w:tc>
      </w:tr>
      <w:tr>
        <w:tc>
          <w:tcPr>
            <w:tcW w:type="dxa" w:w="2880"/>
          </w:tcPr>
          <w:p>
            <w:r>
              <w:t>2.4</w:t>
            </w:r>
          </w:p>
        </w:tc>
        <w:tc>
          <w:tcPr>
            <w:tcW w:type="dxa" w:w="2880"/>
          </w:tcPr>
          <w:p>
            <w:r>
              <w:t>4.8</w:t>
            </w:r>
          </w:p>
        </w:tc>
        <w:tc>
          <w:tcPr>
            <w:tcW w:type="dxa" w:w="2880"/>
          </w:tcPr>
          <w:p>
            <w:r>
              <w:t>18</w:t>
            </w:r>
          </w:p>
        </w:tc>
      </w:tr>
      <w:tr>
        <w:tc>
          <w:tcPr>
            <w:tcW w:type="dxa" w:w="2880"/>
          </w:tcPr>
          <w:p>
            <w:r>
              <w:t>4.8</w:t>
            </w:r>
          </w:p>
        </w:tc>
        <w:tc>
          <w:tcPr>
            <w:tcW w:type="dxa" w:w="2880"/>
          </w:tcPr>
          <w:p>
            <w:r>
              <w:t>7.2</w:t>
            </w:r>
          </w:p>
        </w:tc>
        <w:tc>
          <w:tcPr>
            <w:tcW w:type="dxa" w:w="2880"/>
          </w:tcPr>
          <w:p>
            <w:r>
              <w:t>37</w:t>
            </w:r>
          </w:p>
        </w:tc>
      </w:tr>
      <w:tr>
        <w:tc>
          <w:tcPr>
            <w:tcW w:type="dxa" w:w="2880"/>
          </w:tcPr>
          <w:p>
            <w:r>
              <w:t>7.2</w:t>
            </w:r>
          </w:p>
        </w:tc>
        <w:tc>
          <w:tcPr>
            <w:tcW w:type="dxa" w:w="2880"/>
          </w:tcPr>
          <w:p>
            <w:r>
              <w:t>9.6</w:t>
            </w:r>
          </w:p>
        </w:tc>
        <w:tc>
          <w:tcPr>
            <w:tcW w:type="dxa" w:w="2880"/>
          </w:tcPr>
          <w:p>
            <w:r>
              <w:t>30</w:t>
            </w:r>
          </w:p>
        </w:tc>
      </w:tr>
      <w:tr>
        <w:tc>
          <w:tcPr>
            <w:tcW w:type="dxa" w:w="2880"/>
          </w:tcPr>
          <w:p>
            <w:r>
              <w:t>9.6</w:t>
            </w:r>
          </w:p>
        </w:tc>
        <w:tc>
          <w:tcPr>
            <w:tcW w:type="dxa" w:w="2880"/>
          </w:tcPr>
          <w:p>
            <w:r>
              <w:t>12</w:t>
            </w:r>
          </w:p>
        </w:tc>
        <w:tc>
          <w:tcPr>
            <w:tcW w:type="dxa" w:w="2880"/>
          </w:tcPr>
          <w:p>
            <w:r>
              <w:t>30</w:t>
            </w:r>
          </w:p>
        </w:tc>
      </w:tr>
      <w:tr>
        <w:tc>
          <w:tcPr>
            <w:tcW w:type="dxa" w:w="2880"/>
          </w:tcPr>
          <w:p>
            <w:r>
              <w:t>12</w:t>
            </w:r>
          </w:p>
        </w:tc>
        <w:tc>
          <w:tcPr>
            <w:tcW w:type="dxa" w:w="2880"/>
          </w:tcPr>
          <w:p>
            <w:r>
              <w:t>14.4</w:t>
            </w:r>
          </w:p>
        </w:tc>
        <w:tc>
          <w:tcPr>
            <w:tcW w:type="dxa" w:w="2880"/>
          </w:tcPr>
          <w:p>
            <w:r>
              <w:t>34</w:t>
            </w:r>
          </w:p>
        </w:tc>
      </w:tr>
      <w:tr>
        <w:tc>
          <w:tcPr>
            <w:tcW w:type="dxa" w:w="2880"/>
          </w:tcPr>
          <w:p>
            <w:r>
              <w:t>14.4</w:t>
            </w:r>
          </w:p>
        </w:tc>
        <w:tc>
          <w:tcPr>
            <w:tcW w:type="dxa" w:w="2880"/>
          </w:tcPr>
          <w:p>
            <w:r>
              <w:t>16.8</w:t>
            </w:r>
          </w:p>
        </w:tc>
        <w:tc>
          <w:tcPr>
            <w:tcW w:type="dxa" w:w="2880"/>
          </w:tcPr>
          <w:p>
            <w:r>
              <w:t>24</w:t>
            </w:r>
          </w:p>
        </w:tc>
      </w:tr>
      <w:tr>
        <w:tc>
          <w:tcPr>
            <w:tcW w:type="dxa" w:w="2880"/>
          </w:tcPr>
          <w:p>
            <w:r>
              <w:t>16.8</w:t>
            </w:r>
          </w:p>
        </w:tc>
        <w:tc>
          <w:tcPr>
            <w:tcW w:type="dxa" w:w="2880"/>
          </w:tcPr>
          <w:p>
            <w:r>
              <w:t>19.2</w:t>
            </w:r>
          </w:p>
        </w:tc>
        <w:tc>
          <w:tcPr>
            <w:tcW w:type="dxa" w:w="2880"/>
          </w:tcPr>
          <w:p>
            <w:r>
              <w:t>42</w:t>
            </w:r>
          </w:p>
        </w:tc>
      </w:tr>
      <w:tr>
        <w:tc>
          <w:tcPr>
            <w:tcW w:type="dxa" w:w="2880"/>
          </w:tcPr>
          <w:p>
            <w:r>
              <w:t>19.2</w:t>
            </w:r>
          </w:p>
        </w:tc>
        <w:tc>
          <w:tcPr>
            <w:tcW w:type="dxa" w:w="2880"/>
          </w:tcPr>
          <w:p>
            <w:r>
              <w:t>21.6</w:t>
            </w:r>
          </w:p>
        </w:tc>
        <w:tc>
          <w:tcPr>
            <w:tcW w:type="dxa" w:w="2880"/>
          </w:tcPr>
          <w:p>
            <w:r>
              <w:t>26</w:t>
            </w:r>
          </w:p>
        </w:tc>
      </w:tr>
      <w:tr>
        <w:tc>
          <w:tcPr>
            <w:tcW w:type="dxa" w:w="2880"/>
          </w:tcPr>
          <w:p>
            <w:r>
              <w:t>21.6</w:t>
            </w:r>
          </w:p>
        </w:tc>
        <w:tc>
          <w:tcPr>
            <w:tcW w:type="dxa" w:w="2880"/>
          </w:tcPr>
          <w:p>
            <w:r>
              <w:t>24</w:t>
            </w:r>
          </w:p>
        </w:tc>
        <w:tc>
          <w:tcPr>
            <w:tcW w:type="dxa" w:w="2880"/>
          </w:tcPr>
          <w:p>
            <w:r>
              <w:t>17</w:t>
            </w:r>
          </w:p>
        </w:tc>
      </w:tr>
    </w:tbl>
    <w:p/>
    <w:p>
      <w:pPr>
        <w:pStyle w:val="Heading2"/>
      </w:pPr>
      <w:r>
        <w:t>Figure 36. Calculate density: Reefer points [84]</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2.4</w:t>
            </w:r>
          </w:p>
        </w:tc>
        <w:tc>
          <w:tcPr>
            <w:tcW w:type="dxa" w:w="2880"/>
          </w:tcPr>
          <w:p>
            <w:r>
              <w:t>35</w:t>
            </w:r>
          </w:p>
        </w:tc>
      </w:tr>
      <w:tr>
        <w:tc>
          <w:tcPr>
            <w:tcW w:type="dxa" w:w="2880"/>
          </w:tcPr>
          <w:p>
            <w:r>
              <w:t>2.4</w:t>
            </w:r>
          </w:p>
        </w:tc>
        <w:tc>
          <w:tcPr>
            <w:tcW w:type="dxa" w:w="2880"/>
          </w:tcPr>
          <w:p>
            <w:r>
              <w:t>4.8</w:t>
            </w:r>
          </w:p>
        </w:tc>
        <w:tc>
          <w:tcPr>
            <w:tcW w:type="dxa" w:w="2880"/>
          </w:tcPr>
          <w:p>
            <w:r>
              <w:t>34</w:t>
            </w:r>
          </w:p>
        </w:tc>
      </w:tr>
      <w:tr>
        <w:tc>
          <w:tcPr>
            <w:tcW w:type="dxa" w:w="2880"/>
          </w:tcPr>
          <w:p>
            <w:r>
              <w:t>4.8</w:t>
            </w:r>
          </w:p>
        </w:tc>
        <w:tc>
          <w:tcPr>
            <w:tcW w:type="dxa" w:w="2880"/>
          </w:tcPr>
          <w:p>
            <w:r>
              <w:t>7.2</w:t>
            </w:r>
          </w:p>
        </w:tc>
        <w:tc>
          <w:tcPr>
            <w:tcW w:type="dxa" w:w="2880"/>
          </w:tcPr>
          <w:p>
            <w:r>
              <w:t>57</w:t>
            </w:r>
          </w:p>
        </w:tc>
      </w:tr>
      <w:tr>
        <w:tc>
          <w:tcPr>
            <w:tcW w:type="dxa" w:w="2880"/>
          </w:tcPr>
          <w:p>
            <w:r>
              <w:t>7.2</w:t>
            </w:r>
          </w:p>
        </w:tc>
        <w:tc>
          <w:tcPr>
            <w:tcW w:type="dxa" w:w="2880"/>
          </w:tcPr>
          <w:p>
            <w:r>
              <w:t>9.6</w:t>
            </w:r>
          </w:p>
        </w:tc>
        <w:tc>
          <w:tcPr>
            <w:tcW w:type="dxa" w:w="2880"/>
          </w:tcPr>
          <w:p>
            <w:r>
              <w:t>35</w:t>
            </w:r>
          </w:p>
        </w:tc>
      </w:tr>
      <w:tr>
        <w:tc>
          <w:tcPr>
            <w:tcW w:type="dxa" w:w="2880"/>
          </w:tcPr>
          <w:p>
            <w:r>
              <w:t>9.6</w:t>
            </w:r>
          </w:p>
        </w:tc>
        <w:tc>
          <w:tcPr>
            <w:tcW w:type="dxa" w:w="2880"/>
          </w:tcPr>
          <w:p>
            <w:r>
              <w:t>12</w:t>
            </w:r>
          </w:p>
        </w:tc>
        <w:tc>
          <w:tcPr>
            <w:tcW w:type="dxa" w:w="2880"/>
          </w:tcPr>
          <w:p>
            <w:r>
              <w:t>38</w:t>
            </w:r>
          </w:p>
        </w:tc>
      </w:tr>
      <w:tr>
        <w:tc>
          <w:tcPr>
            <w:tcW w:type="dxa" w:w="2880"/>
          </w:tcPr>
          <w:p>
            <w:r>
              <w:t>12</w:t>
            </w:r>
          </w:p>
        </w:tc>
        <w:tc>
          <w:tcPr>
            <w:tcW w:type="dxa" w:w="2880"/>
          </w:tcPr>
          <w:p>
            <w:r>
              <w:t>14.4</w:t>
            </w:r>
          </w:p>
        </w:tc>
        <w:tc>
          <w:tcPr>
            <w:tcW w:type="dxa" w:w="2880"/>
          </w:tcPr>
          <w:p>
            <w:r>
              <w:t>55</w:t>
            </w:r>
          </w:p>
        </w:tc>
      </w:tr>
      <w:tr>
        <w:tc>
          <w:tcPr>
            <w:tcW w:type="dxa" w:w="2880"/>
          </w:tcPr>
          <w:p>
            <w:r>
              <w:t>14.4</w:t>
            </w:r>
          </w:p>
        </w:tc>
        <w:tc>
          <w:tcPr>
            <w:tcW w:type="dxa" w:w="2880"/>
          </w:tcPr>
          <w:p>
            <w:r>
              <w:t>16.8</w:t>
            </w:r>
          </w:p>
        </w:tc>
        <w:tc>
          <w:tcPr>
            <w:tcW w:type="dxa" w:w="2880"/>
          </w:tcPr>
          <w:p>
            <w:r>
              <w:t>36</w:t>
            </w:r>
          </w:p>
        </w:tc>
      </w:tr>
      <w:tr>
        <w:tc>
          <w:tcPr>
            <w:tcW w:type="dxa" w:w="2880"/>
          </w:tcPr>
          <w:p>
            <w:r>
              <w:t>16.8</w:t>
            </w:r>
          </w:p>
        </w:tc>
        <w:tc>
          <w:tcPr>
            <w:tcW w:type="dxa" w:w="2880"/>
          </w:tcPr>
          <w:p>
            <w:r>
              <w:t>19.2</w:t>
            </w:r>
          </w:p>
        </w:tc>
        <w:tc>
          <w:tcPr>
            <w:tcW w:type="dxa" w:w="2880"/>
          </w:tcPr>
          <w:p>
            <w:r>
              <w:t>56</w:t>
            </w:r>
          </w:p>
        </w:tc>
      </w:tr>
      <w:tr>
        <w:tc>
          <w:tcPr>
            <w:tcW w:type="dxa" w:w="2880"/>
          </w:tcPr>
          <w:p>
            <w:r>
              <w:t>19.2</w:t>
            </w:r>
          </w:p>
        </w:tc>
        <w:tc>
          <w:tcPr>
            <w:tcW w:type="dxa" w:w="2880"/>
          </w:tcPr>
          <w:p>
            <w:r>
              <w:t>21.6</w:t>
            </w:r>
          </w:p>
        </w:tc>
        <w:tc>
          <w:tcPr>
            <w:tcW w:type="dxa" w:w="2880"/>
          </w:tcPr>
          <w:p>
            <w:r>
              <w:t>37</w:t>
            </w:r>
          </w:p>
        </w:tc>
      </w:tr>
      <w:tr>
        <w:tc>
          <w:tcPr>
            <w:tcW w:type="dxa" w:w="2880"/>
          </w:tcPr>
          <w:p>
            <w:r>
              <w:t>21.6</w:t>
            </w:r>
          </w:p>
        </w:tc>
        <w:tc>
          <w:tcPr>
            <w:tcW w:type="dxa" w:w="2880"/>
          </w:tcPr>
          <w:p>
            <w:r>
              <w:t>24</w:t>
            </w:r>
          </w:p>
        </w:tc>
        <w:tc>
          <w:tcPr>
            <w:tcW w:type="dxa" w:w="2880"/>
          </w:tcPr>
          <w:p>
            <w:r>
              <w:t>42</w:t>
            </w:r>
          </w:p>
        </w:tc>
      </w:tr>
    </w:tbl>
    <w:p/>
    <w:p>
      <w:pPr>
        <w:pStyle w:val="Heading2"/>
      </w:pPr>
      <w:r>
        <w:t>Figure 37. Calculate density: Truck gate transactions [85]</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6.857</w:t>
            </w:r>
          </w:p>
        </w:tc>
        <w:tc>
          <w:tcPr>
            <w:tcW w:type="dxa" w:w="2880"/>
          </w:tcPr>
          <w:p>
            <w:r>
              <w:t>272</w:t>
            </w:r>
          </w:p>
        </w:tc>
      </w:tr>
      <w:tr>
        <w:tc>
          <w:tcPr>
            <w:tcW w:type="dxa" w:w="2880"/>
          </w:tcPr>
          <w:p>
            <w:r>
              <w:t>6.857</w:t>
            </w:r>
          </w:p>
        </w:tc>
        <w:tc>
          <w:tcPr>
            <w:tcW w:type="dxa" w:w="2880"/>
          </w:tcPr>
          <w:p>
            <w:r>
              <w:t>13.71</w:t>
            </w:r>
          </w:p>
        </w:tc>
        <w:tc>
          <w:tcPr>
            <w:tcW w:type="dxa" w:w="2880"/>
          </w:tcPr>
          <w:p>
            <w:r>
              <w:t>300</w:t>
            </w:r>
          </w:p>
        </w:tc>
      </w:tr>
      <w:tr>
        <w:tc>
          <w:tcPr>
            <w:tcW w:type="dxa" w:w="2880"/>
          </w:tcPr>
          <w:p>
            <w:r>
              <w:t>13.71</w:t>
            </w:r>
          </w:p>
        </w:tc>
        <w:tc>
          <w:tcPr>
            <w:tcW w:type="dxa" w:w="2880"/>
          </w:tcPr>
          <w:p>
            <w:r>
              <w:t>20.57</w:t>
            </w:r>
          </w:p>
        </w:tc>
        <w:tc>
          <w:tcPr>
            <w:tcW w:type="dxa" w:w="2880"/>
          </w:tcPr>
          <w:p>
            <w:r>
              <w:t>303</w:t>
            </w:r>
          </w:p>
        </w:tc>
      </w:tr>
      <w:tr>
        <w:tc>
          <w:tcPr>
            <w:tcW w:type="dxa" w:w="2880"/>
          </w:tcPr>
          <w:p>
            <w:r>
              <w:t>20.57</w:t>
            </w:r>
          </w:p>
        </w:tc>
        <w:tc>
          <w:tcPr>
            <w:tcW w:type="dxa" w:w="2880"/>
          </w:tcPr>
          <w:p>
            <w:r>
              <w:t>27.43</w:t>
            </w:r>
          </w:p>
        </w:tc>
        <w:tc>
          <w:tcPr>
            <w:tcW w:type="dxa" w:w="2880"/>
          </w:tcPr>
          <w:p>
            <w:r>
              <w:t>302</w:t>
            </w:r>
          </w:p>
        </w:tc>
      </w:tr>
      <w:tr>
        <w:tc>
          <w:tcPr>
            <w:tcW w:type="dxa" w:w="2880"/>
          </w:tcPr>
          <w:p>
            <w:r>
              <w:t>27.43</w:t>
            </w:r>
          </w:p>
        </w:tc>
        <w:tc>
          <w:tcPr>
            <w:tcW w:type="dxa" w:w="2880"/>
          </w:tcPr>
          <w:p>
            <w:r>
              <w:t>34.29</w:t>
            </w:r>
          </w:p>
        </w:tc>
        <w:tc>
          <w:tcPr>
            <w:tcW w:type="dxa" w:w="2880"/>
          </w:tcPr>
          <w:p>
            <w:r>
              <w:t>290</w:t>
            </w:r>
          </w:p>
        </w:tc>
      </w:tr>
      <w:tr>
        <w:tc>
          <w:tcPr>
            <w:tcW w:type="dxa" w:w="2880"/>
          </w:tcPr>
          <w:p>
            <w:r>
              <w:t>34.29</w:t>
            </w:r>
          </w:p>
        </w:tc>
        <w:tc>
          <w:tcPr>
            <w:tcW w:type="dxa" w:w="2880"/>
          </w:tcPr>
          <w:p>
            <w:r>
              <w:t>41.14</w:t>
            </w:r>
          </w:p>
        </w:tc>
        <w:tc>
          <w:tcPr>
            <w:tcW w:type="dxa" w:w="2880"/>
          </w:tcPr>
          <w:p>
            <w:r>
              <w:t>300</w:t>
            </w:r>
          </w:p>
        </w:tc>
      </w:tr>
      <w:tr>
        <w:tc>
          <w:tcPr>
            <w:tcW w:type="dxa" w:w="2880"/>
          </w:tcPr>
          <w:p>
            <w:r>
              <w:t>41.14</w:t>
            </w:r>
          </w:p>
        </w:tc>
        <w:tc>
          <w:tcPr>
            <w:tcW w:type="dxa" w:w="2880"/>
          </w:tcPr>
          <w:p>
            <w:r>
              <w:t>48</w:t>
            </w:r>
          </w:p>
        </w:tc>
        <w:tc>
          <w:tcPr>
            <w:tcW w:type="dxa" w:w="2880"/>
          </w:tcPr>
          <w:p>
            <w:r>
              <w:t>260</w:t>
            </w:r>
          </w:p>
        </w:tc>
      </w:tr>
      <w:tr>
        <w:tc>
          <w:tcPr>
            <w:tcW w:type="dxa" w:w="2880"/>
          </w:tcPr>
          <w:p>
            <w:r>
              <w:t>48</w:t>
            </w:r>
          </w:p>
        </w:tc>
        <w:tc>
          <w:tcPr>
            <w:tcW w:type="dxa" w:w="2880"/>
          </w:tcPr>
          <w:p>
            <w:r>
              <w:t>54.86</w:t>
            </w:r>
          </w:p>
        </w:tc>
        <w:tc>
          <w:tcPr>
            <w:tcW w:type="dxa" w:w="2880"/>
          </w:tcPr>
          <w:p>
            <w:r>
              <w:t>305</w:t>
            </w:r>
          </w:p>
        </w:tc>
      </w:tr>
      <w:tr>
        <w:tc>
          <w:tcPr>
            <w:tcW w:type="dxa" w:w="2880"/>
          </w:tcPr>
          <w:p>
            <w:r>
              <w:t>54.86</w:t>
            </w:r>
          </w:p>
        </w:tc>
        <w:tc>
          <w:tcPr>
            <w:tcW w:type="dxa" w:w="2880"/>
          </w:tcPr>
          <w:p>
            <w:r>
              <w:t>61.71</w:t>
            </w:r>
          </w:p>
        </w:tc>
        <w:tc>
          <w:tcPr>
            <w:tcW w:type="dxa" w:w="2880"/>
          </w:tcPr>
          <w:p>
            <w:r>
              <w:t>303</w:t>
            </w:r>
          </w:p>
        </w:tc>
      </w:tr>
      <w:tr>
        <w:tc>
          <w:tcPr>
            <w:tcW w:type="dxa" w:w="2880"/>
          </w:tcPr>
          <w:p>
            <w:r>
              <w:t>61.71</w:t>
            </w:r>
          </w:p>
        </w:tc>
        <w:tc>
          <w:tcPr>
            <w:tcW w:type="dxa" w:w="2880"/>
          </w:tcPr>
          <w:p>
            <w:r>
              <w:t>68.57</w:t>
            </w:r>
          </w:p>
        </w:tc>
        <w:tc>
          <w:tcPr>
            <w:tcW w:type="dxa" w:w="2880"/>
          </w:tcPr>
          <w:p>
            <w:r>
              <w:t>296</w:t>
            </w:r>
          </w:p>
        </w:tc>
      </w:tr>
      <w:tr>
        <w:tc>
          <w:tcPr>
            <w:tcW w:type="dxa" w:w="2880"/>
          </w:tcPr>
          <w:p>
            <w:r>
              <w:t>68.57</w:t>
            </w:r>
          </w:p>
        </w:tc>
        <w:tc>
          <w:tcPr>
            <w:tcW w:type="dxa" w:w="2880"/>
          </w:tcPr>
          <w:p>
            <w:r>
              <w:t>75.43</w:t>
            </w:r>
          </w:p>
        </w:tc>
        <w:tc>
          <w:tcPr>
            <w:tcW w:type="dxa" w:w="2880"/>
          </w:tcPr>
          <w:p>
            <w:r>
              <w:t>306</w:t>
            </w:r>
          </w:p>
        </w:tc>
      </w:tr>
      <w:tr>
        <w:tc>
          <w:tcPr>
            <w:tcW w:type="dxa" w:w="2880"/>
          </w:tcPr>
          <w:p>
            <w:r>
              <w:t>75.43</w:t>
            </w:r>
          </w:p>
        </w:tc>
        <w:tc>
          <w:tcPr>
            <w:tcW w:type="dxa" w:w="2880"/>
          </w:tcPr>
          <w:p>
            <w:r>
              <w:t>82.29</w:t>
            </w:r>
          </w:p>
        </w:tc>
        <w:tc>
          <w:tcPr>
            <w:tcW w:type="dxa" w:w="2880"/>
          </w:tcPr>
          <w:p>
            <w:r>
              <w:t>300</w:t>
            </w:r>
          </w:p>
        </w:tc>
      </w:tr>
      <w:tr>
        <w:tc>
          <w:tcPr>
            <w:tcW w:type="dxa" w:w="2880"/>
          </w:tcPr>
          <w:p>
            <w:r>
              <w:t>82.29</w:t>
            </w:r>
          </w:p>
        </w:tc>
        <w:tc>
          <w:tcPr>
            <w:tcW w:type="dxa" w:w="2880"/>
          </w:tcPr>
          <w:p>
            <w:r>
              <w:t>89.14</w:t>
            </w:r>
          </w:p>
        </w:tc>
        <w:tc>
          <w:tcPr>
            <w:tcW w:type="dxa" w:w="2880"/>
          </w:tcPr>
          <w:p>
            <w:r>
              <w:t>300</w:t>
            </w:r>
          </w:p>
        </w:tc>
      </w:tr>
      <w:tr>
        <w:tc>
          <w:tcPr>
            <w:tcW w:type="dxa" w:w="2880"/>
          </w:tcPr>
          <w:p>
            <w:r>
              <w:t>89.14</w:t>
            </w:r>
          </w:p>
        </w:tc>
        <w:tc>
          <w:tcPr>
            <w:tcW w:type="dxa" w:w="2880"/>
          </w:tcPr>
          <w:p>
            <w:r>
              <w:t>96</w:t>
            </w:r>
          </w:p>
        </w:tc>
        <w:tc>
          <w:tcPr>
            <w:tcW w:type="dxa" w:w="2880"/>
          </w:tcPr>
          <w:p>
            <w:r>
              <w:t>282</w:t>
            </w:r>
          </w:p>
        </w:tc>
      </w:tr>
    </w:tbl>
    <w:p/>
    <w:p>
      <w:pPr>
        <w:pStyle w:val="Heading2"/>
      </w:pPr>
      <w:r>
        <w:t>Figure 38. Find point clusters: Equipment faults [86]</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Noise</w:t>
            </w:r>
          </w:p>
        </w:tc>
        <w:tc>
          <w:tcPr>
            <w:tcW w:type="dxa" w:w="2160"/>
          </w:tcPr>
          <w:p>
            <w:r>
              <w:t>36</w:t>
            </w:r>
          </w:p>
        </w:tc>
        <w:tc>
          <w:tcPr>
            <w:tcW w:type="dxa" w:w="2160"/>
          </w:tcPr>
          <w:p>
            <w:r>
              <w:t>0.1385</w:t>
            </w:r>
          </w:p>
        </w:tc>
        <w:tc>
          <w:tcPr>
            <w:tcW w:type="dxa" w:w="2160"/>
          </w:tcPr>
          <w:p>
            <w:r>
              <w:t>13.8%</w:t>
            </w:r>
          </w:p>
        </w:tc>
      </w:tr>
      <w:tr>
        <w:tc>
          <w:tcPr>
            <w:tcW w:type="dxa" w:w="2160"/>
          </w:tcPr>
          <w:p>
            <w:r>
              <w:t>7</w:t>
            </w:r>
          </w:p>
        </w:tc>
        <w:tc>
          <w:tcPr>
            <w:tcW w:type="dxa" w:w="2160"/>
          </w:tcPr>
          <w:p>
            <w:r>
              <w:t>20</w:t>
            </w:r>
          </w:p>
        </w:tc>
        <w:tc>
          <w:tcPr>
            <w:tcW w:type="dxa" w:w="2160"/>
          </w:tcPr>
          <w:p>
            <w:r>
              <w:t>0.07692</w:t>
            </w:r>
          </w:p>
        </w:tc>
        <w:tc>
          <w:tcPr>
            <w:tcW w:type="dxa" w:w="2160"/>
          </w:tcPr>
          <w:p>
            <w:r>
              <w:t>7.7%</w:t>
            </w:r>
          </w:p>
        </w:tc>
      </w:tr>
      <w:tr>
        <w:tc>
          <w:tcPr>
            <w:tcW w:type="dxa" w:w="2160"/>
          </w:tcPr>
          <w:p>
            <w:r>
              <w:t>18</w:t>
            </w:r>
          </w:p>
        </w:tc>
        <w:tc>
          <w:tcPr>
            <w:tcW w:type="dxa" w:w="2160"/>
          </w:tcPr>
          <w:p>
            <w:r>
              <w:t>15</w:t>
            </w:r>
          </w:p>
        </w:tc>
        <w:tc>
          <w:tcPr>
            <w:tcW w:type="dxa" w:w="2160"/>
          </w:tcPr>
          <w:p>
            <w:r>
              <w:t>0.05769</w:t>
            </w:r>
          </w:p>
        </w:tc>
        <w:tc>
          <w:tcPr>
            <w:tcW w:type="dxa" w:w="2160"/>
          </w:tcPr>
          <w:p>
            <w:r>
              <w:t>5.8%</w:t>
            </w:r>
          </w:p>
        </w:tc>
      </w:tr>
      <w:tr>
        <w:tc>
          <w:tcPr>
            <w:tcW w:type="dxa" w:w="2160"/>
          </w:tcPr>
          <w:p>
            <w:r>
              <w:t>2</w:t>
            </w:r>
          </w:p>
        </w:tc>
        <w:tc>
          <w:tcPr>
            <w:tcW w:type="dxa" w:w="2160"/>
          </w:tcPr>
          <w:p>
            <w:r>
              <w:t>14</w:t>
            </w:r>
          </w:p>
        </w:tc>
        <w:tc>
          <w:tcPr>
            <w:tcW w:type="dxa" w:w="2160"/>
          </w:tcPr>
          <w:p>
            <w:r>
              <w:t>0.05385</w:t>
            </w:r>
          </w:p>
        </w:tc>
        <w:tc>
          <w:tcPr>
            <w:tcW w:type="dxa" w:w="2160"/>
          </w:tcPr>
          <w:p>
            <w:r>
              <w:t>5.4%</w:t>
            </w:r>
          </w:p>
        </w:tc>
      </w:tr>
      <w:tr>
        <w:tc>
          <w:tcPr>
            <w:tcW w:type="dxa" w:w="2160"/>
          </w:tcPr>
          <w:p>
            <w:r>
              <w:t>5</w:t>
            </w:r>
          </w:p>
        </w:tc>
        <w:tc>
          <w:tcPr>
            <w:tcW w:type="dxa" w:w="2160"/>
          </w:tcPr>
          <w:p>
            <w:r>
              <w:t>14</w:t>
            </w:r>
          </w:p>
        </w:tc>
        <w:tc>
          <w:tcPr>
            <w:tcW w:type="dxa" w:w="2160"/>
          </w:tcPr>
          <w:p>
            <w:r>
              <w:t>0.05385</w:t>
            </w:r>
          </w:p>
        </w:tc>
        <w:tc>
          <w:tcPr>
            <w:tcW w:type="dxa" w:w="2160"/>
          </w:tcPr>
          <w:p>
            <w:r>
              <w:t>5.4%</w:t>
            </w:r>
          </w:p>
        </w:tc>
      </w:tr>
      <w:tr>
        <w:tc>
          <w:tcPr>
            <w:tcW w:type="dxa" w:w="2160"/>
          </w:tcPr>
          <w:p>
            <w:r>
              <w:t>8</w:t>
            </w:r>
          </w:p>
        </w:tc>
        <w:tc>
          <w:tcPr>
            <w:tcW w:type="dxa" w:w="2160"/>
          </w:tcPr>
          <w:p>
            <w:r>
              <w:t>14</w:t>
            </w:r>
          </w:p>
        </w:tc>
        <w:tc>
          <w:tcPr>
            <w:tcW w:type="dxa" w:w="2160"/>
          </w:tcPr>
          <w:p>
            <w:r>
              <w:t>0.05385</w:t>
            </w:r>
          </w:p>
        </w:tc>
        <w:tc>
          <w:tcPr>
            <w:tcW w:type="dxa" w:w="2160"/>
          </w:tcPr>
          <w:p>
            <w:r>
              <w:t>5.4%</w:t>
            </w:r>
          </w:p>
        </w:tc>
      </w:tr>
      <w:tr>
        <w:tc>
          <w:tcPr>
            <w:tcW w:type="dxa" w:w="2160"/>
          </w:tcPr>
          <w:p>
            <w:r>
              <w:t>9</w:t>
            </w:r>
          </w:p>
        </w:tc>
        <w:tc>
          <w:tcPr>
            <w:tcW w:type="dxa" w:w="2160"/>
          </w:tcPr>
          <w:p>
            <w:r>
              <w:t>13</w:t>
            </w:r>
          </w:p>
        </w:tc>
        <w:tc>
          <w:tcPr>
            <w:tcW w:type="dxa" w:w="2160"/>
          </w:tcPr>
          <w:p>
            <w:r>
              <w:t>0.05</w:t>
            </w:r>
          </w:p>
        </w:tc>
        <w:tc>
          <w:tcPr>
            <w:tcW w:type="dxa" w:w="2160"/>
          </w:tcPr>
          <w:p>
            <w:r>
              <w:t>5.0%</w:t>
            </w:r>
          </w:p>
        </w:tc>
      </w:tr>
      <w:tr>
        <w:tc>
          <w:tcPr>
            <w:tcW w:type="dxa" w:w="2160"/>
          </w:tcPr>
          <w:p>
            <w:r>
              <w:t>1</w:t>
            </w:r>
          </w:p>
        </w:tc>
        <w:tc>
          <w:tcPr>
            <w:tcW w:type="dxa" w:w="2160"/>
          </w:tcPr>
          <w:p>
            <w:r>
              <w:t>12</w:t>
            </w:r>
          </w:p>
        </w:tc>
        <w:tc>
          <w:tcPr>
            <w:tcW w:type="dxa" w:w="2160"/>
          </w:tcPr>
          <w:p>
            <w:r>
              <w:t>0.04615</w:t>
            </w:r>
          </w:p>
        </w:tc>
        <w:tc>
          <w:tcPr>
            <w:tcW w:type="dxa" w:w="2160"/>
          </w:tcPr>
          <w:p>
            <w:r>
              <w:t>4.6%</w:t>
            </w:r>
          </w:p>
        </w:tc>
      </w:tr>
      <w:tr>
        <w:tc>
          <w:tcPr>
            <w:tcW w:type="dxa" w:w="2160"/>
          </w:tcPr>
          <w:p>
            <w:r>
              <w:t>14</w:t>
            </w:r>
          </w:p>
        </w:tc>
        <w:tc>
          <w:tcPr>
            <w:tcW w:type="dxa" w:w="2160"/>
          </w:tcPr>
          <w:p>
            <w:r>
              <w:t>12</w:t>
            </w:r>
          </w:p>
        </w:tc>
        <w:tc>
          <w:tcPr>
            <w:tcW w:type="dxa" w:w="2160"/>
          </w:tcPr>
          <w:p>
            <w:r>
              <w:t>0.04615</w:t>
            </w:r>
          </w:p>
        </w:tc>
        <w:tc>
          <w:tcPr>
            <w:tcW w:type="dxa" w:w="2160"/>
          </w:tcPr>
          <w:p>
            <w:r>
              <w:t>4.6%</w:t>
            </w:r>
          </w:p>
        </w:tc>
      </w:tr>
      <w:tr>
        <w:tc>
          <w:tcPr>
            <w:tcW w:type="dxa" w:w="2160"/>
          </w:tcPr>
          <w:p>
            <w:r>
              <w:t>16</w:t>
            </w:r>
          </w:p>
        </w:tc>
        <w:tc>
          <w:tcPr>
            <w:tcW w:type="dxa" w:w="2160"/>
          </w:tcPr>
          <w:p>
            <w:r>
              <w:t>12</w:t>
            </w:r>
          </w:p>
        </w:tc>
        <w:tc>
          <w:tcPr>
            <w:tcW w:type="dxa" w:w="2160"/>
          </w:tcPr>
          <w:p>
            <w:r>
              <w:t>0.04615</w:t>
            </w:r>
          </w:p>
        </w:tc>
        <w:tc>
          <w:tcPr>
            <w:tcW w:type="dxa" w:w="2160"/>
          </w:tcPr>
          <w:p>
            <w:r>
              <w:t>4.6%</w:t>
            </w:r>
          </w:p>
        </w:tc>
      </w:tr>
      <w:tr>
        <w:tc>
          <w:tcPr>
            <w:tcW w:type="dxa" w:w="2160"/>
          </w:tcPr>
          <w:p>
            <w:r>
              <w:t>12</w:t>
            </w:r>
          </w:p>
        </w:tc>
        <w:tc>
          <w:tcPr>
            <w:tcW w:type="dxa" w:w="2160"/>
          </w:tcPr>
          <w:p>
            <w:r>
              <w:t>11</w:t>
            </w:r>
          </w:p>
        </w:tc>
        <w:tc>
          <w:tcPr>
            <w:tcW w:type="dxa" w:w="2160"/>
          </w:tcPr>
          <w:p>
            <w:r>
              <w:t>0.04231</w:t>
            </w:r>
          </w:p>
        </w:tc>
        <w:tc>
          <w:tcPr>
            <w:tcW w:type="dxa" w:w="2160"/>
          </w:tcPr>
          <w:p>
            <w:r>
              <w:t>4.2%</w:t>
            </w:r>
          </w:p>
        </w:tc>
      </w:tr>
      <w:tr>
        <w:tc>
          <w:tcPr>
            <w:tcW w:type="dxa" w:w="2160"/>
          </w:tcPr>
          <w:p>
            <w:r>
              <w:t>13</w:t>
            </w:r>
          </w:p>
        </w:tc>
        <w:tc>
          <w:tcPr>
            <w:tcW w:type="dxa" w:w="2160"/>
          </w:tcPr>
          <w:p>
            <w:r>
              <w:t>10</w:t>
            </w:r>
          </w:p>
        </w:tc>
        <w:tc>
          <w:tcPr>
            <w:tcW w:type="dxa" w:w="2160"/>
          </w:tcPr>
          <w:p>
            <w:r>
              <w:t>0.03846</w:t>
            </w:r>
          </w:p>
        </w:tc>
        <w:tc>
          <w:tcPr>
            <w:tcW w:type="dxa" w:w="2160"/>
          </w:tcPr>
          <w:p>
            <w:r>
              <w:t>3.8%</w:t>
            </w:r>
          </w:p>
        </w:tc>
      </w:tr>
      <w:tr>
        <w:tc>
          <w:tcPr>
            <w:tcW w:type="dxa" w:w="2160"/>
          </w:tcPr>
          <w:p>
            <w:r>
              <w:t>11</w:t>
            </w:r>
          </w:p>
        </w:tc>
        <w:tc>
          <w:tcPr>
            <w:tcW w:type="dxa" w:w="2160"/>
          </w:tcPr>
          <w:p>
            <w:r>
              <w:t>9</w:t>
            </w:r>
          </w:p>
        </w:tc>
        <w:tc>
          <w:tcPr>
            <w:tcW w:type="dxa" w:w="2160"/>
          </w:tcPr>
          <w:p>
            <w:r>
              <w:t>0.03461</w:t>
            </w:r>
          </w:p>
        </w:tc>
        <w:tc>
          <w:tcPr>
            <w:tcW w:type="dxa" w:w="2160"/>
          </w:tcPr>
          <w:p>
            <w:r>
              <w:t>3.5%</w:t>
            </w:r>
          </w:p>
        </w:tc>
      </w:tr>
      <w:tr>
        <w:tc>
          <w:tcPr>
            <w:tcW w:type="dxa" w:w="2160"/>
          </w:tcPr>
          <w:p>
            <w:r>
              <w:t>3</w:t>
            </w:r>
          </w:p>
        </w:tc>
        <w:tc>
          <w:tcPr>
            <w:tcW w:type="dxa" w:w="2160"/>
          </w:tcPr>
          <w:p>
            <w:r>
              <w:t>9</w:t>
            </w:r>
          </w:p>
        </w:tc>
        <w:tc>
          <w:tcPr>
            <w:tcW w:type="dxa" w:w="2160"/>
          </w:tcPr>
          <w:p>
            <w:r>
              <w:t>0.03461</w:t>
            </w:r>
          </w:p>
        </w:tc>
        <w:tc>
          <w:tcPr>
            <w:tcW w:type="dxa" w:w="2160"/>
          </w:tcPr>
          <w:p>
            <w:r>
              <w:t>3.5%</w:t>
            </w:r>
          </w:p>
        </w:tc>
      </w:tr>
      <w:tr>
        <w:tc>
          <w:tcPr>
            <w:tcW w:type="dxa" w:w="2160"/>
          </w:tcPr>
          <w:p>
            <w:r>
              <w:t>4</w:t>
            </w:r>
          </w:p>
        </w:tc>
        <w:tc>
          <w:tcPr>
            <w:tcW w:type="dxa" w:w="2160"/>
          </w:tcPr>
          <w:p>
            <w:r>
              <w:t>9</w:t>
            </w:r>
          </w:p>
        </w:tc>
        <w:tc>
          <w:tcPr>
            <w:tcW w:type="dxa" w:w="2160"/>
          </w:tcPr>
          <w:p>
            <w:r>
              <w:t>0.03461</w:t>
            </w:r>
          </w:p>
        </w:tc>
        <w:tc>
          <w:tcPr>
            <w:tcW w:type="dxa" w:w="2160"/>
          </w:tcPr>
          <w:p>
            <w:r>
              <w:t>3.5%</w:t>
            </w:r>
          </w:p>
        </w:tc>
      </w:tr>
      <w:tr>
        <w:tc>
          <w:tcPr>
            <w:tcW w:type="dxa" w:w="2160"/>
          </w:tcPr>
          <w:p>
            <w:r>
              <w:t>6</w:t>
            </w:r>
          </w:p>
        </w:tc>
        <w:tc>
          <w:tcPr>
            <w:tcW w:type="dxa" w:w="2160"/>
          </w:tcPr>
          <w:p>
            <w:r>
              <w:t>9</w:t>
            </w:r>
          </w:p>
        </w:tc>
        <w:tc>
          <w:tcPr>
            <w:tcW w:type="dxa" w:w="2160"/>
          </w:tcPr>
          <w:p>
            <w:r>
              <w:t>0.03461</w:t>
            </w:r>
          </w:p>
        </w:tc>
        <w:tc>
          <w:tcPr>
            <w:tcW w:type="dxa" w:w="2160"/>
          </w:tcPr>
          <w:p>
            <w:r>
              <w:t>3.5%</w:t>
            </w:r>
          </w:p>
        </w:tc>
      </w:tr>
      <w:tr>
        <w:tc>
          <w:tcPr>
            <w:tcW w:type="dxa" w:w="2160"/>
          </w:tcPr>
          <w:p>
            <w:r>
              <w:t>10</w:t>
            </w:r>
          </w:p>
        </w:tc>
        <w:tc>
          <w:tcPr>
            <w:tcW w:type="dxa" w:w="2160"/>
          </w:tcPr>
          <w:p>
            <w:r>
              <w:t>8</w:t>
            </w:r>
          </w:p>
        </w:tc>
        <w:tc>
          <w:tcPr>
            <w:tcW w:type="dxa" w:w="2160"/>
          </w:tcPr>
          <w:p>
            <w:r>
              <w:t>0.03077</w:t>
            </w:r>
          </w:p>
        </w:tc>
        <w:tc>
          <w:tcPr>
            <w:tcW w:type="dxa" w:w="2160"/>
          </w:tcPr>
          <w:p>
            <w:r>
              <w:t>3.1%</w:t>
            </w:r>
          </w:p>
        </w:tc>
      </w:tr>
      <w:tr>
        <w:tc>
          <w:tcPr>
            <w:tcW w:type="dxa" w:w="2160"/>
          </w:tcPr>
          <w:p>
            <w:r>
              <w:t>17</w:t>
            </w:r>
          </w:p>
        </w:tc>
        <w:tc>
          <w:tcPr>
            <w:tcW w:type="dxa" w:w="2160"/>
          </w:tcPr>
          <w:p>
            <w:r>
              <w:t>8</w:t>
            </w:r>
          </w:p>
        </w:tc>
        <w:tc>
          <w:tcPr>
            <w:tcW w:type="dxa" w:w="2160"/>
          </w:tcPr>
          <w:p>
            <w:r>
              <w:t>0.03077</w:t>
            </w:r>
          </w:p>
        </w:tc>
        <w:tc>
          <w:tcPr>
            <w:tcW w:type="dxa" w:w="2160"/>
          </w:tcPr>
          <w:p>
            <w:r>
              <w:t>3.1%</w:t>
            </w:r>
          </w:p>
        </w:tc>
      </w:tr>
      <w:tr>
        <w:tc>
          <w:tcPr>
            <w:tcW w:type="dxa" w:w="2160"/>
          </w:tcPr>
          <w:p>
            <w:r>
              <w:t>15</w:t>
            </w:r>
          </w:p>
        </w:tc>
        <w:tc>
          <w:tcPr>
            <w:tcW w:type="dxa" w:w="2160"/>
          </w:tcPr>
          <w:p>
            <w:r>
              <w:t>7</w:t>
            </w:r>
          </w:p>
        </w:tc>
        <w:tc>
          <w:tcPr>
            <w:tcW w:type="dxa" w:w="2160"/>
          </w:tcPr>
          <w:p>
            <w:r>
              <w:t>0.02692</w:t>
            </w:r>
          </w:p>
        </w:tc>
        <w:tc>
          <w:tcPr>
            <w:tcW w:type="dxa" w:w="2160"/>
          </w:tcPr>
          <w:p>
            <w:r>
              <w:t>2.7%</w:t>
            </w:r>
          </w:p>
        </w:tc>
      </w:tr>
      <w:tr>
        <w:tc>
          <w:tcPr>
            <w:tcW w:type="dxa" w:w="2160"/>
          </w:tcPr>
          <w:p>
            <w:r>
              <w:t>0</w:t>
            </w:r>
          </w:p>
        </w:tc>
        <w:tc>
          <w:tcPr>
            <w:tcW w:type="dxa" w:w="2160"/>
          </w:tcPr>
          <w:p>
            <w:r>
              <w:t>6</w:t>
            </w:r>
          </w:p>
        </w:tc>
        <w:tc>
          <w:tcPr>
            <w:tcW w:type="dxa" w:w="2160"/>
          </w:tcPr>
          <w:p>
            <w:r>
              <w:t>0.02308</w:t>
            </w:r>
          </w:p>
        </w:tc>
        <w:tc>
          <w:tcPr>
            <w:tcW w:type="dxa" w:w="2160"/>
          </w:tcPr>
          <w:p>
            <w:r>
              <w:t>2.3%</w:t>
            </w:r>
          </w:p>
        </w:tc>
      </w:tr>
      <w:tr>
        <w:tc>
          <w:tcPr>
            <w:tcW w:type="dxa" w:w="2160"/>
          </w:tcPr>
          <w:p>
            <w:r>
              <w:t>19</w:t>
            </w:r>
          </w:p>
        </w:tc>
        <w:tc>
          <w:tcPr>
            <w:tcW w:type="dxa" w:w="2160"/>
          </w:tcPr>
          <w:p>
            <w:r>
              <w:t>6</w:t>
            </w:r>
          </w:p>
        </w:tc>
        <w:tc>
          <w:tcPr>
            <w:tcW w:type="dxa" w:w="2160"/>
          </w:tcPr>
          <w:p>
            <w:r>
              <w:t>0.02308</w:t>
            </w:r>
          </w:p>
        </w:tc>
        <w:tc>
          <w:tcPr>
            <w:tcW w:type="dxa" w:w="2160"/>
          </w:tcPr>
          <w:p>
            <w:r>
              <w:t>2.3%</w:t>
            </w:r>
          </w:p>
        </w:tc>
      </w:tr>
      <w:tr>
        <w:tc>
          <w:tcPr>
            <w:tcW w:type="dxa" w:w="2160"/>
          </w:tcPr>
          <w:p>
            <w:r>
              <w:t>20</w:t>
            </w:r>
          </w:p>
        </w:tc>
        <w:tc>
          <w:tcPr>
            <w:tcW w:type="dxa" w:w="2160"/>
          </w:tcPr>
          <w:p>
            <w:r>
              <w:t>6</w:t>
            </w:r>
          </w:p>
        </w:tc>
        <w:tc>
          <w:tcPr>
            <w:tcW w:type="dxa" w:w="2160"/>
          </w:tcPr>
          <w:p>
            <w:r>
              <w:t>0.02308</w:t>
            </w:r>
          </w:p>
        </w:tc>
        <w:tc>
          <w:tcPr>
            <w:tcW w:type="dxa" w:w="2160"/>
          </w:tcPr>
          <w:p>
            <w:r>
              <w:t>2.3%</w:t>
            </w:r>
          </w:p>
        </w:tc>
      </w:tr>
    </w:tbl>
    <w:p/>
    <w:p>
      <w:pPr>
        <w:pStyle w:val="Heading2"/>
      </w:pPr>
      <w:r>
        <w:t>Figure 39. Find point clusters: cluster hulls [87]</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1</w:t>
            </w:r>
          </w:p>
        </w:tc>
        <w:tc>
          <w:tcPr>
            <w:tcW w:type="dxa" w:w="2160"/>
          </w:tcPr>
          <w:p>
            <w:r>
              <w:t>0.04762</w:t>
            </w:r>
          </w:p>
        </w:tc>
        <w:tc>
          <w:tcPr>
            <w:tcW w:type="dxa" w:w="2160"/>
          </w:tcPr>
          <w:p>
            <w:r>
              <w:t>4.8%</w:t>
            </w:r>
          </w:p>
        </w:tc>
      </w:tr>
      <w:tr>
        <w:tc>
          <w:tcPr>
            <w:tcW w:type="dxa" w:w="2160"/>
          </w:tcPr>
          <w:p>
            <w:r>
              <w:t>1</w:t>
            </w:r>
          </w:p>
        </w:tc>
        <w:tc>
          <w:tcPr>
            <w:tcW w:type="dxa" w:w="2160"/>
          </w:tcPr>
          <w:p>
            <w:r>
              <w:t>1</w:t>
            </w:r>
          </w:p>
        </w:tc>
        <w:tc>
          <w:tcPr>
            <w:tcW w:type="dxa" w:w="2160"/>
          </w:tcPr>
          <w:p>
            <w:r>
              <w:t>0.04762</w:t>
            </w:r>
          </w:p>
        </w:tc>
        <w:tc>
          <w:tcPr>
            <w:tcW w:type="dxa" w:w="2160"/>
          </w:tcPr>
          <w:p>
            <w:r>
              <w:t>4.8%</w:t>
            </w:r>
          </w:p>
        </w:tc>
      </w:tr>
      <w:tr>
        <w:tc>
          <w:tcPr>
            <w:tcW w:type="dxa" w:w="2160"/>
          </w:tcPr>
          <w:p>
            <w:r>
              <w:t>10</w:t>
            </w:r>
          </w:p>
        </w:tc>
        <w:tc>
          <w:tcPr>
            <w:tcW w:type="dxa" w:w="2160"/>
          </w:tcPr>
          <w:p>
            <w:r>
              <w:t>1</w:t>
            </w:r>
          </w:p>
        </w:tc>
        <w:tc>
          <w:tcPr>
            <w:tcW w:type="dxa" w:w="2160"/>
          </w:tcPr>
          <w:p>
            <w:r>
              <w:t>0.04762</w:t>
            </w:r>
          </w:p>
        </w:tc>
        <w:tc>
          <w:tcPr>
            <w:tcW w:type="dxa" w:w="2160"/>
          </w:tcPr>
          <w:p>
            <w:r>
              <w:t>4.8%</w:t>
            </w:r>
          </w:p>
        </w:tc>
      </w:tr>
      <w:tr>
        <w:tc>
          <w:tcPr>
            <w:tcW w:type="dxa" w:w="2160"/>
          </w:tcPr>
          <w:p>
            <w:r>
              <w:t>11</w:t>
            </w:r>
          </w:p>
        </w:tc>
        <w:tc>
          <w:tcPr>
            <w:tcW w:type="dxa" w:w="2160"/>
          </w:tcPr>
          <w:p>
            <w:r>
              <w:t>1</w:t>
            </w:r>
          </w:p>
        </w:tc>
        <w:tc>
          <w:tcPr>
            <w:tcW w:type="dxa" w:w="2160"/>
          </w:tcPr>
          <w:p>
            <w:r>
              <w:t>0.04762</w:t>
            </w:r>
          </w:p>
        </w:tc>
        <w:tc>
          <w:tcPr>
            <w:tcW w:type="dxa" w:w="2160"/>
          </w:tcPr>
          <w:p>
            <w:r>
              <w:t>4.8%</w:t>
            </w:r>
          </w:p>
        </w:tc>
      </w:tr>
      <w:tr>
        <w:tc>
          <w:tcPr>
            <w:tcW w:type="dxa" w:w="2160"/>
          </w:tcPr>
          <w:p>
            <w:r>
              <w:t>12</w:t>
            </w:r>
          </w:p>
        </w:tc>
        <w:tc>
          <w:tcPr>
            <w:tcW w:type="dxa" w:w="2160"/>
          </w:tcPr>
          <w:p>
            <w:r>
              <w:t>1</w:t>
            </w:r>
          </w:p>
        </w:tc>
        <w:tc>
          <w:tcPr>
            <w:tcW w:type="dxa" w:w="2160"/>
          </w:tcPr>
          <w:p>
            <w:r>
              <w:t>0.04762</w:t>
            </w:r>
          </w:p>
        </w:tc>
        <w:tc>
          <w:tcPr>
            <w:tcW w:type="dxa" w:w="2160"/>
          </w:tcPr>
          <w:p>
            <w:r>
              <w:t>4.8%</w:t>
            </w:r>
          </w:p>
        </w:tc>
      </w:tr>
      <w:tr>
        <w:tc>
          <w:tcPr>
            <w:tcW w:type="dxa" w:w="2160"/>
          </w:tcPr>
          <w:p>
            <w:r>
              <w:t>13</w:t>
            </w:r>
          </w:p>
        </w:tc>
        <w:tc>
          <w:tcPr>
            <w:tcW w:type="dxa" w:w="2160"/>
          </w:tcPr>
          <w:p>
            <w:r>
              <w:t>1</w:t>
            </w:r>
          </w:p>
        </w:tc>
        <w:tc>
          <w:tcPr>
            <w:tcW w:type="dxa" w:w="2160"/>
          </w:tcPr>
          <w:p>
            <w:r>
              <w:t>0.04762</w:t>
            </w:r>
          </w:p>
        </w:tc>
        <w:tc>
          <w:tcPr>
            <w:tcW w:type="dxa" w:w="2160"/>
          </w:tcPr>
          <w:p>
            <w:r>
              <w:t>4.8%</w:t>
            </w:r>
          </w:p>
        </w:tc>
      </w:tr>
      <w:tr>
        <w:tc>
          <w:tcPr>
            <w:tcW w:type="dxa" w:w="2160"/>
          </w:tcPr>
          <w:p>
            <w:r>
              <w:t>14</w:t>
            </w:r>
          </w:p>
        </w:tc>
        <w:tc>
          <w:tcPr>
            <w:tcW w:type="dxa" w:w="2160"/>
          </w:tcPr>
          <w:p>
            <w:r>
              <w:t>1</w:t>
            </w:r>
          </w:p>
        </w:tc>
        <w:tc>
          <w:tcPr>
            <w:tcW w:type="dxa" w:w="2160"/>
          </w:tcPr>
          <w:p>
            <w:r>
              <w:t>0.04762</w:t>
            </w:r>
          </w:p>
        </w:tc>
        <w:tc>
          <w:tcPr>
            <w:tcW w:type="dxa" w:w="2160"/>
          </w:tcPr>
          <w:p>
            <w:r>
              <w:t>4.8%</w:t>
            </w:r>
          </w:p>
        </w:tc>
      </w:tr>
      <w:tr>
        <w:tc>
          <w:tcPr>
            <w:tcW w:type="dxa" w:w="2160"/>
          </w:tcPr>
          <w:p>
            <w:r>
              <w:t>15</w:t>
            </w:r>
          </w:p>
        </w:tc>
        <w:tc>
          <w:tcPr>
            <w:tcW w:type="dxa" w:w="2160"/>
          </w:tcPr>
          <w:p>
            <w:r>
              <w:t>1</w:t>
            </w:r>
          </w:p>
        </w:tc>
        <w:tc>
          <w:tcPr>
            <w:tcW w:type="dxa" w:w="2160"/>
          </w:tcPr>
          <w:p>
            <w:r>
              <w:t>0.04762</w:t>
            </w:r>
          </w:p>
        </w:tc>
        <w:tc>
          <w:tcPr>
            <w:tcW w:type="dxa" w:w="2160"/>
          </w:tcPr>
          <w:p>
            <w:r>
              <w:t>4.8%</w:t>
            </w:r>
          </w:p>
        </w:tc>
      </w:tr>
      <w:tr>
        <w:tc>
          <w:tcPr>
            <w:tcW w:type="dxa" w:w="2160"/>
          </w:tcPr>
          <w:p>
            <w:r>
              <w:t>16</w:t>
            </w:r>
          </w:p>
        </w:tc>
        <w:tc>
          <w:tcPr>
            <w:tcW w:type="dxa" w:w="2160"/>
          </w:tcPr>
          <w:p>
            <w:r>
              <w:t>1</w:t>
            </w:r>
          </w:p>
        </w:tc>
        <w:tc>
          <w:tcPr>
            <w:tcW w:type="dxa" w:w="2160"/>
          </w:tcPr>
          <w:p>
            <w:r>
              <w:t>0.04762</w:t>
            </w:r>
          </w:p>
        </w:tc>
        <w:tc>
          <w:tcPr>
            <w:tcW w:type="dxa" w:w="2160"/>
          </w:tcPr>
          <w:p>
            <w:r>
              <w:t>4.8%</w:t>
            </w:r>
          </w:p>
        </w:tc>
      </w:tr>
      <w:tr>
        <w:tc>
          <w:tcPr>
            <w:tcW w:type="dxa" w:w="2160"/>
          </w:tcPr>
          <w:p>
            <w:r>
              <w:t>17</w:t>
            </w:r>
          </w:p>
        </w:tc>
        <w:tc>
          <w:tcPr>
            <w:tcW w:type="dxa" w:w="2160"/>
          </w:tcPr>
          <w:p>
            <w:r>
              <w:t>1</w:t>
            </w:r>
          </w:p>
        </w:tc>
        <w:tc>
          <w:tcPr>
            <w:tcW w:type="dxa" w:w="2160"/>
          </w:tcPr>
          <w:p>
            <w:r>
              <w:t>0.04762</w:t>
            </w:r>
          </w:p>
        </w:tc>
        <w:tc>
          <w:tcPr>
            <w:tcW w:type="dxa" w:w="2160"/>
          </w:tcPr>
          <w:p>
            <w:r>
              <w:t>4.8%</w:t>
            </w:r>
          </w:p>
        </w:tc>
      </w:tr>
      <w:tr>
        <w:tc>
          <w:tcPr>
            <w:tcW w:type="dxa" w:w="2160"/>
          </w:tcPr>
          <w:p>
            <w:r>
              <w:t>18</w:t>
            </w:r>
          </w:p>
        </w:tc>
        <w:tc>
          <w:tcPr>
            <w:tcW w:type="dxa" w:w="2160"/>
          </w:tcPr>
          <w:p>
            <w:r>
              <w:t>1</w:t>
            </w:r>
          </w:p>
        </w:tc>
        <w:tc>
          <w:tcPr>
            <w:tcW w:type="dxa" w:w="2160"/>
          </w:tcPr>
          <w:p>
            <w:r>
              <w:t>0.04762</w:t>
            </w:r>
          </w:p>
        </w:tc>
        <w:tc>
          <w:tcPr>
            <w:tcW w:type="dxa" w:w="2160"/>
          </w:tcPr>
          <w:p>
            <w:r>
              <w:t>4.8%</w:t>
            </w:r>
          </w:p>
        </w:tc>
      </w:tr>
      <w:tr>
        <w:tc>
          <w:tcPr>
            <w:tcW w:type="dxa" w:w="2160"/>
          </w:tcPr>
          <w:p>
            <w:r>
              <w:t>19</w:t>
            </w:r>
          </w:p>
        </w:tc>
        <w:tc>
          <w:tcPr>
            <w:tcW w:type="dxa" w:w="2160"/>
          </w:tcPr>
          <w:p>
            <w:r>
              <w:t>1</w:t>
            </w:r>
          </w:p>
        </w:tc>
        <w:tc>
          <w:tcPr>
            <w:tcW w:type="dxa" w:w="2160"/>
          </w:tcPr>
          <w:p>
            <w:r>
              <w:t>0.04762</w:t>
            </w:r>
          </w:p>
        </w:tc>
        <w:tc>
          <w:tcPr>
            <w:tcW w:type="dxa" w:w="2160"/>
          </w:tcPr>
          <w:p>
            <w:r>
              <w:t>4.8%</w:t>
            </w:r>
          </w:p>
        </w:tc>
      </w:tr>
      <w:tr>
        <w:tc>
          <w:tcPr>
            <w:tcW w:type="dxa" w:w="2160"/>
          </w:tcPr>
          <w:p>
            <w:r>
              <w:t>2</w:t>
            </w:r>
          </w:p>
        </w:tc>
        <w:tc>
          <w:tcPr>
            <w:tcW w:type="dxa" w:w="2160"/>
          </w:tcPr>
          <w:p>
            <w:r>
              <w:t>1</w:t>
            </w:r>
          </w:p>
        </w:tc>
        <w:tc>
          <w:tcPr>
            <w:tcW w:type="dxa" w:w="2160"/>
          </w:tcPr>
          <w:p>
            <w:r>
              <w:t>0.04762</w:t>
            </w:r>
          </w:p>
        </w:tc>
        <w:tc>
          <w:tcPr>
            <w:tcW w:type="dxa" w:w="2160"/>
          </w:tcPr>
          <w:p>
            <w:r>
              <w:t>4.8%</w:t>
            </w:r>
          </w:p>
        </w:tc>
      </w:tr>
      <w:tr>
        <w:tc>
          <w:tcPr>
            <w:tcW w:type="dxa" w:w="2160"/>
          </w:tcPr>
          <w:p>
            <w:r>
              <w:t>20</w:t>
            </w:r>
          </w:p>
        </w:tc>
        <w:tc>
          <w:tcPr>
            <w:tcW w:type="dxa" w:w="2160"/>
          </w:tcPr>
          <w:p>
            <w:r>
              <w:t>1</w:t>
            </w:r>
          </w:p>
        </w:tc>
        <w:tc>
          <w:tcPr>
            <w:tcW w:type="dxa" w:w="2160"/>
          </w:tcPr>
          <w:p>
            <w:r>
              <w:t>0.04762</w:t>
            </w:r>
          </w:p>
        </w:tc>
        <w:tc>
          <w:tcPr>
            <w:tcW w:type="dxa" w:w="2160"/>
          </w:tcPr>
          <w:p>
            <w:r>
              <w:t>4.8%</w:t>
            </w:r>
          </w:p>
        </w:tc>
      </w:tr>
      <w:tr>
        <w:tc>
          <w:tcPr>
            <w:tcW w:type="dxa" w:w="2160"/>
          </w:tcPr>
          <w:p>
            <w:r>
              <w:t>3</w:t>
            </w:r>
          </w:p>
        </w:tc>
        <w:tc>
          <w:tcPr>
            <w:tcW w:type="dxa" w:w="2160"/>
          </w:tcPr>
          <w:p>
            <w:r>
              <w:t>1</w:t>
            </w:r>
          </w:p>
        </w:tc>
        <w:tc>
          <w:tcPr>
            <w:tcW w:type="dxa" w:w="2160"/>
          </w:tcPr>
          <w:p>
            <w:r>
              <w:t>0.04762</w:t>
            </w:r>
          </w:p>
        </w:tc>
        <w:tc>
          <w:tcPr>
            <w:tcW w:type="dxa" w:w="2160"/>
          </w:tcPr>
          <w:p>
            <w:r>
              <w:t>4.8%</w:t>
            </w:r>
          </w:p>
        </w:tc>
      </w:tr>
      <w:tr>
        <w:tc>
          <w:tcPr>
            <w:tcW w:type="dxa" w:w="2160"/>
          </w:tcPr>
          <w:p>
            <w:r>
              <w:t>4</w:t>
            </w:r>
          </w:p>
        </w:tc>
        <w:tc>
          <w:tcPr>
            <w:tcW w:type="dxa" w:w="2160"/>
          </w:tcPr>
          <w:p>
            <w:r>
              <w:t>1</w:t>
            </w:r>
          </w:p>
        </w:tc>
        <w:tc>
          <w:tcPr>
            <w:tcW w:type="dxa" w:w="2160"/>
          </w:tcPr>
          <w:p>
            <w:r>
              <w:t>0.04762</w:t>
            </w:r>
          </w:p>
        </w:tc>
        <w:tc>
          <w:tcPr>
            <w:tcW w:type="dxa" w:w="2160"/>
          </w:tcPr>
          <w:p>
            <w:r>
              <w:t>4.8%</w:t>
            </w:r>
          </w:p>
        </w:tc>
      </w:tr>
      <w:tr>
        <w:tc>
          <w:tcPr>
            <w:tcW w:type="dxa" w:w="2160"/>
          </w:tcPr>
          <w:p>
            <w:r>
              <w:t>5</w:t>
            </w:r>
          </w:p>
        </w:tc>
        <w:tc>
          <w:tcPr>
            <w:tcW w:type="dxa" w:w="2160"/>
          </w:tcPr>
          <w:p>
            <w:r>
              <w:t>1</w:t>
            </w:r>
          </w:p>
        </w:tc>
        <w:tc>
          <w:tcPr>
            <w:tcW w:type="dxa" w:w="2160"/>
          </w:tcPr>
          <w:p>
            <w:r>
              <w:t>0.04762</w:t>
            </w:r>
          </w:p>
        </w:tc>
        <w:tc>
          <w:tcPr>
            <w:tcW w:type="dxa" w:w="2160"/>
          </w:tcPr>
          <w:p>
            <w:r>
              <w:t>4.8%</w:t>
            </w:r>
          </w:p>
        </w:tc>
      </w:tr>
      <w:tr>
        <w:tc>
          <w:tcPr>
            <w:tcW w:type="dxa" w:w="2160"/>
          </w:tcPr>
          <w:p>
            <w:r>
              <w:t>6</w:t>
            </w:r>
          </w:p>
        </w:tc>
        <w:tc>
          <w:tcPr>
            <w:tcW w:type="dxa" w:w="2160"/>
          </w:tcPr>
          <w:p>
            <w:r>
              <w:t>1</w:t>
            </w:r>
          </w:p>
        </w:tc>
        <w:tc>
          <w:tcPr>
            <w:tcW w:type="dxa" w:w="2160"/>
          </w:tcPr>
          <w:p>
            <w:r>
              <w:t>0.04762</w:t>
            </w:r>
          </w:p>
        </w:tc>
        <w:tc>
          <w:tcPr>
            <w:tcW w:type="dxa" w:w="2160"/>
          </w:tcPr>
          <w:p>
            <w:r>
              <w:t>4.8%</w:t>
            </w:r>
          </w:p>
        </w:tc>
      </w:tr>
      <w:tr>
        <w:tc>
          <w:tcPr>
            <w:tcW w:type="dxa" w:w="2160"/>
          </w:tcPr>
          <w:p>
            <w:r>
              <w:t>7</w:t>
            </w:r>
          </w:p>
        </w:tc>
        <w:tc>
          <w:tcPr>
            <w:tcW w:type="dxa" w:w="2160"/>
          </w:tcPr>
          <w:p>
            <w:r>
              <w:t>1</w:t>
            </w:r>
          </w:p>
        </w:tc>
        <w:tc>
          <w:tcPr>
            <w:tcW w:type="dxa" w:w="2160"/>
          </w:tcPr>
          <w:p>
            <w:r>
              <w:t>0.04762</w:t>
            </w:r>
          </w:p>
        </w:tc>
        <w:tc>
          <w:tcPr>
            <w:tcW w:type="dxa" w:w="2160"/>
          </w:tcPr>
          <w:p>
            <w:r>
              <w:t>4.8%</w:t>
            </w:r>
          </w:p>
        </w:tc>
      </w:tr>
      <w:tr>
        <w:tc>
          <w:tcPr>
            <w:tcW w:type="dxa" w:w="2160"/>
          </w:tcPr>
          <w:p>
            <w:r>
              <w:t>8</w:t>
            </w:r>
          </w:p>
        </w:tc>
        <w:tc>
          <w:tcPr>
            <w:tcW w:type="dxa" w:w="2160"/>
          </w:tcPr>
          <w:p>
            <w:r>
              <w:t>1</w:t>
            </w:r>
          </w:p>
        </w:tc>
        <w:tc>
          <w:tcPr>
            <w:tcW w:type="dxa" w:w="2160"/>
          </w:tcPr>
          <w:p>
            <w:r>
              <w:t>0.04762</w:t>
            </w:r>
          </w:p>
        </w:tc>
        <w:tc>
          <w:tcPr>
            <w:tcW w:type="dxa" w:w="2160"/>
          </w:tcPr>
          <w:p>
            <w:r>
              <w:t>4.8%</w:t>
            </w:r>
          </w:p>
        </w:tc>
      </w:tr>
      <w:tr>
        <w:tc>
          <w:tcPr>
            <w:tcW w:type="dxa" w:w="2160"/>
          </w:tcPr>
          <w:p>
            <w:r>
              <w:t>9</w:t>
            </w:r>
          </w:p>
        </w:tc>
        <w:tc>
          <w:tcPr>
            <w:tcW w:type="dxa" w:w="2160"/>
          </w:tcPr>
          <w:p>
            <w:r>
              <w:t>1</w:t>
            </w:r>
          </w:p>
        </w:tc>
        <w:tc>
          <w:tcPr>
            <w:tcW w:type="dxa" w:w="2160"/>
          </w:tcPr>
          <w:p>
            <w:r>
              <w:t>0.04762</w:t>
            </w:r>
          </w:p>
        </w:tc>
        <w:tc>
          <w:tcPr>
            <w:tcW w:type="dxa" w:w="2160"/>
          </w:tcPr>
          <w:p>
            <w:r>
              <w:t>4.8%</w:t>
            </w:r>
          </w:p>
        </w:tc>
      </w:tr>
    </w:tbl>
    <w:p/>
    <w:p>
      <w:pPr>
        <w:pStyle w:val="Heading2"/>
      </w:pPr>
      <w:r>
        <w:t>Figure 40. Find point clusters: Reefer points [88]</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96</w:t>
            </w:r>
          </w:p>
        </w:tc>
        <w:tc>
          <w:tcPr>
            <w:tcW w:type="dxa" w:w="2160"/>
          </w:tcPr>
          <w:p>
            <w:r>
              <w:t>0.96</w:t>
            </w:r>
          </w:p>
        </w:tc>
        <w:tc>
          <w:tcPr>
            <w:tcW w:type="dxa" w:w="2160"/>
          </w:tcPr>
          <w:p>
            <w:r>
              <w:t>96.0%</w:t>
            </w:r>
          </w:p>
        </w:tc>
      </w:tr>
      <w:tr>
        <w:tc>
          <w:tcPr>
            <w:tcW w:type="dxa" w:w="2160"/>
          </w:tcPr>
          <w:p>
            <w:r>
              <w:t>Noise</w:t>
            </w:r>
          </w:p>
        </w:tc>
        <w:tc>
          <w:tcPr>
            <w:tcW w:type="dxa" w:w="2160"/>
          </w:tcPr>
          <w:p>
            <w:r>
              <w:t>4</w:t>
            </w:r>
          </w:p>
        </w:tc>
        <w:tc>
          <w:tcPr>
            <w:tcW w:type="dxa" w:w="2160"/>
          </w:tcPr>
          <w:p>
            <w:r>
              <w:t>0.04</w:t>
            </w:r>
          </w:p>
        </w:tc>
        <w:tc>
          <w:tcPr>
            <w:tcW w:type="dxa" w:w="2160"/>
          </w:tcPr>
          <w:p>
            <w:r>
              <w:t>4.0%</w:t>
            </w:r>
          </w:p>
        </w:tc>
      </w:tr>
    </w:tbl>
    <w:p/>
    <w:p>
      <w:pPr>
        <w:pStyle w:val="Heading2"/>
      </w:pPr>
      <w:r>
        <w:t>Figure 41. Find point clusters: cluster hulls [89]</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1</w:t>
            </w:r>
          </w:p>
        </w:tc>
        <w:tc>
          <w:tcPr>
            <w:tcW w:type="dxa" w:w="2160"/>
          </w:tcPr>
          <w:p>
            <w:r>
              <w:t>1</w:t>
            </w:r>
          </w:p>
        </w:tc>
        <w:tc>
          <w:tcPr>
            <w:tcW w:type="dxa" w:w="2160"/>
          </w:tcPr>
          <w:p>
            <w:r>
              <w:t>100.0%</w:t>
            </w:r>
          </w:p>
        </w:tc>
      </w:tr>
    </w:tbl>
    <w:p/>
    <w:p>
      <w:pPr>
        <w:pStyle w:val="Heading2"/>
      </w:pPr>
      <w:r>
        <w:t>Figure 42. Find point clusters: Truck gate transactions [90]</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Noise</w:t>
            </w:r>
          </w:p>
        </w:tc>
        <w:tc>
          <w:tcPr>
            <w:tcW w:type="dxa" w:w="2160"/>
          </w:tcPr>
          <w:p>
            <w:r>
              <w:t>1,549</w:t>
            </w:r>
          </w:p>
        </w:tc>
        <w:tc>
          <w:tcPr>
            <w:tcW w:type="dxa" w:w="2160"/>
          </w:tcPr>
          <w:p>
            <w:r>
              <w:t>0.7745</w:t>
            </w:r>
          </w:p>
        </w:tc>
        <w:tc>
          <w:tcPr>
            <w:tcW w:type="dxa" w:w="2160"/>
          </w:tcPr>
          <w:p>
            <w:r>
              <w:t>77.5%</w:t>
            </w:r>
          </w:p>
        </w:tc>
      </w:tr>
      <w:tr>
        <w:tc>
          <w:tcPr>
            <w:tcW w:type="dxa" w:w="2160"/>
          </w:tcPr>
          <w:p>
            <w:r>
              <w:t>0</w:t>
            </w:r>
          </w:p>
        </w:tc>
        <w:tc>
          <w:tcPr>
            <w:tcW w:type="dxa" w:w="2160"/>
          </w:tcPr>
          <w:p>
            <w:r>
              <w:t>451</w:t>
            </w:r>
          </w:p>
        </w:tc>
        <w:tc>
          <w:tcPr>
            <w:tcW w:type="dxa" w:w="2160"/>
          </w:tcPr>
          <w:p>
            <w:r>
              <w:t>0.2255</w:t>
            </w:r>
          </w:p>
        </w:tc>
        <w:tc>
          <w:tcPr>
            <w:tcW w:type="dxa" w:w="2160"/>
          </w:tcPr>
          <w:p>
            <w:r>
              <w:t>22.6%</w:t>
            </w:r>
          </w:p>
        </w:tc>
      </w:tr>
    </w:tbl>
    <w:p/>
    <w:p>
      <w:pPr>
        <w:pStyle w:val="Heading2"/>
      </w:pPr>
      <w:r>
        <w:t>Figure 43. Find point clusters: cluster hulls [91]</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1</w:t>
            </w:r>
          </w:p>
        </w:tc>
        <w:tc>
          <w:tcPr>
            <w:tcW w:type="dxa" w:w="2160"/>
          </w:tcPr>
          <w:p>
            <w:r>
              <w:t>1</w:t>
            </w:r>
          </w:p>
        </w:tc>
        <w:tc>
          <w:tcPr>
            <w:tcW w:type="dxa" w:w="2160"/>
          </w:tcPr>
          <w:p>
            <w:r>
              <w:t>100.0%</w:t>
            </w:r>
          </w:p>
        </w:tc>
      </w:tr>
    </w:tbl>
    <w:p/>
    <w:p>
      <w:pPr>
        <w:pStyle w:val="Heading2"/>
      </w:pPr>
      <w:r>
        <w:t>Figure 44. Find outliers: Yard zones [92]</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value</w:t>
            </w:r>
          </w:p>
        </w:tc>
        <w:tc>
          <w:tcPr>
            <w:tcW w:type="dxa" w:w="2880"/>
          </w:tcPr>
          <w:p>
            <w:r>
              <w:t>lag</w:t>
            </w:r>
          </w:p>
        </w:tc>
        <w:tc>
          <w:tcPr>
            <w:tcW w:type="dxa" w:w="2880"/>
          </w:tcPr>
          <w:p>
            <w:r>
              <w:t>type</w:t>
            </w:r>
          </w:p>
        </w:tc>
      </w:tr>
      <w:tr>
        <w:tc>
          <w:tcPr>
            <w:tcW w:type="dxa" w:w="2880"/>
          </w:tcPr>
          <w:p>
            <w:r>
              <w:t>1.134</w:t>
            </w:r>
          </w:p>
        </w:tc>
        <w:tc>
          <w:tcPr>
            <w:tcW w:type="dxa" w:w="2880"/>
          </w:tcPr>
          <w:p>
            <w:r>
              <w:t>0.4513</w:t>
            </w:r>
          </w:p>
        </w:tc>
        <w:tc>
          <w:tcPr>
            <w:tcW w:type="dxa" w:w="2880"/>
          </w:tcPr>
          <w:p>
            <w:r>
              <w:t>NS</w:t>
            </w:r>
          </w:p>
        </w:tc>
      </w:tr>
      <w:tr>
        <w:tc>
          <w:tcPr>
            <w:tcW w:type="dxa" w:w="2880"/>
          </w:tcPr>
          <w:p>
            <w:r>
              <w:t>0.4513</w:t>
            </w:r>
          </w:p>
        </w:tc>
        <w:tc>
          <w:tcPr>
            <w:tcW w:type="dxa" w:w="2880"/>
          </w:tcPr>
          <w:p>
            <w:r>
              <w:t>0.2142</w:t>
            </w:r>
          </w:p>
        </w:tc>
        <w:tc>
          <w:tcPr>
            <w:tcW w:type="dxa" w:w="2880"/>
          </w:tcPr>
          <w:p>
            <w:r>
              <w:t>NS</w:t>
            </w:r>
          </w:p>
        </w:tc>
      </w:tr>
      <w:tr>
        <w:tc>
          <w:tcPr>
            <w:tcW w:type="dxa" w:w="2880"/>
          </w:tcPr>
          <w:p>
            <w:r>
              <w:t>-0.7057</w:t>
            </w:r>
          </w:p>
        </w:tc>
        <w:tc>
          <w:tcPr>
            <w:tcW w:type="dxa" w:w="2880"/>
          </w:tcPr>
          <w:p>
            <w:r>
              <w:t>0.3413</w:t>
            </w:r>
          </w:p>
        </w:tc>
        <w:tc>
          <w:tcPr>
            <w:tcW w:type="dxa" w:w="2880"/>
          </w:tcPr>
          <w:p>
            <w:r>
              <w:t>NS</w:t>
            </w:r>
          </w:p>
        </w:tc>
      </w:tr>
      <w:tr>
        <w:tc>
          <w:tcPr>
            <w:tcW w:type="dxa" w:w="2880"/>
          </w:tcPr>
          <w:p>
            <w:r>
              <w:t>0.2313</w:t>
            </w:r>
          </w:p>
        </w:tc>
        <w:tc>
          <w:tcPr>
            <w:tcW w:type="dxa" w:w="2880"/>
          </w:tcPr>
          <w:p>
            <w:r>
              <w:t>-0.9608</w:t>
            </w:r>
          </w:p>
        </w:tc>
        <w:tc>
          <w:tcPr>
            <w:tcW w:type="dxa" w:w="2880"/>
          </w:tcPr>
          <w:p>
            <w:r>
              <w:t>NS</w:t>
            </w:r>
          </w:p>
        </w:tc>
      </w:tr>
      <w:tr>
        <w:tc>
          <w:tcPr>
            <w:tcW w:type="dxa" w:w="2880"/>
          </w:tcPr>
          <w:p>
            <w:r>
              <w:t>-1.216</w:t>
            </w:r>
          </w:p>
        </w:tc>
        <w:tc>
          <w:tcPr>
            <w:tcW w:type="dxa" w:w="2880"/>
          </w:tcPr>
          <w:p>
            <w:r>
              <w:t>-0.4326</w:t>
            </w:r>
          </w:p>
        </w:tc>
        <w:tc>
          <w:tcPr>
            <w:tcW w:type="dxa" w:w="2880"/>
          </w:tcPr>
          <w:p>
            <w:r>
              <w:t>NS</w:t>
            </w:r>
          </w:p>
        </w:tc>
      </w:tr>
      <w:tr>
        <w:tc>
          <w:tcPr>
            <w:tcW w:type="dxa" w:w="2880"/>
          </w:tcPr>
          <w:p>
            <w:r>
              <w:t>-1.096</w:t>
            </w:r>
          </w:p>
        </w:tc>
        <w:tc>
          <w:tcPr>
            <w:tcW w:type="dxa" w:w="2880"/>
          </w:tcPr>
          <w:p>
            <w:r>
              <w:t>-0.1168</w:t>
            </w:r>
          </w:p>
        </w:tc>
        <w:tc>
          <w:tcPr>
            <w:tcW w:type="dxa" w:w="2880"/>
          </w:tcPr>
          <w:p>
            <w:r>
              <w:t>NS</w:t>
            </w:r>
          </w:p>
        </w:tc>
      </w:tr>
      <w:tr>
        <w:tc>
          <w:tcPr>
            <w:tcW w:type="dxa" w:w="2880"/>
          </w:tcPr>
          <w:p>
            <w:r>
              <w:t>0.9823</w:t>
            </w:r>
          </w:p>
        </w:tc>
        <w:tc>
          <w:tcPr>
            <w:tcW w:type="dxa" w:w="2880"/>
          </w:tcPr>
          <w:p>
            <w:r>
              <w:t>-1.26</w:t>
            </w:r>
          </w:p>
        </w:tc>
        <w:tc>
          <w:tcPr>
            <w:tcW w:type="dxa" w:w="2880"/>
          </w:tcPr>
          <w:p>
            <w:r>
              <w:t>NS</w:t>
            </w:r>
          </w:p>
        </w:tc>
      </w:tr>
      <w:tr>
        <w:tc>
          <w:tcPr>
            <w:tcW w:type="dxa" w:w="2880"/>
          </w:tcPr>
          <w:p>
            <w:r>
              <w:t>-1.425</w:t>
            </w:r>
          </w:p>
        </w:tc>
        <w:tc>
          <w:tcPr>
            <w:tcW w:type="dxa" w:w="2880"/>
          </w:tcPr>
          <w:p>
            <w:r>
              <w:t>0.3517</w:t>
            </w:r>
          </w:p>
        </w:tc>
        <w:tc>
          <w:tcPr>
            <w:tcW w:type="dxa" w:w="2880"/>
          </w:tcPr>
          <w:p>
            <w:r>
              <w:t>NS</w:t>
            </w:r>
          </w:p>
        </w:tc>
      </w:tr>
      <w:tr>
        <w:tc>
          <w:tcPr>
            <w:tcW w:type="dxa" w:w="2880"/>
          </w:tcPr>
          <w:p>
            <w:r>
              <w:t>-0.2789</w:t>
            </w:r>
          </w:p>
        </w:tc>
        <w:tc>
          <w:tcPr>
            <w:tcW w:type="dxa" w:w="2880"/>
          </w:tcPr>
          <w:p>
            <w:r>
              <w:t>-1.329</w:t>
            </w:r>
          </w:p>
        </w:tc>
        <w:tc>
          <w:tcPr>
            <w:tcW w:type="dxa" w:w="2880"/>
          </w:tcPr>
          <w:p>
            <w:r>
              <w:t>NS</w:t>
            </w:r>
          </w:p>
        </w:tc>
      </w:tr>
      <w:tr>
        <w:tc>
          <w:tcPr>
            <w:tcW w:type="dxa" w:w="2880"/>
          </w:tcPr>
          <w:p>
            <w:r>
              <w:t>-1.233</w:t>
            </w:r>
          </w:p>
        </w:tc>
        <w:tc>
          <w:tcPr>
            <w:tcW w:type="dxa" w:w="2880"/>
          </w:tcPr>
          <w:p>
            <w:r>
              <w:t>-0.2789</w:t>
            </w:r>
          </w:p>
        </w:tc>
        <w:tc>
          <w:tcPr>
            <w:tcW w:type="dxa" w:w="2880"/>
          </w:tcPr>
          <w:p>
            <w:r>
              <w:t>NS</w:t>
            </w:r>
          </w:p>
        </w:tc>
      </w:tr>
      <w:tr>
        <w:tc>
          <w:tcPr>
            <w:tcW w:type="dxa" w:w="2880"/>
          </w:tcPr>
          <w:p>
            <w:r>
              <w:t>0.6865</w:t>
            </w:r>
          </w:p>
        </w:tc>
        <w:tc>
          <w:tcPr>
            <w:tcW w:type="dxa" w:w="2880"/>
          </w:tcPr>
          <w:p>
            <w:r>
              <w:t>-1.487</w:t>
            </w:r>
          </w:p>
        </w:tc>
        <w:tc>
          <w:tcPr>
            <w:tcW w:type="dxa" w:w="2880"/>
          </w:tcPr>
          <w:p>
            <w:r>
              <w:t>NS</w:t>
            </w:r>
          </w:p>
        </w:tc>
      </w:tr>
      <w:tr>
        <w:tc>
          <w:tcPr>
            <w:tcW w:type="dxa" w:w="2880"/>
          </w:tcPr>
          <w:p>
            <w:r>
              <w:t>-1.487</w:t>
            </w:r>
          </w:p>
        </w:tc>
        <w:tc>
          <w:tcPr>
            <w:tcW w:type="dxa" w:w="2880"/>
          </w:tcPr>
          <w:p>
            <w:r>
              <w:t>0.7965</w:t>
            </w:r>
          </w:p>
        </w:tc>
        <w:tc>
          <w:tcPr>
            <w:tcW w:type="dxa" w:w="2880"/>
          </w:tcPr>
          <w:p>
            <w:r>
              <w:t>NS</w:t>
            </w:r>
          </w:p>
        </w:tc>
      </w:tr>
      <w:tr>
        <w:tc>
          <w:tcPr>
            <w:tcW w:type="dxa" w:w="2880"/>
          </w:tcPr>
          <w:p>
            <w:r>
              <w:t>0.9065</w:t>
            </w:r>
          </w:p>
        </w:tc>
        <w:tc>
          <w:tcPr>
            <w:tcW w:type="dxa" w:w="2880"/>
          </w:tcPr>
          <w:p>
            <w:r>
              <w:t>-0.0997</w:t>
            </w:r>
          </w:p>
        </w:tc>
        <w:tc>
          <w:tcPr>
            <w:tcW w:type="dxa" w:w="2880"/>
          </w:tcPr>
          <w:p>
            <w:r>
              <w:t>NS</w:t>
            </w:r>
          </w:p>
        </w:tc>
      </w:tr>
      <w:tr>
        <w:tc>
          <w:tcPr>
            <w:tcW w:type="dxa" w:w="2880"/>
          </w:tcPr>
          <w:p>
            <w:r>
              <w:t>1.288</w:t>
            </w:r>
          </w:p>
        </w:tc>
        <w:tc>
          <w:tcPr>
            <w:tcW w:type="dxa" w:w="2880"/>
          </w:tcPr>
          <w:p>
            <w:r>
              <w:t>0.089</w:t>
            </w:r>
          </w:p>
        </w:tc>
        <w:tc>
          <w:tcPr>
            <w:tcW w:type="dxa" w:w="2880"/>
          </w:tcPr>
          <w:p>
            <w:r>
              <w:t>NS</w:t>
            </w:r>
          </w:p>
        </w:tc>
      </w:tr>
      <w:tr>
        <w:tc>
          <w:tcPr>
            <w:tcW w:type="dxa" w:w="2880"/>
          </w:tcPr>
          <w:p>
            <w:r>
              <w:t>-0.7284</w:t>
            </w:r>
          </w:p>
        </w:tc>
        <w:tc>
          <w:tcPr>
            <w:tcW w:type="dxa" w:w="2880"/>
          </w:tcPr>
          <w:p>
            <w:r>
              <w:t>0.9615</w:t>
            </w:r>
          </w:p>
        </w:tc>
        <w:tc>
          <w:tcPr>
            <w:tcW w:type="dxa" w:w="2880"/>
          </w:tcPr>
          <w:p>
            <w:r>
              <w:t>NS</w:t>
            </w:r>
          </w:p>
        </w:tc>
      </w:tr>
      <w:tr>
        <w:tc>
          <w:tcPr>
            <w:tcW w:type="dxa" w:w="2880"/>
          </w:tcPr>
          <w:p>
            <w:r>
              <w:t>0.6352</w:t>
            </w:r>
          </w:p>
        </w:tc>
        <w:tc>
          <w:tcPr>
            <w:tcW w:type="dxa" w:w="2880"/>
          </w:tcPr>
          <w:p>
            <w:r>
              <w:t>-0.829</w:t>
            </w:r>
          </w:p>
        </w:tc>
        <w:tc>
          <w:tcPr>
            <w:tcW w:type="dxa" w:w="2880"/>
          </w:tcPr>
          <w:p>
            <w:r>
              <w:t>NS</w:t>
            </w:r>
          </w:p>
        </w:tc>
      </w:tr>
      <w:tr>
        <w:tc>
          <w:tcPr>
            <w:tcW w:type="dxa" w:w="2880"/>
          </w:tcPr>
          <w:p>
            <w:r>
              <w:t>-0.9295</w:t>
            </w:r>
          </w:p>
        </w:tc>
        <w:tc>
          <w:tcPr>
            <w:tcW w:type="dxa" w:w="2880"/>
          </w:tcPr>
          <w:p>
            <w:r>
              <w:t>0.7993</w:t>
            </w:r>
          </w:p>
        </w:tc>
        <w:tc>
          <w:tcPr>
            <w:tcW w:type="dxa" w:w="2880"/>
          </w:tcPr>
          <w:p>
            <w:r>
              <w:t>NS</w:t>
            </w:r>
          </w:p>
        </w:tc>
      </w:tr>
      <w:tr>
        <w:tc>
          <w:tcPr>
            <w:tcW w:type="dxa" w:w="2880"/>
          </w:tcPr>
          <w:p>
            <w:r>
              <w:t>0.9634</w:t>
            </w:r>
          </w:p>
        </w:tc>
        <w:tc>
          <w:tcPr>
            <w:tcW w:type="dxa" w:w="2880"/>
          </w:tcPr>
          <w:p>
            <w:r>
              <w:t>-1.069</w:t>
            </w:r>
          </w:p>
        </w:tc>
        <w:tc>
          <w:tcPr>
            <w:tcW w:type="dxa" w:w="2880"/>
          </w:tcPr>
          <w:p>
            <w:r>
              <w:t>NS</w:t>
            </w:r>
          </w:p>
        </w:tc>
      </w:tr>
      <w:tr>
        <w:tc>
          <w:tcPr>
            <w:tcW w:type="dxa" w:w="2880"/>
          </w:tcPr>
          <w:p>
            <w:r>
              <w:t>-1.208</w:t>
            </w:r>
          </w:p>
        </w:tc>
        <w:tc>
          <w:tcPr>
            <w:tcW w:type="dxa" w:w="2880"/>
          </w:tcPr>
          <w:p>
            <w:r>
              <w:t>0.7794</w:t>
            </w:r>
          </w:p>
        </w:tc>
        <w:tc>
          <w:tcPr>
            <w:tcW w:type="dxa" w:w="2880"/>
          </w:tcPr>
          <w:p>
            <w:r>
              <w:t>NS</w:t>
            </w:r>
          </w:p>
        </w:tc>
      </w:tr>
      <w:tr>
        <w:tc>
          <w:tcPr>
            <w:tcW w:type="dxa" w:w="2880"/>
          </w:tcPr>
          <w:p>
            <w:r>
              <w:t>0.5954</w:t>
            </w:r>
          </w:p>
        </w:tc>
        <w:tc>
          <w:tcPr>
            <w:tcW w:type="dxa" w:w="2880"/>
          </w:tcPr>
          <w:p>
            <w:r>
              <w:t>-1.208</w:t>
            </w:r>
          </w:p>
        </w:tc>
        <w:tc>
          <w:tcPr>
            <w:tcW w:type="dxa" w:w="2880"/>
          </w:tcPr>
          <w:p>
            <w:r>
              <w:t>NS</w:t>
            </w:r>
          </w:p>
        </w:tc>
      </w:tr>
      <w:tr>
        <w:tc>
          <w:tcPr>
            <w:tcW w:type="dxa" w:w="2880"/>
          </w:tcPr>
          <w:p>
            <w:r>
              <w:t>1.384</w:t>
            </w:r>
          </w:p>
        </w:tc>
        <w:tc>
          <w:tcPr>
            <w:tcW w:type="dxa" w:w="2880"/>
          </w:tcPr>
          <w:p>
            <w:r>
              <w:t>1.329</w:t>
            </w:r>
          </w:p>
        </w:tc>
        <w:tc>
          <w:tcPr>
            <w:tcW w:type="dxa" w:w="2880"/>
          </w:tcPr>
          <w:p>
            <w:r>
              <w:t>NS</w:t>
            </w:r>
          </w:p>
        </w:tc>
      </w:tr>
      <w:tr>
        <w:tc>
          <w:tcPr>
            <w:tcW w:type="dxa" w:w="2880"/>
          </w:tcPr>
          <w:p>
            <w:r>
              <w:t>1.329</w:t>
            </w:r>
          </w:p>
        </w:tc>
        <w:tc>
          <w:tcPr>
            <w:tcW w:type="dxa" w:w="2880"/>
          </w:tcPr>
          <w:p>
            <w:r>
              <w:t>1.009</w:t>
            </w:r>
          </w:p>
        </w:tc>
        <w:tc>
          <w:tcPr>
            <w:tcW w:type="dxa" w:w="2880"/>
          </w:tcPr>
          <w:p>
            <w:r>
              <w:t>NS</w:t>
            </w:r>
          </w:p>
        </w:tc>
      </w:tr>
      <w:tr>
        <w:tc>
          <w:tcPr>
            <w:tcW w:type="dxa" w:w="2880"/>
          </w:tcPr>
          <w:p>
            <w:r>
              <w:t>0.6333</w:t>
            </w:r>
          </w:p>
        </w:tc>
        <w:tc>
          <w:tcPr>
            <w:tcW w:type="dxa" w:w="2880"/>
          </w:tcPr>
          <w:p>
            <w:r>
              <w:t>1.221</w:t>
            </w:r>
          </w:p>
        </w:tc>
        <w:tc>
          <w:tcPr>
            <w:tcW w:type="dxa" w:w="2880"/>
          </w:tcPr>
          <w:p>
            <w:r>
              <w:t>NS</w:t>
            </w:r>
          </w:p>
        </w:tc>
      </w:tr>
      <w:tr>
        <w:tc>
          <w:tcPr>
            <w:tcW w:type="dxa" w:w="2880"/>
          </w:tcPr>
          <w:p>
            <w:r>
              <w:t>1.113</w:t>
            </w:r>
          </w:p>
        </w:tc>
        <w:tc>
          <w:tcPr>
            <w:tcW w:type="dxa" w:w="2880"/>
          </w:tcPr>
          <w:p>
            <w:r>
              <w:t>0.2161</w:t>
            </w:r>
          </w:p>
        </w:tc>
        <w:tc>
          <w:tcPr>
            <w:tcW w:type="dxa" w:w="2880"/>
          </w:tcPr>
          <w:p>
            <w:r>
              <w:t>NS</w:t>
            </w:r>
          </w:p>
        </w:tc>
      </w:tr>
      <w:tr>
        <w:tc>
          <w:tcPr>
            <w:tcW w:type="dxa" w:w="2880"/>
          </w:tcPr>
          <w:p>
            <w:r>
              <w:t>-0.2012</w:t>
            </w:r>
          </w:p>
        </w:tc>
        <w:tc>
          <w:tcPr>
            <w:tcW w:type="dxa" w:w="2880"/>
          </w:tcPr>
          <w:p>
            <w:r>
              <w:t>0.1867</w:t>
            </w:r>
          </w:p>
        </w:tc>
        <w:tc>
          <w:tcPr>
            <w:tcW w:type="dxa" w:w="2880"/>
          </w:tcPr>
          <w:p>
            <w:r>
              <w:t>NS</w:t>
            </w:r>
          </w:p>
        </w:tc>
      </w:tr>
      <w:tr>
        <w:tc>
          <w:tcPr>
            <w:tcW w:type="dxa" w:w="2880"/>
          </w:tcPr>
          <w:p>
            <w:r>
              <w:t>-0.7398</w:t>
            </w:r>
          </w:p>
        </w:tc>
        <w:tc>
          <w:tcPr>
            <w:tcW w:type="dxa" w:w="2880"/>
          </w:tcPr>
          <w:p>
            <w:r>
              <w:t>0.5139</w:t>
            </w:r>
          </w:p>
        </w:tc>
        <w:tc>
          <w:tcPr>
            <w:tcW w:type="dxa" w:w="2880"/>
          </w:tcPr>
          <w:p>
            <w:r>
              <w:t>NS</w:t>
            </w:r>
          </w:p>
        </w:tc>
      </w:tr>
      <w:tr>
        <w:tc>
          <w:tcPr>
            <w:tcW w:type="dxa" w:w="2880"/>
          </w:tcPr>
          <w:p>
            <w:r>
              <w:t>1.229</w:t>
            </w:r>
          </w:p>
        </w:tc>
        <w:tc>
          <w:tcPr>
            <w:tcW w:type="dxa" w:w="2880"/>
          </w:tcPr>
          <w:p>
            <w:r>
              <w:t>-0.8659</w:t>
            </w:r>
          </w:p>
        </w:tc>
        <w:tc>
          <w:tcPr>
            <w:tcW w:type="dxa" w:w="2880"/>
          </w:tcPr>
          <w:p>
            <w:r>
              <w:t>NS</w:t>
            </w:r>
          </w:p>
        </w:tc>
      </w:tr>
      <w:tr>
        <w:tc>
          <w:tcPr>
            <w:tcW w:type="dxa" w:w="2880"/>
          </w:tcPr>
          <w:p>
            <w:r>
              <w:t>-0.9921</w:t>
            </w:r>
          </w:p>
        </w:tc>
        <w:tc>
          <w:tcPr>
            <w:tcW w:type="dxa" w:w="2880"/>
          </w:tcPr>
          <w:p>
            <w:r>
              <w:t>-0.1775</w:t>
            </w:r>
          </w:p>
        </w:tc>
        <w:tc>
          <w:tcPr>
            <w:tcW w:type="dxa" w:w="2880"/>
          </w:tcPr>
          <w:p>
            <w:r>
              <w:t>NS</w:t>
            </w:r>
          </w:p>
        </w:tc>
      </w:tr>
      <w:tr>
        <w:tc>
          <w:tcPr>
            <w:tcW w:type="dxa" w:w="2880"/>
          </w:tcPr>
          <w:p>
            <w:r>
              <w:t>-1.584</w:t>
            </w:r>
          </w:p>
        </w:tc>
        <w:tc>
          <w:tcPr>
            <w:tcW w:type="dxa" w:w="2880"/>
          </w:tcPr>
          <w:p>
            <w:r>
              <w:t>-0.3652</w:t>
            </w:r>
          </w:p>
        </w:tc>
        <w:tc>
          <w:tcPr>
            <w:tcW w:type="dxa" w:w="2880"/>
          </w:tcPr>
          <w:p>
            <w:r>
              <w:t>NS</w:t>
            </w:r>
          </w:p>
        </w:tc>
      </w:tr>
      <w:tr>
        <w:tc>
          <w:tcPr>
            <w:tcW w:type="dxa" w:w="2880"/>
          </w:tcPr>
          <w:p>
            <w:r>
              <w:t>0.2616</w:t>
            </w:r>
          </w:p>
        </w:tc>
        <w:tc>
          <w:tcPr>
            <w:tcW w:type="dxa" w:w="2880"/>
          </w:tcPr>
          <w:p>
            <w:r>
              <w:t>-1.584</w:t>
            </w:r>
          </w:p>
        </w:tc>
        <w:tc>
          <w:tcPr>
            <w:tcW w:type="dxa" w:w="2880"/>
          </w:tcPr>
          <w:p>
            <w:r>
              <w:t>NS</w:t>
            </w:r>
          </w:p>
        </w:tc>
      </w:tr>
    </w:tbl>
    <w:p/>
    <w:p>
      <w:pPr>
        <w:pStyle w:val="Heading2"/>
      </w:pPr>
      <w:r>
        <w:t>Figure 45. Find point clusters: Truck gate transactions over time [93]</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2026-08-31</w:t>
            </w:r>
          </w:p>
        </w:tc>
        <w:tc>
          <w:tcPr>
            <w:tcW w:type="dxa" w:w="2880"/>
          </w:tcPr>
          <w:p>
            <w:r>
              <w:t>drop-off</w:t>
            </w:r>
          </w:p>
        </w:tc>
        <w:tc>
          <w:tcPr>
            <w:tcW w:type="dxa" w:w="2880"/>
          </w:tcPr>
          <w:p>
            <w:r>
              <w:t>40</w:t>
            </w:r>
          </w:p>
        </w:tc>
      </w:tr>
      <w:tr>
        <w:tc>
          <w:tcPr>
            <w:tcW w:type="dxa" w:w="2880"/>
          </w:tcPr>
          <w:p>
            <w:r>
              <w:t>2026-08-31</w:t>
            </w:r>
          </w:p>
        </w:tc>
        <w:tc>
          <w:tcPr>
            <w:tcW w:type="dxa" w:w="2880"/>
          </w:tcPr>
          <w:p>
            <w:r>
              <w:t>pick-up</w:t>
            </w:r>
          </w:p>
        </w:tc>
        <w:tc>
          <w:tcPr>
            <w:tcW w:type="dxa" w:w="2880"/>
          </w:tcPr>
          <w:p>
            <w:r>
              <w:t>42</w:t>
            </w:r>
          </w:p>
        </w:tc>
      </w:tr>
      <w:tr>
        <w:tc>
          <w:tcPr>
            <w:tcW w:type="dxa" w:w="2880"/>
          </w:tcPr>
          <w:p>
            <w:r>
              <w:t>2026-08-31</w:t>
            </w:r>
          </w:p>
        </w:tc>
        <w:tc>
          <w:tcPr>
            <w:tcW w:type="dxa" w:w="2880"/>
          </w:tcPr>
          <w:p>
            <w:r>
              <w:t>dual</w:t>
            </w:r>
          </w:p>
        </w:tc>
        <w:tc>
          <w:tcPr>
            <w:tcW w:type="dxa" w:w="2880"/>
          </w:tcPr>
          <w:p>
            <w:r>
              <w:t>36</w:t>
            </w:r>
          </w:p>
        </w:tc>
      </w:tr>
      <w:tr>
        <w:tc>
          <w:tcPr>
            <w:tcW w:type="dxa" w:w="2880"/>
          </w:tcPr>
          <w:p>
            <w:r>
              <w:t>2026-09-01</w:t>
            </w:r>
          </w:p>
        </w:tc>
        <w:tc>
          <w:tcPr>
            <w:tcW w:type="dxa" w:w="2880"/>
          </w:tcPr>
          <w:p>
            <w:r>
              <w:t>drop-off</w:t>
            </w:r>
          </w:p>
        </w:tc>
        <w:tc>
          <w:tcPr>
            <w:tcW w:type="dxa" w:w="2880"/>
          </w:tcPr>
          <w:p>
            <w:r>
              <w:t>33</w:t>
            </w:r>
          </w:p>
        </w:tc>
      </w:tr>
      <w:tr>
        <w:tc>
          <w:tcPr>
            <w:tcW w:type="dxa" w:w="2880"/>
          </w:tcPr>
          <w:p>
            <w:r>
              <w:t>2026-09-01</w:t>
            </w:r>
          </w:p>
        </w:tc>
        <w:tc>
          <w:tcPr>
            <w:tcW w:type="dxa" w:w="2880"/>
          </w:tcPr>
          <w:p>
            <w:r>
              <w:t>pick-up</w:t>
            </w:r>
          </w:p>
        </w:tc>
        <w:tc>
          <w:tcPr>
            <w:tcW w:type="dxa" w:w="2880"/>
          </w:tcPr>
          <w:p>
            <w:r>
              <w:t>31</w:t>
            </w:r>
          </w:p>
        </w:tc>
      </w:tr>
      <w:tr>
        <w:tc>
          <w:tcPr>
            <w:tcW w:type="dxa" w:w="2880"/>
          </w:tcPr>
          <w:p>
            <w:r>
              <w:t>2026-09-01</w:t>
            </w:r>
          </w:p>
        </w:tc>
        <w:tc>
          <w:tcPr>
            <w:tcW w:type="dxa" w:w="2880"/>
          </w:tcPr>
          <w:p>
            <w:r>
              <w:t>dual</w:t>
            </w:r>
          </w:p>
        </w:tc>
        <w:tc>
          <w:tcPr>
            <w:tcW w:type="dxa" w:w="2880"/>
          </w:tcPr>
          <w:p>
            <w:r>
              <w:t>24</w:t>
            </w:r>
          </w:p>
        </w:tc>
      </w:tr>
      <w:tr>
        <w:tc>
          <w:tcPr>
            <w:tcW w:type="dxa" w:w="2880"/>
          </w:tcPr>
          <w:p>
            <w:r>
              <w:t>2026-09-02</w:t>
            </w:r>
          </w:p>
        </w:tc>
        <w:tc>
          <w:tcPr>
            <w:tcW w:type="dxa" w:w="2880"/>
          </w:tcPr>
          <w:p>
            <w:r>
              <w:t>drop-off</w:t>
            </w:r>
          </w:p>
        </w:tc>
        <w:tc>
          <w:tcPr>
            <w:tcW w:type="dxa" w:w="2880"/>
          </w:tcPr>
          <w:p>
            <w:r>
              <w:t>27</w:t>
            </w:r>
          </w:p>
        </w:tc>
      </w:tr>
      <w:tr>
        <w:tc>
          <w:tcPr>
            <w:tcW w:type="dxa" w:w="2880"/>
          </w:tcPr>
          <w:p>
            <w:r>
              <w:t>2026-09-02</w:t>
            </w:r>
          </w:p>
        </w:tc>
        <w:tc>
          <w:tcPr>
            <w:tcW w:type="dxa" w:w="2880"/>
          </w:tcPr>
          <w:p>
            <w:r>
              <w:t>pick-up</w:t>
            </w:r>
          </w:p>
        </w:tc>
        <w:tc>
          <w:tcPr>
            <w:tcW w:type="dxa" w:w="2880"/>
          </w:tcPr>
          <w:p>
            <w:r>
              <w:t>28</w:t>
            </w:r>
          </w:p>
        </w:tc>
      </w:tr>
      <w:tr>
        <w:tc>
          <w:tcPr>
            <w:tcW w:type="dxa" w:w="2880"/>
          </w:tcPr>
          <w:p>
            <w:r>
              <w:t>2026-09-02</w:t>
            </w:r>
          </w:p>
        </w:tc>
        <w:tc>
          <w:tcPr>
            <w:tcW w:type="dxa" w:w="2880"/>
          </w:tcPr>
          <w:p>
            <w:r>
              <w:t>dual</w:t>
            </w:r>
          </w:p>
        </w:tc>
        <w:tc>
          <w:tcPr>
            <w:tcW w:type="dxa" w:w="2880"/>
          </w:tcPr>
          <w:p>
            <w:r>
              <w:t>31</w:t>
            </w:r>
          </w:p>
        </w:tc>
      </w:tr>
      <w:tr>
        <w:tc>
          <w:tcPr>
            <w:tcW w:type="dxa" w:w="2880"/>
          </w:tcPr>
          <w:p>
            <w:r>
              <w:t>2026-09-03</w:t>
            </w:r>
          </w:p>
        </w:tc>
        <w:tc>
          <w:tcPr>
            <w:tcW w:type="dxa" w:w="2880"/>
          </w:tcPr>
          <w:p>
            <w:r>
              <w:t>drop-off</w:t>
            </w:r>
          </w:p>
        </w:tc>
        <w:tc>
          <w:tcPr>
            <w:tcW w:type="dxa" w:w="2880"/>
          </w:tcPr>
          <w:p>
            <w:r>
              <w:t>29</w:t>
            </w:r>
          </w:p>
        </w:tc>
      </w:tr>
      <w:tr>
        <w:tc>
          <w:tcPr>
            <w:tcW w:type="dxa" w:w="2880"/>
          </w:tcPr>
          <w:p>
            <w:r>
              <w:t>2026-09-03</w:t>
            </w:r>
          </w:p>
        </w:tc>
        <w:tc>
          <w:tcPr>
            <w:tcW w:type="dxa" w:w="2880"/>
          </w:tcPr>
          <w:p>
            <w:r>
              <w:t>pick-up</w:t>
            </w:r>
          </w:p>
        </w:tc>
        <w:tc>
          <w:tcPr>
            <w:tcW w:type="dxa" w:w="2880"/>
          </w:tcPr>
          <w:p>
            <w:r>
              <w:t>36</w:t>
            </w:r>
          </w:p>
        </w:tc>
      </w:tr>
      <w:tr>
        <w:tc>
          <w:tcPr>
            <w:tcW w:type="dxa" w:w="2880"/>
          </w:tcPr>
          <w:p>
            <w:r>
              <w:t>2026-09-03</w:t>
            </w:r>
          </w:p>
        </w:tc>
        <w:tc>
          <w:tcPr>
            <w:tcW w:type="dxa" w:w="2880"/>
          </w:tcPr>
          <w:p>
            <w:r>
              <w:t>dual</w:t>
            </w:r>
          </w:p>
        </w:tc>
        <w:tc>
          <w:tcPr>
            <w:tcW w:type="dxa" w:w="2880"/>
          </w:tcPr>
          <w:p>
            <w:r>
              <w:t>35</w:t>
            </w:r>
          </w:p>
        </w:tc>
      </w:tr>
      <w:tr>
        <w:tc>
          <w:tcPr>
            <w:tcW w:type="dxa" w:w="2880"/>
          </w:tcPr>
          <w:p>
            <w:r>
              <w:t>2026-09-04</w:t>
            </w:r>
          </w:p>
        </w:tc>
        <w:tc>
          <w:tcPr>
            <w:tcW w:type="dxa" w:w="2880"/>
          </w:tcPr>
          <w:p>
            <w:r>
              <w:t>drop-off</w:t>
            </w:r>
          </w:p>
        </w:tc>
        <w:tc>
          <w:tcPr>
            <w:tcW w:type="dxa" w:w="2880"/>
          </w:tcPr>
          <w:p>
            <w:r>
              <w:t>17</w:t>
            </w:r>
          </w:p>
        </w:tc>
      </w:tr>
      <w:tr>
        <w:tc>
          <w:tcPr>
            <w:tcW w:type="dxa" w:w="2880"/>
          </w:tcPr>
          <w:p>
            <w:r>
              <w:t>2026-09-04</w:t>
            </w:r>
          </w:p>
        </w:tc>
        <w:tc>
          <w:tcPr>
            <w:tcW w:type="dxa" w:w="2880"/>
          </w:tcPr>
          <w:p>
            <w:r>
              <w:t>pick-up</w:t>
            </w:r>
          </w:p>
        </w:tc>
        <w:tc>
          <w:tcPr>
            <w:tcW w:type="dxa" w:w="2880"/>
          </w:tcPr>
          <w:p>
            <w:r>
              <w:t>36</w:t>
            </w:r>
          </w:p>
        </w:tc>
      </w:tr>
      <w:tr>
        <w:tc>
          <w:tcPr>
            <w:tcW w:type="dxa" w:w="2880"/>
          </w:tcPr>
          <w:p>
            <w:r>
              <w:t>2026-09-04</w:t>
            </w:r>
          </w:p>
        </w:tc>
        <w:tc>
          <w:tcPr>
            <w:tcW w:type="dxa" w:w="2880"/>
          </w:tcPr>
          <w:p>
            <w:r>
              <w:t>dual</w:t>
            </w:r>
          </w:p>
        </w:tc>
        <w:tc>
          <w:tcPr>
            <w:tcW w:type="dxa" w:w="2880"/>
          </w:tcPr>
          <w:p>
            <w:r>
              <w:t>30</w:t>
            </w:r>
          </w:p>
        </w:tc>
      </w:tr>
      <w:tr>
        <w:tc>
          <w:tcPr>
            <w:tcW w:type="dxa" w:w="2880"/>
          </w:tcPr>
          <w:p>
            <w:r>
              <w:t>2026-09-05</w:t>
            </w:r>
          </w:p>
        </w:tc>
        <w:tc>
          <w:tcPr>
            <w:tcW w:type="dxa" w:w="2880"/>
          </w:tcPr>
          <w:p>
            <w:r>
              <w:t>drop-off</w:t>
            </w:r>
          </w:p>
        </w:tc>
        <w:tc>
          <w:tcPr>
            <w:tcW w:type="dxa" w:w="2880"/>
          </w:tcPr>
          <w:p>
            <w:r>
              <w:t>16</w:t>
            </w:r>
          </w:p>
        </w:tc>
      </w:tr>
      <w:tr>
        <w:tc>
          <w:tcPr>
            <w:tcW w:type="dxa" w:w="2880"/>
          </w:tcPr>
          <w:p>
            <w:r>
              <w:t>2026-09-05</w:t>
            </w:r>
          </w:p>
        </w:tc>
        <w:tc>
          <w:tcPr>
            <w:tcW w:type="dxa" w:w="2880"/>
          </w:tcPr>
          <w:p>
            <w:r>
              <w:t>pick-up</w:t>
            </w:r>
          </w:p>
        </w:tc>
        <w:tc>
          <w:tcPr>
            <w:tcW w:type="dxa" w:w="2880"/>
          </w:tcPr>
          <w:p>
            <w:r>
              <w:t>14</w:t>
            </w:r>
          </w:p>
        </w:tc>
      </w:tr>
      <w:tr>
        <w:tc>
          <w:tcPr>
            <w:tcW w:type="dxa" w:w="2880"/>
          </w:tcPr>
          <w:p>
            <w:r>
              <w:t>2026-09-05</w:t>
            </w:r>
          </w:p>
        </w:tc>
        <w:tc>
          <w:tcPr>
            <w:tcW w:type="dxa" w:w="2880"/>
          </w:tcPr>
          <w:p>
            <w:r>
              <w:t>dual</w:t>
            </w:r>
          </w:p>
        </w:tc>
        <w:tc>
          <w:tcPr>
            <w:tcW w:type="dxa" w:w="2880"/>
          </w:tcPr>
          <w:p>
            <w:r>
              <w:t>6</w:t>
            </w:r>
          </w:p>
        </w:tc>
      </w:tr>
      <w:tr>
        <w:tc>
          <w:tcPr>
            <w:tcW w:type="dxa" w:w="2880"/>
          </w:tcPr>
          <w:p>
            <w:r>
              <w:t>2026-09-06</w:t>
            </w:r>
          </w:p>
        </w:tc>
        <w:tc>
          <w:tcPr>
            <w:tcW w:type="dxa" w:w="2880"/>
          </w:tcPr>
          <w:p>
            <w:r>
              <w:t>drop-off</w:t>
            </w:r>
          </w:p>
        </w:tc>
        <w:tc>
          <w:tcPr>
            <w:tcW w:type="dxa" w:w="2880"/>
          </w:tcPr>
          <w:p>
            <w:r>
              <w:t>4</w:t>
            </w:r>
          </w:p>
        </w:tc>
      </w:tr>
      <w:tr>
        <w:tc>
          <w:tcPr>
            <w:tcW w:type="dxa" w:w="2880"/>
          </w:tcPr>
          <w:p>
            <w:r>
              <w:t>2026-09-06</w:t>
            </w:r>
          </w:p>
        </w:tc>
        <w:tc>
          <w:tcPr>
            <w:tcW w:type="dxa" w:w="2880"/>
          </w:tcPr>
          <w:p>
            <w:r>
              <w:t>pick-up</w:t>
            </w:r>
          </w:p>
        </w:tc>
        <w:tc>
          <w:tcPr>
            <w:tcW w:type="dxa" w:w="2880"/>
          </w:tcPr>
          <w:p>
            <w:r>
              <w:t>2</w:t>
            </w:r>
          </w:p>
        </w:tc>
      </w:tr>
      <w:tr>
        <w:tc>
          <w:tcPr>
            <w:tcW w:type="dxa" w:w="2880"/>
          </w:tcPr>
          <w:p>
            <w:r>
              <w:t>2026-09-06</w:t>
            </w:r>
          </w:p>
        </w:tc>
        <w:tc>
          <w:tcPr>
            <w:tcW w:type="dxa" w:w="2880"/>
          </w:tcPr>
          <w:p>
            <w:r>
              <w:t>dual</w:t>
            </w:r>
          </w:p>
        </w:tc>
        <w:tc>
          <w:tcPr>
            <w:tcW w:type="dxa" w:w="2880"/>
          </w:tcPr>
          <w:p>
            <w:r>
              <w:t>2</w:t>
            </w:r>
          </w:p>
        </w:tc>
      </w:tr>
      <w:tr>
        <w:tc>
          <w:tcPr>
            <w:tcW w:type="dxa" w:w="2880"/>
          </w:tcPr>
          <w:p>
            <w:r>
              <w:t>2026-09-07</w:t>
            </w:r>
          </w:p>
        </w:tc>
        <w:tc>
          <w:tcPr>
            <w:tcW w:type="dxa" w:w="2880"/>
          </w:tcPr>
          <w:p>
            <w:r>
              <w:t>drop-off</w:t>
            </w:r>
          </w:p>
        </w:tc>
        <w:tc>
          <w:tcPr>
            <w:tcW w:type="dxa" w:w="2880"/>
          </w:tcPr>
          <w:p>
            <w:r>
              <w:t>37</w:t>
            </w:r>
          </w:p>
        </w:tc>
      </w:tr>
      <w:tr>
        <w:tc>
          <w:tcPr>
            <w:tcW w:type="dxa" w:w="2880"/>
          </w:tcPr>
          <w:p>
            <w:r>
              <w:t>2026-09-07</w:t>
            </w:r>
          </w:p>
        </w:tc>
        <w:tc>
          <w:tcPr>
            <w:tcW w:type="dxa" w:w="2880"/>
          </w:tcPr>
          <w:p>
            <w:r>
              <w:t>pick-up</w:t>
            </w:r>
          </w:p>
        </w:tc>
        <w:tc>
          <w:tcPr>
            <w:tcW w:type="dxa" w:w="2880"/>
          </w:tcPr>
          <w:p>
            <w:r>
              <w:t>41</w:t>
            </w:r>
          </w:p>
        </w:tc>
      </w:tr>
      <w:tr>
        <w:tc>
          <w:tcPr>
            <w:tcW w:type="dxa" w:w="2880"/>
          </w:tcPr>
          <w:p>
            <w:r>
              <w:t>2026-09-07</w:t>
            </w:r>
          </w:p>
        </w:tc>
        <w:tc>
          <w:tcPr>
            <w:tcW w:type="dxa" w:w="2880"/>
          </w:tcPr>
          <w:p>
            <w:r>
              <w:t>dual</w:t>
            </w:r>
          </w:p>
        </w:tc>
        <w:tc>
          <w:tcPr>
            <w:tcW w:type="dxa" w:w="2880"/>
          </w:tcPr>
          <w:p>
            <w:r>
              <w:t>36</w:t>
            </w:r>
          </w:p>
        </w:tc>
      </w:tr>
      <w:tr>
        <w:tc>
          <w:tcPr>
            <w:tcW w:type="dxa" w:w="2880"/>
          </w:tcPr>
          <w:p>
            <w:r>
              <w:t>2026-09-08</w:t>
            </w:r>
          </w:p>
        </w:tc>
        <w:tc>
          <w:tcPr>
            <w:tcW w:type="dxa" w:w="2880"/>
          </w:tcPr>
          <w:p>
            <w:r>
              <w:t>drop-off</w:t>
            </w:r>
          </w:p>
        </w:tc>
        <w:tc>
          <w:tcPr>
            <w:tcW w:type="dxa" w:w="2880"/>
          </w:tcPr>
          <w:p>
            <w:r>
              <w:t>35</w:t>
            </w:r>
          </w:p>
        </w:tc>
      </w:tr>
      <w:tr>
        <w:tc>
          <w:tcPr>
            <w:tcW w:type="dxa" w:w="2880"/>
          </w:tcPr>
          <w:p>
            <w:r>
              <w:t>2026-09-08</w:t>
            </w:r>
          </w:p>
        </w:tc>
        <w:tc>
          <w:tcPr>
            <w:tcW w:type="dxa" w:w="2880"/>
          </w:tcPr>
          <w:p>
            <w:r>
              <w:t>pick-up</w:t>
            </w:r>
          </w:p>
        </w:tc>
        <w:tc>
          <w:tcPr>
            <w:tcW w:type="dxa" w:w="2880"/>
          </w:tcPr>
          <w:p>
            <w:r>
              <w:t>32</w:t>
            </w:r>
          </w:p>
        </w:tc>
      </w:tr>
      <w:tr>
        <w:tc>
          <w:tcPr>
            <w:tcW w:type="dxa" w:w="2880"/>
          </w:tcPr>
          <w:p>
            <w:r>
              <w:t>2026-09-08</w:t>
            </w:r>
          </w:p>
        </w:tc>
        <w:tc>
          <w:tcPr>
            <w:tcW w:type="dxa" w:w="2880"/>
          </w:tcPr>
          <w:p>
            <w:r>
              <w:t>dual</w:t>
            </w:r>
          </w:p>
        </w:tc>
        <w:tc>
          <w:tcPr>
            <w:tcW w:type="dxa" w:w="2880"/>
          </w:tcPr>
          <w:p>
            <w:r>
              <w:t>21</w:t>
            </w:r>
          </w:p>
        </w:tc>
      </w:tr>
      <w:tr>
        <w:tc>
          <w:tcPr>
            <w:tcW w:type="dxa" w:w="2880"/>
          </w:tcPr>
          <w:p>
            <w:r>
              <w:t>2026-09-09</w:t>
            </w:r>
          </w:p>
        </w:tc>
        <w:tc>
          <w:tcPr>
            <w:tcW w:type="dxa" w:w="2880"/>
          </w:tcPr>
          <w:p>
            <w:r>
              <w:t>drop-off</w:t>
            </w:r>
          </w:p>
        </w:tc>
        <w:tc>
          <w:tcPr>
            <w:tcW w:type="dxa" w:w="2880"/>
          </w:tcPr>
          <w:p>
            <w:r>
              <w:t>24</w:t>
            </w:r>
          </w:p>
        </w:tc>
      </w:tr>
      <w:tr>
        <w:tc>
          <w:tcPr>
            <w:tcW w:type="dxa" w:w="2880"/>
          </w:tcPr>
          <w:p>
            <w:r>
              <w:t>2026-09-09</w:t>
            </w:r>
          </w:p>
        </w:tc>
        <w:tc>
          <w:tcPr>
            <w:tcW w:type="dxa" w:w="2880"/>
          </w:tcPr>
          <w:p>
            <w:r>
              <w:t>pick-up</w:t>
            </w:r>
          </w:p>
        </w:tc>
        <w:tc>
          <w:tcPr>
            <w:tcW w:type="dxa" w:w="2880"/>
          </w:tcPr>
          <w:p>
            <w:r>
              <w:t>37</w:t>
            </w:r>
          </w:p>
        </w:tc>
      </w:tr>
      <w:tr>
        <w:tc>
          <w:tcPr>
            <w:tcW w:type="dxa" w:w="2880"/>
          </w:tcPr>
          <w:p>
            <w:r>
              <w:t>2026-09-09</w:t>
            </w:r>
          </w:p>
        </w:tc>
        <w:tc>
          <w:tcPr>
            <w:tcW w:type="dxa" w:w="2880"/>
          </w:tcPr>
          <w:p>
            <w:r>
              <w:t>dual</w:t>
            </w:r>
          </w:p>
        </w:tc>
        <w:tc>
          <w:tcPr>
            <w:tcW w:type="dxa" w:w="2880"/>
          </w:tcPr>
          <w:p>
            <w:r>
              <w:t>25</w:t>
            </w:r>
          </w:p>
        </w:tc>
      </w:tr>
      <w:tr>
        <w:tc>
          <w:tcPr>
            <w:tcW w:type="dxa" w:w="2880"/>
          </w:tcPr>
          <w:p>
            <w:r>
              <w:t>2026-09-10</w:t>
            </w:r>
          </w:p>
        </w:tc>
        <w:tc>
          <w:tcPr>
            <w:tcW w:type="dxa" w:w="2880"/>
          </w:tcPr>
          <w:p>
            <w:r>
              <w:t>drop-off</w:t>
            </w:r>
          </w:p>
        </w:tc>
        <w:tc>
          <w:tcPr>
            <w:tcW w:type="dxa" w:w="2880"/>
          </w:tcPr>
          <w:p>
            <w:r>
              <w:t>31</w:t>
            </w:r>
          </w:p>
        </w:tc>
      </w:tr>
      <w:tr>
        <w:tc>
          <w:tcPr>
            <w:tcW w:type="dxa" w:w="2880"/>
          </w:tcPr>
          <w:p>
            <w:r>
              <w:t>2026-09-10</w:t>
            </w:r>
          </w:p>
        </w:tc>
        <w:tc>
          <w:tcPr>
            <w:tcW w:type="dxa" w:w="2880"/>
          </w:tcPr>
          <w:p>
            <w:r>
              <w:t>pick-up</w:t>
            </w:r>
          </w:p>
        </w:tc>
        <w:tc>
          <w:tcPr>
            <w:tcW w:type="dxa" w:w="2880"/>
          </w:tcPr>
          <w:p>
            <w:r>
              <w:t>26</w:t>
            </w:r>
          </w:p>
        </w:tc>
      </w:tr>
      <w:tr>
        <w:tc>
          <w:tcPr>
            <w:tcW w:type="dxa" w:w="2880"/>
          </w:tcPr>
          <w:p>
            <w:r>
              <w:t>2026-09-10</w:t>
            </w:r>
          </w:p>
        </w:tc>
        <w:tc>
          <w:tcPr>
            <w:tcW w:type="dxa" w:w="2880"/>
          </w:tcPr>
          <w:p>
            <w:r>
              <w:t>dual</w:t>
            </w:r>
          </w:p>
        </w:tc>
        <w:tc>
          <w:tcPr>
            <w:tcW w:type="dxa" w:w="2880"/>
          </w:tcPr>
          <w:p>
            <w:r>
              <w:t>24</w:t>
            </w:r>
          </w:p>
        </w:tc>
      </w:tr>
      <w:tr>
        <w:tc>
          <w:tcPr>
            <w:tcW w:type="dxa" w:w="2880"/>
          </w:tcPr>
          <w:p>
            <w:r>
              <w:t>2026-09-11</w:t>
            </w:r>
          </w:p>
        </w:tc>
        <w:tc>
          <w:tcPr>
            <w:tcW w:type="dxa" w:w="2880"/>
          </w:tcPr>
          <w:p>
            <w:r>
              <w:t>drop-off</w:t>
            </w:r>
          </w:p>
        </w:tc>
        <w:tc>
          <w:tcPr>
            <w:tcW w:type="dxa" w:w="2880"/>
          </w:tcPr>
          <w:p>
            <w:r>
              <w:t>39</w:t>
            </w:r>
          </w:p>
        </w:tc>
      </w:tr>
      <w:tr>
        <w:tc>
          <w:tcPr>
            <w:tcW w:type="dxa" w:w="2880"/>
          </w:tcPr>
          <w:p>
            <w:r>
              <w:t>2026-09-11</w:t>
            </w:r>
          </w:p>
        </w:tc>
        <w:tc>
          <w:tcPr>
            <w:tcW w:type="dxa" w:w="2880"/>
          </w:tcPr>
          <w:p>
            <w:r>
              <w:t>pick-up</w:t>
            </w:r>
          </w:p>
        </w:tc>
        <w:tc>
          <w:tcPr>
            <w:tcW w:type="dxa" w:w="2880"/>
          </w:tcPr>
          <w:p>
            <w:r>
              <w:t>35</w:t>
            </w:r>
          </w:p>
        </w:tc>
      </w:tr>
      <w:tr>
        <w:tc>
          <w:tcPr>
            <w:tcW w:type="dxa" w:w="2880"/>
          </w:tcPr>
          <w:p>
            <w:r>
              <w:t>2026-09-11</w:t>
            </w:r>
          </w:p>
        </w:tc>
        <w:tc>
          <w:tcPr>
            <w:tcW w:type="dxa" w:w="2880"/>
          </w:tcPr>
          <w:p>
            <w:r>
              <w:t>dual</w:t>
            </w:r>
          </w:p>
        </w:tc>
        <w:tc>
          <w:tcPr>
            <w:tcW w:type="dxa" w:w="2880"/>
          </w:tcPr>
          <w:p>
            <w:r>
              <w:t>27</w:t>
            </w:r>
          </w:p>
        </w:tc>
      </w:tr>
      <w:tr>
        <w:tc>
          <w:tcPr>
            <w:tcW w:type="dxa" w:w="2880"/>
          </w:tcPr>
          <w:p>
            <w:r>
              <w:t>2026-09-12</w:t>
            </w:r>
          </w:p>
        </w:tc>
        <w:tc>
          <w:tcPr>
            <w:tcW w:type="dxa" w:w="2880"/>
          </w:tcPr>
          <w:p>
            <w:r>
              <w:t>drop-off</w:t>
            </w:r>
          </w:p>
        </w:tc>
        <w:tc>
          <w:tcPr>
            <w:tcW w:type="dxa" w:w="2880"/>
          </w:tcPr>
          <w:p>
            <w:r>
              <w:t>11</w:t>
            </w:r>
          </w:p>
        </w:tc>
      </w:tr>
      <w:tr>
        <w:tc>
          <w:tcPr>
            <w:tcW w:type="dxa" w:w="2880"/>
          </w:tcPr>
          <w:p>
            <w:r>
              <w:t>2026-09-12</w:t>
            </w:r>
          </w:p>
        </w:tc>
        <w:tc>
          <w:tcPr>
            <w:tcW w:type="dxa" w:w="2880"/>
          </w:tcPr>
          <w:p>
            <w:r>
              <w:t>pick-up</w:t>
            </w:r>
          </w:p>
        </w:tc>
        <w:tc>
          <w:tcPr>
            <w:tcW w:type="dxa" w:w="2880"/>
          </w:tcPr>
          <w:p>
            <w:r>
              <w:t>14</w:t>
            </w:r>
          </w:p>
        </w:tc>
      </w:tr>
      <w:tr>
        <w:tc>
          <w:tcPr>
            <w:tcW w:type="dxa" w:w="2880"/>
          </w:tcPr>
          <w:p>
            <w:r>
              <w:t>2026-09-12</w:t>
            </w:r>
          </w:p>
        </w:tc>
        <w:tc>
          <w:tcPr>
            <w:tcW w:type="dxa" w:w="2880"/>
          </w:tcPr>
          <w:p>
            <w:r>
              <w:t>dual</w:t>
            </w:r>
          </w:p>
        </w:tc>
        <w:tc>
          <w:tcPr>
            <w:tcW w:type="dxa" w:w="2880"/>
          </w:tcPr>
          <w:p>
            <w:r>
              <w:t>10</w:t>
            </w:r>
          </w:p>
        </w:tc>
      </w:tr>
      <w:tr>
        <w:tc>
          <w:tcPr>
            <w:tcW w:type="dxa" w:w="2880"/>
          </w:tcPr>
          <w:p>
            <w:r>
              <w:t>2026-09-13</w:t>
            </w:r>
          </w:p>
        </w:tc>
        <w:tc>
          <w:tcPr>
            <w:tcW w:type="dxa" w:w="2880"/>
          </w:tcPr>
          <w:p>
            <w:r>
              <w:t>drop-off</w:t>
            </w:r>
          </w:p>
        </w:tc>
        <w:tc>
          <w:tcPr>
            <w:tcW w:type="dxa" w:w="2880"/>
          </w:tcPr>
          <w:p>
            <w:r>
              <w:t>5</w:t>
            </w:r>
          </w:p>
        </w:tc>
      </w:tr>
      <w:tr>
        <w:tc>
          <w:tcPr>
            <w:tcW w:type="dxa" w:w="2880"/>
          </w:tcPr>
          <w:p>
            <w:r>
              <w:t>2026-09-13</w:t>
            </w:r>
          </w:p>
        </w:tc>
        <w:tc>
          <w:tcPr>
            <w:tcW w:type="dxa" w:w="2880"/>
          </w:tcPr>
          <w:p>
            <w:r>
              <w:t>pick-up</w:t>
            </w:r>
          </w:p>
        </w:tc>
        <w:tc>
          <w:tcPr>
            <w:tcW w:type="dxa" w:w="2880"/>
          </w:tcPr>
          <w:p>
            <w:r>
              <w:t>5</w:t>
            </w:r>
          </w:p>
        </w:tc>
      </w:tr>
      <w:tr>
        <w:tc>
          <w:tcPr>
            <w:tcW w:type="dxa" w:w="2880"/>
          </w:tcPr>
          <w:p>
            <w:r>
              <w:t>2026-09-13</w:t>
            </w:r>
          </w:p>
        </w:tc>
        <w:tc>
          <w:tcPr>
            <w:tcW w:type="dxa" w:w="2880"/>
          </w:tcPr>
          <w:p>
            <w:r>
              <w:t>dual</w:t>
            </w:r>
          </w:p>
        </w:tc>
        <w:tc>
          <w:tcPr>
            <w:tcW w:type="dxa" w:w="2880"/>
          </w:tcPr>
          <w:p>
            <w:r>
              <w:t>4</w:t>
            </w:r>
          </w:p>
        </w:tc>
      </w:tr>
      <w:tr>
        <w:tc>
          <w:tcPr>
            <w:tcW w:type="dxa" w:w="2880"/>
          </w:tcPr>
          <w:p>
            <w:r>
              <w:t>2026-09-14</w:t>
            </w:r>
          </w:p>
        </w:tc>
        <w:tc>
          <w:tcPr>
            <w:tcW w:type="dxa" w:w="2880"/>
          </w:tcPr>
          <w:p>
            <w:r>
              <w:t>drop-off</w:t>
            </w:r>
          </w:p>
        </w:tc>
        <w:tc>
          <w:tcPr>
            <w:tcW w:type="dxa" w:w="2880"/>
          </w:tcPr>
          <w:p>
            <w:r>
              <w:t>34</w:t>
            </w:r>
          </w:p>
        </w:tc>
      </w:tr>
      <w:tr>
        <w:tc>
          <w:tcPr>
            <w:tcW w:type="dxa" w:w="2880"/>
          </w:tcPr>
          <w:p>
            <w:r>
              <w:t>2026-09-14</w:t>
            </w:r>
          </w:p>
        </w:tc>
        <w:tc>
          <w:tcPr>
            <w:tcW w:type="dxa" w:w="2880"/>
          </w:tcPr>
          <w:p>
            <w:r>
              <w:t>pick-up</w:t>
            </w:r>
          </w:p>
        </w:tc>
        <w:tc>
          <w:tcPr>
            <w:tcW w:type="dxa" w:w="2880"/>
          </w:tcPr>
          <w:p>
            <w:r>
              <w:t>32</w:t>
            </w:r>
          </w:p>
        </w:tc>
      </w:tr>
      <w:tr>
        <w:tc>
          <w:tcPr>
            <w:tcW w:type="dxa" w:w="2880"/>
          </w:tcPr>
          <w:p>
            <w:r>
              <w:t>2026-09-14</w:t>
            </w:r>
          </w:p>
        </w:tc>
        <w:tc>
          <w:tcPr>
            <w:tcW w:type="dxa" w:w="2880"/>
          </w:tcPr>
          <w:p>
            <w:r>
              <w:t>dual</w:t>
            </w:r>
          </w:p>
        </w:tc>
        <w:tc>
          <w:tcPr>
            <w:tcW w:type="dxa" w:w="2880"/>
          </w:tcPr>
          <w:p>
            <w:r>
              <w:t>26</w:t>
            </w:r>
          </w:p>
        </w:tc>
      </w:tr>
      <w:tr>
        <w:tc>
          <w:tcPr>
            <w:tcW w:type="dxa" w:w="2880"/>
          </w:tcPr>
          <w:p>
            <w:r>
              <w:t>2026-09-15</w:t>
            </w:r>
          </w:p>
        </w:tc>
        <w:tc>
          <w:tcPr>
            <w:tcW w:type="dxa" w:w="2880"/>
          </w:tcPr>
          <w:p>
            <w:r>
              <w:t>drop-off</w:t>
            </w:r>
          </w:p>
        </w:tc>
        <w:tc>
          <w:tcPr>
            <w:tcW w:type="dxa" w:w="2880"/>
          </w:tcPr>
          <w:p>
            <w:r>
              <w:t>28</w:t>
            </w:r>
          </w:p>
        </w:tc>
      </w:tr>
      <w:tr>
        <w:tc>
          <w:tcPr>
            <w:tcW w:type="dxa" w:w="2880"/>
          </w:tcPr>
          <w:p>
            <w:r>
              <w:t>2026-09-15</w:t>
            </w:r>
          </w:p>
        </w:tc>
        <w:tc>
          <w:tcPr>
            <w:tcW w:type="dxa" w:w="2880"/>
          </w:tcPr>
          <w:p>
            <w:r>
              <w:t>pick-up</w:t>
            </w:r>
          </w:p>
        </w:tc>
        <w:tc>
          <w:tcPr>
            <w:tcW w:type="dxa" w:w="2880"/>
          </w:tcPr>
          <w:p>
            <w:r>
              <w:t>25</w:t>
            </w:r>
          </w:p>
        </w:tc>
      </w:tr>
      <w:tr>
        <w:tc>
          <w:tcPr>
            <w:tcW w:type="dxa" w:w="2880"/>
          </w:tcPr>
          <w:p>
            <w:r>
              <w:t>2026-09-15</w:t>
            </w:r>
          </w:p>
        </w:tc>
        <w:tc>
          <w:tcPr>
            <w:tcW w:type="dxa" w:w="2880"/>
          </w:tcPr>
          <w:p>
            <w:r>
              <w:t>dual</w:t>
            </w:r>
          </w:p>
        </w:tc>
        <w:tc>
          <w:tcPr>
            <w:tcW w:type="dxa" w:w="2880"/>
          </w:tcPr>
          <w:p>
            <w:r>
              <w:t>38</w:t>
            </w:r>
          </w:p>
        </w:tc>
      </w:tr>
      <w:tr>
        <w:tc>
          <w:tcPr>
            <w:tcW w:type="dxa" w:w="2880"/>
          </w:tcPr>
          <w:p>
            <w:r>
              <w:t>2026-09-16</w:t>
            </w:r>
          </w:p>
        </w:tc>
        <w:tc>
          <w:tcPr>
            <w:tcW w:type="dxa" w:w="2880"/>
          </w:tcPr>
          <w:p>
            <w:r>
              <w:t>drop-off</w:t>
            </w:r>
          </w:p>
        </w:tc>
        <w:tc>
          <w:tcPr>
            <w:tcW w:type="dxa" w:w="2880"/>
          </w:tcPr>
          <w:p>
            <w:r>
              <w:t>27</w:t>
            </w:r>
          </w:p>
        </w:tc>
      </w:tr>
      <w:tr>
        <w:tc>
          <w:tcPr>
            <w:tcW w:type="dxa" w:w="2880"/>
          </w:tcPr>
          <w:p>
            <w:r>
              <w:t>2026-09-16</w:t>
            </w:r>
          </w:p>
        </w:tc>
        <w:tc>
          <w:tcPr>
            <w:tcW w:type="dxa" w:w="2880"/>
          </w:tcPr>
          <w:p>
            <w:r>
              <w:t>pick-up</w:t>
            </w:r>
          </w:p>
        </w:tc>
        <w:tc>
          <w:tcPr>
            <w:tcW w:type="dxa" w:w="2880"/>
          </w:tcPr>
          <w:p>
            <w:r>
              <w:t>29</w:t>
            </w:r>
          </w:p>
        </w:tc>
      </w:tr>
      <w:tr>
        <w:tc>
          <w:tcPr>
            <w:tcW w:type="dxa" w:w="2880"/>
          </w:tcPr>
          <w:p>
            <w:r>
              <w:t>2026-09-16</w:t>
            </w:r>
          </w:p>
        </w:tc>
        <w:tc>
          <w:tcPr>
            <w:tcW w:type="dxa" w:w="2880"/>
          </w:tcPr>
          <w:p>
            <w:r>
              <w:t>dual</w:t>
            </w:r>
          </w:p>
        </w:tc>
        <w:tc>
          <w:tcPr>
            <w:tcW w:type="dxa" w:w="2880"/>
          </w:tcPr>
          <w:p>
            <w:r>
              <w:t>27</w:t>
            </w:r>
          </w:p>
        </w:tc>
      </w:tr>
      <w:tr>
        <w:tc>
          <w:tcPr>
            <w:tcW w:type="dxa" w:w="2880"/>
          </w:tcPr>
          <w:p>
            <w:r>
              <w:t>2026-09-17</w:t>
            </w:r>
          </w:p>
        </w:tc>
        <w:tc>
          <w:tcPr>
            <w:tcW w:type="dxa" w:w="2880"/>
          </w:tcPr>
          <w:p>
            <w:r>
              <w:t>drop-off</w:t>
            </w:r>
          </w:p>
        </w:tc>
        <w:tc>
          <w:tcPr>
            <w:tcW w:type="dxa" w:w="2880"/>
          </w:tcPr>
          <w:p>
            <w:r>
              <w:t>29</w:t>
            </w:r>
          </w:p>
        </w:tc>
      </w:tr>
      <w:tr>
        <w:tc>
          <w:tcPr>
            <w:tcW w:type="dxa" w:w="2880"/>
          </w:tcPr>
          <w:p>
            <w:r>
              <w:t>2026-09-17</w:t>
            </w:r>
          </w:p>
        </w:tc>
        <w:tc>
          <w:tcPr>
            <w:tcW w:type="dxa" w:w="2880"/>
          </w:tcPr>
          <w:p>
            <w:r>
              <w:t>pick-up</w:t>
            </w:r>
          </w:p>
        </w:tc>
        <w:tc>
          <w:tcPr>
            <w:tcW w:type="dxa" w:w="2880"/>
          </w:tcPr>
          <w:p>
            <w:r>
              <w:t>23</w:t>
            </w:r>
          </w:p>
        </w:tc>
      </w:tr>
      <w:tr>
        <w:tc>
          <w:tcPr>
            <w:tcW w:type="dxa" w:w="2880"/>
          </w:tcPr>
          <w:p>
            <w:r>
              <w:t>2026-09-17</w:t>
            </w:r>
          </w:p>
        </w:tc>
        <w:tc>
          <w:tcPr>
            <w:tcW w:type="dxa" w:w="2880"/>
          </w:tcPr>
          <w:p>
            <w:r>
              <w:t>dual</w:t>
            </w:r>
          </w:p>
        </w:tc>
        <w:tc>
          <w:tcPr>
            <w:tcW w:type="dxa" w:w="2880"/>
          </w:tcPr>
          <w:p>
            <w:r>
              <w:t>30</w:t>
            </w:r>
          </w:p>
        </w:tc>
      </w:tr>
      <w:tr>
        <w:tc>
          <w:tcPr>
            <w:tcW w:type="dxa" w:w="2880"/>
          </w:tcPr>
          <w:p>
            <w:r>
              <w:t>2026-09-18</w:t>
            </w:r>
          </w:p>
        </w:tc>
        <w:tc>
          <w:tcPr>
            <w:tcW w:type="dxa" w:w="2880"/>
          </w:tcPr>
          <w:p>
            <w:r>
              <w:t>drop-off</w:t>
            </w:r>
          </w:p>
        </w:tc>
        <w:tc>
          <w:tcPr>
            <w:tcW w:type="dxa" w:w="2880"/>
          </w:tcPr>
          <w:p>
            <w:r>
              <w:t>32</w:t>
            </w:r>
          </w:p>
        </w:tc>
      </w:tr>
      <w:tr>
        <w:tc>
          <w:tcPr>
            <w:tcW w:type="dxa" w:w="2880"/>
          </w:tcPr>
          <w:p>
            <w:r>
              <w:t>2026-09-18</w:t>
            </w:r>
          </w:p>
        </w:tc>
        <w:tc>
          <w:tcPr>
            <w:tcW w:type="dxa" w:w="2880"/>
          </w:tcPr>
          <w:p>
            <w:r>
              <w:t>pick-up</w:t>
            </w:r>
          </w:p>
        </w:tc>
        <w:tc>
          <w:tcPr>
            <w:tcW w:type="dxa" w:w="2880"/>
          </w:tcPr>
          <w:p>
            <w:r>
              <w:t>27</w:t>
            </w:r>
          </w:p>
        </w:tc>
      </w:tr>
      <w:tr>
        <w:tc>
          <w:tcPr>
            <w:tcW w:type="dxa" w:w="2880"/>
          </w:tcPr>
          <w:p>
            <w:r>
              <w:t>2026-09-18</w:t>
            </w:r>
          </w:p>
        </w:tc>
        <w:tc>
          <w:tcPr>
            <w:tcW w:type="dxa" w:w="2880"/>
          </w:tcPr>
          <w:p>
            <w:r>
              <w:t>dual</w:t>
            </w:r>
          </w:p>
        </w:tc>
        <w:tc>
          <w:tcPr>
            <w:tcW w:type="dxa" w:w="2880"/>
          </w:tcPr>
          <w:p>
            <w:r>
              <w:t>19</w:t>
            </w:r>
          </w:p>
        </w:tc>
      </w:tr>
      <w:tr>
        <w:tc>
          <w:tcPr>
            <w:tcW w:type="dxa" w:w="2880"/>
          </w:tcPr>
          <w:p>
            <w:r>
              <w:t>2026-09-19</w:t>
            </w:r>
          </w:p>
        </w:tc>
        <w:tc>
          <w:tcPr>
            <w:tcW w:type="dxa" w:w="2880"/>
          </w:tcPr>
          <w:p>
            <w:r>
              <w:t>drop-off</w:t>
            </w:r>
          </w:p>
        </w:tc>
        <w:tc>
          <w:tcPr>
            <w:tcW w:type="dxa" w:w="2880"/>
          </w:tcPr>
          <w:p>
            <w:r>
              <w:t>11</w:t>
            </w:r>
          </w:p>
        </w:tc>
      </w:tr>
      <w:tr>
        <w:tc>
          <w:tcPr>
            <w:tcW w:type="dxa" w:w="2880"/>
          </w:tcPr>
          <w:p>
            <w:r>
              <w:t>2026-09-19</w:t>
            </w:r>
          </w:p>
        </w:tc>
        <w:tc>
          <w:tcPr>
            <w:tcW w:type="dxa" w:w="2880"/>
          </w:tcPr>
          <w:p>
            <w:r>
              <w:t>pick-up</w:t>
            </w:r>
          </w:p>
        </w:tc>
        <w:tc>
          <w:tcPr>
            <w:tcW w:type="dxa" w:w="2880"/>
          </w:tcPr>
          <w:p>
            <w:r>
              <w:t>7</w:t>
            </w:r>
          </w:p>
        </w:tc>
      </w:tr>
      <w:tr>
        <w:tc>
          <w:tcPr>
            <w:tcW w:type="dxa" w:w="2880"/>
          </w:tcPr>
          <w:p>
            <w:r>
              <w:t>2026-09-19</w:t>
            </w:r>
          </w:p>
        </w:tc>
        <w:tc>
          <w:tcPr>
            <w:tcW w:type="dxa" w:w="2880"/>
          </w:tcPr>
          <w:p>
            <w:r>
              <w:t>dual</w:t>
            </w:r>
          </w:p>
        </w:tc>
        <w:tc>
          <w:tcPr>
            <w:tcW w:type="dxa" w:w="2880"/>
          </w:tcPr>
          <w:p>
            <w:r>
              <w:t>17</w:t>
            </w:r>
          </w:p>
        </w:tc>
      </w:tr>
      <w:tr>
        <w:tc>
          <w:tcPr>
            <w:tcW w:type="dxa" w:w="2880"/>
          </w:tcPr>
          <w:p>
            <w:r>
              <w:t>2026-09-20</w:t>
            </w:r>
          </w:p>
        </w:tc>
        <w:tc>
          <w:tcPr>
            <w:tcW w:type="dxa" w:w="2880"/>
          </w:tcPr>
          <w:p>
            <w:r>
              <w:t>drop-off</w:t>
            </w:r>
          </w:p>
        </w:tc>
        <w:tc>
          <w:tcPr>
            <w:tcW w:type="dxa" w:w="2880"/>
          </w:tcPr>
          <w:p>
            <w:r>
              <w:t>1</w:t>
            </w:r>
          </w:p>
        </w:tc>
      </w:tr>
      <w:tr>
        <w:tc>
          <w:tcPr>
            <w:tcW w:type="dxa" w:w="2880"/>
          </w:tcPr>
          <w:p>
            <w:r>
              <w:t>2026-09-20</w:t>
            </w:r>
          </w:p>
        </w:tc>
        <w:tc>
          <w:tcPr>
            <w:tcW w:type="dxa" w:w="2880"/>
          </w:tcPr>
          <w:p>
            <w:r>
              <w:t>pick-up</w:t>
            </w:r>
          </w:p>
        </w:tc>
        <w:tc>
          <w:tcPr>
            <w:tcW w:type="dxa" w:w="2880"/>
          </w:tcPr>
          <w:p>
            <w:r>
              <w:t>3</w:t>
            </w:r>
          </w:p>
        </w:tc>
      </w:tr>
      <w:tr>
        <w:tc>
          <w:tcPr>
            <w:tcW w:type="dxa" w:w="2880"/>
          </w:tcPr>
          <w:p>
            <w:r>
              <w:t>2026-09-20</w:t>
            </w:r>
          </w:p>
        </w:tc>
        <w:tc>
          <w:tcPr>
            <w:tcW w:type="dxa" w:w="2880"/>
          </w:tcPr>
          <w:p>
            <w:r>
              <w:t>dual</w:t>
            </w:r>
          </w:p>
        </w:tc>
        <w:tc>
          <w:tcPr>
            <w:tcW w:type="dxa" w:w="2880"/>
          </w:tcPr>
          <w:p>
            <w:r>
              <w:t>3</w:t>
            </w:r>
          </w:p>
        </w:tc>
      </w:tr>
      <w:tr>
        <w:tc>
          <w:tcPr>
            <w:tcW w:type="dxa" w:w="2880"/>
          </w:tcPr>
          <w:p>
            <w:r>
              <w:t>2026-09-21</w:t>
            </w:r>
          </w:p>
        </w:tc>
        <w:tc>
          <w:tcPr>
            <w:tcW w:type="dxa" w:w="2880"/>
          </w:tcPr>
          <w:p>
            <w:r>
              <w:t>drop-off</w:t>
            </w:r>
          </w:p>
        </w:tc>
        <w:tc>
          <w:tcPr>
            <w:tcW w:type="dxa" w:w="2880"/>
          </w:tcPr>
          <w:p>
            <w:r>
              <w:t>35</w:t>
            </w:r>
          </w:p>
        </w:tc>
      </w:tr>
      <w:tr>
        <w:tc>
          <w:tcPr>
            <w:tcW w:type="dxa" w:w="2880"/>
          </w:tcPr>
          <w:p>
            <w:r>
              <w:t>2026-09-21</w:t>
            </w:r>
          </w:p>
        </w:tc>
        <w:tc>
          <w:tcPr>
            <w:tcW w:type="dxa" w:w="2880"/>
          </w:tcPr>
          <w:p>
            <w:r>
              <w:t>pick-up</w:t>
            </w:r>
          </w:p>
        </w:tc>
        <w:tc>
          <w:tcPr>
            <w:tcW w:type="dxa" w:w="2880"/>
          </w:tcPr>
          <w:p>
            <w:r>
              <w:t>23</w:t>
            </w:r>
          </w:p>
        </w:tc>
      </w:tr>
      <w:tr>
        <w:tc>
          <w:tcPr>
            <w:tcW w:type="dxa" w:w="2880"/>
          </w:tcPr>
          <w:p>
            <w:r>
              <w:t>2026-09-21</w:t>
            </w:r>
          </w:p>
        </w:tc>
        <w:tc>
          <w:tcPr>
            <w:tcW w:type="dxa" w:w="2880"/>
          </w:tcPr>
          <w:p>
            <w:r>
              <w:t>dual</w:t>
            </w:r>
          </w:p>
        </w:tc>
        <w:tc>
          <w:tcPr>
            <w:tcW w:type="dxa" w:w="2880"/>
          </w:tcPr>
          <w:p>
            <w:r>
              <w:t>39</w:t>
            </w:r>
          </w:p>
        </w:tc>
      </w:tr>
      <w:tr>
        <w:tc>
          <w:tcPr>
            <w:tcW w:type="dxa" w:w="2880"/>
          </w:tcPr>
          <w:p>
            <w:r>
              <w:t>2026-09-22</w:t>
            </w:r>
          </w:p>
        </w:tc>
        <w:tc>
          <w:tcPr>
            <w:tcW w:type="dxa" w:w="2880"/>
          </w:tcPr>
          <w:p>
            <w:r>
              <w:t>drop-off</w:t>
            </w:r>
          </w:p>
        </w:tc>
        <w:tc>
          <w:tcPr>
            <w:tcW w:type="dxa" w:w="2880"/>
          </w:tcPr>
          <w:p>
            <w:r>
              <w:t>26</w:t>
            </w:r>
          </w:p>
        </w:tc>
      </w:tr>
      <w:tr>
        <w:tc>
          <w:tcPr>
            <w:tcW w:type="dxa" w:w="2880"/>
          </w:tcPr>
          <w:p>
            <w:r>
              <w:t>2026-09-22</w:t>
            </w:r>
          </w:p>
        </w:tc>
        <w:tc>
          <w:tcPr>
            <w:tcW w:type="dxa" w:w="2880"/>
          </w:tcPr>
          <w:p>
            <w:r>
              <w:t>pick-up</w:t>
            </w:r>
          </w:p>
        </w:tc>
        <w:tc>
          <w:tcPr>
            <w:tcW w:type="dxa" w:w="2880"/>
          </w:tcPr>
          <w:p>
            <w:r>
              <w:t>22</w:t>
            </w:r>
          </w:p>
        </w:tc>
      </w:tr>
      <w:tr>
        <w:tc>
          <w:tcPr>
            <w:tcW w:type="dxa" w:w="2880"/>
          </w:tcPr>
          <w:p>
            <w:r>
              <w:t>2026-09-22</w:t>
            </w:r>
          </w:p>
        </w:tc>
        <w:tc>
          <w:tcPr>
            <w:tcW w:type="dxa" w:w="2880"/>
          </w:tcPr>
          <w:p>
            <w:r>
              <w:t>dual</w:t>
            </w:r>
          </w:p>
        </w:tc>
        <w:tc>
          <w:tcPr>
            <w:tcW w:type="dxa" w:w="2880"/>
          </w:tcPr>
          <w:p>
            <w:r>
              <w:t>34</w:t>
            </w:r>
          </w:p>
        </w:tc>
      </w:tr>
      <w:tr>
        <w:tc>
          <w:tcPr>
            <w:tcW w:type="dxa" w:w="2880"/>
          </w:tcPr>
          <w:p>
            <w:r>
              <w:t>2026-09-23</w:t>
            </w:r>
          </w:p>
        </w:tc>
        <w:tc>
          <w:tcPr>
            <w:tcW w:type="dxa" w:w="2880"/>
          </w:tcPr>
          <w:p>
            <w:r>
              <w:t>drop-off</w:t>
            </w:r>
          </w:p>
        </w:tc>
        <w:tc>
          <w:tcPr>
            <w:tcW w:type="dxa" w:w="2880"/>
          </w:tcPr>
          <w:p>
            <w:r>
              <w:t>31</w:t>
            </w:r>
          </w:p>
        </w:tc>
      </w:tr>
      <w:tr>
        <w:tc>
          <w:tcPr>
            <w:tcW w:type="dxa" w:w="2880"/>
          </w:tcPr>
          <w:p>
            <w:r>
              <w:t>2026-09-23</w:t>
            </w:r>
          </w:p>
        </w:tc>
        <w:tc>
          <w:tcPr>
            <w:tcW w:type="dxa" w:w="2880"/>
          </w:tcPr>
          <w:p>
            <w:r>
              <w:t>pick-up</w:t>
            </w:r>
          </w:p>
        </w:tc>
        <w:tc>
          <w:tcPr>
            <w:tcW w:type="dxa" w:w="2880"/>
          </w:tcPr>
          <w:p>
            <w:r>
              <w:t>25</w:t>
            </w:r>
          </w:p>
        </w:tc>
      </w:tr>
      <w:tr>
        <w:tc>
          <w:tcPr>
            <w:tcW w:type="dxa" w:w="2880"/>
          </w:tcPr>
          <w:p>
            <w:r>
              <w:t>2026-09-23</w:t>
            </w:r>
          </w:p>
        </w:tc>
        <w:tc>
          <w:tcPr>
            <w:tcW w:type="dxa" w:w="2880"/>
          </w:tcPr>
          <w:p>
            <w:r>
              <w:t>dual</w:t>
            </w:r>
          </w:p>
        </w:tc>
        <w:tc>
          <w:tcPr>
            <w:tcW w:type="dxa" w:w="2880"/>
          </w:tcPr>
          <w:p>
            <w:r>
              <w:t>21</w:t>
            </w:r>
          </w:p>
        </w:tc>
      </w:tr>
      <w:tr>
        <w:tc>
          <w:tcPr>
            <w:tcW w:type="dxa" w:w="2880"/>
          </w:tcPr>
          <w:p>
            <w:r>
              <w:t>2026-09-24</w:t>
            </w:r>
          </w:p>
        </w:tc>
        <w:tc>
          <w:tcPr>
            <w:tcW w:type="dxa" w:w="2880"/>
          </w:tcPr>
          <w:p>
            <w:r>
              <w:t>drop-off</w:t>
            </w:r>
          </w:p>
        </w:tc>
        <w:tc>
          <w:tcPr>
            <w:tcW w:type="dxa" w:w="2880"/>
          </w:tcPr>
          <w:p>
            <w:r>
              <w:t>33</w:t>
            </w:r>
          </w:p>
        </w:tc>
      </w:tr>
      <w:tr>
        <w:tc>
          <w:tcPr>
            <w:tcW w:type="dxa" w:w="2880"/>
          </w:tcPr>
          <w:p>
            <w:r>
              <w:t>2026-09-24</w:t>
            </w:r>
          </w:p>
        </w:tc>
        <w:tc>
          <w:tcPr>
            <w:tcW w:type="dxa" w:w="2880"/>
          </w:tcPr>
          <w:p>
            <w:r>
              <w:t>pick-up</w:t>
            </w:r>
          </w:p>
        </w:tc>
        <w:tc>
          <w:tcPr>
            <w:tcW w:type="dxa" w:w="2880"/>
          </w:tcPr>
          <w:p>
            <w:r>
              <w:t>30</w:t>
            </w:r>
          </w:p>
        </w:tc>
      </w:tr>
      <w:tr>
        <w:tc>
          <w:tcPr>
            <w:tcW w:type="dxa" w:w="2880"/>
          </w:tcPr>
          <w:p>
            <w:r>
              <w:t>2026-09-24</w:t>
            </w:r>
          </w:p>
        </w:tc>
        <w:tc>
          <w:tcPr>
            <w:tcW w:type="dxa" w:w="2880"/>
          </w:tcPr>
          <w:p>
            <w:r>
              <w:t>dual</w:t>
            </w:r>
          </w:p>
        </w:tc>
        <w:tc>
          <w:tcPr>
            <w:tcW w:type="dxa" w:w="2880"/>
          </w:tcPr>
          <w:p>
            <w:r>
              <w:t>29</w:t>
            </w:r>
          </w:p>
        </w:tc>
      </w:tr>
      <w:tr>
        <w:tc>
          <w:tcPr>
            <w:tcW w:type="dxa" w:w="2880"/>
          </w:tcPr>
          <w:p>
            <w:r>
              <w:t>2026-09-25</w:t>
            </w:r>
          </w:p>
        </w:tc>
        <w:tc>
          <w:tcPr>
            <w:tcW w:type="dxa" w:w="2880"/>
          </w:tcPr>
          <w:p>
            <w:r>
              <w:t>drop-off</w:t>
            </w:r>
          </w:p>
        </w:tc>
        <w:tc>
          <w:tcPr>
            <w:tcW w:type="dxa" w:w="2880"/>
          </w:tcPr>
          <w:p>
            <w:r>
              <w:t>28</w:t>
            </w:r>
          </w:p>
        </w:tc>
      </w:tr>
      <w:tr>
        <w:tc>
          <w:tcPr>
            <w:tcW w:type="dxa" w:w="2880"/>
          </w:tcPr>
          <w:p>
            <w:r>
              <w:t>2026-09-25</w:t>
            </w:r>
          </w:p>
        </w:tc>
        <w:tc>
          <w:tcPr>
            <w:tcW w:type="dxa" w:w="2880"/>
          </w:tcPr>
          <w:p>
            <w:r>
              <w:t>pick-up</w:t>
            </w:r>
          </w:p>
        </w:tc>
        <w:tc>
          <w:tcPr>
            <w:tcW w:type="dxa" w:w="2880"/>
          </w:tcPr>
          <w:p>
            <w:r>
              <w:t>27</w:t>
            </w:r>
          </w:p>
        </w:tc>
      </w:tr>
      <w:tr>
        <w:tc>
          <w:tcPr>
            <w:tcW w:type="dxa" w:w="2880"/>
          </w:tcPr>
          <w:p>
            <w:r>
              <w:t>2026-09-25</w:t>
            </w:r>
          </w:p>
        </w:tc>
        <w:tc>
          <w:tcPr>
            <w:tcW w:type="dxa" w:w="2880"/>
          </w:tcPr>
          <w:p>
            <w:r>
              <w:t>dual</w:t>
            </w:r>
          </w:p>
        </w:tc>
        <w:tc>
          <w:tcPr>
            <w:tcW w:type="dxa" w:w="2880"/>
          </w:tcPr>
          <w:p>
            <w:r>
              <w:t>35</w:t>
            </w:r>
          </w:p>
        </w:tc>
      </w:tr>
      <w:tr>
        <w:tc>
          <w:tcPr>
            <w:tcW w:type="dxa" w:w="2880"/>
          </w:tcPr>
          <w:p>
            <w:r>
              <w:t>2026-09-26</w:t>
            </w:r>
          </w:p>
        </w:tc>
        <w:tc>
          <w:tcPr>
            <w:tcW w:type="dxa" w:w="2880"/>
          </w:tcPr>
          <w:p>
            <w:r>
              <w:t>drop-off</w:t>
            </w:r>
          </w:p>
        </w:tc>
        <w:tc>
          <w:tcPr>
            <w:tcW w:type="dxa" w:w="2880"/>
          </w:tcPr>
          <w:p>
            <w:r>
              <w:t>20</w:t>
            </w:r>
          </w:p>
        </w:tc>
      </w:tr>
      <w:tr>
        <w:tc>
          <w:tcPr>
            <w:tcW w:type="dxa" w:w="2880"/>
          </w:tcPr>
          <w:p>
            <w:r>
              <w:t>2026-09-26</w:t>
            </w:r>
          </w:p>
        </w:tc>
        <w:tc>
          <w:tcPr>
            <w:tcW w:type="dxa" w:w="2880"/>
          </w:tcPr>
          <w:p>
            <w:r>
              <w:t>pick-up</w:t>
            </w:r>
          </w:p>
        </w:tc>
        <w:tc>
          <w:tcPr>
            <w:tcW w:type="dxa" w:w="2880"/>
          </w:tcPr>
          <w:p>
            <w:r>
              <w:t>12</w:t>
            </w:r>
          </w:p>
        </w:tc>
      </w:tr>
      <w:tr>
        <w:tc>
          <w:tcPr>
            <w:tcW w:type="dxa" w:w="2880"/>
          </w:tcPr>
          <w:p>
            <w:r>
              <w:t>2026-09-26</w:t>
            </w:r>
          </w:p>
        </w:tc>
        <w:tc>
          <w:tcPr>
            <w:tcW w:type="dxa" w:w="2880"/>
          </w:tcPr>
          <w:p>
            <w:r>
              <w:t>dual</w:t>
            </w:r>
          </w:p>
        </w:tc>
        <w:tc>
          <w:tcPr>
            <w:tcW w:type="dxa" w:w="2880"/>
          </w:tcPr>
          <w:p>
            <w:r>
              <w:t>15</w:t>
            </w:r>
          </w:p>
        </w:tc>
      </w:tr>
      <w:tr>
        <w:tc>
          <w:tcPr>
            <w:tcW w:type="dxa" w:w="2880"/>
          </w:tcPr>
          <w:p>
            <w:r>
              <w:t>2026-09-27</w:t>
            </w:r>
          </w:p>
        </w:tc>
        <w:tc>
          <w:tcPr>
            <w:tcW w:type="dxa" w:w="2880"/>
          </w:tcPr>
          <w:p>
            <w:r>
              <w:t>drop-off</w:t>
            </w:r>
          </w:p>
        </w:tc>
        <w:tc>
          <w:tcPr>
            <w:tcW w:type="dxa" w:w="2880"/>
          </w:tcPr>
          <w:p>
            <w:r>
              <w:t>4</w:t>
            </w:r>
          </w:p>
        </w:tc>
      </w:tr>
      <w:tr>
        <w:tc>
          <w:tcPr>
            <w:tcW w:type="dxa" w:w="2880"/>
          </w:tcPr>
          <w:p>
            <w:r>
              <w:t>2026-09-27</w:t>
            </w:r>
          </w:p>
        </w:tc>
        <w:tc>
          <w:tcPr>
            <w:tcW w:type="dxa" w:w="2880"/>
          </w:tcPr>
          <w:p>
            <w:r>
              <w:t>pick-up</w:t>
            </w:r>
          </w:p>
        </w:tc>
        <w:tc>
          <w:tcPr>
            <w:tcW w:type="dxa" w:w="2880"/>
          </w:tcPr>
          <w:p>
            <w:r>
              <w:t>2</w:t>
            </w:r>
          </w:p>
        </w:tc>
      </w:tr>
      <w:tr>
        <w:tc>
          <w:tcPr>
            <w:tcW w:type="dxa" w:w="2880"/>
          </w:tcPr>
          <w:p>
            <w:r>
              <w:t>2026-09-27</w:t>
            </w:r>
          </w:p>
        </w:tc>
        <w:tc>
          <w:tcPr>
            <w:tcW w:type="dxa" w:w="2880"/>
          </w:tcPr>
          <w:p>
            <w:r>
              <w:t>dual</w:t>
            </w:r>
          </w:p>
        </w:tc>
        <w:tc>
          <w:tcPr>
            <w:tcW w:type="dxa" w:w="2880"/>
          </w:tcPr>
          <w:p>
            <w:r>
              <w:t>3</w:t>
            </w:r>
          </w:p>
        </w:tc>
      </w:tr>
    </w:tbl>
    <w:p/>
    <w:p>
      <w:pPr>
        <w:pStyle w:val="Heading2"/>
      </w:pPr>
      <w:r>
        <w:t>Figure 46. Find point clusters: Equipment faults over time [94]</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2026-06-01</w:t>
            </w:r>
          </w:p>
        </w:tc>
        <w:tc>
          <w:tcPr>
            <w:tcW w:type="dxa" w:w="2880"/>
          </w:tcPr>
          <w:p>
            <w:r>
              <w:t>hoist</w:t>
            </w:r>
          </w:p>
        </w:tc>
        <w:tc>
          <w:tcPr>
            <w:tcW w:type="dxa" w:w="2880"/>
          </w:tcPr>
          <w:p>
            <w:r>
              <w:t>3</w:t>
            </w:r>
          </w:p>
        </w:tc>
      </w:tr>
      <w:tr>
        <w:tc>
          <w:tcPr>
            <w:tcW w:type="dxa" w:w="2880"/>
          </w:tcPr>
          <w:p>
            <w:r>
              <w:t>2026-06-01</w:t>
            </w:r>
          </w:p>
        </w:tc>
        <w:tc>
          <w:tcPr>
            <w:tcW w:type="dxa" w:w="2880"/>
          </w:tcPr>
          <w:p>
            <w:r>
              <w:t>electrical</w:t>
            </w:r>
          </w:p>
        </w:tc>
        <w:tc>
          <w:tcPr>
            <w:tcW w:type="dxa" w:w="2880"/>
          </w:tcPr>
          <w:p>
            <w:r>
              <w:t>7</w:t>
            </w:r>
          </w:p>
        </w:tc>
      </w:tr>
      <w:tr>
        <w:tc>
          <w:tcPr>
            <w:tcW w:type="dxa" w:w="2880"/>
          </w:tcPr>
          <w:p>
            <w:r>
              <w:t>2026-06-01</w:t>
            </w:r>
          </w:p>
        </w:tc>
        <w:tc>
          <w:tcPr>
            <w:tcW w:type="dxa" w:w="2880"/>
          </w:tcPr>
          <w:p>
            <w:r>
              <w:t>spreader</w:t>
            </w:r>
          </w:p>
        </w:tc>
        <w:tc>
          <w:tcPr>
            <w:tcW w:type="dxa" w:w="2880"/>
          </w:tcPr>
          <w:p>
            <w:r>
              <w:t>3</w:t>
            </w:r>
          </w:p>
        </w:tc>
      </w:tr>
      <w:tr>
        <w:tc>
          <w:tcPr>
            <w:tcW w:type="dxa" w:w="2880"/>
          </w:tcPr>
          <w:p>
            <w:r>
              <w:t>2026-06-01</w:t>
            </w:r>
          </w:p>
        </w:tc>
        <w:tc>
          <w:tcPr>
            <w:tcW w:type="dxa" w:w="2880"/>
          </w:tcPr>
          <w:p>
            <w:r>
              <w:t>trolley</w:t>
            </w:r>
          </w:p>
        </w:tc>
        <w:tc>
          <w:tcPr>
            <w:tcW w:type="dxa" w:w="2880"/>
          </w:tcPr>
          <w:p>
            <w:r>
              <w:t>1</w:t>
            </w:r>
          </w:p>
        </w:tc>
      </w:tr>
      <w:tr>
        <w:tc>
          <w:tcPr>
            <w:tcW w:type="dxa" w:w="2880"/>
          </w:tcPr>
          <w:p>
            <w:r>
              <w:t>2026-06-08</w:t>
            </w:r>
          </w:p>
        </w:tc>
        <w:tc>
          <w:tcPr>
            <w:tcW w:type="dxa" w:w="2880"/>
          </w:tcPr>
          <w:p>
            <w:r>
              <w:t>hoist</w:t>
            </w:r>
          </w:p>
        </w:tc>
        <w:tc>
          <w:tcPr>
            <w:tcW w:type="dxa" w:w="2880"/>
          </w:tcPr>
          <w:p>
            <w:r>
              <w:t>5</w:t>
            </w:r>
          </w:p>
        </w:tc>
      </w:tr>
      <w:tr>
        <w:tc>
          <w:tcPr>
            <w:tcW w:type="dxa" w:w="2880"/>
          </w:tcPr>
          <w:p>
            <w:r>
              <w:t>2026-06-08</w:t>
            </w:r>
          </w:p>
        </w:tc>
        <w:tc>
          <w:tcPr>
            <w:tcW w:type="dxa" w:w="2880"/>
          </w:tcPr>
          <w:p>
            <w:r>
              <w:t>electrical</w:t>
            </w:r>
          </w:p>
        </w:tc>
        <w:tc>
          <w:tcPr>
            <w:tcW w:type="dxa" w:w="2880"/>
          </w:tcPr>
          <w:p>
            <w:r>
              <w:t>5</w:t>
            </w:r>
          </w:p>
        </w:tc>
      </w:tr>
      <w:tr>
        <w:tc>
          <w:tcPr>
            <w:tcW w:type="dxa" w:w="2880"/>
          </w:tcPr>
          <w:p>
            <w:r>
              <w:t>2026-06-08</w:t>
            </w:r>
          </w:p>
        </w:tc>
        <w:tc>
          <w:tcPr>
            <w:tcW w:type="dxa" w:w="2880"/>
          </w:tcPr>
          <w:p>
            <w:r>
              <w:t>spreader</w:t>
            </w:r>
          </w:p>
        </w:tc>
        <w:tc>
          <w:tcPr>
            <w:tcW w:type="dxa" w:w="2880"/>
          </w:tcPr>
          <w:p>
            <w:r>
              <w:t>3</w:t>
            </w:r>
          </w:p>
        </w:tc>
      </w:tr>
      <w:tr>
        <w:tc>
          <w:tcPr>
            <w:tcW w:type="dxa" w:w="2880"/>
          </w:tcPr>
          <w:p>
            <w:r>
              <w:t>2026-06-08</w:t>
            </w:r>
          </w:p>
        </w:tc>
        <w:tc>
          <w:tcPr>
            <w:tcW w:type="dxa" w:w="2880"/>
          </w:tcPr>
          <w:p>
            <w:r>
              <w:t>trolley</w:t>
            </w:r>
          </w:p>
        </w:tc>
        <w:tc>
          <w:tcPr>
            <w:tcW w:type="dxa" w:w="2880"/>
          </w:tcPr>
          <w:p>
            <w:r>
              <w:t>0</w:t>
            </w:r>
          </w:p>
        </w:tc>
      </w:tr>
      <w:tr>
        <w:tc>
          <w:tcPr>
            <w:tcW w:type="dxa" w:w="2880"/>
          </w:tcPr>
          <w:p>
            <w:r>
              <w:t>2026-06-15</w:t>
            </w:r>
          </w:p>
        </w:tc>
        <w:tc>
          <w:tcPr>
            <w:tcW w:type="dxa" w:w="2880"/>
          </w:tcPr>
          <w:p>
            <w:r>
              <w:t>hoist</w:t>
            </w:r>
          </w:p>
        </w:tc>
        <w:tc>
          <w:tcPr>
            <w:tcW w:type="dxa" w:w="2880"/>
          </w:tcPr>
          <w:p>
            <w:r>
              <w:t>7</w:t>
            </w:r>
          </w:p>
        </w:tc>
      </w:tr>
      <w:tr>
        <w:tc>
          <w:tcPr>
            <w:tcW w:type="dxa" w:w="2880"/>
          </w:tcPr>
          <w:p>
            <w:r>
              <w:t>2026-06-15</w:t>
            </w:r>
          </w:p>
        </w:tc>
        <w:tc>
          <w:tcPr>
            <w:tcW w:type="dxa" w:w="2880"/>
          </w:tcPr>
          <w:p>
            <w:r>
              <w:t>electrical</w:t>
            </w:r>
          </w:p>
        </w:tc>
        <w:tc>
          <w:tcPr>
            <w:tcW w:type="dxa" w:w="2880"/>
          </w:tcPr>
          <w:p>
            <w:r>
              <w:t>3</w:t>
            </w:r>
          </w:p>
        </w:tc>
      </w:tr>
      <w:tr>
        <w:tc>
          <w:tcPr>
            <w:tcW w:type="dxa" w:w="2880"/>
          </w:tcPr>
          <w:p>
            <w:r>
              <w:t>2026-06-15</w:t>
            </w:r>
          </w:p>
        </w:tc>
        <w:tc>
          <w:tcPr>
            <w:tcW w:type="dxa" w:w="2880"/>
          </w:tcPr>
          <w:p>
            <w:r>
              <w:t>spreader</w:t>
            </w:r>
          </w:p>
        </w:tc>
        <w:tc>
          <w:tcPr>
            <w:tcW w:type="dxa" w:w="2880"/>
          </w:tcPr>
          <w:p>
            <w:r>
              <w:t>4</w:t>
            </w:r>
          </w:p>
        </w:tc>
      </w:tr>
      <w:tr>
        <w:tc>
          <w:tcPr>
            <w:tcW w:type="dxa" w:w="2880"/>
          </w:tcPr>
          <w:p>
            <w:r>
              <w:t>2026-06-15</w:t>
            </w:r>
          </w:p>
        </w:tc>
        <w:tc>
          <w:tcPr>
            <w:tcW w:type="dxa" w:w="2880"/>
          </w:tcPr>
          <w:p>
            <w:r>
              <w:t>trolley</w:t>
            </w:r>
          </w:p>
        </w:tc>
        <w:tc>
          <w:tcPr>
            <w:tcW w:type="dxa" w:w="2880"/>
          </w:tcPr>
          <w:p>
            <w:r>
              <w:t>3</w:t>
            </w:r>
          </w:p>
        </w:tc>
      </w:tr>
      <w:tr>
        <w:tc>
          <w:tcPr>
            <w:tcW w:type="dxa" w:w="2880"/>
          </w:tcPr>
          <w:p>
            <w:r>
              <w:t>2026-06-22</w:t>
            </w:r>
          </w:p>
        </w:tc>
        <w:tc>
          <w:tcPr>
            <w:tcW w:type="dxa" w:w="2880"/>
          </w:tcPr>
          <w:p>
            <w:r>
              <w:t>hoist</w:t>
            </w:r>
          </w:p>
        </w:tc>
        <w:tc>
          <w:tcPr>
            <w:tcW w:type="dxa" w:w="2880"/>
          </w:tcPr>
          <w:p>
            <w:r>
              <w:t>6</w:t>
            </w:r>
          </w:p>
        </w:tc>
      </w:tr>
      <w:tr>
        <w:tc>
          <w:tcPr>
            <w:tcW w:type="dxa" w:w="2880"/>
          </w:tcPr>
          <w:p>
            <w:r>
              <w:t>2026-06-22</w:t>
            </w:r>
          </w:p>
        </w:tc>
        <w:tc>
          <w:tcPr>
            <w:tcW w:type="dxa" w:w="2880"/>
          </w:tcPr>
          <w:p>
            <w:r>
              <w:t>electrical</w:t>
            </w:r>
          </w:p>
        </w:tc>
        <w:tc>
          <w:tcPr>
            <w:tcW w:type="dxa" w:w="2880"/>
          </w:tcPr>
          <w:p>
            <w:r>
              <w:t>1</w:t>
            </w:r>
          </w:p>
        </w:tc>
      </w:tr>
      <w:tr>
        <w:tc>
          <w:tcPr>
            <w:tcW w:type="dxa" w:w="2880"/>
          </w:tcPr>
          <w:p>
            <w:r>
              <w:t>2026-06-22</w:t>
            </w:r>
          </w:p>
        </w:tc>
        <w:tc>
          <w:tcPr>
            <w:tcW w:type="dxa" w:w="2880"/>
          </w:tcPr>
          <w:p>
            <w:r>
              <w:t>spreader</w:t>
            </w:r>
          </w:p>
        </w:tc>
        <w:tc>
          <w:tcPr>
            <w:tcW w:type="dxa" w:w="2880"/>
          </w:tcPr>
          <w:p>
            <w:r>
              <w:t>3</w:t>
            </w:r>
          </w:p>
        </w:tc>
      </w:tr>
      <w:tr>
        <w:tc>
          <w:tcPr>
            <w:tcW w:type="dxa" w:w="2880"/>
          </w:tcPr>
          <w:p>
            <w:r>
              <w:t>2026-06-22</w:t>
            </w:r>
          </w:p>
        </w:tc>
        <w:tc>
          <w:tcPr>
            <w:tcW w:type="dxa" w:w="2880"/>
          </w:tcPr>
          <w:p>
            <w:r>
              <w:t>trolley</w:t>
            </w:r>
          </w:p>
        </w:tc>
        <w:tc>
          <w:tcPr>
            <w:tcW w:type="dxa" w:w="2880"/>
          </w:tcPr>
          <w:p>
            <w:r>
              <w:t>1</w:t>
            </w:r>
          </w:p>
        </w:tc>
      </w:tr>
      <w:tr>
        <w:tc>
          <w:tcPr>
            <w:tcW w:type="dxa" w:w="2880"/>
          </w:tcPr>
          <w:p>
            <w:r>
              <w:t>2026-06-29</w:t>
            </w:r>
          </w:p>
        </w:tc>
        <w:tc>
          <w:tcPr>
            <w:tcW w:type="dxa" w:w="2880"/>
          </w:tcPr>
          <w:p>
            <w:r>
              <w:t>hoist</w:t>
            </w:r>
          </w:p>
        </w:tc>
        <w:tc>
          <w:tcPr>
            <w:tcW w:type="dxa" w:w="2880"/>
          </w:tcPr>
          <w:p>
            <w:r>
              <w:t>5</w:t>
            </w:r>
          </w:p>
        </w:tc>
      </w:tr>
      <w:tr>
        <w:tc>
          <w:tcPr>
            <w:tcW w:type="dxa" w:w="2880"/>
          </w:tcPr>
          <w:p>
            <w:r>
              <w:t>2026-06-29</w:t>
            </w:r>
          </w:p>
        </w:tc>
        <w:tc>
          <w:tcPr>
            <w:tcW w:type="dxa" w:w="2880"/>
          </w:tcPr>
          <w:p>
            <w:r>
              <w:t>electrical</w:t>
            </w:r>
          </w:p>
        </w:tc>
        <w:tc>
          <w:tcPr>
            <w:tcW w:type="dxa" w:w="2880"/>
          </w:tcPr>
          <w:p>
            <w:r>
              <w:t>8</w:t>
            </w:r>
          </w:p>
        </w:tc>
      </w:tr>
      <w:tr>
        <w:tc>
          <w:tcPr>
            <w:tcW w:type="dxa" w:w="2880"/>
          </w:tcPr>
          <w:p>
            <w:r>
              <w:t>2026-06-29</w:t>
            </w:r>
          </w:p>
        </w:tc>
        <w:tc>
          <w:tcPr>
            <w:tcW w:type="dxa" w:w="2880"/>
          </w:tcPr>
          <w:p>
            <w:r>
              <w:t>spreader</w:t>
            </w:r>
          </w:p>
        </w:tc>
        <w:tc>
          <w:tcPr>
            <w:tcW w:type="dxa" w:w="2880"/>
          </w:tcPr>
          <w:p>
            <w:r>
              <w:t>4</w:t>
            </w:r>
          </w:p>
        </w:tc>
      </w:tr>
      <w:tr>
        <w:tc>
          <w:tcPr>
            <w:tcW w:type="dxa" w:w="2880"/>
          </w:tcPr>
          <w:p>
            <w:r>
              <w:t>2026-06-29</w:t>
            </w:r>
          </w:p>
        </w:tc>
        <w:tc>
          <w:tcPr>
            <w:tcW w:type="dxa" w:w="2880"/>
          </w:tcPr>
          <w:p>
            <w:r>
              <w:t>trolley</w:t>
            </w:r>
          </w:p>
        </w:tc>
        <w:tc>
          <w:tcPr>
            <w:tcW w:type="dxa" w:w="2880"/>
          </w:tcPr>
          <w:p>
            <w:r>
              <w:t>4</w:t>
            </w:r>
          </w:p>
        </w:tc>
      </w:tr>
      <w:tr>
        <w:tc>
          <w:tcPr>
            <w:tcW w:type="dxa" w:w="2880"/>
          </w:tcPr>
          <w:p>
            <w:r>
              <w:t>2026-07-06</w:t>
            </w:r>
          </w:p>
        </w:tc>
        <w:tc>
          <w:tcPr>
            <w:tcW w:type="dxa" w:w="2880"/>
          </w:tcPr>
          <w:p>
            <w:r>
              <w:t>hoist</w:t>
            </w:r>
          </w:p>
        </w:tc>
        <w:tc>
          <w:tcPr>
            <w:tcW w:type="dxa" w:w="2880"/>
          </w:tcPr>
          <w:p>
            <w:r>
              <w:t>5</w:t>
            </w:r>
          </w:p>
        </w:tc>
      </w:tr>
      <w:tr>
        <w:tc>
          <w:tcPr>
            <w:tcW w:type="dxa" w:w="2880"/>
          </w:tcPr>
          <w:p>
            <w:r>
              <w:t>2026-07-06</w:t>
            </w:r>
          </w:p>
        </w:tc>
        <w:tc>
          <w:tcPr>
            <w:tcW w:type="dxa" w:w="2880"/>
          </w:tcPr>
          <w:p>
            <w:r>
              <w:t>electrical</w:t>
            </w:r>
          </w:p>
        </w:tc>
        <w:tc>
          <w:tcPr>
            <w:tcW w:type="dxa" w:w="2880"/>
          </w:tcPr>
          <w:p>
            <w:r>
              <w:t>4</w:t>
            </w:r>
          </w:p>
        </w:tc>
      </w:tr>
      <w:tr>
        <w:tc>
          <w:tcPr>
            <w:tcW w:type="dxa" w:w="2880"/>
          </w:tcPr>
          <w:p>
            <w:r>
              <w:t>2026-07-06</w:t>
            </w:r>
          </w:p>
        </w:tc>
        <w:tc>
          <w:tcPr>
            <w:tcW w:type="dxa" w:w="2880"/>
          </w:tcPr>
          <w:p>
            <w:r>
              <w:t>spreader</w:t>
            </w:r>
          </w:p>
        </w:tc>
        <w:tc>
          <w:tcPr>
            <w:tcW w:type="dxa" w:w="2880"/>
          </w:tcPr>
          <w:p>
            <w:r>
              <w:t>1</w:t>
            </w:r>
          </w:p>
        </w:tc>
      </w:tr>
      <w:tr>
        <w:tc>
          <w:tcPr>
            <w:tcW w:type="dxa" w:w="2880"/>
          </w:tcPr>
          <w:p>
            <w:r>
              <w:t>2026-07-06</w:t>
            </w:r>
          </w:p>
        </w:tc>
        <w:tc>
          <w:tcPr>
            <w:tcW w:type="dxa" w:w="2880"/>
          </w:tcPr>
          <w:p>
            <w:r>
              <w:t>trolley</w:t>
            </w:r>
          </w:p>
        </w:tc>
        <w:tc>
          <w:tcPr>
            <w:tcW w:type="dxa" w:w="2880"/>
          </w:tcPr>
          <w:p>
            <w:r>
              <w:t>4</w:t>
            </w:r>
          </w:p>
        </w:tc>
      </w:tr>
      <w:tr>
        <w:tc>
          <w:tcPr>
            <w:tcW w:type="dxa" w:w="2880"/>
          </w:tcPr>
          <w:p>
            <w:r>
              <w:t>2026-07-13</w:t>
            </w:r>
          </w:p>
        </w:tc>
        <w:tc>
          <w:tcPr>
            <w:tcW w:type="dxa" w:w="2880"/>
          </w:tcPr>
          <w:p>
            <w:r>
              <w:t>hoist</w:t>
            </w:r>
          </w:p>
        </w:tc>
        <w:tc>
          <w:tcPr>
            <w:tcW w:type="dxa" w:w="2880"/>
          </w:tcPr>
          <w:p>
            <w:r>
              <w:t>6</w:t>
            </w:r>
          </w:p>
        </w:tc>
      </w:tr>
      <w:tr>
        <w:tc>
          <w:tcPr>
            <w:tcW w:type="dxa" w:w="2880"/>
          </w:tcPr>
          <w:p>
            <w:r>
              <w:t>2026-07-13</w:t>
            </w:r>
          </w:p>
        </w:tc>
        <w:tc>
          <w:tcPr>
            <w:tcW w:type="dxa" w:w="2880"/>
          </w:tcPr>
          <w:p>
            <w:r>
              <w:t>electrical</w:t>
            </w:r>
          </w:p>
        </w:tc>
        <w:tc>
          <w:tcPr>
            <w:tcW w:type="dxa" w:w="2880"/>
          </w:tcPr>
          <w:p>
            <w:r>
              <w:t>3</w:t>
            </w:r>
          </w:p>
        </w:tc>
      </w:tr>
      <w:tr>
        <w:tc>
          <w:tcPr>
            <w:tcW w:type="dxa" w:w="2880"/>
          </w:tcPr>
          <w:p>
            <w:r>
              <w:t>2026-07-13</w:t>
            </w:r>
          </w:p>
        </w:tc>
        <w:tc>
          <w:tcPr>
            <w:tcW w:type="dxa" w:w="2880"/>
          </w:tcPr>
          <w:p>
            <w:r>
              <w:t>spreader</w:t>
            </w:r>
          </w:p>
        </w:tc>
        <w:tc>
          <w:tcPr>
            <w:tcW w:type="dxa" w:w="2880"/>
          </w:tcPr>
          <w:p>
            <w:r>
              <w:t>4</w:t>
            </w:r>
          </w:p>
        </w:tc>
      </w:tr>
      <w:tr>
        <w:tc>
          <w:tcPr>
            <w:tcW w:type="dxa" w:w="2880"/>
          </w:tcPr>
          <w:p>
            <w:r>
              <w:t>2026-07-13</w:t>
            </w:r>
          </w:p>
        </w:tc>
        <w:tc>
          <w:tcPr>
            <w:tcW w:type="dxa" w:w="2880"/>
          </w:tcPr>
          <w:p>
            <w:r>
              <w:t>trolley</w:t>
            </w:r>
          </w:p>
        </w:tc>
        <w:tc>
          <w:tcPr>
            <w:tcW w:type="dxa" w:w="2880"/>
          </w:tcPr>
          <w:p>
            <w:r>
              <w:t>8</w:t>
            </w:r>
          </w:p>
        </w:tc>
      </w:tr>
      <w:tr>
        <w:tc>
          <w:tcPr>
            <w:tcW w:type="dxa" w:w="2880"/>
          </w:tcPr>
          <w:p>
            <w:r>
              <w:t>2026-07-20</w:t>
            </w:r>
          </w:p>
        </w:tc>
        <w:tc>
          <w:tcPr>
            <w:tcW w:type="dxa" w:w="2880"/>
          </w:tcPr>
          <w:p>
            <w:r>
              <w:t>hoist</w:t>
            </w:r>
          </w:p>
        </w:tc>
        <w:tc>
          <w:tcPr>
            <w:tcW w:type="dxa" w:w="2880"/>
          </w:tcPr>
          <w:p>
            <w:r>
              <w:t>4</w:t>
            </w:r>
          </w:p>
        </w:tc>
      </w:tr>
      <w:tr>
        <w:tc>
          <w:tcPr>
            <w:tcW w:type="dxa" w:w="2880"/>
          </w:tcPr>
          <w:p>
            <w:r>
              <w:t>2026-07-20</w:t>
            </w:r>
          </w:p>
        </w:tc>
        <w:tc>
          <w:tcPr>
            <w:tcW w:type="dxa" w:w="2880"/>
          </w:tcPr>
          <w:p>
            <w:r>
              <w:t>electrical</w:t>
            </w:r>
          </w:p>
        </w:tc>
        <w:tc>
          <w:tcPr>
            <w:tcW w:type="dxa" w:w="2880"/>
          </w:tcPr>
          <w:p>
            <w:r>
              <w:t>5</w:t>
            </w:r>
          </w:p>
        </w:tc>
      </w:tr>
      <w:tr>
        <w:tc>
          <w:tcPr>
            <w:tcW w:type="dxa" w:w="2880"/>
          </w:tcPr>
          <w:p>
            <w:r>
              <w:t>2026-07-20</w:t>
            </w:r>
          </w:p>
        </w:tc>
        <w:tc>
          <w:tcPr>
            <w:tcW w:type="dxa" w:w="2880"/>
          </w:tcPr>
          <w:p>
            <w:r>
              <w:t>spreader</w:t>
            </w:r>
          </w:p>
        </w:tc>
        <w:tc>
          <w:tcPr>
            <w:tcW w:type="dxa" w:w="2880"/>
          </w:tcPr>
          <w:p>
            <w:r>
              <w:t>4</w:t>
            </w:r>
          </w:p>
        </w:tc>
      </w:tr>
      <w:tr>
        <w:tc>
          <w:tcPr>
            <w:tcW w:type="dxa" w:w="2880"/>
          </w:tcPr>
          <w:p>
            <w:r>
              <w:t>2026-07-20</w:t>
            </w:r>
          </w:p>
        </w:tc>
        <w:tc>
          <w:tcPr>
            <w:tcW w:type="dxa" w:w="2880"/>
          </w:tcPr>
          <w:p>
            <w:r>
              <w:t>trolley</w:t>
            </w:r>
          </w:p>
        </w:tc>
        <w:tc>
          <w:tcPr>
            <w:tcW w:type="dxa" w:w="2880"/>
          </w:tcPr>
          <w:p>
            <w:r>
              <w:t>2</w:t>
            </w:r>
          </w:p>
        </w:tc>
      </w:tr>
      <w:tr>
        <w:tc>
          <w:tcPr>
            <w:tcW w:type="dxa" w:w="2880"/>
          </w:tcPr>
          <w:p>
            <w:r>
              <w:t>2026-07-27</w:t>
            </w:r>
          </w:p>
        </w:tc>
        <w:tc>
          <w:tcPr>
            <w:tcW w:type="dxa" w:w="2880"/>
          </w:tcPr>
          <w:p>
            <w:r>
              <w:t>hoist</w:t>
            </w:r>
          </w:p>
        </w:tc>
        <w:tc>
          <w:tcPr>
            <w:tcW w:type="dxa" w:w="2880"/>
          </w:tcPr>
          <w:p>
            <w:r>
              <w:t>5</w:t>
            </w:r>
          </w:p>
        </w:tc>
      </w:tr>
      <w:tr>
        <w:tc>
          <w:tcPr>
            <w:tcW w:type="dxa" w:w="2880"/>
          </w:tcPr>
          <w:p>
            <w:r>
              <w:t>2026-07-27</w:t>
            </w:r>
          </w:p>
        </w:tc>
        <w:tc>
          <w:tcPr>
            <w:tcW w:type="dxa" w:w="2880"/>
          </w:tcPr>
          <w:p>
            <w:r>
              <w:t>electrical</w:t>
            </w:r>
          </w:p>
        </w:tc>
        <w:tc>
          <w:tcPr>
            <w:tcW w:type="dxa" w:w="2880"/>
          </w:tcPr>
          <w:p>
            <w:r>
              <w:t>3</w:t>
            </w:r>
          </w:p>
        </w:tc>
      </w:tr>
      <w:tr>
        <w:tc>
          <w:tcPr>
            <w:tcW w:type="dxa" w:w="2880"/>
          </w:tcPr>
          <w:p>
            <w:r>
              <w:t>2026-07-27</w:t>
            </w:r>
          </w:p>
        </w:tc>
        <w:tc>
          <w:tcPr>
            <w:tcW w:type="dxa" w:w="2880"/>
          </w:tcPr>
          <w:p>
            <w:r>
              <w:t>spreader</w:t>
            </w:r>
          </w:p>
        </w:tc>
        <w:tc>
          <w:tcPr>
            <w:tcW w:type="dxa" w:w="2880"/>
          </w:tcPr>
          <w:p>
            <w:r>
              <w:t>5</w:t>
            </w:r>
          </w:p>
        </w:tc>
      </w:tr>
      <w:tr>
        <w:tc>
          <w:tcPr>
            <w:tcW w:type="dxa" w:w="2880"/>
          </w:tcPr>
          <w:p>
            <w:r>
              <w:t>2026-07-27</w:t>
            </w:r>
          </w:p>
        </w:tc>
        <w:tc>
          <w:tcPr>
            <w:tcW w:type="dxa" w:w="2880"/>
          </w:tcPr>
          <w:p>
            <w:r>
              <w:t>trolley</w:t>
            </w:r>
          </w:p>
        </w:tc>
        <w:tc>
          <w:tcPr>
            <w:tcW w:type="dxa" w:w="2880"/>
          </w:tcPr>
          <w:p>
            <w:r>
              <w:t>1</w:t>
            </w:r>
          </w:p>
        </w:tc>
      </w:tr>
      <w:tr>
        <w:tc>
          <w:tcPr>
            <w:tcW w:type="dxa" w:w="2880"/>
          </w:tcPr>
          <w:p>
            <w:r>
              <w:t>2026-08-03</w:t>
            </w:r>
          </w:p>
        </w:tc>
        <w:tc>
          <w:tcPr>
            <w:tcW w:type="dxa" w:w="2880"/>
          </w:tcPr>
          <w:p>
            <w:r>
              <w:t>hoist</w:t>
            </w:r>
          </w:p>
        </w:tc>
        <w:tc>
          <w:tcPr>
            <w:tcW w:type="dxa" w:w="2880"/>
          </w:tcPr>
          <w:p>
            <w:r>
              <w:t>8</w:t>
            </w:r>
          </w:p>
        </w:tc>
      </w:tr>
      <w:tr>
        <w:tc>
          <w:tcPr>
            <w:tcW w:type="dxa" w:w="2880"/>
          </w:tcPr>
          <w:p>
            <w:r>
              <w:t>2026-08-03</w:t>
            </w:r>
          </w:p>
        </w:tc>
        <w:tc>
          <w:tcPr>
            <w:tcW w:type="dxa" w:w="2880"/>
          </w:tcPr>
          <w:p>
            <w:r>
              <w:t>electrical</w:t>
            </w:r>
          </w:p>
        </w:tc>
        <w:tc>
          <w:tcPr>
            <w:tcW w:type="dxa" w:w="2880"/>
          </w:tcPr>
          <w:p>
            <w:r>
              <w:t>5</w:t>
            </w:r>
          </w:p>
        </w:tc>
      </w:tr>
      <w:tr>
        <w:tc>
          <w:tcPr>
            <w:tcW w:type="dxa" w:w="2880"/>
          </w:tcPr>
          <w:p>
            <w:r>
              <w:t>2026-08-03</w:t>
            </w:r>
          </w:p>
        </w:tc>
        <w:tc>
          <w:tcPr>
            <w:tcW w:type="dxa" w:w="2880"/>
          </w:tcPr>
          <w:p>
            <w:r>
              <w:t>spreader</w:t>
            </w:r>
          </w:p>
        </w:tc>
        <w:tc>
          <w:tcPr>
            <w:tcW w:type="dxa" w:w="2880"/>
          </w:tcPr>
          <w:p>
            <w:r>
              <w:t>2</w:t>
            </w:r>
          </w:p>
        </w:tc>
      </w:tr>
      <w:tr>
        <w:tc>
          <w:tcPr>
            <w:tcW w:type="dxa" w:w="2880"/>
          </w:tcPr>
          <w:p>
            <w:r>
              <w:t>2026-08-03</w:t>
            </w:r>
          </w:p>
        </w:tc>
        <w:tc>
          <w:tcPr>
            <w:tcW w:type="dxa" w:w="2880"/>
          </w:tcPr>
          <w:p>
            <w:r>
              <w:t>trolley</w:t>
            </w:r>
          </w:p>
        </w:tc>
        <w:tc>
          <w:tcPr>
            <w:tcW w:type="dxa" w:w="2880"/>
          </w:tcPr>
          <w:p>
            <w:r>
              <w:t>0</w:t>
            </w:r>
          </w:p>
        </w:tc>
      </w:tr>
      <w:tr>
        <w:tc>
          <w:tcPr>
            <w:tcW w:type="dxa" w:w="2880"/>
          </w:tcPr>
          <w:p>
            <w:r>
              <w:t>2026-08-10</w:t>
            </w:r>
          </w:p>
        </w:tc>
        <w:tc>
          <w:tcPr>
            <w:tcW w:type="dxa" w:w="2880"/>
          </w:tcPr>
          <w:p>
            <w:r>
              <w:t>hoist</w:t>
            </w:r>
          </w:p>
        </w:tc>
        <w:tc>
          <w:tcPr>
            <w:tcW w:type="dxa" w:w="2880"/>
          </w:tcPr>
          <w:p>
            <w:r>
              <w:t>1</w:t>
            </w:r>
          </w:p>
        </w:tc>
      </w:tr>
      <w:tr>
        <w:tc>
          <w:tcPr>
            <w:tcW w:type="dxa" w:w="2880"/>
          </w:tcPr>
          <w:p>
            <w:r>
              <w:t>2026-08-10</w:t>
            </w:r>
          </w:p>
        </w:tc>
        <w:tc>
          <w:tcPr>
            <w:tcW w:type="dxa" w:w="2880"/>
          </w:tcPr>
          <w:p>
            <w:r>
              <w:t>electrical</w:t>
            </w:r>
          </w:p>
        </w:tc>
        <w:tc>
          <w:tcPr>
            <w:tcW w:type="dxa" w:w="2880"/>
          </w:tcPr>
          <w:p>
            <w:r>
              <w:t>2</w:t>
            </w:r>
          </w:p>
        </w:tc>
      </w:tr>
      <w:tr>
        <w:tc>
          <w:tcPr>
            <w:tcW w:type="dxa" w:w="2880"/>
          </w:tcPr>
          <w:p>
            <w:r>
              <w:t>2026-08-10</w:t>
            </w:r>
          </w:p>
        </w:tc>
        <w:tc>
          <w:tcPr>
            <w:tcW w:type="dxa" w:w="2880"/>
          </w:tcPr>
          <w:p>
            <w:r>
              <w:t>spreader</w:t>
            </w:r>
          </w:p>
        </w:tc>
        <w:tc>
          <w:tcPr>
            <w:tcW w:type="dxa" w:w="2880"/>
          </w:tcPr>
          <w:p>
            <w:r>
              <w:t>2</w:t>
            </w:r>
          </w:p>
        </w:tc>
      </w:tr>
      <w:tr>
        <w:tc>
          <w:tcPr>
            <w:tcW w:type="dxa" w:w="2880"/>
          </w:tcPr>
          <w:p>
            <w:r>
              <w:t>2026-08-10</w:t>
            </w:r>
          </w:p>
        </w:tc>
        <w:tc>
          <w:tcPr>
            <w:tcW w:type="dxa" w:w="2880"/>
          </w:tcPr>
          <w:p>
            <w:r>
              <w:t>trolley</w:t>
            </w:r>
          </w:p>
        </w:tc>
        <w:tc>
          <w:tcPr>
            <w:tcW w:type="dxa" w:w="2880"/>
          </w:tcPr>
          <w:p>
            <w:r>
              <w:t>3</w:t>
            </w:r>
          </w:p>
        </w:tc>
      </w:tr>
      <w:tr>
        <w:tc>
          <w:tcPr>
            <w:tcW w:type="dxa" w:w="2880"/>
          </w:tcPr>
          <w:p>
            <w:r>
              <w:t>2026-08-17</w:t>
            </w:r>
          </w:p>
        </w:tc>
        <w:tc>
          <w:tcPr>
            <w:tcW w:type="dxa" w:w="2880"/>
          </w:tcPr>
          <w:p>
            <w:r>
              <w:t>hoist</w:t>
            </w:r>
          </w:p>
        </w:tc>
        <w:tc>
          <w:tcPr>
            <w:tcW w:type="dxa" w:w="2880"/>
          </w:tcPr>
          <w:p>
            <w:r>
              <w:t>3</w:t>
            </w:r>
          </w:p>
        </w:tc>
      </w:tr>
      <w:tr>
        <w:tc>
          <w:tcPr>
            <w:tcW w:type="dxa" w:w="2880"/>
          </w:tcPr>
          <w:p>
            <w:r>
              <w:t>2026-08-17</w:t>
            </w:r>
          </w:p>
        </w:tc>
        <w:tc>
          <w:tcPr>
            <w:tcW w:type="dxa" w:w="2880"/>
          </w:tcPr>
          <w:p>
            <w:r>
              <w:t>electrical</w:t>
            </w:r>
          </w:p>
        </w:tc>
        <w:tc>
          <w:tcPr>
            <w:tcW w:type="dxa" w:w="2880"/>
          </w:tcPr>
          <w:p>
            <w:r>
              <w:t>5</w:t>
            </w:r>
          </w:p>
        </w:tc>
      </w:tr>
      <w:tr>
        <w:tc>
          <w:tcPr>
            <w:tcW w:type="dxa" w:w="2880"/>
          </w:tcPr>
          <w:p>
            <w:r>
              <w:t>2026-08-17</w:t>
            </w:r>
          </w:p>
        </w:tc>
        <w:tc>
          <w:tcPr>
            <w:tcW w:type="dxa" w:w="2880"/>
          </w:tcPr>
          <w:p>
            <w:r>
              <w:t>spreader</w:t>
            </w:r>
          </w:p>
        </w:tc>
        <w:tc>
          <w:tcPr>
            <w:tcW w:type="dxa" w:w="2880"/>
          </w:tcPr>
          <w:p>
            <w:r>
              <w:t>6</w:t>
            </w:r>
          </w:p>
        </w:tc>
      </w:tr>
      <w:tr>
        <w:tc>
          <w:tcPr>
            <w:tcW w:type="dxa" w:w="2880"/>
          </w:tcPr>
          <w:p>
            <w:r>
              <w:t>2026-08-17</w:t>
            </w:r>
          </w:p>
        </w:tc>
        <w:tc>
          <w:tcPr>
            <w:tcW w:type="dxa" w:w="2880"/>
          </w:tcPr>
          <w:p>
            <w:r>
              <w:t>trolley</w:t>
            </w:r>
          </w:p>
        </w:tc>
        <w:tc>
          <w:tcPr>
            <w:tcW w:type="dxa" w:w="2880"/>
          </w:tcPr>
          <w:p>
            <w:r>
              <w:t>3</w:t>
            </w:r>
          </w:p>
        </w:tc>
      </w:tr>
      <w:tr>
        <w:tc>
          <w:tcPr>
            <w:tcW w:type="dxa" w:w="2880"/>
          </w:tcPr>
          <w:p>
            <w:r>
              <w:t>2026-08-24</w:t>
            </w:r>
          </w:p>
        </w:tc>
        <w:tc>
          <w:tcPr>
            <w:tcW w:type="dxa" w:w="2880"/>
          </w:tcPr>
          <w:p>
            <w:r>
              <w:t>hoist</w:t>
            </w:r>
          </w:p>
        </w:tc>
        <w:tc>
          <w:tcPr>
            <w:tcW w:type="dxa" w:w="2880"/>
          </w:tcPr>
          <w:p>
            <w:r>
              <w:t>4</w:t>
            </w:r>
          </w:p>
        </w:tc>
      </w:tr>
      <w:tr>
        <w:tc>
          <w:tcPr>
            <w:tcW w:type="dxa" w:w="2880"/>
          </w:tcPr>
          <w:p>
            <w:r>
              <w:t>2026-08-24</w:t>
            </w:r>
          </w:p>
        </w:tc>
        <w:tc>
          <w:tcPr>
            <w:tcW w:type="dxa" w:w="2880"/>
          </w:tcPr>
          <w:p>
            <w:r>
              <w:t>electrical</w:t>
            </w:r>
          </w:p>
        </w:tc>
        <w:tc>
          <w:tcPr>
            <w:tcW w:type="dxa" w:w="2880"/>
          </w:tcPr>
          <w:p>
            <w:r>
              <w:t>4</w:t>
            </w:r>
          </w:p>
        </w:tc>
      </w:tr>
      <w:tr>
        <w:tc>
          <w:tcPr>
            <w:tcW w:type="dxa" w:w="2880"/>
          </w:tcPr>
          <w:p>
            <w:r>
              <w:t>2026-08-24</w:t>
            </w:r>
          </w:p>
        </w:tc>
        <w:tc>
          <w:tcPr>
            <w:tcW w:type="dxa" w:w="2880"/>
          </w:tcPr>
          <w:p>
            <w:r>
              <w:t>spreader</w:t>
            </w:r>
          </w:p>
        </w:tc>
        <w:tc>
          <w:tcPr>
            <w:tcW w:type="dxa" w:w="2880"/>
          </w:tcPr>
          <w:p>
            <w:r>
              <w:t>3</w:t>
            </w:r>
          </w:p>
        </w:tc>
      </w:tr>
      <w:tr>
        <w:tc>
          <w:tcPr>
            <w:tcW w:type="dxa" w:w="2880"/>
          </w:tcPr>
          <w:p>
            <w:r>
              <w:t>2026-08-24</w:t>
            </w:r>
          </w:p>
        </w:tc>
        <w:tc>
          <w:tcPr>
            <w:tcW w:type="dxa" w:w="2880"/>
          </w:tcPr>
          <w:p>
            <w:r>
              <w:t>trolley</w:t>
            </w:r>
          </w:p>
        </w:tc>
        <w:tc>
          <w:tcPr>
            <w:tcW w:type="dxa" w:w="2880"/>
          </w:tcPr>
          <w:p>
            <w:r>
              <w:t>6</w:t>
            </w:r>
          </w:p>
        </w:tc>
      </w:tr>
      <w:tr>
        <w:tc>
          <w:tcPr>
            <w:tcW w:type="dxa" w:w="2880"/>
          </w:tcPr>
          <w:p>
            <w:r>
              <w:t>2026-08-31</w:t>
            </w:r>
          </w:p>
        </w:tc>
        <w:tc>
          <w:tcPr>
            <w:tcW w:type="dxa" w:w="2880"/>
          </w:tcPr>
          <w:p>
            <w:r>
              <w:t>hoist</w:t>
            </w:r>
          </w:p>
        </w:tc>
        <w:tc>
          <w:tcPr>
            <w:tcW w:type="dxa" w:w="2880"/>
          </w:tcPr>
          <w:p>
            <w:r>
              <w:t>4</w:t>
            </w:r>
          </w:p>
        </w:tc>
      </w:tr>
      <w:tr>
        <w:tc>
          <w:tcPr>
            <w:tcW w:type="dxa" w:w="2880"/>
          </w:tcPr>
          <w:p>
            <w:r>
              <w:t>2026-08-31</w:t>
            </w:r>
          </w:p>
        </w:tc>
        <w:tc>
          <w:tcPr>
            <w:tcW w:type="dxa" w:w="2880"/>
          </w:tcPr>
          <w:p>
            <w:r>
              <w:t>electrical</w:t>
            </w:r>
          </w:p>
        </w:tc>
        <w:tc>
          <w:tcPr>
            <w:tcW w:type="dxa" w:w="2880"/>
          </w:tcPr>
          <w:p>
            <w:r>
              <w:t>0</w:t>
            </w:r>
          </w:p>
        </w:tc>
      </w:tr>
      <w:tr>
        <w:tc>
          <w:tcPr>
            <w:tcW w:type="dxa" w:w="2880"/>
          </w:tcPr>
          <w:p>
            <w:r>
              <w:t>2026-08-31</w:t>
            </w:r>
          </w:p>
        </w:tc>
        <w:tc>
          <w:tcPr>
            <w:tcW w:type="dxa" w:w="2880"/>
          </w:tcPr>
          <w:p>
            <w:r>
              <w:t>spreader</w:t>
            </w:r>
          </w:p>
        </w:tc>
        <w:tc>
          <w:tcPr>
            <w:tcW w:type="dxa" w:w="2880"/>
          </w:tcPr>
          <w:p>
            <w:r>
              <w:t>2</w:t>
            </w:r>
          </w:p>
        </w:tc>
      </w:tr>
      <w:tr>
        <w:tc>
          <w:tcPr>
            <w:tcW w:type="dxa" w:w="2880"/>
          </w:tcPr>
          <w:p>
            <w:r>
              <w:t>2026-08-31</w:t>
            </w:r>
          </w:p>
        </w:tc>
        <w:tc>
          <w:tcPr>
            <w:tcW w:type="dxa" w:w="2880"/>
          </w:tcPr>
          <w:p>
            <w:r>
              <w:t>trolley</w:t>
            </w:r>
          </w:p>
        </w:tc>
        <w:tc>
          <w:tcPr>
            <w:tcW w:type="dxa" w:w="2880"/>
          </w:tcPr>
          <w:p>
            <w:r>
              <w:t>3</w:t>
            </w:r>
          </w:p>
        </w:tc>
      </w:tr>
      <w:tr>
        <w:tc>
          <w:tcPr>
            <w:tcW w:type="dxa" w:w="2880"/>
          </w:tcPr>
          <w:p>
            <w:r>
              <w:t>2026-09-07</w:t>
            </w:r>
          </w:p>
        </w:tc>
        <w:tc>
          <w:tcPr>
            <w:tcW w:type="dxa" w:w="2880"/>
          </w:tcPr>
          <w:p>
            <w:r>
              <w:t>hoist</w:t>
            </w:r>
          </w:p>
        </w:tc>
        <w:tc>
          <w:tcPr>
            <w:tcW w:type="dxa" w:w="2880"/>
          </w:tcPr>
          <w:p>
            <w:r>
              <w:t>2</w:t>
            </w:r>
          </w:p>
        </w:tc>
      </w:tr>
      <w:tr>
        <w:tc>
          <w:tcPr>
            <w:tcW w:type="dxa" w:w="2880"/>
          </w:tcPr>
          <w:p>
            <w:r>
              <w:t>2026-09-07</w:t>
            </w:r>
          </w:p>
        </w:tc>
        <w:tc>
          <w:tcPr>
            <w:tcW w:type="dxa" w:w="2880"/>
          </w:tcPr>
          <w:p>
            <w:r>
              <w:t>electrical</w:t>
            </w:r>
          </w:p>
        </w:tc>
        <w:tc>
          <w:tcPr>
            <w:tcW w:type="dxa" w:w="2880"/>
          </w:tcPr>
          <w:p>
            <w:r>
              <w:t>2</w:t>
            </w:r>
          </w:p>
        </w:tc>
      </w:tr>
      <w:tr>
        <w:tc>
          <w:tcPr>
            <w:tcW w:type="dxa" w:w="2880"/>
          </w:tcPr>
          <w:p>
            <w:r>
              <w:t>2026-09-07</w:t>
            </w:r>
          </w:p>
        </w:tc>
        <w:tc>
          <w:tcPr>
            <w:tcW w:type="dxa" w:w="2880"/>
          </w:tcPr>
          <w:p>
            <w:r>
              <w:t>spreader</w:t>
            </w:r>
          </w:p>
        </w:tc>
        <w:tc>
          <w:tcPr>
            <w:tcW w:type="dxa" w:w="2880"/>
          </w:tcPr>
          <w:p>
            <w:r>
              <w:t>4</w:t>
            </w:r>
          </w:p>
        </w:tc>
      </w:tr>
      <w:tr>
        <w:tc>
          <w:tcPr>
            <w:tcW w:type="dxa" w:w="2880"/>
          </w:tcPr>
          <w:p>
            <w:r>
              <w:t>2026-09-07</w:t>
            </w:r>
          </w:p>
        </w:tc>
        <w:tc>
          <w:tcPr>
            <w:tcW w:type="dxa" w:w="2880"/>
          </w:tcPr>
          <w:p>
            <w:r>
              <w:t>trolley</w:t>
            </w:r>
          </w:p>
        </w:tc>
        <w:tc>
          <w:tcPr>
            <w:tcW w:type="dxa" w:w="2880"/>
          </w:tcPr>
          <w:p>
            <w:r>
              <w:t>7</w:t>
            </w:r>
          </w:p>
        </w:tc>
      </w:tr>
      <w:tr>
        <w:tc>
          <w:tcPr>
            <w:tcW w:type="dxa" w:w="2880"/>
          </w:tcPr>
          <w:p>
            <w:r>
              <w:t>2026-09-14</w:t>
            </w:r>
          </w:p>
        </w:tc>
        <w:tc>
          <w:tcPr>
            <w:tcW w:type="dxa" w:w="2880"/>
          </w:tcPr>
          <w:p>
            <w:r>
              <w:t>hoist</w:t>
            </w:r>
          </w:p>
        </w:tc>
        <w:tc>
          <w:tcPr>
            <w:tcW w:type="dxa" w:w="2880"/>
          </w:tcPr>
          <w:p>
            <w:r>
              <w:t>4</w:t>
            </w:r>
          </w:p>
        </w:tc>
      </w:tr>
      <w:tr>
        <w:tc>
          <w:tcPr>
            <w:tcW w:type="dxa" w:w="2880"/>
          </w:tcPr>
          <w:p>
            <w:r>
              <w:t>2026-09-14</w:t>
            </w:r>
          </w:p>
        </w:tc>
        <w:tc>
          <w:tcPr>
            <w:tcW w:type="dxa" w:w="2880"/>
          </w:tcPr>
          <w:p>
            <w:r>
              <w:t>electrical</w:t>
            </w:r>
          </w:p>
        </w:tc>
        <w:tc>
          <w:tcPr>
            <w:tcW w:type="dxa" w:w="2880"/>
          </w:tcPr>
          <w:p>
            <w:r>
              <w:t>5</w:t>
            </w:r>
          </w:p>
        </w:tc>
      </w:tr>
      <w:tr>
        <w:tc>
          <w:tcPr>
            <w:tcW w:type="dxa" w:w="2880"/>
          </w:tcPr>
          <w:p>
            <w:r>
              <w:t>2026-09-14</w:t>
            </w:r>
          </w:p>
        </w:tc>
        <w:tc>
          <w:tcPr>
            <w:tcW w:type="dxa" w:w="2880"/>
          </w:tcPr>
          <w:p>
            <w:r>
              <w:t>spreader</w:t>
            </w:r>
          </w:p>
        </w:tc>
        <w:tc>
          <w:tcPr>
            <w:tcW w:type="dxa" w:w="2880"/>
          </w:tcPr>
          <w:p>
            <w:r>
              <w:t>6</w:t>
            </w:r>
          </w:p>
        </w:tc>
      </w:tr>
      <w:tr>
        <w:tc>
          <w:tcPr>
            <w:tcW w:type="dxa" w:w="2880"/>
          </w:tcPr>
          <w:p>
            <w:r>
              <w:t>2026-09-14</w:t>
            </w:r>
          </w:p>
        </w:tc>
        <w:tc>
          <w:tcPr>
            <w:tcW w:type="dxa" w:w="2880"/>
          </w:tcPr>
          <w:p>
            <w:r>
              <w:t>trolley</w:t>
            </w:r>
          </w:p>
        </w:tc>
        <w:tc>
          <w:tcPr>
            <w:tcW w:type="dxa" w:w="2880"/>
          </w:tcPr>
          <w:p>
            <w:r>
              <w:t>6</w:t>
            </w:r>
          </w:p>
        </w:tc>
      </w:tr>
      <w:tr>
        <w:tc>
          <w:tcPr>
            <w:tcW w:type="dxa" w:w="2880"/>
          </w:tcPr>
          <w:p>
            <w:r>
              <w:t>2026-09-21</w:t>
            </w:r>
          </w:p>
        </w:tc>
        <w:tc>
          <w:tcPr>
            <w:tcW w:type="dxa" w:w="2880"/>
          </w:tcPr>
          <w:p>
            <w:r>
              <w:t>hoist</w:t>
            </w:r>
          </w:p>
        </w:tc>
        <w:tc>
          <w:tcPr>
            <w:tcW w:type="dxa" w:w="2880"/>
          </w:tcPr>
          <w:p>
            <w:r>
              <w:t>2</w:t>
            </w:r>
          </w:p>
        </w:tc>
      </w:tr>
      <w:tr>
        <w:tc>
          <w:tcPr>
            <w:tcW w:type="dxa" w:w="2880"/>
          </w:tcPr>
          <w:p>
            <w:r>
              <w:t>2026-09-21</w:t>
            </w:r>
          </w:p>
        </w:tc>
        <w:tc>
          <w:tcPr>
            <w:tcW w:type="dxa" w:w="2880"/>
          </w:tcPr>
          <w:p>
            <w:r>
              <w:t>electrical</w:t>
            </w:r>
          </w:p>
        </w:tc>
        <w:tc>
          <w:tcPr>
            <w:tcW w:type="dxa" w:w="2880"/>
          </w:tcPr>
          <w:p>
            <w:r>
              <w:t>4</w:t>
            </w:r>
          </w:p>
        </w:tc>
      </w:tr>
      <w:tr>
        <w:tc>
          <w:tcPr>
            <w:tcW w:type="dxa" w:w="2880"/>
          </w:tcPr>
          <w:p>
            <w:r>
              <w:t>2026-09-21</w:t>
            </w:r>
          </w:p>
        </w:tc>
        <w:tc>
          <w:tcPr>
            <w:tcW w:type="dxa" w:w="2880"/>
          </w:tcPr>
          <w:p>
            <w:r>
              <w:t>spreader</w:t>
            </w:r>
          </w:p>
        </w:tc>
        <w:tc>
          <w:tcPr>
            <w:tcW w:type="dxa" w:w="2880"/>
          </w:tcPr>
          <w:p>
            <w:r>
              <w:t>3</w:t>
            </w:r>
          </w:p>
        </w:tc>
      </w:tr>
      <w:tr>
        <w:tc>
          <w:tcPr>
            <w:tcW w:type="dxa" w:w="2880"/>
          </w:tcPr>
          <w:p>
            <w:r>
              <w:t>2026-09-21</w:t>
            </w:r>
          </w:p>
        </w:tc>
        <w:tc>
          <w:tcPr>
            <w:tcW w:type="dxa" w:w="2880"/>
          </w:tcPr>
          <w:p>
            <w:r>
              <w:t>trolley</w:t>
            </w:r>
          </w:p>
        </w:tc>
        <w:tc>
          <w:tcPr>
            <w:tcW w:type="dxa" w:w="2880"/>
          </w:tcPr>
          <w:p>
            <w:r>
              <w:t>4</w:t>
            </w:r>
          </w:p>
        </w:tc>
      </w:tr>
      <w:tr>
        <w:tc>
          <w:tcPr>
            <w:tcW w:type="dxa" w:w="2880"/>
          </w:tcPr>
          <w:p>
            <w:r>
              <w:t>2026-09-28</w:t>
            </w:r>
          </w:p>
        </w:tc>
        <w:tc>
          <w:tcPr>
            <w:tcW w:type="dxa" w:w="2880"/>
          </w:tcPr>
          <w:p>
            <w:r>
              <w:t>hoist</w:t>
            </w:r>
          </w:p>
        </w:tc>
        <w:tc>
          <w:tcPr>
            <w:tcW w:type="dxa" w:w="2880"/>
          </w:tcPr>
          <w:p>
            <w:r>
              <w:t>0</w:t>
            </w:r>
          </w:p>
        </w:tc>
      </w:tr>
      <w:tr>
        <w:tc>
          <w:tcPr>
            <w:tcW w:type="dxa" w:w="2880"/>
          </w:tcPr>
          <w:p>
            <w:r>
              <w:t>2026-09-28</w:t>
            </w:r>
          </w:p>
        </w:tc>
        <w:tc>
          <w:tcPr>
            <w:tcW w:type="dxa" w:w="2880"/>
          </w:tcPr>
          <w:p>
            <w:r>
              <w:t>electrical</w:t>
            </w:r>
          </w:p>
        </w:tc>
        <w:tc>
          <w:tcPr>
            <w:tcW w:type="dxa" w:w="2880"/>
          </w:tcPr>
          <w:p>
            <w:r>
              <w:t>2</w:t>
            </w:r>
          </w:p>
        </w:tc>
      </w:tr>
      <w:tr>
        <w:tc>
          <w:tcPr>
            <w:tcW w:type="dxa" w:w="2880"/>
          </w:tcPr>
          <w:p>
            <w:r>
              <w:t>2026-09-28</w:t>
            </w:r>
          </w:p>
        </w:tc>
        <w:tc>
          <w:tcPr>
            <w:tcW w:type="dxa" w:w="2880"/>
          </w:tcPr>
          <w:p>
            <w:r>
              <w:t>spreader</w:t>
            </w:r>
          </w:p>
        </w:tc>
        <w:tc>
          <w:tcPr>
            <w:tcW w:type="dxa" w:w="2880"/>
          </w:tcPr>
          <w:p>
            <w:r>
              <w:t>2</w:t>
            </w:r>
          </w:p>
        </w:tc>
      </w:tr>
      <w:tr>
        <w:tc>
          <w:tcPr>
            <w:tcW w:type="dxa" w:w="2880"/>
          </w:tcPr>
          <w:p>
            <w:r>
              <w:t>2026-09-28</w:t>
            </w:r>
          </w:p>
        </w:tc>
        <w:tc>
          <w:tcPr>
            <w:tcW w:type="dxa" w:w="2880"/>
          </w:tcPr>
          <w:p>
            <w:r>
              <w:t>trolley</w:t>
            </w:r>
          </w:p>
        </w:tc>
        <w:tc>
          <w:tcPr>
            <w:tcW w:type="dxa" w:w="2880"/>
          </w:tcPr>
          <w:p>
            <w:r>
              <w:t>1</w:t>
            </w:r>
          </w:p>
        </w:tc>
      </w:tr>
    </w:tbl>
    <w:p/>
    <w:p>
      <w:pPr>
        <w:pStyle w:val="Heading2"/>
      </w:pPr>
      <w:r>
        <w:t>Figure 47. Hot spot analysis: Truck gate transactions over time [95]</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2026-08-31</w:t>
            </w:r>
          </w:p>
        </w:tc>
        <w:tc>
          <w:tcPr>
            <w:tcW w:type="dxa" w:w="2880"/>
          </w:tcPr>
          <w:p>
            <w:r>
              <w:t>drop-off</w:t>
            </w:r>
          </w:p>
        </w:tc>
        <w:tc>
          <w:tcPr>
            <w:tcW w:type="dxa" w:w="2880"/>
          </w:tcPr>
          <w:p>
            <w:r>
              <w:t>40</w:t>
            </w:r>
          </w:p>
        </w:tc>
      </w:tr>
      <w:tr>
        <w:tc>
          <w:tcPr>
            <w:tcW w:type="dxa" w:w="2880"/>
          </w:tcPr>
          <w:p>
            <w:r>
              <w:t>2026-08-31</w:t>
            </w:r>
          </w:p>
        </w:tc>
        <w:tc>
          <w:tcPr>
            <w:tcW w:type="dxa" w:w="2880"/>
          </w:tcPr>
          <w:p>
            <w:r>
              <w:t>pick-up</w:t>
            </w:r>
          </w:p>
        </w:tc>
        <w:tc>
          <w:tcPr>
            <w:tcW w:type="dxa" w:w="2880"/>
          </w:tcPr>
          <w:p>
            <w:r>
              <w:t>42</w:t>
            </w:r>
          </w:p>
        </w:tc>
      </w:tr>
      <w:tr>
        <w:tc>
          <w:tcPr>
            <w:tcW w:type="dxa" w:w="2880"/>
          </w:tcPr>
          <w:p>
            <w:r>
              <w:t>2026-08-31</w:t>
            </w:r>
          </w:p>
        </w:tc>
        <w:tc>
          <w:tcPr>
            <w:tcW w:type="dxa" w:w="2880"/>
          </w:tcPr>
          <w:p>
            <w:r>
              <w:t>dual</w:t>
            </w:r>
          </w:p>
        </w:tc>
        <w:tc>
          <w:tcPr>
            <w:tcW w:type="dxa" w:w="2880"/>
          </w:tcPr>
          <w:p>
            <w:r>
              <w:t>36</w:t>
            </w:r>
          </w:p>
        </w:tc>
      </w:tr>
      <w:tr>
        <w:tc>
          <w:tcPr>
            <w:tcW w:type="dxa" w:w="2880"/>
          </w:tcPr>
          <w:p>
            <w:r>
              <w:t>2026-09-01</w:t>
            </w:r>
          </w:p>
        </w:tc>
        <w:tc>
          <w:tcPr>
            <w:tcW w:type="dxa" w:w="2880"/>
          </w:tcPr>
          <w:p>
            <w:r>
              <w:t>drop-off</w:t>
            </w:r>
          </w:p>
        </w:tc>
        <w:tc>
          <w:tcPr>
            <w:tcW w:type="dxa" w:w="2880"/>
          </w:tcPr>
          <w:p>
            <w:r>
              <w:t>33</w:t>
            </w:r>
          </w:p>
        </w:tc>
      </w:tr>
      <w:tr>
        <w:tc>
          <w:tcPr>
            <w:tcW w:type="dxa" w:w="2880"/>
          </w:tcPr>
          <w:p>
            <w:r>
              <w:t>2026-09-01</w:t>
            </w:r>
          </w:p>
        </w:tc>
        <w:tc>
          <w:tcPr>
            <w:tcW w:type="dxa" w:w="2880"/>
          </w:tcPr>
          <w:p>
            <w:r>
              <w:t>pick-up</w:t>
            </w:r>
          </w:p>
        </w:tc>
        <w:tc>
          <w:tcPr>
            <w:tcW w:type="dxa" w:w="2880"/>
          </w:tcPr>
          <w:p>
            <w:r>
              <w:t>31</w:t>
            </w:r>
          </w:p>
        </w:tc>
      </w:tr>
      <w:tr>
        <w:tc>
          <w:tcPr>
            <w:tcW w:type="dxa" w:w="2880"/>
          </w:tcPr>
          <w:p>
            <w:r>
              <w:t>2026-09-01</w:t>
            </w:r>
          </w:p>
        </w:tc>
        <w:tc>
          <w:tcPr>
            <w:tcW w:type="dxa" w:w="2880"/>
          </w:tcPr>
          <w:p>
            <w:r>
              <w:t>dual</w:t>
            </w:r>
          </w:p>
        </w:tc>
        <w:tc>
          <w:tcPr>
            <w:tcW w:type="dxa" w:w="2880"/>
          </w:tcPr>
          <w:p>
            <w:r>
              <w:t>24</w:t>
            </w:r>
          </w:p>
        </w:tc>
      </w:tr>
      <w:tr>
        <w:tc>
          <w:tcPr>
            <w:tcW w:type="dxa" w:w="2880"/>
          </w:tcPr>
          <w:p>
            <w:r>
              <w:t>2026-09-02</w:t>
            </w:r>
          </w:p>
        </w:tc>
        <w:tc>
          <w:tcPr>
            <w:tcW w:type="dxa" w:w="2880"/>
          </w:tcPr>
          <w:p>
            <w:r>
              <w:t>drop-off</w:t>
            </w:r>
          </w:p>
        </w:tc>
        <w:tc>
          <w:tcPr>
            <w:tcW w:type="dxa" w:w="2880"/>
          </w:tcPr>
          <w:p>
            <w:r>
              <w:t>27</w:t>
            </w:r>
          </w:p>
        </w:tc>
      </w:tr>
      <w:tr>
        <w:tc>
          <w:tcPr>
            <w:tcW w:type="dxa" w:w="2880"/>
          </w:tcPr>
          <w:p>
            <w:r>
              <w:t>2026-09-02</w:t>
            </w:r>
          </w:p>
        </w:tc>
        <w:tc>
          <w:tcPr>
            <w:tcW w:type="dxa" w:w="2880"/>
          </w:tcPr>
          <w:p>
            <w:r>
              <w:t>pick-up</w:t>
            </w:r>
          </w:p>
        </w:tc>
        <w:tc>
          <w:tcPr>
            <w:tcW w:type="dxa" w:w="2880"/>
          </w:tcPr>
          <w:p>
            <w:r>
              <w:t>28</w:t>
            </w:r>
          </w:p>
        </w:tc>
      </w:tr>
      <w:tr>
        <w:tc>
          <w:tcPr>
            <w:tcW w:type="dxa" w:w="2880"/>
          </w:tcPr>
          <w:p>
            <w:r>
              <w:t>2026-09-02</w:t>
            </w:r>
          </w:p>
        </w:tc>
        <w:tc>
          <w:tcPr>
            <w:tcW w:type="dxa" w:w="2880"/>
          </w:tcPr>
          <w:p>
            <w:r>
              <w:t>dual</w:t>
            </w:r>
          </w:p>
        </w:tc>
        <w:tc>
          <w:tcPr>
            <w:tcW w:type="dxa" w:w="2880"/>
          </w:tcPr>
          <w:p>
            <w:r>
              <w:t>31</w:t>
            </w:r>
          </w:p>
        </w:tc>
      </w:tr>
      <w:tr>
        <w:tc>
          <w:tcPr>
            <w:tcW w:type="dxa" w:w="2880"/>
          </w:tcPr>
          <w:p>
            <w:r>
              <w:t>2026-09-03</w:t>
            </w:r>
          </w:p>
        </w:tc>
        <w:tc>
          <w:tcPr>
            <w:tcW w:type="dxa" w:w="2880"/>
          </w:tcPr>
          <w:p>
            <w:r>
              <w:t>drop-off</w:t>
            </w:r>
          </w:p>
        </w:tc>
        <w:tc>
          <w:tcPr>
            <w:tcW w:type="dxa" w:w="2880"/>
          </w:tcPr>
          <w:p>
            <w:r>
              <w:t>29</w:t>
            </w:r>
          </w:p>
        </w:tc>
      </w:tr>
      <w:tr>
        <w:tc>
          <w:tcPr>
            <w:tcW w:type="dxa" w:w="2880"/>
          </w:tcPr>
          <w:p>
            <w:r>
              <w:t>2026-09-03</w:t>
            </w:r>
          </w:p>
        </w:tc>
        <w:tc>
          <w:tcPr>
            <w:tcW w:type="dxa" w:w="2880"/>
          </w:tcPr>
          <w:p>
            <w:r>
              <w:t>pick-up</w:t>
            </w:r>
          </w:p>
        </w:tc>
        <w:tc>
          <w:tcPr>
            <w:tcW w:type="dxa" w:w="2880"/>
          </w:tcPr>
          <w:p>
            <w:r>
              <w:t>36</w:t>
            </w:r>
          </w:p>
        </w:tc>
      </w:tr>
      <w:tr>
        <w:tc>
          <w:tcPr>
            <w:tcW w:type="dxa" w:w="2880"/>
          </w:tcPr>
          <w:p>
            <w:r>
              <w:t>2026-09-03</w:t>
            </w:r>
          </w:p>
        </w:tc>
        <w:tc>
          <w:tcPr>
            <w:tcW w:type="dxa" w:w="2880"/>
          </w:tcPr>
          <w:p>
            <w:r>
              <w:t>dual</w:t>
            </w:r>
          </w:p>
        </w:tc>
        <w:tc>
          <w:tcPr>
            <w:tcW w:type="dxa" w:w="2880"/>
          </w:tcPr>
          <w:p>
            <w:r>
              <w:t>35</w:t>
            </w:r>
          </w:p>
        </w:tc>
      </w:tr>
      <w:tr>
        <w:tc>
          <w:tcPr>
            <w:tcW w:type="dxa" w:w="2880"/>
          </w:tcPr>
          <w:p>
            <w:r>
              <w:t>2026-09-04</w:t>
            </w:r>
          </w:p>
        </w:tc>
        <w:tc>
          <w:tcPr>
            <w:tcW w:type="dxa" w:w="2880"/>
          </w:tcPr>
          <w:p>
            <w:r>
              <w:t>drop-off</w:t>
            </w:r>
          </w:p>
        </w:tc>
        <w:tc>
          <w:tcPr>
            <w:tcW w:type="dxa" w:w="2880"/>
          </w:tcPr>
          <w:p>
            <w:r>
              <w:t>17</w:t>
            </w:r>
          </w:p>
        </w:tc>
      </w:tr>
      <w:tr>
        <w:tc>
          <w:tcPr>
            <w:tcW w:type="dxa" w:w="2880"/>
          </w:tcPr>
          <w:p>
            <w:r>
              <w:t>2026-09-04</w:t>
            </w:r>
          </w:p>
        </w:tc>
        <w:tc>
          <w:tcPr>
            <w:tcW w:type="dxa" w:w="2880"/>
          </w:tcPr>
          <w:p>
            <w:r>
              <w:t>pick-up</w:t>
            </w:r>
          </w:p>
        </w:tc>
        <w:tc>
          <w:tcPr>
            <w:tcW w:type="dxa" w:w="2880"/>
          </w:tcPr>
          <w:p>
            <w:r>
              <w:t>36</w:t>
            </w:r>
          </w:p>
        </w:tc>
      </w:tr>
      <w:tr>
        <w:tc>
          <w:tcPr>
            <w:tcW w:type="dxa" w:w="2880"/>
          </w:tcPr>
          <w:p>
            <w:r>
              <w:t>2026-09-04</w:t>
            </w:r>
          </w:p>
        </w:tc>
        <w:tc>
          <w:tcPr>
            <w:tcW w:type="dxa" w:w="2880"/>
          </w:tcPr>
          <w:p>
            <w:r>
              <w:t>dual</w:t>
            </w:r>
          </w:p>
        </w:tc>
        <w:tc>
          <w:tcPr>
            <w:tcW w:type="dxa" w:w="2880"/>
          </w:tcPr>
          <w:p>
            <w:r>
              <w:t>30</w:t>
            </w:r>
          </w:p>
        </w:tc>
      </w:tr>
      <w:tr>
        <w:tc>
          <w:tcPr>
            <w:tcW w:type="dxa" w:w="2880"/>
          </w:tcPr>
          <w:p>
            <w:r>
              <w:t>2026-09-05</w:t>
            </w:r>
          </w:p>
        </w:tc>
        <w:tc>
          <w:tcPr>
            <w:tcW w:type="dxa" w:w="2880"/>
          </w:tcPr>
          <w:p>
            <w:r>
              <w:t>drop-off</w:t>
            </w:r>
          </w:p>
        </w:tc>
        <w:tc>
          <w:tcPr>
            <w:tcW w:type="dxa" w:w="2880"/>
          </w:tcPr>
          <w:p>
            <w:r>
              <w:t>16</w:t>
            </w:r>
          </w:p>
        </w:tc>
      </w:tr>
      <w:tr>
        <w:tc>
          <w:tcPr>
            <w:tcW w:type="dxa" w:w="2880"/>
          </w:tcPr>
          <w:p>
            <w:r>
              <w:t>2026-09-05</w:t>
            </w:r>
          </w:p>
        </w:tc>
        <w:tc>
          <w:tcPr>
            <w:tcW w:type="dxa" w:w="2880"/>
          </w:tcPr>
          <w:p>
            <w:r>
              <w:t>pick-up</w:t>
            </w:r>
          </w:p>
        </w:tc>
        <w:tc>
          <w:tcPr>
            <w:tcW w:type="dxa" w:w="2880"/>
          </w:tcPr>
          <w:p>
            <w:r>
              <w:t>14</w:t>
            </w:r>
          </w:p>
        </w:tc>
      </w:tr>
      <w:tr>
        <w:tc>
          <w:tcPr>
            <w:tcW w:type="dxa" w:w="2880"/>
          </w:tcPr>
          <w:p>
            <w:r>
              <w:t>2026-09-05</w:t>
            </w:r>
          </w:p>
        </w:tc>
        <w:tc>
          <w:tcPr>
            <w:tcW w:type="dxa" w:w="2880"/>
          </w:tcPr>
          <w:p>
            <w:r>
              <w:t>dual</w:t>
            </w:r>
          </w:p>
        </w:tc>
        <w:tc>
          <w:tcPr>
            <w:tcW w:type="dxa" w:w="2880"/>
          </w:tcPr>
          <w:p>
            <w:r>
              <w:t>6</w:t>
            </w:r>
          </w:p>
        </w:tc>
      </w:tr>
      <w:tr>
        <w:tc>
          <w:tcPr>
            <w:tcW w:type="dxa" w:w="2880"/>
          </w:tcPr>
          <w:p>
            <w:r>
              <w:t>2026-09-06</w:t>
            </w:r>
          </w:p>
        </w:tc>
        <w:tc>
          <w:tcPr>
            <w:tcW w:type="dxa" w:w="2880"/>
          </w:tcPr>
          <w:p>
            <w:r>
              <w:t>drop-off</w:t>
            </w:r>
          </w:p>
        </w:tc>
        <w:tc>
          <w:tcPr>
            <w:tcW w:type="dxa" w:w="2880"/>
          </w:tcPr>
          <w:p>
            <w:r>
              <w:t>4</w:t>
            </w:r>
          </w:p>
        </w:tc>
      </w:tr>
      <w:tr>
        <w:tc>
          <w:tcPr>
            <w:tcW w:type="dxa" w:w="2880"/>
          </w:tcPr>
          <w:p>
            <w:r>
              <w:t>2026-09-06</w:t>
            </w:r>
          </w:p>
        </w:tc>
        <w:tc>
          <w:tcPr>
            <w:tcW w:type="dxa" w:w="2880"/>
          </w:tcPr>
          <w:p>
            <w:r>
              <w:t>pick-up</w:t>
            </w:r>
          </w:p>
        </w:tc>
        <w:tc>
          <w:tcPr>
            <w:tcW w:type="dxa" w:w="2880"/>
          </w:tcPr>
          <w:p>
            <w:r>
              <w:t>2</w:t>
            </w:r>
          </w:p>
        </w:tc>
      </w:tr>
      <w:tr>
        <w:tc>
          <w:tcPr>
            <w:tcW w:type="dxa" w:w="2880"/>
          </w:tcPr>
          <w:p>
            <w:r>
              <w:t>2026-09-06</w:t>
            </w:r>
          </w:p>
        </w:tc>
        <w:tc>
          <w:tcPr>
            <w:tcW w:type="dxa" w:w="2880"/>
          </w:tcPr>
          <w:p>
            <w:r>
              <w:t>dual</w:t>
            </w:r>
          </w:p>
        </w:tc>
        <w:tc>
          <w:tcPr>
            <w:tcW w:type="dxa" w:w="2880"/>
          </w:tcPr>
          <w:p>
            <w:r>
              <w:t>2</w:t>
            </w:r>
          </w:p>
        </w:tc>
      </w:tr>
      <w:tr>
        <w:tc>
          <w:tcPr>
            <w:tcW w:type="dxa" w:w="2880"/>
          </w:tcPr>
          <w:p>
            <w:r>
              <w:t>2026-09-07</w:t>
            </w:r>
          </w:p>
        </w:tc>
        <w:tc>
          <w:tcPr>
            <w:tcW w:type="dxa" w:w="2880"/>
          </w:tcPr>
          <w:p>
            <w:r>
              <w:t>drop-off</w:t>
            </w:r>
          </w:p>
        </w:tc>
        <w:tc>
          <w:tcPr>
            <w:tcW w:type="dxa" w:w="2880"/>
          </w:tcPr>
          <w:p>
            <w:r>
              <w:t>37</w:t>
            </w:r>
          </w:p>
        </w:tc>
      </w:tr>
      <w:tr>
        <w:tc>
          <w:tcPr>
            <w:tcW w:type="dxa" w:w="2880"/>
          </w:tcPr>
          <w:p>
            <w:r>
              <w:t>2026-09-07</w:t>
            </w:r>
          </w:p>
        </w:tc>
        <w:tc>
          <w:tcPr>
            <w:tcW w:type="dxa" w:w="2880"/>
          </w:tcPr>
          <w:p>
            <w:r>
              <w:t>pick-up</w:t>
            </w:r>
          </w:p>
        </w:tc>
        <w:tc>
          <w:tcPr>
            <w:tcW w:type="dxa" w:w="2880"/>
          </w:tcPr>
          <w:p>
            <w:r>
              <w:t>41</w:t>
            </w:r>
          </w:p>
        </w:tc>
      </w:tr>
      <w:tr>
        <w:tc>
          <w:tcPr>
            <w:tcW w:type="dxa" w:w="2880"/>
          </w:tcPr>
          <w:p>
            <w:r>
              <w:t>2026-09-07</w:t>
            </w:r>
          </w:p>
        </w:tc>
        <w:tc>
          <w:tcPr>
            <w:tcW w:type="dxa" w:w="2880"/>
          </w:tcPr>
          <w:p>
            <w:r>
              <w:t>dual</w:t>
            </w:r>
          </w:p>
        </w:tc>
        <w:tc>
          <w:tcPr>
            <w:tcW w:type="dxa" w:w="2880"/>
          </w:tcPr>
          <w:p>
            <w:r>
              <w:t>36</w:t>
            </w:r>
          </w:p>
        </w:tc>
      </w:tr>
      <w:tr>
        <w:tc>
          <w:tcPr>
            <w:tcW w:type="dxa" w:w="2880"/>
          </w:tcPr>
          <w:p>
            <w:r>
              <w:t>2026-09-08</w:t>
            </w:r>
          </w:p>
        </w:tc>
        <w:tc>
          <w:tcPr>
            <w:tcW w:type="dxa" w:w="2880"/>
          </w:tcPr>
          <w:p>
            <w:r>
              <w:t>drop-off</w:t>
            </w:r>
          </w:p>
        </w:tc>
        <w:tc>
          <w:tcPr>
            <w:tcW w:type="dxa" w:w="2880"/>
          </w:tcPr>
          <w:p>
            <w:r>
              <w:t>35</w:t>
            </w:r>
          </w:p>
        </w:tc>
      </w:tr>
      <w:tr>
        <w:tc>
          <w:tcPr>
            <w:tcW w:type="dxa" w:w="2880"/>
          </w:tcPr>
          <w:p>
            <w:r>
              <w:t>2026-09-08</w:t>
            </w:r>
          </w:p>
        </w:tc>
        <w:tc>
          <w:tcPr>
            <w:tcW w:type="dxa" w:w="2880"/>
          </w:tcPr>
          <w:p>
            <w:r>
              <w:t>pick-up</w:t>
            </w:r>
          </w:p>
        </w:tc>
        <w:tc>
          <w:tcPr>
            <w:tcW w:type="dxa" w:w="2880"/>
          </w:tcPr>
          <w:p>
            <w:r>
              <w:t>32</w:t>
            </w:r>
          </w:p>
        </w:tc>
      </w:tr>
      <w:tr>
        <w:tc>
          <w:tcPr>
            <w:tcW w:type="dxa" w:w="2880"/>
          </w:tcPr>
          <w:p>
            <w:r>
              <w:t>2026-09-08</w:t>
            </w:r>
          </w:p>
        </w:tc>
        <w:tc>
          <w:tcPr>
            <w:tcW w:type="dxa" w:w="2880"/>
          </w:tcPr>
          <w:p>
            <w:r>
              <w:t>dual</w:t>
            </w:r>
          </w:p>
        </w:tc>
        <w:tc>
          <w:tcPr>
            <w:tcW w:type="dxa" w:w="2880"/>
          </w:tcPr>
          <w:p>
            <w:r>
              <w:t>21</w:t>
            </w:r>
          </w:p>
        </w:tc>
      </w:tr>
      <w:tr>
        <w:tc>
          <w:tcPr>
            <w:tcW w:type="dxa" w:w="2880"/>
          </w:tcPr>
          <w:p>
            <w:r>
              <w:t>2026-09-09</w:t>
            </w:r>
          </w:p>
        </w:tc>
        <w:tc>
          <w:tcPr>
            <w:tcW w:type="dxa" w:w="2880"/>
          </w:tcPr>
          <w:p>
            <w:r>
              <w:t>drop-off</w:t>
            </w:r>
          </w:p>
        </w:tc>
        <w:tc>
          <w:tcPr>
            <w:tcW w:type="dxa" w:w="2880"/>
          </w:tcPr>
          <w:p>
            <w:r>
              <w:t>24</w:t>
            </w:r>
          </w:p>
        </w:tc>
      </w:tr>
      <w:tr>
        <w:tc>
          <w:tcPr>
            <w:tcW w:type="dxa" w:w="2880"/>
          </w:tcPr>
          <w:p>
            <w:r>
              <w:t>2026-09-09</w:t>
            </w:r>
          </w:p>
        </w:tc>
        <w:tc>
          <w:tcPr>
            <w:tcW w:type="dxa" w:w="2880"/>
          </w:tcPr>
          <w:p>
            <w:r>
              <w:t>pick-up</w:t>
            </w:r>
          </w:p>
        </w:tc>
        <w:tc>
          <w:tcPr>
            <w:tcW w:type="dxa" w:w="2880"/>
          </w:tcPr>
          <w:p>
            <w:r>
              <w:t>37</w:t>
            </w:r>
          </w:p>
        </w:tc>
      </w:tr>
      <w:tr>
        <w:tc>
          <w:tcPr>
            <w:tcW w:type="dxa" w:w="2880"/>
          </w:tcPr>
          <w:p>
            <w:r>
              <w:t>2026-09-09</w:t>
            </w:r>
          </w:p>
        </w:tc>
        <w:tc>
          <w:tcPr>
            <w:tcW w:type="dxa" w:w="2880"/>
          </w:tcPr>
          <w:p>
            <w:r>
              <w:t>dual</w:t>
            </w:r>
          </w:p>
        </w:tc>
        <w:tc>
          <w:tcPr>
            <w:tcW w:type="dxa" w:w="2880"/>
          </w:tcPr>
          <w:p>
            <w:r>
              <w:t>25</w:t>
            </w:r>
          </w:p>
        </w:tc>
      </w:tr>
      <w:tr>
        <w:tc>
          <w:tcPr>
            <w:tcW w:type="dxa" w:w="2880"/>
          </w:tcPr>
          <w:p>
            <w:r>
              <w:t>2026-09-10</w:t>
            </w:r>
          </w:p>
        </w:tc>
        <w:tc>
          <w:tcPr>
            <w:tcW w:type="dxa" w:w="2880"/>
          </w:tcPr>
          <w:p>
            <w:r>
              <w:t>drop-off</w:t>
            </w:r>
          </w:p>
        </w:tc>
        <w:tc>
          <w:tcPr>
            <w:tcW w:type="dxa" w:w="2880"/>
          </w:tcPr>
          <w:p>
            <w:r>
              <w:t>31</w:t>
            </w:r>
          </w:p>
        </w:tc>
      </w:tr>
      <w:tr>
        <w:tc>
          <w:tcPr>
            <w:tcW w:type="dxa" w:w="2880"/>
          </w:tcPr>
          <w:p>
            <w:r>
              <w:t>2026-09-10</w:t>
            </w:r>
          </w:p>
        </w:tc>
        <w:tc>
          <w:tcPr>
            <w:tcW w:type="dxa" w:w="2880"/>
          </w:tcPr>
          <w:p>
            <w:r>
              <w:t>pick-up</w:t>
            </w:r>
          </w:p>
        </w:tc>
        <w:tc>
          <w:tcPr>
            <w:tcW w:type="dxa" w:w="2880"/>
          </w:tcPr>
          <w:p>
            <w:r>
              <w:t>26</w:t>
            </w:r>
          </w:p>
        </w:tc>
      </w:tr>
      <w:tr>
        <w:tc>
          <w:tcPr>
            <w:tcW w:type="dxa" w:w="2880"/>
          </w:tcPr>
          <w:p>
            <w:r>
              <w:t>2026-09-10</w:t>
            </w:r>
          </w:p>
        </w:tc>
        <w:tc>
          <w:tcPr>
            <w:tcW w:type="dxa" w:w="2880"/>
          </w:tcPr>
          <w:p>
            <w:r>
              <w:t>dual</w:t>
            </w:r>
          </w:p>
        </w:tc>
        <w:tc>
          <w:tcPr>
            <w:tcW w:type="dxa" w:w="2880"/>
          </w:tcPr>
          <w:p>
            <w:r>
              <w:t>24</w:t>
            </w:r>
          </w:p>
        </w:tc>
      </w:tr>
      <w:tr>
        <w:tc>
          <w:tcPr>
            <w:tcW w:type="dxa" w:w="2880"/>
          </w:tcPr>
          <w:p>
            <w:r>
              <w:t>2026-09-11</w:t>
            </w:r>
          </w:p>
        </w:tc>
        <w:tc>
          <w:tcPr>
            <w:tcW w:type="dxa" w:w="2880"/>
          </w:tcPr>
          <w:p>
            <w:r>
              <w:t>drop-off</w:t>
            </w:r>
          </w:p>
        </w:tc>
        <w:tc>
          <w:tcPr>
            <w:tcW w:type="dxa" w:w="2880"/>
          </w:tcPr>
          <w:p>
            <w:r>
              <w:t>39</w:t>
            </w:r>
          </w:p>
        </w:tc>
      </w:tr>
      <w:tr>
        <w:tc>
          <w:tcPr>
            <w:tcW w:type="dxa" w:w="2880"/>
          </w:tcPr>
          <w:p>
            <w:r>
              <w:t>2026-09-11</w:t>
            </w:r>
          </w:p>
        </w:tc>
        <w:tc>
          <w:tcPr>
            <w:tcW w:type="dxa" w:w="2880"/>
          </w:tcPr>
          <w:p>
            <w:r>
              <w:t>pick-up</w:t>
            </w:r>
          </w:p>
        </w:tc>
        <w:tc>
          <w:tcPr>
            <w:tcW w:type="dxa" w:w="2880"/>
          </w:tcPr>
          <w:p>
            <w:r>
              <w:t>35</w:t>
            </w:r>
          </w:p>
        </w:tc>
      </w:tr>
      <w:tr>
        <w:tc>
          <w:tcPr>
            <w:tcW w:type="dxa" w:w="2880"/>
          </w:tcPr>
          <w:p>
            <w:r>
              <w:t>2026-09-11</w:t>
            </w:r>
          </w:p>
        </w:tc>
        <w:tc>
          <w:tcPr>
            <w:tcW w:type="dxa" w:w="2880"/>
          </w:tcPr>
          <w:p>
            <w:r>
              <w:t>dual</w:t>
            </w:r>
          </w:p>
        </w:tc>
        <w:tc>
          <w:tcPr>
            <w:tcW w:type="dxa" w:w="2880"/>
          </w:tcPr>
          <w:p>
            <w:r>
              <w:t>27</w:t>
            </w:r>
          </w:p>
        </w:tc>
      </w:tr>
      <w:tr>
        <w:tc>
          <w:tcPr>
            <w:tcW w:type="dxa" w:w="2880"/>
          </w:tcPr>
          <w:p>
            <w:r>
              <w:t>2026-09-12</w:t>
            </w:r>
          </w:p>
        </w:tc>
        <w:tc>
          <w:tcPr>
            <w:tcW w:type="dxa" w:w="2880"/>
          </w:tcPr>
          <w:p>
            <w:r>
              <w:t>drop-off</w:t>
            </w:r>
          </w:p>
        </w:tc>
        <w:tc>
          <w:tcPr>
            <w:tcW w:type="dxa" w:w="2880"/>
          </w:tcPr>
          <w:p>
            <w:r>
              <w:t>11</w:t>
            </w:r>
          </w:p>
        </w:tc>
      </w:tr>
      <w:tr>
        <w:tc>
          <w:tcPr>
            <w:tcW w:type="dxa" w:w="2880"/>
          </w:tcPr>
          <w:p>
            <w:r>
              <w:t>2026-09-12</w:t>
            </w:r>
          </w:p>
        </w:tc>
        <w:tc>
          <w:tcPr>
            <w:tcW w:type="dxa" w:w="2880"/>
          </w:tcPr>
          <w:p>
            <w:r>
              <w:t>pick-up</w:t>
            </w:r>
          </w:p>
        </w:tc>
        <w:tc>
          <w:tcPr>
            <w:tcW w:type="dxa" w:w="2880"/>
          </w:tcPr>
          <w:p>
            <w:r>
              <w:t>14</w:t>
            </w:r>
          </w:p>
        </w:tc>
      </w:tr>
      <w:tr>
        <w:tc>
          <w:tcPr>
            <w:tcW w:type="dxa" w:w="2880"/>
          </w:tcPr>
          <w:p>
            <w:r>
              <w:t>2026-09-12</w:t>
            </w:r>
          </w:p>
        </w:tc>
        <w:tc>
          <w:tcPr>
            <w:tcW w:type="dxa" w:w="2880"/>
          </w:tcPr>
          <w:p>
            <w:r>
              <w:t>dual</w:t>
            </w:r>
          </w:p>
        </w:tc>
        <w:tc>
          <w:tcPr>
            <w:tcW w:type="dxa" w:w="2880"/>
          </w:tcPr>
          <w:p>
            <w:r>
              <w:t>10</w:t>
            </w:r>
          </w:p>
        </w:tc>
      </w:tr>
      <w:tr>
        <w:tc>
          <w:tcPr>
            <w:tcW w:type="dxa" w:w="2880"/>
          </w:tcPr>
          <w:p>
            <w:r>
              <w:t>2026-09-13</w:t>
            </w:r>
          </w:p>
        </w:tc>
        <w:tc>
          <w:tcPr>
            <w:tcW w:type="dxa" w:w="2880"/>
          </w:tcPr>
          <w:p>
            <w:r>
              <w:t>drop-off</w:t>
            </w:r>
          </w:p>
        </w:tc>
        <w:tc>
          <w:tcPr>
            <w:tcW w:type="dxa" w:w="2880"/>
          </w:tcPr>
          <w:p>
            <w:r>
              <w:t>5</w:t>
            </w:r>
          </w:p>
        </w:tc>
      </w:tr>
      <w:tr>
        <w:tc>
          <w:tcPr>
            <w:tcW w:type="dxa" w:w="2880"/>
          </w:tcPr>
          <w:p>
            <w:r>
              <w:t>2026-09-13</w:t>
            </w:r>
          </w:p>
        </w:tc>
        <w:tc>
          <w:tcPr>
            <w:tcW w:type="dxa" w:w="2880"/>
          </w:tcPr>
          <w:p>
            <w:r>
              <w:t>pick-up</w:t>
            </w:r>
          </w:p>
        </w:tc>
        <w:tc>
          <w:tcPr>
            <w:tcW w:type="dxa" w:w="2880"/>
          </w:tcPr>
          <w:p>
            <w:r>
              <w:t>5</w:t>
            </w:r>
          </w:p>
        </w:tc>
      </w:tr>
      <w:tr>
        <w:tc>
          <w:tcPr>
            <w:tcW w:type="dxa" w:w="2880"/>
          </w:tcPr>
          <w:p>
            <w:r>
              <w:t>2026-09-13</w:t>
            </w:r>
          </w:p>
        </w:tc>
        <w:tc>
          <w:tcPr>
            <w:tcW w:type="dxa" w:w="2880"/>
          </w:tcPr>
          <w:p>
            <w:r>
              <w:t>dual</w:t>
            </w:r>
          </w:p>
        </w:tc>
        <w:tc>
          <w:tcPr>
            <w:tcW w:type="dxa" w:w="2880"/>
          </w:tcPr>
          <w:p>
            <w:r>
              <w:t>4</w:t>
            </w:r>
          </w:p>
        </w:tc>
      </w:tr>
      <w:tr>
        <w:tc>
          <w:tcPr>
            <w:tcW w:type="dxa" w:w="2880"/>
          </w:tcPr>
          <w:p>
            <w:r>
              <w:t>2026-09-14</w:t>
            </w:r>
          </w:p>
        </w:tc>
        <w:tc>
          <w:tcPr>
            <w:tcW w:type="dxa" w:w="2880"/>
          </w:tcPr>
          <w:p>
            <w:r>
              <w:t>drop-off</w:t>
            </w:r>
          </w:p>
        </w:tc>
        <w:tc>
          <w:tcPr>
            <w:tcW w:type="dxa" w:w="2880"/>
          </w:tcPr>
          <w:p>
            <w:r>
              <w:t>34</w:t>
            </w:r>
          </w:p>
        </w:tc>
      </w:tr>
      <w:tr>
        <w:tc>
          <w:tcPr>
            <w:tcW w:type="dxa" w:w="2880"/>
          </w:tcPr>
          <w:p>
            <w:r>
              <w:t>2026-09-14</w:t>
            </w:r>
          </w:p>
        </w:tc>
        <w:tc>
          <w:tcPr>
            <w:tcW w:type="dxa" w:w="2880"/>
          </w:tcPr>
          <w:p>
            <w:r>
              <w:t>pick-up</w:t>
            </w:r>
          </w:p>
        </w:tc>
        <w:tc>
          <w:tcPr>
            <w:tcW w:type="dxa" w:w="2880"/>
          </w:tcPr>
          <w:p>
            <w:r>
              <w:t>32</w:t>
            </w:r>
          </w:p>
        </w:tc>
      </w:tr>
      <w:tr>
        <w:tc>
          <w:tcPr>
            <w:tcW w:type="dxa" w:w="2880"/>
          </w:tcPr>
          <w:p>
            <w:r>
              <w:t>2026-09-14</w:t>
            </w:r>
          </w:p>
        </w:tc>
        <w:tc>
          <w:tcPr>
            <w:tcW w:type="dxa" w:w="2880"/>
          </w:tcPr>
          <w:p>
            <w:r>
              <w:t>dual</w:t>
            </w:r>
          </w:p>
        </w:tc>
        <w:tc>
          <w:tcPr>
            <w:tcW w:type="dxa" w:w="2880"/>
          </w:tcPr>
          <w:p>
            <w:r>
              <w:t>26</w:t>
            </w:r>
          </w:p>
        </w:tc>
      </w:tr>
      <w:tr>
        <w:tc>
          <w:tcPr>
            <w:tcW w:type="dxa" w:w="2880"/>
          </w:tcPr>
          <w:p>
            <w:r>
              <w:t>2026-09-15</w:t>
            </w:r>
          </w:p>
        </w:tc>
        <w:tc>
          <w:tcPr>
            <w:tcW w:type="dxa" w:w="2880"/>
          </w:tcPr>
          <w:p>
            <w:r>
              <w:t>drop-off</w:t>
            </w:r>
          </w:p>
        </w:tc>
        <w:tc>
          <w:tcPr>
            <w:tcW w:type="dxa" w:w="2880"/>
          </w:tcPr>
          <w:p>
            <w:r>
              <w:t>28</w:t>
            </w:r>
          </w:p>
        </w:tc>
      </w:tr>
      <w:tr>
        <w:tc>
          <w:tcPr>
            <w:tcW w:type="dxa" w:w="2880"/>
          </w:tcPr>
          <w:p>
            <w:r>
              <w:t>2026-09-15</w:t>
            </w:r>
          </w:p>
        </w:tc>
        <w:tc>
          <w:tcPr>
            <w:tcW w:type="dxa" w:w="2880"/>
          </w:tcPr>
          <w:p>
            <w:r>
              <w:t>pick-up</w:t>
            </w:r>
          </w:p>
        </w:tc>
        <w:tc>
          <w:tcPr>
            <w:tcW w:type="dxa" w:w="2880"/>
          </w:tcPr>
          <w:p>
            <w:r>
              <w:t>25</w:t>
            </w:r>
          </w:p>
        </w:tc>
      </w:tr>
      <w:tr>
        <w:tc>
          <w:tcPr>
            <w:tcW w:type="dxa" w:w="2880"/>
          </w:tcPr>
          <w:p>
            <w:r>
              <w:t>2026-09-15</w:t>
            </w:r>
          </w:p>
        </w:tc>
        <w:tc>
          <w:tcPr>
            <w:tcW w:type="dxa" w:w="2880"/>
          </w:tcPr>
          <w:p>
            <w:r>
              <w:t>dual</w:t>
            </w:r>
          </w:p>
        </w:tc>
        <w:tc>
          <w:tcPr>
            <w:tcW w:type="dxa" w:w="2880"/>
          </w:tcPr>
          <w:p>
            <w:r>
              <w:t>38</w:t>
            </w:r>
          </w:p>
        </w:tc>
      </w:tr>
      <w:tr>
        <w:tc>
          <w:tcPr>
            <w:tcW w:type="dxa" w:w="2880"/>
          </w:tcPr>
          <w:p>
            <w:r>
              <w:t>2026-09-16</w:t>
            </w:r>
          </w:p>
        </w:tc>
        <w:tc>
          <w:tcPr>
            <w:tcW w:type="dxa" w:w="2880"/>
          </w:tcPr>
          <w:p>
            <w:r>
              <w:t>drop-off</w:t>
            </w:r>
          </w:p>
        </w:tc>
        <w:tc>
          <w:tcPr>
            <w:tcW w:type="dxa" w:w="2880"/>
          </w:tcPr>
          <w:p>
            <w:r>
              <w:t>27</w:t>
            </w:r>
          </w:p>
        </w:tc>
      </w:tr>
      <w:tr>
        <w:tc>
          <w:tcPr>
            <w:tcW w:type="dxa" w:w="2880"/>
          </w:tcPr>
          <w:p>
            <w:r>
              <w:t>2026-09-16</w:t>
            </w:r>
          </w:p>
        </w:tc>
        <w:tc>
          <w:tcPr>
            <w:tcW w:type="dxa" w:w="2880"/>
          </w:tcPr>
          <w:p>
            <w:r>
              <w:t>pick-up</w:t>
            </w:r>
          </w:p>
        </w:tc>
        <w:tc>
          <w:tcPr>
            <w:tcW w:type="dxa" w:w="2880"/>
          </w:tcPr>
          <w:p>
            <w:r>
              <w:t>29</w:t>
            </w:r>
          </w:p>
        </w:tc>
      </w:tr>
      <w:tr>
        <w:tc>
          <w:tcPr>
            <w:tcW w:type="dxa" w:w="2880"/>
          </w:tcPr>
          <w:p>
            <w:r>
              <w:t>2026-09-16</w:t>
            </w:r>
          </w:p>
        </w:tc>
        <w:tc>
          <w:tcPr>
            <w:tcW w:type="dxa" w:w="2880"/>
          </w:tcPr>
          <w:p>
            <w:r>
              <w:t>dual</w:t>
            </w:r>
          </w:p>
        </w:tc>
        <w:tc>
          <w:tcPr>
            <w:tcW w:type="dxa" w:w="2880"/>
          </w:tcPr>
          <w:p>
            <w:r>
              <w:t>27</w:t>
            </w:r>
          </w:p>
        </w:tc>
      </w:tr>
      <w:tr>
        <w:tc>
          <w:tcPr>
            <w:tcW w:type="dxa" w:w="2880"/>
          </w:tcPr>
          <w:p>
            <w:r>
              <w:t>2026-09-17</w:t>
            </w:r>
          </w:p>
        </w:tc>
        <w:tc>
          <w:tcPr>
            <w:tcW w:type="dxa" w:w="2880"/>
          </w:tcPr>
          <w:p>
            <w:r>
              <w:t>drop-off</w:t>
            </w:r>
          </w:p>
        </w:tc>
        <w:tc>
          <w:tcPr>
            <w:tcW w:type="dxa" w:w="2880"/>
          </w:tcPr>
          <w:p>
            <w:r>
              <w:t>29</w:t>
            </w:r>
          </w:p>
        </w:tc>
      </w:tr>
      <w:tr>
        <w:tc>
          <w:tcPr>
            <w:tcW w:type="dxa" w:w="2880"/>
          </w:tcPr>
          <w:p>
            <w:r>
              <w:t>2026-09-17</w:t>
            </w:r>
          </w:p>
        </w:tc>
        <w:tc>
          <w:tcPr>
            <w:tcW w:type="dxa" w:w="2880"/>
          </w:tcPr>
          <w:p>
            <w:r>
              <w:t>pick-up</w:t>
            </w:r>
          </w:p>
        </w:tc>
        <w:tc>
          <w:tcPr>
            <w:tcW w:type="dxa" w:w="2880"/>
          </w:tcPr>
          <w:p>
            <w:r>
              <w:t>23</w:t>
            </w:r>
          </w:p>
        </w:tc>
      </w:tr>
      <w:tr>
        <w:tc>
          <w:tcPr>
            <w:tcW w:type="dxa" w:w="2880"/>
          </w:tcPr>
          <w:p>
            <w:r>
              <w:t>2026-09-17</w:t>
            </w:r>
          </w:p>
        </w:tc>
        <w:tc>
          <w:tcPr>
            <w:tcW w:type="dxa" w:w="2880"/>
          </w:tcPr>
          <w:p>
            <w:r>
              <w:t>dual</w:t>
            </w:r>
          </w:p>
        </w:tc>
        <w:tc>
          <w:tcPr>
            <w:tcW w:type="dxa" w:w="2880"/>
          </w:tcPr>
          <w:p>
            <w:r>
              <w:t>30</w:t>
            </w:r>
          </w:p>
        </w:tc>
      </w:tr>
      <w:tr>
        <w:tc>
          <w:tcPr>
            <w:tcW w:type="dxa" w:w="2880"/>
          </w:tcPr>
          <w:p>
            <w:r>
              <w:t>2026-09-18</w:t>
            </w:r>
          </w:p>
        </w:tc>
        <w:tc>
          <w:tcPr>
            <w:tcW w:type="dxa" w:w="2880"/>
          </w:tcPr>
          <w:p>
            <w:r>
              <w:t>drop-off</w:t>
            </w:r>
          </w:p>
        </w:tc>
        <w:tc>
          <w:tcPr>
            <w:tcW w:type="dxa" w:w="2880"/>
          </w:tcPr>
          <w:p>
            <w:r>
              <w:t>32</w:t>
            </w:r>
          </w:p>
        </w:tc>
      </w:tr>
      <w:tr>
        <w:tc>
          <w:tcPr>
            <w:tcW w:type="dxa" w:w="2880"/>
          </w:tcPr>
          <w:p>
            <w:r>
              <w:t>2026-09-18</w:t>
            </w:r>
          </w:p>
        </w:tc>
        <w:tc>
          <w:tcPr>
            <w:tcW w:type="dxa" w:w="2880"/>
          </w:tcPr>
          <w:p>
            <w:r>
              <w:t>pick-up</w:t>
            </w:r>
          </w:p>
        </w:tc>
        <w:tc>
          <w:tcPr>
            <w:tcW w:type="dxa" w:w="2880"/>
          </w:tcPr>
          <w:p>
            <w:r>
              <w:t>27</w:t>
            </w:r>
          </w:p>
        </w:tc>
      </w:tr>
      <w:tr>
        <w:tc>
          <w:tcPr>
            <w:tcW w:type="dxa" w:w="2880"/>
          </w:tcPr>
          <w:p>
            <w:r>
              <w:t>2026-09-18</w:t>
            </w:r>
          </w:p>
        </w:tc>
        <w:tc>
          <w:tcPr>
            <w:tcW w:type="dxa" w:w="2880"/>
          </w:tcPr>
          <w:p>
            <w:r>
              <w:t>dual</w:t>
            </w:r>
          </w:p>
        </w:tc>
        <w:tc>
          <w:tcPr>
            <w:tcW w:type="dxa" w:w="2880"/>
          </w:tcPr>
          <w:p>
            <w:r>
              <w:t>19</w:t>
            </w:r>
          </w:p>
        </w:tc>
      </w:tr>
      <w:tr>
        <w:tc>
          <w:tcPr>
            <w:tcW w:type="dxa" w:w="2880"/>
          </w:tcPr>
          <w:p>
            <w:r>
              <w:t>2026-09-19</w:t>
            </w:r>
          </w:p>
        </w:tc>
        <w:tc>
          <w:tcPr>
            <w:tcW w:type="dxa" w:w="2880"/>
          </w:tcPr>
          <w:p>
            <w:r>
              <w:t>drop-off</w:t>
            </w:r>
          </w:p>
        </w:tc>
        <w:tc>
          <w:tcPr>
            <w:tcW w:type="dxa" w:w="2880"/>
          </w:tcPr>
          <w:p>
            <w:r>
              <w:t>11</w:t>
            </w:r>
          </w:p>
        </w:tc>
      </w:tr>
      <w:tr>
        <w:tc>
          <w:tcPr>
            <w:tcW w:type="dxa" w:w="2880"/>
          </w:tcPr>
          <w:p>
            <w:r>
              <w:t>2026-09-19</w:t>
            </w:r>
          </w:p>
        </w:tc>
        <w:tc>
          <w:tcPr>
            <w:tcW w:type="dxa" w:w="2880"/>
          </w:tcPr>
          <w:p>
            <w:r>
              <w:t>pick-up</w:t>
            </w:r>
          </w:p>
        </w:tc>
        <w:tc>
          <w:tcPr>
            <w:tcW w:type="dxa" w:w="2880"/>
          </w:tcPr>
          <w:p>
            <w:r>
              <w:t>7</w:t>
            </w:r>
          </w:p>
        </w:tc>
      </w:tr>
      <w:tr>
        <w:tc>
          <w:tcPr>
            <w:tcW w:type="dxa" w:w="2880"/>
          </w:tcPr>
          <w:p>
            <w:r>
              <w:t>2026-09-19</w:t>
            </w:r>
          </w:p>
        </w:tc>
        <w:tc>
          <w:tcPr>
            <w:tcW w:type="dxa" w:w="2880"/>
          </w:tcPr>
          <w:p>
            <w:r>
              <w:t>dual</w:t>
            </w:r>
          </w:p>
        </w:tc>
        <w:tc>
          <w:tcPr>
            <w:tcW w:type="dxa" w:w="2880"/>
          </w:tcPr>
          <w:p>
            <w:r>
              <w:t>17</w:t>
            </w:r>
          </w:p>
        </w:tc>
      </w:tr>
      <w:tr>
        <w:tc>
          <w:tcPr>
            <w:tcW w:type="dxa" w:w="2880"/>
          </w:tcPr>
          <w:p>
            <w:r>
              <w:t>2026-09-20</w:t>
            </w:r>
          </w:p>
        </w:tc>
        <w:tc>
          <w:tcPr>
            <w:tcW w:type="dxa" w:w="2880"/>
          </w:tcPr>
          <w:p>
            <w:r>
              <w:t>drop-off</w:t>
            </w:r>
          </w:p>
        </w:tc>
        <w:tc>
          <w:tcPr>
            <w:tcW w:type="dxa" w:w="2880"/>
          </w:tcPr>
          <w:p>
            <w:r>
              <w:t>1</w:t>
            </w:r>
          </w:p>
        </w:tc>
      </w:tr>
      <w:tr>
        <w:tc>
          <w:tcPr>
            <w:tcW w:type="dxa" w:w="2880"/>
          </w:tcPr>
          <w:p>
            <w:r>
              <w:t>2026-09-20</w:t>
            </w:r>
          </w:p>
        </w:tc>
        <w:tc>
          <w:tcPr>
            <w:tcW w:type="dxa" w:w="2880"/>
          </w:tcPr>
          <w:p>
            <w:r>
              <w:t>pick-up</w:t>
            </w:r>
          </w:p>
        </w:tc>
        <w:tc>
          <w:tcPr>
            <w:tcW w:type="dxa" w:w="2880"/>
          </w:tcPr>
          <w:p>
            <w:r>
              <w:t>3</w:t>
            </w:r>
          </w:p>
        </w:tc>
      </w:tr>
      <w:tr>
        <w:tc>
          <w:tcPr>
            <w:tcW w:type="dxa" w:w="2880"/>
          </w:tcPr>
          <w:p>
            <w:r>
              <w:t>2026-09-20</w:t>
            </w:r>
          </w:p>
        </w:tc>
        <w:tc>
          <w:tcPr>
            <w:tcW w:type="dxa" w:w="2880"/>
          </w:tcPr>
          <w:p>
            <w:r>
              <w:t>dual</w:t>
            </w:r>
          </w:p>
        </w:tc>
        <w:tc>
          <w:tcPr>
            <w:tcW w:type="dxa" w:w="2880"/>
          </w:tcPr>
          <w:p>
            <w:r>
              <w:t>3</w:t>
            </w:r>
          </w:p>
        </w:tc>
      </w:tr>
      <w:tr>
        <w:tc>
          <w:tcPr>
            <w:tcW w:type="dxa" w:w="2880"/>
          </w:tcPr>
          <w:p>
            <w:r>
              <w:t>2026-09-21</w:t>
            </w:r>
          </w:p>
        </w:tc>
        <w:tc>
          <w:tcPr>
            <w:tcW w:type="dxa" w:w="2880"/>
          </w:tcPr>
          <w:p>
            <w:r>
              <w:t>drop-off</w:t>
            </w:r>
          </w:p>
        </w:tc>
        <w:tc>
          <w:tcPr>
            <w:tcW w:type="dxa" w:w="2880"/>
          </w:tcPr>
          <w:p>
            <w:r>
              <w:t>35</w:t>
            </w:r>
          </w:p>
        </w:tc>
      </w:tr>
      <w:tr>
        <w:tc>
          <w:tcPr>
            <w:tcW w:type="dxa" w:w="2880"/>
          </w:tcPr>
          <w:p>
            <w:r>
              <w:t>2026-09-21</w:t>
            </w:r>
          </w:p>
        </w:tc>
        <w:tc>
          <w:tcPr>
            <w:tcW w:type="dxa" w:w="2880"/>
          </w:tcPr>
          <w:p>
            <w:r>
              <w:t>pick-up</w:t>
            </w:r>
          </w:p>
        </w:tc>
        <w:tc>
          <w:tcPr>
            <w:tcW w:type="dxa" w:w="2880"/>
          </w:tcPr>
          <w:p>
            <w:r>
              <w:t>23</w:t>
            </w:r>
          </w:p>
        </w:tc>
      </w:tr>
      <w:tr>
        <w:tc>
          <w:tcPr>
            <w:tcW w:type="dxa" w:w="2880"/>
          </w:tcPr>
          <w:p>
            <w:r>
              <w:t>2026-09-21</w:t>
            </w:r>
          </w:p>
        </w:tc>
        <w:tc>
          <w:tcPr>
            <w:tcW w:type="dxa" w:w="2880"/>
          </w:tcPr>
          <w:p>
            <w:r>
              <w:t>dual</w:t>
            </w:r>
          </w:p>
        </w:tc>
        <w:tc>
          <w:tcPr>
            <w:tcW w:type="dxa" w:w="2880"/>
          </w:tcPr>
          <w:p>
            <w:r>
              <w:t>39</w:t>
            </w:r>
          </w:p>
        </w:tc>
      </w:tr>
      <w:tr>
        <w:tc>
          <w:tcPr>
            <w:tcW w:type="dxa" w:w="2880"/>
          </w:tcPr>
          <w:p>
            <w:r>
              <w:t>2026-09-22</w:t>
            </w:r>
          </w:p>
        </w:tc>
        <w:tc>
          <w:tcPr>
            <w:tcW w:type="dxa" w:w="2880"/>
          </w:tcPr>
          <w:p>
            <w:r>
              <w:t>drop-off</w:t>
            </w:r>
          </w:p>
        </w:tc>
        <w:tc>
          <w:tcPr>
            <w:tcW w:type="dxa" w:w="2880"/>
          </w:tcPr>
          <w:p>
            <w:r>
              <w:t>26</w:t>
            </w:r>
          </w:p>
        </w:tc>
      </w:tr>
      <w:tr>
        <w:tc>
          <w:tcPr>
            <w:tcW w:type="dxa" w:w="2880"/>
          </w:tcPr>
          <w:p>
            <w:r>
              <w:t>2026-09-22</w:t>
            </w:r>
          </w:p>
        </w:tc>
        <w:tc>
          <w:tcPr>
            <w:tcW w:type="dxa" w:w="2880"/>
          </w:tcPr>
          <w:p>
            <w:r>
              <w:t>pick-up</w:t>
            </w:r>
          </w:p>
        </w:tc>
        <w:tc>
          <w:tcPr>
            <w:tcW w:type="dxa" w:w="2880"/>
          </w:tcPr>
          <w:p>
            <w:r>
              <w:t>22</w:t>
            </w:r>
          </w:p>
        </w:tc>
      </w:tr>
      <w:tr>
        <w:tc>
          <w:tcPr>
            <w:tcW w:type="dxa" w:w="2880"/>
          </w:tcPr>
          <w:p>
            <w:r>
              <w:t>2026-09-22</w:t>
            </w:r>
          </w:p>
        </w:tc>
        <w:tc>
          <w:tcPr>
            <w:tcW w:type="dxa" w:w="2880"/>
          </w:tcPr>
          <w:p>
            <w:r>
              <w:t>dual</w:t>
            </w:r>
          </w:p>
        </w:tc>
        <w:tc>
          <w:tcPr>
            <w:tcW w:type="dxa" w:w="2880"/>
          </w:tcPr>
          <w:p>
            <w:r>
              <w:t>34</w:t>
            </w:r>
          </w:p>
        </w:tc>
      </w:tr>
      <w:tr>
        <w:tc>
          <w:tcPr>
            <w:tcW w:type="dxa" w:w="2880"/>
          </w:tcPr>
          <w:p>
            <w:r>
              <w:t>2026-09-23</w:t>
            </w:r>
          </w:p>
        </w:tc>
        <w:tc>
          <w:tcPr>
            <w:tcW w:type="dxa" w:w="2880"/>
          </w:tcPr>
          <w:p>
            <w:r>
              <w:t>drop-off</w:t>
            </w:r>
          </w:p>
        </w:tc>
        <w:tc>
          <w:tcPr>
            <w:tcW w:type="dxa" w:w="2880"/>
          </w:tcPr>
          <w:p>
            <w:r>
              <w:t>31</w:t>
            </w:r>
          </w:p>
        </w:tc>
      </w:tr>
      <w:tr>
        <w:tc>
          <w:tcPr>
            <w:tcW w:type="dxa" w:w="2880"/>
          </w:tcPr>
          <w:p>
            <w:r>
              <w:t>2026-09-23</w:t>
            </w:r>
          </w:p>
        </w:tc>
        <w:tc>
          <w:tcPr>
            <w:tcW w:type="dxa" w:w="2880"/>
          </w:tcPr>
          <w:p>
            <w:r>
              <w:t>pick-up</w:t>
            </w:r>
          </w:p>
        </w:tc>
        <w:tc>
          <w:tcPr>
            <w:tcW w:type="dxa" w:w="2880"/>
          </w:tcPr>
          <w:p>
            <w:r>
              <w:t>25</w:t>
            </w:r>
          </w:p>
        </w:tc>
      </w:tr>
      <w:tr>
        <w:tc>
          <w:tcPr>
            <w:tcW w:type="dxa" w:w="2880"/>
          </w:tcPr>
          <w:p>
            <w:r>
              <w:t>2026-09-23</w:t>
            </w:r>
          </w:p>
        </w:tc>
        <w:tc>
          <w:tcPr>
            <w:tcW w:type="dxa" w:w="2880"/>
          </w:tcPr>
          <w:p>
            <w:r>
              <w:t>dual</w:t>
            </w:r>
          </w:p>
        </w:tc>
        <w:tc>
          <w:tcPr>
            <w:tcW w:type="dxa" w:w="2880"/>
          </w:tcPr>
          <w:p>
            <w:r>
              <w:t>21</w:t>
            </w:r>
          </w:p>
        </w:tc>
      </w:tr>
      <w:tr>
        <w:tc>
          <w:tcPr>
            <w:tcW w:type="dxa" w:w="2880"/>
          </w:tcPr>
          <w:p>
            <w:r>
              <w:t>2026-09-24</w:t>
            </w:r>
          </w:p>
        </w:tc>
        <w:tc>
          <w:tcPr>
            <w:tcW w:type="dxa" w:w="2880"/>
          </w:tcPr>
          <w:p>
            <w:r>
              <w:t>drop-off</w:t>
            </w:r>
          </w:p>
        </w:tc>
        <w:tc>
          <w:tcPr>
            <w:tcW w:type="dxa" w:w="2880"/>
          </w:tcPr>
          <w:p>
            <w:r>
              <w:t>33</w:t>
            </w:r>
          </w:p>
        </w:tc>
      </w:tr>
      <w:tr>
        <w:tc>
          <w:tcPr>
            <w:tcW w:type="dxa" w:w="2880"/>
          </w:tcPr>
          <w:p>
            <w:r>
              <w:t>2026-09-24</w:t>
            </w:r>
          </w:p>
        </w:tc>
        <w:tc>
          <w:tcPr>
            <w:tcW w:type="dxa" w:w="2880"/>
          </w:tcPr>
          <w:p>
            <w:r>
              <w:t>pick-up</w:t>
            </w:r>
          </w:p>
        </w:tc>
        <w:tc>
          <w:tcPr>
            <w:tcW w:type="dxa" w:w="2880"/>
          </w:tcPr>
          <w:p>
            <w:r>
              <w:t>30</w:t>
            </w:r>
          </w:p>
        </w:tc>
      </w:tr>
      <w:tr>
        <w:tc>
          <w:tcPr>
            <w:tcW w:type="dxa" w:w="2880"/>
          </w:tcPr>
          <w:p>
            <w:r>
              <w:t>2026-09-24</w:t>
            </w:r>
          </w:p>
        </w:tc>
        <w:tc>
          <w:tcPr>
            <w:tcW w:type="dxa" w:w="2880"/>
          </w:tcPr>
          <w:p>
            <w:r>
              <w:t>dual</w:t>
            </w:r>
          </w:p>
        </w:tc>
        <w:tc>
          <w:tcPr>
            <w:tcW w:type="dxa" w:w="2880"/>
          </w:tcPr>
          <w:p>
            <w:r>
              <w:t>29</w:t>
            </w:r>
          </w:p>
        </w:tc>
      </w:tr>
      <w:tr>
        <w:tc>
          <w:tcPr>
            <w:tcW w:type="dxa" w:w="2880"/>
          </w:tcPr>
          <w:p>
            <w:r>
              <w:t>2026-09-25</w:t>
            </w:r>
          </w:p>
        </w:tc>
        <w:tc>
          <w:tcPr>
            <w:tcW w:type="dxa" w:w="2880"/>
          </w:tcPr>
          <w:p>
            <w:r>
              <w:t>drop-off</w:t>
            </w:r>
          </w:p>
        </w:tc>
        <w:tc>
          <w:tcPr>
            <w:tcW w:type="dxa" w:w="2880"/>
          </w:tcPr>
          <w:p>
            <w:r>
              <w:t>28</w:t>
            </w:r>
          </w:p>
        </w:tc>
      </w:tr>
      <w:tr>
        <w:tc>
          <w:tcPr>
            <w:tcW w:type="dxa" w:w="2880"/>
          </w:tcPr>
          <w:p>
            <w:r>
              <w:t>2026-09-25</w:t>
            </w:r>
          </w:p>
        </w:tc>
        <w:tc>
          <w:tcPr>
            <w:tcW w:type="dxa" w:w="2880"/>
          </w:tcPr>
          <w:p>
            <w:r>
              <w:t>pick-up</w:t>
            </w:r>
          </w:p>
        </w:tc>
        <w:tc>
          <w:tcPr>
            <w:tcW w:type="dxa" w:w="2880"/>
          </w:tcPr>
          <w:p>
            <w:r>
              <w:t>27</w:t>
            </w:r>
          </w:p>
        </w:tc>
      </w:tr>
      <w:tr>
        <w:tc>
          <w:tcPr>
            <w:tcW w:type="dxa" w:w="2880"/>
          </w:tcPr>
          <w:p>
            <w:r>
              <w:t>2026-09-25</w:t>
            </w:r>
          </w:p>
        </w:tc>
        <w:tc>
          <w:tcPr>
            <w:tcW w:type="dxa" w:w="2880"/>
          </w:tcPr>
          <w:p>
            <w:r>
              <w:t>dual</w:t>
            </w:r>
          </w:p>
        </w:tc>
        <w:tc>
          <w:tcPr>
            <w:tcW w:type="dxa" w:w="2880"/>
          </w:tcPr>
          <w:p>
            <w:r>
              <w:t>35</w:t>
            </w:r>
          </w:p>
        </w:tc>
      </w:tr>
      <w:tr>
        <w:tc>
          <w:tcPr>
            <w:tcW w:type="dxa" w:w="2880"/>
          </w:tcPr>
          <w:p>
            <w:r>
              <w:t>2026-09-26</w:t>
            </w:r>
          </w:p>
        </w:tc>
        <w:tc>
          <w:tcPr>
            <w:tcW w:type="dxa" w:w="2880"/>
          </w:tcPr>
          <w:p>
            <w:r>
              <w:t>drop-off</w:t>
            </w:r>
          </w:p>
        </w:tc>
        <w:tc>
          <w:tcPr>
            <w:tcW w:type="dxa" w:w="2880"/>
          </w:tcPr>
          <w:p>
            <w:r>
              <w:t>20</w:t>
            </w:r>
          </w:p>
        </w:tc>
      </w:tr>
      <w:tr>
        <w:tc>
          <w:tcPr>
            <w:tcW w:type="dxa" w:w="2880"/>
          </w:tcPr>
          <w:p>
            <w:r>
              <w:t>2026-09-26</w:t>
            </w:r>
          </w:p>
        </w:tc>
        <w:tc>
          <w:tcPr>
            <w:tcW w:type="dxa" w:w="2880"/>
          </w:tcPr>
          <w:p>
            <w:r>
              <w:t>pick-up</w:t>
            </w:r>
          </w:p>
        </w:tc>
        <w:tc>
          <w:tcPr>
            <w:tcW w:type="dxa" w:w="2880"/>
          </w:tcPr>
          <w:p>
            <w:r>
              <w:t>12</w:t>
            </w:r>
          </w:p>
        </w:tc>
      </w:tr>
      <w:tr>
        <w:tc>
          <w:tcPr>
            <w:tcW w:type="dxa" w:w="2880"/>
          </w:tcPr>
          <w:p>
            <w:r>
              <w:t>2026-09-26</w:t>
            </w:r>
          </w:p>
        </w:tc>
        <w:tc>
          <w:tcPr>
            <w:tcW w:type="dxa" w:w="2880"/>
          </w:tcPr>
          <w:p>
            <w:r>
              <w:t>dual</w:t>
            </w:r>
          </w:p>
        </w:tc>
        <w:tc>
          <w:tcPr>
            <w:tcW w:type="dxa" w:w="2880"/>
          </w:tcPr>
          <w:p>
            <w:r>
              <w:t>15</w:t>
            </w:r>
          </w:p>
        </w:tc>
      </w:tr>
      <w:tr>
        <w:tc>
          <w:tcPr>
            <w:tcW w:type="dxa" w:w="2880"/>
          </w:tcPr>
          <w:p>
            <w:r>
              <w:t>2026-09-27</w:t>
            </w:r>
          </w:p>
        </w:tc>
        <w:tc>
          <w:tcPr>
            <w:tcW w:type="dxa" w:w="2880"/>
          </w:tcPr>
          <w:p>
            <w:r>
              <w:t>drop-off</w:t>
            </w:r>
          </w:p>
        </w:tc>
        <w:tc>
          <w:tcPr>
            <w:tcW w:type="dxa" w:w="2880"/>
          </w:tcPr>
          <w:p>
            <w:r>
              <w:t>4</w:t>
            </w:r>
          </w:p>
        </w:tc>
      </w:tr>
      <w:tr>
        <w:tc>
          <w:tcPr>
            <w:tcW w:type="dxa" w:w="2880"/>
          </w:tcPr>
          <w:p>
            <w:r>
              <w:t>2026-09-27</w:t>
            </w:r>
          </w:p>
        </w:tc>
        <w:tc>
          <w:tcPr>
            <w:tcW w:type="dxa" w:w="2880"/>
          </w:tcPr>
          <w:p>
            <w:r>
              <w:t>pick-up</w:t>
            </w:r>
          </w:p>
        </w:tc>
        <w:tc>
          <w:tcPr>
            <w:tcW w:type="dxa" w:w="2880"/>
          </w:tcPr>
          <w:p>
            <w:r>
              <w:t>2</w:t>
            </w:r>
          </w:p>
        </w:tc>
      </w:tr>
      <w:tr>
        <w:tc>
          <w:tcPr>
            <w:tcW w:type="dxa" w:w="2880"/>
          </w:tcPr>
          <w:p>
            <w:r>
              <w:t>2026-09-27</w:t>
            </w:r>
          </w:p>
        </w:tc>
        <w:tc>
          <w:tcPr>
            <w:tcW w:type="dxa" w:w="2880"/>
          </w:tcPr>
          <w:p>
            <w:r>
              <w:t>dual</w:t>
            </w:r>
          </w:p>
        </w:tc>
        <w:tc>
          <w:tcPr>
            <w:tcW w:type="dxa" w:w="2880"/>
          </w:tcPr>
          <w:p>
            <w:r>
              <w:t>3</w:t>
            </w:r>
          </w:p>
        </w:tc>
      </w:tr>
    </w:tbl>
    <w:p/>
    <w:p>
      <w:pPr>
        <w:pStyle w:val="Heading2"/>
      </w:pPr>
      <w:r>
        <w:t>Figure 48. Repeat and near repeat classification: Equipment faults over time [96]</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2026-06-01</w:t>
            </w:r>
          </w:p>
        </w:tc>
        <w:tc>
          <w:tcPr>
            <w:tcW w:type="dxa" w:w="2880"/>
          </w:tcPr>
          <w:p>
            <w:r>
              <w:t>hoist</w:t>
            </w:r>
          </w:p>
        </w:tc>
        <w:tc>
          <w:tcPr>
            <w:tcW w:type="dxa" w:w="2880"/>
          </w:tcPr>
          <w:p>
            <w:r>
              <w:t>3</w:t>
            </w:r>
          </w:p>
        </w:tc>
      </w:tr>
      <w:tr>
        <w:tc>
          <w:tcPr>
            <w:tcW w:type="dxa" w:w="2880"/>
          </w:tcPr>
          <w:p>
            <w:r>
              <w:t>2026-06-01</w:t>
            </w:r>
          </w:p>
        </w:tc>
        <w:tc>
          <w:tcPr>
            <w:tcW w:type="dxa" w:w="2880"/>
          </w:tcPr>
          <w:p>
            <w:r>
              <w:t>electrical</w:t>
            </w:r>
          </w:p>
        </w:tc>
        <w:tc>
          <w:tcPr>
            <w:tcW w:type="dxa" w:w="2880"/>
          </w:tcPr>
          <w:p>
            <w:r>
              <w:t>7</w:t>
            </w:r>
          </w:p>
        </w:tc>
      </w:tr>
      <w:tr>
        <w:tc>
          <w:tcPr>
            <w:tcW w:type="dxa" w:w="2880"/>
          </w:tcPr>
          <w:p>
            <w:r>
              <w:t>2026-06-01</w:t>
            </w:r>
          </w:p>
        </w:tc>
        <w:tc>
          <w:tcPr>
            <w:tcW w:type="dxa" w:w="2880"/>
          </w:tcPr>
          <w:p>
            <w:r>
              <w:t>spreader</w:t>
            </w:r>
          </w:p>
        </w:tc>
        <w:tc>
          <w:tcPr>
            <w:tcW w:type="dxa" w:w="2880"/>
          </w:tcPr>
          <w:p>
            <w:r>
              <w:t>3</w:t>
            </w:r>
          </w:p>
        </w:tc>
      </w:tr>
      <w:tr>
        <w:tc>
          <w:tcPr>
            <w:tcW w:type="dxa" w:w="2880"/>
          </w:tcPr>
          <w:p>
            <w:r>
              <w:t>2026-06-01</w:t>
            </w:r>
          </w:p>
        </w:tc>
        <w:tc>
          <w:tcPr>
            <w:tcW w:type="dxa" w:w="2880"/>
          </w:tcPr>
          <w:p>
            <w:r>
              <w:t>trolley</w:t>
            </w:r>
          </w:p>
        </w:tc>
        <w:tc>
          <w:tcPr>
            <w:tcW w:type="dxa" w:w="2880"/>
          </w:tcPr>
          <w:p>
            <w:r>
              <w:t>1</w:t>
            </w:r>
          </w:p>
        </w:tc>
      </w:tr>
      <w:tr>
        <w:tc>
          <w:tcPr>
            <w:tcW w:type="dxa" w:w="2880"/>
          </w:tcPr>
          <w:p>
            <w:r>
              <w:t>2026-06-08</w:t>
            </w:r>
          </w:p>
        </w:tc>
        <w:tc>
          <w:tcPr>
            <w:tcW w:type="dxa" w:w="2880"/>
          </w:tcPr>
          <w:p>
            <w:r>
              <w:t>hoist</w:t>
            </w:r>
          </w:p>
        </w:tc>
        <w:tc>
          <w:tcPr>
            <w:tcW w:type="dxa" w:w="2880"/>
          </w:tcPr>
          <w:p>
            <w:r>
              <w:t>5</w:t>
            </w:r>
          </w:p>
        </w:tc>
      </w:tr>
      <w:tr>
        <w:tc>
          <w:tcPr>
            <w:tcW w:type="dxa" w:w="2880"/>
          </w:tcPr>
          <w:p>
            <w:r>
              <w:t>2026-06-08</w:t>
            </w:r>
          </w:p>
        </w:tc>
        <w:tc>
          <w:tcPr>
            <w:tcW w:type="dxa" w:w="2880"/>
          </w:tcPr>
          <w:p>
            <w:r>
              <w:t>electrical</w:t>
            </w:r>
          </w:p>
        </w:tc>
        <w:tc>
          <w:tcPr>
            <w:tcW w:type="dxa" w:w="2880"/>
          </w:tcPr>
          <w:p>
            <w:r>
              <w:t>5</w:t>
            </w:r>
          </w:p>
        </w:tc>
      </w:tr>
      <w:tr>
        <w:tc>
          <w:tcPr>
            <w:tcW w:type="dxa" w:w="2880"/>
          </w:tcPr>
          <w:p>
            <w:r>
              <w:t>2026-06-08</w:t>
            </w:r>
          </w:p>
        </w:tc>
        <w:tc>
          <w:tcPr>
            <w:tcW w:type="dxa" w:w="2880"/>
          </w:tcPr>
          <w:p>
            <w:r>
              <w:t>spreader</w:t>
            </w:r>
          </w:p>
        </w:tc>
        <w:tc>
          <w:tcPr>
            <w:tcW w:type="dxa" w:w="2880"/>
          </w:tcPr>
          <w:p>
            <w:r>
              <w:t>3</w:t>
            </w:r>
          </w:p>
        </w:tc>
      </w:tr>
      <w:tr>
        <w:tc>
          <w:tcPr>
            <w:tcW w:type="dxa" w:w="2880"/>
          </w:tcPr>
          <w:p>
            <w:r>
              <w:t>2026-06-08</w:t>
            </w:r>
          </w:p>
        </w:tc>
        <w:tc>
          <w:tcPr>
            <w:tcW w:type="dxa" w:w="2880"/>
          </w:tcPr>
          <w:p>
            <w:r>
              <w:t>trolley</w:t>
            </w:r>
          </w:p>
        </w:tc>
        <w:tc>
          <w:tcPr>
            <w:tcW w:type="dxa" w:w="2880"/>
          </w:tcPr>
          <w:p>
            <w:r>
              <w:t>0</w:t>
            </w:r>
          </w:p>
        </w:tc>
      </w:tr>
      <w:tr>
        <w:tc>
          <w:tcPr>
            <w:tcW w:type="dxa" w:w="2880"/>
          </w:tcPr>
          <w:p>
            <w:r>
              <w:t>2026-06-15</w:t>
            </w:r>
          </w:p>
        </w:tc>
        <w:tc>
          <w:tcPr>
            <w:tcW w:type="dxa" w:w="2880"/>
          </w:tcPr>
          <w:p>
            <w:r>
              <w:t>hoist</w:t>
            </w:r>
          </w:p>
        </w:tc>
        <w:tc>
          <w:tcPr>
            <w:tcW w:type="dxa" w:w="2880"/>
          </w:tcPr>
          <w:p>
            <w:r>
              <w:t>7</w:t>
            </w:r>
          </w:p>
        </w:tc>
      </w:tr>
      <w:tr>
        <w:tc>
          <w:tcPr>
            <w:tcW w:type="dxa" w:w="2880"/>
          </w:tcPr>
          <w:p>
            <w:r>
              <w:t>2026-06-15</w:t>
            </w:r>
          </w:p>
        </w:tc>
        <w:tc>
          <w:tcPr>
            <w:tcW w:type="dxa" w:w="2880"/>
          </w:tcPr>
          <w:p>
            <w:r>
              <w:t>electrical</w:t>
            </w:r>
          </w:p>
        </w:tc>
        <w:tc>
          <w:tcPr>
            <w:tcW w:type="dxa" w:w="2880"/>
          </w:tcPr>
          <w:p>
            <w:r>
              <w:t>3</w:t>
            </w:r>
          </w:p>
        </w:tc>
      </w:tr>
      <w:tr>
        <w:tc>
          <w:tcPr>
            <w:tcW w:type="dxa" w:w="2880"/>
          </w:tcPr>
          <w:p>
            <w:r>
              <w:t>2026-06-15</w:t>
            </w:r>
          </w:p>
        </w:tc>
        <w:tc>
          <w:tcPr>
            <w:tcW w:type="dxa" w:w="2880"/>
          </w:tcPr>
          <w:p>
            <w:r>
              <w:t>spreader</w:t>
            </w:r>
          </w:p>
        </w:tc>
        <w:tc>
          <w:tcPr>
            <w:tcW w:type="dxa" w:w="2880"/>
          </w:tcPr>
          <w:p>
            <w:r>
              <w:t>4</w:t>
            </w:r>
          </w:p>
        </w:tc>
      </w:tr>
      <w:tr>
        <w:tc>
          <w:tcPr>
            <w:tcW w:type="dxa" w:w="2880"/>
          </w:tcPr>
          <w:p>
            <w:r>
              <w:t>2026-06-15</w:t>
            </w:r>
          </w:p>
        </w:tc>
        <w:tc>
          <w:tcPr>
            <w:tcW w:type="dxa" w:w="2880"/>
          </w:tcPr>
          <w:p>
            <w:r>
              <w:t>trolley</w:t>
            </w:r>
          </w:p>
        </w:tc>
        <w:tc>
          <w:tcPr>
            <w:tcW w:type="dxa" w:w="2880"/>
          </w:tcPr>
          <w:p>
            <w:r>
              <w:t>3</w:t>
            </w:r>
          </w:p>
        </w:tc>
      </w:tr>
      <w:tr>
        <w:tc>
          <w:tcPr>
            <w:tcW w:type="dxa" w:w="2880"/>
          </w:tcPr>
          <w:p>
            <w:r>
              <w:t>2026-06-22</w:t>
            </w:r>
          </w:p>
        </w:tc>
        <w:tc>
          <w:tcPr>
            <w:tcW w:type="dxa" w:w="2880"/>
          </w:tcPr>
          <w:p>
            <w:r>
              <w:t>hoist</w:t>
            </w:r>
          </w:p>
        </w:tc>
        <w:tc>
          <w:tcPr>
            <w:tcW w:type="dxa" w:w="2880"/>
          </w:tcPr>
          <w:p>
            <w:r>
              <w:t>6</w:t>
            </w:r>
          </w:p>
        </w:tc>
      </w:tr>
      <w:tr>
        <w:tc>
          <w:tcPr>
            <w:tcW w:type="dxa" w:w="2880"/>
          </w:tcPr>
          <w:p>
            <w:r>
              <w:t>2026-06-22</w:t>
            </w:r>
          </w:p>
        </w:tc>
        <w:tc>
          <w:tcPr>
            <w:tcW w:type="dxa" w:w="2880"/>
          </w:tcPr>
          <w:p>
            <w:r>
              <w:t>electrical</w:t>
            </w:r>
          </w:p>
        </w:tc>
        <w:tc>
          <w:tcPr>
            <w:tcW w:type="dxa" w:w="2880"/>
          </w:tcPr>
          <w:p>
            <w:r>
              <w:t>1</w:t>
            </w:r>
          </w:p>
        </w:tc>
      </w:tr>
      <w:tr>
        <w:tc>
          <w:tcPr>
            <w:tcW w:type="dxa" w:w="2880"/>
          </w:tcPr>
          <w:p>
            <w:r>
              <w:t>2026-06-22</w:t>
            </w:r>
          </w:p>
        </w:tc>
        <w:tc>
          <w:tcPr>
            <w:tcW w:type="dxa" w:w="2880"/>
          </w:tcPr>
          <w:p>
            <w:r>
              <w:t>spreader</w:t>
            </w:r>
          </w:p>
        </w:tc>
        <w:tc>
          <w:tcPr>
            <w:tcW w:type="dxa" w:w="2880"/>
          </w:tcPr>
          <w:p>
            <w:r>
              <w:t>3</w:t>
            </w:r>
          </w:p>
        </w:tc>
      </w:tr>
      <w:tr>
        <w:tc>
          <w:tcPr>
            <w:tcW w:type="dxa" w:w="2880"/>
          </w:tcPr>
          <w:p>
            <w:r>
              <w:t>2026-06-22</w:t>
            </w:r>
          </w:p>
        </w:tc>
        <w:tc>
          <w:tcPr>
            <w:tcW w:type="dxa" w:w="2880"/>
          </w:tcPr>
          <w:p>
            <w:r>
              <w:t>trolley</w:t>
            </w:r>
          </w:p>
        </w:tc>
        <w:tc>
          <w:tcPr>
            <w:tcW w:type="dxa" w:w="2880"/>
          </w:tcPr>
          <w:p>
            <w:r>
              <w:t>1</w:t>
            </w:r>
          </w:p>
        </w:tc>
      </w:tr>
      <w:tr>
        <w:tc>
          <w:tcPr>
            <w:tcW w:type="dxa" w:w="2880"/>
          </w:tcPr>
          <w:p>
            <w:r>
              <w:t>2026-06-29</w:t>
            </w:r>
          </w:p>
        </w:tc>
        <w:tc>
          <w:tcPr>
            <w:tcW w:type="dxa" w:w="2880"/>
          </w:tcPr>
          <w:p>
            <w:r>
              <w:t>hoist</w:t>
            </w:r>
          </w:p>
        </w:tc>
        <w:tc>
          <w:tcPr>
            <w:tcW w:type="dxa" w:w="2880"/>
          </w:tcPr>
          <w:p>
            <w:r>
              <w:t>5</w:t>
            </w:r>
          </w:p>
        </w:tc>
      </w:tr>
      <w:tr>
        <w:tc>
          <w:tcPr>
            <w:tcW w:type="dxa" w:w="2880"/>
          </w:tcPr>
          <w:p>
            <w:r>
              <w:t>2026-06-29</w:t>
            </w:r>
          </w:p>
        </w:tc>
        <w:tc>
          <w:tcPr>
            <w:tcW w:type="dxa" w:w="2880"/>
          </w:tcPr>
          <w:p>
            <w:r>
              <w:t>electrical</w:t>
            </w:r>
          </w:p>
        </w:tc>
        <w:tc>
          <w:tcPr>
            <w:tcW w:type="dxa" w:w="2880"/>
          </w:tcPr>
          <w:p>
            <w:r>
              <w:t>8</w:t>
            </w:r>
          </w:p>
        </w:tc>
      </w:tr>
      <w:tr>
        <w:tc>
          <w:tcPr>
            <w:tcW w:type="dxa" w:w="2880"/>
          </w:tcPr>
          <w:p>
            <w:r>
              <w:t>2026-06-29</w:t>
            </w:r>
          </w:p>
        </w:tc>
        <w:tc>
          <w:tcPr>
            <w:tcW w:type="dxa" w:w="2880"/>
          </w:tcPr>
          <w:p>
            <w:r>
              <w:t>spreader</w:t>
            </w:r>
          </w:p>
        </w:tc>
        <w:tc>
          <w:tcPr>
            <w:tcW w:type="dxa" w:w="2880"/>
          </w:tcPr>
          <w:p>
            <w:r>
              <w:t>4</w:t>
            </w:r>
          </w:p>
        </w:tc>
      </w:tr>
      <w:tr>
        <w:tc>
          <w:tcPr>
            <w:tcW w:type="dxa" w:w="2880"/>
          </w:tcPr>
          <w:p>
            <w:r>
              <w:t>2026-06-29</w:t>
            </w:r>
          </w:p>
        </w:tc>
        <w:tc>
          <w:tcPr>
            <w:tcW w:type="dxa" w:w="2880"/>
          </w:tcPr>
          <w:p>
            <w:r>
              <w:t>trolley</w:t>
            </w:r>
          </w:p>
        </w:tc>
        <w:tc>
          <w:tcPr>
            <w:tcW w:type="dxa" w:w="2880"/>
          </w:tcPr>
          <w:p>
            <w:r>
              <w:t>4</w:t>
            </w:r>
          </w:p>
        </w:tc>
      </w:tr>
      <w:tr>
        <w:tc>
          <w:tcPr>
            <w:tcW w:type="dxa" w:w="2880"/>
          </w:tcPr>
          <w:p>
            <w:r>
              <w:t>2026-07-06</w:t>
            </w:r>
          </w:p>
        </w:tc>
        <w:tc>
          <w:tcPr>
            <w:tcW w:type="dxa" w:w="2880"/>
          </w:tcPr>
          <w:p>
            <w:r>
              <w:t>hoist</w:t>
            </w:r>
          </w:p>
        </w:tc>
        <w:tc>
          <w:tcPr>
            <w:tcW w:type="dxa" w:w="2880"/>
          </w:tcPr>
          <w:p>
            <w:r>
              <w:t>5</w:t>
            </w:r>
          </w:p>
        </w:tc>
      </w:tr>
      <w:tr>
        <w:tc>
          <w:tcPr>
            <w:tcW w:type="dxa" w:w="2880"/>
          </w:tcPr>
          <w:p>
            <w:r>
              <w:t>2026-07-06</w:t>
            </w:r>
          </w:p>
        </w:tc>
        <w:tc>
          <w:tcPr>
            <w:tcW w:type="dxa" w:w="2880"/>
          </w:tcPr>
          <w:p>
            <w:r>
              <w:t>electrical</w:t>
            </w:r>
          </w:p>
        </w:tc>
        <w:tc>
          <w:tcPr>
            <w:tcW w:type="dxa" w:w="2880"/>
          </w:tcPr>
          <w:p>
            <w:r>
              <w:t>4</w:t>
            </w:r>
          </w:p>
        </w:tc>
      </w:tr>
      <w:tr>
        <w:tc>
          <w:tcPr>
            <w:tcW w:type="dxa" w:w="2880"/>
          </w:tcPr>
          <w:p>
            <w:r>
              <w:t>2026-07-06</w:t>
            </w:r>
          </w:p>
        </w:tc>
        <w:tc>
          <w:tcPr>
            <w:tcW w:type="dxa" w:w="2880"/>
          </w:tcPr>
          <w:p>
            <w:r>
              <w:t>spreader</w:t>
            </w:r>
          </w:p>
        </w:tc>
        <w:tc>
          <w:tcPr>
            <w:tcW w:type="dxa" w:w="2880"/>
          </w:tcPr>
          <w:p>
            <w:r>
              <w:t>1</w:t>
            </w:r>
          </w:p>
        </w:tc>
      </w:tr>
      <w:tr>
        <w:tc>
          <w:tcPr>
            <w:tcW w:type="dxa" w:w="2880"/>
          </w:tcPr>
          <w:p>
            <w:r>
              <w:t>2026-07-06</w:t>
            </w:r>
          </w:p>
        </w:tc>
        <w:tc>
          <w:tcPr>
            <w:tcW w:type="dxa" w:w="2880"/>
          </w:tcPr>
          <w:p>
            <w:r>
              <w:t>trolley</w:t>
            </w:r>
          </w:p>
        </w:tc>
        <w:tc>
          <w:tcPr>
            <w:tcW w:type="dxa" w:w="2880"/>
          </w:tcPr>
          <w:p>
            <w:r>
              <w:t>4</w:t>
            </w:r>
          </w:p>
        </w:tc>
      </w:tr>
      <w:tr>
        <w:tc>
          <w:tcPr>
            <w:tcW w:type="dxa" w:w="2880"/>
          </w:tcPr>
          <w:p>
            <w:r>
              <w:t>2026-07-13</w:t>
            </w:r>
          </w:p>
        </w:tc>
        <w:tc>
          <w:tcPr>
            <w:tcW w:type="dxa" w:w="2880"/>
          </w:tcPr>
          <w:p>
            <w:r>
              <w:t>hoist</w:t>
            </w:r>
          </w:p>
        </w:tc>
        <w:tc>
          <w:tcPr>
            <w:tcW w:type="dxa" w:w="2880"/>
          </w:tcPr>
          <w:p>
            <w:r>
              <w:t>6</w:t>
            </w:r>
          </w:p>
        </w:tc>
      </w:tr>
      <w:tr>
        <w:tc>
          <w:tcPr>
            <w:tcW w:type="dxa" w:w="2880"/>
          </w:tcPr>
          <w:p>
            <w:r>
              <w:t>2026-07-13</w:t>
            </w:r>
          </w:p>
        </w:tc>
        <w:tc>
          <w:tcPr>
            <w:tcW w:type="dxa" w:w="2880"/>
          </w:tcPr>
          <w:p>
            <w:r>
              <w:t>electrical</w:t>
            </w:r>
          </w:p>
        </w:tc>
        <w:tc>
          <w:tcPr>
            <w:tcW w:type="dxa" w:w="2880"/>
          </w:tcPr>
          <w:p>
            <w:r>
              <w:t>3</w:t>
            </w:r>
          </w:p>
        </w:tc>
      </w:tr>
      <w:tr>
        <w:tc>
          <w:tcPr>
            <w:tcW w:type="dxa" w:w="2880"/>
          </w:tcPr>
          <w:p>
            <w:r>
              <w:t>2026-07-13</w:t>
            </w:r>
          </w:p>
        </w:tc>
        <w:tc>
          <w:tcPr>
            <w:tcW w:type="dxa" w:w="2880"/>
          </w:tcPr>
          <w:p>
            <w:r>
              <w:t>spreader</w:t>
            </w:r>
          </w:p>
        </w:tc>
        <w:tc>
          <w:tcPr>
            <w:tcW w:type="dxa" w:w="2880"/>
          </w:tcPr>
          <w:p>
            <w:r>
              <w:t>4</w:t>
            </w:r>
          </w:p>
        </w:tc>
      </w:tr>
      <w:tr>
        <w:tc>
          <w:tcPr>
            <w:tcW w:type="dxa" w:w="2880"/>
          </w:tcPr>
          <w:p>
            <w:r>
              <w:t>2026-07-13</w:t>
            </w:r>
          </w:p>
        </w:tc>
        <w:tc>
          <w:tcPr>
            <w:tcW w:type="dxa" w:w="2880"/>
          </w:tcPr>
          <w:p>
            <w:r>
              <w:t>trolley</w:t>
            </w:r>
          </w:p>
        </w:tc>
        <w:tc>
          <w:tcPr>
            <w:tcW w:type="dxa" w:w="2880"/>
          </w:tcPr>
          <w:p>
            <w:r>
              <w:t>8</w:t>
            </w:r>
          </w:p>
        </w:tc>
      </w:tr>
      <w:tr>
        <w:tc>
          <w:tcPr>
            <w:tcW w:type="dxa" w:w="2880"/>
          </w:tcPr>
          <w:p>
            <w:r>
              <w:t>2026-07-20</w:t>
            </w:r>
          </w:p>
        </w:tc>
        <w:tc>
          <w:tcPr>
            <w:tcW w:type="dxa" w:w="2880"/>
          </w:tcPr>
          <w:p>
            <w:r>
              <w:t>hoist</w:t>
            </w:r>
          </w:p>
        </w:tc>
        <w:tc>
          <w:tcPr>
            <w:tcW w:type="dxa" w:w="2880"/>
          </w:tcPr>
          <w:p>
            <w:r>
              <w:t>4</w:t>
            </w:r>
          </w:p>
        </w:tc>
      </w:tr>
      <w:tr>
        <w:tc>
          <w:tcPr>
            <w:tcW w:type="dxa" w:w="2880"/>
          </w:tcPr>
          <w:p>
            <w:r>
              <w:t>2026-07-20</w:t>
            </w:r>
          </w:p>
        </w:tc>
        <w:tc>
          <w:tcPr>
            <w:tcW w:type="dxa" w:w="2880"/>
          </w:tcPr>
          <w:p>
            <w:r>
              <w:t>electrical</w:t>
            </w:r>
          </w:p>
        </w:tc>
        <w:tc>
          <w:tcPr>
            <w:tcW w:type="dxa" w:w="2880"/>
          </w:tcPr>
          <w:p>
            <w:r>
              <w:t>5</w:t>
            </w:r>
          </w:p>
        </w:tc>
      </w:tr>
      <w:tr>
        <w:tc>
          <w:tcPr>
            <w:tcW w:type="dxa" w:w="2880"/>
          </w:tcPr>
          <w:p>
            <w:r>
              <w:t>2026-07-20</w:t>
            </w:r>
          </w:p>
        </w:tc>
        <w:tc>
          <w:tcPr>
            <w:tcW w:type="dxa" w:w="2880"/>
          </w:tcPr>
          <w:p>
            <w:r>
              <w:t>spreader</w:t>
            </w:r>
          </w:p>
        </w:tc>
        <w:tc>
          <w:tcPr>
            <w:tcW w:type="dxa" w:w="2880"/>
          </w:tcPr>
          <w:p>
            <w:r>
              <w:t>4</w:t>
            </w:r>
          </w:p>
        </w:tc>
      </w:tr>
      <w:tr>
        <w:tc>
          <w:tcPr>
            <w:tcW w:type="dxa" w:w="2880"/>
          </w:tcPr>
          <w:p>
            <w:r>
              <w:t>2026-07-20</w:t>
            </w:r>
          </w:p>
        </w:tc>
        <w:tc>
          <w:tcPr>
            <w:tcW w:type="dxa" w:w="2880"/>
          </w:tcPr>
          <w:p>
            <w:r>
              <w:t>trolley</w:t>
            </w:r>
          </w:p>
        </w:tc>
        <w:tc>
          <w:tcPr>
            <w:tcW w:type="dxa" w:w="2880"/>
          </w:tcPr>
          <w:p>
            <w:r>
              <w:t>2</w:t>
            </w:r>
          </w:p>
        </w:tc>
      </w:tr>
      <w:tr>
        <w:tc>
          <w:tcPr>
            <w:tcW w:type="dxa" w:w="2880"/>
          </w:tcPr>
          <w:p>
            <w:r>
              <w:t>2026-07-27</w:t>
            </w:r>
          </w:p>
        </w:tc>
        <w:tc>
          <w:tcPr>
            <w:tcW w:type="dxa" w:w="2880"/>
          </w:tcPr>
          <w:p>
            <w:r>
              <w:t>hoist</w:t>
            </w:r>
          </w:p>
        </w:tc>
        <w:tc>
          <w:tcPr>
            <w:tcW w:type="dxa" w:w="2880"/>
          </w:tcPr>
          <w:p>
            <w:r>
              <w:t>5</w:t>
            </w:r>
          </w:p>
        </w:tc>
      </w:tr>
      <w:tr>
        <w:tc>
          <w:tcPr>
            <w:tcW w:type="dxa" w:w="2880"/>
          </w:tcPr>
          <w:p>
            <w:r>
              <w:t>2026-07-27</w:t>
            </w:r>
          </w:p>
        </w:tc>
        <w:tc>
          <w:tcPr>
            <w:tcW w:type="dxa" w:w="2880"/>
          </w:tcPr>
          <w:p>
            <w:r>
              <w:t>electrical</w:t>
            </w:r>
          </w:p>
        </w:tc>
        <w:tc>
          <w:tcPr>
            <w:tcW w:type="dxa" w:w="2880"/>
          </w:tcPr>
          <w:p>
            <w:r>
              <w:t>3</w:t>
            </w:r>
          </w:p>
        </w:tc>
      </w:tr>
      <w:tr>
        <w:tc>
          <w:tcPr>
            <w:tcW w:type="dxa" w:w="2880"/>
          </w:tcPr>
          <w:p>
            <w:r>
              <w:t>2026-07-27</w:t>
            </w:r>
          </w:p>
        </w:tc>
        <w:tc>
          <w:tcPr>
            <w:tcW w:type="dxa" w:w="2880"/>
          </w:tcPr>
          <w:p>
            <w:r>
              <w:t>spreader</w:t>
            </w:r>
          </w:p>
        </w:tc>
        <w:tc>
          <w:tcPr>
            <w:tcW w:type="dxa" w:w="2880"/>
          </w:tcPr>
          <w:p>
            <w:r>
              <w:t>5</w:t>
            </w:r>
          </w:p>
        </w:tc>
      </w:tr>
      <w:tr>
        <w:tc>
          <w:tcPr>
            <w:tcW w:type="dxa" w:w="2880"/>
          </w:tcPr>
          <w:p>
            <w:r>
              <w:t>2026-07-27</w:t>
            </w:r>
          </w:p>
        </w:tc>
        <w:tc>
          <w:tcPr>
            <w:tcW w:type="dxa" w:w="2880"/>
          </w:tcPr>
          <w:p>
            <w:r>
              <w:t>trolley</w:t>
            </w:r>
          </w:p>
        </w:tc>
        <w:tc>
          <w:tcPr>
            <w:tcW w:type="dxa" w:w="2880"/>
          </w:tcPr>
          <w:p>
            <w:r>
              <w:t>1</w:t>
            </w:r>
          </w:p>
        </w:tc>
      </w:tr>
      <w:tr>
        <w:tc>
          <w:tcPr>
            <w:tcW w:type="dxa" w:w="2880"/>
          </w:tcPr>
          <w:p>
            <w:r>
              <w:t>2026-08-03</w:t>
            </w:r>
          </w:p>
        </w:tc>
        <w:tc>
          <w:tcPr>
            <w:tcW w:type="dxa" w:w="2880"/>
          </w:tcPr>
          <w:p>
            <w:r>
              <w:t>hoist</w:t>
            </w:r>
          </w:p>
        </w:tc>
        <w:tc>
          <w:tcPr>
            <w:tcW w:type="dxa" w:w="2880"/>
          </w:tcPr>
          <w:p>
            <w:r>
              <w:t>8</w:t>
            </w:r>
          </w:p>
        </w:tc>
      </w:tr>
      <w:tr>
        <w:tc>
          <w:tcPr>
            <w:tcW w:type="dxa" w:w="2880"/>
          </w:tcPr>
          <w:p>
            <w:r>
              <w:t>2026-08-03</w:t>
            </w:r>
          </w:p>
        </w:tc>
        <w:tc>
          <w:tcPr>
            <w:tcW w:type="dxa" w:w="2880"/>
          </w:tcPr>
          <w:p>
            <w:r>
              <w:t>electrical</w:t>
            </w:r>
          </w:p>
        </w:tc>
        <w:tc>
          <w:tcPr>
            <w:tcW w:type="dxa" w:w="2880"/>
          </w:tcPr>
          <w:p>
            <w:r>
              <w:t>5</w:t>
            </w:r>
          </w:p>
        </w:tc>
      </w:tr>
      <w:tr>
        <w:tc>
          <w:tcPr>
            <w:tcW w:type="dxa" w:w="2880"/>
          </w:tcPr>
          <w:p>
            <w:r>
              <w:t>2026-08-03</w:t>
            </w:r>
          </w:p>
        </w:tc>
        <w:tc>
          <w:tcPr>
            <w:tcW w:type="dxa" w:w="2880"/>
          </w:tcPr>
          <w:p>
            <w:r>
              <w:t>spreader</w:t>
            </w:r>
          </w:p>
        </w:tc>
        <w:tc>
          <w:tcPr>
            <w:tcW w:type="dxa" w:w="2880"/>
          </w:tcPr>
          <w:p>
            <w:r>
              <w:t>2</w:t>
            </w:r>
          </w:p>
        </w:tc>
      </w:tr>
      <w:tr>
        <w:tc>
          <w:tcPr>
            <w:tcW w:type="dxa" w:w="2880"/>
          </w:tcPr>
          <w:p>
            <w:r>
              <w:t>2026-08-03</w:t>
            </w:r>
          </w:p>
        </w:tc>
        <w:tc>
          <w:tcPr>
            <w:tcW w:type="dxa" w:w="2880"/>
          </w:tcPr>
          <w:p>
            <w:r>
              <w:t>trolley</w:t>
            </w:r>
          </w:p>
        </w:tc>
        <w:tc>
          <w:tcPr>
            <w:tcW w:type="dxa" w:w="2880"/>
          </w:tcPr>
          <w:p>
            <w:r>
              <w:t>0</w:t>
            </w:r>
          </w:p>
        </w:tc>
      </w:tr>
      <w:tr>
        <w:tc>
          <w:tcPr>
            <w:tcW w:type="dxa" w:w="2880"/>
          </w:tcPr>
          <w:p>
            <w:r>
              <w:t>2026-08-10</w:t>
            </w:r>
          </w:p>
        </w:tc>
        <w:tc>
          <w:tcPr>
            <w:tcW w:type="dxa" w:w="2880"/>
          </w:tcPr>
          <w:p>
            <w:r>
              <w:t>hoist</w:t>
            </w:r>
          </w:p>
        </w:tc>
        <w:tc>
          <w:tcPr>
            <w:tcW w:type="dxa" w:w="2880"/>
          </w:tcPr>
          <w:p>
            <w:r>
              <w:t>1</w:t>
            </w:r>
          </w:p>
        </w:tc>
      </w:tr>
      <w:tr>
        <w:tc>
          <w:tcPr>
            <w:tcW w:type="dxa" w:w="2880"/>
          </w:tcPr>
          <w:p>
            <w:r>
              <w:t>2026-08-10</w:t>
            </w:r>
          </w:p>
        </w:tc>
        <w:tc>
          <w:tcPr>
            <w:tcW w:type="dxa" w:w="2880"/>
          </w:tcPr>
          <w:p>
            <w:r>
              <w:t>electrical</w:t>
            </w:r>
          </w:p>
        </w:tc>
        <w:tc>
          <w:tcPr>
            <w:tcW w:type="dxa" w:w="2880"/>
          </w:tcPr>
          <w:p>
            <w:r>
              <w:t>2</w:t>
            </w:r>
          </w:p>
        </w:tc>
      </w:tr>
      <w:tr>
        <w:tc>
          <w:tcPr>
            <w:tcW w:type="dxa" w:w="2880"/>
          </w:tcPr>
          <w:p>
            <w:r>
              <w:t>2026-08-10</w:t>
            </w:r>
          </w:p>
        </w:tc>
        <w:tc>
          <w:tcPr>
            <w:tcW w:type="dxa" w:w="2880"/>
          </w:tcPr>
          <w:p>
            <w:r>
              <w:t>spreader</w:t>
            </w:r>
          </w:p>
        </w:tc>
        <w:tc>
          <w:tcPr>
            <w:tcW w:type="dxa" w:w="2880"/>
          </w:tcPr>
          <w:p>
            <w:r>
              <w:t>2</w:t>
            </w:r>
          </w:p>
        </w:tc>
      </w:tr>
      <w:tr>
        <w:tc>
          <w:tcPr>
            <w:tcW w:type="dxa" w:w="2880"/>
          </w:tcPr>
          <w:p>
            <w:r>
              <w:t>2026-08-10</w:t>
            </w:r>
          </w:p>
        </w:tc>
        <w:tc>
          <w:tcPr>
            <w:tcW w:type="dxa" w:w="2880"/>
          </w:tcPr>
          <w:p>
            <w:r>
              <w:t>trolley</w:t>
            </w:r>
          </w:p>
        </w:tc>
        <w:tc>
          <w:tcPr>
            <w:tcW w:type="dxa" w:w="2880"/>
          </w:tcPr>
          <w:p>
            <w:r>
              <w:t>3</w:t>
            </w:r>
          </w:p>
        </w:tc>
      </w:tr>
      <w:tr>
        <w:tc>
          <w:tcPr>
            <w:tcW w:type="dxa" w:w="2880"/>
          </w:tcPr>
          <w:p>
            <w:r>
              <w:t>2026-08-17</w:t>
            </w:r>
          </w:p>
        </w:tc>
        <w:tc>
          <w:tcPr>
            <w:tcW w:type="dxa" w:w="2880"/>
          </w:tcPr>
          <w:p>
            <w:r>
              <w:t>hoist</w:t>
            </w:r>
          </w:p>
        </w:tc>
        <w:tc>
          <w:tcPr>
            <w:tcW w:type="dxa" w:w="2880"/>
          </w:tcPr>
          <w:p>
            <w:r>
              <w:t>3</w:t>
            </w:r>
          </w:p>
        </w:tc>
      </w:tr>
      <w:tr>
        <w:tc>
          <w:tcPr>
            <w:tcW w:type="dxa" w:w="2880"/>
          </w:tcPr>
          <w:p>
            <w:r>
              <w:t>2026-08-17</w:t>
            </w:r>
          </w:p>
        </w:tc>
        <w:tc>
          <w:tcPr>
            <w:tcW w:type="dxa" w:w="2880"/>
          </w:tcPr>
          <w:p>
            <w:r>
              <w:t>electrical</w:t>
            </w:r>
          </w:p>
        </w:tc>
        <w:tc>
          <w:tcPr>
            <w:tcW w:type="dxa" w:w="2880"/>
          </w:tcPr>
          <w:p>
            <w:r>
              <w:t>5</w:t>
            </w:r>
          </w:p>
        </w:tc>
      </w:tr>
      <w:tr>
        <w:tc>
          <w:tcPr>
            <w:tcW w:type="dxa" w:w="2880"/>
          </w:tcPr>
          <w:p>
            <w:r>
              <w:t>2026-08-17</w:t>
            </w:r>
          </w:p>
        </w:tc>
        <w:tc>
          <w:tcPr>
            <w:tcW w:type="dxa" w:w="2880"/>
          </w:tcPr>
          <w:p>
            <w:r>
              <w:t>spreader</w:t>
            </w:r>
          </w:p>
        </w:tc>
        <w:tc>
          <w:tcPr>
            <w:tcW w:type="dxa" w:w="2880"/>
          </w:tcPr>
          <w:p>
            <w:r>
              <w:t>6</w:t>
            </w:r>
          </w:p>
        </w:tc>
      </w:tr>
      <w:tr>
        <w:tc>
          <w:tcPr>
            <w:tcW w:type="dxa" w:w="2880"/>
          </w:tcPr>
          <w:p>
            <w:r>
              <w:t>2026-08-17</w:t>
            </w:r>
          </w:p>
        </w:tc>
        <w:tc>
          <w:tcPr>
            <w:tcW w:type="dxa" w:w="2880"/>
          </w:tcPr>
          <w:p>
            <w:r>
              <w:t>trolley</w:t>
            </w:r>
          </w:p>
        </w:tc>
        <w:tc>
          <w:tcPr>
            <w:tcW w:type="dxa" w:w="2880"/>
          </w:tcPr>
          <w:p>
            <w:r>
              <w:t>3</w:t>
            </w:r>
          </w:p>
        </w:tc>
      </w:tr>
      <w:tr>
        <w:tc>
          <w:tcPr>
            <w:tcW w:type="dxa" w:w="2880"/>
          </w:tcPr>
          <w:p>
            <w:r>
              <w:t>2026-08-24</w:t>
            </w:r>
          </w:p>
        </w:tc>
        <w:tc>
          <w:tcPr>
            <w:tcW w:type="dxa" w:w="2880"/>
          </w:tcPr>
          <w:p>
            <w:r>
              <w:t>hoist</w:t>
            </w:r>
          </w:p>
        </w:tc>
        <w:tc>
          <w:tcPr>
            <w:tcW w:type="dxa" w:w="2880"/>
          </w:tcPr>
          <w:p>
            <w:r>
              <w:t>4</w:t>
            </w:r>
          </w:p>
        </w:tc>
      </w:tr>
      <w:tr>
        <w:tc>
          <w:tcPr>
            <w:tcW w:type="dxa" w:w="2880"/>
          </w:tcPr>
          <w:p>
            <w:r>
              <w:t>2026-08-24</w:t>
            </w:r>
          </w:p>
        </w:tc>
        <w:tc>
          <w:tcPr>
            <w:tcW w:type="dxa" w:w="2880"/>
          </w:tcPr>
          <w:p>
            <w:r>
              <w:t>electrical</w:t>
            </w:r>
          </w:p>
        </w:tc>
        <w:tc>
          <w:tcPr>
            <w:tcW w:type="dxa" w:w="2880"/>
          </w:tcPr>
          <w:p>
            <w:r>
              <w:t>4</w:t>
            </w:r>
          </w:p>
        </w:tc>
      </w:tr>
      <w:tr>
        <w:tc>
          <w:tcPr>
            <w:tcW w:type="dxa" w:w="2880"/>
          </w:tcPr>
          <w:p>
            <w:r>
              <w:t>2026-08-24</w:t>
            </w:r>
          </w:p>
        </w:tc>
        <w:tc>
          <w:tcPr>
            <w:tcW w:type="dxa" w:w="2880"/>
          </w:tcPr>
          <w:p>
            <w:r>
              <w:t>spreader</w:t>
            </w:r>
          </w:p>
        </w:tc>
        <w:tc>
          <w:tcPr>
            <w:tcW w:type="dxa" w:w="2880"/>
          </w:tcPr>
          <w:p>
            <w:r>
              <w:t>3</w:t>
            </w:r>
          </w:p>
        </w:tc>
      </w:tr>
      <w:tr>
        <w:tc>
          <w:tcPr>
            <w:tcW w:type="dxa" w:w="2880"/>
          </w:tcPr>
          <w:p>
            <w:r>
              <w:t>2026-08-24</w:t>
            </w:r>
          </w:p>
        </w:tc>
        <w:tc>
          <w:tcPr>
            <w:tcW w:type="dxa" w:w="2880"/>
          </w:tcPr>
          <w:p>
            <w:r>
              <w:t>trolley</w:t>
            </w:r>
          </w:p>
        </w:tc>
        <w:tc>
          <w:tcPr>
            <w:tcW w:type="dxa" w:w="2880"/>
          </w:tcPr>
          <w:p>
            <w:r>
              <w:t>6</w:t>
            </w:r>
          </w:p>
        </w:tc>
      </w:tr>
      <w:tr>
        <w:tc>
          <w:tcPr>
            <w:tcW w:type="dxa" w:w="2880"/>
          </w:tcPr>
          <w:p>
            <w:r>
              <w:t>2026-08-31</w:t>
            </w:r>
          </w:p>
        </w:tc>
        <w:tc>
          <w:tcPr>
            <w:tcW w:type="dxa" w:w="2880"/>
          </w:tcPr>
          <w:p>
            <w:r>
              <w:t>hoist</w:t>
            </w:r>
          </w:p>
        </w:tc>
        <w:tc>
          <w:tcPr>
            <w:tcW w:type="dxa" w:w="2880"/>
          </w:tcPr>
          <w:p>
            <w:r>
              <w:t>4</w:t>
            </w:r>
          </w:p>
        </w:tc>
      </w:tr>
      <w:tr>
        <w:tc>
          <w:tcPr>
            <w:tcW w:type="dxa" w:w="2880"/>
          </w:tcPr>
          <w:p>
            <w:r>
              <w:t>2026-08-31</w:t>
            </w:r>
          </w:p>
        </w:tc>
        <w:tc>
          <w:tcPr>
            <w:tcW w:type="dxa" w:w="2880"/>
          </w:tcPr>
          <w:p>
            <w:r>
              <w:t>electrical</w:t>
            </w:r>
          </w:p>
        </w:tc>
        <w:tc>
          <w:tcPr>
            <w:tcW w:type="dxa" w:w="2880"/>
          </w:tcPr>
          <w:p>
            <w:r>
              <w:t>0</w:t>
            </w:r>
          </w:p>
        </w:tc>
      </w:tr>
      <w:tr>
        <w:tc>
          <w:tcPr>
            <w:tcW w:type="dxa" w:w="2880"/>
          </w:tcPr>
          <w:p>
            <w:r>
              <w:t>2026-08-31</w:t>
            </w:r>
          </w:p>
        </w:tc>
        <w:tc>
          <w:tcPr>
            <w:tcW w:type="dxa" w:w="2880"/>
          </w:tcPr>
          <w:p>
            <w:r>
              <w:t>spreader</w:t>
            </w:r>
          </w:p>
        </w:tc>
        <w:tc>
          <w:tcPr>
            <w:tcW w:type="dxa" w:w="2880"/>
          </w:tcPr>
          <w:p>
            <w:r>
              <w:t>2</w:t>
            </w:r>
          </w:p>
        </w:tc>
      </w:tr>
      <w:tr>
        <w:tc>
          <w:tcPr>
            <w:tcW w:type="dxa" w:w="2880"/>
          </w:tcPr>
          <w:p>
            <w:r>
              <w:t>2026-08-31</w:t>
            </w:r>
          </w:p>
        </w:tc>
        <w:tc>
          <w:tcPr>
            <w:tcW w:type="dxa" w:w="2880"/>
          </w:tcPr>
          <w:p>
            <w:r>
              <w:t>trolley</w:t>
            </w:r>
          </w:p>
        </w:tc>
        <w:tc>
          <w:tcPr>
            <w:tcW w:type="dxa" w:w="2880"/>
          </w:tcPr>
          <w:p>
            <w:r>
              <w:t>3</w:t>
            </w:r>
          </w:p>
        </w:tc>
      </w:tr>
      <w:tr>
        <w:tc>
          <w:tcPr>
            <w:tcW w:type="dxa" w:w="2880"/>
          </w:tcPr>
          <w:p>
            <w:r>
              <w:t>2026-09-07</w:t>
            </w:r>
          </w:p>
        </w:tc>
        <w:tc>
          <w:tcPr>
            <w:tcW w:type="dxa" w:w="2880"/>
          </w:tcPr>
          <w:p>
            <w:r>
              <w:t>hoist</w:t>
            </w:r>
          </w:p>
        </w:tc>
        <w:tc>
          <w:tcPr>
            <w:tcW w:type="dxa" w:w="2880"/>
          </w:tcPr>
          <w:p>
            <w:r>
              <w:t>2</w:t>
            </w:r>
          </w:p>
        </w:tc>
      </w:tr>
      <w:tr>
        <w:tc>
          <w:tcPr>
            <w:tcW w:type="dxa" w:w="2880"/>
          </w:tcPr>
          <w:p>
            <w:r>
              <w:t>2026-09-07</w:t>
            </w:r>
          </w:p>
        </w:tc>
        <w:tc>
          <w:tcPr>
            <w:tcW w:type="dxa" w:w="2880"/>
          </w:tcPr>
          <w:p>
            <w:r>
              <w:t>electrical</w:t>
            </w:r>
          </w:p>
        </w:tc>
        <w:tc>
          <w:tcPr>
            <w:tcW w:type="dxa" w:w="2880"/>
          </w:tcPr>
          <w:p>
            <w:r>
              <w:t>2</w:t>
            </w:r>
          </w:p>
        </w:tc>
      </w:tr>
      <w:tr>
        <w:tc>
          <w:tcPr>
            <w:tcW w:type="dxa" w:w="2880"/>
          </w:tcPr>
          <w:p>
            <w:r>
              <w:t>2026-09-07</w:t>
            </w:r>
          </w:p>
        </w:tc>
        <w:tc>
          <w:tcPr>
            <w:tcW w:type="dxa" w:w="2880"/>
          </w:tcPr>
          <w:p>
            <w:r>
              <w:t>spreader</w:t>
            </w:r>
          </w:p>
        </w:tc>
        <w:tc>
          <w:tcPr>
            <w:tcW w:type="dxa" w:w="2880"/>
          </w:tcPr>
          <w:p>
            <w:r>
              <w:t>4</w:t>
            </w:r>
          </w:p>
        </w:tc>
      </w:tr>
      <w:tr>
        <w:tc>
          <w:tcPr>
            <w:tcW w:type="dxa" w:w="2880"/>
          </w:tcPr>
          <w:p>
            <w:r>
              <w:t>2026-09-07</w:t>
            </w:r>
          </w:p>
        </w:tc>
        <w:tc>
          <w:tcPr>
            <w:tcW w:type="dxa" w:w="2880"/>
          </w:tcPr>
          <w:p>
            <w:r>
              <w:t>trolley</w:t>
            </w:r>
          </w:p>
        </w:tc>
        <w:tc>
          <w:tcPr>
            <w:tcW w:type="dxa" w:w="2880"/>
          </w:tcPr>
          <w:p>
            <w:r>
              <w:t>7</w:t>
            </w:r>
          </w:p>
        </w:tc>
      </w:tr>
      <w:tr>
        <w:tc>
          <w:tcPr>
            <w:tcW w:type="dxa" w:w="2880"/>
          </w:tcPr>
          <w:p>
            <w:r>
              <w:t>2026-09-14</w:t>
            </w:r>
          </w:p>
        </w:tc>
        <w:tc>
          <w:tcPr>
            <w:tcW w:type="dxa" w:w="2880"/>
          </w:tcPr>
          <w:p>
            <w:r>
              <w:t>hoist</w:t>
            </w:r>
          </w:p>
        </w:tc>
        <w:tc>
          <w:tcPr>
            <w:tcW w:type="dxa" w:w="2880"/>
          </w:tcPr>
          <w:p>
            <w:r>
              <w:t>4</w:t>
            </w:r>
          </w:p>
        </w:tc>
      </w:tr>
      <w:tr>
        <w:tc>
          <w:tcPr>
            <w:tcW w:type="dxa" w:w="2880"/>
          </w:tcPr>
          <w:p>
            <w:r>
              <w:t>2026-09-14</w:t>
            </w:r>
          </w:p>
        </w:tc>
        <w:tc>
          <w:tcPr>
            <w:tcW w:type="dxa" w:w="2880"/>
          </w:tcPr>
          <w:p>
            <w:r>
              <w:t>electrical</w:t>
            </w:r>
          </w:p>
        </w:tc>
        <w:tc>
          <w:tcPr>
            <w:tcW w:type="dxa" w:w="2880"/>
          </w:tcPr>
          <w:p>
            <w:r>
              <w:t>5</w:t>
            </w:r>
          </w:p>
        </w:tc>
      </w:tr>
      <w:tr>
        <w:tc>
          <w:tcPr>
            <w:tcW w:type="dxa" w:w="2880"/>
          </w:tcPr>
          <w:p>
            <w:r>
              <w:t>2026-09-14</w:t>
            </w:r>
          </w:p>
        </w:tc>
        <w:tc>
          <w:tcPr>
            <w:tcW w:type="dxa" w:w="2880"/>
          </w:tcPr>
          <w:p>
            <w:r>
              <w:t>spreader</w:t>
            </w:r>
          </w:p>
        </w:tc>
        <w:tc>
          <w:tcPr>
            <w:tcW w:type="dxa" w:w="2880"/>
          </w:tcPr>
          <w:p>
            <w:r>
              <w:t>6</w:t>
            </w:r>
          </w:p>
        </w:tc>
      </w:tr>
      <w:tr>
        <w:tc>
          <w:tcPr>
            <w:tcW w:type="dxa" w:w="2880"/>
          </w:tcPr>
          <w:p>
            <w:r>
              <w:t>2026-09-14</w:t>
            </w:r>
          </w:p>
        </w:tc>
        <w:tc>
          <w:tcPr>
            <w:tcW w:type="dxa" w:w="2880"/>
          </w:tcPr>
          <w:p>
            <w:r>
              <w:t>trolley</w:t>
            </w:r>
          </w:p>
        </w:tc>
        <w:tc>
          <w:tcPr>
            <w:tcW w:type="dxa" w:w="2880"/>
          </w:tcPr>
          <w:p>
            <w:r>
              <w:t>6</w:t>
            </w:r>
          </w:p>
        </w:tc>
      </w:tr>
      <w:tr>
        <w:tc>
          <w:tcPr>
            <w:tcW w:type="dxa" w:w="2880"/>
          </w:tcPr>
          <w:p>
            <w:r>
              <w:t>2026-09-21</w:t>
            </w:r>
          </w:p>
        </w:tc>
        <w:tc>
          <w:tcPr>
            <w:tcW w:type="dxa" w:w="2880"/>
          </w:tcPr>
          <w:p>
            <w:r>
              <w:t>hoist</w:t>
            </w:r>
          </w:p>
        </w:tc>
        <w:tc>
          <w:tcPr>
            <w:tcW w:type="dxa" w:w="2880"/>
          </w:tcPr>
          <w:p>
            <w:r>
              <w:t>2</w:t>
            </w:r>
          </w:p>
        </w:tc>
      </w:tr>
      <w:tr>
        <w:tc>
          <w:tcPr>
            <w:tcW w:type="dxa" w:w="2880"/>
          </w:tcPr>
          <w:p>
            <w:r>
              <w:t>2026-09-21</w:t>
            </w:r>
          </w:p>
        </w:tc>
        <w:tc>
          <w:tcPr>
            <w:tcW w:type="dxa" w:w="2880"/>
          </w:tcPr>
          <w:p>
            <w:r>
              <w:t>electrical</w:t>
            </w:r>
          </w:p>
        </w:tc>
        <w:tc>
          <w:tcPr>
            <w:tcW w:type="dxa" w:w="2880"/>
          </w:tcPr>
          <w:p>
            <w:r>
              <w:t>4</w:t>
            </w:r>
          </w:p>
        </w:tc>
      </w:tr>
      <w:tr>
        <w:tc>
          <w:tcPr>
            <w:tcW w:type="dxa" w:w="2880"/>
          </w:tcPr>
          <w:p>
            <w:r>
              <w:t>2026-09-21</w:t>
            </w:r>
          </w:p>
        </w:tc>
        <w:tc>
          <w:tcPr>
            <w:tcW w:type="dxa" w:w="2880"/>
          </w:tcPr>
          <w:p>
            <w:r>
              <w:t>spreader</w:t>
            </w:r>
          </w:p>
        </w:tc>
        <w:tc>
          <w:tcPr>
            <w:tcW w:type="dxa" w:w="2880"/>
          </w:tcPr>
          <w:p>
            <w:r>
              <w:t>3</w:t>
            </w:r>
          </w:p>
        </w:tc>
      </w:tr>
      <w:tr>
        <w:tc>
          <w:tcPr>
            <w:tcW w:type="dxa" w:w="2880"/>
          </w:tcPr>
          <w:p>
            <w:r>
              <w:t>2026-09-21</w:t>
            </w:r>
          </w:p>
        </w:tc>
        <w:tc>
          <w:tcPr>
            <w:tcW w:type="dxa" w:w="2880"/>
          </w:tcPr>
          <w:p>
            <w:r>
              <w:t>trolley</w:t>
            </w:r>
          </w:p>
        </w:tc>
        <w:tc>
          <w:tcPr>
            <w:tcW w:type="dxa" w:w="2880"/>
          </w:tcPr>
          <w:p>
            <w:r>
              <w:t>4</w:t>
            </w:r>
          </w:p>
        </w:tc>
      </w:tr>
      <w:tr>
        <w:tc>
          <w:tcPr>
            <w:tcW w:type="dxa" w:w="2880"/>
          </w:tcPr>
          <w:p>
            <w:r>
              <w:t>2026-09-28</w:t>
            </w:r>
          </w:p>
        </w:tc>
        <w:tc>
          <w:tcPr>
            <w:tcW w:type="dxa" w:w="2880"/>
          </w:tcPr>
          <w:p>
            <w:r>
              <w:t>hoist</w:t>
            </w:r>
          </w:p>
        </w:tc>
        <w:tc>
          <w:tcPr>
            <w:tcW w:type="dxa" w:w="2880"/>
          </w:tcPr>
          <w:p>
            <w:r>
              <w:t>0</w:t>
            </w:r>
          </w:p>
        </w:tc>
      </w:tr>
      <w:tr>
        <w:tc>
          <w:tcPr>
            <w:tcW w:type="dxa" w:w="2880"/>
          </w:tcPr>
          <w:p>
            <w:r>
              <w:t>2026-09-28</w:t>
            </w:r>
          </w:p>
        </w:tc>
        <w:tc>
          <w:tcPr>
            <w:tcW w:type="dxa" w:w="2880"/>
          </w:tcPr>
          <w:p>
            <w:r>
              <w:t>electrical</w:t>
            </w:r>
          </w:p>
        </w:tc>
        <w:tc>
          <w:tcPr>
            <w:tcW w:type="dxa" w:w="2880"/>
          </w:tcPr>
          <w:p>
            <w:r>
              <w:t>2</w:t>
            </w:r>
          </w:p>
        </w:tc>
      </w:tr>
      <w:tr>
        <w:tc>
          <w:tcPr>
            <w:tcW w:type="dxa" w:w="2880"/>
          </w:tcPr>
          <w:p>
            <w:r>
              <w:t>2026-09-28</w:t>
            </w:r>
          </w:p>
        </w:tc>
        <w:tc>
          <w:tcPr>
            <w:tcW w:type="dxa" w:w="2880"/>
          </w:tcPr>
          <w:p>
            <w:r>
              <w:t>spreader</w:t>
            </w:r>
          </w:p>
        </w:tc>
        <w:tc>
          <w:tcPr>
            <w:tcW w:type="dxa" w:w="2880"/>
          </w:tcPr>
          <w:p>
            <w:r>
              <w:t>2</w:t>
            </w:r>
          </w:p>
        </w:tc>
      </w:tr>
      <w:tr>
        <w:tc>
          <w:tcPr>
            <w:tcW w:type="dxa" w:w="2880"/>
          </w:tcPr>
          <w:p>
            <w:r>
              <w:t>2026-09-28</w:t>
            </w:r>
          </w:p>
        </w:tc>
        <w:tc>
          <w:tcPr>
            <w:tcW w:type="dxa" w:w="2880"/>
          </w:tcPr>
          <w:p>
            <w:r>
              <w:t>trolley</w:t>
            </w:r>
          </w:p>
        </w:tc>
        <w:tc>
          <w:tcPr>
            <w:tcW w:type="dxa" w:w="2880"/>
          </w:tcPr>
          <w:p>
            <w:r>
              <w:t>1</w:t>
            </w:r>
          </w:p>
        </w:tc>
      </w:tr>
    </w:tbl>
    <w:p/>
    <w:sectPr w:rsidR="00FC693F" w:rsidRPr="0006063C" w:rsidSect="00034616">
      <w:footerReference w:type="default" r:id="rId5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GeoBit Large Spatial Model | Sample: Ports and maritime operations, Rotterdam | report version 1</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Ports and maritime operations, Rotterdam: report</dc:title>
  <dc:subject>Describe the project Sample: Ports and maritime operations, Rotterdam: run the analyses that tell the most about its data, draw every result, and write a cited report.</dc:subject>
  <dc:creator>GeoBit Large Spatial Model</dc:creator>
  <cp:keywords/>
  <dc:description>generated by python-docx</dc:description>
  <cp:lastModifiedBy/>
  <cp:revision>1</cp:revision>
  <dcterms:created xsi:type="dcterms:W3CDTF">2013-12-23T23:15:00Z</dcterms:created>
  <dcterms:modified xsi:type="dcterms:W3CDTF">2013-12-23T23:15:00Z</dcterms:modified>
  <cp:category/>
</cp:coreProperties>
</file>