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Public safety, Chicago: report</w:t>
      </w:r>
    </w:p>
    <w:p>
      <w:r>
        <w:rPr>
          <w:color w:val="525252"/>
          <w:sz w:val="18"/>
        </w:rPr>
        <w:t>Project: Sample: Public safety, Chicago</w:t>
      </w:r>
      <w:r>
        <w:rPr>
          <w:color w:val="525252"/>
          <w:sz w:val="18"/>
        </w:rPr>
        <w:br/>
        <w:t>Goal: Describe the project Sample: Public safety, Chicago: run the analyses that tell the most about its data, draw every result, and write a cited report.</w:t>
      </w:r>
      <w:r>
        <w:rPr>
          <w:color w:val="525252"/>
          <w:sz w:val="18"/>
        </w:rPr>
        <w:br/>
        <w:t>Run: 2e6054ca-62f3-479f-b398-915fe26200ce (running, 19 agent run(s))</w:t>
      </w:r>
      <w:r>
        <w:rPr>
          <w:color w:val="525252"/>
          <w:sz w:val="18"/>
        </w:rPr>
        <w:br/>
        <w:t>Generated: 2026-10-19T04:36:58Z,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Incidents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1,680</w:t>
            </w:r>
          </w:p>
        </w:tc>
        <w:tc>
          <w:tcPr>
            <w:tcW w:type="dxa" w:w="1440"/>
          </w:tcPr>
          <w:p>
            <w:r>
              <w:t>2025-10-01 to 2026-09-30</w:t>
            </w:r>
          </w:p>
        </w:tc>
        <w:tc>
          <w:tcPr>
            <w:tcW w:type="dxa" w:w="1440"/>
          </w:tcPr>
          <w:p>
            <w:r>
              <w:t>1,680 point features; dated by 'reported_at' from 2025-10-01 to 2026-09-30; 'category' has 7 values (top: theft 539, battery 286, criminal damage 207); 'location_type' has 6 values (top: street 626, residence 351, business 274); 'severity' 1 to 5 (mean 2.587); extent -87.6800,41.8566 to -87.6078,41.9016. Dated point events by category: where and when Incidents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Street light outages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420</w:t>
            </w:r>
          </w:p>
        </w:tc>
        <w:tc>
          <w:tcPr>
            <w:tcW w:type="dxa" w:w="1440"/>
          </w:tcPr>
          <w:p>
            <w:r>
              <w:t>2025-10-01 to 2026-09-30</w:t>
            </w:r>
          </w:p>
        </w:tc>
        <w:tc>
          <w:tcPr>
            <w:tcW w:type="dxa" w:w="1440"/>
          </w:tcPr>
          <w:p>
            <w:r>
              <w:t>420 point features; dated by 'reported_at' from 2025-10-01 to 2026-09-30; 'cause' has 4 values (top: lamp failure 209, cable fault 100, vandalism 64); 'days_out' 1 to 60 (mean 6.95); extent -87.6803,41.8565 to -87.6125,41.9013. Dated point events by cause: where and when Street light outages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Patrol beats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 polygon (area) features; 'district' has 1 values (top: District 12 16); 'population' 11,440 to 33,436 (mean 2.514e+04); 'officers_assigned' 6 to 12 (mean 9.75); named by 'name' (e.g. North River Beat, Market West Beat, Station Quarter Beat); total area 30.02 km2; extent -87.6804,41.8563 to -87.6076,41.9017. Areas (Patrol beats) with population to compare and map.</w:t>
            </w:r>
          </w:p>
        </w:tc>
        <w:tc>
          <w:tcPr>
            <w:tcW w:type="dxa" w:w="1440"/>
          </w:tcPr>
          <w:p>
            <w:r>
              <w:t>[145]</w:t>
            </w:r>
          </w:p>
        </w:tc>
      </w:tr>
      <w:tr>
        <w:tc>
          <w:tcPr>
            <w:tcW w:type="dxa" w:w="1440"/>
          </w:tcPr>
          <w:p>
            <w:r>
              <w:t>Police stations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 point features; 'open_24h' has 2 values (top: False 2, True 1); 'officers' 97 to 139 (mean 124.7); named by 'name' (e.g. Central District Station, Westside Station, Riverside Station); extent -87.6671,41.8744 to -87.6210,41.8881. Point locations of Police stations by open_24h.</w:t>
            </w:r>
          </w:p>
        </w:tc>
        <w:tc>
          <w:tcPr>
            <w:tcW w:type="dxa" w:w="1440"/>
          </w:tcPr>
          <w:p>
            <w:r>
              <w:t>[146]</w:t>
            </w:r>
          </w:p>
        </w:tc>
      </w:tr>
      <w:tr>
        <w:tc>
          <w:tcPr>
            <w:tcW w:type="dxa" w:w="1440"/>
          </w:tcPr>
          <w:p>
            <w:r>
              <w:t>CCTV cameras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60 point features; 'ptz' has 2 values (top: False 41, True 19); 'status' has 2 values (top: live 45, fault 15); 'installed_year' 2,012 to 2,025 (mean 2018); extent -87.6796,41.8566 to -87.6139,41.9010. Point locations of CCTV cameras by ptz.</w:t>
            </w:r>
          </w:p>
        </w:tc>
        <w:tc>
          <w:tcPr>
            <w:tcW w:type="dxa" w:w="1440"/>
          </w:tcPr>
          <w:p>
            <w:r>
              <w:t>[147]</w:t>
            </w:r>
          </w:p>
        </w:tc>
      </w:tr>
      <w:tr>
        <w:tc>
          <w:tcPr>
            <w:tcW w:type="dxa" w:w="1440"/>
          </w:tcPr>
          <w:p>
            <w:r>
              <w:t>Transit stops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80 point features; 'mode' has 2 values (top: bus 74, rail 6); 'daily_boardings' 48 to 4,542 (mean 311.9); named by 'name' (e.g. Central Transit Center, Stop 002, Stop 003); extent -87.6794,41.8569 to -87.6138,41.9013. Point locations of Transit stops by mode.</w:t>
            </w:r>
          </w:p>
        </w:tc>
        <w:tc>
          <w:tcPr>
            <w:tcW w:type="dxa" w:w="1440"/>
          </w:tcPr>
          <w:p>
            <w:r>
              <w:t>[148]</w:t>
            </w:r>
          </w:p>
        </w:tc>
      </w:tr>
      <w:tr>
        <w:tc>
          <w:tcPr>
            <w:tcW w:type="dxa" w:w="1440"/>
          </w:tcPr>
          <w:p>
            <w:r>
              <w:t>Licensed premises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120 point features; 'type' has 4 values (top: restaurant 57, bar 38, liquor store 13); 'closing_hour' 0 to 23 (mean 5.775); 'capacity' 32 to 350 (mean 124.8); extent -87.6794,41.8569 to -87.6140,41.9008. Point locations of Licensed premises by type.</w:t>
            </w:r>
          </w:p>
        </w:tc>
        <w:tc>
          <w:tcPr>
            <w:tcW w:type="dxa" w:w="1440"/>
          </w:tcPr>
          <w:p>
            <w:r>
              <w:t>[149]</w:t>
            </w:r>
          </w:p>
        </w:tc>
      </w:tr>
      <w:tr>
        <w:tc>
          <w:tcPr>
            <w:tcW w:type="dxa" w:w="1440"/>
          </w:tcPr>
          <w:p>
            <w:r>
              <w:t>Roads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1,033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1,033 line features; 'class' has 4 values (top: local 814, other 181, motorway 25); 'speed_limit_mph' 25 to 35 (mean 25.37); 'lanes' 2 to 4 (mean 2.074); named by 'name' (e.g. Randolph St, W Arcade Pl, Harrison St); total length 509.7 km; extent -87.6804,41.8563 to -87.6077,41.9016. Lines (Roads) such as routes or networks.</w:t>
            </w:r>
          </w:p>
        </w:tc>
        <w:tc>
          <w:tcPr>
            <w:tcW w:type="dxa" w:w="1440"/>
          </w:tcPr>
          <w:p>
            <w:r>
              <w:t>[150]</w:t>
            </w:r>
          </w:p>
        </w:tc>
      </w:tr>
      <w:tr>
        <w:tc>
          <w:tcPr>
            <w:tcW w:type="dxa" w:w="1440"/>
          </w:tcPr>
          <w:p>
            <w:r>
              <w:t>Calls for service by beat and month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384</w:t>
            </w:r>
          </w:p>
        </w:tc>
        <w:tc>
          <w:tcPr>
            <w:tcW w:type="dxa" w:w="1440"/>
          </w:tcPr>
          <w:p>
            <w:r>
              <w:t>2024-10-01 to 2026-09-01</w:t>
            </w:r>
          </w:p>
        </w:tc>
        <w:tc>
          <w:tcPr>
            <w:tcW w:type="dxa" w:w="1440"/>
          </w:tcPr>
          <w:p>
            <w:r>
              <w:t>Table of 384 rows and 6 columns without geometry; dated by 'month' from 2024-10-01 to 2026-09-01; 'calls' 61 to 814 (mean 226.5); 'priority_1_calls' 9 to 139 (mean 35.84); 'median_response_min' 5.7 to 13.9 (mean 9.779). A table of Calls for service by beat and month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Beat staffing by shift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48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48 rows and 5 columns without geometry; 'shift' has 3 values (top: day 16, evening 16, night 16); 'officers' 2 to 6 (mean 3.75); 'vehicles' 1 to 3 (mean 1.979); 'overtime_hours' 0 to 59 (mean 28.85). A table of Beat staffing by shift without locations.</w:t>
            </w:r>
          </w:p>
        </w:tc>
        <w:tc>
          <w:tcPr>
            <w:tcW w:type="dxa" w:w="1440"/>
          </w:tcPr>
          <w:p>
            <w:r>
              <w:t>[151]</w:t>
            </w:r>
          </w:p>
        </w:tc>
      </w:tr>
      <w:tr>
        <w:tc>
          <w:tcPr>
            <w:tcW w:type="dxa" w:w="1440"/>
          </w:tcPr>
          <w:p>
            <w:r>
              <w:t>Quarterly crime and safety briefing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'Quarterly crime and safety briefing, third quarter 2026'; language en; mentions 7 place(s): Central Transit Center (2), Market West Beat (2), N Elizabeth St (2), Kingsway Beat (2), 41.87815, -87.63532 (1). A document about Central Transit Center, Market West Beat, N Elizabeth St; it names event terms Thefts, Transit, street.</w:t>
            </w:r>
          </w:p>
        </w:tc>
        <w:tc>
          <w:tcPr>
            <w:tcW w:type="dxa" w:w="1440"/>
          </w:tcPr>
          <w:p>
            <w:r>
              <w:t>[152]</w:t>
            </w:r>
          </w:p>
        </w:tc>
      </w:tr>
      <w:tr>
        <w:tc>
          <w:tcPr>
            <w:tcW w:type="dxa" w:w="1440"/>
          </w:tcPr>
          <w:p>
            <w:r>
              <w:t>Hot spot patrol plan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'Hot spot patrol plan'; language en; mentions 6 place(s): Central District Station (1), Westside Station (1), Riverside Station (1), Central Transit Center (1), Market West Beat (1). A document about Central District Station, Westside Station, Riverside Station; it names organizations Focus; event terms theft, Patrols, Transit.</w:t>
            </w:r>
          </w:p>
        </w:tc>
        <w:tc>
          <w:tcPr>
            <w:tcW w:type="dxa" w:w="1440"/>
          </w:tcPr>
          <w:p>
            <w:r>
              <w:t>[153]</w:t>
            </w:r>
          </w:p>
        </w:tc>
      </w:tr>
      <w:tr>
        <w:tc>
          <w:tcPr>
            <w:tcW w:type="dxa" w:w="1440"/>
          </w:tcPr>
          <w:p>
            <w:r>
              <w:t>Sample: Public safety, Chicago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[154]</w:t>
            </w:r>
          </w:p>
        </w:tc>
      </w:tr>
      <w:tr>
        <w:tc>
          <w:tcPr>
            <w:tcW w:type="dxa" w:w="1440"/>
          </w:tcPr>
          <w:p>
            <w:r>
              <w:t>Hot spot analysis: CCTV cameras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Hot spot analysis: Licensed premises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[155]</w:t>
            </w:r>
          </w:p>
        </w:tc>
      </w:tr>
      <w:tr>
        <w:tc>
          <w:tcPr>
            <w:tcW w:type="dxa" w:w="1440"/>
          </w:tcPr>
          <w:p>
            <w:r>
              <w:t>Emerging hot spots: Incidents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270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[156]</w:t>
            </w:r>
          </w:p>
        </w:tc>
      </w:tr>
      <w:tr>
        <w:tc>
          <w:tcPr>
            <w:tcW w:type="dxa" w:w="1440"/>
          </w:tcPr>
          <w:p>
            <w:r>
              <w:t>Emerging hot spots: Street light outages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[157]</w:t>
            </w:r>
          </w:p>
        </w:tc>
      </w:tr>
      <w:tr>
        <w:tc>
          <w:tcPr>
            <w:tcW w:type="dxa" w:w="1440"/>
          </w:tcPr>
          <w:p>
            <w:r>
              <w:t>Find point clusters: Licensed premises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[158]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[81]</w:t>
            </w:r>
          </w:p>
        </w:tc>
      </w:tr>
      <w:tr>
        <w:tc>
          <w:tcPr>
            <w:tcW w:type="dxa" w:w="1440"/>
          </w:tcPr>
          <w:p>
            <w:r>
              <w:t>Find point clusters: Incidents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1,680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[160]</w:t>
            </w:r>
          </w:p>
        </w:tc>
      </w:tr>
      <w:tr>
        <w:tc>
          <w:tcPr>
            <w:tcW w:type="dxa" w:w="1440"/>
          </w:tcPr>
          <w:p>
            <w:r>
              <w:t>Find point clusters: Street light outages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420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[161]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[162]</w:t>
            </w:r>
          </w:p>
        </w:tc>
      </w:tr>
      <w:tr>
        <w:tc>
          <w:tcPr>
            <w:tcW w:type="dxa" w:w="1440"/>
          </w:tcPr>
          <w:p>
            <w:r>
              <w:t>Summarize within: Patrol beats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[163]</w:t>
            </w:r>
          </w:p>
        </w:tc>
      </w:tr>
      <w:tr>
        <w:tc>
          <w:tcPr>
            <w:tcW w:type="dxa" w:w="1440"/>
          </w:tcPr>
          <w:p>
            <w:r>
              <w:t>Summarize within: Patrol beats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[164]</w:t>
            </w:r>
          </w:p>
        </w:tc>
      </w:tr>
      <w:tr>
        <w:tc>
          <w:tcPr>
            <w:tcW w:type="dxa" w:w="1440"/>
          </w:tcPr>
          <w:p>
            <w:r>
              <w:t>Summarize within: Patrol beats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[88]</w:t>
            </w:r>
          </w:p>
        </w:tc>
      </w:tr>
      <w:tr>
        <w:tc>
          <w:tcPr>
            <w:tcW w:type="dxa" w:w="1440"/>
          </w:tcPr>
          <w:p>
            <w:r>
              <w:t>Period change: Incidents (week of 2026-06-22 to week of 2026-06-29)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[8]</w:t>
            </w:r>
          </w:p>
        </w:tc>
      </w:tr>
      <w:tr>
        <w:tc>
          <w:tcPr>
            <w:tcW w:type="dxa" w:w="1440"/>
          </w:tcPr>
          <w:p>
            <w:r>
              <w:t>Period change: Street light outages (week of 2026-02-02 to week of 2026-02-09)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[10]</w:t>
            </w:r>
          </w:p>
        </w:tc>
      </w:tr>
      <w:tr>
        <w:tc>
          <w:tcPr>
            <w:tcW w:type="dxa" w:w="1440"/>
          </w:tcPr>
          <w:p>
            <w:r>
              <w:t>Calculate density: Licensed premises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[165]</w:t>
            </w:r>
          </w:p>
        </w:tc>
      </w:tr>
      <w:tr>
        <w:tc>
          <w:tcPr>
            <w:tcW w:type="dxa" w:w="1440"/>
          </w:tcPr>
          <w:p>
            <w:r>
              <w:t>Calculate density: Incidents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2,874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[166]</w:t>
            </w:r>
          </w:p>
        </w:tc>
      </w:tr>
      <w:tr>
        <w:tc>
          <w:tcPr>
            <w:tcW w:type="dxa" w:w="1440"/>
          </w:tcPr>
          <w:p>
            <w:r>
              <w:t>Calculate density: Street light outages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848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[93]</w:t>
            </w:r>
          </w:p>
        </w:tc>
      </w:tr>
      <w:tr>
        <w:tc>
          <w:tcPr>
            <w:tcW w:type="dxa" w:w="1440"/>
          </w:tcPr>
          <w:p>
            <w:r>
              <w:t>Hot spot analysis: Incidents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2,912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[80]</w:t>
            </w:r>
          </w:p>
        </w:tc>
      </w:tr>
      <w:tr>
        <w:tc>
          <w:tcPr>
            <w:tcW w:type="dxa" w:w="1440"/>
          </w:tcPr>
          <w:p>
            <w:r>
              <w:t>Repeat and near repeat classification: Incidents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1,680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[167]</w:t>
            </w:r>
          </w:p>
        </w:tc>
      </w:tr>
      <w:tr>
        <w:tc>
          <w:tcPr>
            <w:tcW w:type="dxa" w:w="1440"/>
          </w:tcPr>
          <w:p>
            <w:r>
              <w:t>Dense areas of street light outages</w:t>
            </w:r>
          </w:p>
        </w:tc>
        <w:tc>
          <w:tcPr>
            <w:tcW w:type="dxa" w:w="1440"/>
          </w:tcPr>
          <w:p>
            <w:r>
              <w:t>layer, MultiPolygon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Hot cells inside each cluster of licensed premises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[82]</w:t>
            </w:r>
          </w:p>
        </w:tc>
      </w:tr>
      <w:tr>
        <w:tc>
          <w:tcPr>
            <w:tcW w:type="dxa" w:w="1440"/>
          </w:tcPr>
          <w:p>
            <w:r>
              <w:t>Change beside the counts per patrol beat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[89]</w:t>
            </w:r>
          </w:p>
        </w:tc>
      </w:tr>
      <w:tr>
        <w:tc>
          <w:tcPr>
            <w:tcW w:type="dxa" w:w="1440"/>
          </w:tcPr>
          <w:p>
            <w:r>
              <w:t>Change of incidents where density is high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[94]</w:t>
            </w:r>
          </w:p>
        </w:tc>
      </w:tr>
      <w:tr>
        <w:tc>
          <w:tcPr>
            <w:tcW w:type="dxa" w:w="1440"/>
          </w:tcPr>
          <w:p>
            <w:r>
              <w:t>Hot cells of CCTV cameras per patrol beat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Nearest police station to each cluster of licensed premises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Change of street light outages per patrol beat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844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month by dataset [1]. Per month, 2024-10-01 to 2026-09-01. Source: Incidents, Street light outages, Calls for service by beat and month (2,484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7007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0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Timeline lanes: events per month by dataset [5]. Per month, 2024-10-01 to 2026-09-01. Source: Incidents, Street light outages, Calls for service by beat and month (2,484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7371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7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Timeline: change from one month to the next [6]. Per month, 2024-11-01 to 2026-09-01. Source: Incidents, Street light outages, Calls for service by beat and month (2,484 features). The data is in the appendix.</w:t>
      </w:r>
    </w:p>
    <w:p>
      <w:r>
        <w:rPr>
          <w:i w:val="0"/>
        </w:rPr>
        <w:t>The timeline counts 2,484 dated events in Incidents, Street light outages, Calls for service by beat and month per month, from October 2024 to September 2026 [1][2][3][4]. By dataset: Incidents 1,680; Street light outages 420; Calls for service by beat and month 384 [1][5]. The trend is +11.8 events per month; the second half of the months has 2,292 against 192 in the first (+1093.8%) [1]. Month over month, the largest rise was from September 2025 to October 2025 (16 to 163, +147) and the largest fall was from January 2026 to February 2026 (177 to 150, -27) [1][6]. The count rose from 33 in week of 2026-06-22 to 72 in week of 2026-06-29 (+118.2%), beyond what chance would give (p = 0.000178) [7][8]. Between the two, the largest rise was in Market West Beat (7 to 16, +9) and the largest fall in Granary Beat (2 to 0, -2) [7][8]. The count fell from 17 in week of 2026-02-02 to 4 in week of 2026-02-09 (-76.5%), beyond what chance would give (p = 0.0072) [9][10]. Between the two, the largest rise was in Parkview Beat (0 to 2, +2) and the largest fall in Market West Beat (9 to 2, -7) [9][10].</w:t>
      </w:r>
    </w:p>
    <w:p>
      <w:r>
        <w:rPr>
          <w:b/>
        </w:rPr>
        <w:t>Busiest months</w:t>
      </w:r>
    </w:p>
    <w:p>
      <w:pPr>
        <w:pStyle w:val="ListBullet"/>
      </w:pPr>
      <w:r>
        <w:t>July 2026: 235 events [1]</w:t>
      </w:r>
    </w:p>
    <w:p>
      <w:pPr>
        <w:pStyle w:val="ListBullet"/>
      </w:pPr>
      <w:r>
        <w:t>September 2026: 234 events [1]</w:t>
      </w:r>
    </w:p>
    <w:p>
      <w:pPr>
        <w:pStyle w:val="ListBullet"/>
      </w:pPr>
      <w:r>
        <w:t>August 2026: 228 events [1]</w:t>
      </w:r>
    </w:p>
    <w:p>
      <w:r>
        <w:rPr>
          <w:b/>
        </w:rPr>
        <w:t>Quietest months</w:t>
      </w:r>
    </w:p>
    <w:p>
      <w:pPr>
        <w:pStyle w:val="ListBullet"/>
      </w:pPr>
      <w:r>
        <w:t>October 2024: 16 events [1]</w:t>
      </w:r>
    </w:p>
    <w:p>
      <w:pPr>
        <w:pStyle w:val="ListBullet"/>
      </w:pPr>
      <w:r>
        <w:t>November 2024: 16 events [1]</w:t>
      </w:r>
    </w:p>
    <w:p>
      <w:pPr>
        <w:pStyle w:val="ListBullet"/>
      </w:pPr>
      <w:r>
        <w:t>December 2024: 16 events [1]</w:t>
      </w:r>
    </w:p>
    <w:p>
      <w:pPr>
        <w:pStyle w:val="Heading1"/>
      </w:pPr>
      <w:r>
        <w:t>Overview</w:t>
      </w:r>
    </w:p>
    <w:p>
      <w:r>
        <w:rPr>
          <w:i w:val="0"/>
        </w:rPr>
        <w:t>Overview: the top 3 results in the report's order, each in one distinct color, over Patrol beats as context [11].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Overview: the top 3 results [11]</w:t>
      </w:r>
    </w:p>
    <w:p>
      <w:pPr>
        <w:pStyle w:val="Heading1"/>
      </w:pPr>
      <w:r>
        <w:t>Spatial structure</w:t>
      </w:r>
    </w:p>
    <w:p>
      <w:r>
        <w:rPr>
          <w:i w:val="0"/>
        </w:rPr>
        <w:t>Incidents are clustered (nearest-neighbor ratio 0.73, z = -21.0; features lie 48.8 m apart on average against 66.5 m if random) [12]. Incidents are dated by 'reported_at' from 2025-10-01 to 2026-09-30 at a week grain [12]. Over time the pattern changes: the earlier half is clustered (ratio 0.7893) and the later half clustered (ratio 0.7746); the center moved 132 m [12]. Street light outages are clustered (nearest-neighbor ratio 0.88, z = -4.9; features lie 113 m apart on average against 129 m if random) [13]. Street light outages are dated by 'reported_at' from 2025-10-01 to 2026-09-30 at a week grain [13]. Over time the pattern changes: the earlier half is clustered (ratio 0.8542) and the later half clustered (ratio 0.8877); the center moved 263 m [13]. Patrol beats are 16 areas of 1.876 km2 on average, covering 99 percent of their extent, with no overlap [14]. CCTV cameras are spread at random (nearest-neighbor ratio 0.93, z = -1.0; features lie 311 m apart on average against 334 m if random) [15]. Transit stops are spread at random (nearest-neighbor ratio 0.93, z = -1.2; features lie 268 m apart on average against 289 m if random) [16]. Licensed premises are clustered (nearest-neighbor ratio 0.85, z = -3.2; features lie 199 m apart on average against 234 m if random) [17]. Roads form a connected network: 1033 lines with 120 junctions and 2864 crossings in 98 connected parts, 509.7 km in all [18]. 100 percent of CCTV cameras lie inside Patrol beats (60 of 60) [14][15]. 100 percent of Incidents lie inside Patrol beats (1680 of 1680) [12][14]. 100 percent of Licensed premises lie inside Patrol beats (120 of 120) [14][17]. 100 percent of Police stations lie inside Patrol beats (3 of 3) [14][19]. 100 percent of Street light outages lie inside Patrol beats (420 of 420) [13][14]. 100 percent of Transit stops lie inside Patrol beats (80 of 80) [14][16]. 99 percent of Roads lie inside Patrol beats (1019 of 1033) [14][18]. CCTV cameras lie 2.33 m from the nearest of Roads (median); 100 percent lie within 100 m [15][18]. Street light outages lie 3.89 m from the nearest of Roads (median); 96 percent lie within 100 m [13][18]. Transit stops lie 4.41 m from the nearest of Roads (median); 100 percent lie within 100 m [16][18].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layers profiled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clustered point layers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random point layers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Incidents are clustered (nearest-neighbor ratio 0.73, z = -21.0; features lie 48.8 m apart on average against 66.5 m if random) [12].</w:t>
      </w:r>
    </w:p>
    <w:p>
      <w:pPr>
        <w:pStyle w:val="ListBullet"/>
      </w:pPr>
      <w:r>
        <w:rPr>
          <w:b/>
        </w:rPr>
        <w:t xml:space="preserve">Evidenced: </w:t>
      </w:r>
      <w:r>
        <w:t>Incidents are dated by 'reported_at' from 2025-10-01 to 2026-09-30 at a week grain [12].</w:t>
      </w:r>
    </w:p>
    <w:p>
      <w:pPr>
        <w:pStyle w:val="ListBullet"/>
      </w:pPr>
      <w:r>
        <w:rPr>
          <w:b/>
        </w:rPr>
        <w:t xml:space="preserve">Evidenced: </w:t>
      </w:r>
      <w:r>
        <w:t>Over time the pattern changes: the earlier half is clustered (ratio 0.7893) and the later half clustered (ratio 0.7746); the center moved 132 m [12].</w:t>
      </w:r>
    </w:p>
    <w:p>
      <w:pPr>
        <w:pStyle w:val="ListBullet"/>
      </w:pPr>
      <w:r>
        <w:rPr>
          <w:b/>
        </w:rPr>
        <w:t xml:space="preserve">Evidenced: </w:t>
      </w:r>
      <w:r>
        <w:t>Street light outages are clustered (nearest-neighbor ratio 0.88, z = -4.9; features lie 113 m apart on average against 129 m if random) [13].</w:t>
      </w:r>
    </w:p>
    <w:p>
      <w:pPr>
        <w:pStyle w:val="ListBullet"/>
      </w:pPr>
      <w:r>
        <w:rPr>
          <w:b/>
        </w:rPr>
        <w:t xml:space="preserve">Evidenced: </w:t>
      </w:r>
      <w:r>
        <w:t>Street light outages are dated by 'reported_at' from 2025-10-01 to 2026-09-30 at a week grain [13].</w:t>
      </w:r>
    </w:p>
    <w:p>
      <w:pPr>
        <w:pStyle w:val="ListBullet"/>
      </w:pPr>
      <w:r>
        <w:rPr>
          <w:b/>
        </w:rPr>
        <w:t xml:space="preserve">Evidenced: </w:t>
      </w:r>
      <w:r>
        <w:t>Over time the pattern changes: the earlier half is clustered (ratio 0.8542) and the later half clustered (ratio 0.8877); the center moved 263 m [13].</w:t>
      </w:r>
    </w:p>
    <w:p>
      <w:pPr>
        <w:pStyle w:val="ListBullet"/>
      </w:pPr>
      <w:r>
        <w:rPr>
          <w:b/>
        </w:rPr>
        <w:t xml:space="preserve">Evidenced: </w:t>
      </w:r>
      <w:r>
        <w:t>Patrol beats are 16 areas of 1.876 km2 on average, covering 99 percent of their extent, with no overlap [14].</w:t>
      </w:r>
    </w:p>
    <w:p>
      <w:pPr>
        <w:pStyle w:val="ListBullet"/>
      </w:pPr>
      <w:r>
        <w:rPr>
          <w:b/>
        </w:rPr>
        <w:t xml:space="preserve">Evidenced: </w:t>
      </w:r>
      <w:r>
        <w:t>CCTV cameras are spread at random (nearest-neighbor ratio 0.93, z = -1.0; features lie 311 m apart on average against 334 m if random) [15].</w:t>
      </w:r>
    </w:p>
    <w:p>
      <w:pPr>
        <w:pStyle w:val="ListBullet"/>
      </w:pPr>
      <w:r>
        <w:rPr>
          <w:b/>
        </w:rPr>
        <w:t xml:space="preserve">Evidenced: </w:t>
      </w:r>
      <w:r>
        <w:t>Transit stops are spread at random (nearest-neighbor ratio 0.93, z = -1.2; features lie 268 m apart on average against 289 m if random) [16].</w:t>
      </w:r>
    </w:p>
    <w:p>
      <w:pPr>
        <w:pStyle w:val="ListBullet"/>
      </w:pPr>
      <w:r>
        <w:rPr>
          <w:b/>
        </w:rPr>
        <w:t xml:space="preserve">Evidenced: </w:t>
      </w:r>
      <w:r>
        <w:t>Licensed premises are clustered (nearest-neighbor ratio 0.85, z = -3.2; features lie 199 m apart on average against 234 m if random) [17].</w:t>
      </w:r>
    </w:p>
    <w:p>
      <w:pPr>
        <w:pStyle w:val="ListBullet"/>
      </w:pPr>
      <w:r>
        <w:rPr>
          <w:b/>
        </w:rPr>
        <w:t xml:space="preserve">Evidenced: </w:t>
      </w:r>
      <w:r>
        <w:t>Roads form a connected network: 1033 lines with 120 junctions and 2864 crossings in 98 connected parts, 509.7 km in all [18].</w:t>
      </w:r>
    </w:p>
    <w:p>
      <w:pPr>
        <w:pStyle w:val="ListBullet"/>
      </w:pPr>
      <w:r>
        <w:rPr>
          <w:b/>
        </w:rPr>
        <w:t xml:space="preserve">Evidenced: </w:t>
      </w:r>
      <w:r>
        <w:t>100 percent of CCTV cameras lie inside Patrol beats (60 of 60) [14][15].</w:t>
      </w:r>
    </w:p>
    <w:p>
      <w:pPr>
        <w:pStyle w:val="ListBullet"/>
      </w:pPr>
      <w:r>
        <w:rPr>
          <w:b/>
        </w:rPr>
        <w:t xml:space="preserve">Evidenced: </w:t>
      </w:r>
      <w:r>
        <w:t>100 percent of Incidents lie inside Patrol beats (1680 of 1680) [12][14].</w:t>
      </w:r>
    </w:p>
    <w:p>
      <w:pPr>
        <w:pStyle w:val="ListBullet"/>
      </w:pPr>
      <w:r>
        <w:rPr>
          <w:b/>
        </w:rPr>
        <w:t xml:space="preserve">Evidenced: </w:t>
      </w:r>
      <w:r>
        <w:t>100 percent of Licensed premises lie inside Patrol beats (120 of 120) [14][17].</w:t>
      </w:r>
    </w:p>
    <w:p>
      <w:pPr>
        <w:pStyle w:val="ListBullet"/>
      </w:pPr>
      <w:r>
        <w:rPr>
          <w:b/>
        </w:rPr>
        <w:t xml:space="preserve">Evidenced: </w:t>
      </w:r>
      <w:r>
        <w:t>100 percent of Police stations lie inside Patrol beats (3 of 3) [14][19].</w:t>
      </w:r>
    </w:p>
    <w:p>
      <w:pPr>
        <w:pStyle w:val="ListBullet"/>
      </w:pPr>
      <w:r>
        <w:rPr>
          <w:b/>
        </w:rPr>
        <w:t xml:space="preserve">Evidenced: </w:t>
      </w:r>
      <w:r>
        <w:t>100 percent of Street light outages lie inside Patrol beats (420 of 420) [13][14].</w:t>
      </w:r>
    </w:p>
    <w:p>
      <w:pPr>
        <w:pStyle w:val="ListBullet"/>
      </w:pPr>
      <w:r>
        <w:rPr>
          <w:b/>
        </w:rPr>
        <w:t xml:space="preserve">Evidenced: </w:t>
      </w:r>
      <w:r>
        <w:t>100 percent of Transit stops lie inside Patrol beats (80 of 80) [14][16].</w:t>
      </w:r>
    </w:p>
    <w:p>
      <w:pPr>
        <w:pStyle w:val="ListBullet"/>
      </w:pPr>
      <w:r>
        <w:rPr>
          <w:b/>
        </w:rPr>
        <w:t xml:space="preserve">Evidenced: </w:t>
      </w:r>
      <w:r>
        <w:t>99 percent of Roads lie inside Patrol beats (1019 of 1033) [14][18].</w:t>
      </w:r>
    </w:p>
    <w:p>
      <w:pPr>
        <w:pStyle w:val="ListBullet"/>
      </w:pPr>
      <w:r>
        <w:rPr>
          <w:b/>
        </w:rPr>
        <w:t xml:space="preserve">Evidenced: </w:t>
      </w:r>
      <w:r>
        <w:t>CCTV cameras lie 2.33 m from the nearest of Roads (median); 100 percent lie within 100 m [15][18].</w:t>
      </w:r>
    </w:p>
    <w:p>
      <w:pPr>
        <w:pStyle w:val="ListBullet"/>
      </w:pPr>
      <w:r>
        <w:rPr>
          <w:b/>
        </w:rPr>
        <w:t xml:space="preserve">Evidenced: </w:t>
      </w:r>
      <w:r>
        <w:t>Street light outages lie 3.89 m from the nearest of Roads (median); 96 percent lie within 100 m [13][18].</w:t>
      </w:r>
    </w:p>
    <w:p>
      <w:pPr>
        <w:pStyle w:val="ListBullet"/>
      </w:pPr>
      <w:r>
        <w:rPr>
          <w:b/>
        </w:rPr>
        <w:t xml:space="preserve">Evidenced: </w:t>
      </w:r>
      <w:r>
        <w:t>Transit stops lie 4.41 m from the nearest of Roads (median); 100 percent lie within 100 m [16][18].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60 points: Getis-Ord Gi* tests whether the concentrations in CCTV cameras are statistically significant [21].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tool, `gp_hot_spots`, utilized the CCTV cameras layer [15] and returned a result containing 36 features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Hot spots: CCTV cameras [23]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spot analysis: CCTV cameras by gi_bin in 7 classes: Hot spot - 99% confidence, Hot spot - 95% confidence, Hot spot - 90% confidence, Not significant, Cold spot - 90% confidence, Cold spot - 95% confidence and 1 more [23]. The map draws Patrol beats with one symbol [23]. It draws 52 features [23]. It covers longitude -87.715 to -87.578 and latitude 41.838 to 41.917, at about 1:47,468 [23].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CCTV cameras: Hot spot analysis: 1 layer saved: Hot spot analysis: CCTV cameras (36 features) [15][22].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36; result, count 36; result, elapsed ms 3; result, cell size m 1,000; result, incidents used 60; result, distance band m 2,000 [22].</w:t>
      </w:r>
    </w:p>
    <w:p>
      <w:r>
        <w:rPr>
          <w:i/>
          <w:color w:val="525252"/>
          <w:sz w:val="17"/>
        </w:rPr>
        <w:t>Tool gp_hot_spots; parameters {"project": "fe9df6b9-8a15-4264-946b-4b37b8dbb89d", "features": {"layer": "CCTV cameras (ad88aaeb)"}, "aggregation": "hexagon", "cell_size_m": 1000.0,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120 points: Getis-Ord Gi* tests whether the concentrations in Licensed premises are statistically significant [24]. Measured: Licensed premises are clustered (nearest-neighbor ratio 0.85, z = -3.2), median spacing 121 m [24]. Cells of 500 m and a band of 1000 m from the measured spacing [24].</w:t>
      </w:r>
    </w:p>
    <w:p>
      <w:r>
        <w:rPr>
          <w:b/>
        </w:rPr>
        <w:t xml:space="preserve">What it found. </w:t>
      </w:r>
      <w:r>
        <w:rPr>
          <w:i w:val="0"/>
        </w:rPr>
        <w:t>Hot spots on Licensed premises: Hot spot analysis: 1 layer saved: Hot spot analysis: Licensed premises (112 features) [17][25]. It reported result, bins 112; result, count 112; result, elapsed ms 5; result, cell size m 500; result, incidents used 120; result, distance band m 1,000 [25].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112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120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Hot spots: licensed premises [26]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spot analysis: Licensed premises by gi_bin in 7 classes: Hot spot - 99% confidence, Hot spot - 95% confidence, Hot spot - 90% confidence, Not significant, Cold spot - 90% confidence, Cold spot - 95% confidence and 1 more [26]. The map draws Patrol beats with one symbol [26]. It draws 128 features [26]. It covers longitude -87.705 to -87.593 and latitude 41.847 to 41.911, at about 1:38,555 [26].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Licensed premises: Hot spot analysis: 1 layer saved: Hot spot analysis: Licensed premises (112 features) [17][25].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112; result, count 112; result, elapsed ms 5; result, cell size m 500; result, incidents used 120; result, distance band m 1,000 [25].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gp_hot_spots; parameters {"project": "fe9df6b9-8a15-4264-946b-4b37b8dbb89d", "features": {"layer": "Licensed premises (055b5c2c)"}, "aggregation": "hexagon", "cell_size_m": 500.0, "distance_band_m": 1000.0}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[27]. In ArcGIS it is Emerging Hot Spot Analysis or Create Space Time Cube [27].</w:t>
      </w:r>
    </w:p>
    <w:p>
      <w:r>
        <w:rPr>
          <w:b/>
        </w:rPr>
        <w:t xml:space="preserve">Why it was run on this data. </w:t>
      </w:r>
      <w:r>
        <w:rPr>
          <w:i w:val="0"/>
        </w:rPr>
        <w:t>Incidents carry dates in 'reported_at': emerging hot spot analysis finds new, intensifying and fading hot spots per week [28]. Measured: the pattern of Incidents changes over time (earlier half clustered, later half clustered; the center moved 132 m) [28].</w:t>
      </w:r>
    </w:p>
    <w:p>
      <w:r>
        <w:rPr>
          <w:b/>
        </w:rPr>
        <w:t xml:space="preserve">What it found. </w:t>
      </w:r>
      <w:r>
        <w:rPr>
          <w:i w:val="0"/>
        </w:rPr>
        <w:t>The space time hot spots analysis was executed using the Incidents layer [12] and resulted in 270 features saved as "Emerging hot spots: Incidents" [29]. The process was efficient, concluding in an elapsed time of 46 milliseconds [29]. Furthermore, the analysis utilized 1,680 features and incurred a total cost of 0.184 [29].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270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46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1,680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0.184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0.184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Emerging hot spots: incidents [30]</w:t>
      </w:r>
    </w:p>
    <w:p>
      <w:r>
        <w:rPr>
          <w:b/>
        </w:rPr>
        <w:t xml:space="preserve">What the map shows. </w:t>
      </w:r>
      <w:r>
        <w:rPr>
          <w:i w:val="0"/>
        </w:rPr>
        <w:t>The map draws Emerging hot spots: Incidents by category in 2 classes: Sporadic hot spot, No pattern detected [30]. The map draws Patrol beats with one symbol [30]. It draws 286 features [30]. It covers longitude -87.702 to -87.587 and latitude 41.846 to 41.91, at about 1:39,916 [30].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Incidents: Emerging hot spots: 1 layer saved: Emerging hot spots: Incidents (270 features) [12][29].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270; result, elapsed ms 46; result, resolution 9; result, features used 1,680; result, time neighbors 0; billing, cost 0.184 [29].</w:t>
      </w:r>
    </w:p>
    <w:p>
      <w:r>
        <w:rPr>
          <w:i/>
          <w:color w:val="525252"/>
          <w:sz w:val="17"/>
        </w:rPr>
        <w:t>Tool gp_space_time_hot_spots; parameters {"project": "fe9df6b9-8a15-4264-946b-4b37b8dbb89d", "features": {"layer": "Incidents (36ad5f7c)"}, "interval": "week", "bin_shape": "h3", "resolution": 9, "time_field": "reported_at"}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[27]. In ArcGIS it is Emerging Hot Spot Analysis or Create Space Time Cube [27].</w:t>
      </w:r>
    </w:p>
    <w:p>
      <w:r>
        <w:rPr>
          <w:b/>
        </w:rPr>
        <w:t xml:space="preserve">Why it was run on this data. </w:t>
      </w:r>
      <w:r>
        <w:rPr>
          <w:i w:val="0"/>
        </w:rPr>
        <w:t>Street light outages carry dates in 'reported_at': emerging hot spot analysis finds new, intensifying and fading hot spots per week [31]. Measured: the pattern of Street light outages changes over time (earlier half clustered, later half clustered; the center moved 263 m) [31].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Street light outages: Emerging hot spots: 1 layer saved: Emerging hot spots: Street light outages (47 features) [13][32]. It reported result, count 47; result, elapsed ms 10; result, resolution 8; result, features used 420; result, time neighbors 0; billing, cost 0.121 [32].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420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0.121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0.121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Emerging hot spots: street light outages [33]</w:t>
      </w:r>
    </w:p>
    <w:p>
      <w:r>
        <w:rPr>
          <w:b/>
        </w:rPr>
        <w:t xml:space="preserve">What the map shows. </w:t>
      </w:r>
      <w:r>
        <w:rPr>
          <w:i w:val="0"/>
        </w:rPr>
        <w:t>The map draws Emerging hot spots: Street light outages by category in 2 classes: Sporadic hot spot, No pattern detected [33]. The map draws Patrol beats with one symbol [33]. It draws 63 features [33]. It covers longitude -87.716 to -87.578 and latitude 41.839 to 41.916, at about 1:47,799 [33].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Street light outages: Emerging hot spots: 1 layer saved: Emerging hot spots: Street light outages (47 features) [13][32].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47; result, elapsed ms 10; result, resolution 8; result, features used 420; result, time neighbors 0; billing, cost 0.121 [32].</w:t>
      </w:r>
    </w:p>
    <w:p>
      <w:r>
        <w:rPr>
          <w:i/>
          <w:color w:val="525252"/>
          <w:sz w:val="17"/>
        </w:rPr>
        <w:t>Tool gp_space_time_hot_spots; parameters {"project": "fe9df6b9-8a15-4264-946b-4b37b8dbb89d", "features": {"layer": "Street light outages (a7218535)"}, "interval": "week", "bin_shape": "h3", "resolution": 8, "time_field": "reported_at"}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Licensed premises and separates noise [35]. Measured: Licensed premises are clustered (nearest-neighbor ratio 0.85, z = -3.2), median spacing 121 m [35]. DBSCAN at 200 m (twice the measured spacing) [35].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Licensed premises: Find point clusters: 2 layers saved: Find point clusters: Licensed premises (120 features); Find point clusters: cluster hulls (3 features) [17][36]. It reported result, count 120; result, noise 61; result, distance m 200; result, elapsed ms 499; result, min points 3; billing, cost 0.0524 [36].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61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499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Clusters: licensed premises [37]</w:t>
      </w:r>
    </w:p>
    <w:p>
      <w:r>
        <w:rPr>
          <w:b/>
        </w:rPr>
        <w:t xml:space="preserve">What the map shows. </w:t>
      </w:r>
      <w:r>
        <w:rPr>
          <w:i w:val="0"/>
        </w:rPr>
        <w:t>The map draws Patrol beats with one symbol [37]. The map draws Find point clusters: cluster hulls with one symbol [37]. The map draws Find point clusters: Licensed premises by cluster_id in 4 classes: Cluster 0, Cluster 1, Cluster 2, Noise [37]. It draws 139 features [37]. It covers longitude -87.695 to -87.598 and latitude 41.851 to 41.906, at about 1:33,333 [37].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Licensed premises: Find point clusters: 2 layers saved: Find point clusters: Licensed premises (120 features); Find point clusters: cluster hulls (3 features) [17][36].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120; result, noise 61; result, distance m 200; result, elapsed ms 499; result, min points 3; billing, cost 0.0524 [36].</w:t>
      </w:r>
    </w:p>
    <w:p>
      <w:r>
        <w:rPr>
          <w:i/>
          <w:color w:val="525252"/>
          <w:sz w:val="17"/>
        </w:rPr>
        <w:t>Tool gp_find_point_clusters; parameters {"method": "dbscan", "project": "fe9df6b9-8a15-4264-946b-4b37b8dbb89d", "features": {"layer": "Licensed premises (055b5c2c)"}, "distance_m": 200.0,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Incidents and separates noise [38]. Measured: Incidents are clustered (nearest-neighbor ratio 0.73, z = -21.0), median spacing 34.3 m [38]. DBSCAN at 50 m (twice the measured spacing) [38].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Incidents: Find point clusters: 2 layers saved: Find point clusters: Incidents (1680 features); Find point clusters: cluster hulls (3 features) [12][39]. It reported result, count 1,680; result, noise 1,609; result, distance m 50; result, elapsed ms 19; result, min points 20; billing, cost 0.0836 [39].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1,680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1,609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Clusters: incidents [40]</w:t>
      </w:r>
    </w:p>
    <w:p>
      <w:r>
        <w:rPr>
          <w:b/>
        </w:rPr>
        <w:t xml:space="preserve">What the map shows. </w:t>
      </w:r>
      <w:r>
        <w:rPr>
          <w:i w:val="0"/>
        </w:rPr>
        <w:t>The map draws Find point clusters: cluster hulls with one symbol [40]. The map draws Find point clusters: Incidents by cluster_id in 4 classes: Cluster 0, Cluster 1, Cluster 2, Noise [40]. It draws 1,683 features [40]. It covers longitude -87.693 to -87.595 and latitude 41.85 to 41.907, at about 1:34,033 [40].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Incidents: Find point clusters: 2 layers saved: Find point clusters: Incidents (1680 features); Find point clusters: cluster hulls (3 features) [12][39].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1,680; result, noise 1,609; result, distance m 50; result, elapsed ms 19; result, min points 20; billing, cost 0.0836 [39].</w:t>
      </w:r>
    </w:p>
    <w:p>
      <w:r>
        <w:rPr>
          <w:i/>
          <w:color w:val="525252"/>
          <w:sz w:val="17"/>
        </w:rPr>
        <w:t>Tool gp_find_point_clusters; parameters {"method": "dbscan", "project": "fe9df6b9-8a15-4264-946b-4b37b8dbb89d", "features": {"layer": "Incidents (36ad5f7c)"}, "distance_m": 50.0,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Street light outages and separates noise [41]. Measured: Street light outages are clustered (nearest-neighbor ratio 0.88, z = -4.9), median spacing 74.9 m [41]. DBSCAN at 100 m (twice the measured spacing) [41].</w:t>
      </w:r>
    </w:p>
    <w:p>
      <w:r>
        <w:rPr>
          <w:b/>
        </w:rPr>
        <w:t xml:space="preserve">What it found. </w:t>
      </w:r>
      <w:r>
        <w:rPr>
          <w:i w:val="0"/>
        </w:rPr>
        <w:t>The `gp_find_point_clusters` tool was utilized against the Street light outages layer [13]. This analysis successfully identified 420 features [42], classifying 410 of the input data as noise [42]. The cluster process was configured with a distance threshold of 100 meters and required a minimum of 10 points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420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410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0.0584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0.0584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Clusters: street light outages [43]</w:t>
      </w:r>
    </w:p>
    <w:p>
      <w:r>
        <w:rPr>
          <w:b/>
        </w:rPr>
        <w:t xml:space="preserve">What the map shows. </w:t>
      </w:r>
      <w:r>
        <w:rPr>
          <w:i w:val="0"/>
        </w:rPr>
        <w:t>The map draws Patrol beats with one symbol [43]. The map draws Find point clusters: cluster hulls with one symbol [43]. The map draws Find point clusters: Street light outages by cluster_id in 2 classes: Cluster 0, Noise [43]. It draws 437 features [43]. It covers longitude -87.695 to -87.597 and latitude 41.85 to 41.906, at about 1:33,798 [43].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Street light outages: Find point clusters: 2 layers saved: Find point clusters: Street light outages (420 features); Find point clusters: cluster hulls (1 feature) [13][42].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420; result, noise 410; result, distance m 100; result, elapsed ms 5; result, min points 10; billing, cost 0.0584 [42].</w:t>
      </w:r>
    </w:p>
    <w:p>
      <w:r>
        <w:rPr>
          <w:i/>
          <w:color w:val="525252"/>
          <w:sz w:val="17"/>
        </w:rPr>
        <w:t>Tool gp_find_point_clusters; parameters {"method": "dbscan", "project": "fe9df6b9-8a15-4264-946b-4b37b8dbb89d", "features": {"layer": "Street light outages (a7218535)"}, "distance_m": 100.0, "min_points": 10}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[44]. In ArcGIS it is Summarize Within or Aggregate Points; in QGIS, native:countpointsinpolygon or native:sumlinelengths [44].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CCTV cameras inside each feature of Patrol beats by ptz; the counts map as a choropleth (natural breaks, sequential colors) [45].</w:t>
      </w:r>
    </w:p>
    <w:p>
      <w:r>
        <w:rPr>
          <w:b/>
        </w:rPr>
        <w:t xml:space="preserve">What it found. </w:t>
      </w:r>
      <w:r>
        <w:rPr>
          <w:i w:val="0"/>
        </w:rPr>
        <w:t>Summarize within on CCTV cameras, Patrol beats: Summarize within: 1 layer saved: Summarize within: Patrol beats (16 features) [14][15][46]. It reported result, count 16; result, elapsed ms 0; billing, cost 0.01154; billing, list price 0.01154; billing, upstream cost 0 [46].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0.01154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0.01154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Counts: CCTV cameras, by patrol beat [47]</w:t>
      </w:r>
    </w:p>
    <w:p>
      <w:r>
        <w:rPr>
          <w:b/>
        </w:rPr>
        <w:t xml:space="preserve">What the map shows. </w:t>
      </w:r>
      <w:r>
        <w:rPr>
          <w:i w:val="0"/>
        </w:rPr>
        <w:t>The map draws Summarize within: Patrol beats by count in 5 classes: 1 to 3, 3 to 4, 4 to 5, 5 to 9.5, 9.5 to 13 [47]. It draws 16 features [47]. It covers longitude -87.694 to -87.594 and latitude 41.85 to 41.907, at about 1:34,270 [47].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CCTV cameras, Patrol beats: Summarize within: 1 layer saved: Summarize within: Patrol beats (16 features) [14][15][46].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0; billing, cost 0.01154; billing, list price 0.01154; billing, upstream cost 0 [46].</w:t>
      </w:r>
    </w:p>
    <w:p>
      <w:r>
        <w:rPr>
          <w:i/>
          <w:color w:val="525252"/>
          <w:sz w:val="17"/>
        </w:rPr>
        <w:t>Tool gp_summarize_within; parameters {"stats": [{"stat": "sum", "field": "installed_year"}], "project": "fe9df6b9-8a15-4264-946b-4b37b8dbb89d", "features": {"layer": "CCTV cameras (ad88aaeb)"}, "group_by": "ptz", "polygons": {"layer": "Patrol beats (8c67e28f)"}}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[44]. In ArcGIS it is Summarize Within or Aggregate Points; in QGIS, native:countpointsinpolygon or native:sumlinelengths [44].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CCTV cameras inside each feature of Patrol beats by ptz; the counts map as a choropleth (natural breaks, sequential colors) [45].</w:t>
      </w:r>
    </w:p>
    <w:p>
      <w:r>
        <w:rPr>
          <w:b/>
        </w:rPr>
        <w:t xml:space="preserve">What it found. </w:t>
      </w:r>
      <w:r>
        <w:rPr>
          <w:i w:val="0"/>
        </w:rPr>
        <w:t>The analysis used the "Summarize within: Patrol beats" function, which processed 16 features [48].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0.01274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0.01274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Counts: licensed premises, by patrol beat [49]</w:t>
      </w:r>
    </w:p>
    <w:p>
      <w:r>
        <w:rPr>
          <w:b/>
        </w:rPr>
        <w:t xml:space="preserve">What the map shows. </w:t>
      </w:r>
      <w:r>
        <w:rPr>
          <w:i w:val="0"/>
        </w:rPr>
        <w:t>The map draws Summarize within: Patrol beats by count in 5 classes: 1 to 4, 4 to 7, 7 to 23, 23 to 27, 27 to 31 [49]. It draws 16 features [49]. It covers longitude -87.694 to -87.594 and latitude 41.85 to 41.907, at about 1:34,270 [49].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Licensed premises, Patrol beats: Summarize within: 1 layer saved: Summarize within: Patrol beats (16 features) [14][17][48].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0; billing, cost 0.01274; billing, list price 0.01274; billing, upstream cost 0 [48].</w:t>
      </w:r>
    </w:p>
    <w:p>
      <w:r>
        <w:rPr>
          <w:i/>
          <w:color w:val="525252"/>
          <w:sz w:val="17"/>
        </w:rPr>
        <w:t>Tool gp_summarize_within; parameters {"stats": [{"stat": "sum", "field": "closing_hour"}], "project": "fe9df6b9-8a15-4264-946b-4b37b8dbb89d", "features": {"layer": "Licensed premises (055b5c2c)"}, "group_by": "type", "polygons": {"layer": "Patrol beats (8c67e28f)"}}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[44]. In ArcGIS it is Summarize Within or Aggregate Points; in QGIS, native:countpointsinpolygon or native:sumlinelengths [44].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CCTV cameras inside each feature of Patrol beats by ptz; the counts map as a choropleth (natural breaks, sequential colors) [45].</w:t>
      </w:r>
    </w:p>
    <w:p>
      <w:r>
        <w:rPr>
          <w:b/>
        </w:rPr>
        <w:t xml:space="preserve">What it found. </w:t>
      </w:r>
      <w:r>
        <w:rPr>
          <w:i w:val="0"/>
        </w:rPr>
        <w:t>Summarize within on Incidents, Patrol beats: Summarize within: 1 layer saved: Summarize within: Patrol beats (16 features) [12][14][50]. It reported result, count 16; result, elapsed ms 2; billing, cost 0.04394; billing, list price 0.04394; billing, upstream cost 0 [50].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0.04394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0.04394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Counts: incidents, by patrol beat [51]</w:t>
      </w:r>
    </w:p>
    <w:p>
      <w:r>
        <w:rPr>
          <w:b/>
        </w:rPr>
        <w:t xml:space="preserve">What the map shows. </w:t>
      </w:r>
      <w:r>
        <w:rPr>
          <w:i w:val="0"/>
        </w:rPr>
        <w:t>The map draws Summarize within: Patrol beats by count in 5 classes: 18 to 53, 53 to 117, 117 to 154, 154 to 304, 304 to 332 [51]. It draws 16 features [51]. It covers longitude -87.694 to -87.594 and latitude 41.85 to 41.907, at about 1:34,270 [51].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Incidents, Patrol beats: Summarize within: 1 layer saved: Summarize within: Patrol beats (16 features) [12][14][50].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2; billing, cost 0.04394; billing, list price 0.04394; billing, upstream cost 0 [50].</w:t>
      </w:r>
    </w:p>
    <w:p>
      <w:r>
        <w:rPr>
          <w:i/>
          <w:color w:val="525252"/>
          <w:sz w:val="17"/>
        </w:rPr>
        <w:t>Tool gp_summarize_within; parameters {"stats": [{"stat": "sum", "field": "severity"}], "project": "fe9df6b9-8a15-4264-946b-4b37b8dbb89d", "features": {"layer": "Incidents (36ad5f7c)"}, "group_by": "category", "polygons": {"layer": "Patrol beats (8c67e28f)"}}</w:t>
      </w:r>
    </w:p>
    <w:p>
      <w:pPr>
        <w:pStyle w:val="Heading1"/>
      </w:pPr>
      <w:r>
        <w:t>Period change</w:t>
      </w:r>
    </w:p>
    <w:p>
      <w:r>
        <w:rPr>
          <w:b/>
        </w:rPr>
        <w:t xml:space="preserve">What this analysis is. </w:t>
      </w:r>
      <w:r>
        <w:rPr>
          <w:i w:val="0"/>
        </w:rPr>
        <w:t>Period change: Counts or sums per period (week over week, month over month, any two periods, or before and after a date), per area, per H3 cell or in total, with the places of largest rise and fall and a significance note [52]. In ArcGIS it is Summarize Percent Change (Crime Analysis) or Change Point Detection [52].</w:t>
      </w:r>
    </w:p>
    <w:p>
      <w:r>
        <w:rPr>
          <w:b/>
        </w:rPr>
        <w:t xml:space="preserve">Why it was run on this data. </w:t>
      </w:r>
      <w:r>
        <w:rPr>
          <w:i w:val="0"/>
        </w:rPr>
        <w:t>Incidents carry dates in 'reported_at' over 52 weeks: the count per week, week over week, with the places of largest rise and fall per feature of Patrol beats and whether the change is beyond chance [53].</w:t>
      </w:r>
    </w:p>
    <w:p>
      <w:r>
        <w:rPr>
          <w:b/>
        </w:rPr>
        <w:t xml:space="preserve">What it found. </w:t>
      </w:r>
      <w:r>
        <w:rPr>
          <w:i w:val="0"/>
        </w:rPr>
        <w:t>Period change on Patrol beats, Incidents produced Period change: Incidents (week of 2026-06-22 to week of 2026-06-29) (16 features) [7][8][12][14]. Incidents: count per week shows a trend of +0.36 per week; the second half of its weeks has 979 against 676 in the first (+44.8%) [55]. The chart Incidents: week of 2026-06-22 to week of 2026-06-29 by place is drawn from 30 rows [56]. The chart Period change: Incidents (week of 2026-06-22 to week of 2026-06-29) is drawn from 5 rows [57].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Period change: incidents, by patrol beat [54]</w:t>
      </w:r>
    </w:p>
    <w:p>
      <w:r>
        <w:rPr>
          <w:b/>
        </w:rPr>
        <w:t xml:space="preserve">What the map shows. </w:t>
      </w:r>
      <w:r>
        <w:rPr>
          <w:i w:val="0"/>
        </w:rPr>
        <w:t>The map draws Period change: Incidents (week of 2026-06-22 to week of 2026-06-29) by change in 4 classes: &lt; -0.5 Std; Dev, -0.5 to 0.5 Std; Dev, 0.5 to 1.5 Std; Dev, &gt; 1.5 Std; Dev [54]. It draws 16 features [54]. It covers longitude -87.696 to -87.592 and latitude 41.85 to 41.907, at about 1:35,725 [54].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6252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2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Incidents: count per week [55]. Per week, 2025-09-29 to 2026-09-28. Source: Incidents (1,680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10870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Incidents: week of 2026-06-22 to week of 2026-06-29 by place [56]. Source: Incidents (1,680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Period change: Incidents (week of 2026-06-22 to week of 2026-06-29) [57]. Source: Period change: Incidents (week of 2026-06-22 to week of 2026-06-29) (16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Period change on Patrol beats, Incidents produced Period change: Incidents (week of 2026-06-22 to week of 2026-06-29) (16 features) [7][8][12][14].</w:t>
      </w:r>
    </w:p>
    <w:p>
      <w:pPr>
        <w:pStyle w:val="ListBullet"/>
      </w:pPr>
      <w:r>
        <w:rPr>
          <w:b/>
        </w:rPr>
        <w:t xml:space="preserve">Evidenced: </w:t>
      </w:r>
      <w:r>
        <w:t>Incidents: count per week shows a trend of +0.36 per week; the second half of its weeks has 979 against 676 in the first (+44.8%) [55].</w:t>
      </w:r>
    </w:p>
    <w:p>
      <w:pPr>
        <w:pStyle w:val="ListBullet"/>
      </w:pPr>
      <w:r>
        <w:rPr>
          <w:b/>
        </w:rPr>
        <w:t xml:space="preserve">Evidenced: </w:t>
      </w:r>
      <w:r>
        <w:t>The chart Incidents: week of 2026-06-22 to week of 2026-06-29 by place is drawn from 30 rows [56].</w:t>
      </w:r>
    </w:p>
    <w:p>
      <w:pPr>
        <w:pStyle w:val="ListBullet"/>
      </w:pPr>
      <w:r>
        <w:rPr>
          <w:b/>
        </w:rPr>
        <w:t xml:space="preserve">Evidenced: </w:t>
      </w:r>
      <w:r>
        <w:t>The chart Period change: Incidents (week of 2026-06-22 to week of 2026-06-29) is drawn from 5 rows [57].</w:t>
      </w:r>
    </w:p>
    <w:p>
      <w:r>
        <w:rPr>
          <w:i/>
          <w:color w:val="525252"/>
          <w:sz w:val="17"/>
        </w:rPr>
        <w:t>Tool gp_period_change; parameters {"by": "area", "areas": {"layer": "Patrol beats (8c67e28f)"}, "period": "week", "project": "fe9df6b9-8a15-4264-946b-4b37b8dbb89d", "features": {"layer": "Incidents (36ad5f7c)"}, "area_field": "name", "time_field": "reported_at"}</w:t>
      </w:r>
    </w:p>
    <w:p>
      <w:pPr>
        <w:pStyle w:val="Heading1"/>
      </w:pPr>
      <w:r>
        <w:t>Period change</w:t>
      </w:r>
    </w:p>
    <w:p>
      <w:r>
        <w:rPr>
          <w:b/>
        </w:rPr>
        <w:t xml:space="preserve">What this analysis is. </w:t>
      </w:r>
      <w:r>
        <w:rPr>
          <w:i w:val="0"/>
        </w:rPr>
        <w:t>Period change: Counts or sums per period (week over week, month over month, any two periods, or before and after a date), per area, per H3 cell or in total, with the places of largest rise and fall and a significance note [52]. In ArcGIS it is Summarize Percent Change (Crime Analysis) or Change Point Detection [52].</w:t>
      </w:r>
    </w:p>
    <w:p>
      <w:r>
        <w:rPr>
          <w:b/>
        </w:rPr>
        <w:t xml:space="preserve">Why it was run on this data. </w:t>
      </w:r>
      <w:r>
        <w:rPr>
          <w:i w:val="0"/>
        </w:rPr>
        <w:t>Incidents carry dates in 'reported_at' over 52 weeks: the count per week, week over week, with the places of largest rise and fall per feature of Patrol beats and whether the change is beyond chance [53].</w:t>
      </w:r>
    </w:p>
    <w:p>
      <w:r>
        <w:rPr>
          <w:b/>
        </w:rPr>
        <w:t xml:space="preserve">What it found. </w:t>
      </w:r>
      <w:r>
        <w:rPr>
          <w:i w:val="0"/>
        </w:rPr>
        <w:t>Period change on Patrol beats, Street light outages produced Period change: Street light outages (week of 2026-02-02 to week of 2026-02-09) (7 features) [9][10][13][14]. Street light outages: count per week shows a trend of -0.0337 per week; the second half of its weeks has 183 against 224 in the first (-18.3%) [59]. The chart Street light outages: week of 2026-02-02 to week of 2026-02-09 by place is drawn from 14 rows [60]. The chart Period change: Street light outages (week of 2026-02-02 to week of 2026-02-09) is drawn from 5 rows [61].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Period change: street light outages, by patrol beat [58]</w:t>
      </w:r>
    </w:p>
    <w:p>
      <w:r>
        <w:rPr>
          <w:b/>
        </w:rPr>
        <w:t xml:space="preserve">What the map shows. </w:t>
      </w:r>
      <w:r>
        <w:rPr>
          <w:i w:val="0"/>
        </w:rPr>
        <w:t>The map draws Period change: Street light outages (week of 2026-02-02 to week of 2026-02-09) by change in 4 classes: &lt; -1.5 Std; Dev, -1.5 to -0.5 Std; Dev, -0.5 to 0.5 Std; Dev, &gt; 0.5 Std; Dev [58]. It draws 7 features [58]. It covers longitude -87.7 to -87.597 and latitude 41.85 to 41.907, at about 1:35,479 [58].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9300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3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Street light outages: count per week [59]. Per week, 2025-09-29 to 2026-09-28. Source: Street light outages (420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47497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4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Street light outages: week of 2026-02-02 to week of 2026-02-09 by place [60]. Source: Street light outages (420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Period change: Street light outages (week of 2026-02-02 to week of 2026-02-09) [61]. Source: Period change: Street light outages (week of 2026-02-02 to week of 2026-02-09) (7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Period change on Patrol beats, Street light outages produced Period change: Street light outages (week of 2026-02-02 to week of 2026-02-09) (7 features) [9][10][13][14].</w:t>
      </w:r>
    </w:p>
    <w:p>
      <w:pPr>
        <w:pStyle w:val="ListBullet"/>
      </w:pPr>
      <w:r>
        <w:rPr>
          <w:b/>
        </w:rPr>
        <w:t xml:space="preserve">Evidenced: </w:t>
      </w:r>
      <w:r>
        <w:t>Street light outages: count per week shows a trend of -0.0337 per week; the second half of its weeks has 183 against 224 in the first (-18.3%) [59].</w:t>
      </w:r>
    </w:p>
    <w:p>
      <w:pPr>
        <w:pStyle w:val="ListBullet"/>
      </w:pPr>
      <w:r>
        <w:rPr>
          <w:b/>
        </w:rPr>
        <w:t xml:space="preserve">Evidenced: </w:t>
      </w:r>
      <w:r>
        <w:t>The chart Street light outages: week of 2026-02-02 to week of 2026-02-09 by place is drawn from 14 rows [60].</w:t>
      </w:r>
    </w:p>
    <w:p>
      <w:pPr>
        <w:pStyle w:val="ListBullet"/>
      </w:pPr>
      <w:r>
        <w:rPr>
          <w:b/>
        </w:rPr>
        <w:t xml:space="preserve">Evidenced: </w:t>
      </w:r>
      <w:r>
        <w:t>The chart Period change: Street light outages (week of 2026-02-02 to week of 2026-02-09) is drawn from 5 rows [61].</w:t>
      </w:r>
    </w:p>
    <w:p>
      <w:r>
        <w:rPr>
          <w:i/>
          <w:color w:val="525252"/>
          <w:sz w:val="17"/>
        </w:rPr>
        <w:t>Tool gp_period_change; parameters {"by": "area", "areas": {"layer": "Patrol beats (8c67e28f)"}, "period": "week", "project": "fe9df6b9-8a15-4264-946b-4b37b8dbb89d", "features": {"layer": "Street light outages (a7218535)"}, "area_field": "name", "time_field": "reported_at"}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[62]. In ArcGIS it is Calculate Density or Kernel Density; in QGIS, native:heatmapkerneldensityestimation [62].</w:t>
      </w:r>
    </w:p>
    <w:p>
      <w:r>
        <w:rPr>
          <w:b/>
        </w:rPr>
        <w:t xml:space="preserve">Why it was run on this data. </w:t>
      </w:r>
      <w:r>
        <w:rPr>
          <w:i w:val="0"/>
        </w:rPr>
        <w:t>120 points in Licensed premises: a density surface shows where they concentrate [63]. Measured: Licensed premises are clustered (nearest-neighbor ratio 0.85, z = -3.2), median spacing 121 m [63].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Licensed premises: Calculate density: 1 layer saved: Calculate density: Licensed premises (164 features) [17][64]. It reported result, count 164; result, elapsed ms 4; result, bandwidth m 1,000; result, cell size m 500; result, excluded null 0; result, max density per km2 42.62 [64].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42.62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Density: licensed premises [65]</w:t>
      </w:r>
    </w:p>
    <w:p>
      <w:r>
        <w:rPr>
          <w:b/>
        </w:rPr>
        <w:t xml:space="preserve">What the map shows. </w:t>
      </w:r>
      <w:r>
        <w:rPr>
          <w:i w:val="0"/>
        </w:rPr>
        <w:t>The map draws Calculate density: Licensed premises by density_per_km2 in 6 classes: 1.26 to 2.87, 2.87 to 5.35, 5.35 to 15.5, 15.5 to 25.5, 25.5 to 35.5, 35.5 to 42.6 [65]. The map draws Patrol beats with one symbol [65]. It draws 180 features [65]. It covers longitude -87.716 to -87.577 and latitude 41.839 to 41.918, at about 1:47,798 [65].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Licensed premises: Calculate density: 1 layer saved: Calculate density: Licensed premises (164 features) [17][64].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164; result, elapsed ms 4; result, bandwidth m 1,000; result, cell size m 500; result, excluded null 0; result, max density per km2 42.62 [64].</w:t>
      </w:r>
    </w:p>
    <w:p>
      <w:r>
        <w:rPr>
          <w:i/>
          <w:color w:val="525252"/>
          <w:sz w:val="17"/>
        </w:rPr>
        <w:t>Tool gp_calculate_density; parameters {"kernel": "quartic", "project": "fe9df6b9-8a15-4264-946b-4b37b8dbb89d", "features": {"layer": "Licensed premises (055b5c2c)"}, "bandwidth_m": 1000.0, "cell_size_m": 500.0}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[62]. In ArcGIS it is Calculate Density or Kernel Density; in QGIS, native:heatmapkerneldensityestimation [62].</w:t>
      </w:r>
    </w:p>
    <w:p>
      <w:r>
        <w:rPr>
          <w:b/>
        </w:rPr>
        <w:t xml:space="preserve">Why it was run on this data. </w:t>
      </w:r>
      <w:r>
        <w:rPr>
          <w:i w:val="0"/>
        </w:rPr>
        <w:t>1680 points in Incidents: a density surface shows where they concentrate [66]. Measured: Incidents are clustered (nearest-neighbor ratio 0.73, z = -21.0), median spacing 34.3 m [66].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Incidents: Calculate density: 1 layer saved: Calculate density: Incidents (2874 features) [12][67]. It reported result, count 2,874; result, elapsed ms 50; result, bandwidth m 200; result, cell size m 100; result, excluded null 0; result, max density per km2 1,347 [67].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2,874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1,347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Density: incidents [68]</w:t>
      </w:r>
    </w:p>
    <w:p>
      <w:r>
        <w:rPr>
          <w:b/>
        </w:rPr>
        <w:t xml:space="preserve">What the map shows. </w:t>
      </w:r>
      <w:r>
        <w:rPr>
          <w:i w:val="0"/>
        </w:rPr>
        <w:t>The map draws Calculate density: Incidents by density_per_km2 in 6 classes: 38.9 to 95.2, 95.2 to 203, 203 to 404, 404 to 714, 714 to 1,139, 1,139 to 1,347 [68]. The map draws Patrol beats with one symbol [68]. It draws 2,890 features [68]. It covers longitude -87.697 to -87.591 and latitude 41.848 to 41.909, at about 1:36,730 [68].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Incidents: Calculate density: 1 layer saved: Calculate density: Incidents (2874 features) [12][67].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2,874; result, elapsed ms 50; result, bandwidth m 200; result, cell size m 100; result, excluded null 0; result, max density per km2 1,347 [67].</w:t>
      </w:r>
    </w:p>
    <w:p>
      <w:r>
        <w:rPr>
          <w:i/>
          <w:color w:val="525252"/>
          <w:sz w:val="17"/>
        </w:rPr>
        <w:t>Tool gp_calculate_density; parameters {"kernel": "quartic", "project": "fe9df6b9-8a15-4264-946b-4b37b8dbb89d", "features": {"layer": "Incidents (36ad5f7c)"}, "bandwidth_m": 200.0, "cell_size_m": 100.0}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[62]. In ArcGIS it is Calculate Density or Kernel Density; in QGIS, native:heatmapkerneldensityestimation [62].</w:t>
      </w:r>
    </w:p>
    <w:p>
      <w:r>
        <w:rPr>
          <w:b/>
        </w:rPr>
        <w:t xml:space="preserve">Why it was run on this data. </w:t>
      </w:r>
      <w:r>
        <w:rPr>
          <w:i w:val="0"/>
        </w:rPr>
        <w:t>420 points in Street light outages: a density surface shows where they concentrate [69]. Measured: Street light outages are clustered (nearest-neighbor ratio 0.88, z = -4.9), median spacing 74.9 m [69].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Street light outages: Calculate density: 1 layer saved: Calculate density: Street light outages (848 features) [13][70]. It reported result, count 848; result, elapsed ms 15; result, bandwidth m 500; result, cell size m 200; result, excluded null 0; result, max density per km2 107.5 [70].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848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107.5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0.0584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0.0584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Density: street light outages [71]</w:t>
      </w:r>
    </w:p>
    <w:p>
      <w:r>
        <w:rPr>
          <w:b/>
        </w:rPr>
        <w:t xml:space="preserve">What the map shows. </w:t>
      </w:r>
      <w:r>
        <w:rPr>
          <w:i w:val="0"/>
        </w:rPr>
        <w:t>The map draws Calculate density: Street light outages by density_per_km2 in 6 classes: 4.4 to 10, 10 to 20.1, 20.1 to 37.8, 37.8 to 56.8, 56.8 to 80.7, 80.7 to 108 [71]. The map draws Patrol beats with one symbol [71]. The map draws Dense areas of street light outages with one symbol [71]. It draws 869 features [71]. It covers longitude -87.706 to -87.588 and latitude 41.845 to 41.912, at about 1:40,754 [71].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Street light outages: Calculate density: 1 layer saved: Calculate density: Street light outages (848 features) [13][70].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848; result, elapsed ms 15; result, bandwidth m 500; result, cell size m 200; result, excluded null 0; result, max density per km2 107.5 [70].</w:t>
      </w:r>
    </w:p>
    <w:p>
      <w:r>
        <w:rPr>
          <w:i/>
          <w:color w:val="525252"/>
          <w:sz w:val="17"/>
        </w:rPr>
        <w:t>Tool gp_calculate_density; parameters {"kernel": "quartic", "project": "fe9df6b9-8a15-4264-946b-4b37b8dbb89d", "features": {"layer": "Street light outages (a7218535)"}, "bandwidth_m": 500.0, "cell_size_m": 200.0}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1680 points: Getis-Ord Gi* tests whether the concentrations in Incidents are statistically significant [72]. Measured: Incidents are clustered (nearest-neighbor ratio 0.73, z = -21.0), median spacing 34.3 m [72]. Cells of 100 m and a band of 200 m from the measured spacing [72].</w:t>
      </w:r>
    </w:p>
    <w:p>
      <w:r>
        <w:rPr>
          <w:b/>
        </w:rPr>
        <w:t xml:space="preserve">What it found. </w:t>
      </w:r>
      <w:r>
        <w:rPr>
          <w:i w:val="0"/>
        </w:rPr>
        <w:t>Hot spots on Incidents: Hot spot analysis: 1 layer saved: Hot spot analysis: Incidents (2912 features) [12][73]. It reported result, bins 2,912; result, count 2,912; result, elapsed ms 100; result, cell size m 100; result, incidents used 1,680; result, distance band m 200 [73].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2,912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2,912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1,680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Hot spots: incidents [74]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spot analysis: Incidents by gi_bin in 7 classes: Hot spot - 99% confidence, Hot spot - 95% confidence, Hot spot - 90% confidence, Not significant, Cold spot - 90% confidence, Cold spot - 95% confidence and 1 more [74]. The map draws Patrol beats with one symbol [74]. It draws 2,928 features [74]. It covers longitude -87.695 to -87.593 and latitude 41.849 to 41.907, at about 1:35,233 [74].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Incidents: Hot spot analysis: 1 layer saved: Hot spot analysis: Incidents (2912 features) [12][73].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2,912; result, count 2,912; result, elapsed ms 100; result, cell size m 100; result, incidents used 1,680; result, distance band m 200 [73].</w:t>
      </w:r>
    </w:p>
    <w:p>
      <w:r>
        <w:rPr>
          <w:i/>
          <w:color w:val="525252"/>
          <w:sz w:val="17"/>
        </w:rPr>
        <w:t>Tool gp_hot_spots; parameters {"project": "fe9df6b9-8a15-4264-946b-4b37b8dbb89d", "features": {"layer": "Incidents (36ad5f7c)"}, "aggregation": "hexagon", "cell_size_m": 100.0, "distance_band_m": 200.0}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[75]. In ArcGIS it is Repeat and Near Repeat Classification or Near Repeat Calculator [75].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Incidents close in space also follow each other within 30 days [76].</w:t>
      </w:r>
    </w:p>
    <w:p>
      <w:r>
        <w:rPr>
          <w:b/>
        </w:rPr>
        <w:t xml:space="preserve">What it found. </w:t>
      </w:r>
      <w:r>
        <w:rPr>
          <w:i w:val="0"/>
        </w:rPr>
        <w:t>The gp\_near\_repeat tool processed the Incidents data [12] and generated results covering 30 days [77]. The tool identified 1,680 results [77], involving 152 chains [77]. This analysis calculated pairs linked involving 1,357 pairs [77] over a distance of 100 m [77]. The total cost for this process was 0.1004 [77].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1,680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152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1,357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0.1004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0.1004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Near repeat: incidents [78]</w:t>
      </w:r>
    </w:p>
    <w:p>
      <w:r>
        <w:rPr>
          <w:b/>
        </w:rPr>
        <w:t xml:space="preserve">What the map shows. </w:t>
      </w:r>
      <w:r>
        <w:rPr>
          <w:i w:val="0"/>
        </w:rPr>
        <w:t>The map draws Repeat and near repeat classification: Incidents by nr_class in 4 classes: Originator, Repeat, Near repeat, Isolated [78]. It draws 1,680 features [78]. It covers longitude -87.695 to -87.593 and latitude 41.85 to 41.907, at about 1:35,233 [78].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Incidents: Repeat and near repeat classification: 1 layer saved: Repeat and near repeat classification: Incidents (1680 features) [12][77].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30; result, count 1,680; result, chains 152; result, distance m 100; result, elapsed ms 39; result, pairs linked 1,357 [77].</w:t>
      </w:r>
    </w:p>
    <w:p>
      <w:r>
        <w:rPr>
          <w:i/>
          <w:color w:val="525252"/>
          <w:sz w:val="17"/>
        </w:rPr>
        <w:t>Tool gp_near_repeat; parameters {"days": 30, "project": "fe9df6b9-8a15-4264-946b-4b37b8dbb89d", "features": {"layer": "Incidents (36ad5f7c)"}, "distance_m": 100.0, "time_field": "reported_at"}</w:t>
      </w:r>
    </w:p>
    <w:p>
      <w:pPr>
        <w:pStyle w:val="Heading1"/>
      </w:pPr>
      <w:r>
        <w:t>What follows from the results</w:t>
      </w:r>
    </w:p>
    <w:p>
      <w:r>
        <w:rPr>
          <w:i w:val="0"/>
        </w:rPr>
        <w:t>Hot cells inside each cluster of licensed premises, from Hot spot analysis: Incidents and Find point clusters: cluster hulls: 1 of 3 clusters hold hot spot cells; cluster 0 holds the most (53) [79][73][36]. Change beside the counts per patrol beat, from Period change: Incidents (week of 2026-06-22 to week of 2026-06-29) and Summarize within: Patrol beats: the busiest area, Market West Beat (332 in all), changed by +9 [87][7][50]. Change of incidents where density is high, from Period change: Incidents (week of 2026-06-22 to week of 2026-06-29) and Calculate density: Street light outages: the largest rise (+9, Market West Beat) is where density averages 58.82 per square kilometer [92][7][70]. Hot cells of CCTV cameras per patrol beat, from Hot spot analysis: CCTV cameras: 9 of 16 areas hold hot spot cells; Southgate Beat holds the most (5) [97][22]. Nearest police station to each cluster of licensed premises, from Find point clusters: cluster hulls: the 3 clusters lie 836 to 972 m from the nearest facility (Central District Station and others) [103][36]. Dense areas of street light outages, from Calculate density: Street light outages: the densest of five classes joins 170 cells into one area [109][70]. Change of street light outages per patrol beat, from Period change: Street light outages (week of 2026-02-02 to week of 2026-02-09): Parkview Beat rose the most (+2) and Market West Beat fell the most (-7) [112][9].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cells inside each cluster of licensed premises, from Hot spot analysis: Incidents and Find point clusters: cluster hulls: 1 of 3 clusters hold hot spot cells; cluster 0 holds the most (53) [79][73][36].</w:t>
      </w:r>
    </w:p>
    <w:p>
      <w:pPr>
        <w:pStyle w:val="ListBullet"/>
      </w:pPr>
      <w:r>
        <w:rPr>
          <w:b/>
        </w:rPr>
        <w:t xml:space="preserve">Evidenced: </w:t>
      </w:r>
      <w:r>
        <w:t>Change beside the counts per patrol beat, from Period change: Incidents (week of 2026-06-22 to week of 2026-06-29) and Summarize within: Patrol beats: the busiest area, Market West Beat (332 in all), changed by +9 [87][7][50].</w:t>
      </w:r>
    </w:p>
    <w:p>
      <w:pPr>
        <w:pStyle w:val="ListBullet"/>
      </w:pPr>
      <w:r>
        <w:rPr>
          <w:b/>
        </w:rPr>
        <w:t xml:space="preserve">Evidenced: </w:t>
      </w:r>
      <w:r>
        <w:t>Change of incidents where density is high, from Period change: Incidents (week of 2026-06-22 to week of 2026-06-29) and Calculate density: Street light outages: the largest rise (+9, Market West Beat) is where density averages 58.82 per square kilometer [92][7][70].</w:t>
      </w:r>
    </w:p>
    <w:p>
      <w:pPr>
        <w:pStyle w:val="ListBullet"/>
      </w:pPr>
      <w:r>
        <w:rPr>
          <w:b/>
        </w:rPr>
        <w:t xml:space="preserve">Evidenced: </w:t>
      </w:r>
      <w:r>
        <w:t>Hot cells of CCTV cameras per patrol beat, from Hot spot analysis: CCTV cameras: 9 of 16 areas hold hot spot cells; Southgate Beat holds the most (5) [97][22].</w:t>
      </w:r>
    </w:p>
    <w:p>
      <w:pPr>
        <w:pStyle w:val="ListBullet"/>
      </w:pPr>
      <w:r>
        <w:rPr>
          <w:b/>
        </w:rPr>
        <w:t xml:space="preserve">Evidenced: </w:t>
      </w:r>
      <w:r>
        <w:t>Nearest police station to each cluster of licensed premises, from Find point clusters: cluster hulls: the 3 clusters lie 836 to 972 m from the nearest facility (Central District Station and others) [103][36].</w:t>
      </w:r>
    </w:p>
    <w:p>
      <w:pPr>
        <w:pStyle w:val="ListBullet"/>
      </w:pPr>
      <w:r>
        <w:rPr>
          <w:b/>
        </w:rPr>
        <w:t xml:space="preserve">Evidenced: </w:t>
      </w:r>
      <w:r>
        <w:t>Dense areas of street light outages, from Calculate density: Street light outages: the densest of five classes joins 170 cells into one area [109][70].</w:t>
      </w:r>
    </w:p>
    <w:p>
      <w:pPr>
        <w:pStyle w:val="ListBullet"/>
      </w:pPr>
      <w:r>
        <w:rPr>
          <w:b/>
        </w:rPr>
        <w:t xml:space="preserve">Evidenced: </w:t>
      </w:r>
      <w:r>
        <w:t>Change of street light outages per patrol beat, from Period change: Street light outages (week of 2026-02-02 to week of 2026-02-09): Parkview Beat rose the most (+2) and Market West Beat fell the most (-7) [112][9].</w:t>
      </w:r>
    </w:p>
    <w:p>
      <w:pPr>
        <w:pStyle w:val="Heading1"/>
      </w:pPr>
      <w:r>
        <w:t>Hot cells inside each cluster of licensed premises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[44]. In ArcGIS it is Summarize Within or Aggregate Points; in QGIS, native:countpointsinpolygon or native:sumlinelengths [44].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CCTV cameras inside each feature of Patrol beats by ptz; the counts map as a choropleth (natural breaks, sequential colors) [45].</w:t>
      </w:r>
    </w:p>
    <w:p>
      <w:r>
        <w:rPr>
          <w:b/>
        </w:rPr>
        <w:t xml:space="preserve">What it found. </w:t>
      </w:r>
      <w:r>
        <w:rPr>
          <w:i w:val="0"/>
        </w:rPr>
        <w:t>The `gp_summarize_within` analysis saved one layer called Hot cells inside each cluster of licensed premises with 3 features [79].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Hot cells inside each cluster of licensed premises [83]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cells inside each cluster of licensed premises by count in 2 classes: 2 to 5, 5 to 86 [83]. The map draws Patrol beats with one symbol [83]. It draws 19 features [83]. It covers longitude -87.667 to -87.631 and latitude 41.875 to 41.896, at about 1:12,455 [83].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267712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Hot cells inside each cluster of licensed premises [84]. Source: Hot cells inside each cluster of licensed premises (3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Hot spot analysis: Incidents, Find point clusters: cluster hulls produced Hot cells inside each cluster of licensed premises (3 features) [79][80][81][82].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3; result, elapsed ms 6; billing, cost 0.0683; billing, list price 0.0683; billing, upstream cost 0 [79].</w:t>
      </w:r>
    </w:p>
    <w:p>
      <w:pPr>
        <w:pStyle w:val="ListBullet"/>
      </w:pPr>
      <w:r>
        <w:rPr>
          <w:b/>
        </w:rPr>
        <w:t xml:space="preserve">Evidenced: </w:t>
      </w:r>
      <w:r>
        <w:t>The chart Hot cells inside each cluster of licensed premises is drawn from 3 rows [84].</w:t>
      </w:r>
    </w:p>
    <w:p>
      <w:r>
        <w:rPr>
          <w:i/>
          <w:color w:val="525252"/>
          <w:sz w:val="17"/>
        </w:rPr>
        <w:t>Tool gp_summarize_within; parameters {"project": "fe9df6b9-8a15-4264-946b-4b37b8dbb89d", "features": {"layer": "Hot spot analysis: Incidents (8382f930)"}, "group_by": "gi_bin", "polygons": {"layer": "Find point clusters: cluster hulls (4dfef6fb)"}, "output_name": "Hot cells inside each cluster of licensed premises"}</w:t>
      </w:r>
    </w:p>
    <w:p>
      <w:pPr>
        <w:pStyle w:val="Heading1"/>
      </w:pPr>
      <w:r>
        <w:t>Change beside the counts per patrol beat</w:t>
      </w:r>
    </w:p>
    <w:p>
      <w:r>
        <w:rPr>
          <w:b/>
        </w:rPr>
        <w:t xml:space="preserve">What this analysis is. </w:t>
      </w:r>
      <w:r>
        <w:rPr>
          <w:i w:val="0"/>
        </w:rPr>
        <w:t>Spatial join: Attach attributes (or aggregates) of matching features from another layer, by location, distance, time and attributes [85]. In ArcGIS it is Join Features or Spatial Join; in QGIS, native:joinattributesbylocation or native:joinbylocationsummary [85].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safety, Chicago: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Spatial join on Summarize within: Patrol beats, Period change: Incidents (week of 2026-06-22 to week of 2026-06-29) produced Change beside the counts per patrol beat (16 features) [8][87][88][89]. It reported result, count 16; result, elapsed ms 1; billing, cost 0.01066; billing, list price 0.01066; billing, upstream cost 0 [87]. The chart Change beside the counts per patrol beat is drawn from 5 rows [91].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0.01066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0.01066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Change beside the counts per patrol beat [90]</w:t>
      </w:r>
    </w:p>
    <w:p>
      <w:r>
        <w:rPr>
          <w:b/>
        </w:rPr>
        <w:t xml:space="preserve">What the map shows. </w:t>
      </w:r>
      <w:r>
        <w:rPr>
          <w:i w:val="0"/>
        </w:rPr>
        <w:t>The map draws Change beside the counts per patrol beat by count in 5 classes: 18 to 53, 53 to 117, 117 to 154, 154 to 304, 304 to 332 [90]. It draws 16 features [90]. It covers longitude -87.694 to -87.594 and latitude 41.85 to 41.907, at about 1:34,270 [90].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Change beside the counts per patrol beat [91]. Source: Change beside the counts per patrol beat (16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join on Summarize within: Patrol beats, Period change: Incidents (week of 2026-06-22 to week of 2026-06-29) produced Change beside the counts per patrol beat (16 features) [8][87][88][89].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1; billing, cost 0.01066; billing, list price 0.01066; billing, upstream cost 0 [87].</w:t>
      </w:r>
    </w:p>
    <w:p>
      <w:pPr>
        <w:pStyle w:val="ListBullet"/>
      </w:pPr>
      <w:r>
        <w:rPr>
          <w:b/>
        </w:rPr>
        <w:t xml:space="preserve">Evidenced: </w:t>
      </w:r>
      <w:r>
        <w:t>The chart Change beside the counts per patrol beat is drawn from 5 rows [91].</w:t>
      </w:r>
    </w:p>
    <w:p>
      <w:r>
        <w:rPr>
          <w:i/>
          <w:color w:val="525252"/>
          <w:sz w:val="17"/>
        </w:rPr>
        <w:t>Tool gp_spatial_join; parameters {"join": {"layer": "Summarize within: Patrol beats (31bedf68)"}, "fields": ["count"], "target": {"layer": "Period change: Incidents (week of 2026-06-22 to week of 2026-06-29) (1e0726ac)"}, "project": "fe9df6b9-8a15-4264-946b-4b37b8dbb89d", "predicate": "largest_overlap", "output_name": "Change beside the counts per patrol beat"}</w:t>
      </w:r>
    </w:p>
    <w:p>
      <w:pPr>
        <w:pStyle w:val="Heading1"/>
      </w:pPr>
      <w:r>
        <w:t>Change of incidents where density is high</w:t>
      </w:r>
    </w:p>
    <w:p>
      <w:r>
        <w:rPr>
          <w:b/>
        </w:rPr>
        <w:t xml:space="preserve">What this analysis is. </w:t>
      </w:r>
      <w:r>
        <w:rPr>
          <w:i w:val="0"/>
        </w:rPr>
        <w:t>Spatial join: Attach attributes (or aggregates) of matching features from another layer, by location, distance, time and attributes [85]. In ArcGIS it is Join Features or Spatial Join; in QGIS, native:joinattributesbylocation or native:joinbylocationsummary [85].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safety, Chicago: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The spatial join utilized the Period change: Incidents data [8] and calculated density data from Street light outages [93].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0.0273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0.0273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Change of incidents where density is high [95]</w:t>
      </w:r>
    </w:p>
    <w:p>
      <w:r>
        <w:rPr>
          <w:b/>
        </w:rPr>
        <w:t xml:space="preserve">What the map shows. </w:t>
      </w:r>
      <w:r>
        <w:rPr>
          <w:i w:val="0"/>
        </w:rPr>
        <w:t>The map draws Change of incidents where density is high by join_count in 5 classes: 38 to 46, 46 to 57, 57 to 75, 75 to 90, 90 to 94 [95]. It draws 16 features [95]. It covers longitude -87.694 to -87.594 and latitude 41.85 to 41.907, at about 1:34,270 [95].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Change of incidents where density is high [96]. Source: Change of incidents where density is high (16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join on Calculate density: Street light outages, Period change: Incidents (week of 2026-06-22 to week of 2026-06-29) produced Change of incidents where density is high (16 features) [8][92][93][94].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1; billing, cost 0.0273; billing, list price 0.0273; billing, upstream cost 0 [92].</w:t>
      </w:r>
    </w:p>
    <w:p>
      <w:pPr>
        <w:pStyle w:val="ListBullet"/>
      </w:pPr>
      <w:r>
        <w:rPr>
          <w:b/>
        </w:rPr>
        <w:t xml:space="preserve">Evidenced: </w:t>
      </w:r>
      <w:r>
        <w:t>The chart Change of incidents where density is high is drawn from 5 rows [96].</w:t>
      </w:r>
    </w:p>
    <w:p>
      <w:r>
        <w:rPr>
          <w:i/>
          <w:color w:val="525252"/>
          <w:sz w:val="17"/>
        </w:rPr>
        <w:t>Tool gp_spatial_join; parameters {"join": {"layer": "Calculate density: Street light outages (22316e02)"}, "stats": [{"agg": "mean", "field": "density_per_km2"}], "target": {"layer": "Period change: Incidents (week of 2026-06-22 to week of 2026-06-29) (1e0726ac)"}, "project": "fe9df6b9-8a15-4264-946b-4b37b8dbb89d", "predicate": "intersects", "output_name": "Change of incidents where density is high"}</w:t>
      </w:r>
    </w:p>
    <w:p>
      <w:pPr>
        <w:pStyle w:val="Heading1"/>
      </w:pPr>
      <w:r>
        <w:t>Hot cells of CCTV cameras per patrol beat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[44]. In ArcGIS it is Summarize Within or Aggregate Points; in QGIS, native:countpointsinpolygon or native:sumlinelengths [44].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CCTV cameras inside each feature of Patrol beats by ptz; the counts map as a choropleth (natural breaks, sequential colors) [45].</w:t>
      </w:r>
    </w:p>
    <w:p>
      <w:r>
        <w:rPr>
          <w:b/>
        </w:rPr>
        <w:t xml:space="preserve">What it found. </w:t>
      </w:r>
      <w:r>
        <w:rPr>
          <w:i w:val="0"/>
        </w:rPr>
        <w:t>Summarize within on Hot spot analysis: CCTV cameras, Patrol beats produced Hot cells of CCTV cameras per patrol beat (16 features) [14][97][98][99]. It reported result, count 16; result, elapsed ms 2; billing, cost 0.01104; billing, list price 0.01104; billing, upstream cost 0 [97]. The chart Hot cells of CCTV cameras per patrol beat is drawn from 5 rows [101].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0.01104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0.01104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Hot cells of CCTV cameras per patrol beat [100]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cells of CCTV cameras per patrol beat by count in 4 classes: 2 to 4, 4 to 5, 5 to 6, 6 to 7 [100]. It draws 16 features [100]. It covers longitude -87.694 to -87.594 and latitude 41.85 to 41.907, at about 1:34,270 [100].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Hot cells of CCTV cameras per patrol beat [101]. Source: Hot cells of CCTV cameras per patrol beat (16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Hot spot analysis: CCTV cameras, Patrol beats produced Hot cells of CCTV cameras per patrol beat (16 features) [14][97][98][99].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2; billing, cost 0.01104; billing, list price 0.01104; billing, upstream cost 0 [97].</w:t>
      </w:r>
    </w:p>
    <w:p>
      <w:pPr>
        <w:pStyle w:val="ListBullet"/>
      </w:pPr>
      <w:r>
        <w:rPr>
          <w:b/>
        </w:rPr>
        <w:t xml:space="preserve">Evidenced: </w:t>
      </w:r>
      <w:r>
        <w:t>The chart Hot cells of CCTV cameras per patrol beat is drawn from 5 rows [101].</w:t>
      </w:r>
    </w:p>
    <w:p>
      <w:r>
        <w:rPr>
          <w:i/>
          <w:color w:val="525252"/>
          <w:sz w:val="17"/>
        </w:rPr>
        <w:t>Tool gp_summarize_within; parameters {"project": "fe9df6b9-8a15-4264-946b-4b37b8dbb89d", "features": {"layer": "Hot spot analysis: CCTV cameras (2cc32b98)"}, "group_by": "gi_bin", "polygons": {"layer": "Patrol beats (8c67e28f)"}, "output_name": "Hot cells of CCTV cameras per patrol beat"}</w:t>
      </w:r>
    </w:p>
    <w:p>
      <w:pPr>
        <w:pStyle w:val="Heading1"/>
      </w:pPr>
      <w:r>
        <w:t>Nearest police station to each cluster of licensed premises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[102]. In ArcGIS it is Find Nearest or Near; in QGIS, native:joinbynearest or native:nearestneighbouranalysis [102].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safety, Chicago: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Find nearest on Police stations, Find point clusters: cluster hulls produced Nearest police station to each cluster of licensed premises (3 features) [19][81][103][104]. It reported result, count 3; result, elapsed ms 3; billing, cost 0.01012; billing, list price 0.01012; billing, upstream cost 0 [103]. The chart Nearest police station to each cluster of licensed premises is drawn from 3 rows [106].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Nearest police station to each cluster of licensed premises [105]</w:t>
      </w:r>
    </w:p>
    <w:p>
      <w:r>
        <w:rPr>
          <w:b/>
        </w:rPr>
        <w:t xml:space="preserve">What the map shows. </w:t>
      </w:r>
      <w:r>
        <w:rPr>
          <w:i w:val="0"/>
        </w:rPr>
        <w:t>The map draws Nearest police station to each cluster of licensed premises by distance_m in 2 classes: 836 to 881, 881 to 972 [105]. The map draws Patrol beats with one symbol [105]. It draws 19 features [105]. It covers longitude -87.667 to -87.631 and latitude 41.875 to 41.896, at about 1:12,455 [105].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40208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2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Nearest police station to each cluster of licensed premises [106]. Source: Nearest police station to each cluster of licensed premises (3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Police stations, Find point clusters: cluster hulls produced Nearest police station to each cluster of licensed premises (3 features) [19][81][103][104].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3; result, elapsed ms 3; billing, cost 0.01012; billing, list price 0.01012; billing, upstream cost 0 [103].</w:t>
      </w:r>
    </w:p>
    <w:p>
      <w:pPr>
        <w:pStyle w:val="ListBullet"/>
      </w:pPr>
      <w:r>
        <w:rPr>
          <w:b/>
        </w:rPr>
        <w:t xml:space="preserve">Evidenced: </w:t>
      </w:r>
      <w:r>
        <w:t>The chart Nearest police station to each cluster of licensed premises is drawn from 3 rows [106].</w:t>
      </w:r>
    </w:p>
    <w:p>
      <w:r>
        <w:rPr>
          <w:i/>
          <w:color w:val="525252"/>
          <w:sz w:val="17"/>
        </w:rPr>
        <w:t>Tool gp_find_nearest; parameters {"k": 1, "to": {"layer": "Police stations (6b7fdf5e)"}, "from": {"layer": "Find point clusters: cluster hulls (4dfef6fb)"}, "project": "fe9df6b9-8a15-4264-946b-4b37b8dbb89d", "output_name": "Nearest police station to each cluster of licensed premises"}</w:t>
      </w:r>
    </w:p>
    <w:p>
      <w:pPr>
        <w:pStyle w:val="Heading1"/>
      </w:pPr>
      <w:r>
        <w:t>Dense areas of street light outages</w:t>
      </w:r>
    </w:p>
    <w:p>
      <w:r>
        <w:rPr>
          <w:b/>
        </w:rPr>
        <w:t xml:space="preserve">What this analysis is. </w:t>
      </w:r>
      <w:r>
        <w:rPr>
          <w:i w:val="0"/>
        </w:rPr>
        <w:t>Pipeline: Run up to 20 GIS operations in one engine call; a step's params may use "$id" (an earlier step's result) or "$id.key", and layer references [107]. Every step's map outputs are saved as styled layers [107].</w:t>
      </w:r>
    </w:p>
    <w:p>
      <w:r>
        <w:rPr>
          <w:b/>
        </w:rPr>
        <w:t xml:space="preserve">Why it was run on this data. </w:t>
      </w:r>
      <w:r>
        <w:rPr>
          <w:i w:val="0"/>
        </w:rPr>
        <w:t>Patrol beats holds population in 'population': CCTV cameras per 10,000 people in each feature compares features of different size; mapped as a choropleth (natural breaks, sequential colors) [108].</w:t>
      </w:r>
    </w:p>
    <w:p>
      <w:r>
        <w:rPr>
          <w:b/>
        </w:rPr>
        <w:t xml:space="preserve">What it found. </w:t>
      </w:r>
      <w:r>
        <w:rPr>
          <w:i w:val="0"/>
        </w:rPr>
        <w:t>Pipeline on Calculate density: Street light outages produced Dense areas of street light outages (5 features) [93][109][110]. It reported result, count 5; result, elapsed ms 13; billing, cost 0.03697; billing, list price 0.03697; billing, upstream cost 0; list price 0.03697 [109]. The chart Dense areas of street light outages is drawn from 5 rows [111].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0.03697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0.03697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list price</w:t>
            </w:r>
          </w:p>
        </w:tc>
        <w:tc>
          <w:tcPr>
            <w:tcW w:type="dxa" w:w="4320"/>
          </w:tcPr>
          <w:p>
            <w:r>
              <w:t>0.03697</w:t>
            </w:r>
          </w:p>
        </w:tc>
      </w:tr>
    </w:tbl>
    <w:p/>
    <w:p>
      <w:r>
        <w:rPr>
          <w:b/>
        </w:rPr>
        <w:t xml:space="preserve">What the map shows. </w:t>
      </w:r>
      <w:r>
        <w:rPr>
          <w:i w:val="0"/>
        </w:rPr>
        <w:t>Drawn with calculate density on the map Density: street light outages [71].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Dense areas of street light outages [111]. Source: Dense areas of street light outages (5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Pipeline on Calculate density: Street light outages produced Dense areas of street light outages (5 features) [93][109][110].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5; result, elapsed ms 13; billing, cost 0.03697; billing, list price 0.03697; billing, upstream cost 0; list price 0.03697 [109].</w:t>
      </w:r>
    </w:p>
    <w:p>
      <w:pPr>
        <w:pStyle w:val="ListBullet"/>
      </w:pPr>
      <w:r>
        <w:rPr>
          <w:b/>
        </w:rPr>
        <w:t xml:space="preserve">Evidenced: </w:t>
      </w:r>
      <w:r>
        <w:t>The chart Dense areas of street light outages is drawn from 5 rows [111].</w:t>
      </w:r>
    </w:p>
    <w:p>
      <w:r>
        <w:rPr>
          <w:i/>
          <w:color w:val="525252"/>
          <w:sz w:val="17"/>
        </w:rPr>
        <w:t xml:space="preserve">Tool gp_pipeline; parameters {"save": "final", "steps": [{"id": "classes", "params": {"field": "density_per_km2", "method": "quantile", "classes": 5, "features": {"layer": "Calculate density: Street light outages (22316e02)"}}, "operation": "classify_field"}, {"id": "areas", "params": {"by": ["class"], "features": "$classes"}, "operation": "dissolve"}], "project": "fe9df6b9-8a15-4264-946b-4b37b8dbb89d", "output_name": "Dense </w:t>
      </w:r>
    </w:p>
    <w:p>
      <w:pPr>
        <w:pStyle w:val="Heading1"/>
      </w:pPr>
      <w:r>
        <w:t>Change of street light outages per patrol beat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[44]. In ArcGIS it is Summarize Within or Aggregate Points; in QGIS, native:countpointsinpolygon or native:sumlinelengths [44].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CCTV cameras inside each feature of Patrol beats by ptz; the counts map as a choropleth (natural breaks, sequential colors) [45].</w:t>
      </w:r>
    </w:p>
    <w:p>
      <w:r>
        <w:rPr>
          <w:b/>
        </w:rPr>
        <w:t xml:space="preserve">What it found. </w:t>
      </w:r>
      <w:r>
        <w:rPr>
          <w:i w:val="0"/>
        </w:rPr>
        <w:t>Summarize within on Period change: Street light outages (week of 2026-02-02 to week of 2026-02-09), Patrol beats produced Change of street light outages per patrol beat (16 features) [10][14][112][113]. It reported result, count 16; result, elapsed ms 1; billing, cost 0.01048; billing, list price 0.01048; billing, upstream cost 0 [112]. The chart Change of street light outages per patrol beat is drawn from 5 rows [115].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0.01048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0.01048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Change of street light outages per patrol beat [114]</w:t>
      </w:r>
    </w:p>
    <w:p>
      <w:r>
        <w:rPr>
          <w:b/>
        </w:rPr>
        <w:t xml:space="preserve">What the map shows. </w:t>
      </w:r>
      <w:r>
        <w:rPr>
          <w:i w:val="0"/>
        </w:rPr>
        <w:t>The map draws Change of street light outages per patrol beat by sum_change in 4 classes: -7 to -3, -3 to -2, -2 to -1, -1 to 2 [114]. It draws 16 features [114]. It covers longitude -87.694 to -87.594 and latitude 41.85 to 41.907, at about 1:34,270 [114].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Change of street light outages per patrol beat [115]. Source: Change of street light outages per patrol beat (16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Period change: Street light outages (week of 2026-02-02 to week of 2026-02-09), Patrol beats produced Change of street light outages per patrol beat (16 features) [10][14][112][113].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16; result, elapsed ms 1; billing, cost 0.01048; billing, list price 0.01048; billing, upstream cost 0 [112].</w:t>
      </w:r>
    </w:p>
    <w:p>
      <w:pPr>
        <w:pStyle w:val="ListBullet"/>
      </w:pPr>
      <w:r>
        <w:rPr>
          <w:b/>
        </w:rPr>
        <w:t xml:space="preserve">Evidenced: </w:t>
      </w:r>
      <w:r>
        <w:t>The chart Change of street light outages per patrol beat is drawn from 5 rows [115].</w:t>
      </w:r>
    </w:p>
    <w:p>
      <w:r>
        <w:rPr>
          <w:i/>
          <w:color w:val="525252"/>
          <w:sz w:val="17"/>
        </w:rPr>
        <w:t>Tool gp_summarize_within; parameters {"stats": [{"agg": "sum", "field": "change"}], "project": "fe9df6b9-8a15-4264-946b-4b37b8dbb89d", "features": {"layer": "Period change: Street light outages (week of 2026-02-02 to week of 2026-02-09) (b942fd09)"}, "polygons": {"layer": "Patrol beats (8c67e28f)"}, "output_name": "Change of street light outages per patrol beat"}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25 chart(s) [116][117][118][119][120][121][122][123][124][125][126][127][128][129][130][131][132][133][134][135][136][137][138][139][140].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Incidents over time (reported_at) [116]. Per week, 2025-09-29 to 2026-09-28. Source: Incidents (1,680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61232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1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Street light outages over time (reported_at) [117]. Per week, 2025-09-29 to 2026-09-28. Source: Street light outages (420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576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CCTV cameras over time (installed_year) [118]. Source: CCTV cameras (60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236976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Calls for service by beat and month over time (month) [119]. Per month, 2024-10-01 to 2026-09-01. Source: Calls for service by beat and month (384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44112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Hot spot analysis: CCTV cameras [120]. Source: Hot spot analysis: CCTV cameras (36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91712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Hot spot analysis: Licensed premises [121]. Source: Hot spot analysis: Licensed premises (112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3216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2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Emerging hot spots: Incidents [122]. Source: Emerging hot spots: Incidents (270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Emerging hot spots: Street light outages [123]. Source: Emerging hot spots: Street light outages (47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523744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3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49. Find point clusters: Licensed premises [124]. Source: Find point clusters: Licensed premises (120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267712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50. Find point clusters: cluster hulls [125]. Source: Find point clusters: cluster hulls (3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237232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7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51. Find point clusters: Incidents [126]. Period: 2025-10-01 to 2026-09-30 (reported_at). Source: Find point clusters: Incidents (1,680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267712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52. Find point clusters: cluster hulls [127]. Source: Find point clusters: cluster hulls (3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786128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6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53. Find point clusters: Street light outages [128]. Period: 2025-10-06 to 2026-10-20 (repaired_on). Source: Find point clusters: Street light outages (420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761744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54. Find point clusters: cluster hulls [129].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55. Summarize within: Patrol beats [130]. Source: Summarize within: Patrol beats (16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56. Summarize within: Patrol beats [131]. Source: Summarize within: Patrol beats (16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57. Summarize within: Patrol beats [132]. Source: Summarize within: Patrol beats (16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58. Calculate density: Licensed premises [133]. Source: Calculate density: Licensed premises (164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59. Calculate density: Incidents [134]. Source: Calculate density: Incidents (2,874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60. Calculate density: Street light outages [135]. Source: Calculate density: Street light outages (848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61232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1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61. Hot spot analysis: Incidents [136]. Source: Hot spot analysis: Incidents (2,912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62. Repeat and near repeat classification: Incidents [137]. Per week, 2025-09-29 to 2026-09-28. Source: Repeat and near repeat classification: Incidents (1,680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63. Repeat and near repeat classification: Incidents over time [138]. Per week, 2025-09-29 to 2026-09-28. Source: Repeat and near repeat classification: Incidents (1,680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94176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64. Find point clusters: Street light outages over time [139]. Per month, 2025-10-01 to 2026-10-01. Source: Find point clusters: Street light outages (420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65. Find point clusters: Incidents over time [140]. Per week, 2025-09-29 to 2026-09-28. Source: Find point clusters: Incidents (1,680 features). The data is in the appendix.</w:t>
      </w:r>
    </w:p>
    <w:p>
      <w:pPr>
        <w:pStyle w:val="Heading1"/>
      </w:pPr>
      <w:r>
        <w:t>Documents</w:t>
      </w:r>
    </w:p>
    <w:p>
      <w:r>
        <w:rPr>
          <w:b/>
        </w:rPr>
        <w:t xml:space="preserve">What the documents name. </w:t>
      </w:r>
      <w:r>
        <w:rPr>
          <w:i w:val="0"/>
        </w:rPr>
        <w:t>Quarterly crime and safety briefing, third quarter 2026 (1 page, 1 page(s) from the text layer) names 12 event terms and 11 places [141]. Event terms in Quarterly crime and safety briefing, third quarter 2026: Thefts (page 1, line 7, 2 mentions), Transit (page 1, line 7, 2 mentions), street (page 1, line 9, 2 mentions), demonstration (page 1, line 3) [142]. Places named in Quarterly crime and safety briefing, third quarter 2026: Central Transit Center (page 1, line 7, 2 mentions), Market West Beat (page 1, line 9, 2 mentions), N Elizabeth St (page 1, line 11, 2 mentions), Kingsway Beat (page 1, line 11, 2 mentions) [142]. Hot spot patrol plan (1 page, 1 page(s) from the text layer) names 1 organization, 8 event terms and 6 places [143]. Organizations named in Hot spot patrol plan: Focus (page 1, line 7) [144]. Event terms in Hot spot patrol plan: theft (page 1, line 11, 2 mentions), patrol (page 1, line 1), Patrols (page 1, line 3), Transit (page 1, line 8) [144]. Places named in Hot spot patrol plan: Central District Station (page 1, line 3), Westside Station (page 1, line 3), Riverside Station (page 1, line 3), Central Transit Center (page 1, line 8) [144].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Documents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Entities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Organizations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Event terms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Places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Quarterly crime and safety briefing, third quarter 2026 (1 page, 1 page(s) from the text layer) names 12 event terms and 11 places.</w:t>
      </w:r>
    </w:p>
    <w:p>
      <w:pPr>
        <w:pStyle w:val="ListBullet"/>
      </w:pPr>
      <w:r>
        <w:rPr>
          <w:b/>
        </w:rPr>
        <w:t xml:space="preserve">Evidenced: </w:t>
      </w:r>
      <w:r>
        <w:t>Event terms in Quarterly crime and safety briefing, third quarter 2026: Thefts (page 1, line 7, 2 mentions), Transit (page 1, line 7, 2 mentions), street (page 1, line 9, 2 mentions), demonstration (page 1, line 3).</w:t>
      </w:r>
    </w:p>
    <w:p>
      <w:pPr>
        <w:pStyle w:val="ListBullet"/>
      </w:pPr>
      <w:r>
        <w:rPr>
          <w:b/>
        </w:rPr>
        <w:t xml:space="preserve">Evidenced: </w:t>
      </w:r>
      <w:r>
        <w:t>Places named in Quarterly crime and safety briefing, third quarter 2026: Central Transit Center (page 1, line 7, 2 mentions), Market West Beat (page 1, line 9, 2 mentions), N Elizabeth St (page 1, line 11, 2 mentions), Kingsway Beat (page 1, line 11, 2 mentions).</w:t>
      </w:r>
    </w:p>
    <w:p>
      <w:pPr>
        <w:pStyle w:val="ListBullet"/>
      </w:pPr>
      <w:r>
        <w:rPr>
          <w:b/>
        </w:rPr>
        <w:t xml:space="preserve">Evidenced: </w:t>
      </w:r>
      <w:r>
        <w:t>Hot spot patrol plan (1 page, 1 page(s) from the text layer) names 1 organization, 8 event terms and 6 places.</w:t>
      </w:r>
    </w:p>
    <w:p>
      <w:pPr>
        <w:pStyle w:val="ListBullet"/>
      </w:pPr>
      <w:r>
        <w:rPr>
          <w:b/>
        </w:rPr>
        <w:t xml:space="preserve">Evidenced: </w:t>
      </w:r>
      <w:r>
        <w:t>Organizations named in Hot spot patrol plan: Focus (page 1, line 7).</w:t>
      </w:r>
    </w:p>
    <w:p>
      <w:pPr>
        <w:pStyle w:val="ListBullet"/>
      </w:pPr>
      <w:r>
        <w:rPr>
          <w:b/>
        </w:rPr>
        <w:t xml:space="preserve">Evidenced: </w:t>
      </w:r>
      <w:r>
        <w:t>Event terms in Hot spot patrol plan: theft (page 1, line 11, 2 mentions), patrol (page 1, line 1), Patrols (page 1, line 3), Transit (page 1, line 8).</w:t>
      </w:r>
    </w:p>
    <w:p>
      <w:pPr>
        <w:pStyle w:val="ListBullet"/>
      </w:pPr>
      <w:r>
        <w:rPr>
          <w:b/>
        </w:rPr>
        <w:t xml:space="preserve">Evidenced: </w:t>
      </w:r>
      <w:r>
        <w:t>Places named in Hot spot patrol plan: Central District Station (page 1, line 3), Westside Station (page 1, line 3), Riverside Station (page 1, line 3), Central Transit Center (page 1, line 8).</w:t>
      </w:r>
    </w:p>
    <w:p>
      <w:pPr>
        <w:pStyle w:val="Heading1"/>
      </w:pPr>
      <w:r>
        <w:t>Changes since the last run</w:t>
      </w:r>
    </w:p>
    <w:p>
      <w:r>
        <w:t>94 number(s) changed since the report of 2026-10-19T04:03:32Z.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Analysis</w:t>
            </w:r>
          </w:p>
        </w:tc>
        <w:tc>
          <w:tcPr>
            <w:tcW w:type="dxa" w:w="1728"/>
          </w:tcPr>
          <w:p>
            <w:r>
              <w:t>Measure</w:t>
            </w:r>
          </w:p>
        </w:tc>
        <w:tc>
          <w:tcPr>
            <w:tcW w:type="dxa" w:w="1728"/>
          </w:tcPr>
          <w:p>
            <w:r>
              <w:t>Before</w:t>
            </w:r>
          </w:p>
        </w:tc>
        <w:tc>
          <w:tcPr>
            <w:tcW w:type="dxa" w:w="1728"/>
          </w:tcPr>
          <w:p>
            <w:r>
              <w:t>After</w:t>
            </w:r>
          </w:p>
        </w:tc>
        <w:tc>
          <w:tcPr>
            <w:tcW w:type="dxa" w:w="1728"/>
          </w:tcPr>
          <w:p>
            <w:r>
              <w:t>Change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bins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incidents used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60</w:t>
            </w:r>
          </w:p>
        </w:tc>
        <w:tc>
          <w:tcPr>
            <w:tcW w:type="dxa" w:w="1728"/>
          </w:tcPr>
          <w:p>
            <w:r>
              <w:t>-20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distance band m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2,000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0.0516</w:t>
            </w:r>
          </w:p>
        </w:tc>
        <w:tc>
          <w:tcPr>
            <w:tcW w:type="dxa" w:w="1728"/>
          </w:tcPr>
          <w:p>
            <w:r>
              <w:t>0.0512</w:t>
            </w:r>
          </w:p>
        </w:tc>
        <w:tc>
          <w:tcPr>
            <w:tcW w:type="dxa" w:w="1728"/>
          </w:tcPr>
          <w:p>
            <w:r>
              <w:t>-0.0004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0.0516</w:t>
            </w:r>
          </w:p>
        </w:tc>
        <w:tc>
          <w:tcPr>
            <w:tcW w:type="dxa" w:w="1728"/>
          </w:tcPr>
          <w:p>
            <w:r>
              <w:t>0.0512</w:t>
            </w:r>
          </w:p>
        </w:tc>
        <w:tc>
          <w:tcPr>
            <w:tcW w:type="dxa" w:w="1728"/>
          </w:tcPr>
          <w:p>
            <w:r>
              <w:t>-0.0004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bins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112</w:t>
            </w:r>
          </w:p>
        </w:tc>
        <w:tc>
          <w:tcPr>
            <w:tcW w:type="dxa" w:w="1728"/>
          </w:tcPr>
          <w:p>
            <w:r>
              <w:t>77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112</w:t>
            </w:r>
          </w:p>
        </w:tc>
        <w:tc>
          <w:tcPr>
            <w:tcW w:type="dxa" w:w="1728"/>
          </w:tcPr>
          <w:p>
            <w:r>
              <w:t>77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-500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incidents used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120</w:t>
            </w:r>
          </w:p>
        </w:tc>
        <w:tc>
          <w:tcPr>
            <w:tcW w:type="dxa" w:w="1728"/>
          </w:tcPr>
          <w:p>
            <w:r>
              <w:t>40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0.0516</w:t>
            </w:r>
          </w:p>
        </w:tc>
        <w:tc>
          <w:tcPr>
            <w:tcW w:type="dxa" w:w="1728"/>
          </w:tcPr>
          <w:p>
            <w:r>
              <w:t>0.0524</w:t>
            </w:r>
          </w:p>
        </w:tc>
        <w:tc>
          <w:tcPr>
            <w:tcW w:type="dxa" w:w="1728"/>
          </w:tcPr>
          <w:p>
            <w:r>
              <w:t>0.0008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0.0516</w:t>
            </w:r>
          </w:p>
        </w:tc>
        <w:tc>
          <w:tcPr>
            <w:tcW w:type="dxa" w:w="1728"/>
          </w:tcPr>
          <w:p>
            <w:r>
              <w:t>0.0524</w:t>
            </w:r>
          </w:p>
        </w:tc>
        <w:tc>
          <w:tcPr>
            <w:tcW w:type="dxa" w:w="1728"/>
          </w:tcPr>
          <w:p>
            <w:r>
              <w:t>0.0008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46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270</w:t>
            </w:r>
          </w:p>
        </w:tc>
        <w:tc>
          <w:tcPr>
            <w:tcW w:type="dxa" w:w="1728"/>
          </w:tcPr>
          <w:p>
            <w:r>
              <w:t>47</w:t>
            </w:r>
          </w:p>
        </w:tc>
        <w:tc>
          <w:tcPr>
            <w:tcW w:type="dxa" w:w="1728"/>
          </w:tcPr>
          <w:p>
            <w:r>
              <w:t>-223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-34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resolution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-1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features used</w:t>
            </w:r>
          </w:p>
        </w:tc>
        <w:tc>
          <w:tcPr>
            <w:tcW w:type="dxa" w:w="1728"/>
          </w:tcPr>
          <w:p>
            <w:r>
              <w:t>1,680</w:t>
            </w:r>
          </w:p>
        </w:tc>
        <w:tc>
          <w:tcPr>
            <w:tcW w:type="dxa" w:w="1728"/>
          </w:tcPr>
          <w:p>
            <w:r>
              <w:t>420</w:t>
            </w:r>
          </w:p>
        </w:tc>
        <w:tc>
          <w:tcPr>
            <w:tcW w:type="dxa" w:w="1728"/>
          </w:tcPr>
          <w:p>
            <w:r>
              <w:t>-1,260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0.184</w:t>
            </w:r>
          </w:p>
        </w:tc>
        <w:tc>
          <w:tcPr>
            <w:tcW w:type="dxa" w:w="1728"/>
          </w:tcPr>
          <w:p>
            <w:r>
              <w:t>0.121</w:t>
            </w:r>
          </w:p>
        </w:tc>
        <w:tc>
          <w:tcPr>
            <w:tcW w:type="dxa" w:w="1728"/>
          </w:tcPr>
          <w:p>
            <w:r>
              <w:t>-0.063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0.184</w:t>
            </w:r>
          </w:p>
        </w:tc>
        <w:tc>
          <w:tcPr>
            <w:tcW w:type="dxa" w:w="1728"/>
          </w:tcPr>
          <w:p>
            <w:r>
              <w:t>0.121</w:t>
            </w:r>
          </w:p>
        </w:tc>
        <w:tc>
          <w:tcPr>
            <w:tcW w:type="dxa" w:w="1728"/>
          </w:tcPr>
          <w:p>
            <w:r>
              <w:t>-0.063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1,680</w:t>
            </w:r>
          </w:p>
        </w:tc>
        <w:tc>
          <w:tcPr>
            <w:tcW w:type="dxa" w:w="1728"/>
          </w:tcPr>
          <w:p>
            <w:r>
              <w:t>120</w:t>
            </w:r>
          </w:p>
        </w:tc>
        <w:tc>
          <w:tcPr>
            <w:tcW w:type="dxa" w:w="1728"/>
          </w:tcPr>
          <w:p>
            <w:r>
              <w:t>-1,560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noise</w:t>
            </w:r>
          </w:p>
        </w:tc>
        <w:tc>
          <w:tcPr>
            <w:tcW w:type="dxa" w:w="1728"/>
          </w:tcPr>
          <w:p>
            <w:r>
              <w:t>1,609</w:t>
            </w:r>
          </w:p>
        </w:tc>
        <w:tc>
          <w:tcPr>
            <w:tcW w:type="dxa" w:w="1728"/>
          </w:tcPr>
          <w:p>
            <w:r>
              <w:t>61</w:t>
            </w:r>
          </w:p>
        </w:tc>
        <w:tc>
          <w:tcPr>
            <w:tcW w:type="dxa" w:w="1728"/>
          </w:tcPr>
          <w:p>
            <w:r>
              <w:t>-1,548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distance m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150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118</w:t>
            </w:r>
          </w:p>
        </w:tc>
        <w:tc>
          <w:tcPr>
            <w:tcW w:type="dxa" w:w="1728"/>
          </w:tcPr>
          <w:p>
            <w:r>
              <w:t>499</w:t>
            </w:r>
          </w:p>
        </w:tc>
        <w:tc>
          <w:tcPr>
            <w:tcW w:type="dxa" w:w="1728"/>
          </w:tcPr>
          <w:p>
            <w:r>
              <w:t>381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min points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-17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0.0524</w:t>
            </w:r>
          </w:p>
        </w:tc>
        <w:tc>
          <w:tcPr>
            <w:tcW w:type="dxa" w:w="1728"/>
          </w:tcPr>
          <w:p>
            <w:r>
              <w:t>-0.0312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0.0524</w:t>
            </w:r>
          </w:p>
        </w:tc>
        <w:tc>
          <w:tcPr>
            <w:tcW w:type="dxa" w:w="1728"/>
          </w:tcPr>
          <w:p>
            <w:r>
              <w:t>-0.0312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118</w:t>
            </w:r>
          </w:p>
        </w:tc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-99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1,680</w:t>
            </w:r>
          </w:p>
        </w:tc>
        <w:tc>
          <w:tcPr>
            <w:tcW w:type="dxa" w:w="1728"/>
          </w:tcPr>
          <w:p>
            <w:r>
              <w:t>420</w:t>
            </w:r>
          </w:p>
        </w:tc>
        <w:tc>
          <w:tcPr>
            <w:tcW w:type="dxa" w:w="1728"/>
          </w:tcPr>
          <w:p>
            <w:r>
              <w:t>-1,260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noise</w:t>
            </w:r>
          </w:p>
        </w:tc>
        <w:tc>
          <w:tcPr>
            <w:tcW w:type="dxa" w:w="1728"/>
          </w:tcPr>
          <w:p>
            <w:r>
              <w:t>1,609</w:t>
            </w:r>
          </w:p>
        </w:tc>
        <w:tc>
          <w:tcPr>
            <w:tcW w:type="dxa" w:w="1728"/>
          </w:tcPr>
          <w:p>
            <w:r>
              <w:t>410</w:t>
            </w:r>
          </w:p>
        </w:tc>
        <w:tc>
          <w:tcPr>
            <w:tcW w:type="dxa" w:w="1728"/>
          </w:tcPr>
          <w:p>
            <w:r>
              <w:t>-1,199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distance m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100</w:t>
            </w:r>
          </w:p>
        </w:tc>
        <w:tc>
          <w:tcPr>
            <w:tcW w:type="dxa" w:w="1728"/>
          </w:tcPr>
          <w:p>
            <w:r>
              <w:t>50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118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-113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min points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-10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0.0584</w:t>
            </w:r>
          </w:p>
        </w:tc>
        <w:tc>
          <w:tcPr>
            <w:tcW w:type="dxa" w:w="1728"/>
          </w:tcPr>
          <w:p>
            <w:r>
              <w:t>-0.0252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0.0584</w:t>
            </w:r>
          </w:p>
        </w:tc>
        <w:tc>
          <w:tcPr>
            <w:tcW w:type="dxa" w:w="1728"/>
          </w:tcPr>
          <w:p>
            <w:r>
              <w:t>-0.0252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-1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0.01154</w:t>
            </w:r>
          </w:p>
        </w:tc>
        <w:tc>
          <w:tcPr>
            <w:tcW w:type="dxa" w:w="1728"/>
          </w:tcPr>
          <w:p>
            <w:r>
              <w:t>0.00106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0.01154</w:t>
            </w:r>
          </w:p>
        </w:tc>
        <w:tc>
          <w:tcPr>
            <w:tcW w:type="dxa" w:w="1728"/>
          </w:tcPr>
          <w:p>
            <w:r>
              <w:t>0.00106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-1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0.01274</w:t>
            </w:r>
          </w:p>
        </w:tc>
        <w:tc>
          <w:tcPr>
            <w:tcW w:type="dxa" w:w="1728"/>
          </w:tcPr>
          <w:p>
            <w:r>
              <w:t>0.00226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0.01274</w:t>
            </w:r>
          </w:p>
        </w:tc>
        <w:tc>
          <w:tcPr>
            <w:tcW w:type="dxa" w:w="1728"/>
          </w:tcPr>
          <w:p>
            <w:r>
              <w:t>0.00226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0.04394</w:t>
            </w:r>
          </w:p>
        </w:tc>
        <w:tc>
          <w:tcPr>
            <w:tcW w:type="dxa" w:w="1728"/>
          </w:tcPr>
          <w:p>
            <w:r>
              <w:t>0.03346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0.04394</w:t>
            </w:r>
          </w:p>
        </w:tc>
        <w:tc>
          <w:tcPr>
            <w:tcW w:type="dxa" w:w="1728"/>
          </w:tcPr>
          <w:p>
            <w:r>
              <w:t>0.03346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2,874</w:t>
            </w:r>
          </w:p>
        </w:tc>
        <w:tc>
          <w:tcPr>
            <w:tcW w:type="dxa" w:w="1728"/>
          </w:tcPr>
          <w:p>
            <w:r>
              <w:t>164</w:t>
            </w:r>
          </w:p>
        </w:tc>
        <w:tc>
          <w:tcPr>
            <w:tcW w:type="dxa" w:w="1728"/>
          </w:tcPr>
          <w:p>
            <w:r>
              <w:t>-2,710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162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-158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bandwidth m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800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100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400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max density per km2</w:t>
            </w:r>
          </w:p>
        </w:tc>
        <w:tc>
          <w:tcPr>
            <w:tcW w:type="dxa" w:w="1728"/>
          </w:tcPr>
          <w:p>
            <w:r>
              <w:t>1,347</w:t>
            </w:r>
          </w:p>
        </w:tc>
        <w:tc>
          <w:tcPr>
            <w:tcW w:type="dxa" w:w="1728"/>
          </w:tcPr>
          <w:p>
            <w:r>
              <w:t>42.62</w:t>
            </w:r>
          </w:p>
        </w:tc>
        <w:tc>
          <w:tcPr>
            <w:tcW w:type="dxa" w:w="1728"/>
          </w:tcPr>
          <w:p>
            <w:r>
              <w:t>-1,305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0.0524</w:t>
            </w:r>
          </w:p>
        </w:tc>
        <w:tc>
          <w:tcPr>
            <w:tcW w:type="dxa" w:w="1728"/>
          </w:tcPr>
          <w:p>
            <w:r>
              <w:t>-0.0312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0.0524</w:t>
            </w:r>
          </w:p>
        </w:tc>
        <w:tc>
          <w:tcPr>
            <w:tcW w:type="dxa" w:w="1728"/>
          </w:tcPr>
          <w:p>
            <w:r>
              <w:t>-0.0312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162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-112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2,874</w:t>
            </w:r>
          </w:p>
        </w:tc>
        <w:tc>
          <w:tcPr>
            <w:tcW w:type="dxa" w:w="1728"/>
          </w:tcPr>
          <w:p>
            <w:r>
              <w:t>848</w:t>
            </w:r>
          </w:p>
        </w:tc>
        <w:tc>
          <w:tcPr>
            <w:tcW w:type="dxa" w:w="1728"/>
          </w:tcPr>
          <w:p>
            <w:r>
              <w:t>-2,026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162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-147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bandwidth m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300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100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100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max density per km2</w:t>
            </w:r>
          </w:p>
        </w:tc>
        <w:tc>
          <w:tcPr>
            <w:tcW w:type="dxa" w:w="1728"/>
          </w:tcPr>
          <w:p>
            <w:r>
              <w:t>1,347</w:t>
            </w:r>
          </w:p>
        </w:tc>
        <w:tc>
          <w:tcPr>
            <w:tcW w:type="dxa" w:w="1728"/>
          </w:tcPr>
          <w:p>
            <w:r>
              <w:t>107.5</w:t>
            </w:r>
          </w:p>
        </w:tc>
        <w:tc>
          <w:tcPr>
            <w:tcW w:type="dxa" w:w="1728"/>
          </w:tcPr>
          <w:p>
            <w:r>
              <w:t>-1,240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0.0584</w:t>
            </w:r>
          </w:p>
        </w:tc>
        <w:tc>
          <w:tcPr>
            <w:tcW w:type="dxa" w:w="1728"/>
          </w:tcPr>
          <w:p>
            <w:r>
              <w:t>-0.0252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0.0584</w:t>
            </w:r>
          </w:p>
        </w:tc>
        <w:tc>
          <w:tcPr>
            <w:tcW w:type="dxa" w:w="1728"/>
          </w:tcPr>
          <w:p>
            <w:r>
              <w:t>-0.0252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bins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2,912</w:t>
            </w:r>
          </w:p>
        </w:tc>
        <w:tc>
          <w:tcPr>
            <w:tcW w:type="dxa" w:w="1728"/>
          </w:tcPr>
          <w:p>
            <w:r>
              <w:t>2,877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2,912</w:t>
            </w:r>
          </w:p>
        </w:tc>
        <w:tc>
          <w:tcPr>
            <w:tcW w:type="dxa" w:w="1728"/>
          </w:tcPr>
          <w:p>
            <w:r>
              <w:t>2,877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100</w:t>
            </w:r>
          </w:p>
        </w:tc>
        <w:tc>
          <w:tcPr>
            <w:tcW w:type="dxa" w:w="1728"/>
          </w:tcPr>
          <w:p>
            <w:r>
              <w:t>98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100</w:t>
            </w:r>
          </w:p>
        </w:tc>
        <w:tc>
          <w:tcPr>
            <w:tcW w:type="dxa" w:w="1728"/>
          </w:tcPr>
          <w:p>
            <w:r>
              <w:t>-900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incidents used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1,680</w:t>
            </w:r>
          </w:p>
        </w:tc>
        <w:tc>
          <w:tcPr>
            <w:tcW w:type="dxa" w:w="1728"/>
          </w:tcPr>
          <w:p>
            <w:r>
              <w:t>1,600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distance band m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-800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0.0516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0.032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0.0516</w:t>
            </w:r>
          </w:p>
        </w:tc>
        <w:tc>
          <w:tcPr>
            <w:tcW w:type="dxa" w:w="1728"/>
          </w:tcPr>
          <w:p>
            <w:r>
              <w:t>0.0836</w:t>
            </w:r>
          </w:p>
        </w:tc>
        <w:tc>
          <w:tcPr>
            <w:tcW w:type="dxa" w:w="1728"/>
          </w:tcPr>
          <w:p>
            <w:r>
              <w:t>0.032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420</w:t>
            </w:r>
          </w:p>
        </w:tc>
        <w:tc>
          <w:tcPr>
            <w:tcW w:type="dxa" w:w="1728"/>
          </w:tcPr>
          <w:p>
            <w:r>
              <w:t>1,680</w:t>
            </w:r>
          </w:p>
        </w:tc>
        <w:tc>
          <w:tcPr>
            <w:tcW w:type="dxa" w:w="1728"/>
          </w:tcPr>
          <w:p>
            <w:r>
              <w:t>1,260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result, chains</w:t>
            </w:r>
          </w:p>
        </w:tc>
        <w:tc>
          <w:tcPr>
            <w:tcW w:type="dxa" w:w="1728"/>
          </w:tcPr>
          <w:p>
            <w:r>
              <w:t>53</w:t>
            </w:r>
          </w:p>
        </w:tc>
        <w:tc>
          <w:tcPr>
            <w:tcW w:type="dxa" w:w="1728"/>
          </w:tcPr>
          <w:p>
            <w:r>
              <w:t>152</w:t>
            </w:r>
          </w:p>
        </w:tc>
        <w:tc>
          <w:tcPr>
            <w:tcW w:type="dxa" w:w="1728"/>
          </w:tcPr>
          <w:p>
            <w:r>
              <w:t>99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result, distance m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100</w:t>
            </w:r>
          </w:p>
        </w:tc>
        <w:tc>
          <w:tcPr>
            <w:tcW w:type="dxa" w:w="1728"/>
          </w:tcPr>
          <w:p>
            <w:r>
              <w:t>-100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29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result, pairs linked</w:t>
            </w:r>
          </w:p>
        </w:tc>
        <w:tc>
          <w:tcPr>
            <w:tcW w:type="dxa" w:w="1728"/>
          </w:tcPr>
          <w:p>
            <w:r>
              <w:t>185</w:t>
            </w:r>
          </w:p>
        </w:tc>
        <w:tc>
          <w:tcPr>
            <w:tcW w:type="dxa" w:w="1728"/>
          </w:tcPr>
          <w:p>
            <w:r>
              <w:t>1,357</w:t>
            </w:r>
          </w:p>
        </w:tc>
        <w:tc>
          <w:tcPr>
            <w:tcW w:type="dxa" w:w="1728"/>
          </w:tcPr>
          <w:p>
            <w:r>
              <w:t>1,172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0.0626</w:t>
            </w:r>
          </w:p>
        </w:tc>
        <w:tc>
          <w:tcPr>
            <w:tcW w:type="dxa" w:w="1728"/>
          </w:tcPr>
          <w:p>
            <w:r>
              <w:t>0.1004</w:t>
            </w:r>
          </w:p>
        </w:tc>
        <w:tc>
          <w:tcPr>
            <w:tcW w:type="dxa" w:w="1728"/>
          </w:tcPr>
          <w:p>
            <w:r>
              <w:t>0.0378</w:t>
            </w:r>
          </w:p>
        </w:tc>
      </w:tr>
      <w:tr>
        <w:tc>
          <w:tcPr>
            <w:tcW w:type="dxa" w:w="1728"/>
          </w:tcPr>
          <w:p>
            <w:r>
              <w:t>Near repeat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0.0626</w:t>
            </w:r>
          </w:p>
        </w:tc>
        <w:tc>
          <w:tcPr>
            <w:tcW w:type="dxa" w:w="1728"/>
          </w:tcPr>
          <w:p>
            <w:r>
              <w:t>0.1004</w:t>
            </w:r>
          </w:p>
        </w:tc>
        <w:tc>
          <w:tcPr>
            <w:tcW w:type="dxa" w:w="1728"/>
          </w:tcPr>
          <w:p>
            <w:r>
              <w:t>0.0378</w:t>
            </w:r>
          </w:p>
        </w:tc>
      </w:tr>
      <w:tr>
        <w:tc>
          <w:tcPr>
            <w:tcW w:type="dxa" w:w="1728"/>
          </w:tcPr>
          <w:p>
            <w:r>
              <w:t>Hot cells inside each cluster of licensed premises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-13</w:t>
            </w:r>
          </w:p>
        </w:tc>
      </w:tr>
      <w:tr>
        <w:tc>
          <w:tcPr>
            <w:tcW w:type="dxa" w:w="1728"/>
          </w:tcPr>
          <w:p>
            <w:r>
              <w:t>Hot cells inside each cluster of licensed premises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Hot cells inside each cluster of licensed premises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0.0683</w:t>
            </w:r>
          </w:p>
        </w:tc>
        <w:tc>
          <w:tcPr>
            <w:tcW w:type="dxa" w:w="1728"/>
          </w:tcPr>
          <w:p>
            <w:r>
              <w:t>0.05782</w:t>
            </w:r>
          </w:p>
        </w:tc>
      </w:tr>
      <w:tr>
        <w:tc>
          <w:tcPr>
            <w:tcW w:type="dxa" w:w="1728"/>
          </w:tcPr>
          <w:p>
            <w:r>
              <w:t>Hot cells inside each cluster of licensed premises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0.0683</w:t>
            </w:r>
          </w:p>
        </w:tc>
        <w:tc>
          <w:tcPr>
            <w:tcW w:type="dxa" w:w="1728"/>
          </w:tcPr>
          <w:p>
            <w:r>
              <w:t>0.05782</w:t>
            </w:r>
          </w:p>
        </w:tc>
      </w:tr>
      <w:tr>
        <w:tc>
          <w:tcPr>
            <w:tcW w:type="dxa" w:w="1728"/>
          </w:tcPr>
          <w:p>
            <w:r>
              <w:t>Change beside the counts per patrol beat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0.0273</w:t>
            </w:r>
          </w:p>
        </w:tc>
        <w:tc>
          <w:tcPr>
            <w:tcW w:type="dxa" w:w="1728"/>
          </w:tcPr>
          <w:p>
            <w:r>
              <w:t>0.01066</w:t>
            </w:r>
          </w:p>
        </w:tc>
        <w:tc>
          <w:tcPr>
            <w:tcW w:type="dxa" w:w="1728"/>
          </w:tcPr>
          <w:p>
            <w:r>
              <w:t>-0.01664</w:t>
            </w:r>
          </w:p>
        </w:tc>
      </w:tr>
      <w:tr>
        <w:tc>
          <w:tcPr>
            <w:tcW w:type="dxa" w:w="1728"/>
          </w:tcPr>
          <w:p>
            <w:r>
              <w:t>Change beside the counts per patrol beat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0.0273</w:t>
            </w:r>
          </w:p>
        </w:tc>
        <w:tc>
          <w:tcPr>
            <w:tcW w:type="dxa" w:w="1728"/>
          </w:tcPr>
          <w:p>
            <w:r>
              <w:t>0.01066</w:t>
            </w:r>
          </w:p>
        </w:tc>
        <w:tc>
          <w:tcPr>
            <w:tcW w:type="dxa" w:w="1728"/>
          </w:tcPr>
          <w:p>
            <w:r>
              <w:t>-0.01664</w:t>
            </w:r>
          </w:p>
        </w:tc>
      </w:tr>
      <w:tr>
        <w:tc>
          <w:tcPr>
            <w:tcW w:type="dxa" w:w="1728"/>
          </w:tcPr>
          <w:p>
            <w:r>
              <w:t>Hot cells of CCTV cameras per patrol beat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Hot cells of CCTV cameras per patrol beat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0.01104</w:t>
            </w:r>
          </w:p>
        </w:tc>
        <w:tc>
          <w:tcPr>
            <w:tcW w:type="dxa" w:w="1728"/>
          </w:tcPr>
          <w:p>
            <w:r>
              <w:t>0.00056</w:t>
            </w:r>
          </w:p>
        </w:tc>
      </w:tr>
      <w:tr>
        <w:tc>
          <w:tcPr>
            <w:tcW w:type="dxa" w:w="1728"/>
          </w:tcPr>
          <w:p>
            <w:r>
              <w:t>Hot cells of CCTV cameras per patrol beat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0.01048</w:t>
            </w:r>
          </w:p>
        </w:tc>
        <w:tc>
          <w:tcPr>
            <w:tcW w:type="dxa" w:w="1728"/>
          </w:tcPr>
          <w:p>
            <w:r>
              <w:t>0.01104</w:t>
            </w:r>
          </w:p>
        </w:tc>
        <w:tc>
          <w:tcPr>
            <w:tcW w:type="dxa" w:w="1728"/>
          </w:tcPr>
          <w:p>
            <w:r>
              <w:t>0.00056</w:t>
            </w:r>
          </w:p>
        </w:tc>
      </w:tr>
      <w:tr>
        <w:tc>
          <w:tcPr>
            <w:tcW w:type="dxa" w:w="1728"/>
          </w:tcPr>
          <w:p>
            <w:r>
              <w:t>Nearest police station to each cluster of licensed premises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Dense areas of street light outages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936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-931</w:t>
            </w:r>
          </w:p>
        </w:tc>
      </w:tr>
      <w:tr>
        <w:tc>
          <w:tcPr>
            <w:tcW w:type="dxa" w:w="1728"/>
          </w:tcPr>
          <w:p>
            <w:r>
              <w:t>Dense areas of street light outages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-9</w:t>
            </w:r>
          </w:p>
        </w:tc>
      </w:tr>
      <w:tr>
        <w:tc>
          <w:tcPr>
            <w:tcW w:type="dxa" w:w="1728"/>
          </w:tcPr>
          <w:p>
            <w:r>
              <w:t>Dense areas of street light outages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0.102</w:t>
            </w:r>
          </w:p>
        </w:tc>
        <w:tc>
          <w:tcPr>
            <w:tcW w:type="dxa" w:w="1728"/>
          </w:tcPr>
          <w:p>
            <w:r>
              <w:t>0.03697</w:t>
            </w:r>
          </w:p>
        </w:tc>
        <w:tc>
          <w:tcPr>
            <w:tcW w:type="dxa" w:w="1728"/>
          </w:tcPr>
          <w:p>
            <w:r>
              <w:t>-0.06503</w:t>
            </w:r>
          </w:p>
        </w:tc>
      </w:tr>
      <w:tr>
        <w:tc>
          <w:tcPr>
            <w:tcW w:type="dxa" w:w="1728"/>
          </w:tcPr>
          <w:p>
            <w:r>
              <w:t>Dense areas of street light outages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0.102</w:t>
            </w:r>
          </w:p>
        </w:tc>
        <w:tc>
          <w:tcPr>
            <w:tcW w:type="dxa" w:w="1728"/>
          </w:tcPr>
          <w:p>
            <w:r>
              <w:t>0.03697</w:t>
            </w:r>
          </w:p>
        </w:tc>
        <w:tc>
          <w:tcPr>
            <w:tcW w:type="dxa" w:w="1728"/>
          </w:tcPr>
          <w:p>
            <w:r>
              <w:t>-0.06503</w:t>
            </w:r>
          </w:p>
        </w:tc>
      </w:tr>
      <w:tr>
        <w:tc>
          <w:tcPr>
            <w:tcW w:type="dxa" w:w="1728"/>
          </w:tcPr>
          <w:p>
            <w:r>
              <w:t>Dense areas of street light outages</w:t>
            </w:r>
          </w:p>
        </w:tc>
        <w:tc>
          <w:tcPr>
            <w:tcW w:type="dxa" w:w="1728"/>
          </w:tcPr>
          <w:p>
            <w:r>
              <w:t>list price</w:t>
            </w:r>
          </w:p>
        </w:tc>
        <w:tc>
          <w:tcPr>
            <w:tcW w:type="dxa" w:w="1728"/>
          </w:tcPr>
          <w:p>
            <w:r>
              <w:t>0.102</w:t>
            </w:r>
          </w:p>
        </w:tc>
        <w:tc>
          <w:tcPr>
            <w:tcW w:type="dxa" w:w="1728"/>
          </w:tcPr>
          <w:p>
            <w:r>
              <w:t>0.03697</w:t>
            </w:r>
          </w:p>
        </w:tc>
        <w:tc>
          <w:tcPr>
            <w:tcW w:type="dxa" w:w="1728"/>
          </w:tcPr>
          <w:p>
            <w:r>
              <w:t>-0.06503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-15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Entities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21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Organizations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-16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Event terms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</w:tbl>
    <w:p/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month by dataset. 72 rows (id d013059e-6933-47a5-bb09-9a0dc42d4902)</w:t>
      </w:r>
    </w:p>
    <w:p>
      <w:pPr>
        <w:spacing w:after="40"/>
      </w:pPr>
      <w:r>
        <w:t>[2] Dataset: Incidents. vector, 1680 rows (id 8e5ad24c-d6a6-4a58-8281-8b363a095f60)</w:t>
      </w:r>
    </w:p>
    <w:p>
      <w:pPr>
        <w:spacing w:after="40"/>
      </w:pPr>
      <w:r>
        <w:t>[3] Dataset: Street light outages. vector, 420 rows (id abe096b9-4f2d-4a2c-8093-abb51b141f33)</w:t>
      </w:r>
    </w:p>
    <w:p>
      <w:pPr>
        <w:spacing w:after="40"/>
      </w:pPr>
      <w:r>
        <w:t>[4] Dataset: Calls for service by beat and month. table, 384 rows (id 924696a2-7623-45fc-aa81-6181d9eba827)</w:t>
      </w:r>
    </w:p>
    <w:p>
      <w:pPr>
        <w:spacing w:after="40"/>
      </w:pPr>
      <w:r>
        <w:t>[5] Rendering: Chart: Timeline lanes: events per month by dataset. 72 rows (id fb1cdee2-f533-45f4-983f-0cd951892613)</w:t>
      </w:r>
    </w:p>
    <w:p>
      <w:pPr>
        <w:spacing w:after="40"/>
      </w:pPr>
      <w:r>
        <w:t>[6] Rendering: Chart: Timeline: change from one month to the next. 23 rows (id 2d043b97-3b7e-4081-a3cc-a2d4f2bb2246)</w:t>
      </w:r>
    </w:p>
    <w:p>
      <w:pPr>
        <w:spacing w:after="40"/>
      </w:pPr>
      <w:r>
        <w:t>[7] Tool result: gp_period_change, step 0. The count rose from 33 in week of 2026-06-22 to 72 in week of 2026-06-29 (+118.2%); a change this large is unlikely to be chance (p = 0.000178). (id 2042e52a-03d6-42f1-8365-22ab6777dc1e:0)</w:t>
      </w:r>
    </w:p>
    <w:p>
      <w:pPr>
        <w:spacing w:after="40"/>
      </w:pPr>
      <w:r>
        <w:t>[8] Layer: Period change: Incidents (week of 2026-06-22 to week of 2026-06-29) (id 1e0726ac-a223-423b-b680-55434fcfa5e6)</w:t>
      </w:r>
    </w:p>
    <w:p>
      <w:pPr>
        <w:spacing w:after="40"/>
      </w:pPr>
      <w:r>
        <w:t>[9] Tool result: gp_period_change, step 1. The count fell from 17 in week of 2026-02-02 to 4 in week of 2026-02-09 (-76.5%); a change this large is unlikely to be chance (p = 0.0072). (id 2042e52a-03d6-42f1-8365-22ab6777dc1e:1)</w:t>
      </w:r>
    </w:p>
    <w:p>
      <w:pPr>
        <w:spacing w:after="40"/>
      </w:pPr>
      <w:r>
        <w:t>[10] Layer: Period change: Street light outages (week of 2026-02-02 to week of 2026-02-09) (id b942fd09-4b01-4ffe-a2ab-c88503e90ef1)</w:t>
      </w:r>
    </w:p>
    <w:p>
      <w:pPr>
        <w:spacing w:after="40"/>
      </w:pPr>
      <w:r>
        <w:t>[11] Rendering: Map: Overview: the top 3 results. view longitude -87.71811 to -87.57468, latitude 41.83798 to 41.91748 (id 79e66837-1f85-4f45-956b-0a34bfd5fe00)</w:t>
      </w:r>
    </w:p>
    <w:p>
      <w:pPr>
        <w:spacing w:after="40"/>
      </w:pPr>
      <w:r>
        <w:t>[12] Layer: Incidents. spatial profile (id 36ad5f7c-eab7-4ac7-8256-9737c4a1b044)</w:t>
      </w:r>
    </w:p>
    <w:p>
      <w:pPr>
        <w:spacing w:after="40"/>
      </w:pPr>
      <w:r>
        <w:t>[13] Layer: Street light outages. spatial profile (id a7218535-327c-4a76-b5d4-8caa09f44155)</w:t>
      </w:r>
    </w:p>
    <w:p>
      <w:pPr>
        <w:spacing w:after="40"/>
      </w:pPr>
      <w:r>
        <w:t>[14] Layer: Patrol beats. spatial profile (id 8c67e28f-6678-462f-a450-e83d278138e8)</w:t>
      </w:r>
    </w:p>
    <w:p>
      <w:pPr>
        <w:spacing w:after="40"/>
      </w:pPr>
      <w:r>
        <w:t>[15] Layer: CCTV cameras. spatial profile (id ad88aaeb-e7ac-4b9c-aa1c-c4626ae498b8)</w:t>
      </w:r>
    </w:p>
    <w:p>
      <w:pPr>
        <w:spacing w:after="40"/>
      </w:pPr>
      <w:r>
        <w:t>[16] Layer: Transit stops. spatial profile (id 313ae694-78aa-4830-955c-22be11a8a8a3)</w:t>
      </w:r>
    </w:p>
    <w:p>
      <w:pPr>
        <w:spacing w:after="40"/>
      </w:pPr>
      <w:r>
        <w:t>[17] Layer: Licensed premises. spatial profile (id 055b5c2c-2a86-4379-95be-6f38f708b65b)</w:t>
      </w:r>
    </w:p>
    <w:p>
      <w:pPr>
        <w:spacing w:after="40"/>
      </w:pPr>
      <w:r>
        <w:t>[18] Layer: Roads. spatial profile (id f63e5a45-031b-44a5-bf1e-7b9d17cb2378)</w:t>
      </w:r>
    </w:p>
    <w:p>
      <w:pPr>
        <w:spacing w:after="40"/>
      </w:pPr>
      <w:r>
        <w:t>[19] Layer: Police stations. spatial profile (id 6b7fdf5e-7de9-4f14-995d-0c918b2e91ec)</w:t>
      </w:r>
    </w:p>
    <w:p>
      <w:pPr>
        <w:spacing w:after="40"/>
      </w:pPr>
      <w:r>
        <w:t>[20]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[21] Plan: Hot spots of CCTV cameras (the Start plan's candidate c_f0a51c3ce192). 60 points: Getis-Ord Gi* tests whether the concentrations in CCTV cameras are statistically significant. (id f922208b-bbd9-4f8c-a605-3fb31853d7fd:c_f0a51c3ce192)</w:t>
      </w:r>
    </w:p>
    <w:p>
      <w:pPr>
        <w:spacing w:after="40"/>
      </w:pPr>
      <w:r>
        <w:t>[22] Tool result: gp_hot_spots, step 0. Hot spot analysis: 1 layer saved: Hot spot analysis: CCTV cameras (36 features). (id 321ba186-8b6e-4c4b-bb58-94f915d8b6aa:0)</w:t>
      </w:r>
    </w:p>
    <w:p>
      <w:pPr>
        <w:spacing w:after="40"/>
      </w:pPr>
      <w:r>
        <w:t>[23] Rendering: Map: Hot spots: CCTV cameras. view longitude -87.7152 to -87.57762, latitude 41.83848 to 41.91701 (id a5a339e4-5577-4333-9b86-911f2f84f49a)</w:t>
      </w:r>
    </w:p>
    <w:p>
      <w:pPr>
        <w:spacing w:after="40"/>
      </w:pPr>
      <w:r>
        <w:t>[24] Plan: Hot spots of Licensed premises (the Start plan's candidate c_91bb663e526f). 120 points: Getis-Ord Gi* tests whether the concentrations in Licensed premises are statistically significant. Measured: Licensed premises are clustered (nearest-neighbor ratio 0.85, z = -3.2), median spacing 121 m. Cells of 500 m and a band of 1000 m from the measured spacing. (id f922208b-bbd9-4f8c-a605-3fb31853d7fd:c_91bb663e526f)</w:t>
      </w:r>
    </w:p>
    <w:p>
      <w:pPr>
        <w:spacing w:after="40"/>
      </w:pPr>
      <w:r>
        <w:t>[25] Tool result: gp_hot_spots, step 1. Hot spot analysis: 1 layer saved: Hot spot analysis: Licensed premises (112 features). (id 321ba186-8b6e-4c4b-bb58-94f915d8b6aa:1)</w:t>
      </w:r>
    </w:p>
    <w:p>
      <w:pPr>
        <w:spacing w:after="40"/>
      </w:pPr>
      <w:r>
        <w:t>[26] Rendering: Map: Hot spots: licensed premises. view longitude -87.70465 to -87.5929, latitude 41.84743 to 41.91121 (id 2145f368-15a9-49e0-ad22-77165edbf2be)</w:t>
      </w:r>
    </w:p>
    <w:p>
      <w:pPr>
        <w:spacing w:after="40"/>
      </w:pPr>
      <w:r>
        <w:t>[27]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[28] Plan: Space time hot spots of Incidents (the Start plan's candidate c_1c60b58dbb29). Incidents carry dates in 'reported_at': emerging hot spot analysis finds new, intensifying and fading hot spots per week. Measured: the pattern of Incidents changes over time (earlier half clustered, later half clustered; the center moved 132 m). (id f922208b-bbd9-4f8c-a605-3fb31853d7fd:c_1c60b58dbb29)</w:t>
      </w:r>
    </w:p>
    <w:p>
      <w:pPr>
        <w:spacing w:after="40"/>
      </w:pPr>
      <w:r>
        <w:t>[29] Tool result: gp_space_time_hot_spots, step 0. Emerging hot spots: 1 layer saved: Emerging hot spots: Incidents (270 features). (id 961133c9-b424-4eba-880c-76b21b589fcb:0)</w:t>
      </w:r>
    </w:p>
    <w:p>
      <w:pPr>
        <w:spacing w:after="40"/>
      </w:pPr>
      <w:r>
        <w:t>[30] Rendering: Map: Emerging hot spots: incidents. view longitude -87.70246 to -87.58676, latitude 41.84569 to 41.90983 (id 6f2b1b3c-6588-4aa1-b6cf-4e9a3a111f44)</w:t>
      </w:r>
    </w:p>
    <w:p>
      <w:pPr>
        <w:spacing w:after="40"/>
      </w:pPr>
      <w:r>
        <w:t>[31] Plan: Space time hot spots of Street light outages (the Start plan's candidate c_2469aa67bba0). Street light outages carry dates in 'reported_at': emerging hot spot analysis finds new, intensifying and fading hot spots per week. Measured: the pattern of Street light outages changes over time (earlier half clustered, later half clustered; the center moved 263 m). (id f922208b-bbd9-4f8c-a605-3fb31853d7fd:c_2469aa67bba0)</w:t>
      </w:r>
    </w:p>
    <w:p>
      <w:pPr>
        <w:spacing w:after="40"/>
      </w:pPr>
      <w:r>
        <w:t>[32] Tool result: gp_space_time_hot_spots, step 1. Emerging hot spots: 1 layer saved: Emerging hot spots: Street light outages (47 features). (id 961133c9-b424-4eba-880c-76b21b589fcb:1)</w:t>
      </w:r>
    </w:p>
    <w:p>
      <w:pPr>
        <w:spacing w:after="40"/>
      </w:pPr>
      <w:r>
        <w:t>[33] Rendering: Map: Emerging hot spots: street light outages. view longitude -87.71613 to -87.57759, latitude 41.83894 to 41.91574 (id 91191d14-e6a0-40e1-a6fa-dd44826aaf6e)</w:t>
      </w:r>
    </w:p>
    <w:p>
      <w:pPr>
        <w:spacing w:after="40"/>
      </w:pPr>
      <w:r>
        <w:t>[34]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[35] Plan: Cluster points of Licensed premises (the Start plan's candidate c_bca1140666e1). DBSCAN finds dense groups of Licensed premises and separates noise. Measured: Licensed premises are clustered (nearest-neighbor ratio 0.85, z = -3.2), median spacing 121 m. DBSCAN at 200 m (twice the measured spacing). (id f922208b-bbd9-4f8c-a605-3fb31853d7fd:c_bca1140666e1)</w:t>
      </w:r>
    </w:p>
    <w:p>
      <w:pPr>
        <w:spacing w:after="40"/>
      </w:pPr>
      <w:r>
        <w:t>[36] Tool result: gp_find_point_clusters, step 0. Find point clusters: 2 layers saved: Find point clusters: Licensed premises (120 features); Find point clusters: cluster hulls (3 features). (id 215b8c93-8d01-4390-b188-f5c767207b46:0)</w:t>
      </w:r>
    </w:p>
    <w:p>
      <w:pPr>
        <w:spacing w:after="40"/>
      </w:pPr>
      <w:r>
        <w:t>[37] Rendering: Map: Clusters: licensed premises. view longitude -87.69497 to -87.59835, latitude 41.85068 to 41.90582 (id 2605dc65-0adc-4643-9694-8530ea34521a)</w:t>
      </w:r>
    </w:p>
    <w:p>
      <w:pPr>
        <w:spacing w:after="40"/>
      </w:pPr>
      <w:r>
        <w:t>[38] Plan: Cluster points of Incidents (the Start plan's candidate c_0aed3f12db5c). DBSCAN finds dense groups of Incidents and separates noise. Measured: Incidents are clustered (nearest-neighbor ratio 0.73, z = -21.0), median spacing 34.3 m. DBSCAN at 50 m (twice the measured spacing). (id f922208b-bbd9-4f8c-a605-3fb31853d7fd:c_0aed3f12db5c)</w:t>
      </w:r>
    </w:p>
    <w:p>
      <w:pPr>
        <w:spacing w:after="40"/>
      </w:pPr>
      <w:r>
        <w:t>[39] Tool result: gp_find_point_clusters, step 1. Find point clusters: 2 layers saved: Find point clusters: Incidents (1680 features); Find point clusters: cluster hulls (3 features). (id 215b8c93-8d01-4390-b188-f5c767207b46:1)</w:t>
      </w:r>
    </w:p>
    <w:p>
      <w:pPr>
        <w:spacing w:after="40"/>
      </w:pPr>
      <w:r>
        <w:t>[40] Rendering: Map: Clusters: incidents. view longitude -87.69327 to -87.59462, latitude 41.8503 to 41.9066 (id d9cb38e3-2bbf-4bd6-8736-3a3f54e2766c)</w:t>
      </w:r>
    </w:p>
    <w:p>
      <w:pPr>
        <w:spacing w:after="40"/>
      </w:pPr>
      <w:r>
        <w:t>[41] Plan: Cluster points of Street light outages (the Start plan's candidate c_eac5e908317b). DBSCAN finds dense groups of Street light outages and separates noise. Measured: Street light outages are clustered (nearest-neighbor ratio 0.88, z = -4.9), median spacing 74.9 m. DBSCAN at 100 m (twice the measured spacing). (id f922208b-bbd9-4f8c-a605-3fb31853d7fd:c_eac5e908317b)</w:t>
      </w:r>
    </w:p>
    <w:p>
      <w:pPr>
        <w:spacing w:after="40"/>
      </w:pPr>
      <w:r>
        <w:t>[42] Tool result: gp_find_point_clusters, step 2. Find point clusters: 2 layers saved: Find point clusters: Street light outages (420 features); Find point clusters: cluster hulls (1 feature). (id 215b8c93-8d01-4390-b188-f5c767207b46:2)</w:t>
      </w:r>
    </w:p>
    <w:p>
      <w:pPr>
        <w:spacing w:after="40"/>
      </w:pPr>
      <w:r>
        <w:t>[43] Rendering: Map: Clusters: street light outages. view longitude -87.6954 to -87.59744, latitude 41.85029 to 41.9062 (id e91b963b-96c8-45a2-9a13-6a160f41445f)</w:t>
      </w:r>
    </w:p>
    <w:p>
      <w:pPr>
        <w:spacing w:after="40"/>
      </w:pPr>
      <w:r>
        <w:t>[44]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[45] Plan: CCTV cameras per feature of Patrol beats (the Start plan's candidate c_c58f45b29b6e). Count CCTV cameras inside each feature of Patrol beats by ptz; the counts map as a choropleth (natural breaks, sequential colors). (id f922208b-bbd9-4f8c-a605-3fb31853d7fd:c_c58f45b29b6e)</w:t>
      </w:r>
    </w:p>
    <w:p>
      <w:pPr>
        <w:spacing w:after="40"/>
      </w:pPr>
      <w:r>
        <w:t>[46] Tool result: gp_summarize_within, step 0. Summarize within: 1 layer saved: Summarize within: Patrol beats (16 features). (id 5e359a15-f5e2-429c-a252-d2486c76e559:0)</w:t>
      </w:r>
    </w:p>
    <w:p>
      <w:pPr>
        <w:spacing w:after="40"/>
      </w:pPr>
      <w:r>
        <w:t>[47] Rendering: Map: Counts: CCTV cameras, by patrol beat. view longitude -87.69371 to -87.59438, latitude 41.85001 to 41.9067 (id 1d6099da-be90-4b9c-9991-ddaea0c2a814)</w:t>
      </w:r>
    </w:p>
    <w:p>
      <w:pPr>
        <w:spacing w:after="40"/>
      </w:pPr>
      <w:r>
        <w:t>[48] Tool result: gp_summarize_within, step 1. Summarize within: 1 layer saved: Summarize within: Patrol beats (16 features). (id 5e359a15-f5e2-429c-a252-d2486c76e559:1)</w:t>
      </w:r>
    </w:p>
    <w:p>
      <w:pPr>
        <w:spacing w:after="40"/>
      </w:pPr>
      <w:r>
        <w:t>[49] Rendering: Map: Counts: licensed premises, by patrol beat. view longitude -87.69371 to -87.59438, latitude 41.85001 to 41.9067 (id f3ebc560-673b-4e0e-bfeb-f244b6e425c8)</w:t>
      </w:r>
    </w:p>
    <w:p>
      <w:pPr>
        <w:spacing w:after="40"/>
      </w:pPr>
      <w:r>
        <w:t>[50] Tool result: gp_summarize_within, step 2. Summarize within: 1 layer saved: Summarize within: Patrol beats (16 features). (id 5e359a15-f5e2-429c-a252-d2486c76e559:2)</w:t>
      </w:r>
    </w:p>
    <w:p>
      <w:pPr>
        <w:spacing w:after="40"/>
      </w:pPr>
      <w:r>
        <w:t>[51] Rendering: Map: Counts: incidents, by patrol beat. view longitude -87.69371 to -87.59438, latitude 41.85001 to 41.9067 (id f6217787-f7ba-4030-aa6d-63161fb23a9e)</w:t>
      </w:r>
    </w:p>
    <w:p>
      <w:pPr>
        <w:spacing w:after="40"/>
      </w:pPr>
      <w:r>
        <w:t>[52] Catalog: Period change (analysis catalog, gp_period_change). Counts or sums per period (week over week, month over month, any two periods, or before and after a date), per area, per H3 cell or in total, with the places of largest rise and fall and a significance note. ArcGIS: Summarize Percent Change (Crime Analysis), Change Point Detection. (id gp_period_change)</w:t>
      </w:r>
    </w:p>
    <w:p>
      <w:pPr>
        <w:spacing w:after="40"/>
      </w:pPr>
      <w:r>
        <w:t>[53] Plan: Incidents: change per week per feature of Patrol beats (the Start plan's candidate c_55dcc49526ff). Incidents carry dates in 'reported_at' over 52 weeks: the count per week, week over week, with the places of largest rise and fall per feature of Patrol beats and whether the change is beyond chance. (id f922208b-bbd9-4f8c-a605-3fb31853d7fd:c_55dcc49526ff)</w:t>
      </w:r>
    </w:p>
    <w:p>
      <w:pPr>
        <w:spacing w:after="40"/>
      </w:pPr>
      <w:r>
        <w:t>[54] Rendering: Map: Period change: incidents, by patrol beat. view longitude -87.69576 to -87.59221, latitude 41.8496 to 41.907 (id f8fa38e0-6b2b-4027-9d48-4238d9d56b8b)</w:t>
      </w:r>
    </w:p>
    <w:p>
      <w:pPr>
        <w:spacing w:after="40"/>
      </w:pPr>
      <w:r>
        <w:t>[55] Rendering: Chart: Incidents: count per week. 53 rows (id 669d11fe-6a6b-4977-827a-e6583fbb9ec8)</w:t>
      </w:r>
    </w:p>
    <w:p>
      <w:pPr>
        <w:spacing w:after="40"/>
      </w:pPr>
      <w:r>
        <w:t>[56] Rendering: Chart: Incidents: week of 2026-06-22 to week of 2026-06-29 by place. 30 rows (id d57784f7-9e7d-4cb3-a1b4-5c224a8d2ffd)</w:t>
      </w:r>
    </w:p>
    <w:p>
      <w:pPr>
        <w:spacing w:after="40"/>
      </w:pPr>
      <w:r>
        <w:t>[57] Rendering: Chart: Period change: Incidents (week of 2026-06-22 to week of 2026-06-29). 5 rows (id 8f97238b-666e-416b-87f0-c34f89646566)</w:t>
      </w:r>
    </w:p>
    <w:p>
      <w:pPr>
        <w:spacing w:after="40"/>
      </w:pPr>
      <w:r>
        <w:t>[58] Rendering: Map: Period change: street light outages, by patrol beat. view longitude -87.69969 to -87.59686, latitude 41.84969 to 41.90669 (id 064b0349-aa03-4072-ac98-9eb86c884bd9)</w:t>
      </w:r>
    </w:p>
    <w:p>
      <w:pPr>
        <w:spacing w:after="40"/>
      </w:pPr>
      <w:r>
        <w:t>[59] Rendering: Chart: Street light outages: count per week. 53 rows (id 73202d54-d8bb-4119-8b31-815538262a83)</w:t>
      </w:r>
    </w:p>
    <w:p>
      <w:pPr>
        <w:spacing w:after="40"/>
      </w:pPr>
      <w:r>
        <w:t>[60] Rendering: Chart: Street light outages: week of 2026-02-02 to week of 2026-02-09 by place. 14 rows (id 56c46fab-d5ad-44bb-b563-5bba1cc24883)</w:t>
      </w:r>
    </w:p>
    <w:p>
      <w:pPr>
        <w:spacing w:after="40"/>
      </w:pPr>
      <w:r>
        <w:t>[61] Rendering: Chart: Period change: Street light outages (week of 2026-02-02 to week of 2026-02-09). 5 rows (id d58ef4fc-c705-4cc6-bbc5-aca3bf3f48b6)</w:t>
      </w:r>
    </w:p>
    <w:p>
      <w:pPr>
        <w:spacing w:after="40"/>
      </w:pPr>
      <w:r>
        <w:t>[62]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[63] Plan: Kernel density of Licensed premises (the Start plan's candidate c_2b247b24a505). 120 points in Licensed premises: a density surface shows where they concentrate. Measured: Licensed premises are clustered (nearest-neighbor ratio 0.85, z = -3.2), median spacing 121 m. (id f922208b-bbd9-4f8c-a605-3fb31853d7fd:c_2b247b24a505)</w:t>
      </w:r>
    </w:p>
    <w:p>
      <w:pPr>
        <w:spacing w:after="40"/>
      </w:pPr>
      <w:r>
        <w:t>[64] Tool result: gp_calculate_density, step 0. Calculate density: 1 layer saved: Calculate density: Licensed premises (164 features). (id 8475a7ee-691d-4552-8a24-41bb69bf46a4:0)</w:t>
      </w:r>
    </w:p>
    <w:p>
      <w:pPr>
        <w:spacing w:after="40"/>
      </w:pPr>
      <w:r>
        <w:t>[65] Rendering: Map: Density: licensed premises. view longitude -87.71552 to -87.57698, latitude 41.83894 to 41.91801 (id 2d0ffd6b-492c-46b6-9708-edf0e8f348fa)</w:t>
      </w:r>
    </w:p>
    <w:p>
      <w:pPr>
        <w:spacing w:after="40"/>
      </w:pPr>
      <w:r>
        <w:t>[66] Plan: Kernel density of Incidents (the Start plan's candidate c_9007d02c4a41). 1680 points in Incidents: a density surface shows where they concentrate. Measured: Incidents are clustered (nearest-neighbor ratio 0.73, z = -21.0), median spacing 34.3 m. (id f922208b-bbd9-4f8c-a605-3fb31853d7fd:c_9007d02c4a41)</w:t>
      </w:r>
    </w:p>
    <w:p>
      <w:pPr>
        <w:spacing w:after="40"/>
      </w:pPr>
      <w:r>
        <w:t>[67] Tool result: gp_calculate_density, step 1. Calculate density: 1 layer saved: Calculate density: Incidents (2874 features). (id 8475a7ee-691d-4552-8a24-41bb69bf46a4:1)</w:t>
      </w:r>
    </w:p>
    <w:p>
      <w:pPr>
        <w:spacing w:after="40"/>
      </w:pPr>
      <w:r>
        <w:t>[68] Rendering: Map: Density: incidents. view longitude -87.69708 to -87.59062, latitude 41.848 to 41.90876 (id 0aa6b6e6-e52d-4399-b08c-8e798eb73c93)</w:t>
      </w:r>
    </w:p>
    <w:p>
      <w:pPr>
        <w:spacing w:after="40"/>
      </w:pPr>
      <w:r>
        <w:t>[69] Plan: Kernel density of Street light outages (the Start plan's candidate c_bd626b9123bb). 420 points in Street light outages: a density surface shows where they concentrate. Measured: Street light outages are clustered (nearest-neighbor ratio 0.88, z = -4.9), median spacing 74.9 m. (id f922208b-bbd9-4f8c-a605-3fb31853d7fd:c_bd626b9123bb)</w:t>
      </w:r>
    </w:p>
    <w:p>
      <w:pPr>
        <w:spacing w:after="40"/>
      </w:pPr>
      <w:r>
        <w:t>[70] Tool result: gp_calculate_density, step 2. Calculate density: 1 layer saved: Calculate density: Street light outages (848 features). (id 8475a7ee-691d-4552-8a24-41bb69bf46a4:2)</w:t>
      </w:r>
    </w:p>
    <w:p>
      <w:pPr>
        <w:spacing w:after="40"/>
      </w:pPr>
      <w:r>
        <w:t>[71] Rendering: Map: Density: street light outages. view longitude -87.70567 to -87.58754, latitude 41.84454 to 41.91196 (id 27e532e4-8298-4330-ad1a-0d9375f48b07)</w:t>
      </w:r>
    </w:p>
    <w:p>
      <w:pPr>
        <w:spacing w:after="40"/>
      </w:pPr>
      <w:r>
        <w:t>[72] Plan: Hot spots of Incidents (the Start plan's candidate c_c312b5d076a7). 1680 points: Getis-Ord Gi* tests whether the concentrations in Incidents are statistically significant. Measured: Incidents are clustered (nearest-neighbor ratio 0.73, z = -21.0), median spacing 34.3 m. Cells of 100 m and a band of 200 m from the measured spacing. (id f922208b-bbd9-4f8c-a605-3fb31853d7fd:c_c312b5d076a7)</w:t>
      </w:r>
    </w:p>
    <w:p>
      <w:pPr>
        <w:spacing w:after="40"/>
      </w:pPr>
      <w:r>
        <w:t>[73] Tool result: gp_hot_spots, step 0. Hot spot analysis: 1 layer saved: Hot spot analysis: Incidents (2912 features). (id bc2d155b-8245-44bd-bc02-ae3dd8ce99bd:0)</w:t>
      </w:r>
    </w:p>
    <w:p>
      <w:pPr>
        <w:spacing w:after="40"/>
      </w:pPr>
      <w:r>
        <w:t>[74] Rendering: Map: Hot spots: incidents. view longitude -87.69527 to -87.59314, latitude 41.84909 to 41.90737 (id 207cb3df-c55c-401c-8124-cbf80367ad53)</w:t>
      </w:r>
    </w:p>
    <w:p>
      <w:pPr>
        <w:spacing w:after="40"/>
      </w:pPr>
      <w:r>
        <w:t>[75]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[76] Plan: Near repeat of Incidents (the Start plan's candidate c_cabb2c797127). Near repeat analysis tests whether Incidents close in space also follow each other within 30 days. (id f922208b-bbd9-4f8c-a605-3fb31853d7fd:c_cabb2c797127)</w:t>
      </w:r>
    </w:p>
    <w:p>
      <w:pPr>
        <w:spacing w:after="40"/>
      </w:pPr>
      <w:r>
        <w:t>[77] Tool result: gp_near_repeat, step 0. Repeat and near repeat classification: 1 layer saved: Repeat and near repeat classification: Incidents (1680 features). (id e703fd06-1a0c-47e1-8d41-9a7f7ca7a096:0)</w:t>
      </w:r>
    </w:p>
    <w:p>
      <w:pPr>
        <w:spacing w:after="40"/>
      </w:pPr>
      <w:r>
        <w:t>[78] Rendering: Map: Near repeat: incidents. view longitude -87.69493 to -87.59281, latitude 41.85009 to 41.9067 (id 28e59ede-c587-4b24-bb28-3230a99a4d59)</w:t>
      </w:r>
    </w:p>
    <w:p>
      <w:pPr>
        <w:spacing w:after="40"/>
      </w:pPr>
      <w:r>
        <w:t>[79] Tool result: gp_summarize_within, step 0. Summarize within: 1 layer saved: Hot cells inside each cluster of licensed premises (3 features). (id 47c5f0de-dfdf-494b-911d-90b10a714d4d:0)</w:t>
      </w:r>
    </w:p>
    <w:p>
      <w:pPr>
        <w:spacing w:after="40"/>
      </w:pPr>
      <w:r>
        <w:t>[80] Layer: Hot spot analysis: Incidents. 2,912 features (id 8382f930-c9d0-432b-82b7-fabc618137e9)</w:t>
      </w:r>
    </w:p>
    <w:p>
      <w:pPr>
        <w:spacing w:after="40"/>
      </w:pPr>
      <w:r>
        <w:t>[81] Layer: Find point clusters: cluster hulls. 3 features (id 4dfef6fb-4663-43a7-86b3-cb7ca742b344)</w:t>
      </w:r>
    </w:p>
    <w:p>
      <w:pPr>
        <w:spacing w:after="40"/>
      </w:pPr>
      <w:r>
        <w:t>[82] Layer: Hot cells inside each cluster of licensed premises. 3 features (id ca4b4f64-91e3-4c8b-b95e-1027e417c18a)</w:t>
      </w:r>
    </w:p>
    <w:p>
      <w:pPr>
        <w:spacing w:after="40"/>
      </w:pPr>
      <w:r>
        <w:t>[83] Rendering: Map: Hot cells inside each cluster of licensed premises. view longitude -87.66722 to -87.63111, latitude 41.87536 to 41.89597 (id 1f5b237f-456e-4271-ac5a-8b7c49ea1203)</w:t>
      </w:r>
    </w:p>
    <w:p>
      <w:pPr>
        <w:spacing w:after="40"/>
      </w:pPr>
      <w:r>
        <w:t>[84] Rendering: Chart: Hot cells inside each cluster of licensed premises. 3 rows (id dc8f6491-2889-4c96-8892-a5a92ddccff9)</w:t>
      </w:r>
    </w:p>
    <w:p>
      <w:pPr>
        <w:spacing w:after="40"/>
      </w:pPr>
      <w:r>
        <w:t>[85] Catalog: Spatial join (operation catalog, gp_spatial_join). Attach attributes (or aggregates) of matching features from another layer, by location, distance, time and attributes. ArcGIS: Join Features, Spatial Join. QGIS: native:joinattributesbylocation, native:joinbylocationsummary, native:joinbynearest. (id gp_spatial_join)</w:t>
      </w:r>
    </w:p>
    <w:p>
      <w:pPr>
        <w:spacing w:after="40"/>
      </w:pPr>
      <w:r>
        <w:t>[86] Plan: The run's goal. Describe the project Sample: Public safety, Chicago: run the analyses that tell the most about its data, draw every result, and write a cited report. (id 2e6054ca-62f3-479f-b398-915fe26200ce:goal)</w:t>
      </w:r>
    </w:p>
    <w:p>
      <w:pPr>
        <w:spacing w:after="40"/>
      </w:pPr>
      <w:r>
        <w:t>[87] Tool result: gp_spatial_join, step 0. Spatial join: 1 layer saved: Change beside the counts per patrol beat (16 features). (id b47bd286-7bf7-47ee-8462-aba2f7f03009:0)</w:t>
      </w:r>
    </w:p>
    <w:p>
      <w:pPr>
        <w:spacing w:after="40"/>
      </w:pPr>
      <w:r>
        <w:t>[88] Layer: Summarize within: Patrol beats. 16 features (id 31bedf68-b7b3-41b2-abda-6a464b2f0776)</w:t>
      </w:r>
    </w:p>
    <w:p>
      <w:pPr>
        <w:spacing w:after="40"/>
      </w:pPr>
      <w:r>
        <w:t>[89] Layer: Change beside the counts per patrol beat. 16 features (id a982a2d6-956f-4dfe-b821-16eefe49fc59)</w:t>
      </w:r>
    </w:p>
    <w:p>
      <w:pPr>
        <w:spacing w:after="40"/>
      </w:pPr>
      <w:r>
        <w:t>[90] Rendering: Map: Change beside the counts per patrol beat. view longitude -87.69371 to -87.59438, latitude 41.85001 to 41.9067 (id 72abfc34-1aa3-41c0-918f-e1038e14d6e4)</w:t>
      </w:r>
    </w:p>
    <w:p>
      <w:pPr>
        <w:spacing w:after="40"/>
      </w:pPr>
      <w:r>
        <w:t>[91] Rendering: Chart: Change beside the counts per patrol beat. 5 rows (id 0db6652b-8019-4841-a5c5-bb77cb37c605)</w:t>
      </w:r>
    </w:p>
    <w:p>
      <w:pPr>
        <w:spacing w:after="40"/>
      </w:pPr>
      <w:r>
        <w:t>[92] Tool result: gp_spatial_join, step 0. Spatial join: 1 layer saved: Change of incidents where density is high (16 features). (id a507fc16-21fd-45b9-aeb6-d8c679c59bfa:0)</w:t>
      </w:r>
    </w:p>
    <w:p>
      <w:pPr>
        <w:spacing w:after="40"/>
      </w:pPr>
      <w:r>
        <w:t>[93] Layer: Calculate density: Street light outages. 848 features (id 22316e02-9759-4f61-b1eb-206b935b14bb)</w:t>
      </w:r>
    </w:p>
    <w:p>
      <w:pPr>
        <w:spacing w:after="40"/>
      </w:pPr>
      <w:r>
        <w:t>[94] Layer: Change of incidents where density is high. 16 features (id b18abe82-9e7c-4939-aba0-31147b337e8d)</w:t>
      </w:r>
    </w:p>
    <w:p>
      <w:pPr>
        <w:spacing w:after="40"/>
      </w:pPr>
      <w:r>
        <w:t>[95] Rendering: Map: Change of incidents where density is high. view longitude -87.69371 to -87.59438, latitude 41.85001 to 41.9067 (id 4c6d9fb2-ffd0-4f64-8535-c3988767f184)</w:t>
      </w:r>
    </w:p>
    <w:p>
      <w:pPr>
        <w:spacing w:after="40"/>
      </w:pPr>
      <w:r>
        <w:t>[96] Rendering: Chart: Change of incidents where density is high. 5 rows (id 92ea2477-a522-47ee-89b1-746ee6856ca5)</w:t>
      </w:r>
    </w:p>
    <w:p>
      <w:pPr>
        <w:spacing w:after="40"/>
      </w:pPr>
      <w:r>
        <w:t>[97] Tool result: gp_summarize_within, step 0. Summarize within: 1 layer saved: Hot cells of CCTV cameras per patrol beat (16 features). (id 614dc9e6-1702-4222-aaee-d9710ae1d2fa:0)</w:t>
      </w:r>
    </w:p>
    <w:p>
      <w:pPr>
        <w:spacing w:after="40"/>
      </w:pPr>
      <w:r>
        <w:t>[98] Layer: Hot spot analysis: CCTV cameras. 36 features (id 2cc32b98-9097-49ba-8818-944110cdf58f)</w:t>
      </w:r>
    </w:p>
    <w:p>
      <w:pPr>
        <w:spacing w:after="40"/>
      </w:pPr>
      <w:r>
        <w:t>[99] Layer: Hot cells of CCTV cameras per patrol beat. 16 features (id d17a96b4-151e-4595-be18-86aaab10e46f)</w:t>
      </w:r>
    </w:p>
    <w:p>
      <w:pPr>
        <w:spacing w:after="40"/>
      </w:pPr>
      <w:r>
        <w:t>[100] Rendering: Map: Hot cells of CCTV cameras per patrol beat. view longitude -87.69371 to -87.59438, latitude 41.85001 to 41.9067 (id b8be83a4-10bf-4533-a453-099468da0894)</w:t>
      </w:r>
    </w:p>
    <w:p>
      <w:pPr>
        <w:spacing w:after="40"/>
      </w:pPr>
      <w:r>
        <w:t>[101] Rendering: Chart: Hot cells of CCTV cameras per patrol beat. 5 rows (id 35fadd76-8342-4832-bb6b-54b406cc2355)</w:t>
      </w:r>
    </w:p>
    <w:p>
      <w:pPr>
        <w:spacing w:after="40"/>
      </w:pPr>
      <w:r>
        <w:t>[102] Catalog: Find nearest (operation catalog, gp_find_nearest). The k nearest features for each input, with geodesic distance and bearing. ArcGIS: Find Nearest, Near, Generate Near Table. QGIS: native:joinbynearest, native:nearestneighbouranalysis. (id gp_find_nearest)</w:t>
      </w:r>
    </w:p>
    <w:p>
      <w:pPr>
        <w:spacing w:after="40"/>
      </w:pPr>
      <w:r>
        <w:t>[103] Tool result: gp_find_nearest, step 0. Find nearest: 1 layer saved: Nearest police station to each cluster of licensed premises (3 features). (id c991d762-1f84-44c6-96ae-3710f29ec64c:0)</w:t>
      </w:r>
    </w:p>
    <w:p>
      <w:pPr>
        <w:spacing w:after="40"/>
      </w:pPr>
      <w:r>
        <w:t>[104] Layer: Nearest police station to each cluster of licensed premises. 3 features (id e1507503-e9d4-495b-92ae-125ebdaa2cf0)</w:t>
      </w:r>
    </w:p>
    <w:p>
      <w:pPr>
        <w:spacing w:after="40"/>
      </w:pPr>
      <w:r>
        <w:t>[105] Rendering: Map: Nearest police station to each cluster of licensed premises. view longitude -87.66722 to -87.63111, latitude 41.87536 to 41.89597 (id 85be50e0-3982-4731-8c0e-823fa9294a88)</w:t>
      </w:r>
    </w:p>
    <w:p>
      <w:pPr>
        <w:spacing w:after="40"/>
      </w:pPr>
      <w:r>
        <w:t>[106] Rendering: Chart: Nearest police station to each cluster of licensed premises. 3 rows (id 2dec7314-090d-4c50-abac-7f19aa87b8c3)</w:t>
      </w:r>
    </w:p>
    <w:p>
      <w:pPr>
        <w:spacing w:after="40"/>
      </w:pPr>
      <w:r>
        <w:t>[107] Catalog: Pipeline (tool description, gp_pipeline). Run up to 20 GIS operations in one engine call; a step's params may use "$id" (an earlier step's result) or "$id.key", and layer references. Every step's map outputs are saved as styled layers. Never calls Mapbox. (id gp_pipeline)</w:t>
      </w:r>
    </w:p>
    <w:p>
      <w:pPr>
        <w:spacing w:after="40"/>
      </w:pPr>
      <w:r>
        <w:t>[108] Plan: CCTV cameras per 10,000 people per feature of Patrol beats (the Start plan's candidate c_c2ae8a2714b2). Patrol beats holds population in 'population': CCTV cameras per 10,000 people in each feature compares features of different size; mapped as a choropleth (natural breaks, sequential colors). (id f922208b-bbd9-4f8c-a605-3fb31853d7fd:c_c2ae8a2714b2)</w:t>
      </w:r>
    </w:p>
    <w:p>
      <w:pPr>
        <w:spacing w:after="40"/>
      </w:pPr>
      <w:r>
        <w:t>[109] Tool result: gp_pipeline, step 0. Pipeline of 2 steps (classify_field &gt; dissolve): 1 layer saved. (id 6ca7bfd5-79a6-41c1-bf7d-8e6d94107d57:0)</w:t>
      </w:r>
    </w:p>
    <w:p>
      <w:pPr>
        <w:spacing w:after="40"/>
      </w:pPr>
      <w:r>
        <w:t>[110] Layer: Dense areas of street light outages. 5 features (id ac9b6845-0f71-4373-bd6d-610425383c47)</w:t>
      </w:r>
    </w:p>
    <w:p>
      <w:pPr>
        <w:spacing w:after="40"/>
      </w:pPr>
      <w:r>
        <w:t>[111] Rendering: Chart: Dense areas of street light outages. 5 rows (id eb14b23d-e657-47db-bbb9-6dc855c8b8cc)</w:t>
      </w:r>
    </w:p>
    <w:p>
      <w:pPr>
        <w:spacing w:after="40"/>
      </w:pPr>
      <w:r>
        <w:t>[112] Tool result: gp_summarize_within, step 0. Summarize within: 1 layer saved: Change of street light outages per patrol beat (16 features). (id cc3dd633-eef0-4eb3-8158-2f9fd13fb200:0)</w:t>
      </w:r>
    </w:p>
    <w:p>
      <w:pPr>
        <w:spacing w:after="40"/>
      </w:pPr>
      <w:r>
        <w:t>[113] Layer: Change of street light outages per patrol beat. 16 features (id 3aa058c3-6af3-4495-9b14-12531d1ab9a2)</w:t>
      </w:r>
    </w:p>
    <w:p>
      <w:pPr>
        <w:spacing w:after="40"/>
      </w:pPr>
      <w:r>
        <w:t>[114] Rendering: Map: Change of street light outages per patrol beat. view longitude -87.69371 to -87.59438, latitude 41.85001 to 41.9067 (id 8c09d493-6848-4496-8154-9e4918bed43f)</w:t>
      </w:r>
    </w:p>
    <w:p>
      <w:pPr>
        <w:spacing w:after="40"/>
      </w:pPr>
      <w:r>
        <w:t>[115] Rendering: Chart: Change of street light outages per patrol beat. 5 rows (id f5280b27-6c71-4ddf-ba62-2c3527a68ab7)</w:t>
      </w:r>
    </w:p>
    <w:p>
      <w:pPr>
        <w:spacing w:after="40"/>
      </w:pPr>
      <w:r>
        <w:t>[116] Rendering: Chart: Incidents over time (reported_at). 318 rows (id 77127ac6-8e99-4791-97cd-fae719d89262)</w:t>
      </w:r>
    </w:p>
    <w:p>
      <w:pPr>
        <w:spacing w:after="40"/>
      </w:pPr>
      <w:r>
        <w:t>[117] Rendering: Chart: Street light outages over time (reported_at). 212 rows (id f9621103-3d0a-49ab-b90b-f7b40f93745b)</w:t>
      </w:r>
    </w:p>
    <w:p>
      <w:pPr>
        <w:spacing w:after="40"/>
      </w:pPr>
      <w:r>
        <w:t>[118] Rendering: Chart: CCTV cameras over time (installed_year). 7 rows (id d430a879-effd-4bd0-81f7-baa28a4e5360)</w:t>
      </w:r>
    </w:p>
    <w:p>
      <w:pPr>
        <w:spacing w:after="40"/>
      </w:pPr>
      <w:r>
        <w:t>[119] Rendering: Chart: Calls for service by beat and month over time (month). 24 rows (id 7c56f65f-9b6b-4cdd-a312-17f1982d8de0)</w:t>
      </w:r>
    </w:p>
    <w:p>
      <w:pPr>
        <w:spacing w:after="40"/>
      </w:pPr>
      <w:r>
        <w:t>[120] Rendering: Chart: Hot spot analysis: CCTV cameras. 12 rows (id 64aa9539-922f-4609-8b9a-6ef06a308a05)</w:t>
      </w:r>
    </w:p>
    <w:p>
      <w:pPr>
        <w:spacing w:after="40"/>
      </w:pPr>
      <w:r>
        <w:t>[121] Rendering: Chart: Hot spot analysis: Licensed premises. 15 rows (id 4a5bc439-21a2-432b-9b8c-8615b719b8f0)</w:t>
      </w:r>
    </w:p>
    <w:p>
      <w:pPr>
        <w:spacing w:after="40"/>
      </w:pPr>
      <w:r>
        <w:t>[122] Rendering: Chart: Emerging hot spots: Incidents. 10 rows (id 07721714-421e-4a56-9250-c62be37e8e3e)</w:t>
      </w:r>
    </w:p>
    <w:p>
      <w:pPr>
        <w:spacing w:after="40"/>
      </w:pPr>
      <w:r>
        <w:t>[123] Rendering: Chart: Emerging hot spots: Street light outages. 7 rows (id 890e75d2-c676-4d56-aa47-5dc8fc6b1f37)</w:t>
      </w:r>
    </w:p>
    <w:p>
      <w:pPr>
        <w:spacing w:after="40"/>
      </w:pPr>
      <w:r>
        <w:t>[124] Rendering: Chart: Find point clusters: Licensed premises. 4 rows (id eab8321b-459d-4b21-8ac3-03b4c9716a0b)</w:t>
      </w:r>
    </w:p>
    <w:p>
      <w:pPr>
        <w:spacing w:after="40"/>
      </w:pPr>
      <w:r>
        <w:t>[125] Rendering: Chart: Find point clusters: cluster hulls. 3 rows (id 597c1cc7-6d4d-45ea-805f-e76406a7301d)</w:t>
      </w:r>
    </w:p>
    <w:p>
      <w:pPr>
        <w:spacing w:after="40"/>
      </w:pPr>
      <w:r>
        <w:t>[126] Rendering: Chart: Find point clusters: Incidents. 4 rows (id 834a7e88-1f92-40c3-876e-07b230849ef1)</w:t>
      </w:r>
    </w:p>
    <w:p>
      <w:pPr>
        <w:spacing w:after="40"/>
      </w:pPr>
      <w:r>
        <w:t>[127] Rendering: Chart: Find point clusters: cluster hulls. 3 rows (id b1d73a1a-bd54-4f9a-829e-a64da853e8b8)</w:t>
      </w:r>
    </w:p>
    <w:p>
      <w:pPr>
        <w:spacing w:after="40"/>
      </w:pPr>
      <w:r>
        <w:t>[128] Rendering: Chart: Find point clusters: Street light outages. 2 rows (id da93f938-3c5c-4e4b-a1e9-332a9c4d97c4)</w:t>
      </w:r>
    </w:p>
    <w:p>
      <w:pPr>
        <w:spacing w:after="40"/>
      </w:pPr>
      <w:r>
        <w:t>[129] Rendering: Chart: Find point clusters: cluster hulls. 1 rows (id d0a69a7c-4f2e-46e8-8fbb-3db7d1804d97)</w:t>
      </w:r>
    </w:p>
    <w:p>
      <w:pPr>
        <w:spacing w:after="40"/>
      </w:pPr>
      <w:r>
        <w:t>[130] Rendering: Chart: Summarize within: Patrol beats. 5 rows (id cf0bb795-0579-4a40-a979-e2f725bdfd8a)</w:t>
      </w:r>
    </w:p>
    <w:p>
      <w:pPr>
        <w:spacing w:after="40"/>
      </w:pPr>
      <w:r>
        <w:t>[131] Rendering: Chart: Summarize within: Patrol beats. 5 rows (id cf1142c2-7076-48aa-b438-d97d2f7f83d6)</w:t>
      </w:r>
    </w:p>
    <w:p>
      <w:pPr>
        <w:spacing w:after="40"/>
      </w:pPr>
      <w:r>
        <w:t>[132] Rendering: Chart: Summarize within: Patrol beats. 5 rows (id 85f26d21-089a-4d33-bb0c-b985b8e6ddae)</w:t>
      </w:r>
    </w:p>
    <w:p>
      <w:pPr>
        <w:spacing w:after="40"/>
      </w:pPr>
      <w:r>
        <w:t>[133] Rendering: Chart: Calculate density: Licensed premises. 9 rows (id 3365b9ed-e2bc-4612-b00e-b147032aaa0b)</w:t>
      </w:r>
    </w:p>
    <w:p>
      <w:pPr>
        <w:spacing w:after="40"/>
      </w:pPr>
      <w:r>
        <w:t>[134] Rendering: Chart: Calculate density: Incidents. 13 rows (id 130ec3b4-ddc0-4f62-8c53-493253574a12)</w:t>
      </w:r>
    </w:p>
    <w:p>
      <w:pPr>
        <w:spacing w:after="40"/>
      </w:pPr>
      <w:r>
        <w:t>[135] Rendering: Chart: Calculate density: Street light outages. 11 rows (id 5d19b0ed-c618-4e8e-9536-3f3a0821dcd8)</w:t>
      </w:r>
    </w:p>
    <w:p>
      <w:pPr>
        <w:spacing w:after="40"/>
      </w:pPr>
      <w:r>
        <w:t>[136] Rendering: Chart: Hot spot analysis: Incidents. 48 rows (id dc40d842-a071-4cf4-87b5-9dbd4aff8223)</w:t>
      </w:r>
    </w:p>
    <w:p>
      <w:pPr>
        <w:spacing w:after="40"/>
      </w:pPr>
      <w:r>
        <w:t>[137] Rendering: Chart: Repeat and near repeat classification: Incidents. 106 rows (id 2774b60c-5a11-46d6-a8e1-f56f2a252051)</w:t>
      </w:r>
    </w:p>
    <w:p>
      <w:pPr>
        <w:spacing w:after="40"/>
      </w:pPr>
      <w:r>
        <w:t>[138] Rendering: Chart: Repeat and near repeat classification: Incidents over time. 106 rows (id d3456b40-f8d2-4674-9fe4-b420ca81087b)</w:t>
      </w:r>
    </w:p>
    <w:p>
      <w:pPr>
        <w:spacing w:after="40"/>
      </w:pPr>
      <w:r>
        <w:t>[139] Rendering: Chart: Find point clusters: Street light outages over time. 52 rows (id b7008422-a117-4748-8bb2-7dd55cd29bdd)</w:t>
      </w:r>
    </w:p>
    <w:p>
      <w:pPr>
        <w:spacing w:after="40"/>
      </w:pPr>
      <w:r>
        <w:t>[140] Rendering: Chart: Find point clusters: Incidents over time. 106 rows (id fcaf3d1b-6848-404c-9e97-b57b023c1cbd)</w:t>
      </w:r>
    </w:p>
    <w:p>
      <w:pPr>
        <w:spacing w:after="40"/>
      </w:pPr>
      <w:r>
        <w:t>[141] Document: Quarterly crime and safety briefing, third quarter 2026. 1 page(s), 1 page(s) from the text layer (id 7f7de84b-c518-4d25-b279-e98be530690e)</w:t>
      </w:r>
    </w:p>
    <w:p>
      <w:pPr>
        <w:spacing w:after="40"/>
      </w:pPr>
      <w:r>
        <w:t>[142] Document page: Quarterly crime and safety briefing, third quarter 2026, page 1. Thefts and robberies remain concentrated around the Central Transit Center at 41.87815, -87.63532, mostly on weekday commuting hours. (id 7f7de84b-c518-4d25-b279-e98be530690e:1)</w:t>
      </w:r>
    </w:p>
    <w:p>
      <w:pPr>
        <w:spacing w:after="40"/>
      </w:pPr>
      <w:r>
        <w:t>[143] Document: Hot spot patrol plan. 1 page(s), 1 page(s) from the text layer (id 0bf0414d-d633-4517-a876-66ca320180f3)</w:t>
      </w:r>
    </w:p>
    <w:p>
      <w:pPr>
        <w:spacing w:after="40"/>
      </w:pPr>
      <w:r>
        <w:t>[144] Document page: Hot spot patrol plan, page 1. Focus (id 0bf0414d-d633-4517-a876-66ca320180f3:1)</w:t>
      </w:r>
    </w:p>
    <w:p>
      <w:pPr>
        <w:spacing w:after="40"/>
      </w:pPr>
      <w:r>
        <w:t>[145] Dataset: Patrol beats. vector, 16 rows (id ba848777-0930-4af3-b069-03edd17a2c3a)</w:t>
      </w:r>
    </w:p>
    <w:p>
      <w:pPr>
        <w:spacing w:after="40"/>
      </w:pPr>
      <w:r>
        <w:t>[146] Dataset: Police stations. vector, 3 rows (id d3ceed49-4119-4de8-9218-65b32992e120)</w:t>
      </w:r>
    </w:p>
    <w:p>
      <w:pPr>
        <w:spacing w:after="40"/>
      </w:pPr>
      <w:r>
        <w:t>[147] Dataset: CCTV cameras. vector, 60 rows (id 13e9e089-c520-4be6-9034-c0ecaf7790ab)</w:t>
      </w:r>
    </w:p>
    <w:p>
      <w:pPr>
        <w:spacing w:after="40"/>
      </w:pPr>
      <w:r>
        <w:t>[148] Dataset: Transit stops. vector, 80 rows (id cc2e635f-1052-402a-82aa-95b2db052e76)</w:t>
      </w:r>
    </w:p>
    <w:p>
      <w:pPr>
        <w:spacing w:after="40"/>
      </w:pPr>
      <w:r>
        <w:t>[149] Dataset: Licensed premises. vector, 120 rows (id 1a088947-ca4e-4632-b13d-975d48c05e97)</w:t>
      </w:r>
    </w:p>
    <w:p>
      <w:pPr>
        <w:spacing w:after="40"/>
      </w:pPr>
      <w:r>
        <w:t>[150] Dataset: Roads. vector, 1033 rows (id e72c7c55-1cdd-49b2-b75d-3d2ec18b9c1e)</w:t>
      </w:r>
    </w:p>
    <w:p>
      <w:pPr>
        <w:spacing w:after="40"/>
      </w:pPr>
      <w:r>
        <w:t>[151] Dataset: Beat staffing by shift. table, 48 rows (id 6abb3c2e-68b3-4a9c-b2a7-ce316203ebe8)</w:t>
      </w:r>
    </w:p>
    <w:p>
      <w:pPr>
        <w:spacing w:after="40"/>
      </w:pPr>
      <w:r>
        <w:t>[152] Dataset: Quarterly crime and safety briefing. document, ? rows (id 535a8782-a933-42ff-af25-92ec818afdd6)</w:t>
      </w:r>
    </w:p>
    <w:p>
      <w:pPr>
        <w:spacing w:after="40"/>
      </w:pPr>
      <w:r>
        <w:t>[153] Dataset: Hot spot patrol plan. document, ? rows (id 70e64e98-d266-4079-a9a1-7d54ac2c3e96)</w:t>
      </w:r>
    </w:p>
    <w:p>
      <w:pPr>
        <w:spacing w:after="40"/>
      </w:pPr>
      <w:r>
        <w:t>[154] Record: Sample: Public safety, Chicago (id fe9df6b9-8a15-4264-946b-4b37b8dbb89d)</w:t>
      </w:r>
    </w:p>
    <w:p>
      <w:pPr>
        <w:spacing w:after="40"/>
      </w:pPr>
      <w:r>
        <w:t>[155] Layer: Hot spot analysis: Licensed premises. 112 features (id 90322b1c-a218-4ac5-8478-7f0de2a327dd)</w:t>
      </w:r>
    </w:p>
    <w:p>
      <w:pPr>
        <w:spacing w:after="40"/>
      </w:pPr>
      <w:r>
        <w:t>[156] Layer: Emerging hot spots: Incidents. 270 features (id ddbdee29-f892-4397-9f92-4fb6062a0a16)</w:t>
      </w:r>
    </w:p>
    <w:p>
      <w:pPr>
        <w:spacing w:after="40"/>
      </w:pPr>
      <w:r>
        <w:t>[157] Layer: Emerging hot spots: Street light outages. 47 features (id 377fb9d7-1ae0-4b9d-b202-467adca71899)</w:t>
      </w:r>
    </w:p>
    <w:p>
      <w:pPr>
        <w:spacing w:after="40"/>
      </w:pPr>
      <w:r>
        <w:t>[158] Layer: Find point clusters: Licensed premises. 120 features (id 0f39a418-fa9c-4906-bbe4-7afb6c00ba8c)</w:t>
      </w:r>
    </w:p>
    <w:p>
      <w:pPr>
        <w:spacing w:after="40"/>
      </w:pPr>
      <w:r>
        <w:t>[159] Layer: Find point clusters: Incidents. 1,680 features (id 75dd415e-0b2c-4a18-b79c-cc2338385dd5)</w:t>
      </w:r>
    </w:p>
    <w:p>
      <w:pPr>
        <w:spacing w:after="40"/>
      </w:pPr>
      <w:r>
        <w:t>[160] Layer: Find point clusters: cluster hulls. 3 features (id 99ba9a84-3453-4bca-a43e-5861ef41c540)</w:t>
      </w:r>
    </w:p>
    <w:p>
      <w:pPr>
        <w:spacing w:after="40"/>
      </w:pPr>
      <w:r>
        <w:t>[161] Layer: Find point clusters: Street light outages. 420 features (id 4ac9e9ca-a714-4ec7-9df8-4e3869dbcc58)</w:t>
      </w:r>
    </w:p>
    <w:p>
      <w:pPr>
        <w:spacing w:after="40"/>
      </w:pPr>
      <w:r>
        <w:t>[162] Layer: Find point clusters: cluster hulls. 1 features (id 6d783f7e-8f24-4458-8abc-6e3126e9630a)</w:t>
      </w:r>
    </w:p>
    <w:p>
      <w:pPr>
        <w:spacing w:after="40"/>
      </w:pPr>
      <w:r>
        <w:t>[163] Layer: Summarize within: Patrol beats. 16 features (id 430dcae6-3721-44c7-9264-40595ff75b4e)</w:t>
      </w:r>
    </w:p>
    <w:p>
      <w:pPr>
        <w:spacing w:after="40"/>
      </w:pPr>
      <w:r>
        <w:t>[164] Layer: Summarize within: Patrol beats. 16 features (id fabe7842-f3f5-4d5e-a46f-c3232381dc5f)</w:t>
      </w:r>
    </w:p>
    <w:p>
      <w:pPr>
        <w:spacing w:after="40"/>
      </w:pPr>
      <w:r>
        <w:t>[165] Layer: Calculate density: Licensed premises. 164 features (id 76319405-6afb-4505-946b-c33b783be8eb)</w:t>
      </w:r>
    </w:p>
    <w:p>
      <w:pPr>
        <w:spacing w:after="40"/>
      </w:pPr>
      <w:r>
        <w:t>[166] Layer: Calculate density: Incidents. 2,874 features (id 8d228b68-9a3d-43fd-96a3-e37297b29f9a)</w:t>
      </w:r>
    </w:p>
    <w:p>
      <w:pPr>
        <w:spacing w:after="40"/>
      </w:pPr>
      <w:r>
        <w:t>[167] Layer: Repeat and near repeat classification: Incidents. 1,680 features (id aa6cf905-4fec-4559-9917-c9810ef2a94b)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month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114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125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119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112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90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126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133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162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143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195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179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Incidents</w:t>
            </w:r>
          </w:p>
        </w:tc>
        <w:tc>
          <w:tcPr>
            <w:tcW w:type="dxa" w:w="2880"/>
          </w:tcPr>
          <w:p>
            <w:r>
              <w:t>182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Street light outages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Calls for service by beat and month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</w:tbl>
    <w:p/>
    <w:p>
      <w:pPr>
        <w:pStyle w:val="Heading2"/>
      </w:pPr>
      <w:r>
        <w:t>Figure 2. Timeline lanes: events per month by dataset [5]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lane</w:t>
            </w:r>
          </w:p>
        </w:tc>
        <w:tc>
          <w:tcPr>
            <w:tcW w:type="dxa" w:w="2160"/>
          </w:tcPr>
          <w:p>
            <w:r>
              <w:t>period</w:t>
            </w:r>
          </w:p>
        </w:tc>
        <w:tc>
          <w:tcPr>
            <w:tcW w:type="dxa" w:w="2160"/>
          </w:tcPr>
          <w:p>
            <w:r>
              <w:t>period_end</w:t>
            </w:r>
          </w:p>
        </w:tc>
        <w:tc>
          <w:tcPr>
            <w:tcW w:type="dxa" w:w="2160"/>
          </w:tcPr>
          <w:p>
            <w:r>
              <w:t>value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2024-10-01</w:t>
            </w:r>
          </w:p>
        </w:tc>
        <w:tc>
          <w:tcPr>
            <w:tcW w:type="dxa" w:w="2160"/>
          </w:tcPr>
          <w:p>
            <w:r>
              <w:t>2024-11-01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2024-11-01</w:t>
            </w:r>
          </w:p>
        </w:tc>
        <w:tc>
          <w:tcPr>
            <w:tcW w:type="dxa" w:w="2160"/>
          </w:tcPr>
          <w:p>
            <w:r>
              <w:t>2024-12-01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2024-12-01</w:t>
            </w:r>
          </w:p>
        </w:tc>
        <w:tc>
          <w:tcPr>
            <w:tcW w:type="dxa" w:w="2160"/>
          </w:tcPr>
          <w:p>
            <w:r>
              <w:t>2025-01-01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2025-01-01</w:t>
            </w:r>
          </w:p>
        </w:tc>
        <w:tc>
          <w:tcPr>
            <w:tcW w:type="dxa" w:w="2160"/>
          </w:tcPr>
          <w:p>
            <w:r>
              <w:t>2025-02-01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2025-02-01</w:t>
            </w:r>
          </w:p>
        </w:tc>
        <w:tc>
          <w:tcPr>
            <w:tcW w:type="dxa" w:w="2160"/>
          </w:tcPr>
          <w:p>
            <w:r>
              <w:t>2025-03-01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2025-03-01</w:t>
            </w:r>
          </w:p>
        </w:tc>
        <w:tc>
          <w:tcPr>
            <w:tcW w:type="dxa" w:w="2160"/>
          </w:tcPr>
          <w:p>
            <w:r>
              <w:t>2025-04-01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2025-04-01</w:t>
            </w:r>
          </w:p>
        </w:tc>
        <w:tc>
          <w:tcPr>
            <w:tcW w:type="dxa" w:w="2160"/>
          </w:tcPr>
          <w:p>
            <w:r>
              <w:t>2025-05-01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2025-05-01</w:t>
            </w:r>
          </w:p>
        </w:tc>
        <w:tc>
          <w:tcPr>
            <w:tcW w:type="dxa" w:w="2160"/>
          </w:tcPr>
          <w:p>
            <w:r>
              <w:t>2025-06-01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2025-06-01</w:t>
            </w:r>
          </w:p>
        </w:tc>
        <w:tc>
          <w:tcPr>
            <w:tcW w:type="dxa" w:w="2160"/>
          </w:tcPr>
          <w:p>
            <w:r>
              <w:t>2025-07-01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2025-07-01</w:t>
            </w:r>
          </w:p>
        </w:tc>
        <w:tc>
          <w:tcPr>
            <w:tcW w:type="dxa" w:w="2160"/>
          </w:tcPr>
          <w:p>
            <w:r>
              <w:t>2025-08-01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2025-08-01</w:t>
            </w:r>
          </w:p>
        </w:tc>
        <w:tc>
          <w:tcPr>
            <w:tcW w:type="dxa" w:w="2160"/>
          </w:tcPr>
          <w:p>
            <w:r>
              <w:t>2025-09-01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2025-09-01</w:t>
            </w:r>
          </w:p>
        </w:tc>
        <w:tc>
          <w:tcPr>
            <w:tcW w:type="dxa" w:w="2160"/>
          </w:tcPr>
          <w:p>
            <w:r>
              <w:t>2025-10-01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2025-10-01</w:t>
            </w:r>
          </w:p>
        </w:tc>
        <w:tc>
          <w:tcPr>
            <w:tcW w:type="dxa" w:w="2160"/>
          </w:tcPr>
          <w:p>
            <w:r>
              <w:t>2025-11-01</w:t>
            </w:r>
          </w:p>
        </w:tc>
        <w:tc>
          <w:tcPr>
            <w:tcW w:type="dxa" w:w="2160"/>
          </w:tcPr>
          <w:p>
            <w:r>
              <w:t>114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2025-11-01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125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2026-01-01</w:t>
            </w:r>
          </w:p>
        </w:tc>
        <w:tc>
          <w:tcPr>
            <w:tcW w:type="dxa" w:w="2160"/>
          </w:tcPr>
          <w:p>
            <w:r>
              <w:t>119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2026-01-01</w:t>
            </w:r>
          </w:p>
        </w:tc>
        <w:tc>
          <w:tcPr>
            <w:tcW w:type="dxa" w:w="2160"/>
          </w:tcPr>
          <w:p>
            <w:r>
              <w:t>2026-02-01</w:t>
            </w:r>
          </w:p>
        </w:tc>
        <w:tc>
          <w:tcPr>
            <w:tcW w:type="dxa" w:w="2160"/>
          </w:tcPr>
          <w:p>
            <w:r>
              <w:t>112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2026-02-01</w:t>
            </w:r>
          </w:p>
        </w:tc>
        <w:tc>
          <w:tcPr>
            <w:tcW w:type="dxa" w:w="2160"/>
          </w:tcPr>
          <w:p>
            <w:r>
              <w:t>2026-03-01</w:t>
            </w:r>
          </w:p>
        </w:tc>
        <w:tc>
          <w:tcPr>
            <w:tcW w:type="dxa" w:w="2160"/>
          </w:tcPr>
          <w:p>
            <w:r>
              <w:t>90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2026-03-01</w:t>
            </w:r>
          </w:p>
        </w:tc>
        <w:tc>
          <w:tcPr>
            <w:tcW w:type="dxa" w:w="2160"/>
          </w:tcPr>
          <w:p>
            <w:r>
              <w:t>2026-04-01</w:t>
            </w:r>
          </w:p>
        </w:tc>
        <w:tc>
          <w:tcPr>
            <w:tcW w:type="dxa" w:w="2160"/>
          </w:tcPr>
          <w:p>
            <w:r>
              <w:t>126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2026-04-01</w:t>
            </w:r>
          </w:p>
        </w:tc>
        <w:tc>
          <w:tcPr>
            <w:tcW w:type="dxa" w:w="2160"/>
          </w:tcPr>
          <w:p>
            <w:r>
              <w:t>2026-05-01</w:t>
            </w:r>
          </w:p>
        </w:tc>
        <w:tc>
          <w:tcPr>
            <w:tcW w:type="dxa" w:w="2160"/>
          </w:tcPr>
          <w:p>
            <w:r>
              <w:t>133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2026-05-01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162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2026-07-01</w:t>
            </w:r>
          </w:p>
        </w:tc>
        <w:tc>
          <w:tcPr>
            <w:tcW w:type="dxa" w:w="2160"/>
          </w:tcPr>
          <w:p>
            <w:r>
              <w:t>143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2026-07-01</w:t>
            </w:r>
          </w:p>
        </w:tc>
        <w:tc>
          <w:tcPr>
            <w:tcW w:type="dxa" w:w="2160"/>
          </w:tcPr>
          <w:p>
            <w:r>
              <w:t>2026-08-01</w:t>
            </w:r>
          </w:p>
        </w:tc>
        <w:tc>
          <w:tcPr>
            <w:tcW w:type="dxa" w:w="2160"/>
          </w:tcPr>
          <w:p>
            <w:r>
              <w:t>195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2026-08-01</w:t>
            </w:r>
          </w:p>
        </w:tc>
        <w:tc>
          <w:tcPr>
            <w:tcW w:type="dxa" w:w="2160"/>
          </w:tcPr>
          <w:p>
            <w:r>
              <w:t>2026-09-01</w:t>
            </w:r>
          </w:p>
        </w:tc>
        <w:tc>
          <w:tcPr>
            <w:tcW w:type="dxa" w:w="2160"/>
          </w:tcPr>
          <w:p>
            <w:r>
              <w:t>179</w:t>
            </w:r>
          </w:p>
        </w:tc>
      </w:tr>
      <w:tr>
        <w:tc>
          <w:tcPr>
            <w:tcW w:type="dxa" w:w="2160"/>
          </w:tcPr>
          <w:p>
            <w:r>
              <w:t>Incidents</w:t>
            </w:r>
          </w:p>
        </w:tc>
        <w:tc>
          <w:tcPr>
            <w:tcW w:type="dxa" w:w="2160"/>
          </w:tcPr>
          <w:p>
            <w:r>
              <w:t>2026-09-01</w:t>
            </w:r>
          </w:p>
        </w:tc>
        <w:tc>
          <w:tcPr>
            <w:tcW w:type="dxa" w:w="2160"/>
          </w:tcPr>
          <w:p>
            <w:r>
              <w:t>2026-10-01</w:t>
            </w:r>
          </w:p>
        </w:tc>
        <w:tc>
          <w:tcPr>
            <w:tcW w:type="dxa" w:w="2160"/>
          </w:tcPr>
          <w:p>
            <w:r>
              <w:t>182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2024-10-01</w:t>
            </w:r>
          </w:p>
        </w:tc>
        <w:tc>
          <w:tcPr>
            <w:tcW w:type="dxa" w:w="2160"/>
          </w:tcPr>
          <w:p>
            <w:r>
              <w:t>2024-11-01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2024-11-01</w:t>
            </w:r>
          </w:p>
        </w:tc>
        <w:tc>
          <w:tcPr>
            <w:tcW w:type="dxa" w:w="2160"/>
          </w:tcPr>
          <w:p>
            <w:r>
              <w:t>2024-12-01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2024-12-01</w:t>
            </w:r>
          </w:p>
        </w:tc>
        <w:tc>
          <w:tcPr>
            <w:tcW w:type="dxa" w:w="2160"/>
          </w:tcPr>
          <w:p>
            <w:r>
              <w:t>2025-01-01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2025-01-01</w:t>
            </w:r>
          </w:p>
        </w:tc>
        <w:tc>
          <w:tcPr>
            <w:tcW w:type="dxa" w:w="2160"/>
          </w:tcPr>
          <w:p>
            <w:r>
              <w:t>2025-02-01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2025-02-01</w:t>
            </w:r>
          </w:p>
        </w:tc>
        <w:tc>
          <w:tcPr>
            <w:tcW w:type="dxa" w:w="2160"/>
          </w:tcPr>
          <w:p>
            <w:r>
              <w:t>2025-03-01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2025-03-01</w:t>
            </w:r>
          </w:p>
        </w:tc>
        <w:tc>
          <w:tcPr>
            <w:tcW w:type="dxa" w:w="2160"/>
          </w:tcPr>
          <w:p>
            <w:r>
              <w:t>2025-04-01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2025-04-01</w:t>
            </w:r>
          </w:p>
        </w:tc>
        <w:tc>
          <w:tcPr>
            <w:tcW w:type="dxa" w:w="2160"/>
          </w:tcPr>
          <w:p>
            <w:r>
              <w:t>2025-05-01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2025-05-01</w:t>
            </w:r>
          </w:p>
        </w:tc>
        <w:tc>
          <w:tcPr>
            <w:tcW w:type="dxa" w:w="2160"/>
          </w:tcPr>
          <w:p>
            <w:r>
              <w:t>2025-06-01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2025-06-01</w:t>
            </w:r>
          </w:p>
        </w:tc>
        <w:tc>
          <w:tcPr>
            <w:tcW w:type="dxa" w:w="2160"/>
          </w:tcPr>
          <w:p>
            <w:r>
              <w:t>2025-07-01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2025-07-01</w:t>
            </w:r>
          </w:p>
        </w:tc>
        <w:tc>
          <w:tcPr>
            <w:tcW w:type="dxa" w:w="2160"/>
          </w:tcPr>
          <w:p>
            <w:r>
              <w:t>2025-08-01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2025-08-01</w:t>
            </w:r>
          </w:p>
        </w:tc>
        <w:tc>
          <w:tcPr>
            <w:tcW w:type="dxa" w:w="2160"/>
          </w:tcPr>
          <w:p>
            <w:r>
              <w:t>2025-09-01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2025-09-01</w:t>
            </w:r>
          </w:p>
        </w:tc>
        <w:tc>
          <w:tcPr>
            <w:tcW w:type="dxa" w:w="2160"/>
          </w:tcPr>
          <w:p>
            <w:r>
              <w:t>2025-10-01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2025-10-01</w:t>
            </w:r>
          </w:p>
        </w:tc>
        <w:tc>
          <w:tcPr>
            <w:tcW w:type="dxa" w:w="2160"/>
          </w:tcPr>
          <w:p>
            <w:r>
              <w:t>2025-11-01</w:t>
            </w:r>
          </w:p>
        </w:tc>
        <w:tc>
          <w:tcPr>
            <w:tcW w:type="dxa" w:w="2160"/>
          </w:tcPr>
          <w:p>
            <w:r>
              <w:t>33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2025-11-01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26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2026-01-01</w:t>
            </w:r>
          </w:p>
        </w:tc>
        <w:tc>
          <w:tcPr>
            <w:tcW w:type="dxa" w:w="2160"/>
          </w:tcPr>
          <w:p>
            <w:r>
              <w:t>40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2026-01-01</w:t>
            </w:r>
          </w:p>
        </w:tc>
        <w:tc>
          <w:tcPr>
            <w:tcW w:type="dxa" w:w="2160"/>
          </w:tcPr>
          <w:p>
            <w:r>
              <w:t>2026-02-01</w:t>
            </w:r>
          </w:p>
        </w:tc>
        <w:tc>
          <w:tcPr>
            <w:tcW w:type="dxa" w:w="2160"/>
          </w:tcPr>
          <w:p>
            <w:r>
              <w:t>49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2026-02-01</w:t>
            </w:r>
          </w:p>
        </w:tc>
        <w:tc>
          <w:tcPr>
            <w:tcW w:type="dxa" w:w="2160"/>
          </w:tcPr>
          <w:p>
            <w:r>
              <w:t>2026-03-01</w:t>
            </w:r>
          </w:p>
        </w:tc>
        <w:tc>
          <w:tcPr>
            <w:tcW w:type="dxa" w:w="2160"/>
          </w:tcPr>
          <w:p>
            <w:r>
              <w:t>44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2026-03-01</w:t>
            </w:r>
          </w:p>
        </w:tc>
        <w:tc>
          <w:tcPr>
            <w:tcW w:type="dxa" w:w="2160"/>
          </w:tcPr>
          <w:p>
            <w:r>
              <w:t>2026-04-01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2026-04-01</w:t>
            </w:r>
          </w:p>
        </w:tc>
        <w:tc>
          <w:tcPr>
            <w:tcW w:type="dxa" w:w="2160"/>
          </w:tcPr>
          <w:p>
            <w:r>
              <w:t>2026-05-01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2026-05-01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28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2026-07-01</w:t>
            </w:r>
          </w:p>
        </w:tc>
        <w:tc>
          <w:tcPr>
            <w:tcW w:type="dxa" w:w="2160"/>
          </w:tcPr>
          <w:p>
            <w:r>
              <w:t>33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2026-07-01</w:t>
            </w:r>
          </w:p>
        </w:tc>
        <w:tc>
          <w:tcPr>
            <w:tcW w:type="dxa" w:w="2160"/>
          </w:tcPr>
          <w:p>
            <w:r>
              <w:t>2026-08-01</w:t>
            </w:r>
          </w:p>
        </w:tc>
        <w:tc>
          <w:tcPr>
            <w:tcW w:type="dxa" w:w="2160"/>
          </w:tcPr>
          <w:p>
            <w:r>
              <w:t>24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2026-08-01</w:t>
            </w:r>
          </w:p>
        </w:tc>
        <w:tc>
          <w:tcPr>
            <w:tcW w:type="dxa" w:w="2160"/>
          </w:tcPr>
          <w:p>
            <w:r>
              <w:t>2026-09-01</w:t>
            </w:r>
          </w:p>
        </w:tc>
        <w:tc>
          <w:tcPr>
            <w:tcW w:type="dxa" w:w="2160"/>
          </w:tcPr>
          <w:p>
            <w:r>
              <w:t>33</w:t>
            </w:r>
          </w:p>
        </w:tc>
      </w:tr>
      <w:tr>
        <w:tc>
          <w:tcPr>
            <w:tcW w:type="dxa" w:w="2160"/>
          </w:tcPr>
          <w:p>
            <w:r>
              <w:t>Street light outages</w:t>
            </w:r>
          </w:p>
        </w:tc>
        <w:tc>
          <w:tcPr>
            <w:tcW w:type="dxa" w:w="2160"/>
          </w:tcPr>
          <w:p>
            <w:r>
              <w:t>2026-09-01</w:t>
            </w:r>
          </w:p>
        </w:tc>
        <w:tc>
          <w:tcPr>
            <w:tcW w:type="dxa" w:w="2160"/>
          </w:tcPr>
          <w:p>
            <w:r>
              <w:t>2026-10-01</w:t>
            </w:r>
          </w:p>
        </w:tc>
        <w:tc>
          <w:tcPr>
            <w:tcW w:type="dxa" w:w="2160"/>
          </w:tcPr>
          <w:p>
            <w:r>
              <w:t>36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2024-10-01</w:t>
            </w:r>
          </w:p>
        </w:tc>
        <w:tc>
          <w:tcPr>
            <w:tcW w:type="dxa" w:w="2160"/>
          </w:tcPr>
          <w:p>
            <w:r>
              <w:t>2024-11-01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2024-11-01</w:t>
            </w:r>
          </w:p>
        </w:tc>
        <w:tc>
          <w:tcPr>
            <w:tcW w:type="dxa" w:w="2160"/>
          </w:tcPr>
          <w:p>
            <w:r>
              <w:t>2024-12-01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2024-12-01</w:t>
            </w:r>
          </w:p>
        </w:tc>
        <w:tc>
          <w:tcPr>
            <w:tcW w:type="dxa" w:w="2160"/>
          </w:tcPr>
          <w:p>
            <w:r>
              <w:t>2025-01-01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2025-01-01</w:t>
            </w:r>
          </w:p>
        </w:tc>
        <w:tc>
          <w:tcPr>
            <w:tcW w:type="dxa" w:w="2160"/>
          </w:tcPr>
          <w:p>
            <w:r>
              <w:t>2025-02-01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2025-02-01</w:t>
            </w:r>
          </w:p>
        </w:tc>
        <w:tc>
          <w:tcPr>
            <w:tcW w:type="dxa" w:w="2160"/>
          </w:tcPr>
          <w:p>
            <w:r>
              <w:t>2025-03-01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2025-03-01</w:t>
            </w:r>
          </w:p>
        </w:tc>
        <w:tc>
          <w:tcPr>
            <w:tcW w:type="dxa" w:w="2160"/>
          </w:tcPr>
          <w:p>
            <w:r>
              <w:t>2025-04-01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2025-04-01</w:t>
            </w:r>
          </w:p>
        </w:tc>
        <w:tc>
          <w:tcPr>
            <w:tcW w:type="dxa" w:w="2160"/>
          </w:tcPr>
          <w:p>
            <w:r>
              <w:t>2025-05-01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2025-05-01</w:t>
            </w:r>
          </w:p>
        </w:tc>
        <w:tc>
          <w:tcPr>
            <w:tcW w:type="dxa" w:w="2160"/>
          </w:tcPr>
          <w:p>
            <w:r>
              <w:t>2025-06-01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2025-06-01</w:t>
            </w:r>
          </w:p>
        </w:tc>
        <w:tc>
          <w:tcPr>
            <w:tcW w:type="dxa" w:w="2160"/>
          </w:tcPr>
          <w:p>
            <w:r>
              <w:t>2025-07-01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2025-07-01</w:t>
            </w:r>
          </w:p>
        </w:tc>
        <w:tc>
          <w:tcPr>
            <w:tcW w:type="dxa" w:w="2160"/>
          </w:tcPr>
          <w:p>
            <w:r>
              <w:t>2025-08-01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2025-08-01</w:t>
            </w:r>
          </w:p>
        </w:tc>
        <w:tc>
          <w:tcPr>
            <w:tcW w:type="dxa" w:w="2160"/>
          </w:tcPr>
          <w:p>
            <w:r>
              <w:t>2025-09-01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2025-09-01</w:t>
            </w:r>
          </w:p>
        </w:tc>
        <w:tc>
          <w:tcPr>
            <w:tcW w:type="dxa" w:w="2160"/>
          </w:tcPr>
          <w:p>
            <w:r>
              <w:t>2025-10-01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2025-10-01</w:t>
            </w:r>
          </w:p>
        </w:tc>
        <w:tc>
          <w:tcPr>
            <w:tcW w:type="dxa" w:w="2160"/>
          </w:tcPr>
          <w:p>
            <w:r>
              <w:t>2025-11-01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2025-11-01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2026-01-01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2026-01-01</w:t>
            </w:r>
          </w:p>
        </w:tc>
        <w:tc>
          <w:tcPr>
            <w:tcW w:type="dxa" w:w="2160"/>
          </w:tcPr>
          <w:p>
            <w:r>
              <w:t>2026-02-01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2026-02-01</w:t>
            </w:r>
          </w:p>
        </w:tc>
        <w:tc>
          <w:tcPr>
            <w:tcW w:type="dxa" w:w="2160"/>
          </w:tcPr>
          <w:p>
            <w:r>
              <w:t>2026-03-01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2026-03-01</w:t>
            </w:r>
          </w:p>
        </w:tc>
        <w:tc>
          <w:tcPr>
            <w:tcW w:type="dxa" w:w="2160"/>
          </w:tcPr>
          <w:p>
            <w:r>
              <w:t>2026-04-01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2026-04-01</w:t>
            </w:r>
          </w:p>
        </w:tc>
        <w:tc>
          <w:tcPr>
            <w:tcW w:type="dxa" w:w="2160"/>
          </w:tcPr>
          <w:p>
            <w:r>
              <w:t>2026-05-01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2026-05-01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2026-07-01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2026-07-01</w:t>
            </w:r>
          </w:p>
        </w:tc>
        <w:tc>
          <w:tcPr>
            <w:tcW w:type="dxa" w:w="2160"/>
          </w:tcPr>
          <w:p>
            <w:r>
              <w:t>2026-08-01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2026-08-01</w:t>
            </w:r>
          </w:p>
        </w:tc>
        <w:tc>
          <w:tcPr>
            <w:tcW w:type="dxa" w:w="2160"/>
          </w:tcPr>
          <w:p>
            <w:r>
              <w:t>2026-09-01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Calls for service by beat and month</w:t>
            </w:r>
          </w:p>
        </w:tc>
        <w:tc>
          <w:tcPr>
            <w:tcW w:type="dxa" w:w="2160"/>
          </w:tcPr>
          <w:p>
            <w:r>
              <w:t>2026-09-01</w:t>
            </w:r>
          </w:p>
        </w:tc>
        <w:tc>
          <w:tcPr>
            <w:tcW w:type="dxa" w:w="2160"/>
          </w:tcPr>
          <w:p>
            <w:r>
              <w:t>2026-10-01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</w:tbl>
    <w:p/>
    <w:p>
      <w:pPr>
        <w:pStyle w:val="Heading2"/>
      </w:pPr>
      <w:r>
        <w:t>Figure 3. Timeline: change from one month to the next [6]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period</w:t>
            </w:r>
          </w:p>
        </w:tc>
        <w:tc>
          <w:tcPr>
            <w:tcW w:type="dxa" w:w="1728"/>
          </w:tcPr>
          <w:p>
            <w:r>
              <w:t>period_end</w:t>
            </w:r>
          </w:p>
        </w:tc>
        <w:tc>
          <w:tcPr>
            <w:tcW w:type="dxa" w:w="1728"/>
          </w:tcPr>
          <w:p>
            <w:r>
              <w:t>value</w:t>
            </w:r>
          </w:p>
        </w:tc>
        <w:tc>
          <w:tcPr>
            <w:tcW w:type="dxa" w:w="1728"/>
          </w:tcPr>
          <w:p>
            <w:r>
              <w:t>previous</w:t>
            </w:r>
          </w:p>
        </w:tc>
        <w:tc>
          <w:tcPr>
            <w:tcW w:type="dxa" w:w="1728"/>
          </w:tcPr>
          <w:p>
            <w:r>
              <w:t>change</w:t>
            </w:r>
          </w:p>
        </w:tc>
      </w:tr>
      <w:tr>
        <w:tc>
          <w:tcPr>
            <w:tcW w:type="dxa" w:w="1728"/>
          </w:tcPr>
          <w:p>
            <w:r>
              <w:t>2024-11-01</w:t>
            </w:r>
          </w:p>
        </w:tc>
        <w:tc>
          <w:tcPr>
            <w:tcW w:type="dxa" w:w="1728"/>
          </w:tcPr>
          <w:p>
            <w:r>
              <w:t>2024-12-01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2024-12-01</w:t>
            </w:r>
          </w:p>
        </w:tc>
        <w:tc>
          <w:tcPr>
            <w:tcW w:type="dxa" w:w="1728"/>
          </w:tcPr>
          <w:p>
            <w:r>
              <w:t>2025-01-01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2025-01-01</w:t>
            </w:r>
          </w:p>
        </w:tc>
        <w:tc>
          <w:tcPr>
            <w:tcW w:type="dxa" w:w="1728"/>
          </w:tcPr>
          <w:p>
            <w:r>
              <w:t>2025-02-01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2025-02-01</w:t>
            </w:r>
          </w:p>
        </w:tc>
        <w:tc>
          <w:tcPr>
            <w:tcW w:type="dxa" w:w="1728"/>
          </w:tcPr>
          <w:p>
            <w:r>
              <w:t>2025-03-01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2025-03-01</w:t>
            </w:r>
          </w:p>
        </w:tc>
        <w:tc>
          <w:tcPr>
            <w:tcW w:type="dxa" w:w="1728"/>
          </w:tcPr>
          <w:p>
            <w:r>
              <w:t>2025-04-01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2025-04-01</w:t>
            </w:r>
          </w:p>
        </w:tc>
        <w:tc>
          <w:tcPr>
            <w:tcW w:type="dxa" w:w="1728"/>
          </w:tcPr>
          <w:p>
            <w:r>
              <w:t>2025-05-01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2025-05-01</w:t>
            </w:r>
          </w:p>
        </w:tc>
        <w:tc>
          <w:tcPr>
            <w:tcW w:type="dxa" w:w="1728"/>
          </w:tcPr>
          <w:p>
            <w:r>
              <w:t>2025-06-01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2025-06-01</w:t>
            </w:r>
          </w:p>
        </w:tc>
        <w:tc>
          <w:tcPr>
            <w:tcW w:type="dxa" w:w="1728"/>
          </w:tcPr>
          <w:p>
            <w:r>
              <w:t>2025-07-01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2025-07-01</w:t>
            </w:r>
          </w:p>
        </w:tc>
        <w:tc>
          <w:tcPr>
            <w:tcW w:type="dxa" w:w="1728"/>
          </w:tcPr>
          <w:p>
            <w:r>
              <w:t>2025-08-01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2025-08-01</w:t>
            </w:r>
          </w:p>
        </w:tc>
        <w:tc>
          <w:tcPr>
            <w:tcW w:type="dxa" w:w="1728"/>
          </w:tcPr>
          <w:p>
            <w:r>
              <w:t>2025-09-01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2025-09-01</w:t>
            </w:r>
          </w:p>
        </w:tc>
        <w:tc>
          <w:tcPr>
            <w:tcW w:type="dxa" w:w="1728"/>
          </w:tcPr>
          <w:p>
            <w:r>
              <w:t>2025-10-01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2025-10-01</w:t>
            </w:r>
          </w:p>
        </w:tc>
        <w:tc>
          <w:tcPr>
            <w:tcW w:type="dxa" w:w="1728"/>
          </w:tcPr>
          <w:p>
            <w:r>
              <w:t>2025-11-01</w:t>
            </w:r>
          </w:p>
        </w:tc>
        <w:tc>
          <w:tcPr>
            <w:tcW w:type="dxa" w:w="1728"/>
          </w:tcPr>
          <w:p>
            <w:r>
              <w:t>163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147</w:t>
            </w:r>
          </w:p>
        </w:tc>
      </w:tr>
      <w:tr>
        <w:tc>
          <w:tcPr>
            <w:tcW w:type="dxa" w:w="1728"/>
          </w:tcPr>
          <w:p>
            <w:r>
              <w:t>2025-11-01</w:t>
            </w:r>
          </w:p>
        </w:tc>
        <w:tc>
          <w:tcPr>
            <w:tcW w:type="dxa" w:w="1728"/>
          </w:tcPr>
          <w:p>
            <w:r>
              <w:t>2025-12-01</w:t>
            </w:r>
          </w:p>
        </w:tc>
        <w:tc>
          <w:tcPr>
            <w:tcW w:type="dxa" w:w="1728"/>
          </w:tcPr>
          <w:p>
            <w:r>
              <w:t>167</w:t>
            </w:r>
          </w:p>
        </w:tc>
        <w:tc>
          <w:tcPr>
            <w:tcW w:type="dxa" w:w="1728"/>
          </w:tcPr>
          <w:p>
            <w:r>
              <w:t>163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2025-12-01</w:t>
            </w:r>
          </w:p>
        </w:tc>
        <w:tc>
          <w:tcPr>
            <w:tcW w:type="dxa" w:w="1728"/>
          </w:tcPr>
          <w:p>
            <w:r>
              <w:t>2026-01-01</w:t>
            </w:r>
          </w:p>
        </w:tc>
        <w:tc>
          <w:tcPr>
            <w:tcW w:type="dxa" w:w="1728"/>
          </w:tcPr>
          <w:p>
            <w:r>
              <w:t>175</w:t>
            </w:r>
          </w:p>
        </w:tc>
        <w:tc>
          <w:tcPr>
            <w:tcW w:type="dxa" w:w="1728"/>
          </w:tcPr>
          <w:p>
            <w:r>
              <w:t>167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2026-01-01</w:t>
            </w:r>
          </w:p>
        </w:tc>
        <w:tc>
          <w:tcPr>
            <w:tcW w:type="dxa" w:w="1728"/>
          </w:tcPr>
          <w:p>
            <w:r>
              <w:t>2026-02-01</w:t>
            </w:r>
          </w:p>
        </w:tc>
        <w:tc>
          <w:tcPr>
            <w:tcW w:type="dxa" w:w="1728"/>
          </w:tcPr>
          <w:p>
            <w:r>
              <w:t>177</w:t>
            </w:r>
          </w:p>
        </w:tc>
        <w:tc>
          <w:tcPr>
            <w:tcW w:type="dxa" w:w="1728"/>
          </w:tcPr>
          <w:p>
            <w:r>
              <w:t>175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2026-02-01</w:t>
            </w:r>
          </w:p>
        </w:tc>
        <w:tc>
          <w:tcPr>
            <w:tcW w:type="dxa" w:w="1728"/>
          </w:tcPr>
          <w:p>
            <w:r>
              <w:t>2026-03-01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177</w:t>
            </w:r>
          </w:p>
        </w:tc>
        <w:tc>
          <w:tcPr>
            <w:tcW w:type="dxa" w:w="1728"/>
          </w:tcPr>
          <w:p>
            <w:r>
              <w:t>-27</w:t>
            </w:r>
          </w:p>
        </w:tc>
      </w:tr>
      <w:tr>
        <w:tc>
          <w:tcPr>
            <w:tcW w:type="dxa" w:w="1728"/>
          </w:tcPr>
          <w:p>
            <w:r>
              <w:t>2026-03-01</w:t>
            </w:r>
          </w:p>
        </w:tc>
        <w:tc>
          <w:tcPr>
            <w:tcW w:type="dxa" w:w="1728"/>
          </w:tcPr>
          <w:p>
            <w:r>
              <w:t>2026-04-01</w:t>
            </w:r>
          </w:p>
        </w:tc>
        <w:tc>
          <w:tcPr>
            <w:tcW w:type="dxa" w:w="1728"/>
          </w:tcPr>
          <w:p>
            <w:r>
              <w:t>179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29</w:t>
            </w:r>
          </w:p>
        </w:tc>
      </w:tr>
      <w:tr>
        <w:tc>
          <w:tcPr>
            <w:tcW w:type="dxa" w:w="1728"/>
          </w:tcPr>
          <w:p>
            <w:r>
              <w:t>2026-04-01</w:t>
            </w:r>
          </w:p>
        </w:tc>
        <w:tc>
          <w:tcPr>
            <w:tcW w:type="dxa" w:w="1728"/>
          </w:tcPr>
          <w:p>
            <w:r>
              <w:t>2026-05-01</w:t>
            </w:r>
          </w:p>
        </w:tc>
        <w:tc>
          <w:tcPr>
            <w:tcW w:type="dxa" w:w="1728"/>
          </w:tcPr>
          <w:p>
            <w:r>
              <w:t>186</w:t>
            </w:r>
          </w:p>
        </w:tc>
        <w:tc>
          <w:tcPr>
            <w:tcW w:type="dxa" w:w="1728"/>
          </w:tcPr>
          <w:p>
            <w:r>
              <w:t>179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2026-05-01</w:t>
            </w:r>
          </w:p>
        </w:tc>
        <w:tc>
          <w:tcPr>
            <w:tcW w:type="dxa" w:w="1728"/>
          </w:tcPr>
          <w:p>
            <w:r>
              <w:t>2026-06-01</w:t>
            </w:r>
          </w:p>
        </w:tc>
        <w:tc>
          <w:tcPr>
            <w:tcW w:type="dxa" w:w="1728"/>
          </w:tcPr>
          <w:p>
            <w:r>
              <w:t>206</w:t>
            </w:r>
          </w:p>
        </w:tc>
        <w:tc>
          <w:tcPr>
            <w:tcW w:type="dxa" w:w="1728"/>
          </w:tcPr>
          <w:p>
            <w:r>
              <w:t>186</w:t>
            </w:r>
          </w:p>
        </w:tc>
        <w:tc>
          <w:tcPr>
            <w:tcW w:type="dxa" w:w="1728"/>
          </w:tcPr>
          <w:p>
            <w:r>
              <w:t>20</w:t>
            </w:r>
          </w:p>
        </w:tc>
      </w:tr>
      <w:tr>
        <w:tc>
          <w:tcPr>
            <w:tcW w:type="dxa" w:w="1728"/>
          </w:tcPr>
          <w:p>
            <w:r>
              <w:t>2026-06-01</w:t>
            </w:r>
          </w:p>
        </w:tc>
        <w:tc>
          <w:tcPr>
            <w:tcW w:type="dxa" w:w="1728"/>
          </w:tcPr>
          <w:p>
            <w:r>
              <w:t>2026-07-01</w:t>
            </w:r>
          </w:p>
        </w:tc>
        <w:tc>
          <w:tcPr>
            <w:tcW w:type="dxa" w:w="1728"/>
          </w:tcPr>
          <w:p>
            <w:r>
              <w:t>192</w:t>
            </w:r>
          </w:p>
        </w:tc>
        <w:tc>
          <w:tcPr>
            <w:tcW w:type="dxa" w:w="1728"/>
          </w:tcPr>
          <w:p>
            <w:r>
              <w:t>206</w:t>
            </w:r>
          </w:p>
        </w:tc>
        <w:tc>
          <w:tcPr>
            <w:tcW w:type="dxa" w:w="1728"/>
          </w:tcPr>
          <w:p>
            <w:r>
              <w:t>-14</w:t>
            </w:r>
          </w:p>
        </w:tc>
      </w:tr>
      <w:tr>
        <w:tc>
          <w:tcPr>
            <w:tcW w:type="dxa" w:w="1728"/>
          </w:tcPr>
          <w:p>
            <w:r>
              <w:t>2026-07-01</w:t>
            </w:r>
          </w:p>
        </w:tc>
        <w:tc>
          <w:tcPr>
            <w:tcW w:type="dxa" w:w="1728"/>
          </w:tcPr>
          <w:p>
            <w:r>
              <w:t>2026-08-01</w:t>
            </w:r>
          </w:p>
        </w:tc>
        <w:tc>
          <w:tcPr>
            <w:tcW w:type="dxa" w:w="1728"/>
          </w:tcPr>
          <w:p>
            <w:r>
              <w:t>235</w:t>
            </w:r>
          </w:p>
        </w:tc>
        <w:tc>
          <w:tcPr>
            <w:tcW w:type="dxa" w:w="1728"/>
          </w:tcPr>
          <w:p>
            <w:r>
              <w:t>192</w:t>
            </w:r>
          </w:p>
        </w:tc>
        <w:tc>
          <w:tcPr>
            <w:tcW w:type="dxa" w:w="1728"/>
          </w:tcPr>
          <w:p>
            <w:r>
              <w:t>43</w:t>
            </w:r>
          </w:p>
        </w:tc>
      </w:tr>
      <w:tr>
        <w:tc>
          <w:tcPr>
            <w:tcW w:type="dxa" w:w="1728"/>
          </w:tcPr>
          <w:p>
            <w:r>
              <w:t>2026-08-01</w:t>
            </w:r>
          </w:p>
        </w:tc>
        <w:tc>
          <w:tcPr>
            <w:tcW w:type="dxa" w:w="1728"/>
          </w:tcPr>
          <w:p>
            <w:r>
              <w:t>2026-09-01</w:t>
            </w:r>
          </w:p>
        </w:tc>
        <w:tc>
          <w:tcPr>
            <w:tcW w:type="dxa" w:w="1728"/>
          </w:tcPr>
          <w:p>
            <w:r>
              <w:t>228</w:t>
            </w:r>
          </w:p>
        </w:tc>
        <w:tc>
          <w:tcPr>
            <w:tcW w:type="dxa" w:w="1728"/>
          </w:tcPr>
          <w:p>
            <w:r>
              <w:t>235</w:t>
            </w:r>
          </w:p>
        </w:tc>
        <w:tc>
          <w:tcPr>
            <w:tcW w:type="dxa" w:w="1728"/>
          </w:tcPr>
          <w:p>
            <w:r>
              <w:t>-7</w:t>
            </w:r>
          </w:p>
        </w:tc>
      </w:tr>
      <w:tr>
        <w:tc>
          <w:tcPr>
            <w:tcW w:type="dxa" w:w="1728"/>
          </w:tcPr>
          <w:p>
            <w:r>
              <w:t>2026-09-01</w:t>
            </w:r>
          </w:p>
        </w:tc>
        <w:tc>
          <w:tcPr>
            <w:tcW w:type="dxa" w:w="1728"/>
          </w:tcPr>
          <w:p>
            <w:r>
              <w:t>2026-10-01</w:t>
            </w:r>
          </w:p>
        </w:tc>
        <w:tc>
          <w:tcPr>
            <w:tcW w:type="dxa" w:w="1728"/>
          </w:tcPr>
          <w:p>
            <w:r>
              <w:t>234</w:t>
            </w:r>
          </w:p>
        </w:tc>
        <w:tc>
          <w:tcPr>
            <w:tcW w:type="dxa" w:w="1728"/>
          </w:tcPr>
          <w:p>
            <w:r>
              <w:t>228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</w:tbl>
    <w:p/>
    <w:p>
      <w:pPr>
        <w:pStyle w:val="Heading2"/>
      </w:pPr>
      <w:r>
        <w:t>Figure 16. Incidents: count per week [55]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2025-09-29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2025-10-06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2025-10-13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2025-10-20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2025-10-27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2025-11-03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2025-11-10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2025-11-17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2025-11-24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2025-12-01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2025-12-08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2025-12-15</w:t>
            </w:r>
          </w:p>
        </w:tc>
        <w:tc>
          <w:tcPr>
            <w:tcW w:type="dxa" w:w="4320"/>
          </w:tcPr>
          <w:p>
            <w:r>
              <w:t>28</w:t>
            </w:r>
          </w:p>
        </w:tc>
      </w:tr>
      <w:tr>
        <w:tc>
          <w:tcPr>
            <w:tcW w:type="dxa" w:w="4320"/>
          </w:tcPr>
          <w:p>
            <w:r>
              <w:t>2025-12-22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2025-12-29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2026-01-05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2026-02-02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2026-02-09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2026-02-16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2026-02-23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2026-03-02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2026-03-09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2026-03-16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2026-03-23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2026-03-30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72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46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55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49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</w:tbl>
    <w:p/>
    <w:p>
      <w:pPr>
        <w:pStyle w:val="Heading2"/>
      </w:pPr>
      <w:r>
        <w:t>Figure 17. Incidents: week of 2026-06-22 to week of 2026-06-29 by place [56]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group</w:t>
            </w:r>
          </w:p>
        </w:tc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Market West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Market West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Kingsway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Kingsway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Southgate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Southgate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Elm Park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Elm Park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North River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North River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Granary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Granary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Midtown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Midtown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Old Mill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Old Mill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Westbrook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Westbrook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Brickworks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Brickworks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Cedar Heights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Cedar Heights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Foundry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Foundry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Parkview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Parkview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Station Quarter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Station Quarter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Union Yards Beat</w:t>
            </w:r>
          </w:p>
        </w:tc>
        <w:tc>
          <w:tcPr>
            <w:tcW w:type="dxa" w:w="2880"/>
          </w:tcPr>
          <w:p>
            <w:r>
              <w:t>week of 2026-06-22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Union Yards Beat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18. Period change: Incidents (week of 2026-06-22 to week of 2026-06-29) [57]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-1.414</w:t>
            </w:r>
          </w:p>
        </w:tc>
        <w:tc>
          <w:tcPr>
            <w:tcW w:type="dxa" w:w="2880"/>
          </w:tcPr>
          <w:p>
            <w:r>
              <w:t>-0.7092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-0.7092</w:t>
            </w:r>
          </w:p>
        </w:tc>
        <w:tc>
          <w:tcPr>
            <w:tcW w:type="dxa" w:w="2880"/>
          </w:tcPr>
          <w:p>
            <w:r>
              <w:t>-0.00428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-0.00428</w:t>
            </w:r>
          </w:p>
        </w:tc>
        <w:tc>
          <w:tcPr>
            <w:tcW w:type="dxa" w:w="2880"/>
          </w:tcPr>
          <w:p>
            <w:r>
              <w:t>0.7007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0.7007</w:t>
            </w:r>
          </w:p>
        </w:tc>
        <w:tc>
          <w:tcPr>
            <w:tcW w:type="dxa" w:w="2880"/>
          </w:tcPr>
          <w:p>
            <w:r>
              <w:t>1.406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1.406</w:t>
            </w:r>
          </w:p>
        </w:tc>
        <w:tc>
          <w:tcPr>
            <w:tcW w:type="dxa" w:w="2880"/>
          </w:tcPr>
          <w:p>
            <w:r>
              <w:t>2.111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20. Street light outages: count per week [59]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2025-09-29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2025-10-06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2025-10-13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2025-10-20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2025-10-27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2025-11-03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2025-11-10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2025-11-17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2025-11-24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2025-12-01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2025-12-08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2025-12-15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2025-12-22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2025-12-29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2026-01-05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2026-02-02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2026-02-09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2026-02-16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2026-02-23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2026-03-02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2026-03-09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2026-03-16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2026-03-23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2026-03-30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21. Street light outages: week of 2026-02-02 to week of 2026-02-09 by place [60]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group</w:t>
            </w:r>
          </w:p>
        </w:tc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Market West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Market West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North River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North River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Parkview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Parkview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Southgate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Southgate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Canal Row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Canal Row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Cedar Heights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Cedar Heights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Westbrook Beat</w:t>
            </w:r>
          </w:p>
        </w:tc>
        <w:tc>
          <w:tcPr>
            <w:tcW w:type="dxa" w:w="2880"/>
          </w:tcPr>
          <w:p>
            <w:r>
              <w:t>week of 2026-02-02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Westbrook Beat</w:t>
            </w:r>
          </w:p>
        </w:tc>
        <w:tc>
          <w:tcPr>
            <w:tcW w:type="dxa" w:w="2880"/>
          </w:tcPr>
          <w:p>
            <w:r>
              <w:t>week of 2026-02-09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22. Period change: Street light outages (week of 2026-02-02 to week of 2026-02-09) [61]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-2.111</w:t>
            </w:r>
          </w:p>
        </w:tc>
        <w:tc>
          <w:tcPr>
            <w:tcW w:type="dxa" w:w="2880"/>
          </w:tcPr>
          <w:p>
            <w:r>
              <w:t>-1.406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-1.406</w:t>
            </w:r>
          </w:p>
        </w:tc>
        <w:tc>
          <w:tcPr>
            <w:tcW w:type="dxa" w:w="2880"/>
          </w:tcPr>
          <w:p>
            <w:r>
              <w:t>-0.7007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-0.7007</w:t>
            </w:r>
          </w:p>
        </w:tc>
        <w:tc>
          <w:tcPr>
            <w:tcW w:type="dxa" w:w="2880"/>
          </w:tcPr>
          <w:p>
            <w:r>
              <w:t>0.00428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0.00428</w:t>
            </w:r>
          </w:p>
        </w:tc>
        <w:tc>
          <w:tcPr>
            <w:tcW w:type="dxa" w:w="2880"/>
          </w:tcPr>
          <w:p>
            <w:r>
              <w:t>0.7092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0.7092</w:t>
            </w:r>
          </w:p>
        </w:tc>
        <w:tc>
          <w:tcPr>
            <w:tcW w:type="dxa" w:w="2880"/>
          </w:tcPr>
          <w:p>
            <w:r>
              <w:t>1.414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Hot cells inside each cluster of licensed premises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</w:tbl>
    <w:p/>
    <w:p>
      <w:pPr>
        <w:pStyle w:val="Heading2"/>
      </w:pPr>
      <w:r>
        <w:t>Figure 31. Change beside the counts per patrol beat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-1.414</w:t>
            </w:r>
          </w:p>
        </w:tc>
        <w:tc>
          <w:tcPr>
            <w:tcW w:type="dxa" w:w="2880"/>
          </w:tcPr>
          <w:p>
            <w:r>
              <w:t>-0.7092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-0.7092</w:t>
            </w:r>
          </w:p>
        </w:tc>
        <w:tc>
          <w:tcPr>
            <w:tcW w:type="dxa" w:w="2880"/>
          </w:tcPr>
          <w:p>
            <w:r>
              <w:t>-0.00428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-0.00428</w:t>
            </w:r>
          </w:p>
        </w:tc>
        <w:tc>
          <w:tcPr>
            <w:tcW w:type="dxa" w:w="2880"/>
          </w:tcPr>
          <w:p>
            <w:r>
              <w:t>0.7007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0.7007</w:t>
            </w:r>
          </w:p>
        </w:tc>
        <w:tc>
          <w:tcPr>
            <w:tcW w:type="dxa" w:w="2880"/>
          </w:tcPr>
          <w:p>
            <w:r>
              <w:t>1.406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1.406</w:t>
            </w:r>
          </w:p>
        </w:tc>
        <w:tc>
          <w:tcPr>
            <w:tcW w:type="dxa" w:w="2880"/>
          </w:tcPr>
          <w:p>
            <w:r>
              <w:t>2.111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33. Change of incidents where density is high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-1.414</w:t>
            </w:r>
          </w:p>
        </w:tc>
        <w:tc>
          <w:tcPr>
            <w:tcW w:type="dxa" w:w="2880"/>
          </w:tcPr>
          <w:p>
            <w:r>
              <w:t>-0.7092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-0.7092</w:t>
            </w:r>
          </w:p>
        </w:tc>
        <w:tc>
          <w:tcPr>
            <w:tcW w:type="dxa" w:w="2880"/>
          </w:tcPr>
          <w:p>
            <w:r>
              <w:t>-0.00428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-0.00428</w:t>
            </w:r>
          </w:p>
        </w:tc>
        <w:tc>
          <w:tcPr>
            <w:tcW w:type="dxa" w:w="2880"/>
          </w:tcPr>
          <w:p>
            <w:r>
              <w:t>0.7007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0.7007</w:t>
            </w:r>
          </w:p>
        </w:tc>
        <w:tc>
          <w:tcPr>
            <w:tcW w:type="dxa" w:w="2880"/>
          </w:tcPr>
          <w:p>
            <w:r>
              <w:t>1.406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1.406</w:t>
            </w:r>
          </w:p>
        </w:tc>
        <w:tc>
          <w:tcPr>
            <w:tcW w:type="dxa" w:w="2880"/>
          </w:tcPr>
          <w:p>
            <w:r>
              <w:t>2.111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35. Hot cells of CCTV cameras per patrol beat [101]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</w:tbl>
    <w:p/>
    <w:p>
      <w:pPr>
        <w:pStyle w:val="Heading2"/>
      </w:pPr>
      <w:r>
        <w:t>Figure 37. Nearest police station to each cluster of licensed premises [106]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rank</w:t>
            </w:r>
          </w:p>
        </w:tc>
        <w:tc>
          <w:tcPr>
            <w:tcW w:type="dxa" w:w="4320"/>
          </w:tcPr>
          <w:p>
            <w:r>
              <w:t>name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Central District Station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Central District Station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Central District Station</w:t>
            </w:r>
          </w:p>
        </w:tc>
      </w:tr>
    </w:tbl>
    <w:p/>
    <w:p>
      <w:pPr>
        <w:pStyle w:val="Heading2"/>
      </w:pPr>
      <w:r>
        <w:t>Figure 38. Dense areas of street light outages [111]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1.6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1.6</w:t>
            </w:r>
          </w:p>
        </w:tc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40. Change of street light outages per patrol beat [115]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0.2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0.2</w:t>
            </w:r>
          </w:p>
        </w:tc>
        <w:tc>
          <w:tcPr>
            <w:tcW w:type="dxa" w:w="2880"/>
          </w:tcPr>
          <w:p>
            <w:r>
              <w:t>0.4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0.4</w:t>
            </w:r>
          </w:p>
        </w:tc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41. Incidents over time (reported_at) [116]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battery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criminal damage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burglary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motor 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42. Street light outages over time (reported_at) [117]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43. CCTV cameras over time (installed_year) [118]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2,012</w:t>
            </w:r>
          </w:p>
        </w:tc>
        <w:tc>
          <w:tcPr>
            <w:tcW w:type="dxa" w:w="2880"/>
          </w:tcPr>
          <w:p>
            <w:r>
              <w:t>2,014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2,014</w:t>
            </w:r>
          </w:p>
        </w:tc>
        <w:tc>
          <w:tcPr>
            <w:tcW w:type="dxa" w:w="2880"/>
          </w:tcPr>
          <w:p>
            <w:r>
              <w:t>2,016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2,016</w:t>
            </w:r>
          </w:p>
        </w:tc>
        <w:tc>
          <w:tcPr>
            <w:tcW w:type="dxa" w:w="2880"/>
          </w:tcPr>
          <w:p>
            <w:r>
              <w:t>2,018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2,018</w:t>
            </w:r>
          </w:p>
        </w:tc>
        <w:tc>
          <w:tcPr>
            <w:tcW w:type="dxa" w:w="2880"/>
          </w:tcPr>
          <w:p>
            <w:r>
              <w:t>2,019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2,019</w:t>
            </w:r>
          </w:p>
        </w:tc>
        <w:tc>
          <w:tcPr>
            <w:tcW w:type="dxa" w:w="2880"/>
          </w:tcPr>
          <w:p>
            <w:r>
              <w:t>2,021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2,021</w:t>
            </w:r>
          </w:p>
        </w:tc>
        <w:tc>
          <w:tcPr>
            <w:tcW w:type="dxa" w:w="2880"/>
          </w:tcPr>
          <w:p>
            <w:r>
              <w:t>2,023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2,023</w:t>
            </w:r>
          </w:p>
        </w:tc>
        <w:tc>
          <w:tcPr>
            <w:tcW w:type="dxa" w:w="2880"/>
          </w:tcPr>
          <w:p>
            <w:r>
              <w:t>2,025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</w:tbl>
    <w:p/>
    <w:p>
      <w:pPr>
        <w:pStyle w:val="Heading2"/>
      </w:pPr>
      <w:r>
        <w:t>Figure 44. Calls for service by beat and month over time (month) [119]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2024-10-01</w:t>
            </w:r>
          </w:p>
        </w:tc>
        <w:tc>
          <w:tcPr>
            <w:tcW w:type="dxa" w:w="4320"/>
          </w:tcPr>
          <w:p>
            <w:r>
              <w:t>3,466</w:t>
            </w:r>
          </w:p>
        </w:tc>
      </w:tr>
      <w:tr>
        <w:tc>
          <w:tcPr>
            <w:tcW w:type="dxa" w:w="4320"/>
          </w:tcPr>
          <w:p>
            <w:r>
              <w:t>2024-11-01</w:t>
            </w:r>
          </w:p>
        </w:tc>
        <w:tc>
          <w:tcPr>
            <w:tcW w:type="dxa" w:w="4320"/>
          </w:tcPr>
          <w:p>
            <w:r>
              <w:t>3,080</w:t>
            </w:r>
          </w:p>
        </w:tc>
      </w:tr>
      <w:tr>
        <w:tc>
          <w:tcPr>
            <w:tcW w:type="dxa" w:w="4320"/>
          </w:tcPr>
          <w:p>
            <w:r>
              <w:t>2024-12-01</w:t>
            </w:r>
          </w:p>
        </w:tc>
        <w:tc>
          <w:tcPr>
            <w:tcW w:type="dxa" w:w="4320"/>
          </w:tcPr>
          <w:p>
            <w:r>
              <w:t>2,721</w:t>
            </w:r>
          </w:p>
        </w:tc>
      </w:tr>
      <w:tr>
        <w:tc>
          <w:tcPr>
            <w:tcW w:type="dxa" w:w="4320"/>
          </w:tcPr>
          <w:p>
            <w:r>
              <w:t>2025-01-01</w:t>
            </w:r>
          </w:p>
        </w:tc>
        <w:tc>
          <w:tcPr>
            <w:tcW w:type="dxa" w:w="4320"/>
          </w:tcPr>
          <w:p>
            <w:r>
              <w:t>2,613</w:t>
            </w:r>
          </w:p>
        </w:tc>
      </w:tr>
      <w:tr>
        <w:tc>
          <w:tcPr>
            <w:tcW w:type="dxa" w:w="4320"/>
          </w:tcPr>
          <w:p>
            <w:r>
              <w:t>2025-02-01</w:t>
            </w:r>
          </w:p>
        </w:tc>
        <w:tc>
          <w:tcPr>
            <w:tcW w:type="dxa" w:w="4320"/>
          </w:tcPr>
          <w:p>
            <w:r>
              <w:t>2,623</w:t>
            </w:r>
          </w:p>
        </w:tc>
      </w:tr>
      <w:tr>
        <w:tc>
          <w:tcPr>
            <w:tcW w:type="dxa" w:w="4320"/>
          </w:tcPr>
          <w:p>
            <w:r>
              <w:t>2025-03-01</w:t>
            </w:r>
          </w:p>
        </w:tc>
        <w:tc>
          <w:tcPr>
            <w:tcW w:type="dxa" w:w="4320"/>
          </w:tcPr>
          <w:p>
            <w:r>
              <w:t>2,843</w:t>
            </w:r>
          </w:p>
        </w:tc>
      </w:tr>
      <w:tr>
        <w:tc>
          <w:tcPr>
            <w:tcW w:type="dxa" w:w="4320"/>
          </w:tcPr>
          <w:p>
            <w:r>
              <w:t>2025-04-01</w:t>
            </w:r>
          </w:p>
        </w:tc>
        <w:tc>
          <w:tcPr>
            <w:tcW w:type="dxa" w:w="4320"/>
          </w:tcPr>
          <w:p>
            <w:r>
              <w:t>3,288</w:t>
            </w:r>
          </w:p>
        </w:tc>
      </w:tr>
      <w:tr>
        <w:tc>
          <w:tcPr>
            <w:tcW w:type="dxa" w:w="4320"/>
          </w:tcPr>
          <w:p>
            <w:r>
              <w:t>2025-05-01</w:t>
            </w:r>
          </w:p>
        </w:tc>
        <w:tc>
          <w:tcPr>
            <w:tcW w:type="dxa" w:w="4320"/>
          </w:tcPr>
          <w:p>
            <w:r>
              <w:t>3,726</w:t>
            </w:r>
          </w:p>
        </w:tc>
      </w:tr>
      <w:tr>
        <w:tc>
          <w:tcPr>
            <w:tcW w:type="dxa" w:w="4320"/>
          </w:tcPr>
          <w:p>
            <w:r>
              <w:t>2025-06-01</w:t>
            </w:r>
          </w:p>
        </w:tc>
        <w:tc>
          <w:tcPr>
            <w:tcW w:type="dxa" w:w="4320"/>
          </w:tcPr>
          <w:p>
            <w:r>
              <w:t>4,161</w:t>
            </w:r>
          </w:p>
        </w:tc>
      </w:tr>
      <w:tr>
        <w:tc>
          <w:tcPr>
            <w:tcW w:type="dxa" w:w="4320"/>
          </w:tcPr>
          <w:p>
            <w:r>
              <w:t>2025-07-01</w:t>
            </w:r>
          </w:p>
        </w:tc>
        <w:tc>
          <w:tcPr>
            <w:tcW w:type="dxa" w:w="4320"/>
          </w:tcPr>
          <w:p>
            <w:r>
              <w:t>4,458</w:t>
            </w:r>
          </w:p>
        </w:tc>
      </w:tr>
      <w:tr>
        <w:tc>
          <w:tcPr>
            <w:tcW w:type="dxa" w:w="4320"/>
          </w:tcPr>
          <w:p>
            <w:r>
              <w:t>2025-08-01</w:t>
            </w:r>
          </w:p>
        </w:tc>
        <w:tc>
          <w:tcPr>
            <w:tcW w:type="dxa" w:w="4320"/>
          </w:tcPr>
          <w:p>
            <w:r>
              <w:t>4,448</w:t>
            </w:r>
          </w:p>
        </w:tc>
      </w:tr>
      <w:tr>
        <w:tc>
          <w:tcPr>
            <w:tcW w:type="dxa" w:w="4320"/>
          </w:tcPr>
          <w:p>
            <w:r>
              <w:t>2025-09-01</w:t>
            </w:r>
          </w:p>
        </w:tc>
        <w:tc>
          <w:tcPr>
            <w:tcW w:type="dxa" w:w="4320"/>
          </w:tcPr>
          <w:p>
            <w:r>
              <w:t>4,171</w:t>
            </w:r>
          </w:p>
        </w:tc>
      </w:tr>
      <w:tr>
        <w:tc>
          <w:tcPr>
            <w:tcW w:type="dxa" w:w="4320"/>
          </w:tcPr>
          <w:p>
            <w:r>
              <w:t>2025-10-01</w:t>
            </w:r>
          </w:p>
        </w:tc>
        <w:tc>
          <w:tcPr>
            <w:tcW w:type="dxa" w:w="4320"/>
          </w:tcPr>
          <w:p>
            <w:r>
              <w:t>3,824</w:t>
            </w:r>
          </w:p>
        </w:tc>
      </w:tr>
      <w:tr>
        <w:tc>
          <w:tcPr>
            <w:tcW w:type="dxa" w:w="4320"/>
          </w:tcPr>
          <w:p>
            <w:r>
              <w:t>2025-11-01</w:t>
            </w:r>
          </w:p>
        </w:tc>
        <w:tc>
          <w:tcPr>
            <w:tcW w:type="dxa" w:w="4320"/>
          </w:tcPr>
          <w:p>
            <w:r>
              <w:t>3,418</w:t>
            </w:r>
          </w:p>
        </w:tc>
      </w:tr>
      <w:tr>
        <w:tc>
          <w:tcPr>
            <w:tcW w:type="dxa" w:w="4320"/>
          </w:tcPr>
          <w:p>
            <w:r>
              <w:t>2025-12-01</w:t>
            </w:r>
          </w:p>
        </w:tc>
        <w:tc>
          <w:tcPr>
            <w:tcW w:type="dxa" w:w="4320"/>
          </w:tcPr>
          <w:p>
            <w:r>
              <w:t>2,939</w:t>
            </w:r>
          </w:p>
        </w:tc>
      </w:tr>
      <w:tr>
        <w:tc>
          <w:tcPr>
            <w:tcW w:type="dxa" w:w="4320"/>
          </w:tcPr>
          <w:p>
            <w:r>
              <w:t>2026-01-01</w:t>
            </w:r>
          </w:p>
        </w:tc>
        <w:tc>
          <w:tcPr>
            <w:tcW w:type="dxa" w:w="4320"/>
          </w:tcPr>
          <w:p>
            <w:r>
              <w:t>2,808</w:t>
            </w:r>
          </w:p>
        </w:tc>
      </w:tr>
      <w:tr>
        <w:tc>
          <w:tcPr>
            <w:tcW w:type="dxa" w:w="4320"/>
          </w:tcPr>
          <w:p>
            <w:r>
              <w:t>2026-02-01</w:t>
            </w:r>
          </w:p>
        </w:tc>
        <w:tc>
          <w:tcPr>
            <w:tcW w:type="dxa" w:w="4320"/>
          </w:tcPr>
          <w:p>
            <w:r>
              <w:t>2,892</w:t>
            </w:r>
          </w:p>
        </w:tc>
      </w:tr>
      <w:tr>
        <w:tc>
          <w:tcPr>
            <w:tcW w:type="dxa" w:w="4320"/>
          </w:tcPr>
          <w:p>
            <w:r>
              <w:t>2026-03-01</w:t>
            </w:r>
          </w:p>
        </w:tc>
        <w:tc>
          <w:tcPr>
            <w:tcW w:type="dxa" w:w="4320"/>
          </w:tcPr>
          <w:p>
            <w:r>
              <w:t>3,079</w:t>
            </w:r>
          </w:p>
        </w:tc>
      </w:tr>
      <w:tr>
        <w:tc>
          <w:tcPr>
            <w:tcW w:type="dxa" w:w="4320"/>
          </w:tcPr>
          <w:p>
            <w:r>
              <w:t>2026-04-01</w:t>
            </w:r>
          </w:p>
        </w:tc>
        <w:tc>
          <w:tcPr>
            <w:tcW w:type="dxa" w:w="4320"/>
          </w:tcPr>
          <w:p>
            <w:r>
              <w:t>3,632</w:t>
            </w:r>
          </w:p>
        </w:tc>
      </w:tr>
      <w:tr>
        <w:tc>
          <w:tcPr>
            <w:tcW w:type="dxa" w:w="4320"/>
          </w:tcPr>
          <w:p>
            <w:r>
              <w:t>2026-05-01</w:t>
            </w:r>
          </w:p>
        </w:tc>
        <w:tc>
          <w:tcPr>
            <w:tcW w:type="dxa" w:w="4320"/>
          </w:tcPr>
          <w:p>
            <w:r>
              <w:t>4,128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4,507</w:t>
            </w:r>
          </w:p>
        </w:tc>
      </w:tr>
      <w:tr>
        <w:tc>
          <w:tcPr>
            <w:tcW w:type="dxa" w:w="4320"/>
          </w:tcPr>
          <w:p>
            <w:r>
              <w:t>2026-07-01</w:t>
            </w:r>
          </w:p>
        </w:tc>
        <w:tc>
          <w:tcPr>
            <w:tcW w:type="dxa" w:w="4320"/>
          </w:tcPr>
          <w:p>
            <w:r>
              <w:t>4,792</w:t>
            </w:r>
          </w:p>
        </w:tc>
      </w:tr>
      <w:tr>
        <w:tc>
          <w:tcPr>
            <w:tcW w:type="dxa" w:w="4320"/>
          </w:tcPr>
          <w:p>
            <w:r>
              <w:t>2026-08-01</w:t>
            </w:r>
          </w:p>
        </w:tc>
        <w:tc>
          <w:tcPr>
            <w:tcW w:type="dxa" w:w="4320"/>
          </w:tcPr>
          <w:p>
            <w:r>
              <w:t>4,812</w:t>
            </w:r>
          </w:p>
        </w:tc>
      </w:tr>
      <w:tr>
        <w:tc>
          <w:tcPr>
            <w:tcW w:type="dxa" w:w="4320"/>
          </w:tcPr>
          <w:p>
            <w:r>
              <w:t>2026-09-01</w:t>
            </w:r>
          </w:p>
        </w:tc>
        <w:tc>
          <w:tcPr>
            <w:tcW w:type="dxa" w:w="4320"/>
          </w:tcPr>
          <w:p>
            <w:r>
              <w:t>4,551</w:t>
            </w:r>
          </w:p>
        </w:tc>
      </w:tr>
    </w:tbl>
    <w:p/>
    <w:p>
      <w:pPr>
        <w:pStyle w:val="Heading2"/>
      </w:pPr>
      <w:r>
        <w:t>Figure 45. Hot spot analysis: CCTV cameras [120]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46. Hot spot analysis: Licensed premises [121]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49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28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47. Emerging hot spots: Incidents [122]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-0.659</w:t>
            </w:r>
          </w:p>
        </w:tc>
        <w:tc>
          <w:tcPr>
            <w:tcW w:type="dxa" w:w="2880"/>
          </w:tcPr>
          <w:p>
            <w:r>
              <w:t>-0.1378</w:t>
            </w:r>
          </w:p>
        </w:tc>
        <w:tc>
          <w:tcPr>
            <w:tcW w:type="dxa" w:w="2880"/>
          </w:tcPr>
          <w:p>
            <w:r>
              <w:t>163</w:t>
            </w:r>
          </w:p>
        </w:tc>
      </w:tr>
      <w:tr>
        <w:tc>
          <w:tcPr>
            <w:tcW w:type="dxa" w:w="2880"/>
          </w:tcPr>
          <w:p>
            <w:r>
              <w:t>-0.1378</w:t>
            </w:r>
          </w:p>
        </w:tc>
        <w:tc>
          <w:tcPr>
            <w:tcW w:type="dxa" w:w="2880"/>
          </w:tcPr>
          <w:p>
            <w:r>
              <w:t>0.3834</w:t>
            </w:r>
          </w:p>
        </w:tc>
        <w:tc>
          <w:tcPr>
            <w:tcW w:type="dxa" w:w="2880"/>
          </w:tcPr>
          <w:p>
            <w:r>
              <w:t>72</w:t>
            </w:r>
          </w:p>
        </w:tc>
      </w:tr>
      <w:tr>
        <w:tc>
          <w:tcPr>
            <w:tcW w:type="dxa" w:w="2880"/>
          </w:tcPr>
          <w:p>
            <w:r>
              <w:t>0.3834</w:t>
            </w:r>
          </w:p>
        </w:tc>
        <w:tc>
          <w:tcPr>
            <w:tcW w:type="dxa" w:w="2880"/>
          </w:tcPr>
          <w:p>
            <w:r>
              <w:t>0.9046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0.9046</w:t>
            </w:r>
          </w:p>
        </w:tc>
        <w:tc>
          <w:tcPr>
            <w:tcW w:type="dxa" w:w="2880"/>
          </w:tcPr>
          <w:p>
            <w:r>
              <w:t>1.426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1.426</w:t>
            </w:r>
          </w:p>
        </w:tc>
        <w:tc>
          <w:tcPr>
            <w:tcW w:type="dxa" w:w="2880"/>
          </w:tcPr>
          <w:p>
            <w:r>
              <w:t>1.947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1.947</w:t>
            </w:r>
          </w:p>
        </w:tc>
        <w:tc>
          <w:tcPr>
            <w:tcW w:type="dxa" w:w="2880"/>
          </w:tcPr>
          <w:p>
            <w:r>
              <w:t>2.468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2.468</w:t>
            </w:r>
          </w:p>
        </w:tc>
        <w:tc>
          <w:tcPr>
            <w:tcW w:type="dxa" w:w="2880"/>
          </w:tcPr>
          <w:p>
            <w:r>
              <w:t>2.989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2.989</w:t>
            </w:r>
          </w:p>
        </w:tc>
        <w:tc>
          <w:tcPr>
            <w:tcW w:type="dxa" w:w="2880"/>
          </w:tcPr>
          <w:p>
            <w:r>
              <w:t>3.511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3.511</w:t>
            </w:r>
          </w:p>
        </w:tc>
        <w:tc>
          <w:tcPr>
            <w:tcW w:type="dxa" w:w="2880"/>
          </w:tcPr>
          <w:p>
            <w:r>
              <w:t>4.032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4.032</w:t>
            </w:r>
          </w:p>
        </w:tc>
        <w:tc>
          <w:tcPr>
            <w:tcW w:type="dxa" w:w="2880"/>
          </w:tcPr>
          <w:p>
            <w:r>
              <w:t>4.553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48. Emerging hot spots: Street light outages [123]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-0.707</w:t>
            </w:r>
          </w:p>
        </w:tc>
        <w:tc>
          <w:tcPr>
            <w:tcW w:type="dxa" w:w="2880"/>
          </w:tcPr>
          <w:p>
            <w:r>
              <w:t>-0.2919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-0.2919</w:t>
            </w:r>
          </w:p>
        </w:tc>
        <w:tc>
          <w:tcPr>
            <w:tcW w:type="dxa" w:w="2880"/>
          </w:tcPr>
          <w:p>
            <w:r>
              <w:t>0.1233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0.1233</w:t>
            </w:r>
          </w:p>
        </w:tc>
        <w:tc>
          <w:tcPr>
            <w:tcW w:type="dxa" w:w="2880"/>
          </w:tcPr>
          <w:p>
            <w:r>
              <w:t>0.5384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0.5384</w:t>
            </w:r>
          </w:p>
        </w:tc>
        <w:tc>
          <w:tcPr>
            <w:tcW w:type="dxa" w:w="2880"/>
          </w:tcPr>
          <w:p>
            <w:r>
              <w:t>0.9536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0.9536</w:t>
            </w:r>
          </w:p>
        </w:tc>
        <w:tc>
          <w:tcPr>
            <w:tcW w:type="dxa" w:w="2880"/>
          </w:tcPr>
          <w:p>
            <w:r>
              <w:t>1.369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1.369</w:t>
            </w:r>
          </w:p>
        </w:tc>
        <w:tc>
          <w:tcPr>
            <w:tcW w:type="dxa" w:w="2880"/>
          </w:tcPr>
          <w:p>
            <w:r>
              <w:t>1.784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1.784</w:t>
            </w:r>
          </w:p>
        </w:tc>
        <w:tc>
          <w:tcPr>
            <w:tcW w:type="dxa" w:w="2880"/>
          </w:tcPr>
          <w:p>
            <w:r>
              <w:t>2.199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49. Find point clusters: Licensed premises [124]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61</w:t>
            </w:r>
          </w:p>
        </w:tc>
        <w:tc>
          <w:tcPr>
            <w:tcW w:type="dxa" w:w="2160"/>
          </w:tcPr>
          <w:p>
            <w:r>
              <w:t>0.5083</w:t>
            </w:r>
          </w:p>
        </w:tc>
        <w:tc>
          <w:tcPr>
            <w:tcW w:type="dxa" w:w="2160"/>
          </w:tcPr>
          <w:p>
            <w:r>
              <w:t>50.8%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53</w:t>
            </w:r>
          </w:p>
        </w:tc>
        <w:tc>
          <w:tcPr>
            <w:tcW w:type="dxa" w:w="2160"/>
          </w:tcPr>
          <w:p>
            <w:r>
              <w:t>0.4417</w:t>
            </w:r>
          </w:p>
        </w:tc>
        <w:tc>
          <w:tcPr>
            <w:tcW w:type="dxa" w:w="2160"/>
          </w:tcPr>
          <w:p>
            <w:r>
              <w:t>44.2%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0.025</w:t>
            </w:r>
          </w:p>
        </w:tc>
        <w:tc>
          <w:tcPr>
            <w:tcW w:type="dxa" w:w="2160"/>
          </w:tcPr>
          <w:p>
            <w:r>
              <w:t>2.5%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0.025</w:t>
            </w:r>
          </w:p>
        </w:tc>
        <w:tc>
          <w:tcPr>
            <w:tcW w:type="dxa" w:w="2160"/>
          </w:tcPr>
          <w:p>
            <w:r>
              <w:t>2.5%</w:t>
            </w:r>
          </w:p>
        </w:tc>
      </w:tr>
    </w:tbl>
    <w:p/>
    <w:p>
      <w:pPr>
        <w:pStyle w:val="Heading2"/>
      </w:pPr>
      <w:r>
        <w:t>Figure 50. Find point clusters: cluster hulls [125]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</w:tbl>
    <w:p/>
    <w:p>
      <w:pPr>
        <w:pStyle w:val="Heading2"/>
      </w:pPr>
      <w:r>
        <w:t>Figure 51. Find point clusters: Incidents [126]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1,609</w:t>
            </w:r>
          </w:p>
        </w:tc>
        <w:tc>
          <w:tcPr>
            <w:tcW w:type="dxa" w:w="2160"/>
          </w:tcPr>
          <w:p>
            <w:r>
              <w:t>0.9577</w:t>
            </w:r>
          </w:p>
        </w:tc>
        <w:tc>
          <w:tcPr>
            <w:tcW w:type="dxa" w:w="2160"/>
          </w:tcPr>
          <w:p>
            <w:r>
              <w:t>95.8%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0.01786</w:t>
            </w:r>
          </w:p>
        </w:tc>
        <w:tc>
          <w:tcPr>
            <w:tcW w:type="dxa" w:w="2160"/>
          </w:tcPr>
          <w:p>
            <w:r>
              <w:t>1.8%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0.0125</w:t>
            </w:r>
          </w:p>
        </w:tc>
        <w:tc>
          <w:tcPr>
            <w:tcW w:type="dxa" w:w="2160"/>
          </w:tcPr>
          <w:p>
            <w:r>
              <w:t>1.2%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0.01191</w:t>
            </w:r>
          </w:p>
        </w:tc>
        <w:tc>
          <w:tcPr>
            <w:tcW w:type="dxa" w:w="2160"/>
          </w:tcPr>
          <w:p>
            <w:r>
              <w:t>1.2%</w:t>
            </w:r>
          </w:p>
        </w:tc>
      </w:tr>
    </w:tbl>
    <w:p/>
    <w:p>
      <w:pPr>
        <w:pStyle w:val="Heading2"/>
      </w:pPr>
      <w:r>
        <w:t>Figure 52. Find point clusters: cluster hulls [127]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</w:tbl>
    <w:p/>
    <w:p>
      <w:pPr>
        <w:pStyle w:val="Heading2"/>
      </w:pPr>
      <w:r>
        <w:t>Figure 53. Find point clusters: Street light outages [128]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410</w:t>
            </w:r>
          </w:p>
        </w:tc>
        <w:tc>
          <w:tcPr>
            <w:tcW w:type="dxa" w:w="2160"/>
          </w:tcPr>
          <w:p>
            <w:r>
              <w:t>0.9762</w:t>
            </w:r>
          </w:p>
        </w:tc>
        <w:tc>
          <w:tcPr>
            <w:tcW w:type="dxa" w:w="2160"/>
          </w:tcPr>
          <w:p>
            <w:r>
              <w:t>97.6%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0.02381</w:t>
            </w:r>
          </w:p>
        </w:tc>
        <w:tc>
          <w:tcPr>
            <w:tcW w:type="dxa" w:w="2160"/>
          </w:tcPr>
          <w:p>
            <w:r>
              <w:t>2.4%</w:t>
            </w:r>
          </w:p>
        </w:tc>
      </w:tr>
    </w:tbl>
    <w:p/>
    <w:p>
      <w:pPr>
        <w:pStyle w:val="Heading2"/>
      </w:pPr>
      <w:r>
        <w:t>Figure 54. Find point clusters: cluster hulls [129]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55. Summarize within: Patrol beats [130]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3.4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3.4</w:t>
            </w:r>
          </w:p>
        </w:tc>
        <w:tc>
          <w:tcPr>
            <w:tcW w:type="dxa" w:w="2880"/>
          </w:tcPr>
          <w:p>
            <w:r>
              <w:t>5.8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5.8</w:t>
            </w:r>
          </w:p>
        </w:tc>
        <w:tc>
          <w:tcPr>
            <w:tcW w:type="dxa" w:w="2880"/>
          </w:tcPr>
          <w:p>
            <w:r>
              <w:t>8.2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8.2</w:t>
            </w:r>
          </w:p>
        </w:tc>
        <w:tc>
          <w:tcPr>
            <w:tcW w:type="dxa" w:w="2880"/>
          </w:tcPr>
          <w:p>
            <w:r>
              <w:t>10.6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10.6</w:t>
            </w:r>
          </w:p>
        </w:tc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56. Summarize within: Patrol beats [131]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31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57. Summarize within: Patrol beats [132]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80.8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80.8</w:t>
            </w:r>
          </w:p>
        </w:tc>
        <w:tc>
          <w:tcPr>
            <w:tcW w:type="dxa" w:w="2880"/>
          </w:tcPr>
          <w:p>
            <w:r>
              <w:t>143.6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143.6</w:t>
            </w:r>
          </w:p>
        </w:tc>
        <w:tc>
          <w:tcPr>
            <w:tcW w:type="dxa" w:w="2880"/>
          </w:tcPr>
          <w:p>
            <w:r>
              <w:t>206.4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206.4</w:t>
            </w:r>
          </w:p>
        </w:tc>
        <w:tc>
          <w:tcPr>
            <w:tcW w:type="dxa" w:w="2880"/>
          </w:tcPr>
          <w:p>
            <w:r>
              <w:t>269.2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269.2</w:t>
            </w:r>
          </w:p>
        </w:tc>
        <w:tc>
          <w:tcPr>
            <w:tcW w:type="dxa" w:w="2880"/>
          </w:tcPr>
          <w:p>
            <w:r>
              <w:t>332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58. Calculate density: Licensed premises [133]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1.556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1.556</w:t>
            </w:r>
          </w:p>
        </w:tc>
        <w:tc>
          <w:tcPr>
            <w:tcW w:type="dxa" w:w="2880"/>
          </w:tcPr>
          <w:p>
            <w:r>
              <w:t>3.111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3.111</w:t>
            </w:r>
          </w:p>
        </w:tc>
        <w:tc>
          <w:tcPr>
            <w:tcW w:type="dxa" w:w="2880"/>
          </w:tcPr>
          <w:p>
            <w:r>
              <w:t>4.667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4.667</w:t>
            </w:r>
          </w:p>
        </w:tc>
        <w:tc>
          <w:tcPr>
            <w:tcW w:type="dxa" w:w="2880"/>
          </w:tcPr>
          <w:p>
            <w:r>
              <w:t>6.222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6.222</w:t>
            </w:r>
          </w:p>
        </w:tc>
        <w:tc>
          <w:tcPr>
            <w:tcW w:type="dxa" w:w="2880"/>
          </w:tcPr>
          <w:p>
            <w:r>
              <w:t>7.778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7.778</w:t>
            </w:r>
          </w:p>
        </w:tc>
        <w:tc>
          <w:tcPr>
            <w:tcW w:type="dxa" w:w="2880"/>
          </w:tcPr>
          <w:p>
            <w:r>
              <w:t>9.333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9.333</w:t>
            </w:r>
          </w:p>
        </w:tc>
        <w:tc>
          <w:tcPr>
            <w:tcW w:type="dxa" w:w="2880"/>
          </w:tcPr>
          <w:p>
            <w:r>
              <w:t>10.89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10.89</w:t>
            </w:r>
          </w:p>
        </w:tc>
        <w:tc>
          <w:tcPr>
            <w:tcW w:type="dxa" w:w="2880"/>
          </w:tcPr>
          <w:p>
            <w:r>
              <w:t>12.44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12.44</w:t>
            </w:r>
          </w:p>
        </w:tc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</w:tbl>
    <w:p/>
    <w:p>
      <w:pPr>
        <w:pStyle w:val="Heading2"/>
      </w:pPr>
      <w:r>
        <w:t>Figure 59. Calculate density: Incidents [134]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4.846</w:t>
            </w:r>
          </w:p>
        </w:tc>
        <w:tc>
          <w:tcPr>
            <w:tcW w:type="dxa" w:w="2880"/>
          </w:tcPr>
          <w:p>
            <w:r>
              <w:t>172</w:t>
            </w:r>
          </w:p>
        </w:tc>
      </w:tr>
      <w:tr>
        <w:tc>
          <w:tcPr>
            <w:tcW w:type="dxa" w:w="2880"/>
          </w:tcPr>
          <w:p>
            <w:r>
              <w:t>4.846</w:t>
            </w:r>
          </w:p>
        </w:tc>
        <w:tc>
          <w:tcPr>
            <w:tcW w:type="dxa" w:w="2880"/>
          </w:tcPr>
          <w:p>
            <w:r>
              <w:t>9.692</w:t>
            </w:r>
          </w:p>
        </w:tc>
        <w:tc>
          <w:tcPr>
            <w:tcW w:type="dxa" w:w="2880"/>
          </w:tcPr>
          <w:p>
            <w:r>
              <w:t>242</w:t>
            </w:r>
          </w:p>
        </w:tc>
      </w:tr>
      <w:tr>
        <w:tc>
          <w:tcPr>
            <w:tcW w:type="dxa" w:w="2880"/>
          </w:tcPr>
          <w:p>
            <w:r>
              <w:t>9.692</w:t>
            </w:r>
          </w:p>
        </w:tc>
        <w:tc>
          <w:tcPr>
            <w:tcW w:type="dxa" w:w="2880"/>
          </w:tcPr>
          <w:p>
            <w:r>
              <w:t>14.54</w:t>
            </w:r>
          </w:p>
        </w:tc>
        <w:tc>
          <w:tcPr>
            <w:tcW w:type="dxa" w:w="2880"/>
          </w:tcPr>
          <w:p>
            <w:r>
              <w:t>246</w:t>
            </w:r>
          </w:p>
        </w:tc>
      </w:tr>
      <w:tr>
        <w:tc>
          <w:tcPr>
            <w:tcW w:type="dxa" w:w="2880"/>
          </w:tcPr>
          <w:p>
            <w:r>
              <w:t>14.54</w:t>
            </w:r>
          </w:p>
        </w:tc>
        <w:tc>
          <w:tcPr>
            <w:tcW w:type="dxa" w:w="2880"/>
          </w:tcPr>
          <w:p>
            <w:r>
              <w:t>19.38</w:t>
            </w:r>
          </w:p>
        </w:tc>
        <w:tc>
          <w:tcPr>
            <w:tcW w:type="dxa" w:w="2880"/>
          </w:tcPr>
          <w:p>
            <w:r>
              <w:t>260</w:t>
            </w:r>
          </w:p>
        </w:tc>
      </w:tr>
      <w:tr>
        <w:tc>
          <w:tcPr>
            <w:tcW w:type="dxa" w:w="2880"/>
          </w:tcPr>
          <w:p>
            <w:r>
              <w:t>19.38</w:t>
            </w:r>
          </w:p>
        </w:tc>
        <w:tc>
          <w:tcPr>
            <w:tcW w:type="dxa" w:w="2880"/>
          </w:tcPr>
          <w:p>
            <w:r>
              <w:t>24.23</w:t>
            </w:r>
          </w:p>
        </w:tc>
        <w:tc>
          <w:tcPr>
            <w:tcW w:type="dxa" w:w="2880"/>
          </w:tcPr>
          <w:p>
            <w:r>
              <w:t>260</w:t>
            </w:r>
          </w:p>
        </w:tc>
      </w:tr>
      <w:tr>
        <w:tc>
          <w:tcPr>
            <w:tcW w:type="dxa" w:w="2880"/>
          </w:tcPr>
          <w:p>
            <w:r>
              <w:t>24.23</w:t>
            </w:r>
          </w:p>
        </w:tc>
        <w:tc>
          <w:tcPr>
            <w:tcW w:type="dxa" w:w="2880"/>
          </w:tcPr>
          <w:p>
            <w:r>
              <w:t>29.08</w:t>
            </w:r>
          </w:p>
        </w:tc>
        <w:tc>
          <w:tcPr>
            <w:tcW w:type="dxa" w:w="2880"/>
          </w:tcPr>
          <w:p>
            <w:r>
              <w:t>240</w:t>
            </w:r>
          </w:p>
        </w:tc>
      </w:tr>
      <w:tr>
        <w:tc>
          <w:tcPr>
            <w:tcW w:type="dxa" w:w="2880"/>
          </w:tcPr>
          <w:p>
            <w:r>
              <w:t>29.08</w:t>
            </w:r>
          </w:p>
        </w:tc>
        <w:tc>
          <w:tcPr>
            <w:tcW w:type="dxa" w:w="2880"/>
          </w:tcPr>
          <w:p>
            <w:r>
              <w:t>33.92</w:t>
            </w:r>
          </w:p>
        </w:tc>
        <w:tc>
          <w:tcPr>
            <w:tcW w:type="dxa" w:w="2880"/>
          </w:tcPr>
          <w:p>
            <w:r>
              <w:t>204</w:t>
            </w:r>
          </w:p>
        </w:tc>
      </w:tr>
      <w:tr>
        <w:tc>
          <w:tcPr>
            <w:tcW w:type="dxa" w:w="2880"/>
          </w:tcPr>
          <w:p>
            <w:r>
              <w:t>33.92</w:t>
            </w:r>
          </w:p>
        </w:tc>
        <w:tc>
          <w:tcPr>
            <w:tcW w:type="dxa" w:w="2880"/>
          </w:tcPr>
          <w:p>
            <w:r>
              <w:t>38.77</w:t>
            </w:r>
          </w:p>
        </w:tc>
        <w:tc>
          <w:tcPr>
            <w:tcW w:type="dxa" w:w="2880"/>
          </w:tcPr>
          <w:p>
            <w:r>
              <w:t>261</w:t>
            </w:r>
          </w:p>
        </w:tc>
      </w:tr>
      <w:tr>
        <w:tc>
          <w:tcPr>
            <w:tcW w:type="dxa" w:w="2880"/>
          </w:tcPr>
          <w:p>
            <w:r>
              <w:t>38.77</w:t>
            </w:r>
          </w:p>
        </w:tc>
        <w:tc>
          <w:tcPr>
            <w:tcW w:type="dxa" w:w="2880"/>
          </w:tcPr>
          <w:p>
            <w:r>
              <w:t>43.62</w:t>
            </w:r>
          </w:p>
        </w:tc>
        <w:tc>
          <w:tcPr>
            <w:tcW w:type="dxa" w:w="2880"/>
          </w:tcPr>
          <w:p>
            <w:r>
              <w:t>264</w:t>
            </w:r>
          </w:p>
        </w:tc>
      </w:tr>
      <w:tr>
        <w:tc>
          <w:tcPr>
            <w:tcW w:type="dxa" w:w="2880"/>
          </w:tcPr>
          <w:p>
            <w:r>
              <w:t>43.62</w:t>
            </w:r>
          </w:p>
        </w:tc>
        <w:tc>
          <w:tcPr>
            <w:tcW w:type="dxa" w:w="2880"/>
          </w:tcPr>
          <w:p>
            <w:r>
              <w:t>48.46</w:t>
            </w:r>
          </w:p>
        </w:tc>
        <w:tc>
          <w:tcPr>
            <w:tcW w:type="dxa" w:w="2880"/>
          </w:tcPr>
          <w:p>
            <w:r>
              <w:t>266</w:t>
            </w:r>
          </w:p>
        </w:tc>
      </w:tr>
      <w:tr>
        <w:tc>
          <w:tcPr>
            <w:tcW w:type="dxa" w:w="2880"/>
          </w:tcPr>
          <w:p>
            <w:r>
              <w:t>48.46</w:t>
            </w:r>
          </w:p>
        </w:tc>
        <w:tc>
          <w:tcPr>
            <w:tcW w:type="dxa" w:w="2880"/>
          </w:tcPr>
          <w:p>
            <w:r>
              <w:t>53.31</w:t>
            </w:r>
          </w:p>
        </w:tc>
        <w:tc>
          <w:tcPr>
            <w:tcW w:type="dxa" w:w="2880"/>
          </w:tcPr>
          <w:p>
            <w:r>
              <w:t>262</w:t>
            </w:r>
          </w:p>
        </w:tc>
      </w:tr>
      <w:tr>
        <w:tc>
          <w:tcPr>
            <w:tcW w:type="dxa" w:w="2880"/>
          </w:tcPr>
          <w:p>
            <w:r>
              <w:t>53.31</w:t>
            </w:r>
          </w:p>
        </w:tc>
        <w:tc>
          <w:tcPr>
            <w:tcW w:type="dxa" w:w="2880"/>
          </w:tcPr>
          <w:p>
            <w:r>
              <w:t>58.15</w:t>
            </w:r>
          </w:p>
        </w:tc>
        <w:tc>
          <w:tcPr>
            <w:tcW w:type="dxa" w:w="2880"/>
          </w:tcPr>
          <w:p>
            <w:r>
              <w:t>153</w:t>
            </w:r>
          </w:p>
        </w:tc>
      </w:tr>
      <w:tr>
        <w:tc>
          <w:tcPr>
            <w:tcW w:type="dxa" w:w="2880"/>
          </w:tcPr>
          <w:p>
            <w:r>
              <w:t>58.15</w:t>
            </w:r>
          </w:p>
        </w:tc>
        <w:tc>
          <w:tcPr>
            <w:tcW w:type="dxa" w:w="2880"/>
          </w:tcPr>
          <w:p>
            <w:r>
              <w:t>63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</w:tbl>
    <w:p/>
    <w:p>
      <w:pPr>
        <w:pStyle w:val="Heading2"/>
      </w:pPr>
      <w:r>
        <w:t>Figure 60. Calculate density: Street light outages [135]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2.909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2.909</w:t>
            </w:r>
          </w:p>
        </w:tc>
        <w:tc>
          <w:tcPr>
            <w:tcW w:type="dxa" w:w="2880"/>
          </w:tcPr>
          <w:p>
            <w:r>
              <w:t>5.818</w:t>
            </w:r>
          </w:p>
        </w:tc>
        <w:tc>
          <w:tcPr>
            <w:tcW w:type="dxa" w:w="2880"/>
          </w:tcPr>
          <w:p>
            <w:r>
              <w:t>84</w:t>
            </w:r>
          </w:p>
        </w:tc>
      </w:tr>
      <w:tr>
        <w:tc>
          <w:tcPr>
            <w:tcW w:type="dxa" w:w="2880"/>
          </w:tcPr>
          <w:p>
            <w:r>
              <w:t>5.818</w:t>
            </w:r>
          </w:p>
        </w:tc>
        <w:tc>
          <w:tcPr>
            <w:tcW w:type="dxa" w:w="2880"/>
          </w:tcPr>
          <w:p>
            <w:r>
              <w:t>8.727</w:t>
            </w:r>
          </w:p>
        </w:tc>
        <w:tc>
          <w:tcPr>
            <w:tcW w:type="dxa" w:w="2880"/>
          </w:tcPr>
          <w:p>
            <w:r>
              <w:t>82</w:t>
            </w:r>
          </w:p>
        </w:tc>
      </w:tr>
      <w:tr>
        <w:tc>
          <w:tcPr>
            <w:tcW w:type="dxa" w:w="2880"/>
          </w:tcPr>
          <w:p>
            <w:r>
              <w:t>8.727</w:t>
            </w:r>
          </w:p>
        </w:tc>
        <w:tc>
          <w:tcPr>
            <w:tcW w:type="dxa" w:w="2880"/>
          </w:tcPr>
          <w:p>
            <w:r>
              <w:t>11.64</w:t>
            </w:r>
          </w:p>
        </w:tc>
        <w:tc>
          <w:tcPr>
            <w:tcW w:type="dxa" w:w="2880"/>
          </w:tcPr>
          <w:p>
            <w:r>
              <w:t>85</w:t>
            </w:r>
          </w:p>
        </w:tc>
      </w:tr>
      <w:tr>
        <w:tc>
          <w:tcPr>
            <w:tcW w:type="dxa" w:w="2880"/>
          </w:tcPr>
          <w:p>
            <w:r>
              <w:t>11.64</w:t>
            </w:r>
          </w:p>
        </w:tc>
        <w:tc>
          <w:tcPr>
            <w:tcW w:type="dxa" w:w="2880"/>
          </w:tcPr>
          <w:p>
            <w:r>
              <w:t>14.55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14.55</w:t>
            </w:r>
          </w:p>
        </w:tc>
        <w:tc>
          <w:tcPr>
            <w:tcW w:type="dxa" w:w="2880"/>
          </w:tcPr>
          <w:p>
            <w:r>
              <w:t>17.45</w:t>
            </w:r>
          </w:p>
        </w:tc>
        <w:tc>
          <w:tcPr>
            <w:tcW w:type="dxa" w:w="2880"/>
          </w:tcPr>
          <w:p>
            <w:r>
              <w:t>85</w:t>
            </w:r>
          </w:p>
        </w:tc>
      </w:tr>
      <w:tr>
        <w:tc>
          <w:tcPr>
            <w:tcW w:type="dxa" w:w="2880"/>
          </w:tcPr>
          <w:p>
            <w:r>
              <w:t>17.45</w:t>
            </w:r>
          </w:p>
        </w:tc>
        <w:tc>
          <w:tcPr>
            <w:tcW w:type="dxa" w:w="2880"/>
          </w:tcPr>
          <w:p>
            <w:r>
              <w:t>20.36</w:t>
            </w:r>
          </w:p>
        </w:tc>
        <w:tc>
          <w:tcPr>
            <w:tcW w:type="dxa" w:w="2880"/>
          </w:tcPr>
          <w:p>
            <w:r>
              <w:t>86</w:t>
            </w:r>
          </w:p>
        </w:tc>
      </w:tr>
      <w:tr>
        <w:tc>
          <w:tcPr>
            <w:tcW w:type="dxa" w:w="2880"/>
          </w:tcPr>
          <w:p>
            <w:r>
              <w:t>20.36</w:t>
            </w:r>
          </w:p>
        </w:tc>
        <w:tc>
          <w:tcPr>
            <w:tcW w:type="dxa" w:w="2880"/>
          </w:tcPr>
          <w:p>
            <w:r>
              <w:t>23.27</w:t>
            </w:r>
          </w:p>
        </w:tc>
        <w:tc>
          <w:tcPr>
            <w:tcW w:type="dxa" w:w="2880"/>
          </w:tcPr>
          <w:p>
            <w:r>
              <w:t>87</w:t>
            </w:r>
          </w:p>
        </w:tc>
      </w:tr>
      <w:tr>
        <w:tc>
          <w:tcPr>
            <w:tcW w:type="dxa" w:w="2880"/>
          </w:tcPr>
          <w:p>
            <w:r>
              <w:t>23.27</w:t>
            </w:r>
          </w:p>
        </w:tc>
        <w:tc>
          <w:tcPr>
            <w:tcW w:type="dxa" w:w="2880"/>
          </w:tcPr>
          <w:p>
            <w:r>
              <w:t>26.18</w:t>
            </w:r>
          </w:p>
        </w:tc>
        <w:tc>
          <w:tcPr>
            <w:tcW w:type="dxa" w:w="2880"/>
          </w:tcPr>
          <w:p>
            <w:r>
              <w:t>87</w:t>
            </w:r>
          </w:p>
        </w:tc>
      </w:tr>
      <w:tr>
        <w:tc>
          <w:tcPr>
            <w:tcW w:type="dxa" w:w="2880"/>
          </w:tcPr>
          <w:p>
            <w:r>
              <w:t>26.18</w:t>
            </w:r>
          </w:p>
        </w:tc>
        <w:tc>
          <w:tcPr>
            <w:tcW w:type="dxa" w:w="2880"/>
          </w:tcPr>
          <w:p>
            <w:r>
              <w:t>29.09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29.09</w:t>
            </w:r>
          </w:p>
        </w:tc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</w:tbl>
    <w:p/>
    <w:p>
      <w:pPr>
        <w:pStyle w:val="Heading2"/>
      </w:pPr>
      <w:r>
        <w:t>Figure 61. Hot spot analysis: Incidents [136]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685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757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714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318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104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27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35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26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8.5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8.5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9.5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9.5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10.5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11.5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11.5</w:t>
            </w:r>
          </w:p>
        </w:tc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12.5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12.5</w:t>
            </w:r>
          </w:p>
        </w:tc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13.5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13.5</w:t>
            </w:r>
          </w:p>
        </w:tc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14.5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15.5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15.5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16.5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17.5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18.5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19.5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20.5</w:t>
            </w:r>
          </w:p>
        </w:tc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21.5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21.5</w:t>
            </w:r>
          </w:p>
        </w:tc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22.5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22.5</w:t>
            </w:r>
          </w:p>
        </w:tc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23.5</w:t>
            </w:r>
          </w:p>
        </w:tc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24.5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24.5</w:t>
            </w:r>
          </w:p>
        </w:tc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26.5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62. Repeat and near repeat classification: Incidents [137]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63. Repeat and near repeat classification: Incidents over time [138]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64. Find point clusters: Street light outages over time [139]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lamp failure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cable fault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collision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65. Find point clusters: Incidents over time [140]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no arrest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arrest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sectPr w:rsidR="00FC693F" w:rsidRPr="0006063C" w:rsidSect="00034616">
      <w:footerReference w:type="default" r:id="rId7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Public safety, Chicago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Public safety, Chicago: report</dc:title>
  <dc:subject>Describe the project Sample: Public safety, Chicago: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