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07F1F"/>
          <w:sz w:val="16"/>
        </w:rPr>
        <w:t>GEOBIT LARGE SPATIAL MODEL</w:t>
      </w:r>
    </w:p>
    <w:p>
      <w:pPr>
        <w:pStyle w:val="Title"/>
      </w:pPr>
      <w:r>
        <w:t>Sample: Renewable energy, Ouarzazate: report</w:t>
      </w:r>
    </w:p>
    <w:p>
      <w:r>
        <w:rPr>
          <w:color w:val="525252"/>
          <w:sz w:val="18"/>
        </w:rPr>
        <w:t>Project: Sample: Renewable energy, Ouarzazate</w:t>
      </w:r>
      <w:r>
        <w:rPr>
          <w:color w:val="525252"/>
          <w:sz w:val="18"/>
        </w:rPr>
        <w:br/>
        <w:t>Goal: Describe the project Sample: Renewable energy, Ouarzazate: run the analyses that tell the most about its data, draw every result, and write a cited report.</w:t>
      </w:r>
      <w:r>
        <w:rPr>
          <w:color w:val="525252"/>
          <w:sz w:val="18"/>
        </w:rPr>
        <w:br/>
        <w:t>Run: 895bf965-1c68-4de6-be27-d405f321db83 (running, 11 agent run(s))</w:t>
      </w:r>
      <w:r>
        <w:rPr>
          <w:color w:val="525252"/>
          <w:sz w:val="18"/>
        </w:rPr>
        <w:br/>
        <w:t>Generated: 2026-10-18T05:22:03Z, version 1</w:t>
      </w:r>
      <w:r>
        <w:rPr>
          <w:color w:val="525252"/>
          <w:sz w:val="18"/>
        </w:rPr>
        <w:br/>
        <w:t>Model cost: USD 0.0000 over 0 model call(s)</w:t>
      </w:r>
    </w:p>
    <w:p>
      <w:pPr>
        <w:pStyle w:val="Heading1"/>
      </w:pPr>
      <w:r>
        <w:t>Data used</w:t>
      </w:r>
    </w:p>
    <w:tbl>
      <w:tblPr>
        <w:tblStyle w:val="LightGrid-Accent1"/>
        <w:tblW w:type="auto" w:w="0"/>
        <w:tblLook w:firstColumn="1" w:firstRow="1" w:lastColumn="0" w:lastRow="0" w:noHBand="0" w:noVBand="1" w:val="04A0"/>
      </w:tblPr>
      <w:tblGrid>
        <w:gridCol w:w="1440"/>
        <w:gridCol w:w="1440"/>
        <w:gridCol w:w="1440"/>
        <w:gridCol w:w="1440"/>
        <w:gridCol w:w="1440"/>
        <w:gridCol w:w="1440"/>
      </w:tblGrid>
      <w:tr>
        <w:tc>
          <w:tcPr>
            <w:tcW w:type="dxa" w:w="1440"/>
          </w:tcPr>
          <w:p>
            <w:r>
              <w:t>Data</w:t>
            </w:r>
          </w:p>
        </w:tc>
        <w:tc>
          <w:tcPr>
            <w:tcW w:type="dxa" w:w="1440"/>
          </w:tcPr>
          <w:p>
            <w:r>
              <w:t>Kind</w:t>
            </w:r>
          </w:p>
        </w:tc>
        <w:tc>
          <w:tcPr>
            <w:tcW w:type="dxa" w:w="1440"/>
          </w:tcPr>
          <w:p>
            <w:r>
              <w:t>Rows</w:t>
            </w:r>
          </w:p>
        </w:tc>
        <w:tc>
          <w:tcPr>
            <w:tcW w:type="dxa" w:w="1440"/>
          </w:tcPr>
          <w:p>
            <w:r>
              <w:t>Time span</w:t>
            </w:r>
          </w:p>
        </w:tc>
        <w:tc>
          <w:tcPr>
            <w:tcW w:type="dxa" w:w="1440"/>
          </w:tcPr>
          <w:p>
            <w:r>
              <w:t>Summary</w:t>
            </w:r>
          </w:p>
        </w:tc>
        <w:tc>
          <w:tcPr>
            <w:tcW w:type="dxa" w:w="1440"/>
          </w:tcPr>
          <w:p>
            <w:r>
              <w:t>Source</w:t>
            </w:r>
          </w:p>
        </w:tc>
      </w:tr>
      <w:tr>
        <w:tc>
          <w:tcPr>
            <w:tcW w:type="dxa" w:w="1440"/>
          </w:tcPr>
          <w:p>
            <w:r>
              <w:t>Transmission lines</w:t>
            </w:r>
          </w:p>
        </w:tc>
        <w:tc>
          <w:tcPr>
            <w:tcW w:type="dxa" w:w="1440"/>
          </w:tcPr>
          <w:p>
            <w:r>
              <w:t>vector, LineString</w:t>
            </w:r>
          </w:p>
        </w:tc>
        <w:tc>
          <w:tcPr>
            <w:tcW w:type="dxa" w:w="1440"/>
          </w:tcPr>
          <w:p>
            <w:r>
              <w:t>2</w:t>
            </w:r>
          </w:p>
        </w:tc>
        <w:tc>
          <w:tcPr>
            <w:tcW w:type="dxa" w:w="1440"/>
          </w:tcPr>
          <w:p>
            <w:r/>
          </w:p>
        </w:tc>
        <w:tc>
          <w:tcPr>
            <w:tcW w:type="dxa" w:w="1440"/>
          </w:tcPr>
          <w:p>
            <w:r>
              <w:t>2 line features; 'voltage_kv' 60 to 225 (mean 142.5); 'spare_capacity_mw' 35 to 180 (mean 107.5); total length 18.77 km; extent -6.9733,30.8748 to -6.8270,30.9182. Lines (Transmission lines) such as routes or networks.</w:t>
            </w:r>
          </w:p>
        </w:tc>
        <w:tc>
          <w:tcPr>
            <w:tcW w:type="dxa" w:w="1440"/>
          </w:tcPr>
          <w:p>
            <w:r>
              <w:t>[76]</w:t>
            </w:r>
          </w:p>
        </w:tc>
      </w:tr>
      <w:tr>
        <w:tc>
          <w:tcPr>
            <w:tcW w:type="dxa" w:w="1440"/>
          </w:tcPr>
          <w:p>
            <w:r>
              <w:t>Substations</w:t>
            </w:r>
          </w:p>
        </w:tc>
        <w:tc>
          <w:tcPr>
            <w:tcW w:type="dxa" w:w="1440"/>
          </w:tcPr>
          <w:p>
            <w:r>
              <w:t>vector, Point</w:t>
            </w:r>
          </w:p>
        </w:tc>
        <w:tc>
          <w:tcPr>
            <w:tcW w:type="dxa" w:w="1440"/>
          </w:tcPr>
          <w:p>
            <w:r>
              <w:t>5</w:t>
            </w:r>
          </w:p>
        </w:tc>
        <w:tc>
          <w:tcPr>
            <w:tcW w:type="dxa" w:w="1440"/>
          </w:tcPr>
          <w:p>
            <w:r/>
          </w:p>
        </w:tc>
        <w:tc>
          <w:tcPr>
            <w:tcW w:type="dxa" w:w="1440"/>
          </w:tcPr>
          <w:p>
            <w:r>
              <w:t>5 point features; 'voltage_kv' 60 to 225 (mean 93); 'spare_capacity_mw' 21 to 152 (mean 107.4); named by 'name' (e.g. Plateau 225 kV substation, East 60 kV substation, South 60 kV substation); extent -6.9659,30.8775 to -6.8414,30.9250. Point locations of Substations.</w:t>
            </w:r>
          </w:p>
        </w:tc>
        <w:tc>
          <w:tcPr>
            <w:tcW w:type="dxa" w:w="1440"/>
          </w:tcPr>
          <w:p>
            <w:r>
              <w:t>[77]</w:t>
            </w:r>
          </w:p>
        </w:tc>
      </w:tr>
      <w:tr>
        <w:tc>
          <w:tcPr>
            <w:tcW w:type="dxa" w:w="1440"/>
          </w:tcPr>
          <w:p>
            <w:r>
              <w:t>Exclusion zones</w:t>
            </w:r>
          </w:p>
        </w:tc>
        <w:tc>
          <w:tcPr>
            <w:tcW w:type="dxa" w:w="1440"/>
          </w:tcPr>
          <w:p>
            <w:r>
              <w:t>vector, Polygon</w:t>
            </w:r>
          </w:p>
        </w:tc>
        <w:tc>
          <w:tcPr>
            <w:tcW w:type="dxa" w:w="1440"/>
          </w:tcPr>
          <w:p>
            <w:r>
              <w:t>8</w:t>
            </w:r>
          </w:p>
        </w:tc>
        <w:tc>
          <w:tcPr>
            <w:tcW w:type="dxa" w:w="1440"/>
          </w:tcPr>
          <w:p>
            <w:r/>
          </w:p>
        </w:tc>
        <w:tc>
          <w:tcPr>
            <w:tcW w:type="dxa" w:w="1440"/>
          </w:tcPr>
          <w:p>
            <w:r>
              <w:t>8 polygon (area) features; 'buffer_m' 100 to 250 (mean 156.2); named by 'reason' (e.g. Wadi flood zone north, Wadi flood zone south, Village and buffer); total area 44.58 km2; extent -6.9737,30.8811 to -6.8264,30.9624. Areas (Exclusion zones) with buffer_m to compare and map.</w:t>
            </w:r>
          </w:p>
        </w:tc>
        <w:tc>
          <w:tcPr>
            <w:tcW w:type="dxa" w:w="1440"/>
          </w:tcPr>
          <w:p>
            <w:r>
              <w:t>[78]</w:t>
            </w:r>
          </w:p>
        </w:tc>
      </w:tr>
      <w:tr>
        <w:tc>
          <w:tcPr>
            <w:tcW w:type="dxa" w:w="1440"/>
          </w:tcPr>
          <w:p>
            <w:r>
              <w:t>Candidate sites</w:t>
            </w:r>
          </w:p>
        </w:tc>
        <w:tc>
          <w:tcPr>
            <w:tcW w:type="dxa" w:w="1440"/>
          </w:tcPr>
          <w:p>
            <w:r>
              <w:t>vector, Polygon</w:t>
            </w:r>
          </w:p>
        </w:tc>
        <w:tc>
          <w:tcPr>
            <w:tcW w:type="dxa" w:w="1440"/>
          </w:tcPr>
          <w:p>
            <w:r>
              <w:t>30</w:t>
            </w:r>
          </w:p>
        </w:tc>
        <w:tc>
          <w:tcPr>
            <w:tcW w:type="dxa" w:w="1440"/>
          </w:tcPr>
          <w:p>
            <w:r/>
          </w:p>
        </w:tc>
        <w:tc>
          <w:tcPr>
            <w:tcW w:type="dxa" w:w="1440"/>
          </w:tcPr>
          <w:p>
            <w:r>
              <w:t>30 polygon (area) features; 'owner' has 3 values (top: state 13, communal 9, private 8); 'ghi_kwh_m2_yr' 2,256 to 2,432 (mean 2333); 'area_ha' 46.6 to 122.9 (mean 76.6); 'grid_km' 0 to 4.4 (mean 1.907); named by 'name' (e.g. Site S01, Site S02, Site S03); total area 22.98 km2; extent -6.9638,30.8781 to -6.8324,30.9643. Areas (Candidate sites) with ghi_kwh_m2_yr to compare and map.</w:t>
            </w:r>
          </w:p>
        </w:tc>
        <w:tc>
          <w:tcPr>
            <w:tcW w:type="dxa" w:w="1440"/>
          </w:tcPr>
          <w:p>
            <w:r>
              <w:t>[79]</w:t>
            </w:r>
          </w:p>
        </w:tc>
      </w:tr>
      <w:tr>
        <w:tc>
          <w:tcPr>
            <w:tcW w:type="dxa" w:w="1440"/>
          </w:tcPr>
          <w:p>
            <w:r>
              <w:t>Met masts</w:t>
            </w:r>
          </w:p>
        </w:tc>
        <w:tc>
          <w:tcPr>
            <w:tcW w:type="dxa" w:w="1440"/>
          </w:tcPr>
          <w:p>
            <w:r>
              <w:t>vector, Point</w:t>
            </w:r>
          </w:p>
        </w:tc>
        <w:tc>
          <w:tcPr>
            <w:tcW w:type="dxa" w:w="1440"/>
          </w:tcPr>
          <w:p>
            <w:r>
              <w:t>4</w:t>
            </w:r>
          </w:p>
        </w:tc>
        <w:tc>
          <w:tcPr>
            <w:tcW w:type="dxa" w:w="1440"/>
          </w:tcPr>
          <w:p>
            <w:r/>
          </w:p>
        </w:tc>
        <w:tc>
          <w:tcPr>
            <w:tcW w:type="dxa" w:w="1440"/>
          </w:tcPr>
          <w:p>
            <w:r>
              <w:t>4 point features; 'height_m' 80 to 80 (mean 80); 'installed_year' 2,024 to 2,024 (mean 2024); named by 'name' (e.g. Met mast 1, Met mast 2, Met mast 3); extent -6.9434,30.8923 to -6.8640,30.9432. Point locations of Met masts.</w:t>
            </w:r>
          </w:p>
        </w:tc>
        <w:tc>
          <w:tcPr>
            <w:tcW w:type="dxa" w:w="1440"/>
          </w:tcPr>
          <w:p>
            <w:r>
              <w:t>[80]</w:t>
            </w:r>
          </w:p>
        </w:tc>
      </w:tr>
      <w:tr>
        <w:tc>
          <w:tcPr>
            <w:tcW w:type="dxa" w:w="1440"/>
          </w:tcPr>
          <w:p>
            <w:r>
              <w:t>Bird surveys</w:t>
            </w:r>
          </w:p>
        </w:tc>
        <w:tc>
          <w:tcPr>
            <w:tcW w:type="dxa" w:w="1440"/>
          </w:tcPr>
          <w:p>
            <w:r>
              <w:t>vector, Point</w:t>
            </w:r>
          </w:p>
        </w:tc>
        <w:tc>
          <w:tcPr>
            <w:tcW w:type="dxa" w:w="1440"/>
          </w:tcPr>
          <w:p>
            <w:r>
              <w:t>650</w:t>
            </w:r>
          </w:p>
        </w:tc>
        <w:tc>
          <w:tcPr>
            <w:tcW w:type="dxa" w:w="1440"/>
          </w:tcPr>
          <w:p>
            <w:r>
              <w:t>2025-03-01 to 2026-05-31</w:t>
            </w:r>
          </w:p>
        </w:tc>
        <w:tc>
          <w:tcPr>
            <w:tcW w:type="dxa" w:w="1440"/>
          </w:tcPr>
          <w:p>
            <w:r>
              <w:t>650 point features; dated by 'observed_at' from 2025-03-01 to 2026-05-31; 'species' has 5 values (top: lanner falcon 140, houbara bustard 137, booted eagle 129); 'count' 1 to 9 (mean 2.923); 'flight_height_m' 4 to 553 (mean 56.87); extent -6.9724,30.8746 to -6.8270,30.9658. Dated point events by species: where and when Bird surveys happen.</w:t>
            </w:r>
          </w:p>
        </w:tc>
        <w:tc>
          <w:tcPr>
            <w:tcW w:type="dxa" w:w="1440"/>
          </w:tcPr>
          <w:p>
            <w:r>
              <w:t>[2]</w:t>
            </w:r>
          </w:p>
        </w:tc>
      </w:tr>
      <w:tr>
        <w:tc>
          <w:tcPr>
            <w:tcW w:type="dxa" w:w="1440"/>
          </w:tcPr>
          <w:p>
            <w:r>
              <w:t>Dust storms</w:t>
            </w:r>
          </w:p>
        </w:tc>
        <w:tc>
          <w:tcPr>
            <w:tcW w:type="dxa" w:w="1440"/>
          </w:tcPr>
          <w:p>
            <w:r>
              <w:t>vector, Polygon</w:t>
            </w:r>
          </w:p>
        </w:tc>
        <w:tc>
          <w:tcPr>
            <w:tcW w:type="dxa" w:w="1440"/>
          </w:tcPr>
          <w:p>
            <w:r>
              <w:t>14</w:t>
            </w:r>
          </w:p>
        </w:tc>
        <w:tc>
          <w:tcPr>
            <w:tcW w:type="dxa" w:w="1440"/>
          </w:tcPr>
          <w:p>
            <w:r>
              <w:t>2024-02-01 to 2025-06-28</w:t>
            </w:r>
          </w:p>
        </w:tc>
        <w:tc>
          <w:tcPr>
            <w:tcW w:type="dxa" w:w="1440"/>
          </w:tcPr>
          <w:p>
            <w:r>
              <w:t>14 polygon (area) features; dated by 'date' from 2024-02-01 to 2025-06-28; 'pm10_peak' 524 to 1,684 (mean 989.1); 'visibility_m' 726 to 2,922 (mean 1712); total area 246.4 km2; extent -6.9742,30.8738 to -6.8259,30.9658. Areas (Dust storms) with pm10_peak to compare and map.</w:t>
            </w:r>
          </w:p>
        </w:tc>
        <w:tc>
          <w:tcPr>
            <w:tcW w:type="dxa" w:w="1440"/>
          </w:tcPr>
          <w:p>
            <w:r>
              <w:t>[3]</w:t>
            </w:r>
          </w:p>
        </w:tc>
      </w:tr>
      <w:tr>
        <w:tc>
          <w:tcPr>
            <w:tcW w:type="dxa" w:w="1440"/>
          </w:tcPr>
          <w:p>
            <w:r>
              <w:t>Access roads</w:t>
            </w:r>
          </w:p>
        </w:tc>
        <w:tc>
          <w:tcPr>
            <w:tcW w:type="dxa" w:w="1440"/>
          </w:tcPr>
          <w:p>
            <w:r>
              <w:t>vector, LineString</w:t>
            </w:r>
          </w:p>
        </w:tc>
        <w:tc>
          <w:tcPr>
            <w:tcW w:type="dxa" w:w="1440"/>
          </w:tcPr>
          <w:p>
            <w:r>
              <w:t>11</w:t>
            </w:r>
          </w:p>
        </w:tc>
        <w:tc>
          <w:tcPr>
            <w:tcW w:type="dxa" w:w="1440"/>
          </w:tcPr>
          <w:p>
            <w:r/>
          </w:p>
        </w:tc>
        <w:tc>
          <w:tcPr>
            <w:tcW w:type="dxa" w:w="1440"/>
          </w:tcPr>
          <w:p>
            <w:r>
              <w:t>11 line features; 'surface' has 2 values (top: track 10, paved 1); total length 57.28 km; extent -6.9740,30.8791 to -6.8277,30.9572. Lines (Access roads) such as routes or networks.</w:t>
            </w:r>
          </w:p>
        </w:tc>
        <w:tc>
          <w:tcPr>
            <w:tcW w:type="dxa" w:w="1440"/>
          </w:tcPr>
          <w:p>
            <w:r>
              <w:t>[81]</w:t>
            </w:r>
          </w:p>
        </w:tc>
      </w:tr>
      <w:tr>
        <w:tc>
          <w:tcPr>
            <w:tcW w:type="dxa" w:w="1440"/>
          </w:tcPr>
          <w:p>
            <w:r>
              <w:t>Plateau terrain model (DEM)</w:t>
            </w:r>
          </w:p>
        </w:tc>
        <w:tc>
          <w:tcPr>
            <w:tcW w:type="dxa" w:w="1440"/>
          </w:tcPr>
          <w:p>
            <w:r>
              <w:t>raster</w:t>
            </w:r>
          </w:p>
        </w:tc>
        <w:tc>
          <w:tcPr>
            <w:tcW w:type="dxa" w:w="1440"/>
          </w:tcPr>
          <w:p>
            <w:r/>
          </w:p>
        </w:tc>
        <w:tc>
          <w:tcPr>
            <w:tcW w:type="dxa" w:w="1440"/>
          </w:tcPr>
          <w:p>
            <w:r/>
          </w:p>
        </w:tc>
        <w:tc>
          <w:tcPr>
            <w:tcW w:type="dxa" w:w="1440"/>
          </w:tcPr>
          <w:p>
            <w:r>
              <w:t>1-band float32 raster (dem), 467 x 333 cells; resolution 30; band 1 1056 to 1409; extent -6.9742,30.8738 to -6.8257,30.9663. An elevation surface for terrain analysis.</w:t>
            </w:r>
          </w:p>
        </w:tc>
        <w:tc>
          <w:tcPr>
            <w:tcW w:type="dxa" w:w="1440"/>
          </w:tcPr>
          <w:p>
            <w:r>
              <w:t>[82]</w:t>
            </w:r>
          </w:p>
        </w:tc>
      </w:tr>
      <w:tr>
        <w:tc>
          <w:tcPr>
            <w:tcW w:type="dxa" w:w="1440"/>
          </w:tcPr>
          <w:p>
            <w:r>
              <w:t>Site irradiance by month</w:t>
            </w:r>
          </w:p>
        </w:tc>
        <w:tc>
          <w:tcPr>
            <w:tcW w:type="dxa" w:w="1440"/>
          </w:tcPr>
          <w:p>
            <w:r>
              <w:t>table</w:t>
            </w:r>
          </w:p>
        </w:tc>
        <w:tc>
          <w:tcPr>
            <w:tcW w:type="dxa" w:w="1440"/>
          </w:tcPr>
          <w:p>
            <w:r>
              <w:t>360</w:t>
            </w:r>
          </w:p>
        </w:tc>
        <w:tc>
          <w:tcPr>
            <w:tcW w:type="dxa" w:w="1440"/>
          </w:tcPr>
          <w:p>
            <w:r>
              <w:t>2025-01-01 to 2025-12-01</w:t>
            </w:r>
          </w:p>
        </w:tc>
        <w:tc>
          <w:tcPr>
            <w:tcW w:type="dxa" w:w="1440"/>
          </w:tcPr>
          <w:p>
            <w:r>
              <w:t>Table of 360 rows and 4 columns without geometry; dated by 'month' from 2025-01-01 to 2025-12-01; 'ghi_kwh_m2_day' 4.61 to 8.31 (mean 6.397); 'soiling_loss_pct' 0 to 9.3 (mean 3.562). A table of Site irradiance by month without locations.</w:t>
            </w:r>
          </w:p>
        </w:tc>
        <w:tc>
          <w:tcPr>
            <w:tcW w:type="dxa" w:w="1440"/>
          </w:tcPr>
          <w:p>
            <w:r>
              <w:t>[4]</w:t>
            </w:r>
          </w:p>
        </w:tc>
      </w:tr>
      <w:tr>
        <w:tc>
          <w:tcPr>
            <w:tcW w:type="dxa" w:w="1440"/>
          </w:tcPr>
          <w:p>
            <w:r>
              <w:t>Land status of sites</w:t>
            </w:r>
          </w:p>
        </w:tc>
        <w:tc>
          <w:tcPr>
            <w:tcW w:type="dxa" w:w="1440"/>
          </w:tcPr>
          <w:p>
            <w:r>
              <w:t>table</w:t>
            </w:r>
          </w:p>
        </w:tc>
        <w:tc>
          <w:tcPr>
            <w:tcW w:type="dxa" w:w="1440"/>
          </w:tcPr>
          <w:p>
            <w:r>
              <w:t>30</w:t>
            </w:r>
          </w:p>
        </w:tc>
        <w:tc>
          <w:tcPr>
            <w:tcW w:type="dxa" w:w="1440"/>
          </w:tcPr>
          <w:p>
            <w:r/>
          </w:p>
        </w:tc>
        <w:tc>
          <w:tcPr>
            <w:tcW w:type="dxa" w:w="1440"/>
          </w:tcPr>
          <w:p>
            <w:r>
              <w:t>Table of 30 rows and 4 columns without geometry; 'owner_type' has 3 values (top: private 14, state 12, communal 4); 'lease_status' has 4 values (top: available 12, negotiating 10, disputed 4); 'price_mad_ha_yr' 5,575 to 18,710 (mean 9426). A table of Land status of sites without locations.</w:t>
            </w:r>
          </w:p>
        </w:tc>
        <w:tc>
          <w:tcPr>
            <w:tcW w:type="dxa" w:w="1440"/>
          </w:tcPr>
          <w:p>
            <w:r>
              <w:t>[83]</w:t>
            </w:r>
          </w:p>
        </w:tc>
      </w:tr>
      <w:tr>
        <w:tc>
          <w:tcPr>
            <w:tcW w:type="dxa" w:w="1440"/>
          </w:tcPr>
          <w:p>
            <w:r>
              <w:t>Site screening memo</w:t>
            </w:r>
          </w:p>
        </w:tc>
        <w:tc>
          <w:tcPr>
            <w:tcW w:type="dxa" w:w="1440"/>
          </w:tcPr>
          <w:p>
            <w:r>
              <w:t>document</w:t>
            </w:r>
          </w:p>
        </w:tc>
        <w:tc>
          <w:tcPr>
            <w:tcW w:type="dxa" w:w="1440"/>
          </w:tcPr>
          <w:p>
            <w:r/>
          </w:p>
        </w:tc>
        <w:tc>
          <w:tcPr>
            <w:tcW w:type="dxa" w:w="1440"/>
          </w:tcPr>
          <w:p>
            <w:r/>
          </w:p>
        </w:tc>
        <w:tc>
          <w:tcPr>
            <w:tcW w:type="dxa" w:w="1440"/>
          </w:tcPr>
          <w:p>
            <w:r>
              <w:t>1-page md document 'Site screening memo'; language en; mentions 9 place(s): Site S01 (1), Site S13 (1), Site S16 (1), Plateau 225 kV substation (1), Bird corridor (1). A document about Site S01, Site S13, Site S16.</w:t>
            </w:r>
          </w:p>
        </w:tc>
        <w:tc>
          <w:tcPr>
            <w:tcW w:type="dxa" w:w="1440"/>
          </w:tcPr>
          <w:p>
            <w:r>
              <w:t>[84]</w:t>
            </w:r>
          </w:p>
        </w:tc>
      </w:tr>
      <w:tr>
        <w:tc>
          <w:tcPr>
            <w:tcW w:type="dxa" w:w="1440"/>
          </w:tcPr>
          <w:p>
            <w:r>
              <w:t>Sample: Renewable energy, Ouarzazate</w:t>
            </w:r>
          </w:p>
        </w:tc>
        <w:tc>
          <w:tcPr>
            <w:tcW w:type="dxa" w:w="1440"/>
          </w:tcPr>
          <w:p>
            <w:r>
              <w:t>record</w:t>
            </w:r>
          </w:p>
        </w:tc>
        <w:tc>
          <w:tcPr>
            <w:tcW w:type="dxa" w:w="1440"/>
          </w:tcPr>
          <w:p>
            <w:r/>
          </w:p>
        </w:tc>
        <w:tc>
          <w:tcPr>
            <w:tcW w:type="dxa" w:w="1440"/>
          </w:tcPr>
          <w:p>
            <w:r/>
          </w:p>
        </w:tc>
        <w:tc>
          <w:tcPr>
            <w:tcW w:type="dxa" w:w="1440"/>
          </w:tcPr>
          <w:p>
            <w:r/>
          </w:p>
        </w:tc>
        <w:tc>
          <w:tcPr>
            <w:tcW w:type="dxa" w:w="1440"/>
          </w:tcPr>
          <w:p>
            <w:r>
              <w:t>[85]</w:t>
            </w:r>
          </w:p>
        </w:tc>
      </w:tr>
      <w:tr>
        <w:tc>
          <w:tcPr>
            <w:tcW w:type="dxa" w:w="1440"/>
          </w:tcPr>
          <w:p>
            <w:r>
              <w:t>Summarize within: Exclusion zones</w:t>
            </w:r>
          </w:p>
        </w:tc>
        <w:tc>
          <w:tcPr>
            <w:tcW w:type="dxa" w:w="1440"/>
          </w:tcPr>
          <w:p>
            <w:r>
              <w:t>layer, Polygon</w:t>
            </w:r>
          </w:p>
        </w:tc>
        <w:tc>
          <w:tcPr>
            <w:tcW w:type="dxa" w:w="1440"/>
          </w:tcPr>
          <w:p>
            <w:r>
              <w:t>8</w:t>
            </w:r>
          </w:p>
        </w:tc>
        <w:tc>
          <w:tcPr>
            <w:tcW w:type="dxa" w:w="1440"/>
          </w:tcPr>
          <w:p>
            <w:r/>
          </w:p>
        </w:tc>
        <w:tc>
          <w:tcPr>
            <w:tcW w:type="dxa" w:w="1440"/>
          </w:tcPr>
          <w:p>
            <w:r/>
          </w:p>
        </w:tc>
        <w:tc>
          <w:tcPr>
            <w:tcW w:type="dxa" w:w="1440"/>
          </w:tcPr>
          <w:p>
            <w:r>
              <w:t>[86]</w:t>
            </w:r>
          </w:p>
        </w:tc>
      </w:tr>
      <w:tr>
        <w:tc>
          <w:tcPr>
            <w:tcW w:type="dxa" w:w="1440"/>
          </w:tcPr>
          <w:p>
            <w:r>
              <w:t>Summarize within: Exclusion zones</w:t>
            </w:r>
          </w:p>
        </w:tc>
        <w:tc>
          <w:tcPr>
            <w:tcW w:type="dxa" w:w="1440"/>
          </w:tcPr>
          <w:p>
            <w:r>
              <w:t>layer, Polygon</w:t>
            </w:r>
          </w:p>
        </w:tc>
        <w:tc>
          <w:tcPr>
            <w:tcW w:type="dxa" w:w="1440"/>
          </w:tcPr>
          <w:p>
            <w:r>
              <w:t>8</w:t>
            </w:r>
          </w:p>
        </w:tc>
        <w:tc>
          <w:tcPr>
            <w:tcW w:type="dxa" w:w="1440"/>
          </w:tcPr>
          <w:p>
            <w:r/>
          </w:p>
        </w:tc>
        <w:tc>
          <w:tcPr>
            <w:tcW w:type="dxa" w:w="1440"/>
          </w:tcPr>
          <w:p>
            <w:r/>
          </w:p>
        </w:tc>
        <w:tc>
          <w:tcPr>
            <w:tcW w:type="dxa" w:w="1440"/>
          </w:tcPr>
          <w:p>
            <w:r>
              <w:t>[87]</w:t>
            </w:r>
          </w:p>
        </w:tc>
      </w:tr>
      <w:tr>
        <w:tc>
          <w:tcPr>
            <w:tcW w:type="dxa" w:w="1440"/>
          </w:tcPr>
          <w:p>
            <w:r>
              <w:t>Summarize within: Exclusion zones</w:t>
            </w:r>
          </w:p>
        </w:tc>
        <w:tc>
          <w:tcPr>
            <w:tcW w:type="dxa" w:w="1440"/>
          </w:tcPr>
          <w:p>
            <w:r>
              <w:t>layer, Polygon</w:t>
            </w:r>
          </w:p>
        </w:tc>
        <w:tc>
          <w:tcPr>
            <w:tcW w:type="dxa" w:w="1440"/>
          </w:tcPr>
          <w:p>
            <w:r>
              <w:t>8</w:t>
            </w:r>
          </w:p>
        </w:tc>
        <w:tc>
          <w:tcPr>
            <w:tcW w:type="dxa" w:w="1440"/>
          </w:tcPr>
          <w:p>
            <w:r/>
          </w:p>
        </w:tc>
        <w:tc>
          <w:tcPr>
            <w:tcW w:type="dxa" w:w="1440"/>
          </w:tcPr>
          <w:p>
            <w:r/>
          </w:p>
        </w:tc>
        <w:tc>
          <w:tcPr>
            <w:tcW w:type="dxa" w:w="1440"/>
          </w:tcPr>
          <w:p>
            <w:r>
              <w:t>[88]</w:t>
            </w:r>
          </w:p>
        </w:tc>
      </w:tr>
      <w:tr>
        <w:tc>
          <w:tcPr>
            <w:tcW w:type="dxa" w:w="1440"/>
          </w:tcPr>
          <w:p>
            <w:r>
              <w:t>Emerging hot spots: Bird surveys</w:t>
            </w:r>
          </w:p>
        </w:tc>
        <w:tc>
          <w:tcPr>
            <w:tcW w:type="dxa" w:w="1440"/>
          </w:tcPr>
          <w:p>
            <w:r>
              <w:t>layer, Polygon</w:t>
            </w:r>
          </w:p>
        </w:tc>
        <w:tc>
          <w:tcPr>
            <w:tcW w:type="dxa" w:w="1440"/>
          </w:tcPr>
          <w:p>
            <w:r>
              <w:t>156</w:t>
            </w:r>
          </w:p>
        </w:tc>
        <w:tc>
          <w:tcPr>
            <w:tcW w:type="dxa" w:w="1440"/>
          </w:tcPr>
          <w:p>
            <w:r/>
          </w:p>
        </w:tc>
        <w:tc>
          <w:tcPr>
            <w:tcW w:type="dxa" w:w="1440"/>
          </w:tcPr>
          <w:p>
            <w:r/>
          </w:p>
        </w:tc>
        <w:tc>
          <w:tcPr>
            <w:tcW w:type="dxa" w:w="1440"/>
          </w:tcPr>
          <w:p>
            <w:r>
              <w:t>[89]</w:t>
            </w:r>
          </w:p>
        </w:tc>
      </w:tr>
      <w:tr>
        <w:tc>
          <w:tcPr>
            <w:tcW w:type="dxa" w:w="1440"/>
          </w:tcPr>
          <w:p>
            <w:r>
              <w:t>Hot spot analysis: Bird surveys</w:t>
            </w:r>
          </w:p>
        </w:tc>
        <w:tc>
          <w:tcPr>
            <w:tcW w:type="dxa" w:w="1440"/>
          </w:tcPr>
          <w:p>
            <w:r>
              <w:t>layer, Point</w:t>
            </w:r>
          </w:p>
        </w:tc>
        <w:tc>
          <w:tcPr>
            <w:tcW w:type="dxa" w:w="1440"/>
          </w:tcPr>
          <w:p>
            <w:r>
              <w:t>650</w:t>
            </w:r>
          </w:p>
        </w:tc>
        <w:tc>
          <w:tcPr>
            <w:tcW w:type="dxa" w:w="1440"/>
          </w:tcPr>
          <w:p>
            <w:r/>
          </w:p>
        </w:tc>
        <w:tc>
          <w:tcPr>
            <w:tcW w:type="dxa" w:w="1440"/>
          </w:tcPr>
          <w:p>
            <w:r/>
          </w:p>
        </w:tc>
        <w:tc>
          <w:tcPr>
            <w:tcW w:type="dxa" w:w="1440"/>
          </w:tcPr>
          <w:p>
            <w:r>
              <w:t>[90]</w:t>
            </w:r>
          </w:p>
        </w:tc>
      </w:tr>
      <w:tr>
        <w:tc>
          <w:tcPr>
            <w:tcW w:type="dxa" w:w="1440"/>
          </w:tcPr>
          <w:p>
            <w:r>
              <w:t>Calculate density: Bird surveys</w:t>
            </w:r>
          </w:p>
        </w:tc>
        <w:tc>
          <w:tcPr>
            <w:tcW w:type="dxa" w:w="1440"/>
          </w:tcPr>
          <w:p>
            <w:r>
              <w:t>layer, Polygon</w:t>
            </w:r>
          </w:p>
        </w:tc>
        <w:tc>
          <w:tcPr>
            <w:tcW w:type="dxa" w:w="1440"/>
          </w:tcPr>
          <w:p>
            <w:r>
              <w:t>699</w:t>
            </w:r>
          </w:p>
        </w:tc>
        <w:tc>
          <w:tcPr>
            <w:tcW w:type="dxa" w:w="1440"/>
          </w:tcPr>
          <w:p>
            <w:r/>
          </w:p>
        </w:tc>
        <w:tc>
          <w:tcPr>
            <w:tcW w:type="dxa" w:w="1440"/>
          </w:tcPr>
          <w:p>
            <w:r/>
          </w:p>
        </w:tc>
        <w:tc>
          <w:tcPr>
            <w:tcW w:type="dxa" w:w="1440"/>
          </w:tcPr>
          <w:p>
            <w:r>
              <w:t>[91]</w:t>
            </w:r>
          </w:p>
        </w:tc>
      </w:tr>
      <w:tr>
        <w:tc>
          <w:tcPr>
            <w:tcW w:type="dxa" w:w="1440"/>
          </w:tcPr>
          <w:p>
            <w:r>
              <w:t>Find point clusters: Bird surveys</w:t>
            </w:r>
          </w:p>
        </w:tc>
        <w:tc>
          <w:tcPr>
            <w:tcW w:type="dxa" w:w="1440"/>
          </w:tcPr>
          <w:p>
            <w:r>
              <w:t>layer, Point</w:t>
            </w:r>
          </w:p>
        </w:tc>
        <w:tc>
          <w:tcPr>
            <w:tcW w:type="dxa" w:w="1440"/>
          </w:tcPr>
          <w:p>
            <w:r>
              <w:t>650</w:t>
            </w:r>
          </w:p>
        </w:tc>
        <w:tc>
          <w:tcPr>
            <w:tcW w:type="dxa" w:w="1440"/>
          </w:tcPr>
          <w:p>
            <w:r/>
          </w:p>
        </w:tc>
        <w:tc>
          <w:tcPr>
            <w:tcW w:type="dxa" w:w="1440"/>
          </w:tcPr>
          <w:p>
            <w:r/>
          </w:p>
        </w:tc>
        <w:tc>
          <w:tcPr>
            <w:tcW w:type="dxa" w:w="1440"/>
          </w:tcPr>
          <w:p>
            <w:r>
              <w:t>[92]</w:t>
            </w:r>
          </w:p>
        </w:tc>
      </w:tr>
      <w:tr>
        <w:tc>
          <w:tcPr>
            <w:tcW w:type="dxa" w:w="1440"/>
          </w:tcPr>
          <w:p>
            <w:r>
              <w:t>Find point clusters: cluster hulls</w:t>
            </w:r>
          </w:p>
        </w:tc>
        <w:tc>
          <w:tcPr>
            <w:tcW w:type="dxa" w:w="1440"/>
          </w:tcPr>
          <w:p>
            <w:r>
              <w:t>layer, Polygon</w:t>
            </w:r>
          </w:p>
        </w:tc>
        <w:tc>
          <w:tcPr>
            <w:tcW w:type="dxa" w:w="1440"/>
          </w:tcPr>
          <w:p>
            <w:r>
              <w:t>1</w:t>
            </w:r>
          </w:p>
        </w:tc>
        <w:tc>
          <w:tcPr>
            <w:tcW w:type="dxa" w:w="1440"/>
          </w:tcPr>
          <w:p>
            <w:r/>
          </w:p>
        </w:tc>
        <w:tc>
          <w:tcPr>
            <w:tcW w:type="dxa" w:w="1440"/>
          </w:tcPr>
          <w:p>
            <w:r/>
          </w:p>
        </w:tc>
        <w:tc>
          <w:tcPr>
            <w:tcW w:type="dxa" w:w="1440"/>
          </w:tcPr>
          <w:p>
            <w:r>
              <w:t>[93]</w:t>
            </w:r>
          </w:p>
        </w:tc>
      </w:tr>
      <w:tr>
        <w:tc>
          <w:tcPr>
            <w:tcW w:type="dxa" w:w="1440"/>
          </w:tcPr>
          <w:p>
            <w:r>
              <w:t>Find outliers: Exclusion zones</w:t>
            </w:r>
          </w:p>
        </w:tc>
        <w:tc>
          <w:tcPr>
            <w:tcW w:type="dxa" w:w="1440"/>
          </w:tcPr>
          <w:p>
            <w:r>
              <w:t>layer, Polygon</w:t>
            </w:r>
          </w:p>
        </w:tc>
        <w:tc>
          <w:tcPr>
            <w:tcW w:type="dxa" w:w="1440"/>
          </w:tcPr>
          <w:p>
            <w:r>
              <w:t>8</w:t>
            </w:r>
          </w:p>
        </w:tc>
        <w:tc>
          <w:tcPr>
            <w:tcW w:type="dxa" w:w="1440"/>
          </w:tcPr>
          <w:p>
            <w:r/>
          </w:p>
        </w:tc>
        <w:tc>
          <w:tcPr>
            <w:tcW w:type="dxa" w:w="1440"/>
          </w:tcPr>
          <w:p>
            <w:r/>
          </w:p>
        </w:tc>
        <w:tc>
          <w:tcPr>
            <w:tcW w:type="dxa" w:w="1440"/>
          </w:tcPr>
          <w:p>
            <w:r>
              <w:t>[94]</w:t>
            </w:r>
          </w:p>
        </w:tc>
      </w:tr>
      <w:tr>
        <w:tc>
          <w:tcPr>
            <w:tcW w:type="dxa" w:w="1440"/>
          </w:tcPr>
          <w:p>
            <w:r>
              <w:t>Find outliers: Dust storms</w:t>
            </w:r>
          </w:p>
        </w:tc>
        <w:tc>
          <w:tcPr>
            <w:tcW w:type="dxa" w:w="1440"/>
          </w:tcPr>
          <w:p>
            <w:r>
              <w:t>layer, Polygon</w:t>
            </w:r>
          </w:p>
        </w:tc>
        <w:tc>
          <w:tcPr>
            <w:tcW w:type="dxa" w:w="1440"/>
          </w:tcPr>
          <w:p>
            <w:r>
              <w:t>14</w:t>
            </w:r>
          </w:p>
        </w:tc>
        <w:tc>
          <w:tcPr>
            <w:tcW w:type="dxa" w:w="1440"/>
          </w:tcPr>
          <w:p>
            <w:r/>
          </w:p>
        </w:tc>
        <w:tc>
          <w:tcPr>
            <w:tcW w:type="dxa" w:w="1440"/>
          </w:tcPr>
          <w:p>
            <w:r/>
          </w:p>
        </w:tc>
        <w:tc>
          <w:tcPr>
            <w:tcW w:type="dxa" w:w="1440"/>
          </w:tcPr>
          <w:p>
            <w:r>
              <w:t>[95]</w:t>
            </w:r>
          </w:p>
        </w:tc>
      </w:tr>
      <w:tr>
        <w:tc>
          <w:tcPr>
            <w:tcW w:type="dxa" w:w="1440"/>
          </w:tcPr>
          <w:p>
            <w:r>
              <w:t>Find outliers: Candidate sites</w:t>
            </w:r>
          </w:p>
        </w:tc>
        <w:tc>
          <w:tcPr>
            <w:tcW w:type="dxa" w:w="1440"/>
          </w:tcPr>
          <w:p>
            <w:r>
              <w:t>layer, Polygon</w:t>
            </w:r>
          </w:p>
        </w:tc>
        <w:tc>
          <w:tcPr>
            <w:tcW w:type="dxa" w:w="1440"/>
          </w:tcPr>
          <w:p>
            <w:r>
              <w:t>30</w:t>
            </w:r>
          </w:p>
        </w:tc>
        <w:tc>
          <w:tcPr>
            <w:tcW w:type="dxa" w:w="1440"/>
          </w:tcPr>
          <w:p>
            <w:r/>
          </w:p>
        </w:tc>
        <w:tc>
          <w:tcPr>
            <w:tcW w:type="dxa" w:w="1440"/>
          </w:tcPr>
          <w:p>
            <w:r/>
          </w:p>
        </w:tc>
        <w:tc>
          <w:tcPr>
            <w:tcW w:type="dxa" w:w="1440"/>
          </w:tcPr>
          <w:p>
            <w:r>
              <w:t>[96]</w:t>
            </w:r>
          </w:p>
        </w:tc>
      </w:tr>
    </w:tbl>
    <w:p/>
    <w:p>
      <w:pPr>
        <w:pStyle w:val="Heading1"/>
      </w:pPr>
      <w:r>
        <w:t>Timeline</w:t>
      </w:r>
    </w:p>
    <w:p>
      <w:pPr>
        <w:jc w:val="center"/>
      </w:pPr>
      <w:r>
        <w:drawing>
          <wp:inline xmlns:a="http://schemas.openxmlformats.org/drawingml/2006/main" xmlns:pic="http://schemas.openxmlformats.org/drawingml/2006/picture">
            <wp:extent cx="5486400" cy="3980688"/>
            <wp:docPr id="1" name="Picture 1"/>
            <wp:cNvGraphicFramePr>
              <a:graphicFrameLocks noChangeAspect="1"/>
            </wp:cNvGraphicFramePr>
            <a:graphic>
              <a:graphicData uri="http://schemas.openxmlformats.org/drawingml/2006/picture">
                <pic:pic>
                  <pic:nvPicPr>
                    <pic:cNvPr id="0" name="045.jpg"/>
                    <pic:cNvPicPr/>
                  </pic:nvPicPr>
                  <pic:blipFill>
                    <a:blip r:embed="rId9"/>
                    <a:stretch>
                      <a:fillRect/>
                    </a:stretch>
                  </pic:blipFill>
                  <pic:spPr>
                    <a:xfrm>
                      <a:off x="0" y="0"/>
                      <a:ext cx="5486400" cy="3980688"/>
                    </a:xfrm>
                    <a:prstGeom prst="rect"/>
                  </pic:spPr>
                </pic:pic>
              </a:graphicData>
            </a:graphic>
          </wp:inline>
        </w:drawing>
      </w:r>
    </w:p>
    <w:p>
      <w:r>
        <w:rPr>
          <w:i/>
          <w:color w:val="525252"/>
          <w:sz w:val="17"/>
        </w:rPr>
        <w:t>Figure 1. Timeline: events per month by dataset [1]. Per month, 2024-02-01 to 2026-05-01. Source: Bird surveys, Dust storms, Site irradiance by month (1,024 features). The data is in the appendix.</w:t>
      </w:r>
    </w:p>
    <w:p>
      <w:r>
        <w:rPr>
          <w:i w:val="0"/>
        </w:rPr>
        <w:t>The timeline counts 1,024 dated events in Bird surveys, Dust storms, Site irradiance by month per month, from February 2024 to May 2026 [1][2][3][4]. By dataset: Bird surveys 650; Site irradiance by month 360; Dust storms 14 [1]. The trend is +2.59 events per month; the second half of the months has 823 against 201 in the first (+309.4%) [1]. 5 of the 28 months had no events [1].</w:t>
      </w:r>
    </w:p>
    <w:p>
      <w:r>
        <w:rPr>
          <w:b/>
        </w:rPr>
        <w:t>Busiest months</w:t>
      </w:r>
    </w:p>
    <w:p>
      <w:pPr>
        <w:pStyle w:val="ListBullet"/>
      </w:pPr>
      <w:r>
        <w:t>March 2025: 133 events [1]</w:t>
      </w:r>
    </w:p>
    <w:p>
      <w:pPr>
        <w:pStyle w:val="ListBullet"/>
      </w:pPr>
      <w:r>
        <w:t>April 2025: 115 events [1]</w:t>
      </w:r>
    </w:p>
    <w:p>
      <w:pPr>
        <w:pStyle w:val="ListBullet"/>
      </w:pPr>
      <w:r>
        <w:t>October 2025: 105 events [1]</w:t>
      </w:r>
    </w:p>
    <w:p>
      <w:r>
        <w:rPr>
          <w:b/>
        </w:rPr>
        <w:t>Quietest months with events</w:t>
      </w:r>
    </w:p>
    <w:p>
      <w:pPr>
        <w:pStyle w:val="ListBullet"/>
      </w:pPr>
      <w:r>
        <w:t>February 2024: 1 event [1]</w:t>
      </w:r>
    </w:p>
    <w:p>
      <w:pPr>
        <w:pStyle w:val="ListBullet"/>
      </w:pPr>
      <w:r>
        <w:t>March 2024: 1 event [1]</w:t>
      </w:r>
    </w:p>
    <w:p>
      <w:pPr>
        <w:pStyle w:val="ListBullet"/>
      </w:pPr>
      <w:r>
        <w:t>May 2024: 1 event [1]</w:t>
      </w:r>
    </w:p>
    <w:p>
      <w:pPr>
        <w:pStyle w:val="Heading1"/>
      </w:pPr>
      <w:r>
        <w:t>Summarize within</w:t>
      </w:r>
    </w:p>
    <w:p>
      <w:r>
        <w:rPr>
          <w:b/>
        </w:rPr>
        <w:t xml:space="preserve">What this analysis is. </w:t>
      </w:r>
      <w:r>
        <w:rPr>
          <w:i w:val="0"/>
        </w:rPr>
        <w:t>Summarize within: Count and aggregate the features inside each polygon (or bin), proportionally for lines and polygons [5]. In ArcGIS it is Summarize Within or Aggregate Points; in QGIS, native:countpointsinpolygon or native:sumlinelengths [5].</w:t>
      </w:r>
    </w:p>
    <w:p>
      <w:r>
        <w:rPr>
          <w:b/>
        </w:rPr>
        <w:t xml:space="preserve">Why it was run on this data. </w:t>
      </w:r>
      <w:r>
        <w:rPr>
          <w:i w:val="0"/>
        </w:rPr>
        <w:t>Count Met masts inside each feature of Exclusion zones; the counts map as a choropleth (natural breaks, sequential colors) [6].</w:t>
      </w:r>
    </w:p>
    <w:p>
      <w:r>
        <w:rPr>
          <w:b/>
        </w:rPr>
        <w:t xml:space="preserve">What it found. </w:t>
      </w:r>
      <w:r>
        <w:rPr>
          <w:i w:val="0"/>
        </w:rPr>
        <w:t>Summarize within on Met masts, Exclusion zones: Summarize within: 1 layer saved: Summarize within: Exclusion zones (8 features) [7][8][9]. It reported result, count 8; result, elapsed ms 3; billing, cost 0.01024; billing, list price 0.01024; billing, upstream cost 0 [7].</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8</w:t>
            </w:r>
          </w:p>
        </w:tc>
      </w:tr>
      <w:tr>
        <w:tc>
          <w:tcPr>
            <w:tcW w:type="dxa" w:w="4320"/>
          </w:tcPr>
          <w:p>
            <w:r>
              <w:t>result, elapsed ms</w:t>
            </w:r>
          </w:p>
        </w:tc>
        <w:tc>
          <w:tcPr>
            <w:tcW w:type="dxa" w:w="4320"/>
          </w:tcPr>
          <w:p>
            <w:r>
              <w:t>3</w:t>
            </w:r>
          </w:p>
        </w:tc>
      </w:tr>
      <w:tr>
        <w:tc>
          <w:tcPr>
            <w:tcW w:type="dxa" w:w="4320"/>
          </w:tcPr>
          <w:p>
            <w:r>
              <w:t>billing, cost</w:t>
            </w:r>
          </w:p>
        </w:tc>
        <w:tc>
          <w:tcPr>
            <w:tcW w:type="dxa" w:w="4320"/>
          </w:tcPr>
          <w:p>
            <w:r>
              <w:t>0.01024</w:t>
            </w:r>
          </w:p>
        </w:tc>
      </w:tr>
      <w:tr>
        <w:tc>
          <w:tcPr>
            <w:tcW w:type="dxa" w:w="4320"/>
          </w:tcPr>
          <w:p>
            <w:r>
              <w:t>billing, list price</w:t>
            </w:r>
          </w:p>
        </w:tc>
        <w:tc>
          <w:tcPr>
            <w:tcW w:type="dxa" w:w="4320"/>
          </w:tcPr>
          <w:p>
            <w:r>
              <w:t>0.01024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Met masts, Exclusion zones: Summarize within: 1 layer saved: Summarize within: Exclusion zones (8 features) [7][8][9].</w:t>
      </w:r>
    </w:p>
    <w:p>
      <w:pPr>
        <w:pStyle w:val="ListBullet"/>
      </w:pPr>
      <w:r>
        <w:rPr>
          <w:b/>
        </w:rPr>
        <w:t xml:space="preserve">Evidenced: </w:t>
      </w:r>
      <w:r>
        <w:t>It reported result, count 8; result, elapsed ms 3; billing, cost 0.01024; billing, list price 0.01024; billing, upstream cost 0 [7].</w:t>
      </w:r>
    </w:p>
    <w:p>
      <w:r>
        <w:rPr>
          <w:i/>
          <w:color w:val="525252"/>
          <w:sz w:val="17"/>
        </w:rPr>
        <w:t>Tool gp_summarize_within; parameters {"stats": [], "project": "8e181d65-6b3c-4526-9cff-cfc25a7f3e07", "features": {"layer": "Met masts (46ca6de8)"}, "polygons": {"layer": "Exclusion zones (f76641f5)"}}</w:t>
      </w:r>
    </w:p>
    <w:p>
      <w:pPr>
        <w:pStyle w:val="Heading1"/>
      </w:pPr>
      <w:r>
        <w:t>Summarize within</w:t>
      </w:r>
    </w:p>
    <w:p>
      <w:r>
        <w:rPr>
          <w:b/>
        </w:rPr>
        <w:t xml:space="preserve">What this analysis is. </w:t>
      </w:r>
      <w:r>
        <w:rPr>
          <w:i w:val="0"/>
        </w:rPr>
        <w:t>Summarize within: Count and aggregate the features inside each polygon (or bin), proportionally for lines and polygons [5]. In ArcGIS it is Summarize Within or Aggregate Points; in QGIS, native:countpointsinpolygon or native:sumlinelengths [5].</w:t>
      </w:r>
    </w:p>
    <w:p>
      <w:r>
        <w:rPr>
          <w:b/>
        </w:rPr>
        <w:t xml:space="preserve">Why it was run on this data. </w:t>
      </w:r>
      <w:r>
        <w:rPr>
          <w:i w:val="0"/>
        </w:rPr>
        <w:t>Count Met masts inside each feature of Exclusion zones; the counts map as a choropleth (natural breaks, sequential colors) [6].</w:t>
      </w:r>
    </w:p>
    <w:p>
      <w:r>
        <w:rPr>
          <w:b/>
        </w:rPr>
        <w:t xml:space="preserve">What it found. </w:t>
      </w:r>
      <w:r>
        <w:rPr>
          <w:i w:val="0"/>
        </w:rPr>
        <w:t>Summarize within on Substations, Exclusion zones: Summarize within: 1 layer saved: Summarize within: Exclusion zones (8 features) [9][10][11]. It reported result, count 8; result, elapsed ms 3; billing, cost 0.01028; billing, list price 0.01028; billing, upstream cost 0 [10].</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8</w:t>
            </w:r>
          </w:p>
        </w:tc>
      </w:tr>
      <w:tr>
        <w:tc>
          <w:tcPr>
            <w:tcW w:type="dxa" w:w="4320"/>
          </w:tcPr>
          <w:p>
            <w:r>
              <w:t>result, elapsed ms</w:t>
            </w:r>
          </w:p>
        </w:tc>
        <w:tc>
          <w:tcPr>
            <w:tcW w:type="dxa" w:w="4320"/>
          </w:tcPr>
          <w:p>
            <w:r>
              <w:t>3</w:t>
            </w:r>
          </w:p>
        </w:tc>
      </w:tr>
      <w:tr>
        <w:tc>
          <w:tcPr>
            <w:tcW w:type="dxa" w:w="4320"/>
          </w:tcPr>
          <w:p>
            <w:r>
              <w:t>billing, cost</w:t>
            </w:r>
          </w:p>
        </w:tc>
        <w:tc>
          <w:tcPr>
            <w:tcW w:type="dxa" w:w="4320"/>
          </w:tcPr>
          <w:p>
            <w:r>
              <w:t>0.01028</w:t>
            </w:r>
          </w:p>
        </w:tc>
      </w:tr>
      <w:tr>
        <w:tc>
          <w:tcPr>
            <w:tcW w:type="dxa" w:w="4320"/>
          </w:tcPr>
          <w:p>
            <w:r>
              <w:t>billing, list price</w:t>
            </w:r>
          </w:p>
        </w:tc>
        <w:tc>
          <w:tcPr>
            <w:tcW w:type="dxa" w:w="4320"/>
          </w:tcPr>
          <w:p>
            <w:r>
              <w:t>0.01028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Substations, Exclusion zones: Summarize within: 1 layer saved: Summarize within: Exclusion zones (8 features) [9][10][11].</w:t>
      </w:r>
    </w:p>
    <w:p>
      <w:pPr>
        <w:pStyle w:val="ListBullet"/>
      </w:pPr>
      <w:r>
        <w:rPr>
          <w:b/>
        </w:rPr>
        <w:t xml:space="preserve">Evidenced: </w:t>
      </w:r>
      <w:r>
        <w:t>It reported result, count 8; result, elapsed ms 3; billing, cost 0.01028; billing, list price 0.01028; billing, upstream cost 0 [10].</w:t>
      </w:r>
    </w:p>
    <w:p>
      <w:r>
        <w:rPr>
          <w:i/>
          <w:color w:val="525252"/>
          <w:sz w:val="17"/>
        </w:rPr>
        <w:t>A model draft was discarded because a sentence did not cite a source of this section.</w:t>
      </w:r>
    </w:p>
    <w:p>
      <w:r>
        <w:rPr>
          <w:i/>
          <w:color w:val="525252"/>
          <w:sz w:val="17"/>
        </w:rPr>
        <w:t>Tool gp_summarize_within; parameters {"stats": [{"stat": "sum", "field": "voltage_kv"}], "project": "8e181d65-6b3c-4526-9cff-cfc25a7f3e07", "features": {"layer": "Substations (9024da37)"}, "polygons": {"layer": "Exclusion zones (f76641f5)"}}</w:t>
      </w:r>
    </w:p>
    <w:p>
      <w:pPr>
        <w:pStyle w:val="Heading1"/>
      </w:pPr>
      <w:r>
        <w:t>Summarize within</w:t>
      </w:r>
    </w:p>
    <w:p>
      <w:r>
        <w:rPr>
          <w:b/>
        </w:rPr>
        <w:t xml:space="preserve">What this analysis is. </w:t>
      </w:r>
      <w:r>
        <w:rPr>
          <w:i w:val="0"/>
        </w:rPr>
        <w:t>Summarize within: Count and aggregate the features inside each polygon (or bin), proportionally for lines and polygons [5]. In ArcGIS it is Summarize Within or Aggregate Points; in QGIS, native:countpointsinpolygon or native:sumlinelengths [5].</w:t>
      </w:r>
    </w:p>
    <w:p>
      <w:r>
        <w:rPr>
          <w:b/>
        </w:rPr>
        <w:t xml:space="preserve">Why it was run on this data. </w:t>
      </w:r>
      <w:r>
        <w:rPr>
          <w:i w:val="0"/>
        </w:rPr>
        <w:t>Count Met masts inside each feature of Exclusion zones; the counts map as a choropleth (natural breaks, sequential colors) [6].</w:t>
      </w:r>
    </w:p>
    <w:p>
      <w:r>
        <w:rPr>
          <w:b/>
        </w:rPr>
        <w:t xml:space="preserve">What it found. </w:t>
      </w:r>
      <w:r>
        <w:rPr>
          <w:i w:val="0"/>
        </w:rPr>
        <w:t>Summarize within on Bird surveys, Exclusion zones: Summarize within: 1 layer saved: Summarize within: Exclusion zones (8 features) [9][12][13]. It reported result, count 8; result, elapsed ms 5; billing, cost 0.02318; billing, list price 0.02318; billing, upstream cost 0 [12].</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8</w:t>
            </w:r>
          </w:p>
        </w:tc>
      </w:tr>
      <w:tr>
        <w:tc>
          <w:tcPr>
            <w:tcW w:type="dxa" w:w="4320"/>
          </w:tcPr>
          <w:p>
            <w:r>
              <w:t>result, elapsed ms</w:t>
            </w:r>
          </w:p>
        </w:tc>
        <w:tc>
          <w:tcPr>
            <w:tcW w:type="dxa" w:w="4320"/>
          </w:tcPr>
          <w:p>
            <w:r>
              <w:t>5</w:t>
            </w:r>
          </w:p>
        </w:tc>
      </w:tr>
      <w:tr>
        <w:tc>
          <w:tcPr>
            <w:tcW w:type="dxa" w:w="4320"/>
          </w:tcPr>
          <w:p>
            <w:r>
              <w:t>billing, cost</w:t>
            </w:r>
          </w:p>
        </w:tc>
        <w:tc>
          <w:tcPr>
            <w:tcW w:type="dxa" w:w="4320"/>
          </w:tcPr>
          <w:p>
            <w:r>
              <w:t>0.02318</w:t>
            </w:r>
          </w:p>
        </w:tc>
      </w:tr>
      <w:tr>
        <w:tc>
          <w:tcPr>
            <w:tcW w:type="dxa" w:w="4320"/>
          </w:tcPr>
          <w:p>
            <w:r>
              <w:t>billing, list price</w:t>
            </w:r>
          </w:p>
        </w:tc>
        <w:tc>
          <w:tcPr>
            <w:tcW w:type="dxa" w:w="4320"/>
          </w:tcPr>
          <w:p>
            <w:r>
              <w:t>0.02318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Bird surveys, Exclusion zones: Summarize within: 1 layer saved: Summarize within: Exclusion zones (8 features) [9][12][13].</w:t>
      </w:r>
    </w:p>
    <w:p>
      <w:pPr>
        <w:pStyle w:val="ListBullet"/>
      </w:pPr>
      <w:r>
        <w:rPr>
          <w:b/>
        </w:rPr>
        <w:t xml:space="preserve">Evidenced: </w:t>
      </w:r>
      <w:r>
        <w:t>It reported result, count 8; result, elapsed ms 5; billing, cost 0.02318; billing, list price 0.02318; billing, upstream cost 0 [12].</w:t>
      </w:r>
    </w:p>
    <w:p>
      <w:r>
        <w:rPr>
          <w:i/>
          <w:color w:val="525252"/>
          <w:sz w:val="17"/>
        </w:rPr>
        <w:t>Tool gp_summarize_within; parameters {"stats": [{"stat": "sum", "field": "count"}], "project": "8e181d65-6b3c-4526-9cff-cfc25a7f3e07", "features": {"layer": "Bird surveys (a5b49489)"}, "group_by": "species", "polygons": {"layer": "Exclusion zones (f76641f5)"}}</w:t>
      </w:r>
    </w:p>
    <w:p>
      <w:pPr>
        <w:pStyle w:val="Heading1"/>
      </w:pPr>
      <w:r>
        <w:t>Zonal statistics</w:t>
      </w:r>
    </w:p>
    <w:p>
      <w:r>
        <w:rPr>
          <w:b/>
        </w:rPr>
        <w:t xml:space="preserve">What this analysis is. </w:t>
      </w:r>
      <w:r>
        <w:rPr>
          <w:i w:val="0"/>
        </w:rPr>
        <w:t>Zonal statistics: count/min/max/mean/std/sum/median/majority per polygon as a table and as GeoJSON [14]. In ArcGIS it is Zonal Statistics as Table (polygons) [14].</w:t>
      </w:r>
    </w:p>
    <w:p>
      <w:r>
        <w:rPr>
          <w:b/>
        </w:rPr>
        <w:t xml:space="preserve">Why it was run on this data. </w:t>
      </w:r>
      <w:r>
        <w:rPr>
          <w:i w:val="0"/>
        </w:rPr>
        <w:t>Statistics of Plateau terrain model (DEM) inside each feature of Exclusion zones [15].</w:t>
      </w:r>
    </w:p>
    <w:p>
      <w:r>
        <w:rPr>
          <w:b/>
        </w:rPr>
        <w:t xml:space="preserve">What it found. </w:t>
      </w:r>
      <w:r>
        <w:rPr>
          <w:i w:val="0"/>
        </w:rPr>
        <w:t>The zonal statistics analysis was performed using the tool rs_zonal_statistics [16]. The tool summary indicated that Zonal statistics produced 8 row(s) [16]. Additionally, the process analyzed 8 zones [16].</w:t>
      </w:r>
    </w:p>
    <w:p>
      <w:r>
        <w:rPr>
          <w:b/>
        </w:rPr>
        <w:t>Findings</w:t>
      </w:r>
    </w:p>
    <w:p>
      <w:pPr>
        <w:pStyle w:val="ListBullet"/>
      </w:pPr>
      <w:r>
        <w:rPr>
          <w:b/>
        </w:rPr>
        <w:t xml:space="preserve">Evidenced: </w:t>
      </w:r>
      <w:r>
        <w:t>Zonal statistics: Zonal statistics: 8 row(s) [16].</w:t>
      </w:r>
    </w:p>
    <w:p>
      <w:pPr>
        <w:pStyle w:val="ListBullet"/>
      </w:pPr>
      <w:r>
        <w:rPr>
          <w:b/>
        </w:rPr>
        <w:t xml:space="preserve">Evidenced: </w:t>
      </w:r>
      <w:r>
        <w:t>zones 8 [16].</w:t>
      </w:r>
    </w:p>
    <w:p>
      <w:r>
        <w:rPr>
          <w:i/>
          <w:color w:val="525252"/>
          <w:sz w:val="17"/>
        </w:rPr>
        <w:t>Tool rs_zonal_statistics; parameters {"stats": ["mean", "min", "max", "std"], "zones": "Exclusion zones (f76641f5)", "raster_id": "Plateau terrain model (DEM) (918994c5)"}</w:t>
      </w:r>
    </w:p>
    <w:p>
      <w:pPr>
        <w:pStyle w:val="Heading1"/>
      </w:pPr>
      <w:r>
        <w:t>Zonal statistics</w:t>
      </w:r>
    </w:p>
    <w:p>
      <w:r>
        <w:rPr>
          <w:b/>
        </w:rPr>
        <w:t xml:space="preserve">What this analysis is. </w:t>
      </w:r>
      <w:r>
        <w:rPr>
          <w:i w:val="0"/>
        </w:rPr>
        <w:t>Zonal statistics: count/min/max/mean/std/sum/median/majority per polygon as a table and as GeoJSON [14]. In ArcGIS it is Zonal Statistics as Table (polygons) [14].</w:t>
      </w:r>
    </w:p>
    <w:p>
      <w:r>
        <w:rPr>
          <w:b/>
        </w:rPr>
        <w:t xml:space="preserve">Why it was run on this data. </w:t>
      </w:r>
      <w:r>
        <w:rPr>
          <w:i w:val="0"/>
        </w:rPr>
        <w:t>Statistics of Plateau terrain model (DEM) inside each feature of Exclusion zones [15].</w:t>
      </w:r>
    </w:p>
    <w:p>
      <w:r>
        <w:rPr>
          <w:b/>
        </w:rPr>
        <w:t xml:space="preserve">What it found. </w:t>
      </w:r>
      <w:r>
        <w:rPr>
          <w:i w:val="0"/>
        </w:rPr>
        <w:t>The tool rs_zonal_statistics processed 14 row(s) [17]. This tool involved 14 zones [17].</w:t>
      </w:r>
    </w:p>
    <w:p>
      <w:r>
        <w:rPr>
          <w:b/>
        </w:rPr>
        <w:t>Findings</w:t>
      </w:r>
    </w:p>
    <w:p>
      <w:pPr>
        <w:pStyle w:val="ListBullet"/>
      </w:pPr>
      <w:r>
        <w:rPr>
          <w:b/>
        </w:rPr>
        <w:t xml:space="preserve">Evidenced: </w:t>
      </w:r>
      <w:r>
        <w:t>Zonal statistics: Zonal statistics: 14 row(s) [17].</w:t>
      </w:r>
    </w:p>
    <w:p>
      <w:pPr>
        <w:pStyle w:val="ListBullet"/>
      </w:pPr>
      <w:r>
        <w:rPr>
          <w:b/>
        </w:rPr>
        <w:t xml:space="preserve">Evidenced: </w:t>
      </w:r>
      <w:r>
        <w:t>zones 14 [17].</w:t>
      </w:r>
    </w:p>
    <w:p>
      <w:r>
        <w:rPr>
          <w:i/>
          <w:color w:val="525252"/>
          <w:sz w:val="17"/>
        </w:rPr>
        <w:t>Tool rs_zonal_statistics; parameters {"stats": ["mean", "min", "max", "std"], "zones": "Dust storms (aeb5849f)", "raster_id": "Plateau terrain model (DEM) (918994c5)"}</w:t>
      </w:r>
    </w:p>
    <w:p>
      <w:pPr>
        <w:pStyle w:val="Heading1"/>
      </w:pPr>
      <w:r>
        <w:t>Zonal statistics</w:t>
      </w:r>
    </w:p>
    <w:p>
      <w:r>
        <w:rPr>
          <w:b/>
        </w:rPr>
        <w:t xml:space="preserve">What this analysis is. </w:t>
      </w:r>
      <w:r>
        <w:rPr>
          <w:i w:val="0"/>
        </w:rPr>
        <w:t>Zonal statistics: count/min/max/mean/std/sum/median/majority per polygon as a table and as GeoJSON [14]. In ArcGIS it is Zonal Statistics as Table (polygons) [14].</w:t>
      </w:r>
    </w:p>
    <w:p>
      <w:r>
        <w:rPr>
          <w:b/>
        </w:rPr>
        <w:t xml:space="preserve">Why it was run on this data. </w:t>
      </w:r>
      <w:r>
        <w:rPr>
          <w:i w:val="0"/>
        </w:rPr>
        <w:t>Statistics of Plateau terrain model (DEM) inside each feature of Exclusion zones [15].</w:t>
      </w:r>
    </w:p>
    <w:p>
      <w:r>
        <w:rPr>
          <w:b/>
        </w:rPr>
        <w:t xml:space="preserve">What it found. </w:t>
      </w:r>
      <w:r>
        <w:rPr>
          <w:i w:val="0"/>
        </w:rPr>
        <w:t>The Zonal statistics analysis used the tool rs_zonal_statistics [18]. The resulting data structure contains 30 row(s) spanning 30 zones [18].</w:t>
      </w:r>
    </w:p>
    <w:p>
      <w:r>
        <w:rPr>
          <w:b/>
        </w:rPr>
        <w:t>Findings</w:t>
      </w:r>
    </w:p>
    <w:p>
      <w:pPr>
        <w:pStyle w:val="ListBullet"/>
      </w:pPr>
      <w:r>
        <w:rPr>
          <w:b/>
        </w:rPr>
        <w:t xml:space="preserve">Evidenced: </w:t>
      </w:r>
      <w:r>
        <w:t>Zonal statistics: Zonal statistics: 30 row(s) [18].</w:t>
      </w:r>
    </w:p>
    <w:p>
      <w:pPr>
        <w:pStyle w:val="ListBullet"/>
      </w:pPr>
      <w:r>
        <w:rPr>
          <w:b/>
        </w:rPr>
        <w:t xml:space="preserve">Evidenced: </w:t>
      </w:r>
      <w:r>
        <w:t>zones 30 [18].</w:t>
      </w:r>
    </w:p>
    <w:p>
      <w:r>
        <w:rPr>
          <w:i/>
          <w:color w:val="525252"/>
          <w:sz w:val="17"/>
        </w:rPr>
        <w:t>Tool rs_zonal_statistics; parameters {"stats": ["mean", "min", "max", "std"], "zones": "Candidate sites (d70250d1)", "raster_id": "Plateau terrain model (DEM) (918994c5)"}</w:t>
      </w:r>
    </w:p>
    <w:p>
      <w:pPr>
        <w:pStyle w:val="Heading1"/>
      </w:pPr>
      <w:r>
        <w:t>Space time hot spots</w:t>
      </w:r>
    </w:p>
    <w:p>
      <w:r>
        <w:rPr>
          <w:b/>
        </w:rPr>
        <w:t xml:space="preserve">What this analysis is. </w:t>
      </w:r>
      <w:r>
        <w:rPr>
          <w:i w:val="0"/>
        </w:rPr>
        <w:t>Emerging hot spots: Where hot spots are new, consecutive, intensifying, persistent, diminishing, sporadic, oscillating or historical over time [19]. In ArcGIS it is Emerging Hot Spot Analysis or Create Space Time Cube [19].</w:t>
      </w:r>
    </w:p>
    <w:p>
      <w:r>
        <w:rPr>
          <w:b/>
        </w:rPr>
        <w:t xml:space="preserve">Why it was run on this data. </w:t>
      </w:r>
      <w:r>
        <w:rPr>
          <w:i w:val="0"/>
        </w:rPr>
        <w:t>Bird surveys carry dates in 'observed_at': emerging hot spot analysis finds new, intensifying and fading hot spots per month [20].</w:t>
      </w:r>
    </w:p>
    <w:p>
      <w:r>
        <w:rPr>
          <w:b/>
        </w:rPr>
        <w:t xml:space="preserve">What it found. </w:t>
      </w:r>
      <w:r>
        <w:rPr>
          <w:i w:val="0"/>
        </w:rPr>
        <w:t>Space time hot spots on Bird surveys: Emerging hot spots: 1 layer saved: Emerging hot spots: Bird surveys (156 features) [13][21]. It reported result, count 156; result, elapsed ms 22; result, resolution 8; result, features used 650; result, time neighbors 0; billing, cost 0.1325 [21].</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156</w:t>
            </w:r>
          </w:p>
        </w:tc>
      </w:tr>
      <w:tr>
        <w:tc>
          <w:tcPr>
            <w:tcW w:type="dxa" w:w="4320"/>
          </w:tcPr>
          <w:p>
            <w:r>
              <w:t>result, elapsed ms</w:t>
            </w:r>
          </w:p>
        </w:tc>
        <w:tc>
          <w:tcPr>
            <w:tcW w:type="dxa" w:w="4320"/>
          </w:tcPr>
          <w:p>
            <w:r>
              <w:t>22</w:t>
            </w:r>
          </w:p>
        </w:tc>
      </w:tr>
      <w:tr>
        <w:tc>
          <w:tcPr>
            <w:tcW w:type="dxa" w:w="4320"/>
          </w:tcPr>
          <w:p>
            <w:r>
              <w:t>result, resolution</w:t>
            </w:r>
          </w:p>
        </w:tc>
        <w:tc>
          <w:tcPr>
            <w:tcW w:type="dxa" w:w="4320"/>
          </w:tcPr>
          <w:p>
            <w:r>
              <w:t>8</w:t>
            </w:r>
          </w:p>
        </w:tc>
      </w:tr>
      <w:tr>
        <w:tc>
          <w:tcPr>
            <w:tcW w:type="dxa" w:w="4320"/>
          </w:tcPr>
          <w:p>
            <w:r>
              <w:t>result, features used</w:t>
            </w:r>
          </w:p>
        </w:tc>
        <w:tc>
          <w:tcPr>
            <w:tcW w:type="dxa" w:w="4320"/>
          </w:tcPr>
          <w:p>
            <w:r>
              <w:t>650</w:t>
            </w:r>
          </w:p>
        </w:tc>
      </w:tr>
      <w:tr>
        <w:tc>
          <w:tcPr>
            <w:tcW w:type="dxa" w:w="4320"/>
          </w:tcPr>
          <w:p>
            <w:r>
              <w:t>result, time neighbors</w:t>
            </w:r>
          </w:p>
        </w:tc>
        <w:tc>
          <w:tcPr>
            <w:tcW w:type="dxa" w:w="4320"/>
          </w:tcPr>
          <w:p>
            <w:r>
              <w:t>0</w:t>
            </w:r>
          </w:p>
        </w:tc>
      </w:tr>
      <w:tr>
        <w:tc>
          <w:tcPr>
            <w:tcW w:type="dxa" w:w="4320"/>
          </w:tcPr>
          <w:p>
            <w:r>
              <w:t>billing, cost</w:t>
            </w:r>
          </w:p>
        </w:tc>
        <w:tc>
          <w:tcPr>
            <w:tcW w:type="dxa" w:w="4320"/>
          </w:tcPr>
          <w:p>
            <w:r>
              <w:t>0.1325</w:t>
            </w:r>
          </w:p>
        </w:tc>
      </w:tr>
      <w:tr>
        <w:tc>
          <w:tcPr>
            <w:tcW w:type="dxa" w:w="4320"/>
          </w:tcPr>
          <w:p>
            <w:r>
              <w:t>billing, list price</w:t>
            </w:r>
          </w:p>
        </w:tc>
        <w:tc>
          <w:tcPr>
            <w:tcW w:type="dxa" w:w="4320"/>
          </w:tcPr>
          <w:p>
            <w:r>
              <w:t>0.1325</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Space time hot spots on Bird surveys: Emerging hot spots: 1 layer saved: Emerging hot spots: Bird surveys (156 features) [13][21].</w:t>
      </w:r>
    </w:p>
    <w:p>
      <w:pPr>
        <w:pStyle w:val="ListBullet"/>
      </w:pPr>
      <w:r>
        <w:rPr>
          <w:b/>
        </w:rPr>
        <w:t xml:space="preserve">Evidenced: </w:t>
      </w:r>
      <w:r>
        <w:t>It reported result, count 156; result, elapsed ms 22; result, resolution 8; result, features used 650; result, time neighbors 0; billing, cost 0.1325 [21].</w:t>
      </w:r>
    </w:p>
    <w:p>
      <w:r>
        <w:rPr>
          <w:i/>
          <w:color w:val="525252"/>
          <w:sz w:val="17"/>
        </w:rPr>
        <w:t>A model draft was discarded because a sentence did not cite a source of this section.</w:t>
      </w:r>
    </w:p>
    <w:p>
      <w:r>
        <w:rPr>
          <w:i/>
          <w:color w:val="525252"/>
          <w:sz w:val="17"/>
        </w:rPr>
        <w:t>Tool gp_space_time_hot_spots; parameters {"agg": "sum", "project": "8e181d65-6b3c-4526-9cff-cfc25a7f3e07", "features": {"layer": "Bird surveys (a5b49489)"}, "interval": "month", "bin_shape": "h3", "resolution": 8, "time_field": "observed_at", "value_field": "count"}</w:t>
      </w:r>
    </w:p>
    <w:p>
      <w:pPr>
        <w:pStyle w:val="Heading1"/>
      </w:pPr>
      <w:r>
        <w:t>Hot spots</w:t>
      </w:r>
    </w:p>
    <w:p>
      <w:r>
        <w:rPr>
          <w:b/>
        </w:rPr>
        <w:t xml:space="preserve">What this analysis is. </w:t>
      </w:r>
      <w:r>
        <w:rPr>
          <w:i w:val="0"/>
        </w:rPr>
        <w:t>Hot spot analysis: Getis-Ord Gi* hot and cold spots with z-scores, p-values and confidence bins [22]. In ArcGIS it is Find Hot Spots or Hot Spot Analysis (Getis-Ord Gi*); in QGIS, qgis:hotspot (plugin) [22].</w:t>
      </w:r>
    </w:p>
    <w:p>
      <w:r>
        <w:rPr>
          <w:b/>
        </w:rPr>
        <w:t xml:space="preserve">Why it was run on this data. </w:t>
      </w:r>
      <w:r>
        <w:rPr>
          <w:i w:val="0"/>
        </w:rPr>
        <w:t>650 points: Getis-Ord Gi* tests whether the concentrations in Bird surveys are statistically significant [23].</w:t>
      </w:r>
    </w:p>
    <w:p>
      <w:r>
        <w:rPr>
          <w:b/>
        </w:rPr>
        <w:t xml:space="preserve">What it found. </w:t>
      </w:r>
      <w:r>
        <w:rPr>
          <w:i w:val="0"/>
        </w:rPr>
        <w:t>The hot spot analysis utilized the Bird surveys layer [13] and resulted in 650 features [</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650</w:t>
            </w:r>
          </w:p>
        </w:tc>
      </w:tr>
      <w:tr>
        <w:tc>
          <w:tcPr>
            <w:tcW w:type="dxa" w:w="4320"/>
          </w:tcPr>
          <w:p>
            <w:r>
              <w:t>result, elapsed ms</w:t>
            </w:r>
          </w:p>
        </w:tc>
        <w:tc>
          <w:tcPr>
            <w:tcW w:type="dxa" w:w="4320"/>
          </w:tcPr>
          <w:p>
            <w:r>
              <w:t>13</w:t>
            </w:r>
          </w:p>
        </w:tc>
      </w:tr>
      <w:tr>
        <w:tc>
          <w:tcPr>
            <w:tcW w:type="dxa" w:w="4320"/>
          </w:tcPr>
          <w:p>
            <w:r>
              <w:t>result, excluded null</w:t>
            </w:r>
          </w:p>
        </w:tc>
        <w:tc>
          <w:tcPr>
            <w:tcW w:type="dxa" w:w="4320"/>
          </w:tcPr>
          <w:p>
            <w:r>
              <w:t>0</w:t>
            </w:r>
          </w:p>
        </w:tc>
      </w:tr>
      <w:tr>
        <w:tc>
          <w:tcPr>
            <w:tcW w:type="dxa" w:w="4320"/>
          </w:tcPr>
          <w:p>
            <w:r>
              <w:t>result, distance band m</w:t>
            </w:r>
          </w:p>
        </w:tc>
        <w:tc>
          <w:tcPr>
            <w:tcW w:type="dxa" w:w="4320"/>
          </w:tcPr>
          <w:p>
            <w:r>
              <w:t>1,000</w:t>
            </w:r>
          </w:p>
        </w:tc>
      </w:tr>
      <w:tr>
        <w:tc>
          <w:tcPr>
            <w:tcW w:type="dxa" w:w="4320"/>
          </w:tcPr>
          <w:p>
            <w:r>
              <w:t>billing, cost</w:t>
            </w:r>
          </w:p>
        </w:tc>
        <w:tc>
          <w:tcPr>
            <w:tcW w:type="dxa" w:w="4320"/>
          </w:tcPr>
          <w:p>
            <w:r>
              <w:t>0.063</w:t>
            </w:r>
          </w:p>
        </w:tc>
      </w:tr>
      <w:tr>
        <w:tc>
          <w:tcPr>
            <w:tcW w:type="dxa" w:w="4320"/>
          </w:tcPr>
          <w:p>
            <w:r>
              <w:t>billing, list price</w:t>
            </w:r>
          </w:p>
        </w:tc>
        <w:tc>
          <w:tcPr>
            <w:tcW w:type="dxa" w:w="4320"/>
          </w:tcPr>
          <w:p>
            <w:r>
              <w:t>0.063</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Bird surveys: Hot spot analysis: 1 layer saved: Hot spot analysis: Bird surveys (650 features) [13][24].</w:t>
      </w:r>
    </w:p>
    <w:p>
      <w:pPr>
        <w:pStyle w:val="ListBullet"/>
      </w:pPr>
      <w:r>
        <w:rPr>
          <w:b/>
        </w:rPr>
        <w:t xml:space="preserve">Evidenced: </w:t>
      </w:r>
      <w:r>
        <w:t>It reported result, count 650; result, elapsed ms 13; result, excluded null 0; result, distance band m 1,000; billing, cost 0.063; billing, list price 0.063 [24].</w:t>
      </w:r>
    </w:p>
    <w:p>
      <w:r>
        <w:rPr>
          <w:i/>
          <w:color w:val="525252"/>
          <w:sz w:val="17"/>
        </w:rPr>
        <w:t>Tool gp_hot_spots; parameters {"field": "count", "project": "8e181d65-6b3c-4526-9cff-cfc25a7f3e07", "features": {"layer": "Bird surveys (a5b49489)"}, "aggregation": "hexagon", "cell_size_m": 1000.0, "distance_band_m": 1000.0}</w:t>
      </w:r>
    </w:p>
    <w:p>
      <w:pPr>
        <w:pStyle w:val="Heading1"/>
      </w:pPr>
      <w:r>
        <w:t>Calculate density</w:t>
      </w:r>
    </w:p>
    <w:p>
      <w:r>
        <w:rPr>
          <w:b/>
        </w:rPr>
        <w:t xml:space="preserve">What this analysis is. </w:t>
      </w:r>
      <w:r>
        <w:rPr>
          <w:i w:val="0"/>
        </w:rPr>
        <w:t>Calculate density: Kernel density per square kilometer on a grid [25]. In ArcGIS it is Calculate Density or Kernel Density; in QGIS, native:heatmapkerneldensityestimation [25].</w:t>
      </w:r>
    </w:p>
    <w:p>
      <w:r>
        <w:rPr>
          <w:b/>
        </w:rPr>
        <w:t xml:space="preserve">Why it was run on this data. </w:t>
      </w:r>
      <w:r>
        <w:rPr>
          <w:i w:val="0"/>
        </w:rPr>
        <w:t>650 points in Bird surveys: a density surface shows where they concentrate [26].</w:t>
      </w:r>
    </w:p>
    <w:p>
      <w:r>
        <w:rPr>
          <w:b/>
        </w:rPr>
        <w:t xml:space="preserve">What it found. </w:t>
      </w:r>
      <w:r>
        <w:rPr>
          <w:i w:val="0"/>
        </w:rPr>
        <w:t>The density calculation tool was run on the Bird surveys layer [27], yielding 699 features [27]. The resulting density data showed a maximum of 194.2 per km² [27]. Key parameters for the calculation included a bandwidth of 1,000 m and a cell size of 500 m [27]. The cost associated with this operation was 0.063 [27].</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699</w:t>
            </w:r>
          </w:p>
        </w:tc>
      </w:tr>
      <w:tr>
        <w:tc>
          <w:tcPr>
            <w:tcW w:type="dxa" w:w="4320"/>
          </w:tcPr>
          <w:p>
            <w:r>
              <w:t>result, elapsed ms</w:t>
            </w:r>
          </w:p>
        </w:tc>
        <w:tc>
          <w:tcPr>
            <w:tcW w:type="dxa" w:w="4320"/>
          </w:tcPr>
          <w:p>
            <w:r>
              <w:t>21</w:t>
            </w:r>
          </w:p>
        </w:tc>
      </w:tr>
      <w:tr>
        <w:tc>
          <w:tcPr>
            <w:tcW w:type="dxa" w:w="4320"/>
          </w:tcPr>
          <w:p>
            <w:r>
              <w:t>result, bandwidth m</w:t>
            </w:r>
          </w:p>
        </w:tc>
        <w:tc>
          <w:tcPr>
            <w:tcW w:type="dxa" w:w="4320"/>
          </w:tcPr>
          <w:p>
            <w:r>
              <w:t>1,000</w:t>
            </w:r>
          </w:p>
        </w:tc>
      </w:tr>
      <w:tr>
        <w:tc>
          <w:tcPr>
            <w:tcW w:type="dxa" w:w="4320"/>
          </w:tcPr>
          <w:p>
            <w:r>
              <w:t>result, cell size m</w:t>
            </w:r>
          </w:p>
        </w:tc>
        <w:tc>
          <w:tcPr>
            <w:tcW w:type="dxa" w:w="4320"/>
          </w:tcPr>
          <w:p>
            <w:r>
              <w:t>500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194.2</w:t>
            </w:r>
          </w:p>
        </w:tc>
      </w:tr>
      <w:tr>
        <w:tc>
          <w:tcPr>
            <w:tcW w:type="dxa" w:w="4320"/>
          </w:tcPr>
          <w:p>
            <w:r>
              <w:t>billing, cost</w:t>
            </w:r>
          </w:p>
        </w:tc>
        <w:tc>
          <w:tcPr>
            <w:tcW w:type="dxa" w:w="4320"/>
          </w:tcPr>
          <w:p>
            <w:r>
              <w:t>0.063</w:t>
            </w:r>
          </w:p>
        </w:tc>
      </w:tr>
      <w:tr>
        <w:tc>
          <w:tcPr>
            <w:tcW w:type="dxa" w:w="4320"/>
          </w:tcPr>
          <w:p>
            <w:r>
              <w:t>billing, list price</w:t>
            </w:r>
          </w:p>
        </w:tc>
        <w:tc>
          <w:tcPr>
            <w:tcW w:type="dxa" w:w="4320"/>
          </w:tcPr>
          <w:p>
            <w:r>
              <w:t>0.063</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Bird surveys: Calculate density: 1 layer saved: Calculate density: Bird surveys (699 features) [13][27].</w:t>
      </w:r>
    </w:p>
    <w:p>
      <w:pPr>
        <w:pStyle w:val="ListBullet"/>
      </w:pPr>
      <w:r>
        <w:rPr>
          <w:b/>
        </w:rPr>
        <w:t xml:space="preserve">Evidenced: </w:t>
      </w:r>
      <w:r>
        <w:t>It reported result, count 699; result, elapsed ms 21; result, bandwidth m 1,000; result, cell size m 500; result, excluded null 0; result, max density per km2 194.2 [27].</w:t>
      </w:r>
    </w:p>
    <w:p>
      <w:r>
        <w:rPr>
          <w:i/>
          <w:color w:val="525252"/>
          <w:sz w:val="17"/>
        </w:rPr>
        <w:t>Tool gp_calculate_density; parameters {"kernel": "quartic", "project": "8e181d65-6b3c-4526-9cff-cfc25a7f3e07", "features": {"layer": "Bird surveys (a5b49489)"}, "bandwidth_m": 1000.0, "cell_size_m": 500.0, "weight_field": "count"}</w:t>
      </w:r>
    </w:p>
    <w:p>
      <w:pPr>
        <w:pStyle w:val="Heading1"/>
      </w:pPr>
      <w:r>
        <w:t>Find point clusters</w:t>
      </w:r>
    </w:p>
    <w:p>
      <w:r>
        <w:rPr>
          <w:b/>
        </w:rPr>
        <w:t xml:space="preserve">What this analysis is. </w:t>
      </w:r>
      <w:r>
        <w:rPr>
          <w:i w:val="0"/>
        </w:rPr>
        <w:t>Find point clusters: Density-based clusters (DBSCAN, HDBSCAN or OPTICS, optionally space-time) with hulls and noise [28]. In ArcGIS it is Find Point Clusters or Density-based Clustering; in QGIS, native:dbscanclustering or native:stdbscanclustering [28].</w:t>
      </w:r>
    </w:p>
    <w:p>
      <w:r>
        <w:rPr>
          <w:b/>
        </w:rPr>
        <w:t xml:space="preserve">Why it was run on this data. </w:t>
      </w:r>
      <w:r>
        <w:rPr>
          <w:i w:val="0"/>
        </w:rPr>
        <w:t>DBSCAN finds dense groups of Bird surveys and separates noise [29].</w:t>
      </w:r>
    </w:p>
    <w:p>
      <w:r>
        <w:rPr>
          <w:b/>
        </w:rPr>
        <w:t xml:space="preserve">What it found. </w:t>
      </w:r>
      <w:r>
        <w:rPr>
          <w:i w:val="0"/>
        </w:rPr>
        <w:t>Find point clusters on Bird surveys: Find point clusters: 2 layers saved: Find point clusters: Bird surveys (650 features); Find point clusters: cluster hulls (1 feature) [13][30]. It reported result, count 650; result, noise 261; result, distance m 500; result, elapsed ms 11; result, min points 16; billing, cost 0.063 [30].</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650</w:t>
            </w:r>
          </w:p>
        </w:tc>
      </w:tr>
      <w:tr>
        <w:tc>
          <w:tcPr>
            <w:tcW w:type="dxa" w:w="4320"/>
          </w:tcPr>
          <w:p>
            <w:r>
              <w:t>result, noise</w:t>
            </w:r>
          </w:p>
        </w:tc>
        <w:tc>
          <w:tcPr>
            <w:tcW w:type="dxa" w:w="4320"/>
          </w:tcPr>
          <w:p>
            <w:r>
              <w:t>261</w:t>
            </w:r>
          </w:p>
        </w:tc>
      </w:tr>
      <w:tr>
        <w:tc>
          <w:tcPr>
            <w:tcW w:type="dxa" w:w="4320"/>
          </w:tcPr>
          <w:p>
            <w:r>
              <w:t>result, distance m</w:t>
            </w:r>
          </w:p>
        </w:tc>
        <w:tc>
          <w:tcPr>
            <w:tcW w:type="dxa" w:w="4320"/>
          </w:tcPr>
          <w:p>
            <w:r>
              <w:t>500</w:t>
            </w:r>
          </w:p>
        </w:tc>
      </w:tr>
      <w:tr>
        <w:tc>
          <w:tcPr>
            <w:tcW w:type="dxa" w:w="4320"/>
          </w:tcPr>
          <w:p>
            <w:r>
              <w:t>result, elapsed ms</w:t>
            </w:r>
          </w:p>
        </w:tc>
        <w:tc>
          <w:tcPr>
            <w:tcW w:type="dxa" w:w="4320"/>
          </w:tcPr>
          <w:p>
            <w:r>
              <w:t>11</w:t>
            </w:r>
          </w:p>
        </w:tc>
      </w:tr>
      <w:tr>
        <w:tc>
          <w:tcPr>
            <w:tcW w:type="dxa" w:w="4320"/>
          </w:tcPr>
          <w:p>
            <w:r>
              <w:t>result, min points</w:t>
            </w:r>
          </w:p>
        </w:tc>
        <w:tc>
          <w:tcPr>
            <w:tcW w:type="dxa" w:w="4320"/>
          </w:tcPr>
          <w:p>
            <w:r>
              <w:t>16</w:t>
            </w:r>
          </w:p>
        </w:tc>
      </w:tr>
      <w:tr>
        <w:tc>
          <w:tcPr>
            <w:tcW w:type="dxa" w:w="4320"/>
          </w:tcPr>
          <w:p>
            <w:r>
              <w:t>billing, cost</w:t>
            </w:r>
          </w:p>
        </w:tc>
        <w:tc>
          <w:tcPr>
            <w:tcW w:type="dxa" w:w="4320"/>
          </w:tcPr>
          <w:p>
            <w:r>
              <w:t>0.063</w:t>
            </w:r>
          </w:p>
        </w:tc>
      </w:tr>
      <w:tr>
        <w:tc>
          <w:tcPr>
            <w:tcW w:type="dxa" w:w="4320"/>
          </w:tcPr>
          <w:p>
            <w:r>
              <w:t>billing, list price</w:t>
            </w:r>
          </w:p>
        </w:tc>
        <w:tc>
          <w:tcPr>
            <w:tcW w:type="dxa" w:w="4320"/>
          </w:tcPr>
          <w:p>
            <w:r>
              <w:t>0.063</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Bird surveys: Find point clusters: 2 layers saved: Find point clusters: Bird surveys (650 features); Find point clusters: cluster hulls (1 feature) [13][30].</w:t>
      </w:r>
    </w:p>
    <w:p>
      <w:pPr>
        <w:pStyle w:val="ListBullet"/>
      </w:pPr>
      <w:r>
        <w:rPr>
          <w:b/>
        </w:rPr>
        <w:t xml:space="preserve">Evidenced: </w:t>
      </w:r>
      <w:r>
        <w:t>It reported result, count 650; result, noise 261; result, distance m 500; result, elapsed ms 11; result, min points 16; billing, cost 0.063 [30].</w:t>
      </w:r>
    </w:p>
    <w:p>
      <w:r>
        <w:rPr>
          <w:i/>
          <w:color w:val="525252"/>
          <w:sz w:val="17"/>
        </w:rPr>
        <w:t>Tool gp_find_point_clusters; parameters {"method": "dbscan", "project": "8e181d65-6b3c-4526-9cff-cfc25a7f3e07", "features": {"layer": "Bird surveys (a5b49489)"}, "distance_m": 500.0, "min_points": 16}</w:t>
      </w:r>
    </w:p>
    <w:p>
      <w:pPr>
        <w:pStyle w:val="Heading1"/>
      </w:pPr>
      <w:r>
        <w:t>Nearest neighbor index</w:t>
      </w:r>
    </w:p>
    <w:p>
      <w:r>
        <w:rPr>
          <w:b/>
        </w:rPr>
        <w:t xml:space="preserve">What this analysis is. </w:t>
      </w:r>
      <w:r>
        <w:rPr>
          <w:i w:val="0"/>
        </w:rPr>
        <w:t>Average nearest neighbor: Clark-Evans ratio: clustered, dispersed or random [31]. In ArcGIS it is Average Nearest Neighbor; in QGIS, native:nearestneighbouranalysis [31].</w:t>
      </w:r>
    </w:p>
    <w:p>
      <w:r>
        <w:rPr>
          <w:b/>
        </w:rPr>
        <w:t xml:space="preserve">Why it was run on this data. </w:t>
      </w:r>
      <w:r>
        <w:rPr>
          <w:i w:val="0"/>
        </w:rPr>
        <w:t>The average nearest neighbor ratio says whether Substations are clustered, random or dispersed [32].</w:t>
      </w:r>
    </w:p>
    <w:p>
      <w:r>
        <w:rPr>
          <w:b/>
        </w:rPr>
        <w:t xml:space="preserve">What it found. </w:t>
      </w:r>
      <w:r>
        <w:rPr>
          <w:i w:val="0"/>
        </w:rPr>
        <w:t>Nearest neighbor index on Substations: Average nearest neighbor: done; no map output [11][33]. It reported result, n 5; result, p value 0; result, z score 8.856; result, elapsed ms 0; result, study area m2 30,876,054; result, nearest neighbor ratio 3.07 [33].</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n</w:t>
            </w:r>
          </w:p>
        </w:tc>
        <w:tc>
          <w:tcPr>
            <w:tcW w:type="dxa" w:w="4320"/>
          </w:tcPr>
          <w:p>
            <w:r>
              <w:t>5</w:t>
            </w:r>
          </w:p>
        </w:tc>
      </w:tr>
      <w:tr>
        <w:tc>
          <w:tcPr>
            <w:tcW w:type="dxa" w:w="4320"/>
          </w:tcPr>
          <w:p>
            <w:r>
              <w:t>result, p value</w:t>
            </w:r>
          </w:p>
        </w:tc>
        <w:tc>
          <w:tcPr>
            <w:tcW w:type="dxa" w:w="4320"/>
          </w:tcPr>
          <w:p>
            <w:r>
              <w:t>0</w:t>
            </w:r>
          </w:p>
        </w:tc>
      </w:tr>
      <w:tr>
        <w:tc>
          <w:tcPr>
            <w:tcW w:type="dxa" w:w="4320"/>
          </w:tcPr>
          <w:p>
            <w:r>
              <w:t>result, z score</w:t>
            </w:r>
          </w:p>
        </w:tc>
        <w:tc>
          <w:tcPr>
            <w:tcW w:type="dxa" w:w="4320"/>
          </w:tcPr>
          <w:p>
            <w:r>
              <w:t>8.856</w:t>
            </w:r>
          </w:p>
        </w:tc>
      </w:tr>
      <w:tr>
        <w:tc>
          <w:tcPr>
            <w:tcW w:type="dxa" w:w="4320"/>
          </w:tcPr>
          <w:p>
            <w:r>
              <w:t>result, elapsed ms</w:t>
            </w:r>
          </w:p>
        </w:tc>
        <w:tc>
          <w:tcPr>
            <w:tcW w:type="dxa" w:w="4320"/>
          </w:tcPr>
          <w:p>
            <w:r>
              <w:t>0</w:t>
            </w:r>
          </w:p>
        </w:tc>
      </w:tr>
      <w:tr>
        <w:tc>
          <w:tcPr>
            <w:tcW w:type="dxa" w:w="4320"/>
          </w:tcPr>
          <w:p>
            <w:r>
              <w:t>result, study area m2</w:t>
            </w:r>
          </w:p>
        </w:tc>
        <w:tc>
          <w:tcPr>
            <w:tcW w:type="dxa" w:w="4320"/>
          </w:tcPr>
          <w:p>
            <w:r>
              <w:t>30,876,054</w:t>
            </w:r>
          </w:p>
        </w:tc>
      </w:tr>
      <w:tr>
        <w:tc>
          <w:tcPr>
            <w:tcW w:type="dxa" w:w="4320"/>
          </w:tcPr>
          <w:p>
            <w:r>
              <w:t>result, nearest neighbor ratio</w:t>
            </w:r>
          </w:p>
        </w:tc>
        <w:tc>
          <w:tcPr>
            <w:tcW w:type="dxa" w:w="4320"/>
          </w:tcPr>
          <w:p>
            <w:r>
              <w:t>3.07</w:t>
            </w:r>
          </w:p>
        </w:tc>
      </w:tr>
      <w:tr>
        <w:tc>
          <w:tcPr>
            <w:tcW w:type="dxa" w:w="4320"/>
          </w:tcPr>
          <w:p>
            <w:r>
              <w:t>result, expected mean distance m</w:t>
            </w:r>
          </w:p>
        </w:tc>
        <w:tc>
          <w:tcPr>
            <w:tcW w:type="dxa" w:w="4320"/>
          </w:tcPr>
          <w:p>
            <w:r>
              <w:t>1,242</w:t>
            </w:r>
          </w:p>
        </w:tc>
      </w:tr>
      <w:tr>
        <w:tc>
          <w:tcPr>
            <w:tcW w:type="dxa" w:w="4320"/>
          </w:tcPr>
          <w:p>
            <w:r>
              <w:t>result, observed mean distance m</w:t>
            </w:r>
          </w:p>
        </w:tc>
        <w:tc>
          <w:tcPr>
            <w:tcW w:type="dxa" w:w="4320"/>
          </w:tcPr>
          <w:p>
            <w:r>
              <w:t>3,815</w:t>
            </w:r>
          </w:p>
        </w:tc>
      </w:tr>
      <w:tr>
        <w:tc>
          <w:tcPr>
            <w:tcW w:type="dxa" w:w="4320"/>
          </w:tcPr>
          <w:p>
            <w:r>
              <w:t>billing, cost</w:t>
            </w:r>
          </w:p>
        </w:tc>
        <w:tc>
          <w:tcPr>
            <w:tcW w:type="dxa" w:w="4320"/>
          </w:tcPr>
          <w:p>
            <w:r>
              <w:t>0.02</w:t>
            </w:r>
          </w:p>
        </w:tc>
      </w:tr>
      <w:tr>
        <w:tc>
          <w:tcPr>
            <w:tcW w:type="dxa" w:w="4320"/>
          </w:tcPr>
          <w:p>
            <w:r>
              <w:t>billing, list price</w:t>
            </w:r>
          </w:p>
        </w:tc>
        <w:tc>
          <w:tcPr>
            <w:tcW w:type="dxa" w:w="4320"/>
          </w:tcPr>
          <w:p>
            <w:r>
              <w:t>0.02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Nearest neighbor index on Substations: Average nearest neighbor: done; no map output [11][33].</w:t>
      </w:r>
    </w:p>
    <w:p>
      <w:pPr>
        <w:pStyle w:val="ListBullet"/>
      </w:pPr>
      <w:r>
        <w:rPr>
          <w:b/>
        </w:rPr>
        <w:t xml:space="preserve">Evidenced: </w:t>
      </w:r>
      <w:r>
        <w:t>It reported result, n 5; result, p value 0; result, z score 8.856; result, elapsed ms 0; result, study area m2 30,876,054; result, nearest neighbor ratio 3.07 [33].</w:t>
      </w:r>
    </w:p>
    <w:p>
      <w:r>
        <w:rPr>
          <w:i/>
          <w:color w:val="525252"/>
          <w:sz w:val="17"/>
        </w:rPr>
        <w:t>Tool gp_nearest_neighbor_index; parameters {"project": "8e181d65-6b3c-4526-9cff-cfc25a7f3e07", "features": {"layer": "Substations (9024da37)"}}</w:t>
      </w:r>
    </w:p>
    <w:p>
      <w:pPr>
        <w:pStyle w:val="Heading1"/>
      </w:pPr>
      <w:r>
        <w:t>Nearest neighbor index</w:t>
      </w:r>
    </w:p>
    <w:p>
      <w:r>
        <w:rPr>
          <w:b/>
        </w:rPr>
        <w:t xml:space="preserve">What this analysis is. </w:t>
      </w:r>
      <w:r>
        <w:rPr>
          <w:i w:val="0"/>
        </w:rPr>
        <w:t>Average nearest neighbor: Clark-Evans ratio: clustered, dispersed or random [31]. In ArcGIS it is Average Nearest Neighbor; in QGIS, native:nearestneighbouranalysis [31].</w:t>
      </w:r>
    </w:p>
    <w:p>
      <w:r>
        <w:rPr>
          <w:b/>
        </w:rPr>
        <w:t xml:space="preserve">Why it was run on this data. </w:t>
      </w:r>
      <w:r>
        <w:rPr>
          <w:i w:val="0"/>
        </w:rPr>
        <w:t>The average nearest neighbor ratio says whether Bird surveys are clustered, random or dispersed [34].</w:t>
      </w:r>
    </w:p>
    <w:p>
      <w:r>
        <w:rPr>
          <w:b/>
        </w:rPr>
        <w:t xml:space="preserve">What it found. </w:t>
      </w:r>
      <w:r>
        <w:rPr>
          <w:i w:val="0"/>
        </w:rPr>
        <w:t>Nearest neighbor index on Bird surveys: Average nearest neighbor: done; no map output [13][35]. It reported result, n 650; result, p value 0; result, z score -9.837; result, elapsed ms 3; result, study area m2 134,387,893; result, nearest neighbor ratio 0.7983 [35].</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n</w:t>
            </w:r>
          </w:p>
        </w:tc>
        <w:tc>
          <w:tcPr>
            <w:tcW w:type="dxa" w:w="4320"/>
          </w:tcPr>
          <w:p>
            <w:r>
              <w:t>650</w:t>
            </w:r>
          </w:p>
        </w:tc>
      </w:tr>
      <w:tr>
        <w:tc>
          <w:tcPr>
            <w:tcW w:type="dxa" w:w="4320"/>
          </w:tcPr>
          <w:p>
            <w:r>
              <w:t>result, p value</w:t>
            </w:r>
          </w:p>
        </w:tc>
        <w:tc>
          <w:tcPr>
            <w:tcW w:type="dxa" w:w="4320"/>
          </w:tcPr>
          <w:p>
            <w:r>
              <w:t>0</w:t>
            </w:r>
          </w:p>
        </w:tc>
      </w:tr>
      <w:tr>
        <w:tc>
          <w:tcPr>
            <w:tcW w:type="dxa" w:w="4320"/>
          </w:tcPr>
          <w:p>
            <w:r>
              <w:t>result, z score</w:t>
            </w:r>
          </w:p>
        </w:tc>
        <w:tc>
          <w:tcPr>
            <w:tcW w:type="dxa" w:w="4320"/>
          </w:tcPr>
          <w:p>
            <w:r>
              <w:t>-9.837</w:t>
            </w:r>
          </w:p>
        </w:tc>
      </w:tr>
      <w:tr>
        <w:tc>
          <w:tcPr>
            <w:tcW w:type="dxa" w:w="4320"/>
          </w:tcPr>
          <w:p>
            <w:r>
              <w:t>result, elapsed ms</w:t>
            </w:r>
          </w:p>
        </w:tc>
        <w:tc>
          <w:tcPr>
            <w:tcW w:type="dxa" w:w="4320"/>
          </w:tcPr>
          <w:p>
            <w:r>
              <w:t>3</w:t>
            </w:r>
          </w:p>
        </w:tc>
      </w:tr>
      <w:tr>
        <w:tc>
          <w:tcPr>
            <w:tcW w:type="dxa" w:w="4320"/>
          </w:tcPr>
          <w:p>
            <w:r>
              <w:t>result, study area m2</w:t>
            </w:r>
          </w:p>
        </w:tc>
        <w:tc>
          <w:tcPr>
            <w:tcW w:type="dxa" w:w="4320"/>
          </w:tcPr>
          <w:p>
            <w:r>
              <w:t>134,387,893</w:t>
            </w:r>
          </w:p>
        </w:tc>
      </w:tr>
      <w:tr>
        <w:tc>
          <w:tcPr>
            <w:tcW w:type="dxa" w:w="4320"/>
          </w:tcPr>
          <w:p>
            <w:r>
              <w:t>result, nearest neighbor ratio</w:t>
            </w:r>
          </w:p>
        </w:tc>
        <w:tc>
          <w:tcPr>
            <w:tcW w:type="dxa" w:w="4320"/>
          </w:tcPr>
          <w:p>
            <w:r>
              <w:t>0.7983</w:t>
            </w:r>
          </w:p>
        </w:tc>
      </w:tr>
      <w:tr>
        <w:tc>
          <w:tcPr>
            <w:tcW w:type="dxa" w:w="4320"/>
          </w:tcPr>
          <w:p>
            <w:r>
              <w:t>result, expected mean distance m</w:t>
            </w:r>
          </w:p>
        </w:tc>
        <w:tc>
          <w:tcPr>
            <w:tcW w:type="dxa" w:w="4320"/>
          </w:tcPr>
          <w:p>
            <w:r>
              <w:t>227.3</w:t>
            </w:r>
          </w:p>
        </w:tc>
      </w:tr>
      <w:tr>
        <w:tc>
          <w:tcPr>
            <w:tcW w:type="dxa" w:w="4320"/>
          </w:tcPr>
          <w:p>
            <w:r>
              <w:t>result, observed mean distance m</w:t>
            </w:r>
          </w:p>
        </w:tc>
        <w:tc>
          <w:tcPr>
            <w:tcW w:type="dxa" w:w="4320"/>
          </w:tcPr>
          <w:p>
            <w:r>
              <w:t>181.5</w:t>
            </w:r>
          </w:p>
        </w:tc>
      </w:tr>
      <w:tr>
        <w:tc>
          <w:tcPr>
            <w:tcW w:type="dxa" w:w="4320"/>
          </w:tcPr>
          <w:p>
            <w:r>
              <w:t>billing, cost</w:t>
            </w:r>
          </w:p>
        </w:tc>
        <w:tc>
          <w:tcPr>
            <w:tcW w:type="dxa" w:w="4320"/>
          </w:tcPr>
          <w:p>
            <w:r>
              <w:t>0.02</w:t>
            </w:r>
          </w:p>
        </w:tc>
      </w:tr>
      <w:tr>
        <w:tc>
          <w:tcPr>
            <w:tcW w:type="dxa" w:w="4320"/>
          </w:tcPr>
          <w:p>
            <w:r>
              <w:t>billing, list price</w:t>
            </w:r>
          </w:p>
        </w:tc>
        <w:tc>
          <w:tcPr>
            <w:tcW w:type="dxa" w:w="4320"/>
          </w:tcPr>
          <w:p>
            <w:r>
              <w:t>0.02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Nearest neighbor index on Bird surveys: Average nearest neighbor: done; no map output [13][35].</w:t>
      </w:r>
    </w:p>
    <w:p>
      <w:pPr>
        <w:pStyle w:val="ListBullet"/>
      </w:pPr>
      <w:r>
        <w:rPr>
          <w:b/>
        </w:rPr>
        <w:t xml:space="preserve">Evidenced: </w:t>
      </w:r>
      <w:r>
        <w:t>It reported result, n 650; result, p value 0; result, z score -9.837; result, elapsed ms 3; result, study area m2 134,387,893; result, nearest neighbor ratio 0.7983 [35].</w:t>
      </w:r>
    </w:p>
    <w:p>
      <w:r>
        <w:rPr>
          <w:i/>
          <w:color w:val="525252"/>
          <w:sz w:val="17"/>
        </w:rPr>
        <w:t>Tool gp_nearest_neighbor_index; parameters {"project": "8e181d65-6b3c-4526-9cff-cfc25a7f3e07", "features": {"layer": "Bird surveys (a5b49489)"}}</w:t>
      </w:r>
    </w:p>
    <w:p>
      <w:pPr>
        <w:pStyle w:val="Heading1"/>
      </w:pPr>
      <w:r>
        <w:t>Outliers</w:t>
      </w:r>
    </w:p>
    <w:p>
      <w:r>
        <w:rPr>
          <w:b/>
        </w:rPr>
        <w:t xml:space="preserve">What this analysis is. </w:t>
      </w:r>
      <w:r>
        <w:rPr>
          <w:i w:val="0"/>
        </w:rPr>
        <w:t>Find outliers: Anselin local Moran’s I: HH, LL clusters and HL, LH outliers [36]. In ArcGIS it is Find Outliers or Cluster and Outlier Analysis (Anselin Local Moran’s I) [36].</w:t>
      </w:r>
    </w:p>
    <w:p>
      <w:r>
        <w:rPr>
          <w:b/>
        </w:rPr>
        <w:t xml:space="preserve">Why it was run on this data. </w:t>
      </w:r>
      <w:r>
        <w:rPr>
          <w:i w:val="0"/>
        </w:rPr>
        <w:t>Local Moran's I maps clusters and outliers of 'buffer_m' [37].</w:t>
      </w:r>
    </w:p>
    <w:p>
      <w:r>
        <w:rPr>
          <w:b/>
        </w:rPr>
        <w:t xml:space="preserve">What it found. </w:t>
      </w:r>
      <w:r>
        <w:rPr>
          <w:i w:val="0"/>
        </w:rPr>
        <w:t>The `gp_outliers` tool identified outliers and processed the Exclusion zones [38, 9]. The execution found 1 layer saved and reported a total count of 8 results [38].</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8</w:t>
            </w:r>
          </w:p>
        </w:tc>
      </w:tr>
      <w:tr>
        <w:tc>
          <w:tcPr>
            <w:tcW w:type="dxa" w:w="4320"/>
          </w:tcPr>
          <w:p>
            <w:r>
              <w:t>result, elapsed ms</w:t>
            </w:r>
          </w:p>
        </w:tc>
        <w:tc>
          <w:tcPr>
            <w:tcW w:type="dxa" w:w="4320"/>
          </w:tcPr>
          <w:p>
            <w:r>
              <w:t>10</w:t>
            </w:r>
          </w:p>
        </w:tc>
      </w:tr>
      <w:tr>
        <w:tc>
          <w:tcPr>
            <w:tcW w:type="dxa" w:w="4320"/>
          </w:tcPr>
          <w:p>
            <w:r>
              <w:t>result, permutations</w:t>
            </w:r>
          </w:p>
        </w:tc>
        <w:tc>
          <w:tcPr>
            <w:tcW w:type="dxa" w:w="4320"/>
          </w:tcPr>
          <w:p>
            <w:r>
              <w:t>199</w:t>
            </w:r>
          </w:p>
        </w:tc>
      </w:tr>
      <w:tr>
        <w:tc>
          <w:tcPr>
            <w:tcW w:type="dxa" w:w="4320"/>
          </w:tcPr>
          <w:p>
            <w:r>
              <w:t>result, excluded null</w:t>
            </w:r>
          </w:p>
        </w:tc>
        <w:tc>
          <w:tcPr>
            <w:tcW w:type="dxa" w:w="4320"/>
          </w:tcPr>
          <w:p>
            <w:r>
              <w:t>0</w:t>
            </w:r>
          </w:p>
        </w:tc>
      </w:tr>
      <w:tr>
        <w:tc>
          <w:tcPr>
            <w:tcW w:type="dxa" w:w="4320"/>
          </w:tcPr>
          <w:p>
            <w:r>
              <w:t>result, distance band m</w:t>
            </w:r>
          </w:p>
        </w:tc>
        <w:tc>
          <w:tcPr>
            <w:tcW w:type="dxa" w:w="4320"/>
          </w:tcPr>
          <w:p>
            <w:r>
              <w:t>4,662</w:t>
            </w:r>
          </w:p>
        </w:tc>
      </w:tr>
      <w:tr>
        <w:tc>
          <w:tcPr>
            <w:tcW w:type="dxa" w:w="4320"/>
          </w:tcPr>
          <w:p>
            <w:r>
              <w:t>billing, cost</w:t>
            </w:r>
          </w:p>
        </w:tc>
        <w:tc>
          <w:tcPr>
            <w:tcW w:type="dxa" w:w="4320"/>
          </w:tcPr>
          <w:p>
            <w:r>
              <w:t>0.05024</w:t>
            </w:r>
          </w:p>
        </w:tc>
      </w:tr>
      <w:tr>
        <w:tc>
          <w:tcPr>
            <w:tcW w:type="dxa" w:w="4320"/>
          </w:tcPr>
          <w:p>
            <w:r>
              <w:t>billing, list price</w:t>
            </w:r>
          </w:p>
        </w:tc>
        <w:tc>
          <w:tcPr>
            <w:tcW w:type="dxa" w:w="4320"/>
          </w:tcPr>
          <w:p>
            <w:r>
              <w:t>0.05024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Outliers on Exclusion zones: Find outliers: 1 layer saved: Find outliers: Exclusion zones (8 features) [9][38].</w:t>
      </w:r>
    </w:p>
    <w:p>
      <w:pPr>
        <w:pStyle w:val="ListBullet"/>
      </w:pPr>
      <w:r>
        <w:rPr>
          <w:b/>
        </w:rPr>
        <w:t xml:space="preserve">Evidenced: </w:t>
      </w:r>
      <w:r>
        <w:t>It reported result, count 8; result, elapsed ms 10; result, permutations 199; result, excluded null 0; result, distance band m 4,662; billing, cost 0.05024 [38].</w:t>
      </w:r>
    </w:p>
    <w:p>
      <w:r>
        <w:rPr>
          <w:i/>
          <w:color w:val="525252"/>
          <w:sz w:val="17"/>
        </w:rPr>
        <w:t>Tool gp_outliers; parameters {"field": "buffer_m", "project": "8e181d65-6b3c-4526-9cff-cfc25a7f3e07", "features": {"layer": "Exclusion zones (f76641f5)"}, "aggregation": "hexagon"}</w:t>
      </w:r>
    </w:p>
    <w:p>
      <w:pPr>
        <w:pStyle w:val="Heading1"/>
      </w:pPr>
      <w:r>
        <w:t>Outliers</w:t>
      </w:r>
    </w:p>
    <w:p>
      <w:r>
        <w:rPr>
          <w:b/>
        </w:rPr>
        <w:t xml:space="preserve">What this analysis is. </w:t>
      </w:r>
      <w:r>
        <w:rPr>
          <w:i w:val="0"/>
        </w:rPr>
        <w:t>Find outliers: Anselin local Moran’s I: HH, LL clusters and HL, LH outliers [36]. In ArcGIS it is Find Outliers or Cluster and Outlier Analysis (Anselin Local Moran’s I) [36].</w:t>
      </w:r>
    </w:p>
    <w:p>
      <w:r>
        <w:rPr>
          <w:b/>
        </w:rPr>
        <w:t xml:space="preserve">Why it was run on this data. </w:t>
      </w:r>
      <w:r>
        <w:rPr>
          <w:i w:val="0"/>
        </w:rPr>
        <w:t>Local Moran's I maps clusters and outliers of 'pm10_peak' [39].</w:t>
      </w:r>
    </w:p>
    <w:p>
      <w:r>
        <w:rPr>
          <w:b/>
        </w:rPr>
        <w:t xml:space="preserve">What it found. </w:t>
      </w:r>
      <w:r>
        <w:rPr>
          <w:i w:val="0"/>
        </w:rPr>
        <w:t>The analysis utilized the `gp_outliers` tool [40] on the `Dust storms` layer [41]. The function identified a count of 14 results [40], and the entire operation took 5 ms to complete [40]. Billing details indicated a list price of 0.05042 [40] for processing the 14 features [40].</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14</w:t>
            </w:r>
          </w:p>
        </w:tc>
      </w:tr>
      <w:tr>
        <w:tc>
          <w:tcPr>
            <w:tcW w:type="dxa" w:w="4320"/>
          </w:tcPr>
          <w:p>
            <w:r>
              <w:t>result, elapsed ms</w:t>
            </w:r>
          </w:p>
        </w:tc>
        <w:tc>
          <w:tcPr>
            <w:tcW w:type="dxa" w:w="4320"/>
          </w:tcPr>
          <w:p>
            <w:r>
              <w:t>5</w:t>
            </w:r>
          </w:p>
        </w:tc>
      </w:tr>
      <w:tr>
        <w:tc>
          <w:tcPr>
            <w:tcW w:type="dxa" w:w="4320"/>
          </w:tcPr>
          <w:p>
            <w:r>
              <w:t>result, permutations</w:t>
            </w:r>
          </w:p>
        </w:tc>
        <w:tc>
          <w:tcPr>
            <w:tcW w:type="dxa" w:w="4320"/>
          </w:tcPr>
          <w:p>
            <w:r>
              <w:t>199</w:t>
            </w:r>
          </w:p>
        </w:tc>
      </w:tr>
      <w:tr>
        <w:tc>
          <w:tcPr>
            <w:tcW w:type="dxa" w:w="4320"/>
          </w:tcPr>
          <w:p>
            <w:r>
              <w:t>result, excluded null</w:t>
            </w:r>
          </w:p>
        </w:tc>
        <w:tc>
          <w:tcPr>
            <w:tcW w:type="dxa" w:w="4320"/>
          </w:tcPr>
          <w:p>
            <w:r>
              <w:t>0</w:t>
            </w:r>
          </w:p>
        </w:tc>
      </w:tr>
      <w:tr>
        <w:tc>
          <w:tcPr>
            <w:tcW w:type="dxa" w:w="4320"/>
          </w:tcPr>
          <w:p>
            <w:r>
              <w:t>result, distance band m</w:t>
            </w:r>
          </w:p>
        </w:tc>
        <w:tc>
          <w:tcPr>
            <w:tcW w:type="dxa" w:w="4320"/>
          </w:tcPr>
          <w:p>
            <w:r>
              <w:t>4,561</w:t>
            </w:r>
          </w:p>
        </w:tc>
      </w:tr>
      <w:tr>
        <w:tc>
          <w:tcPr>
            <w:tcW w:type="dxa" w:w="4320"/>
          </w:tcPr>
          <w:p>
            <w:r>
              <w:t>billing, cost</w:t>
            </w:r>
          </w:p>
        </w:tc>
        <w:tc>
          <w:tcPr>
            <w:tcW w:type="dxa" w:w="4320"/>
          </w:tcPr>
          <w:p>
            <w:r>
              <w:t>0.05042</w:t>
            </w:r>
          </w:p>
        </w:tc>
      </w:tr>
      <w:tr>
        <w:tc>
          <w:tcPr>
            <w:tcW w:type="dxa" w:w="4320"/>
          </w:tcPr>
          <w:p>
            <w:r>
              <w:t>billing, list price</w:t>
            </w:r>
          </w:p>
        </w:tc>
        <w:tc>
          <w:tcPr>
            <w:tcW w:type="dxa" w:w="4320"/>
          </w:tcPr>
          <w:p>
            <w:r>
              <w:t>0.05042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Outliers on Dust storms: Find outliers: 1 layer saved: Find outliers: Dust storms (14 features) [40][41].</w:t>
      </w:r>
    </w:p>
    <w:p>
      <w:pPr>
        <w:pStyle w:val="ListBullet"/>
      </w:pPr>
      <w:r>
        <w:rPr>
          <w:b/>
        </w:rPr>
        <w:t xml:space="preserve">Evidenced: </w:t>
      </w:r>
      <w:r>
        <w:t>It reported result, count 14; result, elapsed ms 5; result, permutations 199; result, excluded null 0; result, distance band m 4,561; billing, cost 0.05042 [40].</w:t>
      </w:r>
    </w:p>
    <w:p>
      <w:r>
        <w:rPr>
          <w:i/>
          <w:color w:val="525252"/>
          <w:sz w:val="17"/>
        </w:rPr>
        <w:t>Tool gp_outliers; parameters {"field": "pm10_peak", "project": "8e181d65-6b3c-4526-9cff-cfc25a7f3e07", "features": {"layer": "Dust storms (aeb5849f)"}, "aggregation": "hexagon"}</w:t>
      </w:r>
    </w:p>
    <w:p>
      <w:pPr>
        <w:pStyle w:val="Heading1"/>
      </w:pPr>
      <w:r>
        <w:t>Outliers</w:t>
      </w:r>
    </w:p>
    <w:p>
      <w:r>
        <w:rPr>
          <w:b/>
        </w:rPr>
        <w:t xml:space="preserve">What this analysis is. </w:t>
      </w:r>
      <w:r>
        <w:rPr>
          <w:i w:val="0"/>
        </w:rPr>
        <w:t>Find outliers: Anselin local Moran’s I: HH, LL clusters and HL, LH outliers [36]. In ArcGIS it is Find Outliers or Cluster and Outlier Analysis (Anselin Local Moran’s I) [36].</w:t>
      </w:r>
    </w:p>
    <w:p>
      <w:r>
        <w:rPr>
          <w:b/>
        </w:rPr>
        <w:t xml:space="preserve">Why it was run on this data. </w:t>
      </w:r>
      <w:r>
        <w:rPr>
          <w:i w:val="0"/>
        </w:rPr>
        <w:t>Local Moran's I maps clusters and outliers of 'ghi_kwh_m2_yr' [42].</w:t>
      </w:r>
    </w:p>
    <w:p>
      <w:r>
        <w:rPr>
          <w:b/>
        </w:rPr>
        <w:t xml:space="preserve">What it found. </w:t>
      </w:r>
      <w:r>
        <w:rPr>
          <w:i w:val="0"/>
        </w:rPr>
        <w:t>Outliers on Candidate sites: Find outliers: 1 layer saved: Find outliers: Candidate sites (30 features) [43][44]. It reported result, count 30; result, elapsed ms 8; result, permutations 199; result, excluded null 0; result, distance band m 3,255; billing, cost 0.0509 [43].</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30</w:t>
            </w:r>
          </w:p>
        </w:tc>
      </w:tr>
      <w:tr>
        <w:tc>
          <w:tcPr>
            <w:tcW w:type="dxa" w:w="4320"/>
          </w:tcPr>
          <w:p>
            <w:r>
              <w:t>result, elapsed ms</w:t>
            </w:r>
          </w:p>
        </w:tc>
        <w:tc>
          <w:tcPr>
            <w:tcW w:type="dxa" w:w="4320"/>
          </w:tcPr>
          <w:p>
            <w:r>
              <w:t>8</w:t>
            </w:r>
          </w:p>
        </w:tc>
      </w:tr>
      <w:tr>
        <w:tc>
          <w:tcPr>
            <w:tcW w:type="dxa" w:w="4320"/>
          </w:tcPr>
          <w:p>
            <w:r>
              <w:t>result, permutations</w:t>
            </w:r>
          </w:p>
        </w:tc>
        <w:tc>
          <w:tcPr>
            <w:tcW w:type="dxa" w:w="4320"/>
          </w:tcPr>
          <w:p>
            <w:r>
              <w:t>199</w:t>
            </w:r>
          </w:p>
        </w:tc>
      </w:tr>
      <w:tr>
        <w:tc>
          <w:tcPr>
            <w:tcW w:type="dxa" w:w="4320"/>
          </w:tcPr>
          <w:p>
            <w:r>
              <w:t>result, excluded null</w:t>
            </w:r>
          </w:p>
        </w:tc>
        <w:tc>
          <w:tcPr>
            <w:tcW w:type="dxa" w:w="4320"/>
          </w:tcPr>
          <w:p>
            <w:r>
              <w:t>0</w:t>
            </w:r>
          </w:p>
        </w:tc>
      </w:tr>
      <w:tr>
        <w:tc>
          <w:tcPr>
            <w:tcW w:type="dxa" w:w="4320"/>
          </w:tcPr>
          <w:p>
            <w:r>
              <w:t>result, distance band m</w:t>
            </w:r>
          </w:p>
        </w:tc>
        <w:tc>
          <w:tcPr>
            <w:tcW w:type="dxa" w:w="4320"/>
          </w:tcPr>
          <w:p>
            <w:r>
              <w:t>3,255</w:t>
            </w:r>
          </w:p>
        </w:tc>
      </w:tr>
      <w:tr>
        <w:tc>
          <w:tcPr>
            <w:tcW w:type="dxa" w:w="4320"/>
          </w:tcPr>
          <w:p>
            <w:r>
              <w:t>billing, cost</w:t>
            </w:r>
          </w:p>
        </w:tc>
        <w:tc>
          <w:tcPr>
            <w:tcW w:type="dxa" w:w="4320"/>
          </w:tcPr>
          <w:p>
            <w:r>
              <w:t>0.0509</w:t>
            </w:r>
          </w:p>
        </w:tc>
      </w:tr>
      <w:tr>
        <w:tc>
          <w:tcPr>
            <w:tcW w:type="dxa" w:w="4320"/>
          </w:tcPr>
          <w:p>
            <w:r>
              <w:t>billing, list price</w:t>
            </w:r>
          </w:p>
        </w:tc>
        <w:tc>
          <w:tcPr>
            <w:tcW w:type="dxa" w:w="4320"/>
          </w:tcPr>
          <w:p>
            <w:r>
              <w:t>0.0509</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Outliers on Candidate sites: Find outliers: 1 layer saved: Find outliers: Candidate sites (30 features) [43][44].</w:t>
      </w:r>
    </w:p>
    <w:p>
      <w:pPr>
        <w:pStyle w:val="ListBullet"/>
      </w:pPr>
      <w:r>
        <w:rPr>
          <w:b/>
        </w:rPr>
        <w:t xml:space="preserve">Evidenced: </w:t>
      </w:r>
      <w:r>
        <w:t>It reported result, count 30; result, elapsed ms 8; result, permutations 199; result, excluded null 0; result, distance band m 3,255; billing, cost 0.0509 [43].</w:t>
      </w:r>
    </w:p>
    <w:p>
      <w:r>
        <w:rPr>
          <w:i/>
          <w:color w:val="525252"/>
          <w:sz w:val="17"/>
        </w:rPr>
        <w:t>Tool gp_outliers; parameters {"field": "ghi_kwh_m2_yr", "project": "8e181d65-6b3c-4526-9cff-cfc25a7f3e07", "features": {"layer": "Candidate sites (d70250d1)"}, "aggregation": "hexagon"}</w:t>
      </w:r>
    </w:p>
    <w:p>
      <w:pPr>
        <w:pStyle w:val="Heading1"/>
      </w:pPr>
      <w:r>
        <w:t>Maps and charts</w:t>
      </w:r>
    </w:p>
    <w:p>
      <w:r>
        <w:rPr>
          <w:i w:val="0"/>
        </w:rPr>
        <w:t>The run also made 14 map image(s) [45][46][47][48][49][50][51][52][53][54][55][56][57][58] and 17 chart(s) [59][60][61][62][63][64][65][66][67][68][69][70][71][72][73][74][75].</w:t>
      </w:r>
    </w:p>
    <w:p>
      <w:pPr>
        <w:jc w:val="center"/>
      </w:pPr>
      <w:r>
        <w:drawing>
          <wp:inline xmlns:a="http://schemas.openxmlformats.org/drawingml/2006/main" xmlns:pic="http://schemas.openxmlformats.org/drawingml/2006/picture">
            <wp:extent cx="5760720" cy="3840480"/>
            <wp:docPr id="2" name="Picture 2"/>
            <wp:cNvGraphicFramePr>
              <a:graphicFrameLocks noChangeAspect="1"/>
            </wp:cNvGraphicFramePr>
            <a:graphic>
              <a:graphicData uri="http://schemas.openxmlformats.org/drawingml/2006/picture">
                <pic:pic>
                  <pic:nvPicPr>
                    <pic:cNvPr id="0" name="000.jpg"/>
                    <pic:cNvPicPr/>
                  </pic:nvPicPr>
                  <pic:blipFill>
                    <a:blip r:embed="rId10"/>
                    <a:stretch>
                      <a:fillRect/>
                    </a:stretch>
                  </pic:blipFill>
                  <pic:spPr>
                    <a:xfrm>
                      <a:off x="0" y="0"/>
                      <a:ext cx="5760720" cy="3840480"/>
                    </a:xfrm>
                    <a:prstGeom prst="rect"/>
                  </pic:spPr>
                </pic:pic>
              </a:graphicData>
            </a:graphic>
          </wp:inline>
        </w:drawing>
      </w:r>
    </w:p>
    <w:p>
      <w:r>
        <w:rPr>
          <w:i/>
          <w:color w:val="525252"/>
          <w:sz w:val="17"/>
        </w:rPr>
        <w:t>Figure 2. Summarize within: Exclusion zones [45]</w:t>
      </w:r>
    </w:p>
    <w:p>
      <w:pPr>
        <w:jc w:val="center"/>
      </w:pPr>
      <w:r>
        <w:drawing>
          <wp:inline xmlns:a="http://schemas.openxmlformats.org/drawingml/2006/main" xmlns:pic="http://schemas.openxmlformats.org/drawingml/2006/picture">
            <wp:extent cx="5760720" cy="3840480"/>
            <wp:docPr id="3" name="Picture 3"/>
            <wp:cNvGraphicFramePr>
              <a:graphicFrameLocks noChangeAspect="1"/>
            </wp:cNvGraphicFramePr>
            <a:graphic>
              <a:graphicData uri="http://schemas.openxmlformats.org/drawingml/2006/picture">
                <pic:pic>
                  <pic:nvPicPr>
                    <pic:cNvPr id="0" name="000.jpg"/>
                    <pic:cNvPicPr/>
                  </pic:nvPicPr>
                  <pic:blipFill>
                    <a:blip r:embed="rId10"/>
                    <a:stretch>
                      <a:fillRect/>
                    </a:stretch>
                  </pic:blipFill>
                  <pic:spPr>
                    <a:xfrm>
                      <a:off x="0" y="0"/>
                      <a:ext cx="5760720" cy="3840480"/>
                    </a:xfrm>
                    <a:prstGeom prst="rect"/>
                  </pic:spPr>
                </pic:pic>
              </a:graphicData>
            </a:graphic>
          </wp:inline>
        </w:drawing>
      </w:r>
    </w:p>
    <w:p>
      <w:r>
        <w:rPr>
          <w:i/>
          <w:color w:val="525252"/>
          <w:sz w:val="17"/>
        </w:rPr>
        <w:t>Figure 3. Summarize within: Exclusion zones [46]</w:t>
      </w:r>
    </w:p>
    <w:p>
      <w:pPr>
        <w:jc w:val="center"/>
      </w:pPr>
      <w:r>
        <w:drawing>
          <wp:inline xmlns:a="http://schemas.openxmlformats.org/drawingml/2006/main" xmlns:pic="http://schemas.openxmlformats.org/drawingml/2006/picture">
            <wp:extent cx="5760720" cy="3840480"/>
            <wp:docPr id="4" name="Picture 4"/>
            <wp:cNvGraphicFramePr>
              <a:graphicFrameLocks noChangeAspect="1"/>
            </wp:cNvGraphicFramePr>
            <a:graphic>
              <a:graphicData uri="http://schemas.openxmlformats.org/drawingml/2006/picture">
                <pic:pic>
                  <pic:nvPicPr>
                    <pic:cNvPr id="0" name="005.jpg"/>
                    <pic:cNvPicPr/>
                  </pic:nvPicPr>
                  <pic:blipFill>
                    <a:blip r:embed="rId11"/>
                    <a:stretch>
                      <a:fillRect/>
                    </a:stretch>
                  </pic:blipFill>
                  <pic:spPr>
                    <a:xfrm>
                      <a:off x="0" y="0"/>
                      <a:ext cx="5760720" cy="3840480"/>
                    </a:xfrm>
                    <a:prstGeom prst="rect"/>
                  </pic:spPr>
                </pic:pic>
              </a:graphicData>
            </a:graphic>
          </wp:inline>
        </w:drawing>
      </w:r>
    </w:p>
    <w:p>
      <w:r>
        <w:rPr>
          <w:i/>
          <w:color w:val="525252"/>
          <w:sz w:val="17"/>
        </w:rPr>
        <w:t>Figure 4. Summarize within: Exclusion zones [47]</w:t>
      </w:r>
    </w:p>
    <w:p>
      <w:pPr>
        <w:jc w:val="center"/>
      </w:pPr>
      <w:r>
        <w:drawing>
          <wp:inline xmlns:a="http://schemas.openxmlformats.org/drawingml/2006/main" xmlns:pic="http://schemas.openxmlformats.org/drawingml/2006/picture">
            <wp:extent cx="5760720" cy="3840480"/>
            <wp:docPr id="5" name="Picture 5"/>
            <wp:cNvGraphicFramePr>
              <a:graphicFrameLocks noChangeAspect="1"/>
            </wp:cNvGraphicFramePr>
            <a:graphic>
              <a:graphicData uri="http://schemas.openxmlformats.org/drawingml/2006/picture">
                <pic:pic>
                  <pic:nvPicPr>
                    <pic:cNvPr id="0" name="007.jpg"/>
                    <pic:cNvPicPr/>
                  </pic:nvPicPr>
                  <pic:blipFill>
                    <a:blip r:embed="rId12"/>
                    <a:stretch>
                      <a:fillRect/>
                    </a:stretch>
                  </pic:blipFill>
                  <pic:spPr>
                    <a:xfrm>
                      <a:off x="0" y="0"/>
                      <a:ext cx="5760720" cy="3840480"/>
                    </a:xfrm>
                    <a:prstGeom prst="rect"/>
                  </pic:spPr>
                </pic:pic>
              </a:graphicData>
            </a:graphic>
          </wp:inline>
        </w:drawing>
      </w:r>
    </w:p>
    <w:p>
      <w:r>
        <w:rPr>
          <w:i/>
          <w:color w:val="525252"/>
          <w:sz w:val="17"/>
        </w:rPr>
        <w:t>Figure 5. Emerging hot spots: Bird surveys [48]</w:t>
      </w:r>
    </w:p>
    <w:p>
      <w:pPr>
        <w:jc w:val="center"/>
      </w:pPr>
      <w:r>
        <w:drawing>
          <wp:inline xmlns:a="http://schemas.openxmlformats.org/drawingml/2006/main" xmlns:pic="http://schemas.openxmlformats.org/drawingml/2006/picture">
            <wp:extent cx="5760720" cy="3840480"/>
            <wp:docPr id="6" name="Picture 6"/>
            <wp:cNvGraphicFramePr>
              <a:graphicFrameLocks noChangeAspect="1"/>
            </wp:cNvGraphicFramePr>
            <a:graphic>
              <a:graphicData uri="http://schemas.openxmlformats.org/drawingml/2006/picture">
                <pic:pic>
                  <pic:nvPicPr>
                    <pic:cNvPr id="0" name="008.jpg"/>
                    <pic:cNvPicPr/>
                  </pic:nvPicPr>
                  <pic:blipFill>
                    <a:blip r:embed="rId13"/>
                    <a:stretch>
                      <a:fillRect/>
                    </a:stretch>
                  </pic:blipFill>
                  <pic:spPr>
                    <a:xfrm>
                      <a:off x="0" y="0"/>
                      <a:ext cx="5760720" cy="3840480"/>
                    </a:xfrm>
                    <a:prstGeom prst="rect"/>
                  </pic:spPr>
                </pic:pic>
              </a:graphicData>
            </a:graphic>
          </wp:inline>
        </w:drawing>
      </w:r>
    </w:p>
    <w:p>
      <w:r>
        <w:rPr>
          <w:i/>
          <w:color w:val="525252"/>
          <w:sz w:val="17"/>
        </w:rPr>
        <w:t>Figure 6. Hot spot analysis: Bird surveys [49]</w:t>
      </w:r>
    </w:p>
    <w:p>
      <w:pPr>
        <w:jc w:val="center"/>
      </w:pPr>
      <w:r>
        <w:drawing>
          <wp:inline xmlns:a="http://schemas.openxmlformats.org/drawingml/2006/main" xmlns:pic="http://schemas.openxmlformats.org/drawingml/2006/picture">
            <wp:extent cx="5760720" cy="3840480"/>
            <wp:docPr id="7" name="Picture 7"/>
            <wp:cNvGraphicFramePr>
              <a:graphicFrameLocks noChangeAspect="1"/>
            </wp:cNvGraphicFramePr>
            <a:graphic>
              <a:graphicData uri="http://schemas.openxmlformats.org/drawingml/2006/picture">
                <pic:pic>
                  <pic:nvPicPr>
                    <pic:cNvPr id="0" name="010.jpg"/>
                    <pic:cNvPicPr/>
                  </pic:nvPicPr>
                  <pic:blipFill>
                    <a:blip r:embed="rId14"/>
                    <a:stretch>
                      <a:fillRect/>
                    </a:stretch>
                  </pic:blipFill>
                  <pic:spPr>
                    <a:xfrm>
                      <a:off x="0" y="0"/>
                      <a:ext cx="5760720" cy="3840480"/>
                    </a:xfrm>
                    <a:prstGeom prst="rect"/>
                  </pic:spPr>
                </pic:pic>
              </a:graphicData>
            </a:graphic>
          </wp:inline>
        </w:drawing>
      </w:r>
    </w:p>
    <w:p>
      <w:r>
        <w:rPr>
          <w:i/>
          <w:color w:val="525252"/>
          <w:sz w:val="17"/>
        </w:rPr>
        <w:t>Figure 7. Calculate density: Bird surveys [50]</w:t>
      </w:r>
    </w:p>
    <w:p>
      <w:pPr>
        <w:jc w:val="center"/>
      </w:pPr>
      <w:r>
        <w:drawing>
          <wp:inline xmlns:a="http://schemas.openxmlformats.org/drawingml/2006/main" xmlns:pic="http://schemas.openxmlformats.org/drawingml/2006/picture">
            <wp:extent cx="5760720" cy="3840480"/>
            <wp:docPr id="8" name="Picture 8"/>
            <wp:cNvGraphicFramePr>
              <a:graphicFrameLocks noChangeAspect="1"/>
            </wp:cNvGraphicFramePr>
            <a:graphic>
              <a:graphicData uri="http://schemas.openxmlformats.org/drawingml/2006/picture">
                <pic:pic>
                  <pic:nvPicPr>
                    <pic:cNvPr id="0" name="012.jpg"/>
                    <pic:cNvPicPr/>
                  </pic:nvPicPr>
                  <pic:blipFill>
                    <a:blip r:embed="rId15"/>
                    <a:stretch>
                      <a:fillRect/>
                    </a:stretch>
                  </pic:blipFill>
                  <pic:spPr>
                    <a:xfrm>
                      <a:off x="0" y="0"/>
                      <a:ext cx="5760720" cy="3840480"/>
                    </a:xfrm>
                    <a:prstGeom prst="rect"/>
                  </pic:spPr>
                </pic:pic>
              </a:graphicData>
            </a:graphic>
          </wp:inline>
        </w:drawing>
      </w:r>
    </w:p>
    <w:p>
      <w:r>
        <w:rPr>
          <w:i/>
          <w:color w:val="525252"/>
          <w:sz w:val="17"/>
        </w:rPr>
        <w:t>Figure 8. Find point clusters: Bird surveys [51]</w:t>
      </w:r>
    </w:p>
    <w:p>
      <w:pPr>
        <w:jc w:val="center"/>
      </w:pPr>
      <w:r>
        <w:drawing>
          <wp:inline xmlns:a="http://schemas.openxmlformats.org/drawingml/2006/main" xmlns:pic="http://schemas.openxmlformats.org/drawingml/2006/picture">
            <wp:extent cx="5760720" cy="3840480"/>
            <wp:docPr id="9" name="Picture 9"/>
            <wp:cNvGraphicFramePr>
              <a:graphicFrameLocks noChangeAspect="1"/>
            </wp:cNvGraphicFramePr>
            <a:graphic>
              <a:graphicData uri="http://schemas.openxmlformats.org/drawingml/2006/picture">
                <pic:pic>
                  <pic:nvPicPr>
                    <pic:cNvPr id="0" name="015.jpg"/>
                    <pic:cNvPicPr/>
                  </pic:nvPicPr>
                  <pic:blipFill>
                    <a:blip r:embed="rId16"/>
                    <a:stretch>
                      <a:fillRect/>
                    </a:stretch>
                  </pic:blipFill>
                  <pic:spPr>
                    <a:xfrm>
                      <a:off x="0" y="0"/>
                      <a:ext cx="5760720" cy="3840480"/>
                    </a:xfrm>
                    <a:prstGeom prst="rect"/>
                  </pic:spPr>
                </pic:pic>
              </a:graphicData>
            </a:graphic>
          </wp:inline>
        </w:drawing>
      </w:r>
    </w:p>
    <w:p>
      <w:r>
        <w:rPr>
          <w:i/>
          <w:color w:val="525252"/>
          <w:sz w:val="17"/>
        </w:rPr>
        <w:t>Figure 9. Find point clusters: cluster hulls [52]</w:t>
      </w:r>
    </w:p>
    <w:p>
      <w:pPr>
        <w:jc w:val="center"/>
      </w:pPr>
      <w:r>
        <w:drawing>
          <wp:inline xmlns:a="http://schemas.openxmlformats.org/drawingml/2006/main" xmlns:pic="http://schemas.openxmlformats.org/drawingml/2006/picture">
            <wp:extent cx="5760720" cy="3840480"/>
            <wp:docPr id="10" name="Picture 10"/>
            <wp:cNvGraphicFramePr>
              <a:graphicFrameLocks noChangeAspect="1"/>
            </wp:cNvGraphicFramePr>
            <a:graphic>
              <a:graphicData uri="http://schemas.openxmlformats.org/drawingml/2006/picture">
                <pic:pic>
                  <pic:nvPicPr>
                    <pic:cNvPr id="0" name="016.jpg"/>
                    <pic:cNvPicPr/>
                  </pic:nvPicPr>
                  <pic:blipFill>
                    <a:blip r:embed="rId17"/>
                    <a:stretch>
                      <a:fillRect/>
                    </a:stretch>
                  </pic:blipFill>
                  <pic:spPr>
                    <a:xfrm>
                      <a:off x="0" y="0"/>
                      <a:ext cx="5760720" cy="3840480"/>
                    </a:xfrm>
                    <a:prstGeom prst="rect"/>
                  </pic:spPr>
                </pic:pic>
              </a:graphicData>
            </a:graphic>
          </wp:inline>
        </w:drawing>
      </w:r>
    </w:p>
    <w:p>
      <w:r>
        <w:rPr>
          <w:i/>
          <w:color w:val="525252"/>
          <w:sz w:val="17"/>
        </w:rPr>
        <w:t>Figure 10. Exclusion zones by buffer_m [53]</w:t>
      </w:r>
    </w:p>
    <w:p>
      <w:pPr>
        <w:jc w:val="center"/>
      </w:pPr>
      <w:r>
        <w:drawing>
          <wp:inline xmlns:a="http://schemas.openxmlformats.org/drawingml/2006/main" xmlns:pic="http://schemas.openxmlformats.org/drawingml/2006/picture">
            <wp:extent cx="5760720" cy="3840480"/>
            <wp:docPr id="11" name="Picture 11"/>
            <wp:cNvGraphicFramePr>
              <a:graphicFrameLocks noChangeAspect="1"/>
            </wp:cNvGraphicFramePr>
            <a:graphic>
              <a:graphicData uri="http://schemas.openxmlformats.org/drawingml/2006/picture">
                <pic:pic>
                  <pic:nvPicPr>
                    <pic:cNvPr id="0" name="019.jpg"/>
                    <pic:cNvPicPr/>
                  </pic:nvPicPr>
                  <pic:blipFill>
                    <a:blip r:embed="rId18"/>
                    <a:stretch>
                      <a:fillRect/>
                    </a:stretch>
                  </pic:blipFill>
                  <pic:spPr>
                    <a:xfrm>
                      <a:off x="0" y="0"/>
                      <a:ext cx="5760720" cy="3840480"/>
                    </a:xfrm>
                    <a:prstGeom prst="rect"/>
                  </pic:spPr>
                </pic:pic>
              </a:graphicData>
            </a:graphic>
          </wp:inline>
        </w:drawing>
      </w:r>
    </w:p>
    <w:p>
      <w:r>
        <w:rPr>
          <w:i/>
          <w:color w:val="525252"/>
          <w:sz w:val="17"/>
        </w:rPr>
        <w:t>Figure 11. Dust storms by pm10_peak [54]</w:t>
      </w:r>
    </w:p>
    <w:p>
      <w:pPr>
        <w:jc w:val="center"/>
      </w:pPr>
      <w:r>
        <w:drawing>
          <wp:inline xmlns:a="http://schemas.openxmlformats.org/drawingml/2006/main" xmlns:pic="http://schemas.openxmlformats.org/drawingml/2006/picture">
            <wp:extent cx="5760720" cy="3840480"/>
            <wp:docPr id="12" name="Picture 12"/>
            <wp:cNvGraphicFramePr>
              <a:graphicFrameLocks noChangeAspect="1"/>
            </wp:cNvGraphicFramePr>
            <a:graphic>
              <a:graphicData uri="http://schemas.openxmlformats.org/drawingml/2006/picture">
                <pic:pic>
                  <pic:nvPicPr>
                    <pic:cNvPr id="0" name="020.jpg"/>
                    <pic:cNvPicPr/>
                  </pic:nvPicPr>
                  <pic:blipFill>
                    <a:blip r:embed="rId19"/>
                    <a:stretch>
                      <a:fillRect/>
                    </a:stretch>
                  </pic:blipFill>
                  <pic:spPr>
                    <a:xfrm>
                      <a:off x="0" y="0"/>
                      <a:ext cx="5760720" cy="3840480"/>
                    </a:xfrm>
                    <a:prstGeom prst="rect"/>
                  </pic:spPr>
                </pic:pic>
              </a:graphicData>
            </a:graphic>
          </wp:inline>
        </w:drawing>
      </w:r>
    </w:p>
    <w:p>
      <w:r>
        <w:rPr>
          <w:i/>
          <w:color w:val="525252"/>
          <w:sz w:val="17"/>
        </w:rPr>
        <w:t>Figure 12. Candidate sites by ghi_kwh_m2_yr [55]</w:t>
      </w:r>
    </w:p>
    <w:p>
      <w:pPr>
        <w:jc w:val="center"/>
      </w:pPr>
      <w:r>
        <w:drawing>
          <wp:inline xmlns:a="http://schemas.openxmlformats.org/drawingml/2006/main" xmlns:pic="http://schemas.openxmlformats.org/drawingml/2006/picture">
            <wp:extent cx="5760720" cy="3840480"/>
            <wp:docPr id="13" name="Picture 13"/>
            <wp:cNvGraphicFramePr>
              <a:graphicFrameLocks noChangeAspect="1"/>
            </wp:cNvGraphicFramePr>
            <a:graphic>
              <a:graphicData uri="http://schemas.openxmlformats.org/drawingml/2006/picture">
                <pic:pic>
                  <pic:nvPicPr>
                    <pic:cNvPr id="0" name="022.jpg"/>
                    <pic:cNvPicPr/>
                  </pic:nvPicPr>
                  <pic:blipFill>
                    <a:blip r:embed="rId20"/>
                    <a:stretch>
                      <a:fillRect/>
                    </a:stretch>
                  </pic:blipFill>
                  <pic:spPr>
                    <a:xfrm>
                      <a:off x="0" y="0"/>
                      <a:ext cx="5760720" cy="3840480"/>
                    </a:xfrm>
                    <a:prstGeom prst="rect"/>
                  </pic:spPr>
                </pic:pic>
              </a:graphicData>
            </a:graphic>
          </wp:inline>
        </w:drawing>
      </w:r>
    </w:p>
    <w:p>
      <w:r>
        <w:rPr>
          <w:i/>
          <w:color w:val="525252"/>
          <w:sz w:val="17"/>
        </w:rPr>
        <w:t>Figure 13. Find outliers: Exclusion zones [56]</w:t>
      </w:r>
    </w:p>
    <w:p>
      <w:pPr>
        <w:jc w:val="center"/>
      </w:pPr>
      <w:r>
        <w:drawing>
          <wp:inline xmlns:a="http://schemas.openxmlformats.org/drawingml/2006/main" xmlns:pic="http://schemas.openxmlformats.org/drawingml/2006/picture">
            <wp:extent cx="5760720" cy="3840480"/>
            <wp:docPr id="14" name="Picture 14"/>
            <wp:cNvGraphicFramePr>
              <a:graphicFrameLocks noChangeAspect="1"/>
            </wp:cNvGraphicFramePr>
            <a:graphic>
              <a:graphicData uri="http://schemas.openxmlformats.org/drawingml/2006/picture">
                <pic:pic>
                  <pic:nvPicPr>
                    <pic:cNvPr id="0" name="025.jpg"/>
                    <pic:cNvPicPr/>
                  </pic:nvPicPr>
                  <pic:blipFill>
                    <a:blip r:embed="rId21"/>
                    <a:stretch>
                      <a:fillRect/>
                    </a:stretch>
                  </pic:blipFill>
                  <pic:spPr>
                    <a:xfrm>
                      <a:off x="0" y="0"/>
                      <a:ext cx="5760720" cy="3840480"/>
                    </a:xfrm>
                    <a:prstGeom prst="rect"/>
                  </pic:spPr>
                </pic:pic>
              </a:graphicData>
            </a:graphic>
          </wp:inline>
        </w:drawing>
      </w:r>
    </w:p>
    <w:p>
      <w:r>
        <w:rPr>
          <w:i/>
          <w:color w:val="525252"/>
          <w:sz w:val="17"/>
        </w:rPr>
        <w:t>Figure 14. Find outliers: Dust storms [57]</w:t>
      </w:r>
    </w:p>
    <w:p>
      <w:pPr>
        <w:jc w:val="center"/>
      </w:pPr>
      <w:r>
        <w:drawing>
          <wp:inline xmlns:a="http://schemas.openxmlformats.org/drawingml/2006/main" xmlns:pic="http://schemas.openxmlformats.org/drawingml/2006/picture">
            <wp:extent cx="5760720" cy="3840480"/>
            <wp:docPr id="15" name="Picture 15"/>
            <wp:cNvGraphicFramePr>
              <a:graphicFrameLocks noChangeAspect="1"/>
            </wp:cNvGraphicFramePr>
            <a:graphic>
              <a:graphicData uri="http://schemas.openxmlformats.org/drawingml/2006/picture">
                <pic:pic>
                  <pic:nvPicPr>
                    <pic:cNvPr id="0" name="026.jpg"/>
                    <pic:cNvPicPr/>
                  </pic:nvPicPr>
                  <pic:blipFill>
                    <a:blip r:embed="rId22"/>
                    <a:stretch>
                      <a:fillRect/>
                    </a:stretch>
                  </pic:blipFill>
                  <pic:spPr>
                    <a:xfrm>
                      <a:off x="0" y="0"/>
                      <a:ext cx="5760720" cy="3840480"/>
                    </a:xfrm>
                    <a:prstGeom prst="rect"/>
                  </pic:spPr>
                </pic:pic>
              </a:graphicData>
            </a:graphic>
          </wp:inline>
        </w:drawing>
      </w:r>
    </w:p>
    <w:p>
      <w:r>
        <w:rPr>
          <w:i/>
          <w:color w:val="525252"/>
          <w:sz w:val="17"/>
        </w:rPr>
        <w:t>Figure 15. Find outliers: Candidate sites [58]</w:t>
      </w:r>
    </w:p>
    <w:p>
      <w:r>
        <w:rPr>
          <w:b/>
        </w:rPr>
        <w:t xml:space="preserve">What the map shows. </w:t>
      </w:r>
      <w:r>
        <w:rPr>
          <w:i/>
        </w:rPr>
        <w:t>The map displays the summarized count of "Exclusion zones" within the area, using 0 to 1 as indicated in the legend. High counts, represented by darker orange, are clustered in several prominent, sinuous bands running horizontally across the mapped view. Additionally, distinct areas of high counts are visible as larger, circular patches that are scattered across [46]</w:t>
      </w:r>
    </w:p>
    <w:p>
      <w:r>
        <w:rPr>
          <w:i/>
          <w:color w:val="525252"/>
          <w:sz w:val="17"/>
        </w:rPr>
        <w:t>Inferred: read from the image by gemma4:e4b, not evidence.</w:t>
      </w:r>
    </w:p>
    <w:p>
      <w:pPr>
        <w:jc w:val="center"/>
      </w:pPr>
      <w:r>
        <w:drawing>
          <wp:inline xmlns:a="http://schemas.openxmlformats.org/drawingml/2006/main" xmlns:pic="http://schemas.openxmlformats.org/drawingml/2006/picture">
            <wp:extent cx="5486400" cy="3688080"/>
            <wp:docPr id="16" name="Picture 16"/>
            <wp:cNvGraphicFramePr>
              <a:graphicFrameLocks noChangeAspect="1"/>
            </wp:cNvGraphicFramePr>
            <a:graphic>
              <a:graphicData uri="http://schemas.openxmlformats.org/drawingml/2006/picture">
                <pic:pic>
                  <pic:nvPicPr>
                    <pic:cNvPr id="0" name="028.jpg"/>
                    <pic:cNvPicPr/>
                  </pic:nvPicPr>
                  <pic:blipFill>
                    <a:blip r:embed="rId23"/>
                    <a:stretch>
                      <a:fillRect/>
                    </a:stretch>
                  </pic:blipFill>
                  <pic:spPr>
                    <a:xfrm>
                      <a:off x="0" y="0"/>
                      <a:ext cx="5486400" cy="3688080"/>
                    </a:xfrm>
                    <a:prstGeom prst="rect"/>
                  </pic:spPr>
                </pic:pic>
              </a:graphicData>
            </a:graphic>
          </wp:inline>
        </w:drawing>
      </w:r>
    </w:p>
    <w:p>
      <w:r>
        <w:rPr>
          <w:i/>
          <w:color w:val="525252"/>
          <w:sz w:val="17"/>
        </w:rPr>
        <w:t>Figure 16. Met masts over time (installed_year) [59]. Source: Met masts (4 features). The data is in the appendix.</w:t>
      </w:r>
    </w:p>
    <w:p>
      <w:pPr>
        <w:jc w:val="center"/>
      </w:pPr>
      <w:r>
        <w:drawing>
          <wp:inline xmlns:a="http://schemas.openxmlformats.org/drawingml/2006/main" xmlns:pic="http://schemas.openxmlformats.org/drawingml/2006/picture">
            <wp:extent cx="5486400" cy="3621024"/>
            <wp:docPr id="17" name="Picture 17"/>
            <wp:cNvGraphicFramePr>
              <a:graphicFrameLocks noChangeAspect="1"/>
            </wp:cNvGraphicFramePr>
            <a:graphic>
              <a:graphicData uri="http://schemas.openxmlformats.org/drawingml/2006/picture">
                <pic:pic>
                  <pic:nvPicPr>
                    <pic:cNvPr id="0" name="029.jpg"/>
                    <pic:cNvPicPr/>
                  </pic:nvPicPr>
                  <pic:blipFill>
                    <a:blip r:embed="rId24"/>
                    <a:stretch>
                      <a:fillRect/>
                    </a:stretch>
                  </pic:blipFill>
                  <pic:spPr>
                    <a:xfrm>
                      <a:off x="0" y="0"/>
                      <a:ext cx="5486400" cy="3621024"/>
                    </a:xfrm>
                    <a:prstGeom prst="rect"/>
                  </pic:spPr>
                </pic:pic>
              </a:graphicData>
            </a:graphic>
          </wp:inline>
        </w:drawing>
      </w:r>
    </w:p>
    <w:p>
      <w:r>
        <w:rPr>
          <w:i/>
          <w:color w:val="525252"/>
          <w:sz w:val="17"/>
        </w:rPr>
        <w:t>Figure 17. Dust storms over time (date) [60]. Per month, 2024-02-01 to 2025-06-01. Source: Dust storms (14 features). The data is in the appendix.</w:t>
      </w:r>
    </w:p>
    <w:p>
      <w:pPr>
        <w:jc w:val="center"/>
      </w:pPr>
      <w:r>
        <w:drawing>
          <wp:inline xmlns:a="http://schemas.openxmlformats.org/drawingml/2006/main" xmlns:pic="http://schemas.openxmlformats.org/drawingml/2006/picture">
            <wp:extent cx="5486400" cy="3633216"/>
            <wp:docPr id="18" name="Picture 18"/>
            <wp:cNvGraphicFramePr>
              <a:graphicFrameLocks noChangeAspect="1"/>
            </wp:cNvGraphicFramePr>
            <a:graphic>
              <a:graphicData uri="http://schemas.openxmlformats.org/drawingml/2006/picture">
                <pic:pic>
                  <pic:nvPicPr>
                    <pic:cNvPr id="0" name="030.jpg"/>
                    <pic:cNvPicPr/>
                  </pic:nvPicPr>
                  <pic:blipFill>
                    <a:blip r:embed="rId25"/>
                    <a:stretch>
                      <a:fillRect/>
                    </a:stretch>
                  </pic:blipFill>
                  <pic:spPr>
                    <a:xfrm>
                      <a:off x="0" y="0"/>
                      <a:ext cx="5486400" cy="3633216"/>
                    </a:xfrm>
                    <a:prstGeom prst="rect"/>
                  </pic:spPr>
                </pic:pic>
              </a:graphicData>
            </a:graphic>
          </wp:inline>
        </w:drawing>
      </w:r>
    </w:p>
    <w:p>
      <w:r>
        <w:rPr>
          <w:i/>
          <w:color w:val="525252"/>
          <w:sz w:val="17"/>
        </w:rPr>
        <w:t>Figure 18. Site irradiance by month over time (month) [61]. Per week, 2024-12-30 to 2025-12-01. Source: Site irradiance by month (360 features). The data is in the appendix.</w:t>
      </w:r>
    </w:p>
    <w:p>
      <w:pPr>
        <w:jc w:val="center"/>
      </w:pPr>
      <w:r>
        <w:drawing>
          <wp:inline xmlns:a="http://schemas.openxmlformats.org/drawingml/2006/main" xmlns:pic="http://schemas.openxmlformats.org/drawingml/2006/picture">
            <wp:extent cx="5486400" cy="3730752"/>
            <wp:docPr id="19" name="Picture 19"/>
            <wp:cNvGraphicFramePr>
              <a:graphicFrameLocks noChangeAspect="1"/>
            </wp:cNvGraphicFramePr>
            <a:graphic>
              <a:graphicData uri="http://schemas.openxmlformats.org/drawingml/2006/picture">
                <pic:pic>
                  <pic:nvPicPr>
                    <pic:cNvPr id="0" name="031.jpg"/>
                    <pic:cNvPicPr/>
                  </pic:nvPicPr>
                  <pic:blipFill>
                    <a:blip r:embed="rId26"/>
                    <a:stretch>
                      <a:fillRect/>
                    </a:stretch>
                  </pic:blipFill>
                  <pic:spPr>
                    <a:xfrm>
                      <a:off x="0" y="0"/>
                      <a:ext cx="5486400" cy="3730752"/>
                    </a:xfrm>
                    <a:prstGeom prst="rect"/>
                  </pic:spPr>
                </pic:pic>
              </a:graphicData>
            </a:graphic>
          </wp:inline>
        </w:drawing>
      </w:r>
    </w:p>
    <w:p>
      <w:r>
        <w:rPr>
          <w:i/>
          <w:color w:val="525252"/>
          <w:sz w:val="17"/>
        </w:rPr>
        <w:t>Figure 19. Summarize within: Exclusion zones [62]. Source: Summarize within: Exclusion zones (8 features). The data is in the appendix.</w:t>
      </w:r>
    </w:p>
    <w:p>
      <w:pPr>
        <w:jc w:val="center"/>
      </w:pPr>
      <w:r>
        <w:drawing>
          <wp:inline xmlns:a="http://schemas.openxmlformats.org/drawingml/2006/main" xmlns:pic="http://schemas.openxmlformats.org/drawingml/2006/picture">
            <wp:extent cx="5486400" cy="3730752"/>
            <wp:docPr id="20" name="Picture 20"/>
            <wp:cNvGraphicFramePr>
              <a:graphicFrameLocks noChangeAspect="1"/>
            </wp:cNvGraphicFramePr>
            <a:graphic>
              <a:graphicData uri="http://schemas.openxmlformats.org/drawingml/2006/picture">
                <pic:pic>
                  <pic:nvPicPr>
                    <pic:cNvPr id="0" name="031.jpg"/>
                    <pic:cNvPicPr/>
                  </pic:nvPicPr>
                  <pic:blipFill>
                    <a:blip r:embed="rId26"/>
                    <a:stretch>
                      <a:fillRect/>
                    </a:stretch>
                  </pic:blipFill>
                  <pic:spPr>
                    <a:xfrm>
                      <a:off x="0" y="0"/>
                      <a:ext cx="5486400" cy="3730752"/>
                    </a:xfrm>
                    <a:prstGeom prst="rect"/>
                  </pic:spPr>
                </pic:pic>
              </a:graphicData>
            </a:graphic>
          </wp:inline>
        </w:drawing>
      </w:r>
    </w:p>
    <w:p>
      <w:r>
        <w:rPr>
          <w:i/>
          <w:color w:val="525252"/>
          <w:sz w:val="17"/>
        </w:rPr>
        <w:t>Figure 20. Summarize within: Exclusion zones [63]. Source: Summarize within: Exclusion zones (8 features). The data is in the appendix.</w:t>
      </w:r>
    </w:p>
    <w:p>
      <w:pPr>
        <w:jc w:val="center"/>
      </w:pPr>
      <w:r>
        <w:drawing>
          <wp:inline xmlns:a="http://schemas.openxmlformats.org/drawingml/2006/main" xmlns:pic="http://schemas.openxmlformats.org/drawingml/2006/picture">
            <wp:extent cx="5486400" cy="3730752"/>
            <wp:docPr id="21" name="Picture 21"/>
            <wp:cNvGraphicFramePr>
              <a:graphicFrameLocks noChangeAspect="1"/>
            </wp:cNvGraphicFramePr>
            <a:graphic>
              <a:graphicData uri="http://schemas.openxmlformats.org/drawingml/2006/picture">
                <pic:pic>
                  <pic:nvPicPr>
                    <pic:cNvPr id="0" name="033.jpg"/>
                    <pic:cNvPicPr/>
                  </pic:nvPicPr>
                  <pic:blipFill>
                    <a:blip r:embed="rId27"/>
                    <a:stretch>
                      <a:fillRect/>
                    </a:stretch>
                  </pic:blipFill>
                  <pic:spPr>
                    <a:xfrm>
                      <a:off x="0" y="0"/>
                      <a:ext cx="5486400" cy="3730752"/>
                    </a:xfrm>
                    <a:prstGeom prst="rect"/>
                  </pic:spPr>
                </pic:pic>
              </a:graphicData>
            </a:graphic>
          </wp:inline>
        </w:drawing>
      </w:r>
    </w:p>
    <w:p>
      <w:r>
        <w:rPr>
          <w:i/>
          <w:color w:val="525252"/>
          <w:sz w:val="17"/>
        </w:rPr>
        <w:t>Figure 21. Summarize within: Exclusion zones [64]. Source: Summarize within: Exclusion zones (8 features). The data is in the appendix.</w:t>
      </w:r>
    </w:p>
    <w:p>
      <w:pPr>
        <w:jc w:val="center"/>
      </w:pPr>
      <w:r>
        <w:drawing>
          <wp:inline xmlns:a="http://schemas.openxmlformats.org/drawingml/2006/main" xmlns:pic="http://schemas.openxmlformats.org/drawingml/2006/picture">
            <wp:extent cx="5486400" cy="3621024"/>
            <wp:docPr id="22" name="Picture 22"/>
            <wp:cNvGraphicFramePr>
              <a:graphicFrameLocks noChangeAspect="1"/>
            </wp:cNvGraphicFramePr>
            <a:graphic>
              <a:graphicData uri="http://schemas.openxmlformats.org/drawingml/2006/picture">
                <pic:pic>
                  <pic:nvPicPr>
                    <pic:cNvPr id="0" name="034.jpg"/>
                    <pic:cNvPicPr/>
                  </pic:nvPicPr>
                  <pic:blipFill>
                    <a:blip r:embed="rId28"/>
                    <a:stretch>
                      <a:fillRect/>
                    </a:stretch>
                  </pic:blipFill>
                  <pic:spPr>
                    <a:xfrm>
                      <a:off x="0" y="0"/>
                      <a:ext cx="5486400" cy="3621024"/>
                    </a:xfrm>
                    <a:prstGeom prst="rect"/>
                  </pic:spPr>
                </pic:pic>
              </a:graphicData>
            </a:graphic>
          </wp:inline>
        </w:drawing>
      </w:r>
    </w:p>
    <w:p>
      <w:r>
        <w:rPr>
          <w:i/>
          <w:color w:val="525252"/>
          <w:sz w:val="17"/>
        </w:rPr>
        <w:t>Figure 22. Emerging hot spots: Bird surveys [65]. Source: Emerging hot spots: Bird surveys (156 features). The data is in the appendix.</w:t>
      </w:r>
    </w:p>
    <w:p>
      <w:pPr>
        <w:jc w:val="center"/>
      </w:pPr>
      <w:r>
        <w:drawing>
          <wp:inline xmlns:a="http://schemas.openxmlformats.org/drawingml/2006/main" xmlns:pic="http://schemas.openxmlformats.org/drawingml/2006/picture">
            <wp:extent cx="5486400" cy="2755392"/>
            <wp:docPr id="23" name="Picture 23"/>
            <wp:cNvGraphicFramePr>
              <a:graphicFrameLocks noChangeAspect="1"/>
            </wp:cNvGraphicFramePr>
            <a:graphic>
              <a:graphicData uri="http://schemas.openxmlformats.org/drawingml/2006/picture">
                <pic:pic>
                  <pic:nvPicPr>
                    <pic:cNvPr id="0" name="035.jpg"/>
                    <pic:cNvPicPr/>
                  </pic:nvPicPr>
                  <pic:blipFill>
                    <a:blip r:embed="rId29"/>
                    <a:stretch>
                      <a:fillRect/>
                    </a:stretch>
                  </pic:blipFill>
                  <pic:spPr>
                    <a:xfrm>
                      <a:off x="0" y="0"/>
                      <a:ext cx="5486400" cy="2755392"/>
                    </a:xfrm>
                    <a:prstGeom prst="rect"/>
                  </pic:spPr>
                </pic:pic>
              </a:graphicData>
            </a:graphic>
          </wp:inline>
        </w:drawing>
      </w:r>
    </w:p>
    <w:p>
      <w:r>
        <w:rPr>
          <w:i/>
          <w:color w:val="525252"/>
          <w:sz w:val="17"/>
        </w:rPr>
        <w:t>Figure 23. Hot spot analysis: Bird surveys [66]. Period: 2025-03-01 to 2026-05-31 (observed_at). Source: Hot spot analysis: Bird surveys (650 features). The data is in the appendix.</w:t>
      </w:r>
    </w:p>
    <w:p>
      <w:pPr>
        <w:jc w:val="center"/>
      </w:pPr>
      <w:r>
        <w:drawing>
          <wp:inline xmlns:a="http://schemas.openxmlformats.org/drawingml/2006/main" xmlns:pic="http://schemas.openxmlformats.org/drawingml/2006/picture">
            <wp:extent cx="5486400" cy="3694176"/>
            <wp:docPr id="24" name="Picture 24"/>
            <wp:cNvGraphicFramePr>
              <a:graphicFrameLocks noChangeAspect="1"/>
            </wp:cNvGraphicFramePr>
            <a:graphic>
              <a:graphicData uri="http://schemas.openxmlformats.org/drawingml/2006/picture">
                <pic:pic>
                  <pic:nvPicPr>
                    <pic:cNvPr id="0" name="036.jpg"/>
                    <pic:cNvPicPr/>
                  </pic:nvPicPr>
                  <pic:blipFill>
                    <a:blip r:embed="rId30"/>
                    <a:stretch>
                      <a:fillRect/>
                    </a:stretch>
                  </pic:blipFill>
                  <pic:spPr>
                    <a:xfrm>
                      <a:off x="0" y="0"/>
                      <a:ext cx="5486400" cy="3694176"/>
                    </a:xfrm>
                    <a:prstGeom prst="rect"/>
                  </pic:spPr>
                </pic:pic>
              </a:graphicData>
            </a:graphic>
          </wp:inline>
        </w:drawing>
      </w:r>
    </w:p>
    <w:p>
      <w:r>
        <w:rPr>
          <w:i/>
          <w:color w:val="525252"/>
          <w:sz w:val="17"/>
        </w:rPr>
        <w:t>Figure 24. Calculate density: Bird surveys [67]. Source: Calculate density: Bird surveys (699 features). The data is in the appendix.</w:t>
      </w:r>
    </w:p>
    <w:p>
      <w:pPr>
        <w:jc w:val="center"/>
      </w:pPr>
      <w:r>
        <w:drawing>
          <wp:inline xmlns:a="http://schemas.openxmlformats.org/drawingml/2006/main" xmlns:pic="http://schemas.openxmlformats.org/drawingml/2006/picture">
            <wp:extent cx="5486400" cy="1908048"/>
            <wp:docPr id="25" name="Picture 25"/>
            <wp:cNvGraphicFramePr>
              <a:graphicFrameLocks noChangeAspect="1"/>
            </wp:cNvGraphicFramePr>
            <a:graphic>
              <a:graphicData uri="http://schemas.openxmlformats.org/drawingml/2006/picture">
                <pic:pic>
                  <pic:nvPicPr>
                    <pic:cNvPr id="0" name="037.jpg"/>
                    <pic:cNvPicPr/>
                  </pic:nvPicPr>
                  <pic:blipFill>
                    <a:blip r:embed="rId31"/>
                    <a:stretch>
                      <a:fillRect/>
                    </a:stretch>
                  </pic:blipFill>
                  <pic:spPr>
                    <a:xfrm>
                      <a:off x="0" y="0"/>
                      <a:ext cx="5486400" cy="1908048"/>
                    </a:xfrm>
                    <a:prstGeom prst="rect"/>
                  </pic:spPr>
                </pic:pic>
              </a:graphicData>
            </a:graphic>
          </wp:inline>
        </w:drawing>
      </w:r>
    </w:p>
    <w:p>
      <w:r>
        <w:rPr>
          <w:i/>
          <w:color w:val="525252"/>
          <w:sz w:val="17"/>
        </w:rPr>
        <w:t>Figure 25. Find point clusters: Bird surveys [68]. Period: 2025-03-01 to 2026-05-31 (observed_at). Source: Find point clusters: Bird surveys (650 features). The data is in the appendix.</w:t>
      </w:r>
    </w:p>
    <w:p>
      <w:pPr>
        <w:jc w:val="center"/>
      </w:pPr>
      <w:r>
        <w:drawing>
          <wp:inline xmlns:a="http://schemas.openxmlformats.org/drawingml/2006/main" xmlns:pic="http://schemas.openxmlformats.org/drawingml/2006/picture">
            <wp:extent cx="5486400" cy="1658112"/>
            <wp:docPr id="26" name="Picture 26"/>
            <wp:cNvGraphicFramePr>
              <a:graphicFrameLocks noChangeAspect="1"/>
            </wp:cNvGraphicFramePr>
            <a:graphic>
              <a:graphicData uri="http://schemas.openxmlformats.org/drawingml/2006/picture">
                <pic:pic>
                  <pic:nvPicPr>
                    <pic:cNvPr id="0" name="038.jpg"/>
                    <pic:cNvPicPr/>
                  </pic:nvPicPr>
                  <pic:blipFill>
                    <a:blip r:embed="rId32"/>
                    <a:stretch>
                      <a:fillRect/>
                    </a:stretch>
                  </pic:blipFill>
                  <pic:spPr>
                    <a:xfrm>
                      <a:off x="0" y="0"/>
                      <a:ext cx="5486400" cy="1658112"/>
                    </a:xfrm>
                    <a:prstGeom prst="rect"/>
                  </pic:spPr>
                </pic:pic>
              </a:graphicData>
            </a:graphic>
          </wp:inline>
        </w:drawing>
      </w:r>
    </w:p>
    <w:p>
      <w:r>
        <w:rPr>
          <w:i/>
          <w:color w:val="525252"/>
          <w:sz w:val="17"/>
        </w:rPr>
        <w:t>Figure 26. Find point clusters: cluster hulls [69]. Source: Find point clusters: cluster hulls (1 features). The data is in the appendix.</w:t>
      </w:r>
    </w:p>
    <w:p>
      <w:pPr>
        <w:jc w:val="center"/>
      </w:pPr>
      <w:r>
        <w:drawing>
          <wp:inline xmlns:a="http://schemas.openxmlformats.org/drawingml/2006/main" xmlns:pic="http://schemas.openxmlformats.org/drawingml/2006/picture">
            <wp:extent cx="5486400" cy="5291328"/>
            <wp:docPr id="27" name="Picture 27"/>
            <wp:cNvGraphicFramePr>
              <a:graphicFrameLocks noChangeAspect="1"/>
            </wp:cNvGraphicFramePr>
            <a:graphic>
              <a:graphicData uri="http://schemas.openxmlformats.org/drawingml/2006/picture">
                <pic:pic>
                  <pic:nvPicPr>
                    <pic:cNvPr id="0" name="039.jpg"/>
                    <pic:cNvPicPr/>
                  </pic:nvPicPr>
                  <pic:blipFill>
                    <a:blip r:embed="rId33"/>
                    <a:stretch>
                      <a:fillRect/>
                    </a:stretch>
                  </pic:blipFill>
                  <pic:spPr>
                    <a:xfrm>
                      <a:off x="0" y="0"/>
                      <a:ext cx="5486400" cy="5291328"/>
                    </a:xfrm>
                    <a:prstGeom prst="rect"/>
                  </pic:spPr>
                </pic:pic>
              </a:graphicData>
            </a:graphic>
          </wp:inline>
        </w:drawing>
      </w:r>
    </w:p>
    <w:p>
      <w:r>
        <w:rPr>
          <w:i/>
          <w:color w:val="525252"/>
          <w:sz w:val="17"/>
        </w:rPr>
        <w:t>Figure 27. Find outliers: Exclusion zones [70]. Source: Find outliers: Exclusion zones (8 features). The data is in the appendix.</w:t>
      </w:r>
    </w:p>
    <w:p>
      <w:pPr>
        <w:jc w:val="center"/>
      </w:pPr>
      <w:r>
        <w:drawing>
          <wp:inline xmlns:a="http://schemas.openxmlformats.org/drawingml/2006/main" xmlns:pic="http://schemas.openxmlformats.org/drawingml/2006/picture">
            <wp:extent cx="5486400" cy="5291328"/>
            <wp:docPr id="28" name="Picture 28"/>
            <wp:cNvGraphicFramePr>
              <a:graphicFrameLocks noChangeAspect="1"/>
            </wp:cNvGraphicFramePr>
            <a:graphic>
              <a:graphicData uri="http://schemas.openxmlformats.org/drawingml/2006/picture">
                <pic:pic>
                  <pic:nvPicPr>
                    <pic:cNvPr id="0" name="040.jpg"/>
                    <pic:cNvPicPr/>
                  </pic:nvPicPr>
                  <pic:blipFill>
                    <a:blip r:embed="rId34"/>
                    <a:stretch>
                      <a:fillRect/>
                    </a:stretch>
                  </pic:blipFill>
                  <pic:spPr>
                    <a:xfrm>
                      <a:off x="0" y="0"/>
                      <a:ext cx="5486400" cy="5291328"/>
                    </a:xfrm>
                    <a:prstGeom prst="rect"/>
                  </pic:spPr>
                </pic:pic>
              </a:graphicData>
            </a:graphic>
          </wp:inline>
        </w:drawing>
      </w:r>
    </w:p>
    <w:p>
      <w:r>
        <w:rPr>
          <w:i/>
          <w:color w:val="525252"/>
          <w:sz w:val="17"/>
        </w:rPr>
        <w:t>Figure 28. Find outliers: Dust storms [71]. Period: 2024-02-01 to 2025-06-28 (date). Source: Find outliers: Dust storms (14 features). The data is in the appendix.</w:t>
      </w:r>
    </w:p>
    <w:p>
      <w:pPr>
        <w:jc w:val="center"/>
      </w:pPr>
      <w:r>
        <w:drawing>
          <wp:inline xmlns:a="http://schemas.openxmlformats.org/drawingml/2006/main" xmlns:pic="http://schemas.openxmlformats.org/drawingml/2006/picture">
            <wp:extent cx="5486400" cy="5327904"/>
            <wp:docPr id="29" name="Picture 29"/>
            <wp:cNvGraphicFramePr>
              <a:graphicFrameLocks noChangeAspect="1"/>
            </wp:cNvGraphicFramePr>
            <a:graphic>
              <a:graphicData uri="http://schemas.openxmlformats.org/drawingml/2006/picture">
                <pic:pic>
                  <pic:nvPicPr>
                    <pic:cNvPr id="0" name="041.jpg"/>
                    <pic:cNvPicPr/>
                  </pic:nvPicPr>
                  <pic:blipFill>
                    <a:blip r:embed="rId35"/>
                    <a:stretch>
                      <a:fillRect/>
                    </a:stretch>
                  </pic:blipFill>
                  <pic:spPr>
                    <a:xfrm>
                      <a:off x="0" y="0"/>
                      <a:ext cx="5486400" cy="5327904"/>
                    </a:xfrm>
                    <a:prstGeom prst="rect"/>
                  </pic:spPr>
                </pic:pic>
              </a:graphicData>
            </a:graphic>
          </wp:inline>
        </w:drawing>
      </w:r>
    </w:p>
    <w:p>
      <w:r>
        <w:rPr>
          <w:i/>
          <w:color w:val="525252"/>
          <w:sz w:val="17"/>
        </w:rPr>
        <w:t>Figure 29. Find outliers: Candidate sites [72]. Source: Find outliers: Candidate sites (30 features). The data is in the appendix.</w:t>
      </w:r>
    </w:p>
    <w:p>
      <w:pPr>
        <w:jc w:val="center"/>
      </w:pPr>
      <w:r>
        <w:drawing>
          <wp:inline xmlns:a="http://schemas.openxmlformats.org/drawingml/2006/main" xmlns:pic="http://schemas.openxmlformats.org/drawingml/2006/picture">
            <wp:extent cx="5486400" cy="3621024"/>
            <wp:docPr id="30" name="Picture 30"/>
            <wp:cNvGraphicFramePr>
              <a:graphicFrameLocks noChangeAspect="1"/>
            </wp:cNvGraphicFramePr>
            <a:graphic>
              <a:graphicData uri="http://schemas.openxmlformats.org/drawingml/2006/picture">
                <pic:pic>
                  <pic:nvPicPr>
                    <pic:cNvPr id="0" name="042.jpg"/>
                    <pic:cNvPicPr/>
                  </pic:nvPicPr>
                  <pic:blipFill>
                    <a:blip r:embed="rId36"/>
                    <a:stretch>
                      <a:fillRect/>
                    </a:stretch>
                  </pic:blipFill>
                  <pic:spPr>
                    <a:xfrm>
                      <a:off x="0" y="0"/>
                      <a:ext cx="5486400" cy="3621024"/>
                    </a:xfrm>
                    <a:prstGeom prst="rect"/>
                  </pic:spPr>
                </pic:pic>
              </a:graphicData>
            </a:graphic>
          </wp:inline>
        </w:drawing>
      </w:r>
    </w:p>
    <w:p>
      <w:r>
        <w:rPr>
          <w:i/>
          <w:color w:val="525252"/>
          <w:sz w:val="17"/>
        </w:rPr>
        <w:t>Figure 30. Find outliers: Dust storms over time [73]. Per month, 2024-02-01 to 2025-06-01. Source: Find outliers: Dust storms (14 features). The data is in the appendix.</w:t>
      </w:r>
    </w:p>
    <w:p>
      <w:pPr>
        <w:jc w:val="center"/>
      </w:pPr>
      <w:r>
        <w:drawing>
          <wp:inline xmlns:a="http://schemas.openxmlformats.org/drawingml/2006/main" xmlns:pic="http://schemas.openxmlformats.org/drawingml/2006/picture">
            <wp:extent cx="5486400" cy="3931920"/>
            <wp:docPr id="31" name="Picture 31"/>
            <wp:cNvGraphicFramePr>
              <a:graphicFrameLocks noChangeAspect="1"/>
            </wp:cNvGraphicFramePr>
            <a:graphic>
              <a:graphicData uri="http://schemas.openxmlformats.org/drawingml/2006/picture">
                <pic:pic>
                  <pic:nvPicPr>
                    <pic:cNvPr id="0" name="043.jpg"/>
                    <pic:cNvPicPr/>
                  </pic:nvPicPr>
                  <pic:blipFill>
                    <a:blip r:embed="rId37"/>
                    <a:stretch>
                      <a:fillRect/>
                    </a:stretch>
                  </pic:blipFill>
                  <pic:spPr>
                    <a:xfrm>
                      <a:off x="0" y="0"/>
                      <a:ext cx="5486400" cy="3931920"/>
                    </a:xfrm>
                    <a:prstGeom prst="rect"/>
                  </pic:spPr>
                </pic:pic>
              </a:graphicData>
            </a:graphic>
          </wp:inline>
        </w:drawing>
      </w:r>
    </w:p>
    <w:p>
      <w:r>
        <w:rPr>
          <w:i/>
          <w:color w:val="525252"/>
          <w:sz w:val="17"/>
        </w:rPr>
        <w:t>Figure 31. Find point clusters: Bird surveys over time [74]. Per month, 2025-03-01 to 2026-05-01. Source: Find point clusters: Bird surveys (650 features). The data is in the appendix.</w:t>
      </w:r>
    </w:p>
    <w:p>
      <w:pPr>
        <w:jc w:val="center"/>
      </w:pPr>
      <w:r>
        <w:drawing>
          <wp:inline xmlns:a="http://schemas.openxmlformats.org/drawingml/2006/main" xmlns:pic="http://schemas.openxmlformats.org/drawingml/2006/picture">
            <wp:extent cx="5486400" cy="3931920"/>
            <wp:docPr id="32" name="Picture 32"/>
            <wp:cNvGraphicFramePr>
              <a:graphicFrameLocks noChangeAspect="1"/>
            </wp:cNvGraphicFramePr>
            <a:graphic>
              <a:graphicData uri="http://schemas.openxmlformats.org/drawingml/2006/picture">
                <pic:pic>
                  <pic:nvPicPr>
                    <pic:cNvPr id="0" name="044.jpg"/>
                    <pic:cNvPicPr/>
                  </pic:nvPicPr>
                  <pic:blipFill>
                    <a:blip r:embed="rId38"/>
                    <a:stretch>
                      <a:fillRect/>
                    </a:stretch>
                  </pic:blipFill>
                  <pic:spPr>
                    <a:xfrm>
                      <a:off x="0" y="0"/>
                      <a:ext cx="5486400" cy="3931920"/>
                    </a:xfrm>
                    <a:prstGeom prst="rect"/>
                  </pic:spPr>
                </pic:pic>
              </a:graphicData>
            </a:graphic>
          </wp:inline>
        </w:drawing>
      </w:r>
    </w:p>
    <w:p>
      <w:r>
        <w:rPr>
          <w:i/>
          <w:color w:val="525252"/>
          <w:sz w:val="17"/>
        </w:rPr>
        <w:t>Figure 32. Hot spot analysis: Bird surveys over time [75]. Per month, 2025-03-01 to 2026-05-01. Source: Hot spot analysis: Bird surveys (650 features). The data is in the appendix.</w:t>
      </w:r>
    </w:p>
    <w:p>
      <w:pPr>
        <w:pStyle w:val="Heading1"/>
      </w:pPr>
      <w:r>
        <w:t>Changes since the last run</w:t>
      </w:r>
    </w:p>
    <w:p>
      <w:r>
        <w:t>This is the first report of this project.</w:t>
      </w:r>
    </w:p>
    <w:p>
      <w:pPr>
        <w:pStyle w:val="Heading1"/>
      </w:pPr>
      <w:r>
        <w:t>Sources</w:t>
      </w:r>
    </w:p>
    <w:p>
      <w:pPr>
        <w:spacing w:after="40"/>
      </w:pPr>
      <w:r>
        <w:t>[1] Rendering: Chart: Timeline: events per month by dataset. 84 rows (id 241ff431-2463-4d2b-9969-bfa5a0f6ce84)</w:t>
      </w:r>
    </w:p>
    <w:p>
      <w:pPr>
        <w:spacing w:after="40"/>
      </w:pPr>
      <w:r>
        <w:t>[2] Dataset: Bird surveys. vector, 650 rows (id 7a5a9074-3838-427a-8c24-d286446838ad)</w:t>
      </w:r>
    </w:p>
    <w:p>
      <w:pPr>
        <w:spacing w:after="40"/>
      </w:pPr>
      <w:r>
        <w:t>[3] Dataset: Dust storms. vector, 14 rows (id 8ead6725-8b61-44df-a3b4-cdb7f223347a)</w:t>
      </w:r>
    </w:p>
    <w:p>
      <w:pPr>
        <w:spacing w:after="40"/>
      </w:pPr>
      <w:r>
        <w:t>[4] Dataset: Site irradiance by month. table, 360 rows (id c78442cd-f73b-403e-8ff1-86fb1c7bc591)</w:t>
      </w:r>
    </w:p>
    <w:p>
      <w:pPr>
        <w:spacing w:after="40"/>
      </w:pPr>
      <w:r>
        <w:t>[5] Catalog: Summarize within (operation catalog, gp_summarize_within). Count and aggregate the features inside each polygon (or bin), proportionally for lines and polygons. ArcGIS: Summarize Within, Aggregate Points. QGIS: native:countpointsinpolygon, native:sumlinelengths. (id gp_summarize_within)</w:t>
      </w:r>
    </w:p>
    <w:p>
      <w:pPr>
        <w:spacing w:after="40"/>
      </w:pPr>
      <w:r>
        <w:t>[6] Plan: Met masts per feature of Exclusion zones (the Start plan's candidate c_41c08b6712ff). Count Met masts inside each feature of Exclusion zones; the counts map as a choropleth (natural breaks, sequential colors). (id 4467f0bd-c718-4e32-858e-fdc23c1206ed:c_41c08b6712ff)</w:t>
      </w:r>
    </w:p>
    <w:p>
      <w:pPr>
        <w:spacing w:after="40"/>
      </w:pPr>
      <w:r>
        <w:t>[7] Tool result: gp_summarize_within, step 0. Summarize within: 1 layer saved: Summarize within: Exclusion zones (8 features). (id 94fd8ddf-f2f8-40c7-9baa-40dbb152522d:0)</w:t>
      </w:r>
    </w:p>
    <w:p>
      <w:pPr>
        <w:spacing w:after="40"/>
      </w:pPr>
      <w:r>
        <w:t>[8] Layer: Met masts. 4 features (id 46ca6de8-1f52-4cae-8a9c-aa89cdfb58ed)</w:t>
      </w:r>
    </w:p>
    <w:p>
      <w:pPr>
        <w:spacing w:after="40"/>
      </w:pPr>
      <w:r>
        <w:t>[9] Layer: Exclusion zones. 8 features (id f76641f5-146c-4958-8885-d9250aa67fc6)</w:t>
      </w:r>
    </w:p>
    <w:p>
      <w:pPr>
        <w:spacing w:after="40"/>
      </w:pPr>
      <w:r>
        <w:t>[10] Tool result: gp_summarize_within, step 1. Summarize within: 1 layer saved: Summarize within: Exclusion zones (8 features). (id 94fd8ddf-f2f8-40c7-9baa-40dbb152522d:1)</w:t>
      </w:r>
    </w:p>
    <w:p>
      <w:pPr>
        <w:spacing w:after="40"/>
      </w:pPr>
      <w:r>
        <w:t>[11] Layer: Substations. 5 features (id 9024da37-5b4c-4500-b90a-7838a0cefe33)</w:t>
      </w:r>
    </w:p>
    <w:p>
      <w:pPr>
        <w:spacing w:after="40"/>
      </w:pPr>
      <w:r>
        <w:t>[12] Tool result: gp_summarize_within, step 2. Summarize within: 1 layer saved: Summarize within: Exclusion zones (8 features). (id 94fd8ddf-f2f8-40c7-9baa-40dbb152522d:2)</w:t>
      </w:r>
    </w:p>
    <w:p>
      <w:pPr>
        <w:spacing w:after="40"/>
      </w:pPr>
      <w:r>
        <w:t>[13] Layer: Bird surveys. 650 features (id a5b49489-c432-4eb3-aa5e-37524f1a4db9)</w:t>
      </w:r>
    </w:p>
    <w:p>
      <w:pPr>
        <w:spacing w:after="40"/>
      </w:pPr>
      <w:r>
        <w:t>[14] Catalog: Zonal statistics (analysis catalog, rs_zonal_statistics). count/min/max/mean/std/sum/median/majority per polygon as a table and as GeoJSON. ArcGIS: Zonal Statistics as Table (polygons). (id rs_zonal_statistics)</w:t>
      </w:r>
    </w:p>
    <w:p>
      <w:pPr>
        <w:spacing w:after="40"/>
      </w:pPr>
      <w:r>
        <w:t>[15] Plan: Zonal statistics of Plateau terrain model (DEM) and Exclusion zones (the Start plan's candidate c_66d31df1c394). Statistics of Plateau terrain model (DEM) inside each feature of Exclusion zones. (id 4467f0bd-c718-4e32-858e-fdc23c1206ed:c_66d31df1c394)</w:t>
      </w:r>
    </w:p>
    <w:p>
      <w:pPr>
        <w:spacing w:after="40"/>
      </w:pPr>
      <w:r>
        <w:t>[16] Tool result: rs_zonal_statistics, step 0. Zonal statistics: 8 row(s). zones 8. (id f33d2406-6d8e-4b9d-ac3e-7cda4a6fb94a:0)</w:t>
      </w:r>
    </w:p>
    <w:p>
      <w:pPr>
        <w:spacing w:after="40"/>
      </w:pPr>
      <w:r>
        <w:t>[17] Tool result: rs_zonal_statistics, step 1. Zonal statistics: 14 row(s). zones 14. (id f33d2406-6d8e-4b9d-ac3e-7cda4a6fb94a:1)</w:t>
      </w:r>
    </w:p>
    <w:p>
      <w:pPr>
        <w:spacing w:after="40"/>
      </w:pPr>
      <w:r>
        <w:t>[18] Tool result: rs_zonal_statistics, step 2. Zonal statistics: 30 row(s). zones 30. (id f33d2406-6d8e-4b9d-ac3e-7cda4a6fb94a:2)</w:t>
      </w:r>
    </w:p>
    <w:p>
      <w:pPr>
        <w:spacing w:after="40"/>
      </w:pPr>
      <w:r>
        <w:t>[19] Catalog: Emerging hot spots (operation catalog, gp_space_time_hot_spots). Where hot spots are new, consecutive, intensifying, persistent, diminishing, sporadic, oscillating or historical over time. ArcGIS: Emerging Hot Spot Analysis, Create Space Time Cube. (id gp_space_time_hot_spots)</w:t>
      </w:r>
    </w:p>
    <w:p>
      <w:pPr>
        <w:spacing w:after="40"/>
      </w:pPr>
      <w:r>
        <w:t>[20] Plan: Space time hot spots of Bird surveys (the Start plan's candidate c_0a376e0f7bee). Bird surveys carry dates in 'observed_at': emerging hot spot analysis finds new, intensifying and fading hot spots per month. (id 4467f0bd-c718-4e32-858e-fdc23c1206ed:c_0a376e0f7bee)</w:t>
      </w:r>
    </w:p>
    <w:p>
      <w:pPr>
        <w:spacing w:after="40"/>
      </w:pPr>
      <w:r>
        <w:t>[21] Tool result: gp_space_time_hot_spots, step 0. Emerging hot spots: 1 layer saved: Emerging hot spots: Bird surveys (156 features). (id 57aa9228-065c-4727-b2e2-360559185796:0)</w:t>
      </w:r>
    </w:p>
    <w:p>
      <w:pPr>
        <w:spacing w:after="40"/>
      </w:pPr>
      <w:r>
        <w:t>[22] Catalog: Hot spot analysis (operation catalog, gp_hot_spots). Getis-Ord Gi* hot and cold spots with z-scores, p-values and confidence bins. ArcGIS: Find Hot Spots, Hot Spot Analysis (Getis-Ord Gi*). QGIS: qgis:hotspot (plugin). (id gp_hot_spots)</w:t>
      </w:r>
    </w:p>
    <w:p>
      <w:pPr>
        <w:spacing w:after="40"/>
      </w:pPr>
      <w:r>
        <w:t>[23] Plan: Hot spots of Bird surveys (the Start plan's candidate c_c119c8fa5c0a). 650 points: Getis-Ord Gi* tests whether the concentrations in Bird surveys are statistically significant. (id 4467f0bd-c718-4e32-858e-fdc23c1206ed:c_c119c8fa5c0a)</w:t>
      </w:r>
    </w:p>
    <w:p>
      <w:pPr>
        <w:spacing w:after="40"/>
      </w:pPr>
      <w:r>
        <w:t>[24] Tool result: gp_hot_spots, step 0. Hot spot analysis: 1 layer saved: Hot spot analysis: Bird surveys (650 features). (id 1a6fb48c-a16d-4ea8-b7b2-c8198bec40da:0)</w:t>
      </w:r>
    </w:p>
    <w:p>
      <w:pPr>
        <w:spacing w:after="40"/>
      </w:pPr>
      <w:r>
        <w:t>[25] Catalog: Calculate density (operation catalog, gp_calculate_density). Kernel density per square kilometer on a grid. ArcGIS: Calculate Density, Kernel Density. QGIS: native:heatmapkerneldensityestimation. (id gp_calculate_density)</w:t>
      </w:r>
    </w:p>
    <w:p>
      <w:pPr>
        <w:spacing w:after="40"/>
      </w:pPr>
      <w:r>
        <w:t>[26] Plan: Kernel density of Bird surveys (the Start plan's candidate c_d8957b1a8e52). 650 points in Bird surveys: a density surface shows where they concentrate. (id 4467f0bd-c718-4e32-858e-fdc23c1206ed:c_d8957b1a8e52)</w:t>
      </w:r>
    </w:p>
    <w:p>
      <w:pPr>
        <w:spacing w:after="40"/>
      </w:pPr>
      <w:r>
        <w:t>[27] Tool result: gp_calculate_density, step 0. Calculate density: 1 layer saved: Calculate density: Bird surveys (699 features). (id 36d3dffd-9398-4987-9589-70b885baa263:0)</w:t>
      </w:r>
    </w:p>
    <w:p>
      <w:pPr>
        <w:spacing w:after="40"/>
      </w:pPr>
      <w:r>
        <w:t>[28] Catalog: Find point clusters (operation catalog, gp_find_point_clusters). Density-based clusters (DBSCAN, HDBSCAN or OPTICS, optionally space-time) with hulls and noise. ArcGIS: Find Point Clusters, Density-based Clustering. QGIS: native:dbscanclustering, native:stdbscanclustering. (id gp_find_point_clusters)</w:t>
      </w:r>
    </w:p>
    <w:p>
      <w:pPr>
        <w:spacing w:after="40"/>
      </w:pPr>
      <w:r>
        <w:t>[29] Plan: Cluster points of Bird surveys (the Start plan's candidate c_c55469a968f2). DBSCAN finds dense groups of Bird surveys and separates noise. (id 4467f0bd-c718-4e32-858e-fdc23c1206ed:c_c55469a968f2)</w:t>
      </w:r>
    </w:p>
    <w:p>
      <w:pPr>
        <w:spacing w:after="40"/>
      </w:pPr>
      <w:r>
        <w:t>[30] Tool result: gp_find_point_clusters, step 0. Find point clusters: 2 layers saved: Find point clusters: Bird surveys (650 features); Find point clusters: cluster hulls (1 feature). (id 739720b8-96fb-4b1d-aada-de004de8b3a1:0)</w:t>
      </w:r>
    </w:p>
    <w:p>
      <w:pPr>
        <w:spacing w:after="40"/>
      </w:pPr>
      <w:r>
        <w:t>[31] Catalog: Average nearest neighbor (operation catalog, gp_nearest_neighbor_index). Clark-Evans ratio: clustered, dispersed or random. ArcGIS: Average Nearest Neighbor. QGIS: native:nearestneighbouranalysis. (id gp_nearest_neighbor_index)</w:t>
      </w:r>
    </w:p>
    <w:p>
      <w:pPr>
        <w:spacing w:after="40"/>
      </w:pPr>
      <w:r>
        <w:t>[32] Plan: Nearest neighbor index of Substations (the Start plan's candidate c_dca4b687a126). The average nearest neighbor ratio says whether Substations are clustered, random or dispersed. (id 4467f0bd-c718-4e32-858e-fdc23c1206ed:c_dca4b687a126)</w:t>
      </w:r>
    </w:p>
    <w:p>
      <w:pPr>
        <w:spacing w:after="40"/>
      </w:pPr>
      <w:r>
        <w:t>[33] Tool result: gp_nearest_neighbor_index, step 1. Average nearest neighbor: done; no map output. (id 739720b8-96fb-4b1d-aada-de004de8b3a1:1)</w:t>
      </w:r>
    </w:p>
    <w:p>
      <w:pPr>
        <w:spacing w:after="40"/>
      </w:pPr>
      <w:r>
        <w:t>[34] Plan: Nearest neighbor index of Bird surveys (the Start plan's candidate c_de3169143bcf). The average nearest neighbor ratio says whether Bird surveys are clustered, random or dispersed. (id 4467f0bd-c718-4e32-858e-fdc23c1206ed:c_de3169143bcf)</w:t>
      </w:r>
    </w:p>
    <w:p>
      <w:pPr>
        <w:spacing w:after="40"/>
      </w:pPr>
      <w:r>
        <w:t>[35] Tool result: gp_nearest_neighbor_index, step 2. Average nearest neighbor: done; no map output. (id 739720b8-96fb-4b1d-aada-de004de8b3a1:2)</w:t>
      </w:r>
    </w:p>
    <w:p>
      <w:pPr>
        <w:spacing w:after="40"/>
      </w:pPr>
      <w:r>
        <w:t>[36] Catalog: Find outliers (operation catalog, gp_outliers). Anselin local Moran’s I: HH, LL clusters and HL, LH outliers. ArcGIS: Find Outliers, Cluster and Outlier Analysis (Anselin Local Moran’s I). (id gp_outliers)</w:t>
      </w:r>
    </w:p>
    <w:p>
      <w:pPr>
        <w:spacing w:after="40"/>
      </w:pPr>
      <w:r>
        <w:t>[37] Plan: Local morans i of Exclusion zones (the Start plan's candidate c_dacb1f86eb85). Local Moran's I maps clusters and outliers of 'buffer_m'. (id 4467f0bd-c718-4e32-858e-fdc23c1206ed:c_dacb1f86eb85)</w:t>
      </w:r>
    </w:p>
    <w:p>
      <w:pPr>
        <w:spacing w:after="40"/>
      </w:pPr>
      <w:r>
        <w:t>[38] Tool result: gp_outliers, step 0. Find outliers: 1 layer saved: Find outliers: Exclusion zones (8 features). (id 7c480adb-51cb-4581-babf-bcb4de29270c:0)</w:t>
      </w:r>
    </w:p>
    <w:p>
      <w:pPr>
        <w:spacing w:after="40"/>
      </w:pPr>
      <w:r>
        <w:t>[39] Plan: Local morans i of Dust storms (the Start plan's candidate c_263cf93eb691). Local Moran's I maps clusters and outliers of 'pm10_peak'. (id 4467f0bd-c718-4e32-858e-fdc23c1206ed:c_263cf93eb691)</w:t>
      </w:r>
    </w:p>
    <w:p>
      <w:pPr>
        <w:spacing w:after="40"/>
      </w:pPr>
      <w:r>
        <w:t>[40] Tool result: gp_outliers, step 1. Find outliers: 1 layer saved: Find outliers: Dust storms (14 features). (id 7c480adb-51cb-4581-babf-bcb4de29270c:1)</w:t>
      </w:r>
    </w:p>
    <w:p>
      <w:pPr>
        <w:spacing w:after="40"/>
      </w:pPr>
      <w:r>
        <w:t>[41] Layer: Dust storms. 14 features (id aeb5849f-590f-4591-8605-6f335d2d6985)</w:t>
      </w:r>
    </w:p>
    <w:p>
      <w:pPr>
        <w:spacing w:after="40"/>
      </w:pPr>
      <w:r>
        <w:t>[42] Plan: Local morans i of Candidate sites (the Start plan's candidate c_d8df894e1c0f). Local Moran's I maps clusters and outliers of 'ghi_kwh_m2_yr'. (id 4467f0bd-c718-4e32-858e-fdc23c1206ed:c_d8df894e1c0f)</w:t>
      </w:r>
    </w:p>
    <w:p>
      <w:pPr>
        <w:spacing w:after="40"/>
      </w:pPr>
      <w:r>
        <w:t>[43] Tool result: gp_outliers, step 2. Find outliers: 1 layer saved: Find outliers: Candidate sites (30 features). (id 7c480adb-51cb-4581-babf-bcb4de29270c:2)</w:t>
      </w:r>
    </w:p>
    <w:p>
      <w:pPr>
        <w:spacing w:after="40"/>
      </w:pPr>
      <w:r>
        <w:t>[44] Layer: Candidate sites. 30 features (id d70250d1-ef9b-4ddd-affc-598a99acfac1)</w:t>
      </w:r>
    </w:p>
    <w:p>
      <w:pPr>
        <w:spacing w:after="40"/>
      </w:pPr>
      <w:r>
        <w:t>[45] Rendering: Map: Summarize within: Exclusion zones (id a6518854-804b-4606-8c78-3199b664ea13)</w:t>
      </w:r>
    </w:p>
    <w:p>
      <w:pPr>
        <w:spacing w:after="40"/>
      </w:pPr>
      <w:r>
        <w:t>[46] Rendering: Map: Summarize within: Exclusion zones (id b8f965ce-a6f5-4252-b925-2dbd5333312e)</w:t>
      </w:r>
    </w:p>
    <w:p>
      <w:pPr>
        <w:spacing w:after="40"/>
      </w:pPr>
      <w:r>
        <w:t>[47] Rendering: Map: Summarize within: Exclusion zones (id 742ea1fc-81db-4b13-b650-6578d5c142d3)</w:t>
      </w:r>
    </w:p>
    <w:p>
      <w:pPr>
        <w:spacing w:after="40"/>
      </w:pPr>
      <w:r>
        <w:t>[48] Rendering: Map: Emerging hot spots: Bird surveys (id f6e21899-5e59-44b5-ab88-0cf929b7c84a)</w:t>
      </w:r>
    </w:p>
    <w:p>
      <w:pPr>
        <w:spacing w:after="40"/>
      </w:pPr>
      <w:r>
        <w:t>[49] Rendering: Map: Hot spot analysis: Bird surveys (id e2916412-7427-4ec7-92e5-508880e59378)</w:t>
      </w:r>
    </w:p>
    <w:p>
      <w:pPr>
        <w:spacing w:after="40"/>
      </w:pPr>
      <w:r>
        <w:t>[50] Rendering: Map: Calculate density: Bird surveys (id 2f7731ce-3173-4b98-9998-48d6cc94da15)</w:t>
      </w:r>
    </w:p>
    <w:p>
      <w:pPr>
        <w:spacing w:after="40"/>
      </w:pPr>
      <w:r>
        <w:t>[51] Rendering: Map: Find point clusters: Bird surveys (id fbf99427-4ce6-4f52-85a1-e32846f89b0c)</w:t>
      </w:r>
    </w:p>
    <w:p>
      <w:pPr>
        <w:spacing w:after="40"/>
      </w:pPr>
      <w:r>
        <w:t>[52] Rendering: Map: Find point clusters: cluster hulls (id 619927ad-be3e-49a4-aa08-fba883794bd1)</w:t>
      </w:r>
    </w:p>
    <w:p>
      <w:pPr>
        <w:spacing w:after="40"/>
      </w:pPr>
      <w:r>
        <w:t>[53] Rendering: Map: Exclusion zones by buffer_m (id 8ce2fa47-92bc-4870-bcc6-b08df1d28697)</w:t>
      </w:r>
    </w:p>
    <w:p>
      <w:pPr>
        <w:spacing w:after="40"/>
      </w:pPr>
      <w:r>
        <w:t>[54] Rendering: Map: Dust storms by pm10_peak (id 61c52e96-09d1-4502-95f4-8391fe90a3bc)</w:t>
      </w:r>
    </w:p>
    <w:p>
      <w:pPr>
        <w:spacing w:after="40"/>
      </w:pPr>
      <w:r>
        <w:t>[55] Rendering: Map: Candidate sites by ghi_kwh_m2_yr (id 51ce9254-115e-470f-b51a-065a90143ec1)</w:t>
      </w:r>
    </w:p>
    <w:p>
      <w:pPr>
        <w:spacing w:after="40"/>
      </w:pPr>
      <w:r>
        <w:t>[56] Rendering: Map: Find outliers: Exclusion zones (id 8aa42480-628b-456e-8317-a63ecb0a3405)</w:t>
      </w:r>
    </w:p>
    <w:p>
      <w:pPr>
        <w:spacing w:after="40"/>
      </w:pPr>
      <w:r>
        <w:t>[57] Rendering: Map: Find outliers: Dust storms (id 819c4713-4920-4e42-8580-4a2e18d6730f)</w:t>
      </w:r>
    </w:p>
    <w:p>
      <w:pPr>
        <w:spacing w:after="40"/>
      </w:pPr>
      <w:r>
        <w:t>[58] Rendering: Map: Find outliers: Candidate sites (id c0057f5e-4079-4e34-9de6-ea0fbb863445)</w:t>
      </w:r>
    </w:p>
    <w:p>
      <w:pPr>
        <w:spacing w:after="40"/>
      </w:pPr>
      <w:r>
        <w:t>[59] Rendering: Chart: Met masts over time (installed_year). 1 rows (id e00e30b9-644b-46ca-b655-11a6de9b9737)</w:t>
      </w:r>
    </w:p>
    <w:p>
      <w:pPr>
        <w:spacing w:after="40"/>
      </w:pPr>
      <w:r>
        <w:t>[60] Rendering: Chart: Dust storms over time (date). 17 rows (id 6f802689-3e28-49da-ae1e-e7352a53f3df)</w:t>
      </w:r>
    </w:p>
    <w:p>
      <w:pPr>
        <w:spacing w:after="40"/>
      </w:pPr>
      <w:r>
        <w:t>[61] Rendering: Chart: Site irradiance by month over time (month). 49 rows (id 1b214c3b-e27f-45d7-b3e9-37007a7bbfe8)</w:t>
      </w:r>
    </w:p>
    <w:p>
      <w:pPr>
        <w:spacing w:after="40"/>
      </w:pPr>
      <w:r>
        <w:t>[62] Rendering: Chart: Summarize within: Exclusion zones. 5 rows (id 4cc2f224-b101-495c-a15a-534e73cf325f)</w:t>
      </w:r>
    </w:p>
    <w:p>
      <w:pPr>
        <w:spacing w:after="40"/>
      </w:pPr>
      <w:r>
        <w:t>[63] Rendering: Chart: Summarize within: Exclusion zones. 5 rows (id 606dca1a-e6b3-4dad-9d26-a3ad7f095ac1)</w:t>
      </w:r>
    </w:p>
    <w:p>
      <w:pPr>
        <w:spacing w:after="40"/>
      </w:pPr>
      <w:r>
        <w:t>[64] Rendering: Chart: Summarize within: Exclusion zones. 5 rows (id d5e79060-d2fb-47a5-9f50-9cb8841d67ab)</w:t>
      </w:r>
    </w:p>
    <w:p>
      <w:pPr>
        <w:spacing w:after="40"/>
      </w:pPr>
      <w:r>
        <w:t>[65] Rendering: Chart: Emerging hot spots: Bird surveys. 9 rows (id fecf206e-e20a-4599-95cf-bda738a0cfae)</w:t>
      </w:r>
    </w:p>
    <w:p>
      <w:pPr>
        <w:spacing w:after="40"/>
      </w:pPr>
      <w:r>
        <w:t>[66] Rendering: Chart: Hot spot analysis: Bird surveys. 13 rows (id f43915bf-27f4-479b-93aa-2d0c28bacc51)</w:t>
      </w:r>
    </w:p>
    <w:p>
      <w:pPr>
        <w:spacing w:after="40"/>
      </w:pPr>
      <w:r>
        <w:t>[67] Rendering: Chart: Calculate density: Bird surveys. 11 rows (id 5f555a81-736e-4cef-810b-a5130a1af5c7)</w:t>
      </w:r>
    </w:p>
    <w:p>
      <w:pPr>
        <w:spacing w:after="40"/>
      </w:pPr>
      <w:r>
        <w:t>[68] Rendering: Chart: Find point clusters: Bird surveys. 2 rows (id 6c497926-d4b4-4ef7-91e9-b21976c56e1a)</w:t>
      </w:r>
    </w:p>
    <w:p>
      <w:pPr>
        <w:spacing w:after="40"/>
      </w:pPr>
      <w:r>
        <w:t>[69] Rendering: Chart: Find point clusters: cluster hulls. 1 rows (id 984b2fed-7ac4-4992-977a-54a6579cc974)</w:t>
      </w:r>
    </w:p>
    <w:p>
      <w:pPr>
        <w:spacing w:after="40"/>
      </w:pPr>
      <w:r>
        <w:t>[70] Rendering: Chart: Find outliers: Exclusion zones. 8 rows (id 3f91f867-567e-4007-a379-87ff1c2ec1f5)</w:t>
      </w:r>
    </w:p>
    <w:p>
      <w:pPr>
        <w:spacing w:after="40"/>
      </w:pPr>
      <w:r>
        <w:t>[71] Rendering: Chart: Find outliers: Dust storms. 14 rows (id e873d7a4-2ae8-4b97-92b4-45515b61c9e7)</w:t>
      </w:r>
    </w:p>
    <w:p>
      <w:pPr>
        <w:spacing w:after="40"/>
      </w:pPr>
      <w:r>
        <w:t>[72] Rendering: Chart: Find outliers: Candidate sites. 30 rows (id 78f7a5da-e0e2-4a91-9914-a69b6ea9d7a2)</w:t>
      </w:r>
    </w:p>
    <w:p>
      <w:pPr>
        <w:spacing w:after="40"/>
      </w:pPr>
      <w:r>
        <w:t>[73] Rendering: Chart: Find outliers: Dust storms over time. 17 rows (id 4568b65f-edd9-4f11-8d2b-857d4a5222a3)</w:t>
      </w:r>
    </w:p>
    <w:p>
      <w:pPr>
        <w:spacing w:after="40"/>
      </w:pPr>
      <w:r>
        <w:t>[74] Rendering: Chart: Find point clusters: Bird surveys over time. 90 rows (id 62e514e8-affd-48d5-ae06-637bb1e12776)</w:t>
      </w:r>
    </w:p>
    <w:p>
      <w:pPr>
        <w:spacing w:after="40"/>
      </w:pPr>
      <w:r>
        <w:t>[75] Rendering: Chart: Hot spot analysis: Bird surveys over time. 90 rows (id 3ad09906-2ab7-474e-9978-693d44d049e9)</w:t>
      </w:r>
    </w:p>
    <w:p>
      <w:pPr>
        <w:spacing w:after="40"/>
      </w:pPr>
      <w:r>
        <w:t>[76] Dataset: Transmission lines. vector, 2 rows (id 81e40578-e11f-4cb0-864c-1046f98bd22f)</w:t>
      </w:r>
    </w:p>
    <w:p>
      <w:pPr>
        <w:spacing w:after="40"/>
      </w:pPr>
      <w:r>
        <w:t>[77] Dataset: Substations. vector, 5 rows (id 72dd1bf3-452e-470d-be4e-83dcb0b85cab)</w:t>
      </w:r>
    </w:p>
    <w:p>
      <w:pPr>
        <w:spacing w:after="40"/>
      </w:pPr>
      <w:r>
        <w:t>[78] Dataset: Exclusion zones. vector, 8 rows (id 6cafb793-ef1d-4f2e-bff7-5825f0e576c7)</w:t>
      </w:r>
    </w:p>
    <w:p>
      <w:pPr>
        <w:spacing w:after="40"/>
      </w:pPr>
      <w:r>
        <w:t>[79] Dataset: Candidate sites. vector, 30 rows (id e6ff1e61-6ff4-4123-91b0-a52d86d2f216)</w:t>
      </w:r>
    </w:p>
    <w:p>
      <w:pPr>
        <w:spacing w:after="40"/>
      </w:pPr>
      <w:r>
        <w:t>[80] Dataset: Met masts. vector, 4 rows (id 091a72d3-dd86-4a99-a88e-e5d49ad70868)</w:t>
      </w:r>
    </w:p>
    <w:p>
      <w:pPr>
        <w:spacing w:after="40"/>
      </w:pPr>
      <w:r>
        <w:t>[81] Dataset: Access roads. vector, 11 rows (id 3294b702-ed92-4c49-96ee-c739d04c98f7)</w:t>
      </w:r>
    </w:p>
    <w:p>
      <w:pPr>
        <w:spacing w:after="40"/>
      </w:pPr>
      <w:r>
        <w:t>[82] Dataset: Plateau terrain model (DEM). raster, ? rows (id 4f619ad8-009f-4070-940a-dc92f2424eda)</w:t>
      </w:r>
    </w:p>
    <w:p>
      <w:pPr>
        <w:spacing w:after="40"/>
      </w:pPr>
      <w:r>
        <w:t>[83] Dataset: Land status of sites. table, 30 rows (id 8d37fb84-9a33-4798-a0da-2027e38ee102)</w:t>
      </w:r>
    </w:p>
    <w:p>
      <w:pPr>
        <w:spacing w:after="40"/>
      </w:pPr>
      <w:r>
        <w:t>[84] Dataset: Site screening memo. document, ? rows (id 7f171779-1185-43a2-ac02-a1442e6426c2)</w:t>
      </w:r>
    </w:p>
    <w:p>
      <w:pPr>
        <w:spacing w:after="40"/>
      </w:pPr>
      <w:r>
        <w:t>[85] Record: Sample: Renewable energy, Ouarzazate (id 8e181d65-6b3c-4526-9cff-cfc25a7f3e07)</w:t>
      </w:r>
    </w:p>
    <w:p>
      <w:pPr>
        <w:spacing w:after="40"/>
      </w:pPr>
      <w:r>
        <w:t>[86] Layer: Summarize within: Exclusion zones. 8 features (id c30aa790-7338-4207-a249-4ce0e2af6afe)</w:t>
      </w:r>
    </w:p>
    <w:p>
      <w:pPr>
        <w:spacing w:after="40"/>
      </w:pPr>
      <w:r>
        <w:t>[87] Layer: Summarize within: Exclusion zones. 8 features (id f3d21de8-7328-4a27-aca4-768ddfaee0c5)</w:t>
      </w:r>
    </w:p>
    <w:p>
      <w:pPr>
        <w:spacing w:after="40"/>
      </w:pPr>
      <w:r>
        <w:t>[88] Layer: Summarize within: Exclusion zones. 8 features (id e4d609b6-cd02-4a55-b91b-7453cea46f48)</w:t>
      </w:r>
    </w:p>
    <w:p>
      <w:pPr>
        <w:spacing w:after="40"/>
      </w:pPr>
      <w:r>
        <w:t>[89] Layer: Emerging hot spots: Bird surveys. 156 features (id d5d16299-e985-46e4-8b02-95e30d5f391d)</w:t>
      </w:r>
    </w:p>
    <w:p>
      <w:pPr>
        <w:spacing w:after="40"/>
      </w:pPr>
      <w:r>
        <w:t>[90] Layer: Hot spot analysis: Bird surveys. 650 features (id 40e70c81-7b21-4bc1-95c1-f82d27de5cb5)</w:t>
      </w:r>
    </w:p>
    <w:p>
      <w:pPr>
        <w:spacing w:after="40"/>
      </w:pPr>
      <w:r>
        <w:t>[91] Layer: Calculate density: Bird surveys. 699 features (id ffc41d66-b6e8-4e66-874f-7f196e443401)</w:t>
      </w:r>
    </w:p>
    <w:p>
      <w:pPr>
        <w:spacing w:after="40"/>
      </w:pPr>
      <w:r>
        <w:t>[92] Layer: Find point clusters: Bird surveys. 650 features (id 595715b9-59fc-4d3b-9302-d6088eb0b54e)</w:t>
      </w:r>
    </w:p>
    <w:p>
      <w:pPr>
        <w:spacing w:after="40"/>
      </w:pPr>
      <w:r>
        <w:t>[93] Layer: Find point clusters: cluster hulls. 1 features (id 9d1168bd-46a8-44f2-9151-b8f90e9969ce)</w:t>
      </w:r>
    </w:p>
    <w:p>
      <w:pPr>
        <w:spacing w:after="40"/>
      </w:pPr>
      <w:r>
        <w:t>[94] Layer: Find outliers: Exclusion zones. 8 features (id 51682486-1e75-4431-9877-84e23905da06)</w:t>
      </w:r>
    </w:p>
    <w:p>
      <w:pPr>
        <w:spacing w:after="40"/>
      </w:pPr>
      <w:r>
        <w:t>[95] Layer: Find outliers: Dust storms. 14 features (id 30d0b0fa-9659-4bb8-9bc1-dde109be98eb)</w:t>
      </w:r>
    </w:p>
    <w:p>
      <w:pPr>
        <w:spacing w:after="40"/>
      </w:pPr>
      <w:r>
        <w:t>[96] Layer: Find outliers: Candidate sites. 30 features (id fdc1035f-c5c6-4b5a-9a27-a2211ccf6ee1)</w:t>
      </w:r>
    </w:p>
    <w:p>
      <w:pPr>
        <w:pStyle w:val="Heading1"/>
      </w:pPr>
      <w:r>
        <w:t>Appendix: the data behind the charts</w:t>
      </w:r>
    </w:p>
    <w:p>
      <w:pPr>
        <w:pStyle w:val="Heading2"/>
      </w:pPr>
      <w:r>
        <w:t>Figure 1. Timeline: events per month by dataset [1]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2024-02-01</w:t>
            </w:r>
          </w:p>
        </w:tc>
        <w:tc>
          <w:tcPr>
            <w:tcW w:type="dxa" w:w="2880"/>
          </w:tcPr>
          <w:p>
            <w:r>
              <w:t>Bird surveys</w:t>
            </w:r>
          </w:p>
        </w:tc>
        <w:tc>
          <w:tcPr>
            <w:tcW w:type="dxa" w:w="2880"/>
          </w:tcPr>
          <w:p>
            <w:r>
              <w:t>0</w:t>
            </w:r>
          </w:p>
        </w:tc>
      </w:tr>
      <w:tr>
        <w:tc>
          <w:tcPr>
            <w:tcW w:type="dxa" w:w="2880"/>
          </w:tcPr>
          <w:p>
            <w:r>
              <w:t>2024-02-01</w:t>
            </w:r>
          </w:p>
        </w:tc>
        <w:tc>
          <w:tcPr>
            <w:tcW w:type="dxa" w:w="2880"/>
          </w:tcPr>
          <w:p>
            <w:r>
              <w:t>Site irradiance by month</w:t>
            </w:r>
          </w:p>
        </w:tc>
        <w:tc>
          <w:tcPr>
            <w:tcW w:type="dxa" w:w="2880"/>
          </w:tcPr>
          <w:p>
            <w:r>
              <w:t>0</w:t>
            </w:r>
          </w:p>
        </w:tc>
      </w:tr>
      <w:tr>
        <w:tc>
          <w:tcPr>
            <w:tcW w:type="dxa" w:w="2880"/>
          </w:tcPr>
          <w:p>
            <w:r>
              <w:t>2024-02-01</w:t>
            </w:r>
          </w:p>
        </w:tc>
        <w:tc>
          <w:tcPr>
            <w:tcW w:type="dxa" w:w="2880"/>
          </w:tcPr>
          <w:p>
            <w:r>
              <w:t>Dust storms</w:t>
            </w:r>
          </w:p>
        </w:tc>
        <w:tc>
          <w:tcPr>
            <w:tcW w:type="dxa" w:w="2880"/>
          </w:tcPr>
          <w:p>
            <w:r>
              <w:t>1</w:t>
            </w:r>
          </w:p>
        </w:tc>
      </w:tr>
      <w:tr>
        <w:tc>
          <w:tcPr>
            <w:tcW w:type="dxa" w:w="2880"/>
          </w:tcPr>
          <w:p>
            <w:r>
              <w:t>2024-03-01</w:t>
            </w:r>
          </w:p>
        </w:tc>
        <w:tc>
          <w:tcPr>
            <w:tcW w:type="dxa" w:w="2880"/>
          </w:tcPr>
          <w:p>
            <w:r>
              <w:t>Bird surveys</w:t>
            </w:r>
          </w:p>
        </w:tc>
        <w:tc>
          <w:tcPr>
            <w:tcW w:type="dxa" w:w="2880"/>
          </w:tcPr>
          <w:p>
            <w:r>
              <w:t>0</w:t>
            </w:r>
          </w:p>
        </w:tc>
      </w:tr>
      <w:tr>
        <w:tc>
          <w:tcPr>
            <w:tcW w:type="dxa" w:w="2880"/>
          </w:tcPr>
          <w:p>
            <w:r>
              <w:t>2024-03-01</w:t>
            </w:r>
          </w:p>
        </w:tc>
        <w:tc>
          <w:tcPr>
            <w:tcW w:type="dxa" w:w="2880"/>
          </w:tcPr>
          <w:p>
            <w:r>
              <w:t>Site irradiance by month</w:t>
            </w:r>
          </w:p>
        </w:tc>
        <w:tc>
          <w:tcPr>
            <w:tcW w:type="dxa" w:w="2880"/>
          </w:tcPr>
          <w:p>
            <w:r>
              <w:t>0</w:t>
            </w:r>
          </w:p>
        </w:tc>
      </w:tr>
      <w:tr>
        <w:tc>
          <w:tcPr>
            <w:tcW w:type="dxa" w:w="2880"/>
          </w:tcPr>
          <w:p>
            <w:r>
              <w:t>2024-03-01</w:t>
            </w:r>
          </w:p>
        </w:tc>
        <w:tc>
          <w:tcPr>
            <w:tcW w:type="dxa" w:w="2880"/>
          </w:tcPr>
          <w:p>
            <w:r>
              <w:t>Dust storms</w:t>
            </w:r>
          </w:p>
        </w:tc>
        <w:tc>
          <w:tcPr>
            <w:tcW w:type="dxa" w:w="2880"/>
          </w:tcPr>
          <w:p>
            <w:r>
              <w:t>1</w:t>
            </w:r>
          </w:p>
        </w:tc>
      </w:tr>
      <w:tr>
        <w:tc>
          <w:tcPr>
            <w:tcW w:type="dxa" w:w="2880"/>
          </w:tcPr>
          <w:p>
            <w:r>
              <w:t>2024-04-01</w:t>
            </w:r>
          </w:p>
        </w:tc>
        <w:tc>
          <w:tcPr>
            <w:tcW w:type="dxa" w:w="2880"/>
          </w:tcPr>
          <w:p>
            <w:r>
              <w:t>Bird surveys</w:t>
            </w:r>
          </w:p>
        </w:tc>
        <w:tc>
          <w:tcPr>
            <w:tcW w:type="dxa" w:w="2880"/>
          </w:tcPr>
          <w:p>
            <w:r>
              <w:t>0</w:t>
            </w:r>
          </w:p>
        </w:tc>
      </w:tr>
      <w:tr>
        <w:tc>
          <w:tcPr>
            <w:tcW w:type="dxa" w:w="2880"/>
          </w:tcPr>
          <w:p>
            <w:r>
              <w:t>2024-04-01</w:t>
            </w:r>
          </w:p>
        </w:tc>
        <w:tc>
          <w:tcPr>
            <w:tcW w:type="dxa" w:w="2880"/>
          </w:tcPr>
          <w:p>
            <w:r>
              <w:t>Site irradiance by month</w:t>
            </w:r>
          </w:p>
        </w:tc>
        <w:tc>
          <w:tcPr>
            <w:tcW w:type="dxa" w:w="2880"/>
          </w:tcPr>
          <w:p>
            <w:r>
              <w:t>0</w:t>
            </w:r>
          </w:p>
        </w:tc>
      </w:tr>
      <w:tr>
        <w:tc>
          <w:tcPr>
            <w:tcW w:type="dxa" w:w="2880"/>
          </w:tcPr>
          <w:p>
            <w:r>
              <w:t>2024-04-01</w:t>
            </w:r>
          </w:p>
        </w:tc>
        <w:tc>
          <w:tcPr>
            <w:tcW w:type="dxa" w:w="2880"/>
          </w:tcPr>
          <w:p>
            <w:r>
              <w:t>Dust storms</w:t>
            </w:r>
          </w:p>
        </w:tc>
        <w:tc>
          <w:tcPr>
            <w:tcW w:type="dxa" w:w="2880"/>
          </w:tcPr>
          <w:p>
            <w:r>
              <w:t>0</w:t>
            </w:r>
          </w:p>
        </w:tc>
      </w:tr>
      <w:tr>
        <w:tc>
          <w:tcPr>
            <w:tcW w:type="dxa" w:w="2880"/>
          </w:tcPr>
          <w:p>
            <w:r>
              <w:t>2024-05-01</w:t>
            </w:r>
          </w:p>
        </w:tc>
        <w:tc>
          <w:tcPr>
            <w:tcW w:type="dxa" w:w="2880"/>
          </w:tcPr>
          <w:p>
            <w:r>
              <w:t>Bird surveys</w:t>
            </w:r>
          </w:p>
        </w:tc>
        <w:tc>
          <w:tcPr>
            <w:tcW w:type="dxa" w:w="2880"/>
          </w:tcPr>
          <w:p>
            <w:r>
              <w:t>0</w:t>
            </w:r>
          </w:p>
        </w:tc>
      </w:tr>
      <w:tr>
        <w:tc>
          <w:tcPr>
            <w:tcW w:type="dxa" w:w="2880"/>
          </w:tcPr>
          <w:p>
            <w:r>
              <w:t>2024-05-01</w:t>
            </w:r>
          </w:p>
        </w:tc>
        <w:tc>
          <w:tcPr>
            <w:tcW w:type="dxa" w:w="2880"/>
          </w:tcPr>
          <w:p>
            <w:r>
              <w:t>Site irradiance by month</w:t>
            </w:r>
          </w:p>
        </w:tc>
        <w:tc>
          <w:tcPr>
            <w:tcW w:type="dxa" w:w="2880"/>
          </w:tcPr>
          <w:p>
            <w:r>
              <w:t>0</w:t>
            </w:r>
          </w:p>
        </w:tc>
      </w:tr>
      <w:tr>
        <w:tc>
          <w:tcPr>
            <w:tcW w:type="dxa" w:w="2880"/>
          </w:tcPr>
          <w:p>
            <w:r>
              <w:t>2024-05-01</w:t>
            </w:r>
          </w:p>
        </w:tc>
        <w:tc>
          <w:tcPr>
            <w:tcW w:type="dxa" w:w="2880"/>
          </w:tcPr>
          <w:p>
            <w:r>
              <w:t>Dust storms</w:t>
            </w:r>
          </w:p>
        </w:tc>
        <w:tc>
          <w:tcPr>
            <w:tcW w:type="dxa" w:w="2880"/>
          </w:tcPr>
          <w:p>
            <w:r>
              <w:t>1</w:t>
            </w:r>
          </w:p>
        </w:tc>
      </w:tr>
      <w:tr>
        <w:tc>
          <w:tcPr>
            <w:tcW w:type="dxa" w:w="2880"/>
          </w:tcPr>
          <w:p>
            <w:r>
              <w:t>2024-06-01</w:t>
            </w:r>
          </w:p>
        </w:tc>
        <w:tc>
          <w:tcPr>
            <w:tcW w:type="dxa" w:w="2880"/>
          </w:tcPr>
          <w:p>
            <w:r>
              <w:t>Bird surveys</w:t>
            </w:r>
          </w:p>
        </w:tc>
        <w:tc>
          <w:tcPr>
            <w:tcW w:type="dxa" w:w="2880"/>
          </w:tcPr>
          <w:p>
            <w:r>
              <w:t>0</w:t>
            </w:r>
          </w:p>
        </w:tc>
      </w:tr>
      <w:tr>
        <w:tc>
          <w:tcPr>
            <w:tcW w:type="dxa" w:w="2880"/>
          </w:tcPr>
          <w:p>
            <w:r>
              <w:t>2024-06-01</w:t>
            </w:r>
          </w:p>
        </w:tc>
        <w:tc>
          <w:tcPr>
            <w:tcW w:type="dxa" w:w="2880"/>
          </w:tcPr>
          <w:p>
            <w:r>
              <w:t>Site irradiance by month</w:t>
            </w:r>
          </w:p>
        </w:tc>
        <w:tc>
          <w:tcPr>
            <w:tcW w:type="dxa" w:w="2880"/>
          </w:tcPr>
          <w:p>
            <w:r>
              <w:t>0</w:t>
            </w:r>
          </w:p>
        </w:tc>
      </w:tr>
      <w:tr>
        <w:tc>
          <w:tcPr>
            <w:tcW w:type="dxa" w:w="2880"/>
          </w:tcPr>
          <w:p>
            <w:r>
              <w:t>2024-06-01</w:t>
            </w:r>
          </w:p>
        </w:tc>
        <w:tc>
          <w:tcPr>
            <w:tcW w:type="dxa" w:w="2880"/>
          </w:tcPr>
          <w:p>
            <w:r>
              <w:t>Dust storms</w:t>
            </w:r>
          </w:p>
        </w:tc>
        <w:tc>
          <w:tcPr>
            <w:tcW w:type="dxa" w:w="2880"/>
          </w:tcPr>
          <w:p>
            <w:r>
              <w:t>1</w:t>
            </w:r>
          </w:p>
        </w:tc>
      </w:tr>
      <w:tr>
        <w:tc>
          <w:tcPr>
            <w:tcW w:type="dxa" w:w="2880"/>
          </w:tcPr>
          <w:p>
            <w:r>
              <w:t>2024-07-01</w:t>
            </w:r>
          </w:p>
        </w:tc>
        <w:tc>
          <w:tcPr>
            <w:tcW w:type="dxa" w:w="2880"/>
          </w:tcPr>
          <w:p>
            <w:r>
              <w:t>Bird surveys</w:t>
            </w:r>
          </w:p>
        </w:tc>
        <w:tc>
          <w:tcPr>
            <w:tcW w:type="dxa" w:w="2880"/>
          </w:tcPr>
          <w:p>
            <w:r>
              <w:t>0</w:t>
            </w:r>
          </w:p>
        </w:tc>
      </w:tr>
      <w:tr>
        <w:tc>
          <w:tcPr>
            <w:tcW w:type="dxa" w:w="2880"/>
          </w:tcPr>
          <w:p>
            <w:r>
              <w:t>2024-07-01</w:t>
            </w:r>
          </w:p>
        </w:tc>
        <w:tc>
          <w:tcPr>
            <w:tcW w:type="dxa" w:w="2880"/>
          </w:tcPr>
          <w:p>
            <w:r>
              <w:t>Site irradiance by month</w:t>
            </w:r>
          </w:p>
        </w:tc>
        <w:tc>
          <w:tcPr>
            <w:tcW w:type="dxa" w:w="2880"/>
          </w:tcPr>
          <w:p>
            <w:r>
              <w:t>0</w:t>
            </w:r>
          </w:p>
        </w:tc>
      </w:tr>
      <w:tr>
        <w:tc>
          <w:tcPr>
            <w:tcW w:type="dxa" w:w="2880"/>
          </w:tcPr>
          <w:p>
            <w:r>
              <w:t>2024-07-01</w:t>
            </w:r>
          </w:p>
        </w:tc>
        <w:tc>
          <w:tcPr>
            <w:tcW w:type="dxa" w:w="2880"/>
          </w:tcPr>
          <w:p>
            <w:r>
              <w:t>Dust storms</w:t>
            </w:r>
          </w:p>
        </w:tc>
        <w:tc>
          <w:tcPr>
            <w:tcW w:type="dxa" w:w="2880"/>
          </w:tcPr>
          <w:p>
            <w:r>
              <w:t>0</w:t>
            </w:r>
          </w:p>
        </w:tc>
      </w:tr>
      <w:tr>
        <w:tc>
          <w:tcPr>
            <w:tcW w:type="dxa" w:w="2880"/>
          </w:tcPr>
          <w:p>
            <w:r>
              <w:t>2024-08-01</w:t>
            </w:r>
          </w:p>
        </w:tc>
        <w:tc>
          <w:tcPr>
            <w:tcW w:type="dxa" w:w="2880"/>
          </w:tcPr>
          <w:p>
            <w:r>
              <w:t>Bird surveys</w:t>
            </w:r>
          </w:p>
        </w:tc>
        <w:tc>
          <w:tcPr>
            <w:tcW w:type="dxa" w:w="2880"/>
          </w:tcPr>
          <w:p>
            <w:r>
              <w:t>0</w:t>
            </w:r>
          </w:p>
        </w:tc>
      </w:tr>
      <w:tr>
        <w:tc>
          <w:tcPr>
            <w:tcW w:type="dxa" w:w="2880"/>
          </w:tcPr>
          <w:p>
            <w:r>
              <w:t>2024-08-01</w:t>
            </w:r>
          </w:p>
        </w:tc>
        <w:tc>
          <w:tcPr>
            <w:tcW w:type="dxa" w:w="2880"/>
          </w:tcPr>
          <w:p>
            <w:r>
              <w:t>Site irradiance by month</w:t>
            </w:r>
          </w:p>
        </w:tc>
        <w:tc>
          <w:tcPr>
            <w:tcW w:type="dxa" w:w="2880"/>
          </w:tcPr>
          <w:p>
            <w:r>
              <w:t>0</w:t>
            </w:r>
          </w:p>
        </w:tc>
      </w:tr>
      <w:tr>
        <w:tc>
          <w:tcPr>
            <w:tcW w:type="dxa" w:w="2880"/>
          </w:tcPr>
          <w:p>
            <w:r>
              <w:t>2024-08-01</w:t>
            </w:r>
          </w:p>
        </w:tc>
        <w:tc>
          <w:tcPr>
            <w:tcW w:type="dxa" w:w="2880"/>
          </w:tcPr>
          <w:p>
            <w:r>
              <w:t>Dust storms</w:t>
            </w:r>
          </w:p>
        </w:tc>
        <w:tc>
          <w:tcPr>
            <w:tcW w:type="dxa" w:w="2880"/>
          </w:tcPr>
          <w:p>
            <w:r>
              <w:t>1</w:t>
            </w:r>
          </w:p>
        </w:tc>
      </w:tr>
      <w:tr>
        <w:tc>
          <w:tcPr>
            <w:tcW w:type="dxa" w:w="2880"/>
          </w:tcPr>
          <w:p>
            <w:r>
              <w:t>2024-09-01</w:t>
            </w:r>
          </w:p>
        </w:tc>
        <w:tc>
          <w:tcPr>
            <w:tcW w:type="dxa" w:w="2880"/>
          </w:tcPr>
          <w:p>
            <w:r>
              <w:t>Bird surveys</w:t>
            </w:r>
          </w:p>
        </w:tc>
        <w:tc>
          <w:tcPr>
            <w:tcW w:type="dxa" w:w="2880"/>
          </w:tcPr>
          <w:p>
            <w:r>
              <w:t>0</w:t>
            </w:r>
          </w:p>
        </w:tc>
      </w:tr>
      <w:tr>
        <w:tc>
          <w:tcPr>
            <w:tcW w:type="dxa" w:w="2880"/>
          </w:tcPr>
          <w:p>
            <w:r>
              <w:t>2024-09-01</w:t>
            </w:r>
          </w:p>
        </w:tc>
        <w:tc>
          <w:tcPr>
            <w:tcW w:type="dxa" w:w="2880"/>
          </w:tcPr>
          <w:p>
            <w:r>
              <w:t>Site irradiance by month</w:t>
            </w:r>
          </w:p>
        </w:tc>
        <w:tc>
          <w:tcPr>
            <w:tcW w:type="dxa" w:w="2880"/>
          </w:tcPr>
          <w:p>
            <w:r>
              <w:t>0</w:t>
            </w:r>
          </w:p>
        </w:tc>
      </w:tr>
      <w:tr>
        <w:tc>
          <w:tcPr>
            <w:tcW w:type="dxa" w:w="2880"/>
          </w:tcPr>
          <w:p>
            <w:r>
              <w:t>2024-09-01</w:t>
            </w:r>
          </w:p>
        </w:tc>
        <w:tc>
          <w:tcPr>
            <w:tcW w:type="dxa" w:w="2880"/>
          </w:tcPr>
          <w:p>
            <w:r>
              <w:t>Dust storms</w:t>
            </w:r>
          </w:p>
        </w:tc>
        <w:tc>
          <w:tcPr>
            <w:tcW w:type="dxa" w:w="2880"/>
          </w:tcPr>
          <w:p>
            <w:r>
              <w:t>0</w:t>
            </w:r>
          </w:p>
        </w:tc>
      </w:tr>
      <w:tr>
        <w:tc>
          <w:tcPr>
            <w:tcW w:type="dxa" w:w="2880"/>
          </w:tcPr>
          <w:p>
            <w:r>
              <w:t>2024-10-01</w:t>
            </w:r>
          </w:p>
        </w:tc>
        <w:tc>
          <w:tcPr>
            <w:tcW w:type="dxa" w:w="2880"/>
          </w:tcPr>
          <w:p>
            <w:r>
              <w:t>Bird surveys</w:t>
            </w:r>
          </w:p>
        </w:tc>
        <w:tc>
          <w:tcPr>
            <w:tcW w:type="dxa" w:w="2880"/>
          </w:tcPr>
          <w:p>
            <w:r>
              <w:t>0</w:t>
            </w:r>
          </w:p>
        </w:tc>
      </w:tr>
      <w:tr>
        <w:tc>
          <w:tcPr>
            <w:tcW w:type="dxa" w:w="2880"/>
          </w:tcPr>
          <w:p>
            <w:r>
              <w:t>2024-10-01</w:t>
            </w:r>
          </w:p>
        </w:tc>
        <w:tc>
          <w:tcPr>
            <w:tcW w:type="dxa" w:w="2880"/>
          </w:tcPr>
          <w:p>
            <w:r>
              <w:t>Site irradiance by month</w:t>
            </w:r>
          </w:p>
        </w:tc>
        <w:tc>
          <w:tcPr>
            <w:tcW w:type="dxa" w:w="2880"/>
          </w:tcPr>
          <w:p>
            <w:r>
              <w:t>0</w:t>
            </w:r>
          </w:p>
        </w:tc>
      </w:tr>
      <w:tr>
        <w:tc>
          <w:tcPr>
            <w:tcW w:type="dxa" w:w="2880"/>
          </w:tcPr>
          <w:p>
            <w:r>
              <w:t>2024-10-01</w:t>
            </w:r>
          </w:p>
        </w:tc>
        <w:tc>
          <w:tcPr>
            <w:tcW w:type="dxa" w:w="2880"/>
          </w:tcPr>
          <w:p>
            <w:r>
              <w:t>Dust storms</w:t>
            </w:r>
          </w:p>
        </w:tc>
        <w:tc>
          <w:tcPr>
            <w:tcW w:type="dxa" w:w="2880"/>
          </w:tcPr>
          <w:p>
            <w:r>
              <w:t>1</w:t>
            </w:r>
          </w:p>
        </w:tc>
      </w:tr>
      <w:tr>
        <w:tc>
          <w:tcPr>
            <w:tcW w:type="dxa" w:w="2880"/>
          </w:tcPr>
          <w:p>
            <w:r>
              <w:t>2024-11-01</w:t>
            </w:r>
          </w:p>
        </w:tc>
        <w:tc>
          <w:tcPr>
            <w:tcW w:type="dxa" w:w="2880"/>
          </w:tcPr>
          <w:p>
            <w:r>
              <w:t>Bird surveys</w:t>
            </w:r>
          </w:p>
        </w:tc>
        <w:tc>
          <w:tcPr>
            <w:tcW w:type="dxa" w:w="2880"/>
          </w:tcPr>
          <w:p>
            <w:r>
              <w:t>0</w:t>
            </w:r>
          </w:p>
        </w:tc>
      </w:tr>
      <w:tr>
        <w:tc>
          <w:tcPr>
            <w:tcW w:type="dxa" w:w="2880"/>
          </w:tcPr>
          <w:p>
            <w:r>
              <w:t>2024-11-01</w:t>
            </w:r>
          </w:p>
        </w:tc>
        <w:tc>
          <w:tcPr>
            <w:tcW w:type="dxa" w:w="2880"/>
          </w:tcPr>
          <w:p>
            <w:r>
              <w:t>Site irradiance by month</w:t>
            </w:r>
          </w:p>
        </w:tc>
        <w:tc>
          <w:tcPr>
            <w:tcW w:type="dxa" w:w="2880"/>
          </w:tcPr>
          <w:p>
            <w:r>
              <w:t>0</w:t>
            </w:r>
          </w:p>
        </w:tc>
      </w:tr>
      <w:tr>
        <w:tc>
          <w:tcPr>
            <w:tcW w:type="dxa" w:w="2880"/>
          </w:tcPr>
          <w:p>
            <w:r>
              <w:t>2024-11-01</w:t>
            </w:r>
          </w:p>
        </w:tc>
        <w:tc>
          <w:tcPr>
            <w:tcW w:type="dxa" w:w="2880"/>
          </w:tcPr>
          <w:p>
            <w:r>
              <w:t>Dust storms</w:t>
            </w:r>
          </w:p>
        </w:tc>
        <w:tc>
          <w:tcPr>
            <w:tcW w:type="dxa" w:w="2880"/>
          </w:tcPr>
          <w:p>
            <w:r>
              <w:t>0</w:t>
            </w:r>
          </w:p>
        </w:tc>
      </w:tr>
      <w:tr>
        <w:tc>
          <w:tcPr>
            <w:tcW w:type="dxa" w:w="2880"/>
          </w:tcPr>
          <w:p>
            <w:r>
              <w:t>2024-12-01</w:t>
            </w:r>
          </w:p>
        </w:tc>
        <w:tc>
          <w:tcPr>
            <w:tcW w:type="dxa" w:w="2880"/>
          </w:tcPr>
          <w:p>
            <w:r>
              <w:t>Bird surveys</w:t>
            </w:r>
          </w:p>
        </w:tc>
        <w:tc>
          <w:tcPr>
            <w:tcW w:type="dxa" w:w="2880"/>
          </w:tcPr>
          <w:p>
            <w:r>
              <w:t>0</w:t>
            </w:r>
          </w:p>
        </w:tc>
      </w:tr>
      <w:tr>
        <w:tc>
          <w:tcPr>
            <w:tcW w:type="dxa" w:w="2880"/>
          </w:tcPr>
          <w:p>
            <w:r>
              <w:t>2024-12-01</w:t>
            </w:r>
          </w:p>
        </w:tc>
        <w:tc>
          <w:tcPr>
            <w:tcW w:type="dxa" w:w="2880"/>
          </w:tcPr>
          <w:p>
            <w:r>
              <w:t>Site irradiance by month</w:t>
            </w:r>
          </w:p>
        </w:tc>
        <w:tc>
          <w:tcPr>
            <w:tcW w:type="dxa" w:w="2880"/>
          </w:tcPr>
          <w:p>
            <w:r>
              <w:t>0</w:t>
            </w:r>
          </w:p>
        </w:tc>
      </w:tr>
      <w:tr>
        <w:tc>
          <w:tcPr>
            <w:tcW w:type="dxa" w:w="2880"/>
          </w:tcPr>
          <w:p>
            <w:r>
              <w:t>2024-12-01</w:t>
            </w:r>
          </w:p>
        </w:tc>
        <w:tc>
          <w:tcPr>
            <w:tcW w:type="dxa" w:w="2880"/>
          </w:tcPr>
          <w:p>
            <w:r>
              <w:t>Dust storms</w:t>
            </w:r>
          </w:p>
        </w:tc>
        <w:tc>
          <w:tcPr>
            <w:tcW w:type="dxa" w:w="2880"/>
          </w:tcPr>
          <w:p>
            <w:r>
              <w:t>0</w:t>
            </w:r>
          </w:p>
        </w:tc>
      </w:tr>
      <w:tr>
        <w:tc>
          <w:tcPr>
            <w:tcW w:type="dxa" w:w="2880"/>
          </w:tcPr>
          <w:p>
            <w:r>
              <w:t>2025-01-01</w:t>
            </w:r>
          </w:p>
        </w:tc>
        <w:tc>
          <w:tcPr>
            <w:tcW w:type="dxa" w:w="2880"/>
          </w:tcPr>
          <w:p>
            <w:r>
              <w:t>Bird surveys</w:t>
            </w:r>
          </w:p>
        </w:tc>
        <w:tc>
          <w:tcPr>
            <w:tcW w:type="dxa" w:w="2880"/>
          </w:tcPr>
          <w:p>
            <w:r>
              <w:t>0</w:t>
            </w:r>
          </w:p>
        </w:tc>
      </w:tr>
      <w:tr>
        <w:tc>
          <w:tcPr>
            <w:tcW w:type="dxa" w:w="2880"/>
          </w:tcPr>
          <w:p>
            <w:r>
              <w:t>2025-01-01</w:t>
            </w:r>
          </w:p>
        </w:tc>
        <w:tc>
          <w:tcPr>
            <w:tcW w:type="dxa" w:w="2880"/>
          </w:tcPr>
          <w:p>
            <w:r>
              <w:t>Site irradiance by month</w:t>
            </w:r>
          </w:p>
        </w:tc>
        <w:tc>
          <w:tcPr>
            <w:tcW w:type="dxa" w:w="2880"/>
          </w:tcPr>
          <w:p>
            <w:r>
              <w:t>30</w:t>
            </w:r>
          </w:p>
        </w:tc>
      </w:tr>
      <w:tr>
        <w:tc>
          <w:tcPr>
            <w:tcW w:type="dxa" w:w="2880"/>
          </w:tcPr>
          <w:p>
            <w:r>
              <w:t>2025-01-01</w:t>
            </w:r>
          </w:p>
        </w:tc>
        <w:tc>
          <w:tcPr>
            <w:tcW w:type="dxa" w:w="2880"/>
          </w:tcPr>
          <w:p>
            <w:r>
              <w:t>Dust storms</w:t>
            </w:r>
          </w:p>
        </w:tc>
        <w:tc>
          <w:tcPr>
            <w:tcW w:type="dxa" w:w="2880"/>
          </w:tcPr>
          <w:p>
            <w:r>
              <w:t>0</w:t>
            </w:r>
          </w:p>
        </w:tc>
      </w:tr>
      <w:tr>
        <w:tc>
          <w:tcPr>
            <w:tcW w:type="dxa" w:w="2880"/>
          </w:tcPr>
          <w:p>
            <w:r>
              <w:t>2025-02-01</w:t>
            </w:r>
          </w:p>
        </w:tc>
        <w:tc>
          <w:tcPr>
            <w:tcW w:type="dxa" w:w="2880"/>
          </w:tcPr>
          <w:p>
            <w:r>
              <w:t>Bird surveys</w:t>
            </w:r>
          </w:p>
        </w:tc>
        <w:tc>
          <w:tcPr>
            <w:tcW w:type="dxa" w:w="2880"/>
          </w:tcPr>
          <w:p>
            <w:r>
              <w:t>0</w:t>
            </w:r>
          </w:p>
        </w:tc>
      </w:tr>
      <w:tr>
        <w:tc>
          <w:tcPr>
            <w:tcW w:type="dxa" w:w="2880"/>
          </w:tcPr>
          <w:p>
            <w:r>
              <w:t>2025-02-01</w:t>
            </w:r>
          </w:p>
        </w:tc>
        <w:tc>
          <w:tcPr>
            <w:tcW w:type="dxa" w:w="2880"/>
          </w:tcPr>
          <w:p>
            <w:r>
              <w:t>Site irradiance by month</w:t>
            </w:r>
          </w:p>
        </w:tc>
        <w:tc>
          <w:tcPr>
            <w:tcW w:type="dxa" w:w="2880"/>
          </w:tcPr>
          <w:p>
            <w:r>
              <w:t>30</w:t>
            </w:r>
          </w:p>
        </w:tc>
      </w:tr>
      <w:tr>
        <w:tc>
          <w:tcPr>
            <w:tcW w:type="dxa" w:w="2880"/>
          </w:tcPr>
          <w:p>
            <w:r>
              <w:t>2025-02-01</w:t>
            </w:r>
          </w:p>
        </w:tc>
        <w:tc>
          <w:tcPr>
            <w:tcW w:type="dxa" w:w="2880"/>
          </w:tcPr>
          <w:p>
            <w:r>
              <w:t>Dust storms</w:t>
            </w:r>
          </w:p>
        </w:tc>
        <w:tc>
          <w:tcPr>
            <w:tcW w:type="dxa" w:w="2880"/>
          </w:tcPr>
          <w:p>
            <w:r>
              <w:t>2</w:t>
            </w:r>
          </w:p>
        </w:tc>
      </w:tr>
      <w:tr>
        <w:tc>
          <w:tcPr>
            <w:tcW w:type="dxa" w:w="2880"/>
          </w:tcPr>
          <w:p>
            <w:r>
              <w:t>2025-03-01</w:t>
            </w:r>
          </w:p>
        </w:tc>
        <w:tc>
          <w:tcPr>
            <w:tcW w:type="dxa" w:w="2880"/>
          </w:tcPr>
          <w:p>
            <w:r>
              <w:t>Bird surveys</w:t>
            </w:r>
          </w:p>
        </w:tc>
        <w:tc>
          <w:tcPr>
            <w:tcW w:type="dxa" w:w="2880"/>
          </w:tcPr>
          <w:p>
            <w:r>
              <w:t>103</w:t>
            </w:r>
          </w:p>
        </w:tc>
      </w:tr>
      <w:tr>
        <w:tc>
          <w:tcPr>
            <w:tcW w:type="dxa" w:w="2880"/>
          </w:tcPr>
          <w:p>
            <w:r>
              <w:t>2025-03-01</w:t>
            </w:r>
          </w:p>
        </w:tc>
        <w:tc>
          <w:tcPr>
            <w:tcW w:type="dxa" w:w="2880"/>
          </w:tcPr>
          <w:p>
            <w:r>
              <w:t>Site irradiance by month</w:t>
            </w:r>
          </w:p>
        </w:tc>
        <w:tc>
          <w:tcPr>
            <w:tcW w:type="dxa" w:w="2880"/>
          </w:tcPr>
          <w:p>
            <w:r>
              <w:t>30</w:t>
            </w:r>
          </w:p>
        </w:tc>
      </w:tr>
      <w:tr>
        <w:tc>
          <w:tcPr>
            <w:tcW w:type="dxa" w:w="2880"/>
          </w:tcPr>
          <w:p>
            <w:r>
              <w:t>2025-03-01</w:t>
            </w:r>
          </w:p>
        </w:tc>
        <w:tc>
          <w:tcPr>
            <w:tcW w:type="dxa" w:w="2880"/>
          </w:tcPr>
          <w:p>
            <w:r>
              <w:t>Dust storms</w:t>
            </w:r>
          </w:p>
        </w:tc>
        <w:tc>
          <w:tcPr>
            <w:tcW w:type="dxa" w:w="2880"/>
          </w:tcPr>
          <w:p>
            <w:r>
              <w:t>0</w:t>
            </w:r>
          </w:p>
        </w:tc>
      </w:tr>
      <w:tr>
        <w:tc>
          <w:tcPr>
            <w:tcW w:type="dxa" w:w="2880"/>
          </w:tcPr>
          <w:p>
            <w:r>
              <w:t>2025-04-01</w:t>
            </w:r>
          </w:p>
        </w:tc>
        <w:tc>
          <w:tcPr>
            <w:tcW w:type="dxa" w:w="2880"/>
          </w:tcPr>
          <w:p>
            <w:r>
              <w:t>Bird surveys</w:t>
            </w:r>
          </w:p>
        </w:tc>
        <w:tc>
          <w:tcPr>
            <w:tcW w:type="dxa" w:w="2880"/>
          </w:tcPr>
          <w:p>
            <w:r>
              <w:t>85</w:t>
            </w:r>
          </w:p>
        </w:tc>
      </w:tr>
      <w:tr>
        <w:tc>
          <w:tcPr>
            <w:tcW w:type="dxa" w:w="2880"/>
          </w:tcPr>
          <w:p>
            <w:r>
              <w:t>2025-04-01</w:t>
            </w:r>
          </w:p>
        </w:tc>
        <w:tc>
          <w:tcPr>
            <w:tcW w:type="dxa" w:w="2880"/>
          </w:tcPr>
          <w:p>
            <w:r>
              <w:t>Site irradiance by month</w:t>
            </w:r>
          </w:p>
        </w:tc>
        <w:tc>
          <w:tcPr>
            <w:tcW w:type="dxa" w:w="2880"/>
          </w:tcPr>
          <w:p>
            <w:r>
              <w:t>30</w:t>
            </w:r>
          </w:p>
        </w:tc>
      </w:tr>
      <w:tr>
        <w:tc>
          <w:tcPr>
            <w:tcW w:type="dxa" w:w="2880"/>
          </w:tcPr>
          <w:p>
            <w:r>
              <w:t>2025-04-01</w:t>
            </w:r>
          </w:p>
        </w:tc>
        <w:tc>
          <w:tcPr>
            <w:tcW w:type="dxa" w:w="2880"/>
          </w:tcPr>
          <w:p>
            <w:r>
              <w:t>Dust storms</w:t>
            </w:r>
          </w:p>
        </w:tc>
        <w:tc>
          <w:tcPr>
            <w:tcW w:type="dxa" w:w="2880"/>
          </w:tcPr>
          <w:p>
            <w:r>
              <w:t>0</w:t>
            </w:r>
          </w:p>
        </w:tc>
      </w:tr>
      <w:tr>
        <w:tc>
          <w:tcPr>
            <w:tcW w:type="dxa" w:w="2880"/>
          </w:tcPr>
          <w:p>
            <w:r>
              <w:t>2025-05-01</w:t>
            </w:r>
          </w:p>
        </w:tc>
        <w:tc>
          <w:tcPr>
            <w:tcW w:type="dxa" w:w="2880"/>
          </w:tcPr>
          <w:p>
            <w:r>
              <w:t>Bird surveys</w:t>
            </w:r>
          </w:p>
        </w:tc>
        <w:tc>
          <w:tcPr>
            <w:tcW w:type="dxa" w:w="2880"/>
          </w:tcPr>
          <w:p>
            <w:r>
              <w:t>23</w:t>
            </w:r>
          </w:p>
        </w:tc>
      </w:tr>
      <w:tr>
        <w:tc>
          <w:tcPr>
            <w:tcW w:type="dxa" w:w="2880"/>
          </w:tcPr>
          <w:p>
            <w:r>
              <w:t>2025-05-01</w:t>
            </w:r>
          </w:p>
        </w:tc>
        <w:tc>
          <w:tcPr>
            <w:tcW w:type="dxa" w:w="2880"/>
          </w:tcPr>
          <w:p>
            <w:r>
              <w:t>Site irradiance by month</w:t>
            </w:r>
          </w:p>
        </w:tc>
        <w:tc>
          <w:tcPr>
            <w:tcW w:type="dxa" w:w="2880"/>
          </w:tcPr>
          <w:p>
            <w:r>
              <w:t>30</w:t>
            </w:r>
          </w:p>
        </w:tc>
      </w:tr>
      <w:tr>
        <w:tc>
          <w:tcPr>
            <w:tcW w:type="dxa" w:w="2880"/>
          </w:tcPr>
          <w:p>
            <w:r>
              <w:t>2025-05-01</w:t>
            </w:r>
          </w:p>
        </w:tc>
        <w:tc>
          <w:tcPr>
            <w:tcW w:type="dxa" w:w="2880"/>
          </w:tcPr>
          <w:p>
            <w:r>
              <w:t>Dust storms</w:t>
            </w:r>
          </w:p>
        </w:tc>
        <w:tc>
          <w:tcPr>
            <w:tcW w:type="dxa" w:w="2880"/>
          </w:tcPr>
          <w:p>
            <w:r>
              <w:t>3</w:t>
            </w:r>
          </w:p>
        </w:tc>
      </w:tr>
      <w:tr>
        <w:tc>
          <w:tcPr>
            <w:tcW w:type="dxa" w:w="2880"/>
          </w:tcPr>
          <w:p>
            <w:r>
              <w:t>2025-06-01</w:t>
            </w:r>
          </w:p>
        </w:tc>
        <w:tc>
          <w:tcPr>
            <w:tcW w:type="dxa" w:w="2880"/>
          </w:tcPr>
          <w:p>
            <w:r>
              <w:t>Bird surveys</w:t>
            </w:r>
          </w:p>
        </w:tc>
        <w:tc>
          <w:tcPr>
            <w:tcW w:type="dxa" w:w="2880"/>
          </w:tcPr>
          <w:p>
            <w:r>
              <w:t>24</w:t>
            </w:r>
          </w:p>
        </w:tc>
      </w:tr>
      <w:tr>
        <w:tc>
          <w:tcPr>
            <w:tcW w:type="dxa" w:w="2880"/>
          </w:tcPr>
          <w:p>
            <w:r>
              <w:t>2025-06-01</w:t>
            </w:r>
          </w:p>
        </w:tc>
        <w:tc>
          <w:tcPr>
            <w:tcW w:type="dxa" w:w="2880"/>
          </w:tcPr>
          <w:p>
            <w:r>
              <w:t>Site irradiance by month</w:t>
            </w:r>
          </w:p>
        </w:tc>
        <w:tc>
          <w:tcPr>
            <w:tcW w:type="dxa" w:w="2880"/>
          </w:tcPr>
          <w:p>
            <w:r>
              <w:t>30</w:t>
            </w:r>
          </w:p>
        </w:tc>
      </w:tr>
      <w:tr>
        <w:tc>
          <w:tcPr>
            <w:tcW w:type="dxa" w:w="2880"/>
          </w:tcPr>
          <w:p>
            <w:r>
              <w:t>2025-06-01</w:t>
            </w:r>
          </w:p>
        </w:tc>
        <w:tc>
          <w:tcPr>
            <w:tcW w:type="dxa" w:w="2880"/>
          </w:tcPr>
          <w:p>
            <w:r>
              <w:t>Dust storms</w:t>
            </w:r>
          </w:p>
        </w:tc>
        <w:tc>
          <w:tcPr>
            <w:tcW w:type="dxa" w:w="2880"/>
          </w:tcPr>
          <w:p>
            <w:r>
              <w:t>3</w:t>
            </w:r>
          </w:p>
        </w:tc>
      </w:tr>
      <w:tr>
        <w:tc>
          <w:tcPr>
            <w:tcW w:type="dxa" w:w="2880"/>
          </w:tcPr>
          <w:p>
            <w:r>
              <w:t>2025-07-01</w:t>
            </w:r>
          </w:p>
        </w:tc>
        <w:tc>
          <w:tcPr>
            <w:tcW w:type="dxa" w:w="2880"/>
          </w:tcPr>
          <w:p>
            <w:r>
              <w:t>Bird surveys</w:t>
            </w:r>
          </w:p>
        </w:tc>
        <w:tc>
          <w:tcPr>
            <w:tcW w:type="dxa" w:w="2880"/>
          </w:tcPr>
          <w:p>
            <w:r>
              <w:t>22</w:t>
            </w:r>
          </w:p>
        </w:tc>
      </w:tr>
      <w:tr>
        <w:tc>
          <w:tcPr>
            <w:tcW w:type="dxa" w:w="2880"/>
          </w:tcPr>
          <w:p>
            <w:r>
              <w:t>2025-07-01</w:t>
            </w:r>
          </w:p>
        </w:tc>
        <w:tc>
          <w:tcPr>
            <w:tcW w:type="dxa" w:w="2880"/>
          </w:tcPr>
          <w:p>
            <w:r>
              <w:t>Site irradiance by month</w:t>
            </w:r>
          </w:p>
        </w:tc>
        <w:tc>
          <w:tcPr>
            <w:tcW w:type="dxa" w:w="2880"/>
          </w:tcPr>
          <w:p>
            <w:r>
              <w:t>30</w:t>
            </w:r>
          </w:p>
        </w:tc>
      </w:tr>
      <w:tr>
        <w:tc>
          <w:tcPr>
            <w:tcW w:type="dxa" w:w="2880"/>
          </w:tcPr>
          <w:p>
            <w:r>
              <w:t>2025-07-01</w:t>
            </w:r>
          </w:p>
        </w:tc>
        <w:tc>
          <w:tcPr>
            <w:tcW w:type="dxa" w:w="2880"/>
          </w:tcPr>
          <w:p>
            <w:r>
              <w:t>Dust storms</w:t>
            </w:r>
          </w:p>
        </w:tc>
        <w:tc>
          <w:tcPr>
            <w:tcW w:type="dxa" w:w="2880"/>
          </w:tcPr>
          <w:p>
            <w:r>
              <w:t>0</w:t>
            </w:r>
          </w:p>
        </w:tc>
      </w:tr>
      <w:tr>
        <w:tc>
          <w:tcPr>
            <w:tcW w:type="dxa" w:w="2880"/>
          </w:tcPr>
          <w:p>
            <w:r>
              <w:t>2025-08-01</w:t>
            </w:r>
          </w:p>
        </w:tc>
        <w:tc>
          <w:tcPr>
            <w:tcW w:type="dxa" w:w="2880"/>
          </w:tcPr>
          <w:p>
            <w:r>
              <w:t>Bird surveys</w:t>
            </w:r>
          </w:p>
        </w:tc>
        <w:tc>
          <w:tcPr>
            <w:tcW w:type="dxa" w:w="2880"/>
          </w:tcPr>
          <w:p>
            <w:r>
              <w:t>22</w:t>
            </w:r>
          </w:p>
        </w:tc>
      </w:tr>
      <w:tr>
        <w:tc>
          <w:tcPr>
            <w:tcW w:type="dxa" w:w="2880"/>
          </w:tcPr>
          <w:p>
            <w:r>
              <w:t>2025-08-01</w:t>
            </w:r>
          </w:p>
        </w:tc>
        <w:tc>
          <w:tcPr>
            <w:tcW w:type="dxa" w:w="2880"/>
          </w:tcPr>
          <w:p>
            <w:r>
              <w:t>Site irradiance by month</w:t>
            </w:r>
          </w:p>
        </w:tc>
        <w:tc>
          <w:tcPr>
            <w:tcW w:type="dxa" w:w="2880"/>
          </w:tcPr>
          <w:p>
            <w:r>
              <w:t>30</w:t>
            </w:r>
          </w:p>
        </w:tc>
      </w:tr>
      <w:tr>
        <w:tc>
          <w:tcPr>
            <w:tcW w:type="dxa" w:w="2880"/>
          </w:tcPr>
          <w:p>
            <w:r>
              <w:t>2025-08-01</w:t>
            </w:r>
          </w:p>
        </w:tc>
        <w:tc>
          <w:tcPr>
            <w:tcW w:type="dxa" w:w="2880"/>
          </w:tcPr>
          <w:p>
            <w:r>
              <w:t>Dust storms</w:t>
            </w:r>
          </w:p>
        </w:tc>
        <w:tc>
          <w:tcPr>
            <w:tcW w:type="dxa" w:w="2880"/>
          </w:tcPr>
          <w:p>
            <w:r>
              <w:t>0</w:t>
            </w:r>
          </w:p>
        </w:tc>
      </w:tr>
      <w:tr>
        <w:tc>
          <w:tcPr>
            <w:tcW w:type="dxa" w:w="2880"/>
          </w:tcPr>
          <w:p>
            <w:r>
              <w:t>2025-09-01</w:t>
            </w:r>
          </w:p>
        </w:tc>
        <w:tc>
          <w:tcPr>
            <w:tcW w:type="dxa" w:w="2880"/>
          </w:tcPr>
          <w:p>
            <w:r>
              <w:t>Bird surveys</w:t>
            </w:r>
          </w:p>
        </w:tc>
        <w:tc>
          <w:tcPr>
            <w:tcW w:type="dxa" w:w="2880"/>
          </w:tcPr>
          <w:p>
            <w:r>
              <w:t>63</w:t>
            </w:r>
          </w:p>
        </w:tc>
      </w:tr>
      <w:tr>
        <w:tc>
          <w:tcPr>
            <w:tcW w:type="dxa" w:w="2880"/>
          </w:tcPr>
          <w:p>
            <w:r>
              <w:t>2025-09-01</w:t>
            </w:r>
          </w:p>
        </w:tc>
        <w:tc>
          <w:tcPr>
            <w:tcW w:type="dxa" w:w="2880"/>
          </w:tcPr>
          <w:p>
            <w:r>
              <w:t>Site irradiance by month</w:t>
            </w:r>
          </w:p>
        </w:tc>
        <w:tc>
          <w:tcPr>
            <w:tcW w:type="dxa" w:w="2880"/>
          </w:tcPr>
          <w:p>
            <w:r>
              <w:t>30</w:t>
            </w:r>
          </w:p>
        </w:tc>
      </w:tr>
      <w:tr>
        <w:tc>
          <w:tcPr>
            <w:tcW w:type="dxa" w:w="2880"/>
          </w:tcPr>
          <w:p>
            <w:r>
              <w:t>2025-09-01</w:t>
            </w:r>
          </w:p>
        </w:tc>
        <w:tc>
          <w:tcPr>
            <w:tcW w:type="dxa" w:w="2880"/>
          </w:tcPr>
          <w:p>
            <w:r>
              <w:t>Dust storms</w:t>
            </w:r>
          </w:p>
        </w:tc>
        <w:tc>
          <w:tcPr>
            <w:tcW w:type="dxa" w:w="2880"/>
          </w:tcPr>
          <w:p>
            <w:r>
              <w:t>0</w:t>
            </w:r>
          </w:p>
        </w:tc>
      </w:tr>
      <w:tr>
        <w:tc>
          <w:tcPr>
            <w:tcW w:type="dxa" w:w="2880"/>
          </w:tcPr>
          <w:p>
            <w:r>
              <w:t>2025-10-01</w:t>
            </w:r>
          </w:p>
        </w:tc>
        <w:tc>
          <w:tcPr>
            <w:tcW w:type="dxa" w:w="2880"/>
          </w:tcPr>
          <w:p>
            <w:r>
              <w:t>Bird surveys</w:t>
            </w:r>
          </w:p>
        </w:tc>
        <w:tc>
          <w:tcPr>
            <w:tcW w:type="dxa" w:w="2880"/>
          </w:tcPr>
          <w:p>
            <w:r>
              <w:t>75</w:t>
            </w:r>
          </w:p>
        </w:tc>
      </w:tr>
      <w:tr>
        <w:tc>
          <w:tcPr>
            <w:tcW w:type="dxa" w:w="2880"/>
          </w:tcPr>
          <w:p>
            <w:r>
              <w:t>2025-10-01</w:t>
            </w:r>
          </w:p>
        </w:tc>
        <w:tc>
          <w:tcPr>
            <w:tcW w:type="dxa" w:w="2880"/>
          </w:tcPr>
          <w:p>
            <w:r>
              <w:t>Site irradiance by month</w:t>
            </w:r>
          </w:p>
        </w:tc>
        <w:tc>
          <w:tcPr>
            <w:tcW w:type="dxa" w:w="2880"/>
          </w:tcPr>
          <w:p>
            <w:r>
              <w:t>30</w:t>
            </w:r>
          </w:p>
        </w:tc>
      </w:tr>
      <w:tr>
        <w:tc>
          <w:tcPr>
            <w:tcW w:type="dxa" w:w="2880"/>
          </w:tcPr>
          <w:p>
            <w:r>
              <w:t>2025-10-01</w:t>
            </w:r>
          </w:p>
        </w:tc>
        <w:tc>
          <w:tcPr>
            <w:tcW w:type="dxa" w:w="2880"/>
          </w:tcPr>
          <w:p>
            <w:r>
              <w:t>Dust storms</w:t>
            </w:r>
          </w:p>
        </w:tc>
        <w:tc>
          <w:tcPr>
            <w:tcW w:type="dxa" w:w="2880"/>
          </w:tcPr>
          <w:p>
            <w:r>
              <w:t>0</w:t>
            </w:r>
          </w:p>
        </w:tc>
      </w:tr>
      <w:tr>
        <w:tc>
          <w:tcPr>
            <w:tcW w:type="dxa" w:w="2880"/>
          </w:tcPr>
          <w:p>
            <w:r>
              <w:t>2025-11-01</w:t>
            </w:r>
          </w:p>
        </w:tc>
        <w:tc>
          <w:tcPr>
            <w:tcW w:type="dxa" w:w="2880"/>
          </w:tcPr>
          <w:p>
            <w:r>
              <w:t>Bird surveys</w:t>
            </w:r>
          </w:p>
        </w:tc>
        <w:tc>
          <w:tcPr>
            <w:tcW w:type="dxa" w:w="2880"/>
          </w:tcPr>
          <w:p>
            <w:r>
              <w:t>20</w:t>
            </w:r>
          </w:p>
        </w:tc>
      </w:tr>
      <w:tr>
        <w:tc>
          <w:tcPr>
            <w:tcW w:type="dxa" w:w="2880"/>
          </w:tcPr>
          <w:p>
            <w:r>
              <w:t>2025-11-01</w:t>
            </w:r>
          </w:p>
        </w:tc>
        <w:tc>
          <w:tcPr>
            <w:tcW w:type="dxa" w:w="2880"/>
          </w:tcPr>
          <w:p>
            <w:r>
              <w:t>Site irradiance by month</w:t>
            </w:r>
          </w:p>
        </w:tc>
        <w:tc>
          <w:tcPr>
            <w:tcW w:type="dxa" w:w="2880"/>
          </w:tcPr>
          <w:p>
            <w:r>
              <w:t>30</w:t>
            </w:r>
          </w:p>
        </w:tc>
      </w:tr>
      <w:tr>
        <w:tc>
          <w:tcPr>
            <w:tcW w:type="dxa" w:w="2880"/>
          </w:tcPr>
          <w:p>
            <w:r>
              <w:t>2025-11-01</w:t>
            </w:r>
          </w:p>
        </w:tc>
        <w:tc>
          <w:tcPr>
            <w:tcW w:type="dxa" w:w="2880"/>
          </w:tcPr>
          <w:p>
            <w:r>
              <w:t>Dust storms</w:t>
            </w:r>
          </w:p>
        </w:tc>
        <w:tc>
          <w:tcPr>
            <w:tcW w:type="dxa" w:w="2880"/>
          </w:tcPr>
          <w:p>
            <w:r>
              <w:t>0</w:t>
            </w:r>
          </w:p>
        </w:tc>
      </w:tr>
      <w:tr>
        <w:tc>
          <w:tcPr>
            <w:tcW w:type="dxa" w:w="2880"/>
          </w:tcPr>
          <w:p>
            <w:r>
              <w:t>2025-12-01</w:t>
            </w:r>
          </w:p>
        </w:tc>
        <w:tc>
          <w:tcPr>
            <w:tcW w:type="dxa" w:w="2880"/>
          </w:tcPr>
          <w:p>
            <w:r>
              <w:t>Bird surveys</w:t>
            </w:r>
          </w:p>
        </w:tc>
        <w:tc>
          <w:tcPr>
            <w:tcW w:type="dxa" w:w="2880"/>
          </w:tcPr>
          <w:p>
            <w:r>
              <w:t>19</w:t>
            </w:r>
          </w:p>
        </w:tc>
      </w:tr>
      <w:tr>
        <w:tc>
          <w:tcPr>
            <w:tcW w:type="dxa" w:w="2880"/>
          </w:tcPr>
          <w:p>
            <w:r>
              <w:t>2025-12-01</w:t>
            </w:r>
          </w:p>
        </w:tc>
        <w:tc>
          <w:tcPr>
            <w:tcW w:type="dxa" w:w="2880"/>
          </w:tcPr>
          <w:p>
            <w:r>
              <w:t>Site irradiance by month</w:t>
            </w:r>
          </w:p>
        </w:tc>
        <w:tc>
          <w:tcPr>
            <w:tcW w:type="dxa" w:w="2880"/>
          </w:tcPr>
          <w:p>
            <w:r>
              <w:t>30</w:t>
            </w:r>
          </w:p>
        </w:tc>
      </w:tr>
      <w:tr>
        <w:tc>
          <w:tcPr>
            <w:tcW w:type="dxa" w:w="2880"/>
          </w:tcPr>
          <w:p>
            <w:r>
              <w:t>2025-12-01</w:t>
            </w:r>
          </w:p>
        </w:tc>
        <w:tc>
          <w:tcPr>
            <w:tcW w:type="dxa" w:w="2880"/>
          </w:tcPr>
          <w:p>
            <w:r>
              <w:t>Dust storms</w:t>
            </w:r>
          </w:p>
        </w:tc>
        <w:tc>
          <w:tcPr>
            <w:tcW w:type="dxa" w:w="2880"/>
          </w:tcPr>
          <w:p>
            <w:r>
              <w:t>0</w:t>
            </w:r>
          </w:p>
        </w:tc>
      </w:tr>
      <w:tr>
        <w:tc>
          <w:tcPr>
            <w:tcW w:type="dxa" w:w="2880"/>
          </w:tcPr>
          <w:p>
            <w:r>
              <w:t>2026-01-01</w:t>
            </w:r>
          </w:p>
        </w:tc>
        <w:tc>
          <w:tcPr>
            <w:tcW w:type="dxa" w:w="2880"/>
          </w:tcPr>
          <w:p>
            <w:r>
              <w:t>Bird surveys</w:t>
            </w:r>
          </w:p>
        </w:tc>
        <w:tc>
          <w:tcPr>
            <w:tcW w:type="dxa" w:w="2880"/>
          </w:tcPr>
          <w:p>
            <w:r>
              <w:t>15</w:t>
            </w:r>
          </w:p>
        </w:tc>
      </w:tr>
      <w:tr>
        <w:tc>
          <w:tcPr>
            <w:tcW w:type="dxa" w:w="2880"/>
          </w:tcPr>
          <w:p>
            <w:r>
              <w:t>2026-01-01</w:t>
            </w:r>
          </w:p>
        </w:tc>
        <w:tc>
          <w:tcPr>
            <w:tcW w:type="dxa" w:w="2880"/>
          </w:tcPr>
          <w:p>
            <w:r>
              <w:t>Site irradiance by month</w:t>
            </w:r>
          </w:p>
        </w:tc>
        <w:tc>
          <w:tcPr>
            <w:tcW w:type="dxa" w:w="2880"/>
          </w:tcPr>
          <w:p>
            <w:r>
              <w:t>0</w:t>
            </w:r>
          </w:p>
        </w:tc>
      </w:tr>
      <w:tr>
        <w:tc>
          <w:tcPr>
            <w:tcW w:type="dxa" w:w="2880"/>
          </w:tcPr>
          <w:p>
            <w:r>
              <w:t>2026-01-01</w:t>
            </w:r>
          </w:p>
        </w:tc>
        <w:tc>
          <w:tcPr>
            <w:tcW w:type="dxa" w:w="2880"/>
          </w:tcPr>
          <w:p>
            <w:r>
              <w:t>Dust storms</w:t>
            </w:r>
          </w:p>
        </w:tc>
        <w:tc>
          <w:tcPr>
            <w:tcW w:type="dxa" w:w="2880"/>
          </w:tcPr>
          <w:p>
            <w:r>
              <w:t>0</w:t>
            </w:r>
          </w:p>
        </w:tc>
      </w:tr>
      <w:tr>
        <w:tc>
          <w:tcPr>
            <w:tcW w:type="dxa" w:w="2880"/>
          </w:tcPr>
          <w:p>
            <w:r>
              <w:t>2026-02-01</w:t>
            </w:r>
          </w:p>
        </w:tc>
        <w:tc>
          <w:tcPr>
            <w:tcW w:type="dxa" w:w="2880"/>
          </w:tcPr>
          <w:p>
            <w:r>
              <w:t>Bird surveys</w:t>
            </w:r>
          </w:p>
        </w:tc>
        <w:tc>
          <w:tcPr>
            <w:tcW w:type="dxa" w:w="2880"/>
          </w:tcPr>
          <w:p>
            <w:r>
              <w:t>15</w:t>
            </w:r>
          </w:p>
        </w:tc>
      </w:tr>
      <w:tr>
        <w:tc>
          <w:tcPr>
            <w:tcW w:type="dxa" w:w="2880"/>
          </w:tcPr>
          <w:p>
            <w:r>
              <w:t>2026-02-01</w:t>
            </w:r>
          </w:p>
        </w:tc>
        <w:tc>
          <w:tcPr>
            <w:tcW w:type="dxa" w:w="2880"/>
          </w:tcPr>
          <w:p>
            <w:r>
              <w:t>Site irradiance by month</w:t>
            </w:r>
          </w:p>
        </w:tc>
        <w:tc>
          <w:tcPr>
            <w:tcW w:type="dxa" w:w="2880"/>
          </w:tcPr>
          <w:p>
            <w:r>
              <w:t>0</w:t>
            </w:r>
          </w:p>
        </w:tc>
      </w:tr>
      <w:tr>
        <w:tc>
          <w:tcPr>
            <w:tcW w:type="dxa" w:w="2880"/>
          </w:tcPr>
          <w:p>
            <w:r>
              <w:t>2026-02-01</w:t>
            </w:r>
          </w:p>
        </w:tc>
        <w:tc>
          <w:tcPr>
            <w:tcW w:type="dxa" w:w="2880"/>
          </w:tcPr>
          <w:p>
            <w:r>
              <w:t>Dust storms</w:t>
            </w:r>
          </w:p>
        </w:tc>
        <w:tc>
          <w:tcPr>
            <w:tcW w:type="dxa" w:w="2880"/>
          </w:tcPr>
          <w:p>
            <w:r>
              <w:t>0</w:t>
            </w:r>
          </w:p>
        </w:tc>
      </w:tr>
      <w:tr>
        <w:tc>
          <w:tcPr>
            <w:tcW w:type="dxa" w:w="2880"/>
          </w:tcPr>
          <w:p>
            <w:r>
              <w:t>2026-03-01</w:t>
            </w:r>
          </w:p>
        </w:tc>
        <w:tc>
          <w:tcPr>
            <w:tcW w:type="dxa" w:w="2880"/>
          </w:tcPr>
          <w:p>
            <w:r>
              <w:t>Bird surveys</w:t>
            </w:r>
          </w:p>
        </w:tc>
        <w:tc>
          <w:tcPr>
            <w:tcW w:type="dxa" w:w="2880"/>
          </w:tcPr>
          <w:p>
            <w:r>
              <w:t>69</w:t>
            </w:r>
          </w:p>
        </w:tc>
      </w:tr>
      <w:tr>
        <w:tc>
          <w:tcPr>
            <w:tcW w:type="dxa" w:w="2880"/>
          </w:tcPr>
          <w:p>
            <w:r>
              <w:t>2026-03-01</w:t>
            </w:r>
          </w:p>
        </w:tc>
        <w:tc>
          <w:tcPr>
            <w:tcW w:type="dxa" w:w="2880"/>
          </w:tcPr>
          <w:p>
            <w:r>
              <w:t>Site irradiance by month</w:t>
            </w:r>
          </w:p>
        </w:tc>
        <w:tc>
          <w:tcPr>
            <w:tcW w:type="dxa" w:w="2880"/>
          </w:tcPr>
          <w:p>
            <w:r>
              <w:t>0</w:t>
            </w:r>
          </w:p>
        </w:tc>
      </w:tr>
      <w:tr>
        <w:tc>
          <w:tcPr>
            <w:tcW w:type="dxa" w:w="2880"/>
          </w:tcPr>
          <w:p>
            <w:r>
              <w:t>2026-03-01</w:t>
            </w:r>
          </w:p>
        </w:tc>
        <w:tc>
          <w:tcPr>
            <w:tcW w:type="dxa" w:w="2880"/>
          </w:tcPr>
          <w:p>
            <w:r>
              <w:t>Dust storms</w:t>
            </w:r>
          </w:p>
        </w:tc>
        <w:tc>
          <w:tcPr>
            <w:tcW w:type="dxa" w:w="2880"/>
          </w:tcPr>
          <w:p>
            <w:r>
              <w:t>0</w:t>
            </w:r>
          </w:p>
        </w:tc>
      </w:tr>
      <w:tr>
        <w:tc>
          <w:tcPr>
            <w:tcW w:type="dxa" w:w="2880"/>
          </w:tcPr>
          <w:p>
            <w:r>
              <w:t>2026-04-01</w:t>
            </w:r>
          </w:p>
        </w:tc>
        <w:tc>
          <w:tcPr>
            <w:tcW w:type="dxa" w:w="2880"/>
          </w:tcPr>
          <w:p>
            <w:r>
              <w:t>Bird surveys</w:t>
            </w:r>
          </w:p>
        </w:tc>
        <w:tc>
          <w:tcPr>
            <w:tcW w:type="dxa" w:w="2880"/>
          </w:tcPr>
          <w:p>
            <w:r>
              <w:t>80</w:t>
            </w:r>
          </w:p>
        </w:tc>
      </w:tr>
      <w:tr>
        <w:tc>
          <w:tcPr>
            <w:tcW w:type="dxa" w:w="2880"/>
          </w:tcPr>
          <w:p>
            <w:r>
              <w:t>2026-04-01</w:t>
            </w:r>
          </w:p>
        </w:tc>
        <w:tc>
          <w:tcPr>
            <w:tcW w:type="dxa" w:w="2880"/>
          </w:tcPr>
          <w:p>
            <w:r>
              <w:t>Site irradiance by month</w:t>
            </w:r>
          </w:p>
        </w:tc>
        <w:tc>
          <w:tcPr>
            <w:tcW w:type="dxa" w:w="2880"/>
          </w:tcPr>
          <w:p>
            <w:r>
              <w:t>0</w:t>
            </w:r>
          </w:p>
        </w:tc>
      </w:tr>
      <w:tr>
        <w:tc>
          <w:tcPr>
            <w:tcW w:type="dxa" w:w="2880"/>
          </w:tcPr>
          <w:p>
            <w:r>
              <w:t>2026-04-01</w:t>
            </w:r>
          </w:p>
        </w:tc>
        <w:tc>
          <w:tcPr>
            <w:tcW w:type="dxa" w:w="2880"/>
          </w:tcPr>
          <w:p>
            <w:r>
              <w:t>Dust storms</w:t>
            </w:r>
          </w:p>
        </w:tc>
        <w:tc>
          <w:tcPr>
            <w:tcW w:type="dxa" w:w="2880"/>
          </w:tcPr>
          <w:p>
            <w:r>
              <w:t>0</w:t>
            </w:r>
          </w:p>
        </w:tc>
      </w:tr>
      <w:tr>
        <w:tc>
          <w:tcPr>
            <w:tcW w:type="dxa" w:w="2880"/>
          </w:tcPr>
          <w:p>
            <w:r>
              <w:t>2026-05-01</w:t>
            </w:r>
          </w:p>
        </w:tc>
        <w:tc>
          <w:tcPr>
            <w:tcW w:type="dxa" w:w="2880"/>
          </w:tcPr>
          <w:p>
            <w:r>
              <w:t>Bird surveys</w:t>
            </w:r>
          </w:p>
        </w:tc>
        <w:tc>
          <w:tcPr>
            <w:tcW w:type="dxa" w:w="2880"/>
          </w:tcPr>
          <w:p>
            <w:r>
              <w:t>15</w:t>
            </w:r>
          </w:p>
        </w:tc>
      </w:tr>
      <w:tr>
        <w:tc>
          <w:tcPr>
            <w:tcW w:type="dxa" w:w="2880"/>
          </w:tcPr>
          <w:p>
            <w:r>
              <w:t>2026-05-01</w:t>
            </w:r>
          </w:p>
        </w:tc>
        <w:tc>
          <w:tcPr>
            <w:tcW w:type="dxa" w:w="2880"/>
          </w:tcPr>
          <w:p>
            <w:r>
              <w:t>Site irradiance by month</w:t>
            </w:r>
          </w:p>
        </w:tc>
        <w:tc>
          <w:tcPr>
            <w:tcW w:type="dxa" w:w="2880"/>
          </w:tcPr>
          <w:p>
            <w:r>
              <w:t>0</w:t>
            </w:r>
          </w:p>
        </w:tc>
      </w:tr>
      <w:tr>
        <w:tc>
          <w:tcPr>
            <w:tcW w:type="dxa" w:w="2880"/>
          </w:tcPr>
          <w:p>
            <w:r>
              <w:t>2026-05-01</w:t>
            </w:r>
          </w:p>
        </w:tc>
        <w:tc>
          <w:tcPr>
            <w:tcW w:type="dxa" w:w="2880"/>
          </w:tcPr>
          <w:p>
            <w:r>
              <w:t>Dust storms</w:t>
            </w:r>
          </w:p>
        </w:tc>
        <w:tc>
          <w:tcPr>
            <w:tcW w:type="dxa" w:w="2880"/>
          </w:tcPr>
          <w:p>
            <w:r>
              <w:t>0</w:t>
            </w:r>
          </w:p>
        </w:tc>
      </w:tr>
    </w:tbl>
    <w:p/>
    <w:p>
      <w:pPr>
        <w:pStyle w:val="Heading2"/>
      </w:pPr>
      <w:r>
        <w:t>Figure 16. Met masts over time (installed_year) [59]</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80</w:t>
            </w:r>
          </w:p>
        </w:tc>
        <w:tc>
          <w:tcPr>
            <w:tcW w:type="dxa" w:w="2880"/>
          </w:tcPr>
          <w:p>
            <w:r>
              <w:t>80</w:t>
            </w:r>
          </w:p>
        </w:tc>
        <w:tc>
          <w:tcPr>
            <w:tcW w:type="dxa" w:w="2880"/>
          </w:tcPr>
          <w:p>
            <w:r>
              <w:t>4</w:t>
            </w:r>
          </w:p>
        </w:tc>
      </w:tr>
    </w:tbl>
    <w:p/>
    <w:p>
      <w:pPr>
        <w:pStyle w:val="Heading2"/>
      </w:pPr>
      <w:r>
        <w:t>Figure 17. Dust storms over time (date) [60]</w:t>
      </w:r>
    </w:p>
    <w:tbl>
      <w:tblPr>
        <w:tblStyle w:val="LightGrid-Accent1"/>
        <w:tblW w:type="auto" w:w="0"/>
        <w:tblLook w:firstColumn="1" w:firstRow="1" w:lastColumn="0" w:lastRow="0" w:noHBand="0" w:noVBand="1" w:val="04A0"/>
      </w:tblPr>
      <w:tblGrid>
        <w:gridCol w:w="4320"/>
        <w:gridCol w:w="4320"/>
      </w:tblGrid>
      <w:tr>
        <w:tc>
          <w:tcPr>
            <w:tcW w:type="dxa" w:w="4320"/>
          </w:tcPr>
          <w:p>
            <w:r>
              <w:t>period</w:t>
            </w:r>
          </w:p>
        </w:tc>
        <w:tc>
          <w:tcPr>
            <w:tcW w:type="dxa" w:w="4320"/>
          </w:tcPr>
          <w:p>
            <w:r>
              <w:t>value</w:t>
            </w:r>
          </w:p>
        </w:tc>
      </w:tr>
      <w:tr>
        <w:tc>
          <w:tcPr>
            <w:tcW w:type="dxa" w:w="4320"/>
          </w:tcPr>
          <w:p>
            <w:r>
              <w:t>2024-02-01</w:t>
            </w:r>
          </w:p>
        </w:tc>
        <w:tc>
          <w:tcPr>
            <w:tcW w:type="dxa" w:w="4320"/>
          </w:tcPr>
          <w:p>
            <w:r>
              <w:t>1</w:t>
            </w:r>
          </w:p>
        </w:tc>
      </w:tr>
      <w:tr>
        <w:tc>
          <w:tcPr>
            <w:tcW w:type="dxa" w:w="4320"/>
          </w:tcPr>
          <w:p>
            <w:r>
              <w:t>2024-03-01</w:t>
            </w:r>
          </w:p>
        </w:tc>
        <w:tc>
          <w:tcPr>
            <w:tcW w:type="dxa" w:w="4320"/>
          </w:tcPr>
          <w:p>
            <w:r>
              <w:t>1</w:t>
            </w:r>
          </w:p>
        </w:tc>
      </w:tr>
      <w:tr>
        <w:tc>
          <w:tcPr>
            <w:tcW w:type="dxa" w:w="4320"/>
          </w:tcPr>
          <w:p>
            <w:r>
              <w:t>2024-04-01</w:t>
            </w:r>
          </w:p>
        </w:tc>
        <w:tc>
          <w:tcPr>
            <w:tcW w:type="dxa" w:w="4320"/>
          </w:tcPr>
          <w:p>
            <w:r>
              <w:t>0</w:t>
            </w:r>
          </w:p>
        </w:tc>
      </w:tr>
      <w:tr>
        <w:tc>
          <w:tcPr>
            <w:tcW w:type="dxa" w:w="4320"/>
          </w:tcPr>
          <w:p>
            <w:r>
              <w:t>2024-05-01</w:t>
            </w:r>
          </w:p>
        </w:tc>
        <w:tc>
          <w:tcPr>
            <w:tcW w:type="dxa" w:w="4320"/>
          </w:tcPr>
          <w:p>
            <w:r>
              <w:t>1</w:t>
            </w:r>
          </w:p>
        </w:tc>
      </w:tr>
      <w:tr>
        <w:tc>
          <w:tcPr>
            <w:tcW w:type="dxa" w:w="4320"/>
          </w:tcPr>
          <w:p>
            <w:r>
              <w:t>2024-06-01</w:t>
            </w:r>
          </w:p>
        </w:tc>
        <w:tc>
          <w:tcPr>
            <w:tcW w:type="dxa" w:w="4320"/>
          </w:tcPr>
          <w:p>
            <w:r>
              <w:t>1</w:t>
            </w:r>
          </w:p>
        </w:tc>
      </w:tr>
      <w:tr>
        <w:tc>
          <w:tcPr>
            <w:tcW w:type="dxa" w:w="4320"/>
          </w:tcPr>
          <w:p>
            <w:r>
              <w:t>2024-07-01</w:t>
            </w:r>
          </w:p>
        </w:tc>
        <w:tc>
          <w:tcPr>
            <w:tcW w:type="dxa" w:w="4320"/>
          </w:tcPr>
          <w:p>
            <w:r>
              <w:t>0</w:t>
            </w:r>
          </w:p>
        </w:tc>
      </w:tr>
      <w:tr>
        <w:tc>
          <w:tcPr>
            <w:tcW w:type="dxa" w:w="4320"/>
          </w:tcPr>
          <w:p>
            <w:r>
              <w:t>2024-08-01</w:t>
            </w:r>
          </w:p>
        </w:tc>
        <w:tc>
          <w:tcPr>
            <w:tcW w:type="dxa" w:w="4320"/>
          </w:tcPr>
          <w:p>
            <w:r>
              <w:t>1</w:t>
            </w:r>
          </w:p>
        </w:tc>
      </w:tr>
      <w:tr>
        <w:tc>
          <w:tcPr>
            <w:tcW w:type="dxa" w:w="4320"/>
          </w:tcPr>
          <w:p>
            <w:r>
              <w:t>2024-09-01</w:t>
            </w:r>
          </w:p>
        </w:tc>
        <w:tc>
          <w:tcPr>
            <w:tcW w:type="dxa" w:w="4320"/>
          </w:tcPr>
          <w:p>
            <w:r>
              <w:t>0</w:t>
            </w:r>
          </w:p>
        </w:tc>
      </w:tr>
      <w:tr>
        <w:tc>
          <w:tcPr>
            <w:tcW w:type="dxa" w:w="4320"/>
          </w:tcPr>
          <w:p>
            <w:r>
              <w:t>2024-10-01</w:t>
            </w:r>
          </w:p>
        </w:tc>
        <w:tc>
          <w:tcPr>
            <w:tcW w:type="dxa" w:w="4320"/>
          </w:tcPr>
          <w:p>
            <w:r>
              <w:t>1</w:t>
            </w:r>
          </w:p>
        </w:tc>
      </w:tr>
      <w:tr>
        <w:tc>
          <w:tcPr>
            <w:tcW w:type="dxa" w:w="4320"/>
          </w:tcPr>
          <w:p>
            <w:r>
              <w:t>2024-11-01</w:t>
            </w:r>
          </w:p>
        </w:tc>
        <w:tc>
          <w:tcPr>
            <w:tcW w:type="dxa" w:w="4320"/>
          </w:tcPr>
          <w:p>
            <w:r>
              <w:t>0</w:t>
            </w:r>
          </w:p>
        </w:tc>
      </w:tr>
      <w:tr>
        <w:tc>
          <w:tcPr>
            <w:tcW w:type="dxa" w:w="4320"/>
          </w:tcPr>
          <w:p>
            <w:r>
              <w:t>2024-12-01</w:t>
            </w:r>
          </w:p>
        </w:tc>
        <w:tc>
          <w:tcPr>
            <w:tcW w:type="dxa" w:w="4320"/>
          </w:tcPr>
          <w:p>
            <w:r>
              <w:t>0</w:t>
            </w:r>
          </w:p>
        </w:tc>
      </w:tr>
      <w:tr>
        <w:tc>
          <w:tcPr>
            <w:tcW w:type="dxa" w:w="4320"/>
          </w:tcPr>
          <w:p>
            <w:r>
              <w:t>2025-01-01</w:t>
            </w:r>
          </w:p>
        </w:tc>
        <w:tc>
          <w:tcPr>
            <w:tcW w:type="dxa" w:w="4320"/>
          </w:tcPr>
          <w:p>
            <w:r>
              <w:t>0</w:t>
            </w:r>
          </w:p>
        </w:tc>
      </w:tr>
      <w:tr>
        <w:tc>
          <w:tcPr>
            <w:tcW w:type="dxa" w:w="4320"/>
          </w:tcPr>
          <w:p>
            <w:r>
              <w:t>2025-02-01</w:t>
            </w:r>
          </w:p>
        </w:tc>
        <w:tc>
          <w:tcPr>
            <w:tcW w:type="dxa" w:w="4320"/>
          </w:tcPr>
          <w:p>
            <w:r>
              <w:t>2</w:t>
            </w:r>
          </w:p>
        </w:tc>
      </w:tr>
      <w:tr>
        <w:tc>
          <w:tcPr>
            <w:tcW w:type="dxa" w:w="4320"/>
          </w:tcPr>
          <w:p>
            <w:r>
              <w:t>2025-03-01</w:t>
            </w:r>
          </w:p>
        </w:tc>
        <w:tc>
          <w:tcPr>
            <w:tcW w:type="dxa" w:w="4320"/>
          </w:tcPr>
          <w:p>
            <w:r>
              <w:t>0</w:t>
            </w:r>
          </w:p>
        </w:tc>
      </w:tr>
      <w:tr>
        <w:tc>
          <w:tcPr>
            <w:tcW w:type="dxa" w:w="4320"/>
          </w:tcPr>
          <w:p>
            <w:r>
              <w:t>2025-04-01</w:t>
            </w:r>
          </w:p>
        </w:tc>
        <w:tc>
          <w:tcPr>
            <w:tcW w:type="dxa" w:w="4320"/>
          </w:tcPr>
          <w:p>
            <w:r>
              <w:t>0</w:t>
            </w:r>
          </w:p>
        </w:tc>
      </w:tr>
      <w:tr>
        <w:tc>
          <w:tcPr>
            <w:tcW w:type="dxa" w:w="4320"/>
          </w:tcPr>
          <w:p>
            <w:r>
              <w:t>2025-05-01</w:t>
            </w:r>
          </w:p>
        </w:tc>
        <w:tc>
          <w:tcPr>
            <w:tcW w:type="dxa" w:w="4320"/>
          </w:tcPr>
          <w:p>
            <w:r>
              <w:t>3</w:t>
            </w:r>
          </w:p>
        </w:tc>
      </w:tr>
      <w:tr>
        <w:tc>
          <w:tcPr>
            <w:tcW w:type="dxa" w:w="4320"/>
          </w:tcPr>
          <w:p>
            <w:r>
              <w:t>2025-06-01</w:t>
            </w:r>
          </w:p>
        </w:tc>
        <w:tc>
          <w:tcPr>
            <w:tcW w:type="dxa" w:w="4320"/>
          </w:tcPr>
          <w:p>
            <w:r>
              <w:t>3</w:t>
            </w:r>
          </w:p>
        </w:tc>
      </w:tr>
    </w:tbl>
    <w:p/>
    <w:p>
      <w:pPr>
        <w:pStyle w:val="Heading2"/>
      </w:pPr>
      <w:r>
        <w:t>Figure 18. Site irradiance by month over time (month) [61]</w:t>
      </w:r>
    </w:p>
    <w:tbl>
      <w:tblPr>
        <w:tblStyle w:val="LightGrid-Accent1"/>
        <w:tblW w:type="auto" w:w="0"/>
        <w:tblLook w:firstColumn="1" w:firstRow="1" w:lastColumn="0" w:lastRow="0" w:noHBand="0" w:noVBand="1" w:val="04A0"/>
      </w:tblPr>
      <w:tblGrid>
        <w:gridCol w:w="4320"/>
        <w:gridCol w:w="4320"/>
      </w:tblGrid>
      <w:tr>
        <w:tc>
          <w:tcPr>
            <w:tcW w:type="dxa" w:w="4320"/>
          </w:tcPr>
          <w:p>
            <w:r>
              <w:t>period</w:t>
            </w:r>
          </w:p>
        </w:tc>
        <w:tc>
          <w:tcPr>
            <w:tcW w:type="dxa" w:w="4320"/>
          </w:tcPr>
          <w:p>
            <w:r>
              <w:t>value</w:t>
            </w:r>
          </w:p>
        </w:tc>
      </w:tr>
      <w:tr>
        <w:tc>
          <w:tcPr>
            <w:tcW w:type="dxa" w:w="4320"/>
          </w:tcPr>
          <w:p>
            <w:r>
              <w:t>2024-12-30</w:t>
            </w:r>
          </w:p>
        </w:tc>
        <w:tc>
          <w:tcPr>
            <w:tcW w:type="dxa" w:w="4320"/>
          </w:tcPr>
          <w:p>
            <w:r>
              <w:t>30</w:t>
            </w:r>
          </w:p>
        </w:tc>
      </w:tr>
      <w:tr>
        <w:tc>
          <w:tcPr>
            <w:tcW w:type="dxa" w:w="4320"/>
          </w:tcPr>
          <w:p>
            <w:r>
              <w:t>2025-01-06</w:t>
            </w:r>
          </w:p>
        </w:tc>
        <w:tc>
          <w:tcPr>
            <w:tcW w:type="dxa" w:w="4320"/>
          </w:tcPr>
          <w:p>
            <w:r>
              <w:t>0</w:t>
            </w:r>
          </w:p>
        </w:tc>
      </w:tr>
      <w:tr>
        <w:tc>
          <w:tcPr>
            <w:tcW w:type="dxa" w:w="4320"/>
          </w:tcPr>
          <w:p>
            <w:r>
              <w:t>2025-01-13</w:t>
            </w:r>
          </w:p>
        </w:tc>
        <w:tc>
          <w:tcPr>
            <w:tcW w:type="dxa" w:w="4320"/>
          </w:tcPr>
          <w:p>
            <w:r>
              <w:t>0</w:t>
            </w:r>
          </w:p>
        </w:tc>
      </w:tr>
      <w:tr>
        <w:tc>
          <w:tcPr>
            <w:tcW w:type="dxa" w:w="4320"/>
          </w:tcPr>
          <w:p>
            <w:r>
              <w:t>2025-01-20</w:t>
            </w:r>
          </w:p>
        </w:tc>
        <w:tc>
          <w:tcPr>
            <w:tcW w:type="dxa" w:w="4320"/>
          </w:tcPr>
          <w:p>
            <w:r>
              <w:t>0</w:t>
            </w:r>
          </w:p>
        </w:tc>
      </w:tr>
      <w:tr>
        <w:tc>
          <w:tcPr>
            <w:tcW w:type="dxa" w:w="4320"/>
          </w:tcPr>
          <w:p>
            <w:r>
              <w:t>2025-01-27</w:t>
            </w:r>
          </w:p>
        </w:tc>
        <w:tc>
          <w:tcPr>
            <w:tcW w:type="dxa" w:w="4320"/>
          </w:tcPr>
          <w:p>
            <w:r>
              <w:t>30</w:t>
            </w:r>
          </w:p>
        </w:tc>
      </w:tr>
      <w:tr>
        <w:tc>
          <w:tcPr>
            <w:tcW w:type="dxa" w:w="4320"/>
          </w:tcPr>
          <w:p>
            <w:r>
              <w:t>2025-02-03</w:t>
            </w:r>
          </w:p>
        </w:tc>
        <w:tc>
          <w:tcPr>
            <w:tcW w:type="dxa" w:w="4320"/>
          </w:tcPr>
          <w:p>
            <w:r>
              <w:t>0</w:t>
            </w:r>
          </w:p>
        </w:tc>
      </w:tr>
      <w:tr>
        <w:tc>
          <w:tcPr>
            <w:tcW w:type="dxa" w:w="4320"/>
          </w:tcPr>
          <w:p>
            <w:r>
              <w:t>2025-02-10</w:t>
            </w:r>
          </w:p>
        </w:tc>
        <w:tc>
          <w:tcPr>
            <w:tcW w:type="dxa" w:w="4320"/>
          </w:tcPr>
          <w:p>
            <w:r>
              <w:t>0</w:t>
            </w:r>
          </w:p>
        </w:tc>
      </w:tr>
      <w:tr>
        <w:tc>
          <w:tcPr>
            <w:tcW w:type="dxa" w:w="4320"/>
          </w:tcPr>
          <w:p>
            <w:r>
              <w:t>2025-02-17</w:t>
            </w:r>
          </w:p>
        </w:tc>
        <w:tc>
          <w:tcPr>
            <w:tcW w:type="dxa" w:w="4320"/>
          </w:tcPr>
          <w:p>
            <w:r>
              <w:t>0</w:t>
            </w:r>
          </w:p>
        </w:tc>
      </w:tr>
      <w:tr>
        <w:tc>
          <w:tcPr>
            <w:tcW w:type="dxa" w:w="4320"/>
          </w:tcPr>
          <w:p>
            <w:r>
              <w:t>2025-02-24</w:t>
            </w:r>
          </w:p>
        </w:tc>
        <w:tc>
          <w:tcPr>
            <w:tcW w:type="dxa" w:w="4320"/>
          </w:tcPr>
          <w:p>
            <w:r>
              <w:t>30</w:t>
            </w:r>
          </w:p>
        </w:tc>
      </w:tr>
      <w:tr>
        <w:tc>
          <w:tcPr>
            <w:tcW w:type="dxa" w:w="4320"/>
          </w:tcPr>
          <w:p>
            <w:r>
              <w:t>2025-03-03</w:t>
            </w:r>
          </w:p>
        </w:tc>
        <w:tc>
          <w:tcPr>
            <w:tcW w:type="dxa" w:w="4320"/>
          </w:tcPr>
          <w:p>
            <w:r>
              <w:t>0</w:t>
            </w:r>
          </w:p>
        </w:tc>
      </w:tr>
      <w:tr>
        <w:tc>
          <w:tcPr>
            <w:tcW w:type="dxa" w:w="4320"/>
          </w:tcPr>
          <w:p>
            <w:r>
              <w:t>2025-03-10</w:t>
            </w:r>
          </w:p>
        </w:tc>
        <w:tc>
          <w:tcPr>
            <w:tcW w:type="dxa" w:w="4320"/>
          </w:tcPr>
          <w:p>
            <w:r>
              <w:t>0</w:t>
            </w:r>
          </w:p>
        </w:tc>
      </w:tr>
      <w:tr>
        <w:tc>
          <w:tcPr>
            <w:tcW w:type="dxa" w:w="4320"/>
          </w:tcPr>
          <w:p>
            <w:r>
              <w:t>2025-03-17</w:t>
            </w:r>
          </w:p>
        </w:tc>
        <w:tc>
          <w:tcPr>
            <w:tcW w:type="dxa" w:w="4320"/>
          </w:tcPr>
          <w:p>
            <w:r>
              <w:t>0</w:t>
            </w:r>
          </w:p>
        </w:tc>
      </w:tr>
      <w:tr>
        <w:tc>
          <w:tcPr>
            <w:tcW w:type="dxa" w:w="4320"/>
          </w:tcPr>
          <w:p>
            <w:r>
              <w:t>2025-03-24</w:t>
            </w:r>
          </w:p>
        </w:tc>
        <w:tc>
          <w:tcPr>
            <w:tcW w:type="dxa" w:w="4320"/>
          </w:tcPr>
          <w:p>
            <w:r>
              <w:t>0</w:t>
            </w:r>
          </w:p>
        </w:tc>
      </w:tr>
      <w:tr>
        <w:tc>
          <w:tcPr>
            <w:tcW w:type="dxa" w:w="4320"/>
          </w:tcPr>
          <w:p>
            <w:r>
              <w:t>2025-03-31</w:t>
            </w:r>
          </w:p>
        </w:tc>
        <w:tc>
          <w:tcPr>
            <w:tcW w:type="dxa" w:w="4320"/>
          </w:tcPr>
          <w:p>
            <w:r>
              <w:t>30</w:t>
            </w:r>
          </w:p>
        </w:tc>
      </w:tr>
      <w:tr>
        <w:tc>
          <w:tcPr>
            <w:tcW w:type="dxa" w:w="4320"/>
          </w:tcPr>
          <w:p>
            <w:r>
              <w:t>2025-04-07</w:t>
            </w:r>
          </w:p>
        </w:tc>
        <w:tc>
          <w:tcPr>
            <w:tcW w:type="dxa" w:w="4320"/>
          </w:tcPr>
          <w:p>
            <w:r>
              <w:t>0</w:t>
            </w:r>
          </w:p>
        </w:tc>
      </w:tr>
      <w:tr>
        <w:tc>
          <w:tcPr>
            <w:tcW w:type="dxa" w:w="4320"/>
          </w:tcPr>
          <w:p>
            <w:r>
              <w:t>2025-04-14</w:t>
            </w:r>
          </w:p>
        </w:tc>
        <w:tc>
          <w:tcPr>
            <w:tcW w:type="dxa" w:w="4320"/>
          </w:tcPr>
          <w:p>
            <w:r>
              <w:t>0</w:t>
            </w:r>
          </w:p>
        </w:tc>
      </w:tr>
      <w:tr>
        <w:tc>
          <w:tcPr>
            <w:tcW w:type="dxa" w:w="4320"/>
          </w:tcPr>
          <w:p>
            <w:r>
              <w:t>2025-04-21</w:t>
            </w:r>
          </w:p>
        </w:tc>
        <w:tc>
          <w:tcPr>
            <w:tcW w:type="dxa" w:w="4320"/>
          </w:tcPr>
          <w:p>
            <w:r>
              <w:t>0</w:t>
            </w:r>
          </w:p>
        </w:tc>
      </w:tr>
      <w:tr>
        <w:tc>
          <w:tcPr>
            <w:tcW w:type="dxa" w:w="4320"/>
          </w:tcPr>
          <w:p>
            <w:r>
              <w:t>2025-04-28</w:t>
            </w:r>
          </w:p>
        </w:tc>
        <w:tc>
          <w:tcPr>
            <w:tcW w:type="dxa" w:w="4320"/>
          </w:tcPr>
          <w:p>
            <w:r>
              <w:t>30</w:t>
            </w:r>
          </w:p>
        </w:tc>
      </w:tr>
      <w:tr>
        <w:tc>
          <w:tcPr>
            <w:tcW w:type="dxa" w:w="4320"/>
          </w:tcPr>
          <w:p>
            <w:r>
              <w:t>2025-05-05</w:t>
            </w:r>
          </w:p>
        </w:tc>
        <w:tc>
          <w:tcPr>
            <w:tcW w:type="dxa" w:w="4320"/>
          </w:tcPr>
          <w:p>
            <w:r>
              <w:t>0</w:t>
            </w:r>
          </w:p>
        </w:tc>
      </w:tr>
      <w:tr>
        <w:tc>
          <w:tcPr>
            <w:tcW w:type="dxa" w:w="4320"/>
          </w:tcPr>
          <w:p>
            <w:r>
              <w:t>2025-05-12</w:t>
            </w:r>
          </w:p>
        </w:tc>
        <w:tc>
          <w:tcPr>
            <w:tcW w:type="dxa" w:w="4320"/>
          </w:tcPr>
          <w:p>
            <w:r>
              <w:t>0</w:t>
            </w:r>
          </w:p>
        </w:tc>
      </w:tr>
      <w:tr>
        <w:tc>
          <w:tcPr>
            <w:tcW w:type="dxa" w:w="4320"/>
          </w:tcPr>
          <w:p>
            <w:r>
              <w:t>2025-05-19</w:t>
            </w:r>
          </w:p>
        </w:tc>
        <w:tc>
          <w:tcPr>
            <w:tcW w:type="dxa" w:w="4320"/>
          </w:tcPr>
          <w:p>
            <w:r>
              <w:t>0</w:t>
            </w:r>
          </w:p>
        </w:tc>
      </w:tr>
      <w:tr>
        <w:tc>
          <w:tcPr>
            <w:tcW w:type="dxa" w:w="4320"/>
          </w:tcPr>
          <w:p>
            <w:r>
              <w:t>2025-05-26</w:t>
            </w:r>
          </w:p>
        </w:tc>
        <w:tc>
          <w:tcPr>
            <w:tcW w:type="dxa" w:w="4320"/>
          </w:tcPr>
          <w:p>
            <w:r>
              <w:t>30</w:t>
            </w:r>
          </w:p>
        </w:tc>
      </w:tr>
      <w:tr>
        <w:tc>
          <w:tcPr>
            <w:tcW w:type="dxa" w:w="4320"/>
          </w:tcPr>
          <w:p>
            <w:r>
              <w:t>2025-06-02</w:t>
            </w:r>
          </w:p>
        </w:tc>
        <w:tc>
          <w:tcPr>
            <w:tcW w:type="dxa" w:w="4320"/>
          </w:tcPr>
          <w:p>
            <w:r>
              <w:t>0</w:t>
            </w:r>
          </w:p>
        </w:tc>
      </w:tr>
      <w:tr>
        <w:tc>
          <w:tcPr>
            <w:tcW w:type="dxa" w:w="4320"/>
          </w:tcPr>
          <w:p>
            <w:r>
              <w:t>2025-06-09</w:t>
            </w:r>
          </w:p>
        </w:tc>
        <w:tc>
          <w:tcPr>
            <w:tcW w:type="dxa" w:w="4320"/>
          </w:tcPr>
          <w:p>
            <w:r>
              <w:t>0</w:t>
            </w:r>
          </w:p>
        </w:tc>
      </w:tr>
      <w:tr>
        <w:tc>
          <w:tcPr>
            <w:tcW w:type="dxa" w:w="4320"/>
          </w:tcPr>
          <w:p>
            <w:r>
              <w:t>2025-06-16</w:t>
            </w:r>
          </w:p>
        </w:tc>
        <w:tc>
          <w:tcPr>
            <w:tcW w:type="dxa" w:w="4320"/>
          </w:tcPr>
          <w:p>
            <w:r>
              <w:t>0</w:t>
            </w:r>
          </w:p>
        </w:tc>
      </w:tr>
      <w:tr>
        <w:tc>
          <w:tcPr>
            <w:tcW w:type="dxa" w:w="4320"/>
          </w:tcPr>
          <w:p>
            <w:r>
              <w:t>2025-06-23</w:t>
            </w:r>
          </w:p>
        </w:tc>
        <w:tc>
          <w:tcPr>
            <w:tcW w:type="dxa" w:w="4320"/>
          </w:tcPr>
          <w:p>
            <w:r>
              <w:t>0</w:t>
            </w:r>
          </w:p>
        </w:tc>
      </w:tr>
      <w:tr>
        <w:tc>
          <w:tcPr>
            <w:tcW w:type="dxa" w:w="4320"/>
          </w:tcPr>
          <w:p>
            <w:r>
              <w:t>2025-06-30</w:t>
            </w:r>
          </w:p>
        </w:tc>
        <w:tc>
          <w:tcPr>
            <w:tcW w:type="dxa" w:w="4320"/>
          </w:tcPr>
          <w:p>
            <w:r>
              <w:t>30</w:t>
            </w:r>
          </w:p>
        </w:tc>
      </w:tr>
      <w:tr>
        <w:tc>
          <w:tcPr>
            <w:tcW w:type="dxa" w:w="4320"/>
          </w:tcPr>
          <w:p>
            <w:r>
              <w:t>2025-07-07</w:t>
            </w:r>
          </w:p>
        </w:tc>
        <w:tc>
          <w:tcPr>
            <w:tcW w:type="dxa" w:w="4320"/>
          </w:tcPr>
          <w:p>
            <w:r>
              <w:t>0</w:t>
            </w:r>
          </w:p>
        </w:tc>
      </w:tr>
      <w:tr>
        <w:tc>
          <w:tcPr>
            <w:tcW w:type="dxa" w:w="4320"/>
          </w:tcPr>
          <w:p>
            <w:r>
              <w:t>2025-07-14</w:t>
            </w:r>
          </w:p>
        </w:tc>
        <w:tc>
          <w:tcPr>
            <w:tcW w:type="dxa" w:w="4320"/>
          </w:tcPr>
          <w:p>
            <w:r>
              <w:t>0</w:t>
            </w:r>
          </w:p>
        </w:tc>
      </w:tr>
      <w:tr>
        <w:tc>
          <w:tcPr>
            <w:tcW w:type="dxa" w:w="4320"/>
          </w:tcPr>
          <w:p>
            <w:r>
              <w:t>2025-07-21</w:t>
            </w:r>
          </w:p>
        </w:tc>
        <w:tc>
          <w:tcPr>
            <w:tcW w:type="dxa" w:w="4320"/>
          </w:tcPr>
          <w:p>
            <w:r>
              <w:t>0</w:t>
            </w:r>
          </w:p>
        </w:tc>
      </w:tr>
      <w:tr>
        <w:tc>
          <w:tcPr>
            <w:tcW w:type="dxa" w:w="4320"/>
          </w:tcPr>
          <w:p>
            <w:r>
              <w:t>2025-07-28</w:t>
            </w:r>
          </w:p>
        </w:tc>
        <w:tc>
          <w:tcPr>
            <w:tcW w:type="dxa" w:w="4320"/>
          </w:tcPr>
          <w:p>
            <w:r>
              <w:t>30</w:t>
            </w:r>
          </w:p>
        </w:tc>
      </w:tr>
      <w:tr>
        <w:tc>
          <w:tcPr>
            <w:tcW w:type="dxa" w:w="4320"/>
          </w:tcPr>
          <w:p>
            <w:r>
              <w:t>2025-08-04</w:t>
            </w:r>
          </w:p>
        </w:tc>
        <w:tc>
          <w:tcPr>
            <w:tcW w:type="dxa" w:w="4320"/>
          </w:tcPr>
          <w:p>
            <w:r>
              <w:t>0</w:t>
            </w:r>
          </w:p>
        </w:tc>
      </w:tr>
      <w:tr>
        <w:tc>
          <w:tcPr>
            <w:tcW w:type="dxa" w:w="4320"/>
          </w:tcPr>
          <w:p>
            <w:r>
              <w:t>2025-08-11</w:t>
            </w:r>
          </w:p>
        </w:tc>
        <w:tc>
          <w:tcPr>
            <w:tcW w:type="dxa" w:w="4320"/>
          </w:tcPr>
          <w:p>
            <w:r>
              <w:t>0</w:t>
            </w:r>
          </w:p>
        </w:tc>
      </w:tr>
      <w:tr>
        <w:tc>
          <w:tcPr>
            <w:tcW w:type="dxa" w:w="4320"/>
          </w:tcPr>
          <w:p>
            <w:r>
              <w:t>2025-08-18</w:t>
            </w:r>
          </w:p>
        </w:tc>
        <w:tc>
          <w:tcPr>
            <w:tcW w:type="dxa" w:w="4320"/>
          </w:tcPr>
          <w:p>
            <w:r>
              <w:t>0</w:t>
            </w:r>
          </w:p>
        </w:tc>
      </w:tr>
      <w:tr>
        <w:tc>
          <w:tcPr>
            <w:tcW w:type="dxa" w:w="4320"/>
          </w:tcPr>
          <w:p>
            <w:r>
              <w:t>2025-08-25</w:t>
            </w:r>
          </w:p>
        </w:tc>
        <w:tc>
          <w:tcPr>
            <w:tcW w:type="dxa" w:w="4320"/>
          </w:tcPr>
          <w:p>
            <w:r>
              <w:t>0</w:t>
            </w:r>
          </w:p>
        </w:tc>
      </w:tr>
      <w:tr>
        <w:tc>
          <w:tcPr>
            <w:tcW w:type="dxa" w:w="4320"/>
          </w:tcPr>
          <w:p>
            <w:r>
              <w:t>2025-09-01</w:t>
            </w:r>
          </w:p>
        </w:tc>
        <w:tc>
          <w:tcPr>
            <w:tcW w:type="dxa" w:w="4320"/>
          </w:tcPr>
          <w:p>
            <w:r>
              <w:t>30</w:t>
            </w:r>
          </w:p>
        </w:tc>
      </w:tr>
      <w:tr>
        <w:tc>
          <w:tcPr>
            <w:tcW w:type="dxa" w:w="4320"/>
          </w:tcPr>
          <w:p>
            <w:r>
              <w:t>2025-09-08</w:t>
            </w:r>
          </w:p>
        </w:tc>
        <w:tc>
          <w:tcPr>
            <w:tcW w:type="dxa" w:w="4320"/>
          </w:tcPr>
          <w:p>
            <w:r>
              <w:t>0</w:t>
            </w:r>
          </w:p>
        </w:tc>
      </w:tr>
      <w:tr>
        <w:tc>
          <w:tcPr>
            <w:tcW w:type="dxa" w:w="4320"/>
          </w:tcPr>
          <w:p>
            <w:r>
              <w:t>2025-09-15</w:t>
            </w:r>
          </w:p>
        </w:tc>
        <w:tc>
          <w:tcPr>
            <w:tcW w:type="dxa" w:w="4320"/>
          </w:tcPr>
          <w:p>
            <w:r>
              <w:t>0</w:t>
            </w:r>
          </w:p>
        </w:tc>
      </w:tr>
      <w:tr>
        <w:tc>
          <w:tcPr>
            <w:tcW w:type="dxa" w:w="4320"/>
          </w:tcPr>
          <w:p>
            <w:r>
              <w:t>2025-09-22</w:t>
            </w:r>
          </w:p>
        </w:tc>
        <w:tc>
          <w:tcPr>
            <w:tcW w:type="dxa" w:w="4320"/>
          </w:tcPr>
          <w:p>
            <w:r>
              <w:t>0</w:t>
            </w:r>
          </w:p>
        </w:tc>
      </w:tr>
      <w:tr>
        <w:tc>
          <w:tcPr>
            <w:tcW w:type="dxa" w:w="4320"/>
          </w:tcPr>
          <w:p>
            <w:r>
              <w:t>2025-09-29</w:t>
            </w:r>
          </w:p>
        </w:tc>
        <w:tc>
          <w:tcPr>
            <w:tcW w:type="dxa" w:w="4320"/>
          </w:tcPr>
          <w:p>
            <w:r>
              <w:t>30</w:t>
            </w:r>
          </w:p>
        </w:tc>
      </w:tr>
      <w:tr>
        <w:tc>
          <w:tcPr>
            <w:tcW w:type="dxa" w:w="4320"/>
          </w:tcPr>
          <w:p>
            <w:r>
              <w:t>2025-10-06</w:t>
            </w:r>
          </w:p>
        </w:tc>
        <w:tc>
          <w:tcPr>
            <w:tcW w:type="dxa" w:w="4320"/>
          </w:tcPr>
          <w:p>
            <w:r>
              <w:t>0</w:t>
            </w:r>
          </w:p>
        </w:tc>
      </w:tr>
      <w:tr>
        <w:tc>
          <w:tcPr>
            <w:tcW w:type="dxa" w:w="4320"/>
          </w:tcPr>
          <w:p>
            <w:r>
              <w:t>2025-10-13</w:t>
            </w:r>
          </w:p>
        </w:tc>
        <w:tc>
          <w:tcPr>
            <w:tcW w:type="dxa" w:w="4320"/>
          </w:tcPr>
          <w:p>
            <w:r>
              <w:t>0</w:t>
            </w:r>
          </w:p>
        </w:tc>
      </w:tr>
      <w:tr>
        <w:tc>
          <w:tcPr>
            <w:tcW w:type="dxa" w:w="4320"/>
          </w:tcPr>
          <w:p>
            <w:r>
              <w:t>2025-10-20</w:t>
            </w:r>
          </w:p>
        </w:tc>
        <w:tc>
          <w:tcPr>
            <w:tcW w:type="dxa" w:w="4320"/>
          </w:tcPr>
          <w:p>
            <w:r>
              <w:t>0</w:t>
            </w:r>
          </w:p>
        </w:tc>
      </w:tr>
      <w:tr>
        <w:tc>
          <w:tcPr>
            <w:tcW w:type="dxa" w:w="4320"/>
          </w:tcPr>
          <w:p>
            <w:r>
              <w:t>2025-10-27</w:t>
            </w:r>
          </w:p>
        </w:tc>
        <w:tc>
          <w:tcPr>
            <w:tcW w:type="dxa" w:w="4320"/>
          </w:tcPr>
          <w:p>
            <w:r>
              <w:t>30</w:t>
            </w:r>
          </w:p>
        </w:tc>
      </w:tr>
      <w:tr>
        <w:tc>
          <w:tcPr>
            <w:tcW w:type="dxa" w:w="4320"/>
          </w:tcPr>
          <w:p>
            <w:r>
              <w:t>2025-11-03</w:t>
            </w:r>
          </w:p>
        </w:tc>
        <w:tc>
          <w:tcPr>
            <w:tcW w:type="dxa" w:w="4320"/>
          </w:tcPr>
          <w:p>
            <w:r>
              <w:t>0</w:t>
            </w:r>
          </w:p>
        </w:tc>
      </w:tr>
      <w:tr>
        <w:tc>
          <w:tcPr>
            <w:tcW w:type="dxa" w:w="4320"/>
          </w:tcPr>
          <w:p>
            <w:r>
              <w:t>2025-11-10</w:t>
            </w:r>
          </w:p>
        </w:tc>
        <w:tc>
          <w:tcPr>
            <w:tcW w:type="dxa" w:w="4320"/>
          </w:tcPr>
          <w:p>
            <w:r>
              <w:t>0</w:t>
            </w:r>
          </w:p>
        </w:tc>
      </w:tr>
      <w:tr>
        <w:tc>
          <w:tcPr>
            <w:tcW w:type="dxa" w:w="4320"/>
          </w:tcPr>
          <w:p>
            <w:r>
              <w:t>2025-11-17</w:t>
            </w:r>
          </w:p>
        </w:tc>
        <w:tc>
          <w:tcPr>
            <w:tcW w:type="dxa" w:w="4320"/>
          </w:tcPr>
          <w:p>
            <w:r>
              <w:t>0</w:t>
            </w:r>
          </w:p>
        </w:tc>
      </w:tr>
      <w:tr>
        <w:tc>
          <w:tcPr>
            <w:tcW w:type="dxa" w:w="4320"/>
          </w:tcPr>
          <w:p>
            <w:r>
              <w:t>2025-11-24</w:t>
            </w:r>
          </w:p>
        </w:tc>
        <w:tc>
          <w:tcPr>
            <w:tcW w:type="dxa" w:w="4320"/>
          </w:tcPr>
          <w:p>
            <w:r>
              <w:t>0</w:t>
            </w:r>
          </w:p>
        </w:tc>
      </w:tr>
      <w:tr>
        <w:tc>
          <w:tcPr>
            <w:tcW w:type="dxa" w:w="4320"/>
          </w:tcPr>
          <w:p>
            <w:r>
              <w:t>2025-12-01</w:t>
            </w:r>
          </w:p>
        </w:tc>
        <w:tc>
          <w:tcPr>
            <w:tcW w:type="dxa" w:w="4320"/>
          </w:tcPr>
          <w:p>
            <w:r>
              <w:t>30</w:t>
            </w:r>
          </w:p>
        </w:tc>
      </w:tr>
    </w:tbl>
    <w:p/>
    <w:p>
      <w:pPr>
        <w:pStyle w:val="Heading2"/>
      </w:pPr>
      <w:r>
        <w:t>Figure 19. Summarize within: Exclusion zones [62]</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0.2</w:t>
            </w:r>
          </w:p>
        </w:tc>
        <w:tc>
          <w:tcPr>
            <w:tcW w:type="dxa" w:w="2880"/>
          </w:tcPr>
          <w:p>
            <w:r>
              <w:t>7</w:t>
            </w:r>
          </w:p>
        </w:tc>
      </w:tr>
      <w:tr>
        <w:tc>
          <w:tcPr>
            <w:tcW w:type="dxa" w:w="2880"/>
          </w:tcPr>
          <w:p>
            <w:r>
              <w:t>0.2</w:t>
            </w:r>
          </w:p>
        </w:tc>
        <w:tc>
          <w:tcPr>
            <w:tcW w:type="dxa" w:w="2880"/>
          </w:tcPr>
          <w:p>
            <w:r>
              <w:t>0.4</w:t>
            </w:r>
          </w:p>
        </w:tc>
        <w:tc>
          <w:tcPr>
            <w:tcW w:type="dxa" w:w="2880"/>
          </w:tcPr>
          <w:p>
            <w:r>
              <w:t>0</w:t>
            </w:r>
          </w:p>
        </w:tc>
      </w:tr>
      <w:tr>
        <w:tc>
          <w:tcPr>
            <w:tcW w:type="dxa" w:w="2880"/>
          </w:tcPr>
          <w:p>
            <w:r>
              <w:t>0.4</w:t>
            </w:r>
          </w:p>
        </w:tc>
        <w:tc>
          <w:tcPr>
            <w:tcW w:type="dxa" w:w="2880"/>
          </w:tcPr>
          <w:p>
            <w:r>
              <w:t>0.6</w:t>
            </w:r>
          </w:p>
        </w:tc>
        <w:tc>
          <w:tcPr>
            <w:tcW w:type="dxa" w:w="2880"/>
          </w:tcPr>
          <w:p>
            <w:r>
              <w:t>0</w:t>
            </w:r>
          </w:p>
        </w:tc>
      </w:tr>
      <w:tr>
        <w:tc>
          <w:tcPr>
            <w:tcW w:type="dxa" w:w="2880"/>
          </w:tcPr>
          <w:p>
            <w:r>
              <w:t>0.6</w:t>
            </w:r>
          </w:p>
        </w:tc>
        <w:tc>
          <w:tcPr>
            <w:tcW w:type="dxa" w:w="2880"/>
          </w:tcPr>
          <w:p>
            <w:r>
              <w:t>0.8</w:t>
            </w:r>
          </w:p>
        </w:tc>
        <w:tc>
          <w:tcPr>
            <w:tcW w:type="dxa" w:w="2880"/>
          </w:tcPr>
          <w:p>
            <w:r>
              <w:t>0</w:t>
            </w:r>
          </w:p>
        </w:tc>
      </w:tr>
      <w:tr>
        <w:tc>
          <w:tcPr>
            <w:tcW w:type="dxa" w:w="2880"/>
          </w:tcPr>
          <w:p>
            <w:r>
              <w:t>0.8</w:t>
            </w:r>
          </w:p>
        </w:tc>
        <w:tc>
          <w:tcPr>
            <w:tcW w:type="dxa" w:w="2880"/>
          </w:tcPr>
          <w:p>
            <w:r>
              <w:t>1</w:t>
            </w:r>
          </w:p>
        </w:tc>
        <w:tc>
          <w:tcPr>
            <w:tcW w:type="dxa" w:w="2880"/>
          </w:tcPr>
          <w:p>
            <w:r>
              <w:t>1</w:t>
            </w:r>
          </w:p>
        </w:tc>
      </w:tr>
    </w:tbl>
    <w:p/>
    <w:p>
      <w:pPr>
        <w:pStyle w:val="Heading2"/>
      </w:pPr>
      <w:r>
        <w:t>Figure 20. Summarize within: Exclusion zones [63]</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0.2</w:t>
            </w:r>
          </w:p>
        </w:tc>
        <w:tc>
          <w:tcPr>
            <w:tcW w:type="dxa" w:w="2880"/>
          </w:tcPr>
          <w:p>
            <w:r>
              <w:t>7</w:t>
            </w:r>
          </w:p>
        </w:tc>
      </w:tr>
      <w:tr>
        <w:tc>
          <w:tcPr>
            <w:tcW w:type="dxa" w:w="2880"/>
          </w:tcPr>
          <w:p>
            <w:r>
              <w:t>0.2</w:t>
            </w:r>
          </w:p>
        </w:tc>
        <w:tc>
          <w:tcPr>
            <w:tcW w:type="dxa" w:w="2880"/>
          </w:tcPr>
          <w:p>
            <w:r>
              <w:t>0.4</w:t>
            </w:r>
          </w:p>
        </w:tc>
        <w:tc>
          <w:tcPr>
            <w:tcW w:type="dxa" w:w="2880"/>
          </w:tcPr>
          <w:p>
            <w:r>
              <w:t>0</w:t>
            </w:r>
          </w:p>
        </w:tc>
      </w:tr>
      <w:tr>
        <w:tc>
          <w:tcPr>
            <w:tcW w:type="dxa" w:w="2880"/>
          </w:tcPr>
          <w:p>
            <w:r>
              <w:t>0.4</w:t>
            </w:r>
          </w:p>
        </w:tc>
        <w:tc>
          <w:tcPr>
            <w:tcW w:type="dxa" w:w="2880"/>
          </w:tcPr>
          <w:p>
            <w:r>
              <w:t>0.6</w:t>
            </w:r>
          </w:p>
        </w:tc>
        <w:tc>
          <w:tcPr>
            <w:tcW w:type="dxa" w:w="2880"/>
          </w:tcPr>
          <w:p>
            <w:r>
              <w:t>0</w:t>
            </w:r>
          </w:p>
        </w:tc>
      </w:tr>
      <w:tr>
        <w:tc>
          <w:tcPr>
            <w:tcW w:type="dxa" w:w="2880"/>
          </w:tcPr>
          <w:p>
            <w:r>
              <w:t>0.6</w:t>
            </w:r>
          </w:p>
        </w:tc>
        <w:tc>
          <w:tcPr>
            <w:tcW w:type="dxa" w:w="2880"/>
          </w:tcPr>
          <w:p>
            <w:r>
              <w:t>0.8</w:t>
            </w:r>
          </w:p>
        </w:tc>
        <w:tc>
          <w:tcPr>
            <w:tcW w:type="dxa" w:w="2880"/>
          </w:tcPr>
          <w:p>
            <w:r>
              <w:t>0</w:t>
            </w:r>
          </w:p>
        </w:tc>
      </w:tr>
      <w:tr>
        <w:tc>
          <w:tcPr>
            <w:tcW w:type="dxa" w:w="2880"/>
          </w:tcPr>
          <w:p>
            <w:r>
              <w:t>0.8</w:t>
            </w:r>
          </w:p>
        </w:tc>
        <w:tc>
          <w:tcPr>
            <w:tcW w:type="dxa" w:w="2880"/>
          </w:tcPr>
          <w:p>
            <w:r>
              <w:t>1</w:t>
            </w:r>
          </w:p>
        </w:tc>
        <w:tc>
          <w:tcPr>
            <w:tcW w:type="dxa" w:w="2880"/>
          </w:tcPr>
          <w:p>
            <w:r>
              <w:t>1</w:t>
            </w:r>
          </w:p>
        </w:tc>
      </w:tr>
    </w:tbl>
    <w:p/>
    <w:p>
      <w:pPr>
        <w:pStyle w:val="Heading2"/>
      </w:pPr>
      <w:r>
        <w:t>Figure 21. Summarize within: Exclusion zones [64]</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w:t>
            </w:r>
          </w:p>
        </w:tc>
        <w:tc>
          <w:tcPr>
            <w:tcW w:type="dxa" w:w="2880"/>
          </w:tcPr>
          <w:p>
            <w:r>
              <w:t>76</w:t>
            </w:r>
          </w:p>
        </w:tc>
        <w:tc>
          <w:tcPr>
            <w:tcW w:type="dxa" w:w="2880"/>
          </w:tcPr>
          <w:p>
            <w:r>
              <w:t>7</w:t>
            </w:r>
          </w:p>
        </w:tc>
      </w:tr>
      <w:tr>
        <w:tc>
          <w:tcPr>
            <w:tcW w:type="dxa" w:w="2880"/>
          </w:tcPr>
          <w:p>
            <w:r>
              <w:t>76</w:t>
            </w:r>
          </w:p>
        </w:tc>
        <w:tc>
          <w:tcPr>
            <w:tcW w:type="dxa" w:w="2880"/>
          </w:tcPr>
          <w:p>
            <w:r>
              <w:t>151</w:t>
            </w:r>
          </w:p>
        </w:tc>
        <w:tc>
          <w:tcPr>
            <w:tcW w:type="dxa" w:w="2880"/>
          </w:tcPr>
          <w:p>
            <w:r>
              <w:t>0</w:t>
            </w:r>
          </w:p>
        </w:tc>
      </w:tr>
      <w:tr>
        <w:tc>
          <w:tcPr>
            <w:tcW w:type="dxa" w:w="2880"/>
          </w:tcPr>
          <w:p>
            <w:r>
              <w:t>151</w:t>
            </w:r>
          </w:p>
        </w:tc>
        <w:tc>
          <w:tcPr>
            <w:tcW w:type="dxa" w:w="2880"/>
          </w:tcPr>
          <w:p>
            <w:r>
              <w:t>226</w:t>
            </w:r>
          </w:p>
        </w:tc>
        <w:tc>
          <w:tcPr>
            <w:tcW w:type="dxa" w:w="2880"/>
          </w:tcPr>
          <w:p>
            <w:r>
              <w:t>0</w:t>
            </w:r>
          </w:p>
        </w:tc>
      </w:tr>
      <w:tr>
        <w:tc>
          <w:tcPr>
            <w:tcW w:type="dxa" w:w="2880"/>
          </w:tcPr>
          <w:p>
            <w:r>
              <w:t>226</w:t>
            </w:r>
          </w:p>
        </w:tc>
        <w:tc>
          <w:tcPr>
            <w:tcW w:type="dxa" w:w="2880"/>
          </w:tcPr>
          <w:p>
            <w:r>
              <w:t>301</w:t>
            </w:r>
          </w:p>
        </w:tc>
        <w:tc>
          <w:tcPr>
            <w:tcW w:type="dxa" w:w="2880"/>
          </w:tcPr>
          <w:p>
            <w:r>
              <w:t>0</w:t>
            </w:r>
          </w:p>
        </w:tc>
      </w:tr>
      <w:tr>
        <w:tc>
          <w:tcPr>
            <w:tcW w:type="dxa" w:w="2880"/>
          </w:tcPr>
          <w:p>
            <w:r>
              <w:t>301</w:t>
            </w:r>
          </w:p>
        </w:tc>
        <w:tc>
          <w:tcPr>
            <w:tcW w:type="dxa" w:w="2880"/>
          </w:tcPr>
          <w:p>
            <w:r>
              <w:t>376</w:t>
            </w:r>
          </w:p>
        </w:tc>
        <w:tc>
          <w:tcPr>
            <w:tcW w:type="dxa" w:w="2880"/>
          </w:tcPr>
          <w:p>
            <w:r>
              <w:t>1</w:t>
            </w:r>
          </w:p>
        </w:tc>
      </w:tr>
    </w:tbl>
    <w:p/>
    <w:p>
      <w:pPr>
        <w:pStyle w:val="Heading2"/>
      </w:pPr>
      <w:r>
        <w:t>Figure 22. Emerging hot spots: Bird surveys [65]</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-0.587</w:t>
            </w:r>
          </w:p>
        </w:tc>
        <w:tc>
          <w:tcPr>
            <w:tcW w:type="dxa" w:w="2880"/>
          </w:tcPr>
          <w:p>
            <w:r>
              <w:t>-0.4234</w:t>
            </w:r>
          </w:p>
        </w:tc>
        <w:tc>
          <w:tcPr>
            <w:tcW w:type="dxa" w:w="2880"/>
          </w:tcPr>
          <w:p>
            <w:r>
              <w:t>113</w:t>
            </w:r>
          </w:p>
        </w:tc>
      </w:tr>
      <w:tr>
        <w:tc>
          <w:tcPr>
            <w:tcW w:type="dxa" w:w="2880"/>
          </w:tcPr>
          <w:p>
            <w:r>
              <w:t>-0.4234</w:t>
            </w:r>
          </w:p>
        </w:tc>
        <w:tc>
          <w:tcPr>
            <w:tcW w:type="dxa" w:w="2880"/>
          </w:tcPr>
          <w:p>
            <w:r>
              <w:t>-0.2599</w:t>
            </w:r>
          </w:p>
        </w:tc>
        <w:tc>
          <w:tcPr>
            <w:tcW w:type="dxa" w:w="2880"/>
          </w:tcPr>
          <w:p>
            <w:r>
              <w:t>8</w:t>
            </w:r>
          </w:p>
        </w:tc>
      </w:tr>
      <w:tr>
        <w:tc>
          <w:tcPr>
            <w:tcW w:type="dxa" w:w="2880"/>
          </w:tcPr>
          <w:p>
            <w:r>
              <w:t>-0.2599</w:t>
            </w:r>
          </w:p>
        </w:tc>
        <w:tc>
          <w:tcPr>
            <w:tcW w:type="dxa" w:w="2880"/>
          </w:tcPr>
          <w:p>
            <w:r>
              <w:t>-0.09633</w:t>
            </w:r>
          </w:p>
        </w:tc>
        <w:tc>
          <w:tcPr>
            <w:tcW w:type="dxa" w:w="2880"/>
          </w:tcPr>
          <w:p>
            <w:r>
              <w:t>0</w:t>
            </w:r>
          </w:p>
        </w:tc>
      </w:tr>
      <w:tr>
        <w:tc>
          <w:tcPr>
            <w:tcW w:type="dxa" w:w="2880"/>
          </w:tcPr>
          <w:p>
            <w:r>
              <w:t>-0.09633</w:t>
            </w:r>
          </w:p>
        </w:tc>
        <w:tc>
          <w:tcPr>
            <w:tcW w:type="dxa" w:w="2880"/>
          </w:tcPr>
          <w:p>
            <w:r>
              <w:t>0.06722</w:t>
            </w:r>
          </w:p>
        </w:tc>
        <w:tc>
          <w:tcPr>
            <w:tcW w:type="dxa" w:w="2880"/>
          </w:tcPr>
          <w:p>
            <w:r>
              <w:t>7</w:t>
            </w:r>
          </w:p>
        </w:tc>
      </w:tr>
      <w:tr>
        <w:tc>
          <w:tcPr>
            <w:tcW w:type="dxa" w:w="2880"/>
          </w:tcPr>
          <w:p>
            <w:r>
              <w:t>0.06722</w:t>
            </w:r>
          </w:p>
        </w:tc>
        <w:tc>
          <w:tcPr>
            <w:tcW w:type="dxa" w:w="2880"/>
          </w:tcPr>
          <w:p>
            <w:r>
              <w:t>0.2308</w:t>
            </w:r>
          </w:p>
        </w:tc>
        <w:tc>
          <w:tcPr>
            <w:tcW w:type="dxa" w:w="2880"/>
          </w:tcPr>
          <w:p>
            <w:r>
              <w:t>0</w:t>
            </w:r>
          </w:p>
        </w:tc>
      </w:tr>
      <w:tr>
        <w:tc>
          <w:tcPr>
            <w:tcW w:type="dxa" w:w="2880"/>
          </w:tcPr>
          <w:p>
            <w:r>
              <w:t>0.2308</w:t>
            </w:r>
          </w:p>
        </w:tc>
        <w:tc>
          <w:tcPr>
            <w:tcW w:type="dxa" w:w="2880"/>
          </w:tcPr>
          <w:p>
            <w:r>
              <w:t>0.3943</w:t>
            </w:r>
          </w:p>
        </w:tc>
        <w:tc>
          <w:tcPr>
            <w:tcW w:type="dxa" w:w="2880"/>
          </w:tcPr>
          <w:p>
            <w:r>
              <w:t>19</w:t>
            </w:r>
          </w:p>
        </w:tc>
      </w:tr>
      <w:tr>
        <w:tc>
          <w:tcPr>
            <w:tcW w:type="dxa" w:w="2880"/>
          </w:tcPr>
          <w:p>
            <w:r>
              <w:t>0.3943</w:t>
            </w:r>
          </w:p>
        </w:tc>
        <w:tc>
          <w:tcPr>
            <w:tcW w:type="dxa" w:w="2880"/>
          </w:tcPr>
          <w:p>
            <w:r>
              <w:t>0.5579</w:t>
            </w:r>
          </w:p>
        </w:tc>
        <w:tc>
          <w:tcPr>
            <w:tcW w:type="dxa" w:w="2880"/>
          </w:tcPr>
          <w:p>
            <w:r>
              <w:t>0</w:t>
            </w:r>
          </w:p>
        </w:tc>
      </w:tr>
      <w:tr>
        <w:tc>
          <w:tcPr>
            <w:tcW w:type="dxa" w:w="2880"/>
          </w:tcPr>
          <w:p>
            <w:r>
              <w:t>0.5579</w:t>
            </w:r>
          </w:p>
        </w:tc>
        <w:tc>
          <w:tcPr>
            <w:tcW w:type="dxa" w:w="2880"/>
          </w:tcPr>
          <w:p>
            <w:r>
              <w:t>0.7214</w:t>
            </w:r>
          </w:p>
        </w:tc>
        <w:tc>
          <w:tcPr>
            <w:tcW w:type="dxa" w:w="2880"/>
          </w:tcPr>
          <w:p>
            <w:r>
              <w:t>7</w:t>
            </w:r>
          </w:p>
        </w:tc>
      </w:tr>
      <w:tr>
        <w:tc>
          <w:tcPr>
            <w:tcW w:type="dxa" w:w="2880"/>
          </w:tcPr>
          <w:p>
            <w:r>
              <w:t>0.7214</w:t>
            </w:r>
          </w:p>
        </w:tc>
        <w:tc>
          <w:tcPr>
            <w:tcW w:type="dxa" w:w="2880"/>
          </w:tcPr>
          <w:p>
            <w:r>
              <w:t>0.885</w:t>
            </w:r>
          </w:p>
        </w:tc>
        <w:tc>
          <w:tcPr>
            <w:tcW w:type="dxa" w:w="2880"/>
          </w:tcPr>
          <w:p>
            <w:r>
              <w:t>2</w:t>
            </w:r>
          </w:p>
        </w:tc>
      </w:tr>
    </w:tbl>
    <w:p/>
    <w:p>
      <w:pPr>
        <w:pStyle w:val="Heading2"/>
      </w:pPr>
      <w:r>
        <w:t>Figure 23. Hot spot analysis: Bird surveys [66]</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-2.5</w:t>
            </w:r>
          </w:p>
        </w:tc>
        <w:tc>
          <w:tcPr>
            <w:tcW w:type="dxa" w:w="1728"/>
          </w:tcPr>
          <w:p>
            <w:r>
              <w:t>-2</w:t>
            </w:r>
          </w:p>
        </w:tc>
        <w:tc>
          <w:tcPr>
            <w:tcW w:type="dxa" w:w="1728"/>
          </w:tcPr>
          <w:p>
            <w:r>
              <w:t>cold_95</w:t>
            </w:r>
          </w:p>
        </w:tc>
        <w:tc>
          <w:tcPr>
            <w:tcW w:type="dxa" w:w="1728"/>
          </w:tcPr>
          <w:p>
            <w:r>
              <w:t>Cold spot, 95% confidence</w:t>
            </w:r>
          </w:p>
        </w:tc>
        <w:tc>
          <w:tcPr>
            <w:tcW w:type="dxa" w:w="1728"/>
          </w:tcPr>
          <w:p>
            <w:r>
              <w:t>5</w:t>
            </w:r>
          </w:p>
        </w:tc>
      </w:tr>
      <w:tr>
        <w:tc>
          <w:tcPr>
            <w:tcW w:type="dxa" w:w="1728"/>
          </w:tcPr>
          <w:p>
            <w:r>
              <w:t>-2</w:t>
            </w:r>
          </w:p>
        </w:tc>
        <w:tc>
          <w:tcPr>
            <w:tcW w:type="dxa" w:w="1728"/>
          </w:tcPr>
          <w:p>
            <w:r>
              <w:t>-1.5</w:t>
            </w:r>
          </w:p>
        </w:tc>
        <w:tc>
          <w:tcPr>
            <w:tcW w:type="dxa" w:w="1728"/>
          </w:tcPr>
          <w:p>
            <w:r>
              <w:t>cold_90</w:t>
            </w:r>
          </w:p>
        </w:tc>
        <w:tc>
          <w:tcPr>
            <w:tcW w:type="dxa" w:w="1728"/>
          </w:tcPr>
          <w:p>
            <w:r>
              <w:t>Cold spot, 90% confidence</w:t>
            </w:r>
          </w:p>
        </w:tc>
        <w:tc>
          <w:tcPr>
            <w:tcW w:type="dxa" w:w="1728"/>
          </w:tcPr>
          <w:p>
            <w:r>
              <w:t>12</w:t>
            </w:r>
          </w:p>
        </w:tc>
      </w:tr>
      <w:tr>
        <w:tc>
          <w:tcPr>
            <w:tcW w:type="dxa" w:w="1728"/>
          </w:tcPr>
          <w:p>
            <w:r>
              <w:t>-2</w:t>
            </w:r>
          </w:p>
        </w:tc>
        <w:tc>
          <w:tcPr>
            <w:tcW w:type="dxa" w:w="1728"/>
          </w:tcPr>
          <w:p>
            <w:r>
              <w:t>-1.5</w:t>
            </w:r>
          </w:p>
        </w:tc>
        <w:tc>
          <w:tcPr>
            <w:tcW w:type="dxa" w:w="1728"/>
          </w:tcPr>
          <w:p>
            <w:r>
              <w:t>not_significant</w:t>
            </w:r>
          </w:p>
        </w:tc>
        <w:tc>
          <w:tcPr>
            <w:tcW w:type="dxa" w:w="1728"/>
          </w:tcPr>
          <w:p>
            <w:r>
              <w:t>Not significant</w:t>
            </w:r>
          </w:p>
        </w:tc>
        <w:tc>
          <w:tcPr>
            <w:tcW w:type="dxa" w:w="1728"/>
          </w:tcPr>
          <w:p>
            <w:r>
              <w:t>3</w:t>
            </w:r>
          </w:p>
        </w:tc>
      </w:tr>
      <w:tr>
        <w:tc>
          <w:tcPr>
            <w:tcW w:type="dxa" w:w="1728"/>
          </w:tcPr>
          <w:p>
            <w:r>
              <w:t>-1.5</w:t>
            </w:r>
          </w:p>
        </w:tc>
        <w:tc>
          <w:tcPr>
            <w:tcW w:type="dxa" w:w="1728"/>
          </w:tcPr>
          <w:p>
            <w:r>
              <w:t>-1</w:t>
            </w:r>
          </w:p>
        </w:tc>
        <w:tc>
          <w:tcPr>
            <w:tcW w:type="dxa" w:w="1728"/>
          </w:tcPr>
          <w:p>
            <w:r>
              <w:t>not_significant</w:t>
            </w:r>
          </w:p>
        </w:tc>
        <w:tc>
          <w:tcPr>
            <w:tcW w:type="dxa" w:w="1728"/>
          </w:tcPr>
          <w:p>
            <w:r>
              <w:t>Not significant</w:t>
            </w:r>
          </w:p>
        </w:tc>
        <w:tc>
          <w:tcPr>
            <w:tcW w:type="dxa" w:w="1728"/>
          </w:tcPr>
          <w:p>
            <w:r>
              <w:t>41</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73</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129</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191</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141</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32</w:t>
            </w:r>
          </w:p>
        </w:tc>
      </w:tr>
      <w:tr>
        <w:tc>
          <w:tcPr>
            <w:tcW w:type="dxa" w:w="1728"/>
          </w:tcPr>
          <w:p>
            <w:r>
              <w:t>1.5</w:t>
            </w:r>
          </w:p>
        </w:tc>
        <w:tc>
          <w:tcPr>
            <w:tcW w:type="dxa" w:w="1728"/>
          </w:tcPr>
          <w:p>
            <w:r>
              <w:t>2</w:t>
            </w:r>
          </w:p>
        </w:tc>
        <w:tc>
          <w:tcPr>
            <w:tcW w:type="dxa" w:w="1728"/>
          </w:tcPr>
          <w:p>
            <w:r>
              <w:t>hot_90</w:t>
            </w:r>
          </w:p>
        </w:tc>
        <w:tc>
          <w:tcPr>
            <w:tcW w:type="dxa" w:w="1728"/>
          </w:tcPr>
          <w:p>
            <w:r>
              <w:t>Hot spot, 90% confidence</w:t>
            </w:r>
          </w:p>
        </w:tc>
        <w:tc>
          <w:tcPr>
            <w:tcW w:type="dxa" w:w="1728"/>
          </w:tcPr>
          <w:p>
            <w:r>
              <w:t>6</w:t>
            </w:r>
          </w:p>
        </w:tc>
      </w:tr>
      <w:tr>
        <w:tc>
          <w:tcPr>
            <w:tcW w:type="dxa" w:w="1728"/>
          </w:tcPr>
          <w:p>
            <w:r>
              <w:t>1.5</w:t>
            </w:r>
          </w:p>
        </w:tc>
        <w:tc>
          <w:tcPr>
            <w:tcW w:type="dxa" w:w="1728"/>
          </w:tcPr>
          <w:p>
            <w:r>
              <w:t>2</w:t>
            </w:r>
          </w:p>
        </w:tc>
        <w:tc>
          <w:tcPr>
            <w:tcW w:type="dxa" w:w="1728"/>
          </w:tcPr>
          <w:p>
            <w:r>
              <w:t>not_significant</w:t>
            </w:r>
          </w:p>
        </w:tc>
        <w:tc>
          <w:tcPr>
            <w:tcW w:type="dxa" w:w="1728"/>
          </w:tcPr>
          <w:p>
            <w:r>
              <w:t>Not significant</w:t>
            </w:r>
          </w:p>
        </w:tc>
        <w:tc>
          <w:tcPr>
            <w:tcW w:type="dxa" w:w="1728"/>
          </w:tcPr>
          <w:p>
            <w:r>
              <w:t>9</w:t>
            </w:r>
          </w:p>
        </w:tc>
      </w:tr>
      <w:tr>
        <w:tc>
          <w:tcPr>
            <w:tcW w:type="dxa" w:w="1728"/>
          </w:tcPr>
          <w:p>
            <w:r>
              <w:t>2</w:t>
            </w:r>
          </w:p>
        </w:tc>
        <w:tc>
          <w:tcPr>
            <w:tcW w:type="dxa" w:w="1728"/>
          </w:tcPr>
          <w:p>
            <w:r>
              <w:t>2.5</w:t>
            </w:r>
          </w:p>
        </w:tc>
        <w:tc>
          <w:tcPr>
            <w:tcW w:type="dxa" w:w="1728"/>
          </w:tcPr>
          <w:p>
            <w:r>
              <w:t>hot_95</w:t>
            </w:r>
          </w:p>
        </w:tc>
        <w:tc>
          <w:tcPr>
            <w:tcW w:type="dxa" w:w="1728"/>
          </w:tcPr>
          <w:p>
            <w:r>
              <w:t>Hot spot, 95% confidence</w:t>
            </w:r>
          </w:p>
        </w:tc>
        <w:tc>
          <w:tcPr>
            <w:tcW w:type="dxa" w:w="1728"/>
          </w:tcPr>
          <w:p>
            <w:r>
              <w:t>4</w:t>
            </w:r>
          </w:p>
        </w:tc>
      </w:tr>
      <w:tr>
        <w:tc>
          <w:tcPr>
            <w:tcW w:type="dxa" w:w="1728"/>
          </w:tcPr>
          <w:p>
            <w:r>
              <w:t>2.5</w:t>
            </w:r>
          </w:p>
        </w:tc>
        <w:tc>
          <w:tcPr>
            <w:tcW w:type="dxa" w:w="1728"/>
          </w:tcPr>
          <w:p>
            <w:r>
              <w:t>3</w:t>
            </w:r>
          </w:p>
        </w:tc>
        <w:tc>
          <w:tcPr>
            <w:tcW w:type="dxa" w:w="1728"/>
          </w:tcPr>
          <w:p>
            <w:r>
              <w:t>hot_99</w:t>
            </w:r>
          </w:p>
        </w:tc>
        <w:tc>
          <w:tcPr>
            <w:tcW w:type="dxa" w:w="1728"/>
          </w:tcPr>
          <w:p>
            <w:r>
              <w:t>Hot spot, 99% confidence</w:t>
            </w:r>
          </w:p>
        </w:tc>
        <w:tc>
          <w:tcPr>
            <w:tcW w:type="dxa" w:w="1728"/>
          </w:tcPr>
          <w:p>
            <w:r>
              <w:t>4</w:t>
            </w:r>
          </w:p>
        </w:tc>
      </w:tr>
    </w:tbl>
    <w:p/>
    <w:p>
      <w:pPr>
        <w:pStyle w:val="Heading2"/>
      </w:pPr>
      <w:r>
        <w:t>Figure 24. Calculate density: Bird surveys [67]</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2.818</w:t>
            </w:r>
          </w:p>
        </w:tc>
        <w:tc>
          <w:tcPr>
            <w:tcW w:type="dxa" w:w="2880"/>
          </w:tcPr>
          <w:p>
            <w:r>
              <w:t>55</w:t>
            </w:r>
          </w:p>
        </w:tc>
      </w:tr>
      <w:tr>
        <w:tc>
          <w:tcPr>
            <w:tcW w:type="dxa" w:w="2880"/>
          </w:tcPr>
          <w:p>
            <w:r>
              <w:t>2.818</w:t>
            </w:r>
          </w:p>
        </w:tc>
        <w:tc>
          <w:tcPr>
            <w:tcW w:type="dxa" w:w="2880"/>
          </w:tcPr>
          <w:p>
            <w:r>
              <w:t>5.636</w:t>
            </w:r>
          </w:p>
        </w:tc>
        <w:tc>
          <w:tcPr>
            <w:tcW w:type="dxa" w:w="2880"/>
          </w:tcPr>
          <w:p>
            <w:r>
              <w:t>69</w:t>
            </w:r>
          </w:p>
        </w:tc>
      </w:tr>
      <w:tr>
        <w:tc>
          <w:tcPr>
            <w:tcW w:type="dxa" w:w="2880"/>
          </w:tcPr>
          <w:p>
            <w:r>
              <w:t>5.636</w:t>
            </w:r>
          </w:p>
        </w:tc>
        <w:tc>
          <w:tcPr>
            <w:tcW w:type="dxa" w:w="2880"/>
          </w:tcPr>
          <w:p>
            <w:r>
              <w:t>8.455</w:t>
            </w:r>
          </w:p>
        </w:tc>
        <w:tc>
          <w:tcPr>
            <w:tcW w:type="dxa" w:w="2880"/>
          </w:tcPr>
          <w:p>
            <w:r>
              <w:t>70</w:t>
            </w:r>
          </w:p>
        </w:tc>
      </w:tr>
      <w:tr>
        <w:tc>
          <w:tcPr>
            <w:tcW w:type="dxa" w:w="2880"/>
          </w:tcPr>
          <w:p>
            <w:r>
              <w:t>8.455</w:t>
            </w:r>
          </w:p>
        </w:tc>
        <w:tc>
          <w:tcPr>
            <w:tcW w:type="dxa" w:w="2880"/>
          </w:tcPr>
          <w:p>
            <w:r>
              <w:t>11.27</w:t>
            </w:r>
          </w:p>
        </w:tc>
        <w:tc>
          <w:tcPr>
            <w:tcW w:type="dxa" w:w="2880"/>
          </w:tcPr>
          <w:p>
            <w:r>
              <w:t>70</w:t>
            </w:r>
          </w:p>
        </w:tc>
      </w:tr>
      <w:tr>
        <w:tc>
          <w:tcPr>
            <w:tcW w:type="dxa" w:w="2880"/>
          </w:tcPr>
          <w:p>
            <w:r>
              <w:t>11.27</w:t>
            </w:r>
          </w:p>
        </w:tc>
        <w:tc>
          <w:tcPr>
            <w:tcW w:type="dxa" w:w="2880"/>
          </w:tcPr>
          <w:p>
            <w:r>
              <w:t>14.09</w:t>
            </w:r>
          </w:p>
        </w:tc>
        <w:tc>
          <w:tcPr>
            <w:tcW w:type="dxa" w:w="2880"/>
          </w:tcPr>
          <w:p>
            <w:r>
              <w:t>70</w:t>
            </w:r>
          </w:p>
        </w:tc>
      </w:tr>
      <w:tr>
        <w:tc>
          <w:tcPr>
            <w:tcW w:type="dxa" w:w="2880"/>
          </w:tcPr>
          <w:p>
            <w:r>
              <w:t>14.09</w:t>
            </w:r>
          </w:p>
        </w:tc>
        <w:tc>
          <w:tcPr>
            <w:tcW w:type="dxa" w:w="2880"/>
          </w:tcPr>
          <w:p>
            <w:r>
              <w:t>16.91</w:t>
            </w:r>
          </w:p>
        </w:tc>
        <w:tc>
          <w:tcPr>
            <w:tcW w:type="dxa" w:w="2880"/>
          </w:tcPr>
          <w:p>
            <w:r>
              <w:t>45</w:t>
            </w:r>
          </w:p>
        </w:tc>
      </w:tr>
      <w:tr>
        <w:tc>
          <w:tcPr>
            <w:tcW w:type="dxa" w:w="2880"/>
          </w:tcPr>
          <w:p>
            <w:r>
              <w:t>16.91</w:t>
            </w:r>
          </w:p>
        </w:tc>
        <w:tc>
          <w:tcPr>
            <w:tcW w:type="dxa" w:w="2880"/>
          </w:tcPr>
          <w:p>
            <w:r>
              <w:t>19.73</w:t>
            </w:r>
          </w:p>
        </w:tc>
        <w:tc>
          <w:tcPr>
            <w:tcW w:type="dxa" w:w="2880"/>
          </w:tcPr>
          <w:p>
            <w:r>
              <w:t>70</w:t>
            </w:r>
          </w:p>
        </w:tc>
      </w:tr>
      <w:tr>
        <w:tc>
          <w:tcPr>
            <w:tcW w:type="dxa" w:w="2880"/>
          </w:tcPr>
          <w:p>
            <w:r>
              <w:t>19.73</w:t>
            </w:r>
          </w:p>
        </w:tc>
        <w:tc>
          <w:tcPr>
            <w:tcW w:type="dxa" w:w="2880"/>
          </w:tcPr>
          <w:p>
            <w:r>
              <w:t>22.55</w:t>
            </w:r>
          </w:p>
        </w:tc>
        <w:tc>
          <w:tcPr>
            <w:tcW w:type="dxa" w:w="2880"/>
          </w:tcPr>
          <w:p>
            <w:r>
              <w:t>69</w:t>
            </w:r>
          </w:p>
        </w:tc>
      </w:tr>
      <w:tr>
        <w:tc>
          <w:tcPr>
            <w:tcW w:type="dxa" w:w="2880"/>
          </w:tcPr>
          <w:p>
            <w:r>
              <w:t>22.55</w:t>
            </w:r>
          </w:p>
        </w:tc>
        <w:tc>
          <w:tcPr>
            <w:tcW w:type="dxa" w:w="2880"/>
          </w:tcPr>
          <w:p>
            <w:r>
              <w:t>25.36</w:t>
            </w:r>
          </w:p>
        </w:tc>
        <w:tc>
          <w:tcPr>
            <w:tcW w:type="dxa" w:w="2880"/>
          </w:tcPr>
          <w:p>
            <w:r>
              <w:t>69</w:t>
            </w:r>
          </w:p>
        </w:tc>
      </w:tr>
      <w:tr>
        <w:tc>
          <w:tcPr>
            <w:tcW w:type="dxa" w:w="2880"/>
          </w:tcPr>
          <w:p>
            <w:r>
              <w:t>25.36</w:t>
            </w:r>
          </w:p>
        </w:tc>
        <w:tc>
          <w:tcPr>
            <w:tcW w:type="dxa" w:w="2880"/>
          </w:tcPr>
          <w:p>
            <w:r>
              <w:t>28.18</w:t>
            </w:r>
          </w:p>
        </w:tc>
        <w:tc>
          <w:tcPr>
            <w:tcW w:type="dxa" w:w="2880"/>
          </w:tcPr>
          <w:p>
            <w:r>
              <w:t>67</w:t>
            </w:r>
          </w:p>
        </w:tc>
      </w:tr>
      <w:tr>
        <w:tc>
          <w:tcPr>
            <w:tcW w:type="dxa" w:w="2880"/>
          </w:tcPr>
          <w:p>
            <w:r>
              <w:t>28.18</w:t>
            </w:r>
          </w:p>
        </w:tc>
        <w:tc>
          <w:tcPr>
            <w:tcW w:type="dxa" w:w="2880"/>
          </w:tcPr>
          <w:p>
            <w:r>
              <w:t>31</w:t>
            </w:r>
          </w:p>
        </w:tc>
        <w:tc>
          <w:tcPr>
            <w:tcW w:type="dxa" w:w="2880"/>
          </w:tcPr>
          <w:p>
            <w:r>
              <w:t>45</w:t>
            </w:r>
          </w:p>
        </w:tc>
      </w:tr>
    </w:tbl>
    <w:p/>
    <w:p>
      <w:pPr>
        <w:pStyle w:val="Heading2"/>
      </w:pPr>
      <w:r>
        <w:t>Figure 25. Find point clusters: Bird surveys [68]</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389</w:t>
            </w:r>
          </w:p>
        </w:tc>
        <w:tc>
          <w:tcPr>
            <w:tcW w:type="dxa" w:w="2160"/>
          </w:tcPr>
          <w:p>
            <w:r>
              <w:t>0.5985</w:t>
            </w:r>
          </w:p>
        </w:tc>
        <w:tc>
          <w:tcPr>
            <w:tcW w:type="dxa" w:w="2160"/>
          </w:tcPr>
          <w:p>
            <w:r>
              <w:t>59.8%</w:t>
            </w:r>
          </w:p>
        </w:tc>
      </w:tr>
      <w:tr>
        <w:tc>
          <w:tcPr>
            <w:tcW w:type="dxa" w:w="2160"/>
          </w:tcPr>
          <w:p>
            <w:r>
              <w:t>Noise</w:t>
            </w:r>
          </w:p>
        </w:tc>
        <w:tc>
          <w:tcPr>
            <w:tcW w:type="dxa" w:w="2160"/>
          </w:tcPr>
          <w:p>
            <w:r>
              <w:t>261</w:t>
            </w:r>
          </w:p>
        </w:tc>
        <w:tc>
          <w:tcPr>
            <w:tcW w:type="dxa" w:w="2160"/>
          </w:tcPr>
          <w:p>
            <w:r>
              <w:t>0.4015</w:t>
            </w:r>
          </w:p>
        </w:tc>
        <w:tc>
          <w:tcPr>
            <w:tcW w:type="dxa" w:w="2160"/>
          </w:tcPr>
          <w:p>
            <w:r>
              <w:t>40.2%</w:t>
            </w:r>
          </w:p>
        </w:tc>
      </w:tr>
    </w:tbl>
    <w:p/>
    <w:p>
      <w:pPr>
        <w:pStyle w:val="Heading2"/>
      </w:pPr>
      <w:r>
        <w:t>Figure 26. Find point clusters: cluster hulls [69]</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1</w:t>
            </w:r>
          </w:p>
        </w:tc>
        <w:tc>
          <w:tcPr>
            <w:tcW w:type="dxa" w:w="2160"/>
          </w:tcPr>
          <w:p>
            <w:r>
              <w:t>100.0%</w:t>
            </w:r>
          </w:p>
        </w:tc>
      </w:tr>
    </w:tbl>
    <w:p/>
    <w:p>
      <w:pPr>
        <w:pStyle w:val="Heading2"/>
      </w:pPr>
      <w:r>
        <w:t>Figure 27. Find outliers: Exclusion zones [70]</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value</w:t>
            </w:r>
          </w:p>
        </w:tc>
        <w:tc>
          <w:tcPr>
            <w:tcW w:type="dxa" w:w="2880"/>
          </w:tcPr>
          <w:p>
            <w:r>
              <w:t>lag</w:t>
            </w:r>
          </w:p>
        </w:tc>
        <w:tc>
          <w:tcPr>
            <w:tcW w:type="dxa" w:w="2880"/>
          </w:tcPr>
          <w:p>
            <w:r>
              <w:t>type</w:t>
            </w:r>
          </w:p>
        </w:tc>
      </w:tr>
      <w:tr>
        <w:tc>
          <w:tcPr>
            <w:tcW w:type="dxa" w:w="2880"/>
          </w:tcPr>
          <w:p>
            <w:r>
              <w:t>1.291</w:t>
            </w:r>
          </w:p>
        </w:tc>
        <w:tc>
          <w:tcPr>
            <w:tcW w:type="dxa" w:w="2880"/>
          </w:tcPr>
          <w:p>
            <w:r>
              <w:t>-0.0861</w:t>
            </w:r>
          </w:p>
        </w:tc>
        <w:tc>
          <w:tcPr>
            <w:tcW w:type="dxa" w:w="2880"/>
          </w:tcPr>
          <w:p>
            <w:r>
              <w:t>NS</w:t>
            </w:r>
          </w:p>
        </w:tc>
      </w:tr>
      <w:tr>
        <w:tc>
          <w:tcPr>
            <w:tcW w:type="dxa" w:w="2880"/>
          </w:tcPr>
          <w:p>
            <w:r>
              <w:t>-0.7746</w:t>
            </w:r>
          </w:p>
        </w:tc>
        <w:tc>
          <w:tcPr>
            <w:tcW w:type="dxa" w:w="2880"/>
          </w:tcPr>
          <w:p>
            <w:r>
              <w:t>0.2582</w:t>
            </w:r>
          </w:p>
        </w:tc>
        <w:tc>
          <w:tcPr>
            <w:tcW w:type="dxa" w:w="2880"/>
          </w:tcPr>
          <w:p>
            <w:r>
              <w:t>NS</w:t>
            </w:r>
          </w:p>
        </w:tc>
      </w:tr>
      <w:tr>
        <w:tc>
          <w:tcPr>
            <w:tcW w:type="dxa" w:w="2880"/>
          </w:tcPr>
          <w:p>
            <w:r>
              <w:t>1.291</w:t>
            </w:r>
          </w:p>
        </w:tc>
        <w:tc>
          <w:tcPr>
            <w:tcW w:type="dxa" w:w="2880"/>
          </w:tcPr>
          <w:p>
            <w:r>
              <w:t>0.6025</w:t>
            </w:r>
          </w:p>
        </w:tc>
        <w:tc>
          <w:tcPr>
            <w:tcW w:type="dxa" w:w="2880"/>
          </w:tcPr>
          <w:p>
            <w:r>
              <w:t>NS</w:t>
            </w:r>
          </w:p>
        </w:tc>
      </w:tr>
      <w:tr>
        <w:tc>
          <w:tcPr>
            <w:tcW w:type="dxa" w:w="2880"/>
          </w:tcPr>
          <w:p>
            <w:r>
              <w:t>-0.7746</w:t>
            </w:r>
          </w:p>
        </w:tc>
        <w:tc>
          <w:tcPr>
            <w:tcW w:type="dxa" w:w="2880"/>
          </w:tcPr>
          <w:p>
            <w:r>
              <w:t>-0.7746</w:t>
            </w:r>
          </w:p>
        </w:tc>
        <w:tc>
          <w:tcPr>
            <w:tcW w:type="dxa" w:w="2880"/>
          </w:tcPr>
          <w:p>
            <w:r>
              <w:t>NS</w:t>
            </w:r>
          </w:p>
        </w:tc>
      </w:tr>
      <w:tr>
        <w:tc>
          <w:tcPr>
            <w:tcW w:type="dxa" w:w="2880"/>
          </w:tcPr>
          <w:p>
            <w:r>
              <w:t>-0.7746</w:t>
            </w:r>
          </w:p>
        </w:tc>
        <w:tc>
          <w:tcPr>
            <w:tcW w:type="dxa" w:w="2880"/>
          </w:tcPr>
          <w:p>
            <w:r>
              <w:t>-0.7746</w:t>
            </w:r>
          </w:p>
        </w:tc>
        <w:tc>
          <w:tcPr>
            <w:tcW w:type="dxa" w:w="2880"/>
          </w:tcPr>
          <w:p>
            <w:r>
              <w:t>NS</w:t>
            </w:r>
          </w:p>
        </w:tc>
      </w:tr>
      <w:tr>
        <w:tc>
          <w:tcPr>
            <w:tcW w:type="dxa" w:w="2880"/>
          </w:tcPr>
          <w:p>
            <w:r>
              <w:t>-0.7746</w:t>
            </w:r>
          </w:p>
        </w:tc>
        <w:tc>
          <w:tcPr>
            <w:tcW w:type="dxa" w:w="2880"/>
          </w:tcPr>
          <w:p>
            <w:r>
              <w:t>1.291</w:t>
            </w:r>
          </w:p>
        </w:tc>
        <w:tc>
          <w:tcPr>
            <w:tcW w:type="dxa" w:w="2880"/>
          </w:tcPr>
          <w:p>
            <w:r>
              <w:t>NS</w:t>
            </w:r>
          </w:p>
        </w:tc>
      </w:tr>
      <w:tr>
        <w:tc>
          <w:tcPr>
            <w:tcW w:type="dxa" w:w="2880"/>
          </w:tcPr>
          <w:p>
            <w:r>
              <w:t>1.291</w:t>
            </w:r>
          </w:p>
        </w:tc>
        <w:tc>
          <w:tcPr>
            <w:tcW w:type="dxa" w:w="2880"/>
          </w:tcPr>
          <w:p>
            <w:r>
              <w:t>1.291</w:t>
            </w:r>
          </w:p>
        </w:tc>
        <w:tc>
          <w:tcPr>
            <w:tcW w:type="dxa" w:w="2880"/>
          </w:tcPr>
          <w:p>
            <w:r>
              <w:t>NS</w:t>
            </w:r>
          </w:p>
        </w:tc>
      </w:tr>
      <w:tr>
        <w:tc>
          <w:tcPr>
            <w:tcW w:type="dxa" w:w="2880"/>
          </w:tcPr>
          <w:p>
            <w:r>
              <w:t>-0.7746</w:t>
            </w:r>
          </w:p>
        </w:tc>
        <w:tc>
          <w:tcPr>
            <w:tcW w:type="dxa" w:w="2880"/>
          </w:tcPr>
          <w:p>
            <w:r>
              <w:t>-0.7746</w:t>
            </w:r>
          </w:p>
        </w:tc>
        <w:tc>
          <w:tcPr>
            <w:tcW w:type="dxa" w:w="2880"/>
          </w:tcPr>
          <w:p>
            <w:r>
              <w:t>NS</w:t>
            </w:r>
          </w:p>
        </w:tc>
      </w:tr>
    </w:tbl>
    <w:p/>
    <w:p>
      <w:pPr>
        <w:pStyle w:val="Heading2"/>
      </w:pPr>
      <w:r>
        <w:t>Figure 28. Find outliers: Dust storms [71]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value</w:t>
            </w:r>
          </w:p>
        </w:tc>
        <w:tc>
          <w:tcPr>
            <w:tcW w:type="dxa" w:w="2880"/>
          </w:tcPr>
          <w:p>
            <w:r>
              <w:t>lag</w:t>
            </w:r>
          </w:p>
        </w:tc>
        <w:tc>
          <w:tcPr>
            <w:tcW w:type="dxa" w:w="2880"/>
          </w:tcPr>
          <w:p>
            <w:r>
              <w:t>type</w:t>
            </w:r>
          </w:p>
        </w:tc>
      </w:tr>
      <w:tr>
        <w:tc>
          <w:tcPr>
            <w:tcW w:type="dxa" w:w="2880"/>
          </w:tcPr>
          <w:p>
            <w:r>
              <w:t>0.1617</w:t>
            </w:r>
          </w:p>
        </w:tc>
        <w:tc>
          <w:tcPr>
            <w:tcW w:type="dxa" w:w="2880"/>
          </w:tcPr>
          <w:p>
            <w:r>
              <w:t>-0.2244</w:t>
            </w:r>
          </w:p>
        </w:tc>
        <w:tc>
          <w:tcPr>
            <w:tcW w:type="dxa" w:w="2880"/>
          </w:tcPr>
          <w:p>
            <w:r>
              <w:t>NS</w:t>
            </w:r>
          </w:p>
        </w:tc>
      </w:tr>
      <w:tr>
        <w:tc>
          <w:tcPr>
            <w:tcW w:type="dxa" w:w="2880"/>
          </w:tcPr>
          <w:p>
            <w:r>
              <w:t>2.125</w:t>
            </w:r>
          </w:p>
        </w:tc>
        <w:tc>
          <w:tcPr>
            <w:tcW w:type="dxa" w:w="2880"/>
          </w:tcPr>
          <w:p>
            <w:r>
              <w:t>1.529</w:t>
            </w:r>
          </w:p>
        </w:tc>
        <w:tc>
          <w:tcPr>
            <w:tcW w:type="dxa" w:w="2880"/>
          </w:tcPr>
          <w:p>
            <w:r>
              <w:t>NS</w:t>
            </w:r>
          </w:p>
        </w:tc>
      </w:tr>
      <w:tr>
        <w:tc>
          <w:tcPr>
            <w:tcW w:type="dxa" w:w="2880"/>
          </w:tcPr>
          <w:p>
            <w:r>
              <w:t>1.529</w:t>
            </w:r>
          </w:p>
        </w:tc>
        <w:tc>
          <w:tcPr>
            <w:tcW w:type="dxa" w:w="2880"/>
          </w:tcPr>
          <w:p>
            <w:r>
              <w:t>0.1097</w:t>
            </w:r>
          </w:p>
        </w:tc>
        <w:tc>
          <w:tcPr>
            <w:tcW w:type="dxa" w:w="2880"/>
          </w:tcPr>
          <w:p>
            <w:r>
              <w:t>NS</w:t>
            </w:r>
          </w:p>
        </w:tc>
      </w:tr>
      <w:tr>
        <w:tc>
          <w:tcPr>
            <w:tcW w:type="dxa" w:w="2880"/>
          </w:tcPr>
          <w:p>
            <w:r>
              <w:t>-0.346</w:t>
            </w:r>
          </w:p>
        </w:tc>
        <w:tc>
          <w:tcPr>
            <w:tcW w:type="dxa" w:w="2880"/>
          </w:tcPr>
          <w:p>
            <w:r>
              <w:t>-0.3822</w:t>
            </w:r>
          </w:p>
        </w:tc>
        <w:tc>
          <w:tcPr>
            <w:tcW w:type="dxa" w:w="2880"/>
          </w:tcPr>
          <w:p>
            <w:r>
              <w:t>NS</w:t>
            </w:r>
          </w:p>
        </w:tc>
      </w:tr>
      <w:tr>
        <w:tc>
          <w:tcPr>
            <w:tcW w:type="dxa" w:w="2880"/>
          </w:tcPr>
          <w:p>
            <w:r>
              <w:t>-0.4806</w:t>
            </w:r>
          </w:p>
        </w:tc>
        <w:tc>
          <w:tcPr>
            <w:tcW w:type="dxa" w:w="2880"/>
          </w:tcPr>
          <w:p>
            <w:r>
              <w:t>-0.2691</w:t>
            </w:r>
          </w:p>
        </w:tc>
        <w:tc>
          <w:tcPr>
            <w:tcW w:type="dxa" w:w="2880"/>
          </w:tcPr>
          <w:p>
            <w:r>
              <w:t>NS</w:t>
            </w:r>
          </w:p>
        </w:tc>
      </w:tr>
      <w:tr>
        <w:tc>
          <w:tcPr>
            <w:tcW w:type="dxa" w:w="2880"/>
          </w:tcPr>
          <w:p>
            <w:r>
              <w:t>0.7336</w:t>
            </w:r>
          </w:p>
        </w:tc>
        <w:tc>
          <w:tcPr>
            <w:tcW w:type="dxa" w:w="2880"/>
          </w:tcPr>
          <w:p>
            <w:r>
              <w:t>-0.4016</w:t>
            </w:r>
          </w:p>
        </w:tc>
        <w:tc>
          <w:tcPr>
            <w:tcW w:type="dxa" w:w="2880"/>
          </w:tcPr>
          <w:p>
            <w:r>
              <w:t>NS</w:t>
            </w:r>
          </w:p>
        </w:tc>
      </w:tr>
      <w:tr>
        <w:tc>
          <w:tcPr>
            <w:tcW w:type="dxa" w:w="2880"/>
          </w:tcPr>
          <w:p>
            <w:r>
              <w:t>-0.3093</w:t>
            </w:r>
          </w:p>
        </w:tc>
        <w:tc>
          <w:tcPr>
            <w:tcW w:type="dxa" w:w="2880"/>
          </w:tcPr>
          <w:p>
            <w:r>
              <w:t>-0.3699</w:t>
            </w:r>
          </w:p>
        </w:tc>
        <w:tc>
          <w:tcPr>
            <w:tcW w:type="dxa" w:w="2880"/>
          </w:tcPr>
          <w:p>
            <w:r>
              <w:t>NS</w:t>
            </w:r>
          </w:p>
        </w:tc>
      </w:tr>
      <w:tr>
        <w:tc>
          <w:tcPr>
            <w:tcW w:type="dxa" w:w="2880"/>
          </w:tcPr>
          <w:p>
            <w:r>
              <w:t>-0.7681</w:t>
            </w:r>
          </w:p>
        </w:tc>
        <w:tc>
          <w:tcPr>
            <w:tcW w:type="dxa" w:w="2880"/>
          </w:tcPr>
          <w:p>
            <w:r>
              <w:t>-0.1513</w:t>
            </w:r>
          </w:p>
        </w:tc>
        <w:tc>
          <w:tcPr>
            <w:tcW w:type="dxa" w:w="2880"/>
          </w:tcPr>
          <w:p>
            <w:r>
              <w:t>NS</w:t>
            </w:r>
          </w:p>
        </w:tc>
      </w:tr>
      <w:tr>
        <w:tc>
          <w:tcPr>
            <w:tcW w:type="dxa" w:w="2880"/>
          </w:tcPr>
          <w:p>
            <w:r>
              <w:t>0.4736</w:t>
            </w:r>
          </w:p>
        </w:tc>
        <w:tc>
          <w:tcPr>
            <w:tcW w:type="dxa" w:w="2880"/>
          </w:tcPr>
          <w:p>
            <w:r>
              <w:t>-0.3448</w:t>
            </w:r>
          </w:p>
        </w:tc>
        <w:tc>
          <w:tcPr>
            <w:tcW w:type="dxa" w:w="2880"/>
          </w:tcPr>
          <w:p>
            <w:r>
              <w:t>NS</w:t>
            </w:r>
          </w:p>
        </w:tc>
      </w:tr>
      <w:tr>
        <w:tc>
          <w:tcPr>
            <w:tcW w:type="dxa" w:w="2880"/>
          </w:tcPr>
          <w:p>
            <w:r>
              <w:t>-0.7498</w:t>
            </w:r>
          </w:p>
        </w:tc>
        <w:tc>
          <w:tcPr>
            <w:tcW w:type="dxa" w:w="2880"/>
          </w:tcPr>
          <w:p>
            <w:r>
              <w:t>-0.1231</w:t>
            </w:r>
          </w:p>
        </w:tc>
        <w:tc>
          <w:tcPr>
            <w:tcW w:type="dxa" w:w="2880"/>
          </w:tcPr>
          <w:p>
            <w:r>
              <w:t>NS</w:t>
            </w:r>
          </w:p>
        </w:tc>
      </w:tr>
      <w:tr>
        <w:tc>
          <w:tcPr>
            <w:tcW w:type="dxa" w:w="2880"/>
          </w:tcPr>
          <w:p>
            <w:r>
              <w:t>-0.3736</w:t>
            </w:r>
          </w:p>
        </w:tc>
        <w:tc>
          <w:tcPr>
            <w:tcW w:type="dxa" w:w="2880"/>
          </w:tcPr>
          <w:p>
            <w:r>
              <w:t>0.0531</w:t>
            </w:r>
          </w:p>
        </w:tc>
        <w:tc>
          <w:tcPr>
            <w:tcW w:type="dxa" w:w="2880"/>
          </w:tcPr>
          <w:p>
            <w:r>
              <w:t>NS</w:t>
            </w:r>
          </w:p>
        </w:tc>
      </w:tr>
      <w:tr>
        <w:tc>
          <w:tcPr>
            <w:tcW w:type="dxa" w:w="2880"/>
          </w:tcPr>
          <w:p>
            <w:r>
              <w:t>-1.423</w:t>
            </w:r>
          </w:p>
        </w:tc>
        <w:tc>
          <w:tcPr>
            <w:tcW w:type="dxa" w:w="2880"/>
          </w:tcPr>
          <w:p>
            <w:r>
              <w:t>-0.0779</w:t>
            </w:r>
          </w:p>
        </w:tc>
        <w:tc>
          <w:tcPr>
            <w:tcW w:type="dxa" w:w="2880"/>
          </w:tcPr>
          <w:p>
            <w:r>
              <w:t>NS</w:t>
            </w:r>
          </w:p>
        </w:tc>
      </w:tr>
      <w:tr>
        <w:tc>
          <w:tcPr>
            <w:tcW w:type="dxa" w:w="2880"/>
          </w:tcPr>
          <w:p>
            <w:r>
              <w:t>-1.389</w:t>
            </w:r>
          </w:p>
        </w:tc>
        <w:tc>
          <w:tcPr>
            <w:tcW w:type="dxa" w:w="2880"/>
          </w:tcPr>
          <w:p>
            <w:r>
              <w:t>-0.2628</w:t>
            </w:r>
          </w:p>
        </w:tc>
        <w:tc>
          <w:tcPr>
            <w:tcW w:type="dxa" w:w="2880"/>
          </w:tcPr>
          <w:p>
            <w:r>
              <w:t>NS</w:t>
            </w:r>
          </w:p>
        </w:tc>
      </w:tr>
      <w:tr>
        <w:tc>
          <w:tcPr>
            <w:tcW w:type="dxa" w:w="2880"/>
          </w:tcPr>
          <w:p>
            <w:r>
              <w:t>0.8162</w:t>
            </w:r>
          </w:p>
        </w:tc>
        <w:tc>
          <w:tcPr>
            <w:tcW w:type="dxa" w:w="2880"/>
          </w:tcPr>
          <w:p>
            <w:r>
              <w:t>-0.4023</w:t>
            </w:r>
          </w:p>
        </w:tc>
        <w:tc>
          <w:tcPr>
            <w:tcW w:type="dxa" w:w="2880"/>
          </w:tcPr>
          <w:p>
            <w:r>
              <w:t>NS</w:t>
            </w:r>
          </w:p>
        </w:tc>
      </w:tr>
    </w:tbl>
    <w:p/>
    <w:p>
      <w:pPr>
        <w:pStyle w:val="Heading2"/>
      </w:pPr>
      <w:r>
        <w:t>Figure 29. Find outliers: Candidate sites [72]</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value</w:t>
            </w:r>
          </w:p>
        </w:tc>
        <w:tc>
          <w:tcPr>
            <w:tcW w:type="dxa" w:w="2880"/>
          </w:tcPr>
          <w:p>
            <w:r>
              <w:t>lag</w:t>
            </w:r>
          </w:p>
        </w:tc>
        <w:tc>
          <w:tcPr>
            <w:tcW w:type="dxa" w:w="2880"/>
          </w:tcPr>
          <w:p>
            <w:r>
              <w:t>type</w:t>
            </w:r>
          </w:p>
        </w:tc>
      </w:tr>
      <w:tr>
        <w:tc>
          <w:tcPr>
            <w:tcW w:type="dxa" w:w="2880"/>
          </w:tcPr>
          <w:p>
            <w:r>
              <w:t>-0.3735</w:t>
            </w:r>
          </w:p>
        </w:tc>
        <w:tc>
          <w:tcPr>
            <w:tcW w:type="dxa" w:w="2880"/>
          </w:tcPr>
          <w:p>
            <w:r>
              <w:t>0.1182</w:t>
            </w:r>
          </w:p>
        </w:tc>
        <w:tc>
          <w:tcPr>
            <w:tcW w:type="dxa" w:w="2880"/>
          </w:tcPr>
          <w:p>
            <w:r>
              <w:t>NS</w:t>
            </w:r>
          </w:p>
        </w:tc>
      </w:tr>
      <w:tr>
        <w:tc>
          <w:tcPr>
            <w:tcW w:type="dxa" w:w="2880"/>
          </w:tcPr>
          <w:p>
            <w:r>
              <w:t>-1.269</w:t>
            </w:r>
          </w:p>
        </w:tc>
        <w:tc>
          <w:tcPr>
            <w:tcW w:type="dxa" w:w="2880"/>
          </w:tcPr>
          <w:p>
            <w:r>
              <w:t>0.0355</w:t>
            </w:r>
          </w:p>
        </w:tc>
        <w:tc>
          <w:tcPr>
            <w:tcW w:type="dxa" w:w="2880"/>
          </w:tcPr>
          <w:p>
            <w:r>
              <w:t>NS</w:t>
            </w:r>
          </w:p>
        </w:tc>
      </w:tr>
      <w:tr>
        <w:tc>
          <w:tcPr>
            <w:tcW w:type="dxa" w:w="2880"/>
          </w:tcPr>
          <w:p>
            <w:r>
              <w:t>-0.4788</w:t>
            </w:r>
          </w:p>
        </w:tc>
        <w:tc>
          <w:tcPr>
            <w:tcW w:type="dxa" w:w="2880"/>
          </w:tcPr>
          <w:p>
            <w:r>
              <w:t>-0.3687</w:t>
            </w:r>
          </w:p>
        </w:tc>
        <w:tc>
          <w:tcPr>
            <w:tcW w:type="dxa" w:w="2880"/>
          </w:tcPr>
          <w:p>
            <w:r>
              <w:t>NS</w:t>
            </w:r>
          </w:p>
        </w:tc>
      </w:tr>
      <w:tr>
        <w:tc>
          <w:tcPr>
            <w:tcW w:type="dxa" w:w="2880"/>
          </w:tcPr>
          <w:p>
            <w:r>
              <w:t>-1.357</w:t>
            </w:r>
          </w:p>
        </w:tc>
        <w:tc>
          <w:tcPr>
            <w:tcW w:type="dxa" w:w="2880"/>
          </w:tcPr>
          <w:p>
            <w:r>
              <w:t>0.1248</w:t>
            </w:r>
          </w:p>
        </w:tc>
        <w:tc>
          <w:tcPr>
            <w:tcW w:type="dxa" w:w="2880"/>
          </w:tcPr>
          <w:p>
            <w:r>
              <w:t>NS</w:t>
            </w:r>
          </w:p>
        </w:tc>
      </w:tr>
      <w:tr>
        <w:tc>
          <w:tcPr>
            <w:tcW w:type="dxa" w:w="2880"/>
          </w:tcPr>
          <w:p>
            <w:r>
              <w:t>-0.8652</w:t>
            </w:r>
          </w:p>
        </w:tc>
        <w:tc>
          <w:tcPr>
            <w:tcW w:type="dxa" w:w="2880"/>
          </w:tcPr>
          <w:p>
            <w:r>
              <w:t>0.3426</w:t>
            </w:r>
          </w:p>
        </w:tc>
        <w:tc>
          <w:tcPr>
            <w:tcW w:type="dxa" w:w="2880"/>
          </w:tcPr>
          <w:p>
            <w:r>
              <w:t>NS</w:t>
            </w:r>
          </w:p>
        </w:tc>
      </w:tr>
      <w:tr>
        <w:tc>
          <w:tcPr>
            <w:tcW w:type="dxa" w:w="2880"/>
          </w:tcPr>
          <w:p>
            <w:r>
              <w:t>0.3992</w:t>
            </w:r>
          </w:p>
        </w:tc>
        <w:tc>
          <w:tcPr>
            <w:tcW w:type="dxa" w:w="2880"/>
          </w:tcPr>
          <w:p>
            <w:r>
              <w:t>-0.8257</w:t>
            </w:r>
          </w:p>
        </w:tc>
        <w:tc>
          <w:tcPr>
            <w:tcW w:type="dxa" w:w="2880"/>
          </w:tcPr>
          <w:p>
            <w:r>
              <w:t>NS</w:t>
            </w:r>
          </w:p>
        </w:tc>
      </w:tr>
      <w:tr>
        <w:tc>
          <w:tcPr>
            <w:tcW w:type="dxa" w:w="2880"/>
          </w:tcPr>
          <w:p>
            <w:r>
              <w:t>0.4519</w:t>
            </w:r>
          </w:p>
        </w:tc>
        <w:tc>
          <w:tcPr>
            <w:tcW w:type="dxa" w:w="2880"/>
          </w:tcPr>
          <w:p>
            <w:r>
              <w:t>-0.6826</w:t>
            </w:r>
          </w:p>
        </w:tc>
        <w:tc>
          <w:tcPr>
            <w:tcW w:type="dxa" w:w="2880"/>
          </w:tcPr>
          <w:p>
            <w:r>
              <w:t>NS</w:t>
            </w:r>
          </w:p>
        </w:tc>
      </w:tr>
      <w:tr>
        <w:tc>
          <w:tcPr>
            <w:tcW w:type="dxa" w:w="2880"/>
          </w:tcPr>
          <w:p>
            <w:r>
              <w:t>1.629</w:t>
            </w:r>
          </w:p>
        </w:tc>
        <w:tc>
          <w:tcPr>
            <w:tcW w:type="dxa" w:w="2880"/>
          </w:tcPr>
          <w:p>
            <w:r>
              <w:t>0.1182</w:t>
            </w:r>
          </w:p>
        </w:tc>
        <w:tc>
          <w:tcPr>
            <w:tcW w:type="dxa" w:w="2880"/>
          </w:tcPr>
          <w:p>
            <w:r>
              <w:t>NS</w:t>
            </w:r>
          </w:p>
        </w:tc>
      </w:tr>
      <w:tr>
        <w:tc>
          <w:tcPr>
            <w:tcW w:type="dxa" w:w="2880"/>
          </w:tcPr>
          <w:p>
            <w:r>
              <w:t>-0.8652</w:t>
            </w:r>
          </w:p>
        </w:tc>
        <w:tc>
          <w:tcPr>
            <w:tcW w:type="dxa" w:w="2880"/>
          </w:tcPr>
          <w:p>
            <w:r>
              <w:t>0.4958</w:t>
            </w:r>
          </w:p>
        </w:tc>
        <w:tc>
          <w:tcPr>
            <w:tcW w:type="dxa" w:w="2880"/>
          </w:tcPr>
          <w:p>
            <w:r>
              <w:t>NS</w:t>
            </w:r>
          </w:p>
        </w:tc>
      </w:tr>
      <w:tr>
        <w:tc>
          <w:tcPr>
            <w:tcW w:type="dxa" w:w="2880"/>
          </w:tcPr>
          <w:p>
            <w:r>
              <w:t>0.3817</w:t>
            </w:r>
          </w:p>
        </w:tc>
        <w:tc>
          <w:tcPr>
            <w:tcW w:type="dxa" w:w="2880"/>
          </w:tcPr>
          <w:p>
            <w:r>
              <w:t>0.3846</w:t>
            </w:r>
          </w:p>
        </w:tc>
        <w:tc>
          <w:tcPr>
            <w:tcW w:type="dxa" w:w="2880"/>
          </w:tcPr>
          <w:p>
            <w:r>
              <w:t>NS</w:t>
            </w:r>
          </w:p>
        </w:tc>
      </w:tr>
      <w:tr>
        <w:tc>
          <w:tcPr>
            <w:tcW w:type="dxa" w:w="2880"/>
          </w:tcPr>
          <w:p>
            <w:r>
              <w:t>0.6275</w:t>
            </w:r>
          </w:p>
        </w:tc>
        <w:tc>
          <w:tcPr>
            <w:tcW w:type="dxa" w:w="2880"/>
          </w:tcPr>
          <w:p>
            <w:r>
              <w:t>0.5974</w:t>
            </w:r>
          </w:p>
        </w:tc>
        <w:tc>
          <w:tcPr>
            <w:tcW w:type="dxa" w:w="2880"/>
          </w:tcPr>
          <w:p>
            <w:r>
              <w:t>NS</w:t>
            </w:r>
          </w:p>
        </w:tc>
      </w:tr>
      <w:tr>
        <w:tc>
          <w:tcPr>
            <w:tcW w:type="dxa" w:w="2880"/>
          </w:tcPr>
          <w:p>
            <w:r>
              <w:t>1.26</w:t>
            </w:r>
          </w:p>
        </w:tc>
        <w:tc>
          <w:tcPr>
            <w:tcW w:type="dxa" w:w="2880"/>
          </w:tcPr>
          <w:p>
            <w:r>
              <w:t>-0.5901</w:t>
            </w:r>
          </w:p>
        </w:tc>
        <w:tc>
          <w:tcPr>
            <w:tcW w:type="dxa" w:w="2880"/>
          </w:tcPr>
          <w:p>
            <w:r>
              <w:t>NS</w:t>
            </w:r>
          </w:p>
        </w:tc>
      </w:tr>
      <w:tr>
        <w:tc>
          <w:tcPr>
            <w:tcW w:type="dxa" w:w="2880"/>
          </w:tcPr>
          <w:p>
            <w:r>
              <w:t>1.699</w:t>
            </w:r>
          </w:p>
        </w:tc>
        <w:tc>
          <w:tcPr>
            <w:tcW w:type="dxa" w:w="2880"/>
          </w:tcPr>
          <w:p>
            <w:r>
              <w:t>0.2974</w:t>
            </w:r>
          </w:p>
        </w:tc>
        <w:tc>
          <w:tcPr>
            <w:tcW w:type="dxa" w:w="2880"/>
          </w:tcPr>
          <w:p>
            <w:r>
              <w:t>NS</w:t>
            </w:r>
          </w:p>
        </w:tc>
      </w:tr>
      <w:tr>
        <w:tc>
          <w:tcPr>
            <w:tcW w:type="dxa" w:w="2880"/>
          </w:tcPr>
          <w:p>
            <w:r>
              <w:t>-1.129</w:t>
            </w:r>
          </w:p>
        </w:tc>
        <w:tc>
          <w:tcPr>
            <w:tcW w:type="dxa" w:w="2880"/>
          </w:tcPr>
          <w:p>
            <w:r>
              <w:t>0.192</w:t>
            </w:r>
          </w:p>
        </w:tc>
        <w:tc>
          <w:tcPr>
            <w:tcW w:type="dxa" w:w="2880"/>
          </w:tcPr>
          <w:p>
            <w:r>
              <w:t>NS</w:t>
            </w:r>
          </w:p>
        </w:tc>
      </w:tr>
      <w:tr>
        <w:tc>
          <w:tcPr>
            <w:tcW w:type="dxa" w:w="2880"/>
          </w:tcPr>
          <w:p>
            <w:r>
              <w:t>1.734</w:t>
            </w:r>
          </w:p>
        </w:tc>
        <w:tc>
          <w:tcPr>
            <w:tcW w:type="dxa" w:w="2880"/>
          </w:tcPr>
          <w:p>
            <w:r>
              <w:t>0.4314</w:t>
            </w:r>
          </w:p>
        </w:tc>
        <w:tc>
          <w:tcPr>
            <w:tcW w:type="dxa" w:w="2880"/>
          </w:tcPr>
          <w:p>
            <w:r>
              <w:t>NS</w:t>
            </w:r>
          </w:p>
        </w:tc>
      </w:tr>
      <w:tr>
        <w:tc>
          <w:tcPr>
            <w:tcW w:type="dxa" w:w="2880"/>
          </w:tcPr>
          <w:p>
            <w:r>
              <w:t>-0.8301</w:t>
            </w:r>
          </w:p>
        </w:tc>
        <w:tc>
          <w:tcPr>
            <w:tcW w:type="dxa" w:w="2880"/>
          </w:tcPr>
          <w:p>
            <w:r>
              <w:t>0.1744</w:t>
            </w:r>
          </w:p>
        </w:tc>
        <w:tc>
          <w:tcPr>
            <w:tcW w:type="dxa" w:w="2880"/>
          </w:tcPr>
          <w:p>
            <w:r>
              <w:t>NS</w:t>
            </w:r>
          </w:p>
        </w:tc>
      </w:tr>
      <w:tr>
        <w:tc>
          <w:tcPr>
            <w:tcW w:type="dxa" w:w="2880"/>
          </w:tcPr>
          <w:p>
            <w:r>
              <w:t>-0.1101</w:t>
            </w:r>
          </w:p>
        </w:tc>
        <w:tc>
          <w:tcPr>
            <w:tcW w:type="dxa" w:w="2880"/>
          </w:tcPr>
          <w:p>
            <w:r>
              <w:t>0.0941</w:t>
            </w:r>
          </w:p>
        </w:tc>
        <w:tc>
          <w:tcPr>
            <w:tcW w:type="dxa" w:w="2880"/>
          </w:tcPr>
          <w:p>
            <w:r>
              <w:t>NS</w:t>
            </w:r>
          </w:p>
        </w:tc>
      </w:tr>
      <w:tr>
        <w:tc>
          <w:tcPr>
            <w:tcW w:type="dxa" w:w="2880"/>
          </w:tcPr>
          <w:p>
            <w:r>
              <w:t>-0.6545</w:t>
            </w:r>
          </w:p>
        </w:tc>
        <w:tc>
          <w:tcPr>
            <w:tcW w:type="dxa" w:w="2880"/>
          </w:tcPr>
          <w:p>
            <w:r>
              <w:t>-0.0498</w:t>
            </w:r>
          </w:p>
        </w:tc>
        <w:tc>
          <w:tcPr>
            <w:tcW w:type="dxa" w:w="2880"/>
          </w:tcPr>
          <w:p>
            <w:r>
              <w:t>NS</w:t>
            </w:r>
          </w:p>
        </w:tc>
      </w:tr>
      <w:tr>
        <w:tc>
          <w:tcPr>
            <w:tcW w:type="dxa" w:w="2880"/>
          </w:tcPr>
          <w:p>
            <w:r>
              <w:t>0.0831</w:t>
            </w:r>
          </w:p>
        </w:tc>
        <w:tc>
          <w:tcPr>
            <w:tcW w:type="dxa" w:w="2880"/>
          </w:tcPr>
          <w:p>
            <w:r>
              <w:t>-0.5165</w:t>
            </w:r>
          </w:p>
        </w:tc>
        <w:tc>
          <w:tcPr>
            <w:tcW w:type="dxa" w:w="2880"/>
          </w:tcPr>
          <w:p>
            <w:r>
              <w:t>NS</w:t>
            </w:r>
          </w:p>
        </w:tc>
      </w:tr>
      <w:tr>
        <w:tc>
          <w:tcPr>
            <w:tcW w:type="dxa" w:w="2880"/>
          </w:tcPr>
          <w:p>
            <w:r>
              <w:t>-1.076</w:t>
            </w:r>
          </w:p>
        </w:tc>
        <w:tc>
          <w:tcPr>
            <w:tcW w:type="dxa" w:w="2880"/>
          </w:tcPr>
          <w:p>
            <w:r>
              <w:t>-0.2576</w:t>
            </w:r>
          </w:p>
        </w:tc>
        <w:tc>
          <w:tcPr>
            <w:tcW w:type="dxa" w:w="2880"/>
          </w:tcPr>
          <w:p>
            <w:r>
              <w:t>NS</w:t>
            </w:r>
          </w:p>
        </w:tc>
      </w:tr>
      <w:tr>
        <w:tc>
          <w:tcPr>
            <w:tcW w:type="dxa" w:w="2880"/>
          </w:tcPr>
          <w:p>
            <w:r>
              <w:t>1.593</w:t>
            </w:r>
          </w:p>
        </w:tc>
        <w:tc>
          <w:tcPr>
            <w:tcW w:type="dxa" w:w="2880"/>
          </w:tcPr>
          <w:p>
            <w:r>
              <w:t>-0.064</w:t>
            </w:r>
          </w:p>
        </w:tc>
        <w:tc>
          <w:tcPr>
            <w:tcW w:type="dxa" w:w="2880"/>
          </w:tcPr>
          <w:p>
            <w:r>
              <w:t>NS</w:t>
            </w:r>
          </w:p>
        </w:tc>
      </w:tr>
      <w:tr>
        <w:tc>
          <w:tcPr>
            <w:tcW w:type="dxa" w:w="2880"/>
          </w:tcPr>
          <w:p>
            <w:r>
              <w:t>-0.5842</w:t>
            </w:r>
          </w:p>
        </w:tc>
        <w:tc>
          <w:tcPr>
            <w:tcW w:type="dxa" w:w="2880"/>
          </w:tcPr>
          <w:p>
            <w:r>
              <w:t>0.0363</w:t>
            </w:r>
          </w:p>
        </w:tc>
        <w:tc>
          <w:tcPr>
            <w:tcW w:type="dxa" w:w="2880"/>
          </w:tcPr>
          <w:p>
            <w:r>
              <w:t>NS</w:t>
            </w:r>
          </w:p>
        </w:tc>
      </w:tr>
      <w:tr>
        <w:tc>
          <w:tcPr>
            <w:tcW w:type="dxa" w:w="2880"/>
          </w:tcPr>
          <w:p>
            <w:r>
              <w:t>-1.252</w:t>
            </w:r>
          </w:p>
        </w:tc>
        <w:tc>
          <w:tcPr>
            <w:tcW w:type="dxa" w:w="2880"/>
          </w:tcPr>
          <w:p>
            <w:r>
              <w:t>-0.0242</w:t>
            </w:r>
          </w:p>
        </w:tc>
        <w:tc>
          <w:tcPr>
            <w:tcW w:type="dxa" w:w="2880"/>
          </w:tcPr>
          <w:p>
            <w:r>
              <w:t>NS</w:t>
            </w:r>
          </w:p>
        </w:tc>
      </w:tr>
      <w:tr>
        <w:tc>
          <w:tcPr>
            <w:tcW w:type="dxa" w:w="2880"/>
          </w:tcPr>
          <w:p>
            <w:r>
              <w:t>1.646</w:t>
            </w:r>
          </w:p>
        </w:tc>
        <w:tc>
          <w:tcPr>
            <w:tcW w:type="dxa" w:w="2880"/>
          </w:tcPr>
          <w:p>
            <w:r>
              <w:t>-0.1803</w:t>
            </w:r>
          </w:p>
        </w:tc>
        <w:tc>
          <w:tcPr>
            <w:tcW w:type="dxa" w:w="2880"/>
          </w:tcPr>
          <w:p>
            <w:r>
              <w:t>NS</w:t>
            </w:r>
          </w:p>
        </w:tc>
      </w:tr>
      <w:tr>
        <w:tc>
          <w:tcPr>
            <w:tcW w:type="dxa" w:w="2880"/>
          </w:tcPr>
          <w:p>
            <w:r>
              <w:t>-0.7423</w:t>
            </w:r>
          </w:p>
        </w:tc>
        <w:tc>
          <w:tcPr>
            <w:tcW w:type="dxa" w:w="2880"/>
          </w:tcPr>
          <w:p>
            <w:r>
              <w:t>-0.2084</w:t>
            </w:r>
          </w:p>
        </w:tc>
        <w:tc>
          <w:tcPr>
            <w:tcW w:type="dxa" w:w="2880"/>
          </w:tcPr>
          <w:p>
            <w:r>
              <w:t>NS</w:t>
            </w:r>
          </w:p>
        </w:tc>
      </w:tr>
      <w:tr>
        <w:tc>
          <w:tcPr>
            <w:tcW w:type="dxa" w:w="2880"/>
          </w:tcPr>
          <w:p>
            <w:r>
              <w:t>0.5397</w:t>
            </w:r>
          </w:p>
        </w:tc>
        <w:tc>
          <w:tcPr>
            <w:tcW w:type="dxa" w:w="2880"/>
          </w:tcPr>
          <w:p>
            <w:r>
              <w:t>-0.0135</w:t>
            </w:r>
          </w:p>
        </w:tc>
        <w:tc>
          <w:tcPr>
            <w:tcW w:type="dxa" w:w="2880"/>
          </w:tcPr>
          <w:p>
            <w:r>
              <w:t>NS</w:t>
            </w:r>
          </w:p>
        </w:tc>
      </w:tr>
      <w:tr>
        <w:tc>
          <w:tcPr>
            <w:tcW w:type="dxa" w:w="2880"/>
          </w:tcPr>
          <w:p>
            <w:r>
              <w:t>1.067</w:t>
            </w:r>
          </w:p>
        </w:tc>
        <w:tc>
          <w:tcPr>
            <w:tcW w:type="dxa" w:w="2880"/>
          </w:tcPr>
          <w:p>
            <w:r>
              <w:t>0.7988</w:t>
            </w:r>
          </w:p>
        </w:tc>
        <w:tc>
          <w:tcPr>
            <w:tcW w:type="dxa" w:w="2880"/>
          </w:tcPr>
          <w:p>
            <w:r>
              <w:t>NS</w:t>
            </w:r>
          </w:p>
        </w:tc>
      </w:tr>
      <w:tr>
        <w:tc>
          <w:tcPr>
            <w:tcW w:type="dxa" w:w="2880"/>
          </w:tcPr>
          <w:p>
            <w:r>
              <w:t>-0.8125</w:t>
            </w:r>
          </w:p>
        </w:tc>
        <w:tc>
          <w:tcPr>
            <w:tcW w:type="dxa" w:w="2880"/>
          </w:tcPr>
          <w:p>
            <w:r>
              <w:t>-0.8301</w:t>
            </w:r>
          </w:p>
        </w:tc>
        <w:tc>
          <w:tcPr>
            <w:tcW w:type="dxa" w:w="2880"/>
          </w:tcPr>
          <w:p>
            <w:r>
              <w:t>NS</w:t>
            </w:r>
          </w:p>
        </w:tc>
      </w:tr>
      <w:tr>
        <w:tc>
          <w:tcPr>
            <w:tcW w:type="dxa" w:w="2880"/>
          </w:tcPr>
          <w:p>
            <w:r>
              <w:t>-0.233</w:t>
            </w:r>
          </w:p>
        </w:tc>
        <w:tc>
          <w:tcPr>
            <w:tcW w:type="dxa" w:w="2880"/>
          </w:tcPr>
          <w:p>
            <w:r>
              <w:t>-0.1335</w:t>
            </w:r>
          </w:p>
        </w:tc>
        <w:tc>
          <w:tcPr>
            <w:tcW w:type="dxa" w:w="2880"/>
          </w:tcPr>
          <w:p>
            <w:r>
              <w:t>NS</w:t>
            </w:r>
          </w:p>
        </w:tc>
      </w:tr>
      <w:tr>
        <w:tc>
          <w:tcPr>
            <w:tcW w:type="dxa" w:w="2880"/>
          </w:tcPr>
          <w:p>
            <w:r>
              <w:t>-0.4788</w:t>
            </w:r>
          </w:p>
        </w:tc>
        <w:tc>
          <w:tcPr>
            <w:tcW w:type="dxa" w:w="2880"/>
          </w:tcPr>
          <w:p>
            <w:r>
              <w:t>0.0704</w:t>
            </w:r>
          </w:p>
        </w:tc>
        <w:tc>
          <w:tcPr>
            <w:tcW w:type="dxa" w:w="2880"/>
          </w:tcPr>
          <w:p>
            <w:r>
              <w:t>NS</w:t>
            </w:r>
          </w:p>
        </w:tc>
      </w:tr>
    </w:tbl>
    <w:p/>
    <w:p>
      <w:pPr>
        <w:pStyle w:val="Heading2"/>
      </w:pPr>
      <w:r>
        <w:t>Figure 30. Find outliers: Dust storms over time [73]</w:t>
      </w:r>
    </w:p>
    <w:tbl>
      <w:tblPr>
        <w:tblStyle w:val="LightGrid-Accent1"/>
        <w:tblW w:type="auto" w:w="0"/>
        <w:tblLook w:firstColumn="1" w:firstRow="1" w:lastColumn="0" w:lastRow="0" w:noHBand="0" w:noVBand="1" w:val="04A0"/>
      </w:tblPr>
      <w:tblGrid>
        <w:gridCol w:w="4320"/>
        <w:gridCol w:w="4320"/>
      </w:tblGrid>
      <w:tr>
        <w:tc>
          <w:tcPr>
            <w:tcW w:type="dxa" w:w="4320"/>
          </w:tcPr>
          <w:p>
            <w:r>
              <w:t>period</w:t>
            </w:r>
          </w:p>
        </w:tc>
        <w:tc>
          <w:tcPr>
            <w:tcW w:type="dxa" w:w="4320"/>
          </w:tcPr>
          <w:p>
            <w:r>
              <w:t>value</w:t>
            </w:r>
          </w:p>
        </w:tc>
      </w:tr>
      <w:tr>
        <w:tc>
          <w:tcPr>
            <w:tcW w:type="dxa" w:w="4320"/>
          </w:tcPr>
          <w:p>
            <w:r>
              <w:t>2024-02-01</w:t>
            </w:r>
          </w:p>
        </w:tc>
        <w:tc>
          <w:tcPr>
            <w:tcW w:type="dxa" w:w="4320"/>
          </w:tcPr>
          <w:p>
            <w:r>
              <w:t>1</w:t>
            </w:r>
          </w:p>
        </w:tc>
      </w:tr>
      <w:tr>
        <w:tc>
          <w:tcPr>
            <w:tcW w:type="dxa" w:w="4320"/>
          </w:tcPr>
          <w:p>
            <w:r>
              <w:t>2024-03-01</w:t>
            </w:r>
          </w:p>
        </w:tc>
        <w:tc>
          <w:tcPr>
            <w:tcW w:type="dxa" w:w="4320"/>
          </w:tcPr>
          <w:p>
            <w:r>
              <w:t>1</w:t>
            </w:r>
          </w:p>
        </w:tc>
      </w:tr>
      <w:tr>
        <w:tc>
          <w:tcPr>
            <w:tcW w:type="dxa" w:w="4320"/>
          </w:tcPr>
          <w:p>
            <w:r>
              <w:t>2024-04-01</w:t>
            </w:r>
          </w:p>
        </w:tc>
        <w:tc>
          <w:tcPr>
            <w:tcW w:type="dxa" w:w="4320"/>
          </w:tcPr>
          <w:p>
            <w:r>
              <w:t>0</w:t>
            </w:r>
          </w:p>
        </w:tc>
      </w:tr>
      <w:tr>
        <w:tc>
          <w:tcPr>
            <w:tcW w:type="dxa" w:w="4320"/>
          </w:tcPr>
          <w:p>
            <w:r>
              <w:t>2024-05-01</w:t>
            </w:r>
          </w:p>
        </w:tc>
        <w:tc>
          <w:tcPr>
            <w:tcW w:type="dxa" w:w="4320"/>
          </w:tcPr>
          <w:p>
            <w:r>
              <w:t>1</w:t>
            </w:r>
          </w:p>
        </w:tc>
      </w:tr>
      <w:tr>
        <w:tc>
          <w:tcPr>
            <w:tcW w:type="dxa" w:w="4320"/>
          </w:tcPr>
          <w:p>
            <w:r>
              <w:t>2024-06-01</w:t>
            </w:r>
          </w:p>
        </w:tc>
        <w:tc>
          <w:tcPr>
            <w:tcW w:type="dxa" w:w="4320"/>
          </w:tcPr>
          <w:p>
            <w:r>
              <w:t>1</w:t>
            </w:r>
          </w:p>
        </w:tc>
      </w:tr>
      <w:tr>
        <w:tc>
          <w:tcPr>
            <w:tcW w:type="dxa" w:w="4320"/>
          </w:tcPr>
          <w:p>
            <w:r>
              <w:t>2024-07-01</w:t>
            </w:r>
          </w:p>
        </w:tc>
        <w:tc>
          <w:tcPr>
            <w:tcW w:type="dxa" w:w="4320"/>
          </w:tcPr>
          <w:p>
            <w:r>
              <w:t>0</w:t>
            </w:r>
          </w:p>
        </w:tc>
      </w:tr>
      <w:tr>
        <w:tc>
          <w:tcPr>
            <w:tcW w:type="dxa" w:w="4320"/>
          </w:tcPr>
          <w:p>
            <w:r>
              <w:t>2024-08-01</w:t>
            </w:r>
          </w:p>
        </w:tc>
        <w:tc>
          <w:tcPr>
            <w:tcW w:type="dxa" w:w="4320"/>
          </w:tcPr>
          <w:p>
            <w:r>
              <w:t>1</w:t>
            </w:r>
          </w:p>
        </w:tc>
      </w:tr>
      <w:tr>
        <w:tc>
          <w:tcPr>
            <w:tcW w:type="dxa" w:w="4320"/>
          </w:tcPr>
          <w:p>
            <w:r>
              <w:t>2024-09-01</w:t>
            </w:r>
          </w:p>
        </w:tc>
        <w:tc>
          <w:tcPr>
            <w:tcW w:type="dxa" w:w="4320"/>
          </w:tcPr>
          <w:p>
            <w:r>
              <w:t>0</w:t>
            </w:r>
          </w:p>
        </w:tc>
      </w:tr>
      <w:tr>
        <w:tc>
          <w:tcPr>
            <w:tcW w:type="dxa" w:w="4320"/>
          </w:tcPr>
          <w:p>
            <w:r>
              <w:t>2024-10-01</w:t>
            </w:r>
          </w:p>
        </w:tc>
        <w:tc>
          <w:tcPr>
            <w:tcW w:type="dxa" w:w="4320"/>
          </w:tcPr>
          <w:p>
            <w:r>
              <w:t>1</w:t>
            </w:r>
          </w:p>
        </w:tc>
      </w:tr>
      <w:tr>
        <w:tc>
          <w:tcPr>
            <w:tcW w:type="dxa" w:w="4320"/>
          </w:tcPr>
          <w:p>
            <w:r>
              <w:t>2024-11-01</w:t>
            </w:r>
          </w:p>
        </w:tc>
        <w:tc>
          <w:tcPr>
            <w:tcW w:type="dxa" w:w="4320"/>
          </w:tcPr>
          <w:p>
            <w:r>
              <w:t>0</w:t>
            </w:r>
          </w:p>
        </w:tc>
      </w:tr>
      <w:tr>
        <w:tc>
          <w:tcPr>
            <w:tcW w:type="dxa" w:w="4320"/>
          </w:tcPr>
          <w:p>
            <w:r>
              <w:t>2024-12-01</w:t>
            </w:r>
          </w:p>
        </w:tc>
        <w:tc>
          <w:tcPr>
            <w:tcW w:type="dxa" w:w="4320"/>
          </w:tcPr>
          <w:p>
            <w:r>
              <w:t>0</w:t>
            </w:r>
          </w:p>
        </w:tc>
      </w:tr>
      <w:tr>
        <w:tc>
          <w:tcPr>
            <w:tcW w:type="dxa" w:w="4320"/>
          </w:tcPr>
          <w:p>
            <w:r>
              <w:t>2025-01-01</w:t>
            </w:r>
          </w:p>
        </w:tc>
        <w:tc>
          <w:tcPr>
            <w:tcW w:type="dxa" w:w="4320"/>
          </w:tcPr>
          <w:p>
            <w:r>
              <w:t>0</w:t>
            </w:r>
          </w:p>
        </w:tc>
      </w:tr>
      <w:tr>
        <w:tc>
          <w:tcPr>
            <w:tcW w:type="dxa" w:w="4320"/>
          </w:tcPr>
          <w:p>
            <w:r>
              <w:t>2025-02-01</w:t>
            </w:r>
          </w:p>
        </w:tc>
        <w:tc>
          <w:tcPr>
            <w:tcW w:type="dxa" w:w="4320"/>
          </w:tcPr>
          <w:p>
            <w:r>
              <w:t>2</w:t>
            </w:r>
          </w:p>
        </w:tc>
      </w:tr>
      <w:tr>
        <w:tc>
          <w:tcPr>
            <w:tcW w:type="dxa" w:w="4320"/>
          </w:tcPr>
          <w:p>
            <w:r>
              <w:t>2025-03-01</w:t>
            </w:r>
          </w:p>
        </w:tc>
        <w:tc>
          <w:tcPr>
            <w:tcW w:type="dxa" w:w="4320"/>
          </w:tcPr>
          <w:p>
            <w:r>
              <w:t>0</w:t>
            </w:r>
          </w:p>
        </w:tc>
      </w:tr>
      <w:tr>
        <w:tc>
          <w:tcPr>
            <w:tcW w:type="dxa" w:w="4320"/>
          </w:tcPr>
          <w:p>
            <w:r>
              <w:t>2025-04-01</w:t>
            </w:r>
          </w:p>
        </w:tc>
        <w:tc>
          <w:tcPr>
            <w:tcW w:type="dxa" w:w="4320"/>
          </w:tcPr>
          <w:p>
            <w:r>
              <w:t>0</w:t>
            </w:r>
          </w:p>
        </w:tc>
      </w:tr>
      <w:tr>
        <w:tc>
          <w:tcPr>
            <w:tcW w:type="dxa" w:w="4320"/>
          </w:tcPr>
          <w:p>
            <w:r>
              <w:t>2025-05-01</w:t>
            </w:r>
          </w:p>
        </w:tc>
        <w:tc>
          <w:tcPr>
            <w:tcW w:type="dxa" w:w="4320"/>
          </w:tcPr>
          <w:p>
            <w:r>
              <w:t>3</w:t>
            </w:r>
          </w:p>
        </w:tc>
      </w:tr>
      <w:tr>
        <w:tc>
          <w:tcPr>
            <w:tcW w:type="dxa" w:w="4320"/>
          </w:tcPr>
          <w:p>
            <w:r>
              <w:t>2025-06-01</w:t>
            </w:r>
          </w:p>
        </w:tc>
        <w:tc>
          <w:tcPr>
            <w:tcW w:type="dxa" w:w="4320"/>
          </w:tcPr>
          <w:p>
            <w:r>
              <w:t>3</w:t>
            </w:r>
          </w:p>
        </w:tc>
      </w:tr>
    </w:tbl>
    <w:p/>
    <w:p>
      <w:pPr>
        <w:pStyle w:val="Heading2"/>
      </w:pPr>
      <w:r>
        <w:t>Figure 31. Find point clusters: Bird surveys over time [74]</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2025-03-01</w:t>
            </w:r>
          </w:p>
        </w:tc>
        <w:tc>
          <w:tcPr>
            <w:tcW w:type="dxa" w:w="2880"/>
          </w:tcPr>
          <w:p>
            <w:r>
              <w:t>2</w:t>
            </w:r>
          </w:p>
        </w:tc>
        <w:tc>
          <w:tcPr>
            <w:tcW w:type="dxa" w:w="2880"/>
          </w:tcPr>
          <w:p>
            <w:r>
              <w:t>20</w:t>
            </w:r>
          </w:p>
        </w:tc>
      </w:tr>
      <w:tr>
        <w:tc>
          <w:tcPr>
            <w:tcW w:type="dxa" w:w="2880"/>
          </w:tcPr>
          <w:p>
            <w:r>
              <w:t>2025-03-01</w:t>
            </w:r>
          </w:p>
        </w:tc>
        <w:tc>
          <w:tcPr>
            <w:tcW w:type="dxa" w:w="2880"/>
          </w:tcPr>
          <w:p>
            <w:r>
              <w:t>1</w:t>
            </w:r>
          </w:p>
        </w:tc>
        <w:tc>
          <w:tcPr>
            <w:tcW w:type="dxa" w:w="2880"/>
          </w:tcPr>
          <w:p>
            <w:r>
              <w:t>23</w:t>
            </w:r>
          </w:p>
        </w:tc>
      </w:tr>
      <w:tr>
        <w:tc>
          <w:tcPr>
            <w:tcW w:type="dxa" w:w="2880"/>
          </w:tcPr>
          <w:p>
            <w:r>
              <w:t>2025-03-01</w:t>
            </w:r>
          </w:p>
        </w:tc>
        <w:tc>
          <w:tcPr>
            <w:tcW w:type="dxa" w:w="2880"/>
          </w:tcPr>
          <w:p>
            <w:r>
              <w:t>3</w:t>
            </w:r>
          </w:p>
        </w:tc>
        <w:tc>
          <w:tcPr>
            <w:tcW w:type="dxa" w:w="2880"/>
          </w:tcPr>
          <w:p>
            <w:r>
              <w:t>17</w:t>
            </w:r>
          </w:p>
        </w:tc>
      </w:tr>
      <w:tr>
        <w:tc>
          <w:tcPr>
            <w:tcW w:type="dxa" w:w="2880"/>
          </w:tcPr>
          <w:p>
            <w:r>
              <w:t>2025-03-01</w:t>
            </w:r>
          </w:p>
        </w:tc>
        <w:tc>
          <w:tcPr>
            <w:tcW w:type="dxa" w:w="2880"/>
          </w:tcPr>
          <w:p>
            <w:r>
              <w:t>4</w:t>
            </w:r>
          </w:p>
        </w:tc>
        <w:tc>
          <w:tcPr>
            <w:tcW w:type="dxa" w:w="2880"/>
          </w:tcPr>
          <w:p>
            <w:r>
              <w:t>19</w:t>
            </w:r>
          </w:p>
        </w:tc>
      </w:tr>
      <w:tr>
        <w:tc>
          <w:tcPr>
            <w:tcW w:type="dxa" w:w="2880"/>
          </w:tcPr>
          <w:p>
            <w:r>
              <w:t>2025-03-01</w:t>
            </w:r>
          </w:p>
        </w:tc>
        <w:tc>
          <w:tcPr>
            <w:tcW w:type="dxa" w:w="2880"/>
          </w:tcPr>
          <w:p>
            <w:r>
              <w:t>5</w:t>
            </w:r>
          </w:p>
        </w:tc>
        <w:tc>
          <w:tcPr>
            <w:tcW w:type="dxa" w:w="2880"/>
          </w:tcPr>
          <w:p>
            <w:r>
              <w:t>15</w:t>
            </w:r>
          </w:p>
        </w:tc>
      </w:tr>
      <w:tr>
        <w:tc>
          <w:tcPr>
            <w:tcW w:type="dxa" w:w="2880"/>
          </w:tcPr>
          <w:p>
            <w:r>
              <w:t>2025-03-01</w:t>
            </w:r>
          </w:p>
        </w:tc>
        <w:tc>
          <w:tcPr>
            <w:tcW w:type="dxa" w:w="2880"/>
          </w:tcPr>
          <w:p>
            <w:r>
              <w:t>Other</w:t>
            </w:r>
          </w:p>
        </w:tc>
        <w:tc>
          <w:tcPr>
            <w:tcW w:type="dxa" w:w="2880"/>
          </w:tcPr>
          <w:p>
            <w:r>
              <w:t>9</w:t>
            </w:r>
          </w:p>
        </w:tc>
      </w:tr>
      <w:tr>
        <w:tc>
          <w:tcPr>
            <w:tcW w:type="dxa" w:w="2880"/>
          </w:tcPr>
          <w:p>
            <w:r>
              <w:t>2025-04-01</w:t>
            </w:r>
          </w:p>
        </w:tc>
        <w:tc>
          <w:tcPr>
            <w:tcW w:type="dxa" w:w="2880"/>
          </w:tcPr>
          <w:p>
            <w:r>
              <w:t>2</w:t>
            </w:r>
          </w:p>
        </w:tc>
        <w:tc>
          <w:tcPr>
            <w:tcW w:type="dxa" w:w="2880"/>
          </w:tcPr>
          <w:p>
            <w:r>
              <w:t>24</w:t>
            </w:r>
          </w:p>
        </w:tc>
      </w:tr>
      <w:tr>
        <w:tc>
          <w:tcPr>
            <w:tcW w:type="dxa" w:w="2880"/>
          </w:tcPr>
          <w:p>
            <w:r>
              <w:t>2025-04-01</w:t>
            </w:r>
          </w:p>
        </w:tc>
        <w:tc>
          <w:tcPr>
            <w:tcW w:type="dxa" w:w="2880"/>
          </w:tcPr>
          <w:p>
            <w:r>
              <w:t>1</w:t>
            </w:r>
          </w:p>
        </w:tc>
        <w:tc>
          <w:tcPr>
            <w:tcW w:type="dxa" w:w="2880"/>
          </w:tcPr>
          <w:p>
            <w:r>
              <w:t>25</w:t>
            </w:r>
          </w:p>
        </w:tc>
      </w:tr>
      <w:tr>
        <w:tc>
          <w:tcPr>
            <w:tcW w:type="dxa" w:w="2880"/>
          </w:tcPr>
          <w:p>
            <w:r>
              <w:t>2025-04-01</w:t>
            </w:r>
          </w:p>
        </w:tc>
        <w:tc>
          <w:tcPr>
            <w:tcW w:type="dxa" w:w="2880"/>
          </w:tcPr>
          <w:p>
            <w:r>
              <w:t>3</w:t>
            </w:r>
          </w:p>
        </w:tc>
        <w:tc>
          <w:tcPr>
            <w:tcW w:type="dxa" w:w="2880"/>
          </w:tcPr>
          <w:p>
            <w:r>
              <w:t>13</w:t>
            </w:r>
          </w:p>
        </w:tc>
      </w:tr>
      <w:tr>
        <w:tc>
          <w:tcPr>
            <w:tcW w:type="dxa" w:w="2880"/>
          </w:tcPr>
          <w:p>
            <w:r>
              <w:t>2025-04-01</w:t>
            </w:r>
          </w:p>
        </w:tc>
        <w:tc>
          <w:tcPr>
            <w:tcW w:type="dxa" w:w="2880"/>
          </w:tcPr>
          <w:p>
            <w:r>
              <w:t>4</w:t>
            </w:r>
          </w:p>
        </w:tc>
        <w:tc>
          <w:tcPr>
            <w:tcW w:type="dxa" w:w="2880"/>
          </w:tcPr>
          <w:p>
            <w:r>
              <w:t>9</w:t>
            </w:r>
          </w:p>
        </w:tc>
      </w:tr>
      <w:tr>
        <w:tc>
          <w:tcPr>
            <w:tcW w:type="dxa" w:w="2880"/>
          </w:tcPr>
          <w:p>
            <w:r>
              <w:t>2025-04-01</w:t>
            </w:r>
          </w:p>
        </w:tc>
        <w:tc>
          <w:tcPr>
            <w:tcW w:type="dxa" w:w="2880"/>
          </w:tcPr>
          <w:p>
            <w:r>
              <w:t>5</w:t>
            </w:r>
          </w:p>
        </w:tc>
        <w:tc>
          <w:tcPr>
            <w:tcW w:type="dxa" w:w="2880"/>
          </w:tcPr>
          <w:p>
            <w:r>
              <w:t>10</w:t>
            </w:r>
          </w:p>
        </w:tc>
      </w:tr>
      <w:tr>
        <w:tc>
          <w:tcPr>
            <w:tcW w:type="dxa" w:w="2880"/>
          </w:tcPr>
          <w:p>
            <w:r>
              <w:t>2025-04-01</w:t>
            </w:r>
          </w:p>
        </w:tc>
        <w:tc>
          <w:tcPr>
            <w:tcW w:type="dxa" w:w="2880"/>
          </w:tcPr>
          <w:p>
            <w:r>
              <w:t>Other</w:t>
            </w:r>
          </w:p>
        </w:tc>
        <w:tc>
          <w:tcPr>
            <w:tcW w:type="dxa" w:w="2880"/>
          </w:tcPr>
          <w:p>
            <w:r>
              <w:t>4</w:t>
            </w:r>
          </w:p>
        </w:tc>
      </w:tr>
      <w:tr>
        <w:tc>
          <w:tcPr>
            <w:tcW w:type="dxa" w:w="2880"/>
          </w:tcPr>
          <w:p>
            <w:r>
              <w:t>2025-05-01</w:t>
            </w:r>
          </w:p>
        </w:tc>
        <w:tc>
          <w:tcPr>
            <w:tcW w:type="dxa" w:w="2880"/>
          </w:tcPr>
          <w:p>
            <w:r>
              <w:t>2</w:t>
            </w:r>
          </w:p>
        </w:tc>
        <w:tc>
          <w:tcPr>
            <w:tcW w:type="dxa" w:w="2880"/>
          </w:tcPr>
          <w:p>
            <w:r>
              <w:t>7</w:t>
            </w:r>
          </w:p>
        </w:tc>
      </w:tr>
      <w:tr>
        <w:tc>
          <w:tcPr>
            <w:tcW w:type="dxa" w:w="2880"/>
          </w:tcPr>
          <w:p>
            <w:r>
              <w:t>2025-05-01</w:t>
            </w:r>
          </w:p>
        </w:tc>
        <w:tc>
          <w:tcPr>
            <w:tcW w:type="dxa" w:w="2880"/>
          </w:tcPr>
          <w:p>
            <w:r>
              <w:t>1</w:t>
            </w:r>
          </w:p>
        </w:tc>
        <w:tc>
          <w:tcPr>
            <w:tcW w:type="dxa" w:w="2880"/>
          </w:tcPr>
          <w:p>
            <w:r>
              <w:t>4</w:t>
            </w:r>
          </w:p>
        </w:tc>
      </w:tr>
      <w:tr>
        <w:tc>
          <w:tcPr>
            <w:tcW w:type="dxa" w:w="2880"/>
          </w:tcPr>
          <w:p>
            <w:r>
              <w:t>2025-05-01</w:t>
            </w:r>
          </w:p>
        </w:tc>
        <w:tc>
          <w:tcPr>
            <w:tcW w:type="dxa" w:w="2880"/>
          </w:tcPr>
          <w:p>
            <w:r>
              <w:t>3</w:t>
            </w:r>
          </w:p>
        </w:tc>
        <w:tc>
          <w:tcPr>
            <w:tcW w:type="dxa" w:w="2880"/>
          </w:tcPr>
          <w:p>
            <w:r>
              <w:t>7</w:t>
            </w:r>
          </w:p>
        </w:tc>
      </w:tr>
      <w:tr>
        <w:tc>
          <w:tcPr>
            <w:tcW w:type="dxa" w:w="2880"/>
          </w:tcPr>
          <w:p>
            <w:r>
              <w:t>2025-05-01</w:t>
            </w:r>
          </w:p>
        </w:tc>
        <w:tc>
          <w:tcPr>
            <w:tcW w:type="dxa" w:w="2880"/>
          </w:tcPr>
          <w:p>
            <w:r>
              <w:t>4</w:t>
            </w:r>
          </w:p>
        </w:tc>
        <w:tc>
          <w:tcPr>
            <w:tcW w:type="dxa" w:w="2880"/>
          </w:tcPr>
          <w:p>
            <w:r>
              <w:t>2</w:t>
            </w:r>
          </w:p>
        </w:tc>
      </w:tr>
      <w:tr>
        <w:tc>
          <w:tcPr>
            <w:tcW w:type="dxa" w:w="2880"/>
          </w:tcPr>
          <w:p>
            <w:r>
              <w:t>2025-05-01</w:t>
            </w:r>
          </w:p>
        </w:tc>
        <w:tc>
          <w:tcPr>
            <w:tcW w:type="dxa" w:w="2880"/>
          </w:tcPr>
          <w:p>
            <w:r>
              <w:t>5</w:t>
            </w:r>
          </w:p>
        </w:tc>
        <w:tc>
          <w:tcPr>
            <w:tcW w:type="dxa" w:w="2880"/>
          </w:tcPr>
          <w:p>
            <w:r>
              <w:t>1</w:t>
            </w:r>
          </w:p>
        </w:tc>
      </w:tr>
      <w:tr>
        <w:tc>
          <w:tcPr>
            <w:tcW w:type="dxa" w:w="2880"/>
          </w:tcPr>
          <w:p>
            <w:r>
              <w:t>2025-05-01</w:t>
            </w:r>
          </w:p>
        </w:tc>
        <w:tc>
          <w:tcPr>
            <w:tcW w:type="dxa" w:w="2880"/>
          </w:tcPr>
          <w:p>
            <w:r>
              <w:t>Other</w:t>
            </w:r>
          </w:p>
        </w:tc>
        <w:tc>
          <w:tcPr>
            <w:tcW w:type="dxa" w:w="2880"/>
          </w:tcPr>
          <w:p>
            <w:r>
              <w:t>2</w:t>
            </w:r>
          </w:p>
        </w:tc>
      </w:tr>
      <w:tr>
        <w:tc>
          <w:tcPr>
            <w:tcW w:type="dxa" w:w="2880"/>
          </w:tcPr>
          <w:p>
            <w:r>
              <w:t>2025-06-01</w:t>
            </w:r>
          </w:p>
        </w:tc>
        <w:tc>
          <w:tcPr>
            <w:tcW w:type="dxa" w:w="2880"/>
          </w:tcPr>
          <w:p>
            <w:r>
              <w:t>2</w:t>
            </w:r>
          </w:p>
        </w:tc>
        <w:tc>
          <w:tcPr>
            <w:tcW w:type="dxa" w:w="2880"/>
          </w:tcPr>
          <w:p>
            <w:r>
              <w:t>8</w:t>
            </w:r>
          </w:p>
        </w:tc>
      </w:tr>
      <w:tr>
        <w:tc>
          <w:tcPr>
            <w:tcW w:type="dxa" w:w="2880"/>
          </w:tcPr>
          <w:p>
            <w:r>
              <w:t>2025-06-01</w:t>
            </w:r>
          </w:p>
        </w:tc>
        <w:tc>
          <w:tcPr>
            <w:tcW w:type="dxa" w:w="2880"/>
          </w:tcPr>
          <w:p>
            <w:r>
              <w:t>1</w:t>
            </w:r>
          </w:p>
        </w:tc>
        <w:tc>
          <w:tcPr>
            <w:tcW w:type="dxa" w:w="2880"/>
          </w:tcPr>
          <w:p>
            <w:r>
              <w:t>3</w:t>
            </w:r>
          </w:p>
        </w:tc>
      </w:tr>
      <w:tr>
        <w:tc>
          <w:tcPr>
            <w:tcW w:type="dxa" w:w="2880"/>
          </w:tcPr>
          <w:p>
            <w:r>
              <w:t>2025-06-01</w:t>
            </w:r>
          </w:p>
        </w:tc>
        <w:tc>
          <w:tcPr>
            <w:tcW w:type="dxa" w:w="2880"/>
          </w:tcPr>
          <w:p>
            <w:r>
              <w:t>3</w:t>
            </w:r>
          </w:p>
        </w:tc>
        <w:tc>
          <w:tcPr>
            <w:tcW w:type="dxa" w:w="2880"/>
          </w:tcPr>
          <w:p>
            <w:r>
              <w:t>5</w:t>
            </w:r>
          </w:p>
        </w:tc>
      </w:tr>
      <w:tr>
        <w:tc>
          <w:tcPr>
            <w:tcW w:type="dxa" w:w="2880"/>
          </w:tcPr>
          <w:p>
            <w:r>
              <w:t>2025-06-01</w:t>
            </w:r>
          </w:p>
        </w:tc>
        <w:tc>
          <w:tcPr>
            <w:tcW w:type="dxa" w:w="2880"/>
          </w:tcPr>
          <w:p>
            <w:r>
              <w:t>4</w:t>
            </w:r>
          </w:p>
        </w:tc>
        <w:tc>
          <w:tcPr>
            <w:tcW w:type="dxa" w:w="2880"/>
          </w:tcPr>
          <w:p>
            <w:r>
              <w:t>5</w:t>
            </w:r>
          </w:p>
        </w:tc>
      </w:tr>
      <w:tr>
        <w:tc>
          <w:tcPr>
            <w:tcW w:type="dxa" w:w="2880"/>
          </w:tcPr>
          <w:p>
            <w:r>
              <w:t>2025-06-01</w:t>
            </w:r>
          </w:p>
        </w:tc>
        <w:tc>
          <w:tcPr>
            <w:tcW w:type="dxa" w:w="2880"/>
          </w:tcPr>
          <w:p>
            <w:r>
              <w:t>5</w:t>
            </w:r>
          </w:p>
        </w:tc>
        <w:tc>
          <w:tcPr>
            <w:tcW w:type="dxa" w:w="2880"/>
          </w:tcPr>
          <w:p>
            <w:r>
              <w:t>1</w:t>
            </w:r>
          </w:p>
        </w:tc>
      </w:tr>
      <w:tr>
        <w:tc>
          <w:tcPr>
            <w:tcW w:type="dxa" w:w="2880"/>
          </w:tcPr>
          <w:p>
            <w:r>
              <w:t>2025-06-01</w:t>
            </w:r>
          </w:p>
        </w:tc>
        <w:tc>
          <w:tcPr>
            <w:tcW w:type="dxa" w:w="2880"/>
          </w:tcPr>
          <w:p>
            <w:r>
              <w:t>Other</w:t>
            </w:r>
          </w:p>
        </w:tc>
        <w:tc>
          <w:tcPr>
            <w:tcW w:type="dxa" w:w="2880"/>
          </w:tcPr>
          <w:p>
            <w:r>
              <w:t>2</w:t>
            </w:r>
          </w:p>
        </w:tc>
      </w:tr>
      <w:tr>
        <w:tc>
          <w:tcPr>
            <w:tcW w:type="dxa" w:w="2880"/>
          </w:tcPr>
          <w:p>
            <w:r>
              <w:t>2025-07-01</w:t>
            </w:r>
          </w:p>
        </w:tc>
        <w:tc>
          <w:tcPr>
            <w:tcW w:type="dxa" w:w="2880"/>
          </w:tcPr>
          <w:p>
            <w:r>
              <w:t>2</w:t>
            </w:r>
          </w:p>
        </w:tc>
        <w:tc>
          <w:tcPr>
            <w:tcW w:type="dxa" w:w="2880"/>
          </w:tcPr>
          <w:p>
            <w:r>
              <w:t>5</w:t>
            </w:r>
          </w:p>
        </w:tc>
      </w:tr>
      <w:tr>
        <w:tc>
          <w:tcPr>
            <w:tcW w:type="dxa" w:w="2880"/>
          </w:tcPr>
          <w:p>
            <w:r>
              <w:t>2025-07-01</w:t>
            </w:r>
          </w:p>
        </w:tc>
        <w:tc>
          <w:tcPr>
            <w:tcW w:type="dxa" w:w="2880"/>
          </w:tcPr>
          <w:p>
            <w:r>
              <w:t>1</w:t>
            </w:r>
          </w:p>
        </w:tc>
        <w:tc>
          <w:tcPr>
            <w:tcW w:type="dxa" w:w="2880"/>
          </w:tcPr>
          <w:p>
            <w:r>
              <w:t>3</w:t>
            </w:r>
          </w:p>
        </w:tc>
      </w:tr>
      <w:tr>
        <w:tc>
          <w:tcPr>
            <w:tcW w:type="dxa" w:w="2880"/>
          </w:tcPr>
          <w:p>
            <w:r>
              <w:t>2025-07-01</w:t>
            </w:r>
          </w:p>
        </w:tc>
        <w:tc>
          <w:tcPr>
            <w:tcW w:type="dxa" w:w="2880"/>
          </w:tcPr>
          <w:p>
            <w:r>
              <w:t>3</w:t>
            </w:r>
          </w:p>
        </w:tc>
        <w:tc>
          <w:tcPr>
            <w:tcW w:type="dxa" w:w="2880"/>
          </w:tcPr>
          <w:p>
            <w:r>
              <w:t>6</w:t>
            </w:r>
          </w:p>
        </w:tc>
      </w:tr>
      <w:tr>
        <w:tc>
          <w:tcPr>
            <w:tcW w:type="dxa" w:w="2880"/>
          </w:tcPr>
          <w:p>
            <w:r>
              <w:t>2025-07-01</w:t>
            </w:r>
          </w:p>
        </w:tc>
        <w:tc>
          <w:tcPr>
            <w:tcW w:type="dxa" w:w="2880"/>
          </w:tcPr>
          <w:p>
            <w:r>
              <w:t>4</w:t>
            </w:r>
          </w:p>
        </w:tc>
        <w:tc>
          <w:tcPr>
            <w:tcW w:type="dxa" w:w="2880"/>
          </w:tcPr>
          <w:p>
            <w:r>
              <w:t>5</w:t>
            </w:r>
          </w:p>
        </w:tc>
      </w:tr>
      <w:tr>
        <w:tc>
          <w:tcPr>
            <w:tcW w:type="dxa" w:w="2880"/>
          </w:tcPr>
          <w:p>
            <w:r>
              <w:t>2025-07-01</w:t>
            </w:r>
          </w:p>
        </w:tc>
        <w:tc>
          <w:tcPr>
            <w:tcW w:type="dxa" w:w="2880"/>
          </w:tcPr>
          <w:p>
            <w:r>
              <w:t>5</w:t>
            </w:r>
          </w:p>
        </w:tc>
        <w:tc>
          <w:tcPr>
            <w:tcW w:type="dxa" w:w="2880"/>
          </w:tcPr>
          <w:p>
            <w:r>
              <w:t>1</w:t>
            </w:r>
          </w:p>
        </w:tc>
      </w:tr>
      <w:tr>
        <w:tc>
          <w:tcPr>
            <w:tcW w:type="dxa" w:w="2880"/>
          </w:tcPr>
          <w:p>
            <w:r>
              <w:t>2025-07-01</w:t>
            </w:r>
          </w:p>
        </w:tc>
        <w:tc>
          <w:tcPr>
            <w:tcW w:type="dxa" w:w="2880"/>
          </w:tcPr>
          <w:p>
            <w:r>
              <w:t>Other</w:t>
            </w:r>
          </w:p>
        </w:tc>
        <w:tc>
          <w:tcPr>
            <w:tcW w:type="dxa" w:w="2880"/>
          </w:tcPr>
          <w:p>
            <w:r>
              <w:t>2</w:t>
            </w:r>
          </w:p>
        </w:tc>
      </w:tr>
      <w:tr>
        <w:tc>
          <w:tcPr>
            <w:tcW w:type="dxa" w:w="2880"/>
          </w:tcPr>
          <w:p>
            <w:r>
              <w:t>2025-08-01</w:t>
            </w:r>
          </w:p>
        </w:tc>
        <w:tc>
          <w:tcPr>
            <w:tcW w:type="dxa" w:w="2880"/>
          </w:tcPr>
          <w:p>
            <w:r>
              <w:t>2</w:t>
            </w:r>
          </w:p>
        </w:tc>
        <w:tc>
          <w:tcPr>
            <w:tcW w:type="dxa" w:w="2880"/>
          </w:tcPr>
          <w:p>
            <w:r>
              <w:t>5</w:t>
            </w:r>
          </w:p>
        </w:tc>
      </w:tr>
      <w:tr>
        <w:tc>
          <w:tcPr>
            <w:tcW w:type="dxa" w:w="2880"/>
          </w:tcPr>
          <w:p>
            <w:r>
              <w:t>2025-08-01</w:t>
            </w:r>
          </w:p>
        </w:tc>
        <w:tc>
          <w:tcPr>
            <w:tcW w:type="dxa" w:w="2880"/>
          </w:tcPr>
          <w:p>
            <w:r>
              <w:t>1</w:t>
            </w:r>
          </w:p>
        </w:tc>
        <w:tc>
          <w:tcPr>
            <w:tcW w:type="dxa" w:w="2880"/>
          </w:tcPr>
          <w:p>
            <w:r>
              <w:t>3</w:t>
            </w:r>
          </w:p>
        </w:tc>
      </w:tr>
      <w:tr>
        <w:tc>
          <w:tcPr>
            <w:tcW w:type="dxa" w:w="2880"/>
          </w:tcPr>
          <w:p>
            <w:r>
              <w:t>2025-08-01</w:t>
            </w:r>
          </w:p>
        </w:tc>
        <w:tc>
          <w:tcPr>
            <w:tcW w:type="dxa" w:w="2880"/>
          </w:tcPr>
          <w:p>
            <w:r>
              <w:t>3</w:t>
            </w:r>
          </w:p>
        </w:tc>
        <w:tc>
          <w:tcPr>
            <w:tcW w:type="dxa" w:w="2880"/>
          </w:tcPr>
          <w:p>
            <w:r>
              <w:t>6</w:t>
            </w:r>
          </w:p>
        </w:tc>
      </w:tr>
      <w:tr>
        <w:tc>
          <w:tcPr>
            <w:tcW w:type="dxa" w:w="2880"/>
          </w:tcPr>
          <w:p>
            <w:r>
              <w:t>2025-08-01</w:t>
            </w:r>
          </w:p>
        </w:tc>
        <w:tc>
          <w:tcPr>
            <w:tcW w:type="dxa" w:w="2880"/>
          </w:tcPr>
          <w:p>
            <w:r>
              <w:t>4</w:t>
            </w:r>
          </w:p>
        </w:tc>
        <w:tc>
          <w:tcPr>
            <w:tcW w:type="dxa" w:w="2880"/>
          </w:tcPr>
          <w:p>
            <w:r>
              <w:t>3</w:t>
            </w:r>
          </w:p>
        </w:tc>
      </w:tr>
      <w:tr>
        <w:tc>
          <w:tcPr>
            <w:tcW w:type="dxa" w:w="2880"/>
          </w:tcPr>
          <w:p>
            <w:r>
              <w:t>2025-08-01</w:t>
            </w:r>
          </w:p>
        </w:tc>
        <w:tc>
          <w:tcPr>
            <w:tcW w:type="dxa" w:w="2880"/>
          </w:tcPr>
          <w:p>
            <w:r>
              <w:t>5</w:t>
            </w:r>
          </w:p>
        </w:tc>
        <w:tc>
          <w:tcPr>
            <w:tcW w:type="dxa" w:w="2880"/>
          </w:tcPr>
          <w:p>
            <w:r>
              <w:t>2</w:t>
            </w:r>
          </w:p>
        </w:tc>
      </w:tr>
      <w:tr>
        <w:tc>
          <w:tcPr>
            <w:tcW w:type="dxa" w:w="2880"/>
          </w:tcPr>
          <w:p>
            <w:r>
              <w:t>2025-08-01</w:t>
            </w:r>
          </w:p>
        </w:tc>
        <w:tc>
          <w:tcPr>
            <w:tcW w:type="dxa" w:w="2880"/>
          </w:tcPr>
          <w:p>
            <w:r>
              <w:t>Other</w:t>
            </w:r>
          </w:p>
        </w:tc>
        <w:tc>
          <w:tcPr>
            <w:tcW w:type="dxa" w:w="2880"/>
          </w:tcPr>
          <w:p>
            <w:r>
              <w:t>3</w:t>
            </w:r>
          </w:p>
        </w:tc>
      </w:tr>
      <w:tr>
        <w:tc>
          <w:tcPr>
            <w:tcW w:type="dxa" w:w="2880"/>
          </w:tcPr>
          <w:p>
            <w:r>
              <w:t>2025-09-01</w:t>
            </w:r>
          </w:p>
        </w:tc>
        <w:tc>
          <w:tcPr>
            <w:tcW w:type="dxa" w:w="2880"/>
          </w:tcPr>
          <w:p>
            <w:r>
              <w:t>2</w:t>
            </w:r>
          </w:p>
        </w:tc>
        <w:tc>
          <w:tcPr>
            <w:tcW w:type="dxa" w:w="2880"/>
          </w:tcPr>
          <w:p>
            <w:r>
              <w:t>20</w:t>
            </w:r>
          </w:p>
        </w:tc>
      </w:tr>
      <w:tr>
        <w:tc>
          <w:tcPr>
            <w:tcW w:type="dxa" w:w="2880"/>
          </w:tcPr>
          <w:p>
            <w:r>
              <w:t>2025-09-01</w:t>
            </w:r>
          </w:p>
        </w:tc>
        <w:tc>
          <w:tcPr>
            <w:tcW w:type="dxa" w:w="2880"/>
          </w:tcPr>
          <w:p>
            <w:r>
              <w:t>1</w:t>
            </w:r>
          </w:p>
        </w:tc>
        <w:tc>
          <w:tcPr>
            <w:tcW w:type="dxa" w:w="2880"/>
          </w:tcPr>
          <w:p>
            <w:r>
              <w:t>17</w:t>
            </w:r>
          </w:p>
        </w:tc>
      </w:tr>
      <w:tr>
        <w:tc>
          <w:tcPr>
            <w:tcW w:type="dxa" w:w="2880"/>
          </w:tcPr>
          <w:p>
            <w:r>
              <w:t>2025-09-01</w:t>
            </w:r>
          </w:p>
        </w:tc>
        <w:tc>
          <w:tcPr>
            <w:tcW w:type="dxa" w:w="2880"/>
          </w:tcPr>
          <w:p>
            <w:r>
              <w:t>3</w:t>
            </w:r>
          </w:p>
        </w:tc>
        <w:tc>
          <w:tcPr>
            <w:tcW w:type="dxa" w:w="2880"/>
          </w:tcPr>
          <w:p>
            <w:r>
              <w:t>14</w:t>
            </w:r>
          </w:p>
        </w:tc>
      </w:tr>
      <w:tr>
        <w:tc>
          <w:tcPr>
            <w:tcW w:type="dxa" w:w="2880"/>
          </w:tcPr>
          <w:p>
            <w:r>
              <w:t>2025-09-01</w:t>
            </w:r>
          </w:p>
        </w:tc>
        <w:tc>
          <w:tcPr>
            <w:tcW w:type="dxa" w:w="2880"/>
          </w:tcPr>
          <w:p>
            <w:r>
              <w:t>4</w:t>
            </w:r>
          </w:p>
        </w:tc>
        <w:tc>
          <w:tcPr>
            <w:tcW w:type="dxa" w:w="2880"/>
          </w:tcPr>
          <w:p>
            <w:r>
              <w:t>8</w:t>
            </w:r>
          </w:p>
        </w:tc>
      </w:tr>
      <w:tr>
        <w:tc>
          <w:tcPr>
            <w:tcW w:type="dxa" w:w="2880"/>
          </w:tcPr>
          <w:p>
            <w:r>
              <w:t>2025-09-01</w:t>
            </w:r>
          </w:p>
        </w:tc>
        <w:tc>
          <w:tcPr>
            <w:tcW w:type="dxa" w:w="2880"/>
          </w:tcPr>
          <w:p>
            <w:r>
              <w:t>5</w:t>
            </w:r>
          </w:p>
        </w:tc>
        <w:tc>
          <w:tcPr>
            <w:tcW w:type="dxa" w:w="2880"/>
          </w:tcPr>
          <w:p>
            <w:r>
              <w:t>2</w:t>
            </w:r>
          </w:p>
        </w:tc>
      </w:tr>
      <w:tr>
        <w:tc>
          <w:tcPr>
            <w:tcW w:type="dxa" w:w="2880"/>
          </w:tcPr>
          <w:p>
            <w:r>
              <w:t>2025-09-01</w:t>
            </w:r>
          </w:p>
        </w:tc>
        <w:tc>
          <w:tcPr>
            <w:tcW w:type="dxa" w:w="2880"/>
          </w:tcPr>
          <w:p>
            <w:r>
              <w:t>Other</w:t>
            </w:r>
          </w:p>
        </w:tc>
        <w:tc>
          <w:tcPr>
            <w:tcW w:type="dxa" w:w="2880"/>
          </w:tcPr>
          <w:p>
            <w:r>
              <w:t>2</w:t>
            </w:r>
          </w:p>
        </w:tc>
      </w:tr>
      <w:tr>
        <w:tc>
          <w:tcPr>
            <w:tcW w:type="dxa" w:w="2880"/>
          </w:tcPr>
          <w:p>
            <w:r>
              <w:t>2025-10-01</w:t>
            </w:r>
          </w:p>
        </w:tc>
        <w:tc>
          <w:tcPr>
            <w:tcW w:type="dxa" w:w="2880"/>
          </w:tcPr>
          <w:p>
            <w:r>
              <w:t>2</w:t>
            </w:r>
          </w:p>
        </w:tc>
        <w:tc>
          <w:tcPr>
            <w:tcW w:type="dxa" w:w="2880"/>
          </w:tcPr>
          <w:p>
            <w:r>
              <w:t>19</w:t>
            </w:r>
          </w:p>
        </w:tc>
      </w:tr>
      <w:tr>
        <w:tc>
          <w:tcPr>
            <w:tcW w:type="dxa" w:w="2880"/>
          </w:tcPr>
          <w:p>
            <w:r>
              <w:t>2025-10-01</w:t>
            </w:r>
          </w:p>
        </w:tc>
        <w:tc>
          <w:tcPr>
            <w:tcW w:type="dxa" w:w="2880"/>
          </w:tcPr>
          <w:p>
            <w:r>
              <w:t>1</w:t>
            </w:r>
          </w:p>
        </w:tc>
        <w:tc>
          <w:tcPr>
            <w:tcW w:type="dxa" w:w="2880"/>
          </w:tcPr>
          <w:p>
            <w:r>
              <w:t>22</w:t>
            </w:r>
          </w:p>
        </w:tc>
      </w:tr>
      <w:tr>
        <w:tc>
          <w:tcPr>
            <w:tcW w:type="dxa" w:w="2880"/>
          </w:tcPr>
          <w:p>
            <w:r>
              <w:t>2025-10-01</w:t>
            </w:r>
          </w:p>
        </w:tc>
        <w:tc>
          <w:tcPr>
            <w:tcW w:type="dxa" w:w="2880"/>
          </w:tcPr>
          <w:p>
            <w:r>
              <w:t>3</w:t>
            </w:r>
          </w:p>
        </w:tc>
        <w:tc>
          <w:tcPr>
            <w:tcW w:type="dxa" w:w="2880"/>
          </w:tcPr>
          <w:p>
            <w:r>
              <w:t>8</w:t>
            </w:r>
          </w:p>
        </w:tc>
      </w:tr>
      <w:tr>
        <w:tc>
          <w:tcPr>
            <w:tcW w:type="dxa" w:w="2880"/>
          </w:tcPr>
          <w:p>
            <w:r>
              <w:t>2025-10-01</w:t>
            </w:r>
          </w:p>
        </w:tc>
        <w:tc>
          <w:tcPr>
            <w:tcW w:type="dxa" w:w="2880"/>
          </w:tcPr>
          <w:p>
            <w:r>
              <w:t>4</w:t>
            </w:r>
          </w:p>
        </w:tc>
        <w:tc>
          <w:tcPr>
            <w:tcW w:type="dxa" w:w="2880"/>
          </w:tcPr>
          <w:p>
            <w:r>
              <w:t>13</w:t>
            </w:r>
          </w:p>
        </w:tc>
      </w:tr>
      <w:tr>
        <w:tc>
          <w:tcPr>
            <w:tcW w:type="dxa" w:w="2880"/>
          </w:tcPr>
          <w:p>
            <w:r>
              <w:t>2025-10-01</w:t>
            </w:r>
          </w:p>
        </w:tc>
        <w:tc>
          <w:tcPr>
            <w:tcW w:type="dxa" w:w="2880"/>
          </w:tcPr>
          <w:p>
            <w:r>
              <w:t>5</w:t>
            </w:r>
          </w:p>
        </w:tc>
        <w:tc>
          <w:tcPr>
            <w:tcW w:type="dxa" w:w="2880"/>
          </w:tcPr>
          <w:p>
            <w:r>
              <w:t>6</w:t>
            </w:r>
          </w:p>
        </w:tc>
      </w:tr>
      <w:tr>
        <w:tc>
          <w:tcPr>
            <w:tcW w:type="dxa" w:w="2880"/>
          </w:tcPr>
          <w:p>
            <w:r>
              <w:t>2025-10-01</w:t>
            </w:r>
          </w:p>
        </w:tc>
        <w:tc>
          <w:tcPr>
            <w:tcW w:type="dxa" w:w="2880"/>
          </w:tcPr>
          <w:p>
            <w:r>
              <w:t>Other</w:t>
            </w:r>
          </w:p>
        </w:tc>
        <w:tc>
          <w:tcPr>
            <w:tcW w:type="dxa" w:w="2880"/>
          </w:tcPr>
          <w:p>
            <w:r>
              <w:t>7</w:t>
            </w:r>
          </w:p>
        </w:tc>
      </w:tr>
      <w:tr>
        <w:tc>
          <w:tcPr>
            <w:tcW w:type="dxa" w:w="2880"/>
          </w:tcPr>
          <w:p>
            <w:r>
              <w:t>2025-11-01</w:t>
            </w:r>
          </w:p>
        </w:tc>
        <w:tc>
          <w:tcPr>
            <w:tcW w:type="dxa" w:w="2880"/>
          </w:tcPr>
          <w:p>
            <w:r>
              <w:t>2</w:t>
            </w:r>
          </w:p>
        </w:tc>
        <w:tc>
          <w:tcPr>
            <w:tcW w:type="dxa" w:w="2880"/>
          </w:tcPr>
          <w:p>
            <w:r>
              <w:t>2</w:t>
            </w:r>
          </w:p>
        </w:tc>
      </w:tr>
      <w:tr>
        <w:tc>
          <w:tcPr>
            <w:tcW w:type="dxa" w:w="2880"/>
          </w:tcPr>
          <w:p>
            <w:r>
              <w:t>2025-11-01</w:t>
            </w:r>
          </w:p>
        </w:tc>
        <w:tc>
          <w:tcPr>
            <w:tcW w:type="dxa" w:w="2880"/>
          </w:tcPr>
          <w:p>
            <w:r>
              <w:t>1</w:t>
            </w:r>
          </w:p>
        </w:tc>
        <w:tc>
          <w:tcPr>
            <w:tcW w:type="dxa" w:w="2880"/>
          </w:tcPr>
          <w:p>
            <w:r>
              <w:t>5</w:t>
            </w:r>
          </w:p>
        </w:tc>
      </w:tr>
      <w:tr>
        <w:tc>
          <w:tcPr>
            <w:tcW w:type="dxa" w:w="2880"/>
          </w:tcPr>
          <w:p>
            <w:r>
              <w:t>2025-11-01</w:t>
            </w:r>
          </w:p>
        </w:tc>
        <w:tc>
          <w:tcPr>
            <w:tcW w:type="dxa" w:w="2880"/>
          </w:tcPr>
          <w:p>
            <w:r>
              <w:t>3</w:t>
            </w:r>
          </w:p>
        </w:tc>
        <w:tc>
          <w:tcPr>
            <w:tcW w:type="dxa" w:w="2880"/>
          </w:tcPr>
          <w:p>
            <w:r>
              <w:t>4</w:t>
            </w:r>
          </w:p>
        </w:tc>
      </w:tr>
      <w:tr>
        <w:tc>
          <w:tcPr>
            <w:tcW w:type="dxa" w:w="2880"/>
          </w:tcPr>
          <w:p>
            <w:r>
              <w:t>2025-11-01</w:t>
            </w:r>
          </w:p>
        </w:tc>
        <w:tc>
          <w:tcPr>
            <w:tcW w:type="dxa" w:w="2880"/>
          </w:tcPr>
          <w:p>
            <w:r>
              <w:t>4</w:t>
            </w:r>
          </w:p>
        </w:tc>
        <w:tc>
          <w:tcPr>
            <w:tcW w:type="dxa" w:w="2880"/>
          </w:tcPr>
          <w:p>
            <w:r>
              <w:t>4</w:t>
            </w:r>
          </w:p>
        </w:tc>
      </w:tr>
      <w:tr>
        <w:tc>
          <w:tcPr>
            <w:tcW w:type="dxa" w:w="2880"/>
          </w:tcPr>
          <w:p>
            <w:r>
              <w:t>2025-11-01</w:t>
            </w:r>
          </w:p>
        </w:tc>
        <w:tc>
          <w:tcPr>
            <w:tcW w:type="dxa" w:w="2880"/>
          </w:tcPr>
          <w:p>
            <w:r>
              <w:t>5</w:t>
            </w:r>
          </w:p>
        </w:tc>
        <w:tc>
          <w:tcPr>
            <w:tcW w:type="dxa" w:w="2880"/>
          </w:tcPr>
          <w:p>
            <w:r>
              <w:t>3</w:t>
            </w:r>
          </w:p>
        </w:tc>
      </w:tr>
      <w:tr>
        <w:tc>
          <w:tcPr>
            <w:tcW w:type="dxa" w:w="2880"/>
          </w:tcPr>
          <w:p>
            <w:r>
              <w:t>2025-11-01</w:t>
            </w:r>
          </w:p>
        </w:tc>
        <w:tc>
          <w:tcPr>
            <w:tcW w:type="dxa" w:w="2880"/>
          </w:tcPr>
          <w:p>
            <w:r>
              <w:t>Other</w:t>
            </w:r>
          </w:p>
        </w:tc>
        <w:tc>
          <w:tcPr>
            <w:tcW w:type="dxa" w:w="2880"/>
          </w:tcPr>
          <w:p>
            <w:r>
              <w:t>2</w:t>
            </w:r>
          </w:p>
        </w:tc>
      </w:tr>
      <w:tr>
        <w:tc>
          <w:tcPr>
            <w:tcW w:type="dxa" w:w="2880"/>
          </w:tcPr>
          <w:p>
            <w:r>
              <w:t>2025-12-01</w:t>
            </w:r>
          </w:p>
        </w:tc>
        <w:tc>
          <w:tcPr>
            <w:tcW w:type="dxa" w:w="2880"/>
          </w:tcPr>
          <w:p>
            <w:r>
              <w:t>2</w:t>
            </w:r>
          </w:p>
        </w:tc>
        <w:tc>
          <w:tcPr>
            <w:tcW w:type="dxa" w:w="2880"/>
          </w:tcPr>
          <w:p>
            <w:r>
              <w:t>1</w:t>
            </w:r>
          </w:p>
        </w:tc>
      </w:tr>
      <w:tr>
        <w:tc>
          <w:tcPr>
            <w:tcW w:type="dxa" w:w="2880"/>
          </w:tcPr>
          <w:p>
            <w:r>
              <w:t>2025-12-01</w:t>
            </w:r>
          </w:p>
        </w:tc>
        <w:tc>
          <w:tcPr>
            <w:tcW w:type="dxa" w:w="2880"/>
          </w:tcPr>
          <w:p>
            <w:r>
              <w:t>1</w:t>
            </w:r>
          </w:p>
        </w:tc>
        <w:tc>
          <w:tcPr>
            <w:tcW w:type="dxa" w:w="2880"/>
          </w:tcPr>
          <w:p>
            <w:r>
              <w:t>5</w:t>
            </w:r>
          </w:p>
        </w:tc>
      </w:tr>
      <w:tr>
        <w:tc>
          <w:tcPr>
            <w:tcW w:type="dxa" w:w="2880"/>
          </w:tcPr>
          <w:p>
            <w:r>
              <w:t>2025-12-01</w:t>
            </w:r>
          </w:p>
        </w:tc>
        <w:tc>
          <w:tcPr>
            <w:tcW w:type="dxa" w:w="2880"/>
          </w:tcPr>
          <w:p>
            <w:r>
              <w:t>3</w:t>
            </w:r>
          </w:p>
        </w:tc>
        <w:tc>
          <w:tcPr>
            <w:tcW w:type="dxa" w:w="2880"/>
          </w:tcPr>
          <w:p>
            <w:r>
              <w:t>4</w:t>
            </w:r>
          </w:p>
        </w:tc>
      </w:tr>
      <w:tr>
        <w:tc>
          <w:tcPr>
            <w:tcW w:type="dxa" w:w="2880"/>
          </w:tcPr>
          <w:p>
            <w:r>
              <w:t>2025-12-01</w:t>
            </w:r>
          </w:p>
        </w:tc>
        <w:tc>
          <w:tcPr>
            <w:tcW w:type="dxa" w:w="2880"/>
          </w:tcPr>
          <w:p>
            <w:r>
              <w:t>4</w:t>
            </w:r>
          </w:p>
        </w:tc>
        <w:tc>
          <w:tcPr>
            <w:tcW w:type="dxa" w:w="2880"/>
          </w:tcPr>
          <w:p>
            <w:r>
              <w:t>4</w:t>
            </w:r>
          </w:p>
        </w:tc>
      </w:tr>
      <w:tr>
        <w:tc>
          <w:tcPr>
            <w:tcW w:type="dxa" w:w="2880"/>
          </w:tcPr>
          <w:p>
            <w:r>
              <w:t>2025-12-01</w:t>
            </w:r>
          </w:p>
        </w:tc>
        <w:tc>
          <w:tcPr>
            <w:tcW w:type="dxa" w:w="2880"/>
          </w:tcPr>
          <w:p>
            <w:r>
              <w:t>5</w:t>
            </w:r>
          </w:p>
        </w:tc>
        <w:tc>
          <w:tcPr>
            <w:tcW w:type="dxa" w:w="2880"/>
          </w:tcPr>
          <w:p>
            <w:r>
              <w:t>1</w:t>
            </w:r>
          </w:p>
        </w:tc>
      </w:tr>
      <w:tr>
        <w:tc>
          <w:tcPr>
            <w:tcW w:type="dxa" w:w="2880"/>
          </w:tcPr>
          <w:p>
            <w:r>
              <w:t>2025-12-01</w:t>
            </w:r>
          </w:p>
        </w:tc>
        <w:tc>
          <w:tcPr>
            <w:tcW w:type="dxa" w:w="2880"/>
          </w:tcPr>
          <w:p>
            <w:r>
              <w:t>Other</w:t>
            </w:r>
          </w:p>
        </w:tc>
        <w:tc>
          <w:tcPr>
            <w:tcW w:type="dxa" w:w="2880"/>
          </w:tcPr>
          <w:p>
            <w:r>
              <w:t>4</w:t>
            </w:r>
          </w:p>
        </w:tc>
      </w:tr>
      <w:tr>
        <w:tc>
          <w:tcPr>
            <w:tcW w:type="dxa" w:w="2880"/>
          </w:tcPr>
          <w:p>
            <w:r>
              <w:t>2026-01-01</w:t>
            </w:r>
          </w:p>
        </w:tc>
        <w:tc>
          <w:tcPr>
            <w:tcW w:type="dxa" w:w="2880"/>
          </w:tcPr>
          <w:p>
            <w:r>
              <w:t>2</w:t>
            </w:r>
          </w:p>
        </w:tc>
        <w:tc>
          <w:tcPr>
            <w:tcW w:type="dxa" w:w="2880"/>
          </w:tcPr>
          <w:p>
            <w:r>
              <w:t>4</w:t>
            </w:r>
          </w:p>
        </w:tc>
      </w:tr>
      <w:tr>
        <w:tc>
          <w:tcPr>
            <w:tcW w:type="dxa" w:w="2880"/>
          </w:tcPr>
          <w:p>
            <w:r>
              <w:t>2026-01-01</w:t>
            </w:r>
          </w:p>
        </w:tc>
        <w:tc>
          <w:tcPr>
            <w:tcW w:type="dxa" w:w="2880"/>
          </w:tcPr>
          <w:p>
            <w:r>
              <w:t>1</w:t>
            </w:r>
          </w:p>
        </w:tc>
        <w:tc>
          <w:tcPr>
            <w:tcW w:type="dxa" w:w="2880"/>
          </w:tcPr>
          <w:p>
            <w:r>
              <w:t>2</w:t>
            </w:r>
          </w:p>
        </w:tc>
      </w:tr>
      <w:tr>
        <w:tc>
          <w:tcPr>
            <w:tcW w:type="dxa" w:w="2880"/>
          </w:tcPr>
          <w:p>
            <w:r>
              <w:t>2026-01-01</w:t>
            </w:r>
          </w:p>
        </w:tc>
        <w:tc>
          <w:tcPr>
            <w:tcW w:type="dxa" w:w="2880"/>
          </w:tcPr>
          <w:p>
            <w:r>
              <w:t>3</w:t>
            </w:r>
          </w:p>
        </w:tc>
        <w:tc>
          <w:tcPr>
            <w:tcW w:type="dxa" w:w="2880"/>
          </w:tcPr>
          <w:p>
            <w:r>
              <w:t>5</w:t>
            </w:r>
          </w:p>
        </w:tc>
      </w:tr>
      <w:tr>
        <w:tc>
          <w:tcPr>
            <w:tcW w:type="dxa" w:w="2880"/>
          </w:tcPr>
          <w:p>
            <w:r>
              <w:t>2026-01-01</w:t>
            </w:r>
          </w:p>
        </w:tc>
        <w:tc>
          <w:tcPr>
            <w:tcW w:type="dxa" w:w="2880"/>
          </w:tcPr>
          <w:p>
            <w:r>
              <w:t>4</w:t>
            </w:r>
          </w:p>
        </w:tc>
        <w:tc>
          <w:tcPr>
            <w:tcW w:type="dxa" w:w="2880"/>
          </w:tcPr>
          <w:p>
            <w:r>
              <w:t>3</w:t>
            </w:r>
          </w:p>
        </w:tc>
      </w:tr>
      <w:tr>
        <w:tc>
          <w:tcPr>
            <w:tcW w:type="dxa" w:w="2880"/>
          </w:tcPr>
          <w:p>
            <w:r>
              <w:t>2026-01-01</w:t>
            </w:r>
          </w:p>
        </w:tc>
        <w:tc>
          <w:tcPr>
            <w:tcW w:type="dxa" w:w="2880"/>
          </w:tcPr>
          <w:p>
            <w:r>
              <w:t>5</w:t>
            </w:r>
          </w:p>
        </w:tc>
        <w:tc>
          <w:tcPr>
            <w:tcW w:type="dxa" w:w="2880"/>
          </w:tcPr>
          <w:p>
            <w:r>
              <w:t>1</w:t>
            </w:r>
          </w:p>
        </w:tc>
      </w:tr>
      <w:tr>
        <w:tc>
          <w:tcPr>
            <w:tcW w:type="dxa" w:w="2880"/>
          </w:tcPr>
          <w:p>
            <w:r>
              <w:t>2026-01-01</w:t>
            </w:r>
          </w:p>
        </w:tc>
        <w:tc>
          <w:tcPr>
            <w:tcW w:type="dxa" w:w="2880"/>
          </w:tcPr>
          <w:p>
            <w:r>
              <w:t>Other</w:t>
            </w:r>
          </w:p>
        </w:tc>
        <w:tc>
          <w:tcPr>
            <w:tcW w:type="dxa" w:w="2880"/>
          </w:tcPr>
          <w:p>
            <w:r>
              <w:t>0</w:t>
            </w:r>
          </w:p>
        </w:tc>
      </w:tr>
      <w:tr>
        <w:tc>
          <w:tcPr>
            <w:tcW w:type="dxa" w:w="2880"/>
          </w:tcPr>
          <w:p>
            <w:r>
              <w:t>2026-02-01</w:t>
            </w:r>
          </w:p>
        </w:tc>
        <w:tc>
          <w:tcPr>
            <w:tcW w:type="dxa" w:w="2880"/>
          </w:tcPr>
          <w:p>
            <w:r>
              <w:t>2</w:t>
            </w:r>
          </w:p>
        </w:tc>
        <w:tc>
          <w:tcPr>
            <w:tcW w:type="dxa" w:w="2880"/>
          </w:tcPr>
          <w:p>
            <w:r>
              <w:t>3</w:t>
            </w:r>
          </w:p>
        </w:tc>
      </w:tr>
      <w:tr>
        <w:tc>
          <w:tcPr>
            <w:tcW w:type="dxa" w:w="2880"/>
          </w:tcPr>
          <w:p>
            <w:r>
              <w:t>2026-02-01</w:t>
            </w:r>
          </w:p>
        </w:tc>
        <w:tc>
          <w:tcPr>
            <w:tcW w:type="dxa" w:w="2880"/>
          </w:tcPr>
          <w:p>
            <w:r>
              <w:t>1</w:t>
            </w:r>
          </w:p>
        </w:tc>
        <w:tc>
          <w:tcPr>
            <w:tcW w:type="dxa" w:w="2880"/>
          </w:tcPr>
          <w:p>
            <w:r>
              <w:t>2</w:t>
            </w:r>
          </w:p>
        </w:tc>
      </w:tr>
      <w:tr>
        <w:tc>
          <w:tcPr>
            <w:tcW w:type="dxa" w:w="2880"/>
          </w:tcPr>
          <w:p>
            <w:r>
              <w:t>2026-02-01</w:t>
            </w:r>
          </w:p>
        </w:tc>
        <w:tc>
          <w:tcPr>
            <w:tcW w:type="dxa" w:w="2880"/>
          </w:tcPr>
          <w:p>
            <w:r>
              <w:t>3</w:t>
            </w:r>
          </w:p>
        </w:tc>
        <w:tc>
          <w:tcPr>
            <w:tcW w:type="dxa" w:w="2880"/>
          </w:tcPr>
          <w:p>
            <w:r>
              <w:t>3</w:t>
            </w:r>
          </w:p>
        </w:tc>
      </w:tr>
      <w:tr>
        <w:tc>
          <w:tcPr>
            <w:tcW w:type="dxa" w:w="2880"/>
          </w:tcPr>
          <w:p>
            <w:r>
              <w:t>2026-02-01</w:t>
            </w:r>
          </w:p>
        </w:tc>
        <w:tc>
          <w:tcPr>
            <w:tcW w:type="dxa" w:w="2880"/>
          </w:tcPr>
          <w:p>
            <w:r>
              <w:t>4</w:t>
            </w:r>
          </w:p>
        </w:tc>
        <w:tc>
          <w:tcPr>
            <w:tcW w:type="dxa" w:w="2880"/>
          </w:tcPr>
          <w:p>
            <w:r>
              <w:t>4</w:t>
            </w:r>
          </w:p>
        </w:tc>
      </w:tr>
      <w:tr>
        <w:tc>
          <w:tcPr>
            <w:tcW w:type="dxa" w:w="2880"/>
          </w:tcPr>
          <w:p>
            <w:r>
              <w:t>2026-02-01</w:t>
            </w:r>
          </w:p>
        </w:tc>
        <w:tc>
          <w:tcPr>
            <w:tcW w:type="dxa" w:w="2880"/>
          </w:tcPr>
          <w:p>
            <w:r>
              <w:t>5</w:t>
            </w:r>
          </w:p>
        </w:tc>
        <w:tc>
          <w:tcPr>
            <w:tcW w:type="dxa" w:w="2880"/>
          </w:tcPr>
          <w:p>
            <w:r>
              <w:t>2</w:t>
            </w:r>
          </w:p>
        </w:tc>
      </w:tr>
      <w:tr>
        <w:tc>
          <w:tcPr>
            <w:tcW w:type="dxa" w:w="2880"/>
          </w:tcPr>
          <w:p>
            <w:r>
              <w:t>2026-02-01</w:t>
            </w:r>
          </w:p>
        </w:tc>
        <w:tc>
          <w:tcPr>
            <w:tcW w:type="dxa" w:w="2880"/>
          </w:tcPr>
          <w:p>
            <w:r>
              <w:t>Other</w:t>
            </w:r>
          </w:p>
        </w:tc>
        <w:tc>
          <w:tcPr>
            <w:tcW w:type="dxa" w:w="2880"/>
          </w:tcPr>
          <w:p>
            <w:r>
              <w:t>1</w:t>
            </w:r>
          </w:p>
        </w:tc>
      </w:tr>
      <w:tr>
        <w:tc>
          <w:tcPr>
            <w:tcW w:type="dxa" w:w="2880"/>
          </w:tcPr>
          <w:p>
            <w:r>
              <w:t>2026-03-01</w:t>
            </w:r>
          </w:p>
        </w:tc>
        <w:tc>
          <w:tcPr>
            <w:tcW w:type="dxa" w:w="2880"/>
          </w:tcPr>
          <w:p>
            <w:r>
              <w:t>2</w:t>
            </w:r>
          </w:p>
        </w:tc>
        <w:tc>
          <w:tcPr>
            <w:tcW w:type="dxa" w:w="2880"/>
          </w:tcPr>
          <w:p>
            <w:r>
              <w:t>16</w:t>
            </w:r>
          </w:p>
        </w:tc>
      </w:tr>
      <w:tr>
        <w:tc>
          <w:tcPr>
            <w:tcW w:type="dxa" w:w="2880"/>
          </w:tcPr>
          <w:p>
            <w:r>
              <w:t>2026-03-01</w:t>
            </w:r>
          </w:p>
        </w:tc>
        <w:tc>
          <w:tcPr>
            <w:tcW w:type="dxa" w:w="2880"/>
          </w:tcPr>
          <w:p>
            <w:r>
              <w:t>1</w:t>
            </w:r>
          </w:p>
        </w:tc>
        <w:tc>
          <w:tcPr>
            <w:tcW w:type="dxa" w:w="2880"/>
          </w:tcPr>
          <w:p>
            <w:r>
              <w:t>16</w:t>
            </w:r>
          </w:p>
        </w:tc>
      </w:tr>
      <w:tr>
        <w:tc>
          <w:tcPr>
            <w:tcW w:type="dxa" w:w="2880"/>
          </w:tcPr>
          <w:p>
            <w:r>
              <w:t>2026-03-01</w:t>
            </w:r>
          </w:p>
        </w:tc>
        <w:tc>
          <w:tcPr>
            <w:tcW w:type="dxa" w:w="2880"/>
          </w:tcPr>
          <w:p>
            <w:r>
              <w:t>3</w:t>
            </w:r>
          </w:p>
        </w:tc>
        <w:tc>
          <w:tcPr>
            <w:tcW w:type="dxa" w:w="2880"/>
          </w:tcPr>
          <w:p>
            <w:r>
              <w:t>12</w:t>
            </w:r>
          </w:p>
        </w:tc>
      </w:tr>
      <w:tr>
        <w:tc>
          <w:tcPr>
            <w:tcW w:type="dxa" w:w="2880"/>
          </w:tcPr>
          <w:p>
            <w:r>
              <w:t>2026-03-01</w:t>
            </w:r>
          </w:p>
        </w:tc>
        <w:tc>
          <w:tcPr>
            <w:tcW w:type="dxa" w:w="2880"/>
          </w:tcPr>
          <w:p>
            <w:r>
              <w:t>4</w:t>
            </w:r>
          </w:p>
        </w:tc>
        <w:tc>
          <w:tcPr>
            <w:tcW w:type="dxa" w:w="2880"/>
          </w:tcPr>
          <w:p>
            <w:r>
              <w:t>11</w:t>
            </w:r>
          </w:p>
        </w:tc>
      </w:tr>
      <w:tr>
        <w:tc>
          <w:tcPr>
            <w:tcW w:type="dxa" w:w="2880"/>
          </w:tcPr>
          <w:p>
            <w:r>
              <w:t>2026-03-01</w:t>
            </w:r>
          </w:p>
        </w:tc>
        <w:tc>
          <w:tcPr>
            <w:tcW w:type="dxa" w:w="2880"/>
          </w:tcPr>
          <w:p>
            <w:r>
              <w:t>5</w:t>
            </w:r>
          </w:p>
        </w:tc>
        <w:tc>
          <w:tcPr>
            <w:tcW w:type="dxa" w:w="2880"/>
          </w:tcPr>
          <w:p>
            <w:r>
              <w:t>6</w:t>
            </w:r>
          </w:p>
        </w:tc>
      </w:tr>
      <w:tr>
        <w:tc>
          <w:tcPr>
            <w:tcW w:type="dxa" w:w="2880"/>
          </w:tcPr>
          <w:p>
            <w:r>
              <w:t>2026-03-01</w:t>
            </w:r>
          </w:p>
        </w:tc>
        <w:tc>
          <w:tcPr>
            <w:tcW w:type="dxa" w:w="2880"/>
          </w:tcPr>
          <w:p>
            <w:r>
              <w:t>Other</w:t>
            </w:r>
          </w:p>
        </w:tc>
        <w:tc>
          <w:tcPr>
            <w:tcW w:type="dxa" w:w="2880"/>
          </w:tcPr>
          <w:p>
            <w:r>
              <w:t>8</w:t>
            </w:r>
          </w:p>
        </w:tc>
      </w:tr>
      <w:tr>
        <w:tc>
          <w:tcPr>
            <w:tcW w:type="dxa" w:w="2880"/>
          </w:tcPr>
          <w:p>
            <w:r>
              <w:t>2026-04-01</w:t>
            </w:r>
          </w:p>
        </w:tc>
        <w:tc>
          <w:tcPr>
            <w:tcW w:type="dxa" w:w="2880"/>
          </w:tcPr>
          <w:p>
            <w:r>
              <w:t>2</w:t>
            </w:r>
          </w:p>
        </w:tc>
        <w:tc>
          <w:tcPr>
            <w:tcW w:type="dxa" w:w="2880"/>
          </w:tcPr>
          <w:p>
            <w:r>
              <w:t>16</w:t>
            </w:r>
          </w:p>
        </w:tc>
      </w:tr>
      <w:tr>
        <w:tc>
          <w:tcPr>
            <w:tcW w:type="dxa" w:w="2880"/>
          </w:tcPr>
          <w:p>
            <w:r>
              <w:t>2026-04-01</w:t>
            </w:r>
          </w:p>
        </w:tc>
        <w:tc>
          <w:tcPr>
            <w:tcW w:type="dxa" w:w="2880"/>
          </w:tcPr>
          <w:p>
            <w:r>
              <w:t>1</w:t>
            </w:r>
          </w:p>
        </w:tc>
        <w:tc>
          <w:tcPr>
            <w:tcW w:type="dxa" w:w="2880"/>
          </w:tcPr>
          <w:p>
            <w:r>
              <w:t>19</w:t>
            </w:r>
          </w:p>
        </w:tc>
      </w:tr>
      <w:tr>
        <w:tc>
          <w:tcPr>
            <w:tcW w:type="dxa" w:w="2880"/>
          </w:tcPr>
          <w:p>
            <w:r>
              <w:t>2026-04-01</w:t>
            </w:r>
          </w:p>
        </w:tc>
        <w:tc>
          <w:tcPr>
            <w:tcW w:type="dxa" w:w="2880"/>
          </w:tcPr>
          <w:p>
            <w:r>
              <w:t>3</w:t>
            </w:r>
          </w:p>
        </w:tc>
        <w:tc>
          <w:tcPr>
            <w:tcW w:type="dxa" w:w="2880"/>
          </w:tcPr>
          <w:p>
            <w:r>
              <w:t>15</w:t>
            </w:r>
          </w:p>
        </w:tc>
      </w:tr>
      <w:tr>
        <w:tc>
          <w:tcPr>
            <w:tcW w:type="dxa" w:w="2880"/>
          </w:tcPr>
          <w:p>
            <w:r>
              <w:t>2026-04-01</w:t>
            </w:r>
          </w:p>
        </w:tc>
        <w:tc>
          <w:tcPr>
            <w:tcW w:type="dxa" w:w="2880"/>
          </w:tcPr>
          <w:p>
            <w:r>
              <w:t>4</w:t>
            </w:r>
          </w:p>
        </w:tc>
        <w:tc>
          <w:tcPr>
            <w:tcW w:type="dxa" w:w="2880"/>
          </w:tcPr>
          <w:p>
            <w:r>
              <w:t>16</w:t>
            </w:r>
          </w:p>
        </w:tc>
      </w:tr>
      <w:tr>
        <w:tc>
          <w:tcPr>
            <w:tcW w:type="dxa" w:w="2880"/>
          </w:tcPr>
          <w:p>
            <w:r>
              <w:t>2026-04-01</w:t>
            </w:r>
          </w:p>
        </w:tc>
        <w:tc>
          <w:tcPr>
            <w:tcW w:type="dxa" w:w="2880"/>
          </w:tcPr>
          <w:p>
            <w:r>
              <w:t>5</w:t>
            </w:r>
          </w:p>
        </w:tc>
        <w:tc>
          <w:tcPr>
            <w:tcW w:type="dxa" w:w="2880"/>
          </w:tcPr>
          <w:p>
            <w:r>
              <w:t>6</w:t>
            </w:r>
          </w:p>
        </w:tc>
      </w:tr>
      <w:tr>
        <w:tc>
          <w:tcPr>
            <w:tcW w:type="dxa" w:w="2880"/>
          </w:tcPr>
          <w:p>
            <w:r>
              <w:t>2026-04-01</w:t>
            </w:r>
          </w:p>
        </w:tc>
        <w:tc>
          <w:tcPr>
            <w:tcW w:type="dxa" w:w="2880"/>
          </w:tcPr>
          <w:p>
            <w:r>
              <w:t>Other</w:t>
            </w:r>
          </w:p>
        </w:tc>
        <w:tc>
          <w:tcPr>
            <w:tcW w:type="dxa" w:w="2880"/>
          </w:tcPr>
          <w:p>
            <w:r>
              <w:t>8</w:t>
            </w:r>
          </w:p>
        </w:tc>
      </w:tr>
      <w:tr>
        <w:tc>
          <w:tcPr>
            <w:tcW w:type="dxa" w:w="2880"/>
          </w:tcPr>
          <w:p>
            <w:r>
              <w:t>2026-05-01</w:t>
            </w:r>
          </w:p>
        </w:tc>
        <w:tc>
          <w:tcPr>
            <w:tcW w:type="dxa" w:w="2880"/>
          </w:tcPr>
          <w:p>
            <w:r>
              <w:t>2</w:t>
            </w:r>
          </w:p>
        </w:tc>
        <w:tc>
          <w:tcPr>
            <w:tcW w:type="dxa" w:w="2880"/>
          </w:tcPr>
          <w:p>
            <w:r>
              <w:t>5</w:t>
            </w:r>
          </w:p>
        </w:tc>
      </w:tr>
      <w:tr>
        <w:tc>
          <w:tcPr>
            <w:tcW w:type="dxa" w:w="2880"/>
          </w:tcPr>
          <w:p>
            <w:r>
              <w:t>2026-05-01</w:t>
            </w:r>
          </w:p>
        </w:tc>
        <w:tc>
          <w:tcPr>
            <w:tcW w:type="dxa" w:w="2880"/>
          </w:tcPr>
          <w:p>
            <w:r>
              <w:t>1</w:t>
            </w:r>
          </w:p>
        </w:tc>
        <w:tc>
          <w:tcPr>
            <w:tcW w:type="dxa" w:w="2880"/>
          </w:tcPr>
          <w:p>
            <w:r>
              <w:t>5</w:t>
            </w:r>
          </w:p>
        </w:tc>
      </w:tr>
      <w:tr>
        <w:tc>
          <w:tcPr>
            <w:tcW w:type="dxa" w:w="2880"/>
          </w:tcPr>
          <w:p>
            <w:r>
              <w:t>2026-05-01</w:t>
            </w:r>
          </w:p>
        </w:tc>
        <w:tc>
          <w:tcPr>
            <w:tcW w:type="dxa" w:w="2880"/>
          </w:tcPr>
          <w:p>
            <w:r>
              <w:t>3</w:t>
            </w:r>
          </w:p>
        </w:tc>
        <w:tc>
          <w:tcPr>
            <w:tcW w:type="dxa" w:w="2880"/>
          </w:tcPr>
          <w:p>
            <w:r>
              <w:t>1</w:t>
            </w:r>
          </w:p>
        </w:tc>
      </w:tr>
      <w:tr>
        <w:tc>
          <w:tcPr>
            <w:tcW w:type="dxa" w:w="2880"/>
          </w:tcPr>
          <w:p>
            <w:r>
              <w:t>2026-05-01</w:t>
            </w:r>
          </w:p>
        </w:tc>
        <w:tc>
          <w:tcPr>
            <w:tcW w:type="dxa" w:w="2880"/>
          </w:tcPr>
          <w:p>
            <w:r>
              <w:t>4</w:t>
            </w:r>
          </w:p>
        </w:tc>
        <w:tc>
          <w:tcPr>
            <w:tcW w:type="dxa" w:w="2880"/>
          </w:tcPr>
          <w:p>
            <w:r>
              <w:t>1</w:t>
            </w:r>
          </w:p>
        </w:tc>
      </w:tr>
      <w:tr>
        <w:tc>
          <w:tcPr>
            <w:tcW w:type="dxa" w:w="2880"/>
          </w:tcPr>
          <w:p>
            <w:r>
              <w:t>2026-05-01</w:t>
            </w:r>
          </w:p>
        </w:tc>
        <w:tc>
          <w:tcPr>
            <w:tcW w:type="dxa" w:w="2880"/>
          </w:tcPr>
          <w:p>
            <w:r>
              <w:t>5</w:t>
            </w:r>
          </w:p>
        </w:tc>
        <w:tc>
          <w:tcPr>
            <w:tcW w:type="dxa" w:w="2880"/>
          </w:tcPr>
          <w:p>
            <w:r>
              <w:t>1</w:t>
            </w:r>
          </w:p>
        </w:tc>
      </w:tr>
      <w:tr>
        <w:tc>
          <w:tcPr>
            <w:tcW w:type="dxa" w:w="2880"/>
          </w:tcPr>
          <w:p>
            <w:r>
              <w:t>2026-05-01</w:t>
            </w:r>
          </w:p>
        </w:tc>
        <w:tc>
          <w:tcPr>
            <w:tcW w:type="dxa" w:w="2880"/>
          </w:tcPr>
          <w:p>
            <w:r>
              <w:t>Other</w:t>
            </w:r>
          </w:p>
        </w:tc>
        <w:tc>
          <w:tcPr>
            <w:tcW w:type="dxa" w:w="2880"/>
          </w:tcPr>
          <w:p>
            <w:r>
              <w:t>2</w:t>
            </w:r>
          </w:p>
        </w:tc>
      </w:tr>
    </w:tbl>
    <w:p/>
    <w:p>
      <w:pPr>
        <w:pStyle w:val="Heading2"/>
      </w:pPr>
      <w:r>
        <w:t>Figure 32. Hot spot analysis: Bird surveys over time [75]</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2025-03-01</w:t>
            </w:r>
          </w:p>
        </w:tc>
        <w:tc>
          <w:tcPr>
            <w:tcW w:type="dxa" w:w="2880"/>
          </w:tcPr>
          <w:p>
            <w:r>
              <w:t>2</w:t>
            </w:r>
          </w:p>
        </w:tc>
        <w:tc>
          <w:tcPr>
            <w:tcW w:type="dxa" w:w="2880"/>
          </w:tcPr>
          <w:p>
            <w:r>
              <w:t>20</w:t>
            </w:r>
          </w:p>
        </w:tc>
      </w:tr>
      <w:tr>
        <w:tc>
          <w:tcPr>
            <w:tcW w:type="dxa" w:w="2880"/>
          </w:tcPr>
          <w:p>
            <w:r>
              <w:t>2025-03-01</w:t>
            </w:r>
          </w:p>
        </w:tc>
        <w:tc>
          <w:tcPr>
            <w:tcW w:type="dxa" w:w="2880"/>
          </w:tcPr>
          <w:p>
            <w:r>
              <w:t>1</w:t>
            </w:r>
          </w:p>
        </w:tc>
        <w:tc>
          <w:tcPr>
            <w:tcW w:type="dxa" w:w="2880"/>
          </w:tcPr>
          <w:p>
            <w:r>
              <w:t>23</w:t>
            </w:r>
          </w:p>
        </w:tc>
      </w:tr>
      <w:tr>
        <w:tc>
          <w:tcPr>
            <w:tcW w:type="dxa" w:w="2880"/>
          </w:tcPr>
          <w:p>
            <w:r>
              <w:t>2025-03-01</w:t>
            </w:r>
          </w:p>
        </w:tc>
        <w:tc>
          <w:tcPr>
            <w:tcW w:type="dxa" w:w="2880"/>
          </w:tcPr>
          <w:p>
            <w:r>
              <w:t>3</w:t>
            </w:r>
          </w:p>
        </w:tc>
        <w:tc>
          <w:tcPr>
            <w:tcW w:type="dxa" w:w="2880"/>
          </w:tcPr>
          <w:p>
            <w:r>
              <w:t>17</w:t>
            </w:r>
          </w:p>
        </w:tc>
      </w:tr>
      <w:tr>
        <w:tc>
          <w:tcPr>
            <w:tcW w:type="dxa" w:w="2880"/>
          </w:tcPr>
          <w:p>
            <w:r>
              <w:t>2025-03-01</w:t>
            </w:r>
          </w:p>
        </w:tc>
        <w:tc>
          <w:tcPr>
            <w:tcW w:type="dxa" w:w="2880"/>
          </w:tcPr>
          <w:p>
            <w:r>
              <w:t>4</w:t>
            </w:r>
          </w:p>
        </w:tc>
        <w:tc>
          <w:tcPr>
            <w:tcW w:type="dxa" w:w="2880"/>
          </w:tcPr>
          <w:p>
            <w:r>
              <w:t>19</w:t>
            </w:r>
          </w:p>
        </w:tc>
      </w:tr>
      <w:tr>
        <w:tc>
          <w:tcPr>
            <w:tcW w:type="dxa" w:w="2880"/>
          </w:tcPr>
          <w:p>
            <w:r>
              <w:t>2025-03-01</w:t>
            </w:r>
          </w:p>
        </w:tc>
        <w:tc>
          <w:tcPr>
            <w:tcW w:type="dxa" w:w="2880"/>
          </w:tcPr>
          <w:p>
            <w:r>
              <w:t>5</w:t>
            </w:r>
          </w:p>
        </w:tc>
        <w:tc>
          <w:tcPr>
            <w:tcW w:type="dxa" w:w="2880"/>
          </w:tcPr>
          <w:p>
            <w:r>
              <w:t>15</w:t>
            </w:r>
          </w:p>
        </w:tc>
      </w:tr>
      <w:tr>
        <w:tc>
          <w:tcPr>
            <w:tcW w:type="dxa" w:w="2880"/>
          </w:tcPr>
          <w:p>
            <w:r>
              <w:t>2025-03-01</w:t>
            </w:r>
          </w:p>
        </w:tc>
        <w:tc>
          <w:tcPr>
            <w:tcW w:type="dxa" w:w="2880"/>
          </w:tcPr>
          <w:p>
            <w:r>
              <w:t>Other</w:t>
            </w:r>
          </w:p>
        </w:tc>
        <w:tc>
          <w:tcPr>
            <w:tcW w:type="dxa" w:w="2880"/>
          </w:tcPr>
          <w:p>
            <w:r>
              <w:t>9</w:t>
            </w:r>
          </w:p>
        </w:tc>
      </w:tr>
      <w:tr>
        <w:tc>
          <w:tcPr>
            <w:tcW w:type="dxa" w:w="2880"/>
          </w:tcPr>
          <w:p>
            <w:r>
              <w:t>2025-04-01</w:t>
            </w:r>
          </w:p>
        </w:tc>
        <w:tc>
          <w:tcPr>
            <w:tcW w:type="dxa" w:w="2880"/>
          </w:tcPr>
          <w:p>
            <w:r>
              <w:t>2</w:t>
            </w:r>
          </w:p>
        </w:tc>
        <w:tc>
          <w:tcPr>
            <w:tcW w:type="dxa" w:w="2880"/>
          </w:tcPr>
          <w:p>
            <w:r>
              <w:t>24</w:t>
            </w:r>
          </w:p>
        </w:tc>
      </w:tr>
      <w:tr>
        <w:tc>
          <w:tcPr>
            <w:tcW w:type="dxa" w:w="2880"/>
          </w:tcPr>
          <w:p>
            <w:r>
              <w:t>2025-04-01</w:t>
            </w:r>
          </w:p>
        </w:tc>
        <w:tc>
          <w:tcPr>
            <w:tcW w:type="dxa" w:w="2880"/>
          </w:tcPr>
          <w:p>
            <w:r>
              <w:t>1</w:t>
            </w:r>
          </w:p>
        </w:tc>
        <w:tc>
          <w:tcPr>
            <w:tcW w:type="dxa" w:w="2880"/>
          </w:tcPr>
          <w:p>
            <w:r>
              <w:t>25</w:t>
            </w:r>
          </w:p>
        </w:tc>
      </w:tr>
      <w:tr>
        <w:tc>
          <w:tcPr>
            <w:tcW w:type="dxa" w:w="2880"/>
          </w:tcPr>
          <w:p>
            <w:r>
              <w:t>2025-04-01</w:t>
            </w:r>
          </w:p>
        </w:tc>
        <w:tc>
          <w:tcPr>
            <w:tcW w:type="dxa" w:w="2880"/>
          </w:tcPr>
          <w:p>
            <w:r>
              <w:t>3</w:t>
            </w:r>
          </w:p>
        </w:tc>
        <w:tc>
          <w:tcPr>
            <w:tcW w:type="dxa" w:w="2880"/>
          </w:tcPr>
          <w:p>
            <w:r>
              <w:t>13</w:t>
            </w:r>
          </w:p>
        </w:tc>
      </w:tr>
      <w:tr>
        <w:tc>
          <w:tcPr>
            <w:tcW w:type="dxa" w:w="2880"/>
          </w:tcPr>
          <w:p>
            <w:r>
              <w:t>2025-04-01</w:t>
            </w:r>
          </w:p>
        </w:tc>
        <w:tc>
          <w:tcPr>
            <w:tcW w:type="dxa" w:w="2880"/>
          </w:tcPr>
          <w:p>
            <w:r>
              <w:t>4</w:t>
            </w:r>
          </w:p>
        </w:tc>
        <w:tc>
          <w:tcPr>
            <w:tcW w:type="dxa" w:w="2880"/>
          </w:tcPr>
          <w:p>
            <w:r>
              <w:t>9</w:t>
            </w:r>
          </w:p>
        </w:tc>
      </w:tr>
      <w:tr>
        <w:tc>
          <w:tcPr>
            <w:tcW w:type="dxa" w:w="2880"/>
          </w:tcPr>
          <w:p>
            <w:r>
              <w:t>2025-04-01</w:t>
            </w:r>
          </w:p>
        </w:tc>
        <w:tc>
          <w:tcPr>
            <w:tcW w:type="dxa" w:w="2880"/>
          </w:tcPr>
          <w:p>
            <w:r>
              <w:t>5</w:t>
            </w:r>
          </w:p>
        </w:tc>
        <w:tc>
          <w:tcPr>
            <w:tcW w:type="dxa" w:w="2880"/>
          </w:tcPr>
          <w:p>
            <w:r>
              <w:t>10</w:t>
            </w:r>
          </w:p>
        </w:tc>
      </w:tr>
      <w:tr>
        <w:tc>
          <w:tcPr>
            <w:tcW w:type="dxa" w:w="2880"/>
          </w:tcPr>
          <w:p>
            <w:r>
              <w:t>2025-04-01</w:t>
            </w:r>
          </w:p>
        </w:tc>
        <w:tc>
          <w:tcPr>
            <w:tcW w:type="dxa" w:w="2880"/>
          </w:tcPr>
          <w:p>
            <w:r>
              <w:t>Other</w:t>
            </w:r>
          </w:p>
        </w:tc>
        <w:tc>
          <w:tcPr>
            <w:tcW w:type="dxa" w:w="2880"/>
          </w:tcPr>
          <w:p>
            <w:r>
              <w:t>4</w:t>
            </w:r>
          </w:p>
        </w:tc>
      </w:tr>
      <w:tr>
        <w:tc>
          <w:tcPr>
            <w:tcW w:type="dxa" w:w="2880"/>
          </w:tcPr>
          <w:p>
            <w:r>
              <w:t>2025-05-01</w:t>
            </w:r>
          </w:p>
        </w:tc>
        <w:tc>
          <w:tcPr>
            <w:tcW w:type="dxa" w:w="2880"/>
          </w:tcPr>
          <w:p>
            <w:r>
              <w:t>2</w:t>
            </w:r>
          </w:p>
        </w:tc>
        <w:tc>
          <w:tcPr>
            <w:tcW w:type="dxa" w:w="2880"/>
          </w:tcPr>
          <w:p>
            <w:r>
              <w:t>7</w:t>
            </w:r>
          </w:p>
        </w:tc>
      </w:tr>
      <w:tr>
        <w:tc>
          <w:tcPr>
            <w:tcW w:type="dxa" w:w="2880"/>
          </w:tcPr>
          <w:p>
            <w:r>
              <w:t>2025-05-01</w:t>
            </w:r>
          </w:p>
        </w:tc>
        <w:tc>
          <w:tcPr>
            <w:tcW w:type="dxa" w:w="2880"/>
          </w:tcPr>
          <w:p>
            <w:r>
              <w:t>1</w:t>
            </w:r>
          </w:p>
        </w:tc>
        <w:tc>
          <w:tcPr>
            <w:tcW w:type="dxa" w:w="2880"/>
          </w:tcPr>
          <w:p>
            <w:r>
              <w:t>4</w:t>
            </w:r>
          </w:p>
        </w:tc>
      </w:tr>
      <w:tr>
        <w:tc>
          <w:tcPr>
            <w:tcW w:type="dxa" w:w="2880"/>
          </w:tcPr>
          <w:p>
            <w:r>
              <w:t>2025-05-01</w:t>
            </w:r>
          </w:p>
        </w:tc>
        <w:tc>
          <w:tcPr>
            <w:tcW w:type="dxa" w:w="2880"/>
          </w:tcPr>
          <w:p>
            <w:r>
              <w:t>3</w:t>
            </w:r>
          </w:p>
        </w:tc>
        <w:tc>
          <w:tcPr>
            <w:tcW w:type="dxa" w:w="2880"/>
          </w:tcPr>
          <w:p>
            <w:r>
              <w:t>7</w:t>
            </w:r>
          </w:p>
        </w:tc>
      </w:tr>
      <w:tr>
        <w:tc>
          <w:tcPr>
            <w:tcW w:type="dxa" w:w="2880"/>
          </w:tcPr>
          <w:p>
            <w:r>
              <w:t>2025-05-01</w:t>
            </w:r>
          </w:p>
        </w:tc>
        <w:tc>
          <w:tcPr>
            <w:tcW w:type="dxa" w:w="2880"/>
          </w:tcPr>
          <w:p>
            <w:r>
              <w:t>4</w:t>
            </w:r>
          </w:p>
        </w:tc>
        <w:tc>
          <w:tcPr>
            <w:tcW w:type="dxa" w:w="2880"/>
          </w:tcPr>
          <w:p>
            <w:r>
              <w:t>2</w:t>
            </w:r>
          </w:p>
        </w:tc>
      </w:tr>
      <w:tr>
        <w:tc>
          <w:tcPr>
            <w:tcW w:type="dxa" w:w="2880"/>
          </w:tcPr>
          <w:p>
            <w:r>
              <w:t>2025-05-01</w:t>
            </w:r>
          </w:p>
        </w:tc>
        <w:tc>
          <w:tcPr>
            <w:tcW w:type="dxa" w:w="2880"/>
          </w:tcPr>
          <w:p>
            <w:r>
              <w:t>5</w:t>
            </w:r>
          </w:p>
        </w:tc>
        <w:tc>
          <w:tcPr>
            <w:tcW w:type="dxa" w:w="2880"/>
          </w:tcPr>
          <w:p>
            <w:r>
              <w:t>1</w:t>
            </w:r>
          </w:p>
        </w:tc>
      </w:tr>
      <w:tr>
        <w:tc>
          <w:tcPr>
            <w:tcW w:type="dxa" w:w="2880"/>
          </w:tcPr>
          <w:p>
            <w:r>
              <w:t>2025-05-01</w:t>
            </w:r>
          </w:p>
        </w:tc>
        <w:tc>
          <w:tcPr>
            <w:tcW w:type="dxa" w:w="2880"/>
          </w:tcPr>
          <w:p>
            <w:r>
              <w:t>Other</w:t>
            </w:r>
          </w:p>
        </w:tc>
        <w:tc>
          <w:tcPr>
            <w:tcW w:type="dxa" w:w="2880"/>
          </w:tcPr>
          <w:p>
            <w:r>
              <w:t>2</w:t>
            </w:r>
          </w:p>
        </w:tc>
      </w:tr>
      <w:tr>
        <w:tc>
          <w:tcPr>
            <w:tcW w:type="dxa" w:w="2880"/>
          </w:tcPr>
          <w:p>
            <w:r>
              <w:t>2025-06-01</w:t>
            </w:r>
          </w:p>
        </w:tc>
        <w:tc>
          <w:tcPr>
            <w:tcW w:type="dxa" w:w="2880"/>
          </w:tcPr>
          <w:p>
            <w:r>
              <w:t>2</w:t>
            </w:r>
          </w:p>
        </w:tc>
        <w:tc>
          <w:tcPr>
            <w:tcW w:type="dxa" w:w="2880"/>
          </w:tcPr>
          <w:p>
            <w:r>
              <w:t>8</w:t>
            </w:r>
          </w:p>
        </w:tc>
      </w:tr>
      <w:tr>
        <w:tc>
          <w:tcPr>
            <w:tcW w:type="dxa" w:w="2880"/>
          </w:tcPr>
          <w:p>
            <w:r>
              <w:t>2025-06-01</w:t>
            </w:r>
          </w:p>
        </w:tc>
        <w:tc>
          <w:tcPr>
            <w:tcW w:type="dxa" w:w="2880"/>
          </w:tcPr>
          <w:p>
            <w:r>
              <w:t>1</w:t>
            </w:r>
          </w:p>
        </w:tc>
        <w:tc>
          <w:tcPr>
            <w:tcW w:type="dxa" w:w="2880"/>
          </w:tcPr>
          <w:p>
            <w:r>
              <w:t>3</w:t>
            </w:r>
          </w:p>
        </w:tc>
      </w:tr>
      <w:tr>
        <w:tc>
          <w:tcPr>
            <w:tcW w:type="dxa" w:w="2880"/>
          </w:tcPr>
          <w:p>
            <w:r>
              <w:t>2025-06-01</w:t>
            </w:r>
          </w:p>
        </w:tc>
        <w:tc>
          <w:tcPr>
            <w:tcW w:type="dxa" w:w="2880"/>
          </w:tcPr>
          <w:p>
            <w:r>
              <w:t>3</w:t>
            </w:r>
          </w:p>
        </w:tc>
        <w:tc>
          <w:tcPr>
            <w:tcW w:type="dxa" w:w="2880"/>
          </w:tcPr>
          <w:p>
            <w:r>
              <w:t>5</w:t>
            </w:r>
          </w:p>
        </w:tc>
      </w:tr>
      <w:tr>
        <w:tc>
          <w:tcPr>
            <w:tcW w:type="dxa" w:w="2880"/>
          </w:tcPr>
          <w:p>
            <w:r>
              <w:t>2025-06-01</w:t>
            </w:r>
          </w:p>
        </w:tc>
        <w:tc>
          <w:tcPr>
            <w:tcW w:type="dxa" w:w="2880"/>
          </w:tcPr>
          <w:p>
            <w:r>
              <w:t>4</w:t>
            </w:r>
          </w:p>
        </w:tc>
        <w:tc>
          <w:tcPr>
            <w:tcW w:type="dxa" w:w="2880"/>
          </w:tcPr>
          <w:p>
            <w:r>
              <w:t>5</w:t>
            </w:r>
          </w:p>
        </w:tc>
      </w:tr>
      <w:tr>
        <w:tc>
          <w:tcPr>
            <w:tcW w:type="dxa" w:w="2880"/>
          </w:tcPr>
          <w:p>
            <w:r>
              <w:t>2025-06-01</w:t>
            </w:r>
          </w:p>
        </w:tc>
        <w:tc>
          <w:tcPr>
            <w:tcW w:type="dxa" w:w="2880"/>
          </w:tcPr>
          <w:p>
            <w:r>
              <w:t>5</w:t>
            </w:r>
          </w:p>
        </w:tc>
        <w:tc>
          <w:tcPr>
            <w:tcW w:type="dxa" w:w="2880"/>
          </w:tcPr>
          <w:p>
            <w:r>
              <w:t>1</w:t>
            </w:r>
          </w:p>
        </w:tc>
      </w:tr>
      <w:tr>
        <w:tc>
          <w:tcPr>
            <w:tcW w:type="dxa" w:w="2880"/>
          </w:tcPr>
          <w:p>
            <w:r>
              <w:t>2025-06-01</w:t>
            </w:r>
          </w:p>
        </w:tc>
        <w:tc>
          <w:tcPr>
            <w:tcW w:type="dxa" w:w="2880"/>
          </w:tcPr>
          <w:p>
            <w:r>
              <w:t>Other</w:t>
            </w:r>
          </w:p>
        </w:tc>
        <w:tc>
          <w:tcPr>
            <w:tcW w:type="dxa" w:w="2880"/>
          </w:tcPr>
          <w:p>
            <w:r>
              <w:t>2</w:t>
            </w:r>
          </w:p>
        </w:tc>
      </w:tr>
      <w:tr>
        <w:tc>
          <w:tcPr>
            <w:tcW w:type="dxa" w:w="2880"/>
          </w:tcPr>
          <w:p>
            <w:r>
              <w:t>2025-07-01</w:t>
            </w:r>
          </w:p>
        </w:tc>
        <w:tc>
          <w:tcPr>
            <w:tcW w:type="dxa" w:w="2880"/>
          </w:tcPr>
          <w:p>
            <w:r>
              <w:t>2</w:t>
            </w:r>
          </w:p>
        </w:tc>
        <w:tc>
          <w:tcPr>
            <w:tcW w:type="dxa" w:w="2880"/>
          </w:tcPr>
          <w:p>
            <w:r>
              <w:t>5</w:t>
            </w:r>
          </w:p>
        </w:tc>
      </w:tr>
      <w:tr>
        <w:tc>
          <w:tcPr>
            <w:tcW w:type="dxa" w:w="2880"/>
          </w:tcPr>
          <w:p>
            <w:r>
              <w:t>2025-07-01</w:t>
            </w:r>
          </w:p>
        </w:tc>
        <w:tc>
          <w:tcPr>
            <w:tcW w:type="dxa" w:w="2880"/>
          </w:tcPr>
          <w:p>
            <w:r>
              <w:t>1</w:t>
            </w:r>
          </w:p>
        </w:tc>
        <w:tc>
          <w:tcPr>
            <w:tcW w:type="dxa" w:w="2880"/>
          </w:tcPr>
          <w:p>
            <w:r>
              <w:t>3</w:t>
            </w:r>
          </w:p>
        </w:tc>
      </w:tr>
      <w:tr>
        <w:tc>
          <w:tcPr>
            <w:tcW w:type="dxa" w:w="2880"/>
          </w:tcPr>
          <w:p>
            <w:r>
              <w:t>2025-07-01</w:t>
            </w:r>
          </w:p>
        </w:tc>
        <w:tc>
          <w:tcPr>
            <w:tcW w:type="dxa" w:w="2880"/>
          </w:tcPr>
          <w:p>
            <w:r>
              <w:t>3</w:t>
            </w:r>
          </w:p>
        </w:tc>
        <w:tc>
          <w:tcPr>
            <w:tcW w:type="dxa" w:w="2880"/>
          </w:tcPr>
          <w:p>
            <w:r>
              <w:t>6</w:t>
            </w:r>
          </w:p>
        </w:tc>
      </w:tr>
      <w:tr>
        <w:tc>
          <w:tcPr>
            <w:tcW w:type="dxa" w:w="2880"/>
          </w:tcPr>
          <w:p>
            <w:r>
              <w:t>2025-07-01</w:t>
            </w:r>
          </w:p>
        </w:tc>
        <w:tc>
          <w:tcPr>
            <w:tcW w:type="dxa" w:w="2880"/>
          </w:tcPr>
          <w:p>
            <w:r>
              <w:t>4</w:t>
            </w:r>
          </w:p>
        </w:tc>
        <w:tc>
          <w:tcPr>
            <w:tcW w:type="dxa" w:w="2880"/>
          </w:tcPr>
          <w:p>
            <w:r>
              <w:t>5</w:t>
            </w:r>
          </w:p>
        </w:tc>
      </w:tr>
      <w:tr>
        <w:tc>
          <w:tcPr>
            <w:tcW w:type="dxa" w:w="2880"/>
          </w:tcPr>
          <w:p>
            <w:r>
              <w:t>2025-07-01</w:t>
            </w:r>
          </w:p>
        </w:tc>
        <w:tc>
          <w:tcPr>
            <w:tcW w:type="dxa" w:w="2880"/>
          </w:tcPr>
          <w:p>
            <w:r>
              <w:t>5</w:t>
            </w:r>
          </w:p>
        </w:tc>
        <w:tc>
          <w:tcPr>
            <w:tcW w:type="dxa" w:w="2880"/>
          </w:tcPr>
          <w:p>
            <w:r>
              <w:t>1</w:t>
            </w:r>
          </w:p>
        </w:tc>
      </w:tr>
      <w:tr>
        <w:tc>
          <w:tcPr>
            <w:tcW w:type="dxa" w:w="2880"/>
          </w:tcPr>
          <w:p>
            <w:r>
              <w:t>2025-07-01</w:t>
            </w:r>
          </w:p>
        </w:tc>
        <w:tc>
          <w:tcPr>
            <w:tcW w:type="dxa" w:w="2880"/>
          </w:tcPr>
          <w:p>
            <w:r>
              <w:t>Other</w:t>
            </w:r>
          </w:p>
        </w:tc>
        <w:tc>
          <w:tcPr>
            <w:tcW w:type="dxa" w:w="2880"/>
          </w:tcPr>
          <w:p>
            <w:r>
              <w:t>2</w:t>
            </w:r>
          </w:p>
        </w:tc>
      </w:tr>
      <w:tr>
        <w:tc>
          <w:tcPr>
            <w:tcW w:type="dxa" w:w="2880"/>
          </w:tcPr>
          <w:p>
            <w:r>
              <w:t>2025-08-01</w:t>
            </w:r>
          </w:p>
        </w:tc>
        <w:tc>
          <w:tcPr>
            <w:tcW w:type="dxa" w:w="2880"/>
          </w:tcPr>
          <w:p>
            <w:r>
              <w:t>2</w:t>
            </w:r>
          </w:p>
        </w:tc>
        <w:tc>
          <w:tcPr>
            <w:tcW w:type="dxa" w:w="2880"/>
          </w:tcPr>
          <w:p>
            <w:r>
              <w:t>5</w:t>
            </w:r>
          </w:p>
        </w:tc>
      </w:tr>
      <w:tr>
        <w:tc>
          <w:tcPr>
            <w:tcW w:type="dxa" w:w="2880"/>
          </w:tcPr>
          <w:p>
            <w:r>
              <w:t>2025-08-01</w:t>
            </w:r>
          </w:p>
        </w:tc>
        <w:tc>
          <w:tcPr>
            <w:tcW w:type="dxa" w:w="2880"/>
          </w:tcPr>
          <w:p>
            <w:r>
              <w:t>1</w:t>
            </w:r>
          </w:p>
        </w:tc>
        <w:tc>
          <w:tcPr>
            <w:tcW w:type="dxa" w:w="2880"/>
          </w:tcPr>
          <w:p>
            <w:r>
              <w:t>3</w:t>
            </w:r>
          </w:p>
        </w:tc>
      </w:tr>
      <w:tr>
        <w:tc>
          <w:tcPr>
            <w:tcW w:type="dxa" w:w="2880"/>
          </w:tcPr>
          <w:p>
            <w:r>
              <w:t>2025-08-01</w:t>
            </w:r>
          </w:p>
        </w:tc>
        <w:tc>
          <w:tcPr>
            <w:tcW w:type="dxa" w:w="2880"/>
          </w:tcPr>
          <w:p>
            <w:r>
              <w:t>3</w:t>
            </w:r>
          </w:p>
        </w:tc>
        <w:tc>
          <w:tcPr>
            <w:tcW w:type="dxa" w:w="2880"/>
          </w:tcPr>
          <w:p>
            <w:r>
              <w:t>6</w:t>
            </w:r>
          </w:p>
        </w:tc>
      </w:tr>
      <w:tr>
        <w:tc>
          <w:tcPr>
            <w:tcW w:type="dxa" w:w="2880"/>
          </w:tcPr>
          <w:p>
            <w:r>
              <w:t>2025-08-01</w:t>
            </w:r>
          </w:p>
        </w:tc>
        <w:tc>
          <w:tcPr>
            <w:tcW w:type="dxa" w:w="2880"/>
          </w:tcPr>
          <w:p>
            <w:r>
              <w:t>4</w:t>
            </w:r>
          </w:p>
        </w:tc>
        <w:tc>
          <w:tcPr>
            <w:tcW w:type="dxa" w:w="2880"/>
          </w:tcPr>
          <w:p>
            <w:r>
              <w:t>3</w:t>
            </w:r>
          </w:p>
        </w:tc>
      </w:tr>
      <w:tr>
        <w:tc>
          <w:tcPr>
            <w:tcW w:type="dxa" w:w="2880"/>
          </w:tcPr>
          <w:p>
            <w:r>
              <w:t>2025-08-01</w:t>
            </w:r>
          </w:p>
        </w:tc>
        <w:tc>
          <w:tcPr>
            <w:tcW w:type="dxa" w:w="2880"/>
          </w:tcPr>
          <w:p>
            <w:r>
              <w:t>5</w:t>
            </w:r>
          </w:p>
        </w:tc>
        <w:tc>
          <w:tcPr>
            <w:tcW w:type="dxa" w:w="2880"/>
          </w:tcPr>
          <w:p>
            <w:r>
              <w:t>2</w:t>
            </w:r>
          </w:p>
        </w:tc>
      </w:tr>
      <w:tr>
        <w:tc>
          <w:tcPr>
            <w:tcW w:type="dxa" w:w="2880"/>
          </w:tcPr>
          <w:p>
            <w:r>
              <w:t>2025-08-01</w:t>
            </w:r>
          </w:p>
        </w:tc>
        <w:tc>
          <w:tcPr>
            <w:tcW w:type="dxa" w:w="2880"/>
          </w:tcPr>
          <w:p>
            <w:r>
              <w:t>Other</w:t>
            </w:r>
          </w:p>
        </w:tc>
        <w:tc>
          <w:tcPr>
            <w:tcW w:type="dxa" w:w="2880"/>
          </w:tcPr>
          <w:p>
            <w:r>
              <w:t>3</w:t>
            </w:r>
          </w:p>
        </w:tc>
      </w:tr>
      <w:tr>
        <w:tc>
          <w:tcPr>
            <w:tcW w:type="dxa" w:w="2880"/>
          </w:tcPr>
          <w:p>
            <w:r>
              <w:t>2025-09-01</w:t>
            </w:r>
          </w:p>
        </w:tc>
        <w:tc>
          <w:tcPr>
            <w:tcW w:type="dxa" w:w="2880"/>
          </w:tcPr>
          <w:p>
            <w:r>
              <w:t>2</w:t>
            </w:r>
          </w:p>
        </w:tc>
        <w:tc>
          <w:tcPr>
            <w:tcW w:type="dxa" w:w="2880"/>
          </w:tcPr>
          <w:p>
            <w:r>
              <w:t>20</w:t>
            </w:r>
          </w:p>
        </w:tc>
      </w:tr>
      <w:tr>
        <w:tc>
          <w:tcPr>
            <w:tcW w:type="dxa" w:w="2880"/>
          </w:tcPr>
          <w:p>
            <w:r>
              <w:t>2025-09-01</w:t>
            </w:r>
          </w:p>
        </w:tc>
        <w:tc>
          <w:tcPr>
            <w:tcW w:type="dxa" w:w="2880"/>
          </w:tcPr>
          <w:p>
            <w:r>
              <w:t>1</w:t>
            </w:r>
          </w:p>
        </w:tc>
        <w:tc>
          <w:tcPr>
            <w:tcW w:type="dxa" w:w="2880"/>
          </w:tcPr>
          <w:p>
            <w:r>
              <w:t>17</w:t>
            </w:r>
          </w:p>
        </w:tc>
      </w:tr>
      <w:tr>
        <w:tc>
          <w:tcPr>
            <w:tcW w:type="dxa" w:w="2880"/>
          </w:tcPr>
          <w:p>
            <w:r>
              <w:t>2025-09-01</w:t>
            </w:r>
          </w:p>
        </w:tc>
        <w:tc>
          <w:tcPr>
            <w:tcW w:type="dxa" w:w="2880"/>
          </w:tcPr>
          <w:p>
            <w:r>
              <w:t>3</w:t>
            </w:r>
          </w:p>
        </w:tc>
        <w:tc>
          <w:tcPr>
            <w:tcW w:type="dxa" w:w="2880"/>
          </w:tcPr>
          <w:p>
            <w:r>
              <w:t>14</w:t>
            </w:r>
          </w:p>
        </w:tc>
      </w:tr>
      <w:tr>
        <w:tc>
          <w:tcPr>
            <w:tcW w:type="dxa" w:w="2880"/>
          </w:tcPr>
          <w:p>
            <w:r>
              <w:t>2025-09-01</w:t>
            </w:r>
          </w:p>
        </w:tc>
        <w:tc>
          <w:tcPr>
            <w:tcW w:type="dxa" w:w="2880"/>
          </w:tcPr>
          <w:p>
            <w:r>
              <w:t>4</w:t>
            </w:r>
          </w:p>
        </w:tc>
        <w:tc>
          <w:tcPr>
            <w:tcW w:type="dxa" w:w="2880"/>
          </w:tcPr>
          <w:p>
            <w:r>
              <w:t>8</w:t>
            </w:r>
          </w:p>
        </w:tc>
      </w:tr>
      <w:tr>
        <w:tc>
          <w:tcPr>
            <w:tcW w:type="dxa" w:w="2880"/>
          </w:tcPr>
          <w:p>
            <w:r>
              <w:t>2025-09-01</w:t>
            </w:r>
          </w:p>
        </w:tc>
        <w:tc>
          <w:tcPr>
            <w:tcW w:type="dxa" w:w="2880"/>
          </w:tcPr>
          <w:p>
            <w:r>
              <w:t>5</w:t>
            </w:r>
          </w:p>
        </w:tc>
        <w:tc>
          <w:tcPr>
            <w:tcW w:type="dxa" w:w="2880"/>
          </w:tcPr>
          <w:p>
            <w:r>
              <w:t>2</w:t>
            </w:r>
          </w:p>
        </w:tc>
      </w:tr>
      <w:tr>
        <w:tc>
          <w:tcPr>
            <w:tcW w:type="dxa" w:w="2880"/>
          </w:tcPr>
          <w:p>
            <w:r>
              <w:t>2025-09-01</w:t>
            </w:r>
          </w:p>
        </w:tc>
        <w:tc>
          <w:tcPr>
            <w:tcW w:type="dxa" w:w="2880"/>
          </w:tcPr>
          <w:p>
            <w:r>
              <w:t>Other</w:t>
            </w:r>
          </w:p>
        </w:tc>
        <w:tc>
          <w:tcPr>
            <w:tcW w:type="dxa" w:w="2880"/>
          </w:tcPr>
          <w:p>
            <w:r>
              <w:t>2</w:t>
            </w:r>
          </w:p>
        </w:tc>
      </w:tr>
      <w:tr>
        <w:tc>
          <w:tcPr>
            <w:tcW w:type="dxa" w:w="2880"/>
          </w:tcPr>
          <w:p>
            <w:r>
              <w:t>2025-10-01</w:t>
            </w:r>
          </w:p>
        </w:tc>
        <w:tc>
          <w:tcPr>
            <w:tcW w:type="dxa" w:w="2880"/>
          </w:tcPr>
          <w:p>
            <w:r>
              <w:t>2</w:t>
            </w:r>
          </w:p>
        </w:tc>
        <w:tc>
          <w:tcPr>
            <w:tcW w:type="dxa" w:w="2880"/>
          </w:tcPr>
          <w:p>
            <w:r>
              <w:t>19</w:t>
            </w:r>
          </w:p>
        </w:tc>
      </w:tr>
      <w:tr>
        <w:tc>
          <w:tcPr>
            <w:tcW w:type="dxa" w:w="2880"/>
          </w:tcPr>
          <w:p>
            <w:r>
              <w:t>2025-10-01</w:t>
            </w:r>
          </w:p>
        </w:tc>
        <w:tc>
          <w:tcPr>
            <w:tcW w:type="dxa" w:w="2880"/>
          </w:tcPr>
          <w:p>
            <w:r>
              <w:t>1</w:t>
            </w:r>
          </w:p>
        </w:tc>
        <w:tc>
          <w:tcPr>
            <w:tcW w:type="dxa" w:w="2880"/>
          </w:tcPr>
          <w:p>
            <w:r>
              <w:t>22</w:t>
            </w:r>
          </w:p>
        </w:tc>
      </w:tr>
      <w:tr>
        <w:tc>
          <w:tcPr>
            <w:tcW w:type="dxa" w:w="2880"/>
          </w:tcPr>
          <w:p>
            <w:r>
              <w:t>2025-10-01</w:t>
            </w:r>
          </w:p>
        </w:tc>
        <w:tc>
          <w:tcPr>
            <w:tcW w:type="dxa" w:w="2880"/>
          </w:tcPr>
          <w:p>
            <w:r>
              <w:t>3</w:t>
            </w:r>
          </w:p>
        </w:tc>
        <w:tc>
          <w:tcPr>
            <w:tcW w:type="dxa" w:w="2880"/>
          </w:tcPr>
          <w:p>
            <w:r>
              <w:t>8</w:t>
            </w:r>
          </w:p>
        </w:tc>
      </w:tr>
      <w:tr>
        <w:tc>
          <w:tcPr>
            <w:tcW w:type="dxa" w:w="2880"/>
          </w:tcPr>
          <w:p>
            <w:r>
              <w:t>2025-10-01</w:t>
            </w:r>
          </w:p>
        </w:tc>
        <w:tc>
          <w:tcPr>
            <w:tcW w:type="dxa" w:w="2880"/>
          </w:tcPr>
          <w:p>
            <w:r>
              <w:t>4</w:t>
            </w:r>
          </w:p>
        </w:tc>
        <w:tc>
          <w:tcPr>
            <w:tcW w:type="dxa" w:w="2880"/>
          </w:tcPr>
          <w:p>
            <w:r>
              <w:t>13</w:t>
            </w:r>
          </w:p>
        </w:tc>
      </w:tr>
      <w:tr>
        <w:tc>
          <w:tcPr>
            <w:tcW w:type="dxa" w:w="2880"/>
          </w:tcPr>
          <w:p>
            <w:r>
              <w:t>2025-10-01</w:t>
            </w:r>
          </w:p>
        </w:tc>
        <w:tc>
          <w:tcPr>
            <w:tcW w:type="dxa" w:w="2880"/>
          </w:tcPr>
          <w:p>
            <w:r>
              <w:t>5</w:t>
            </w:r>
          </w:p>
        </w:tc>
        <w:tc>
          <w:tcPr>
            <w:tcW w:type="dxa" w:w="2880"/>
          </w:tcPr>
          <w:p>
            <w:r>
              <w:t>6</w:t>
            </w:r>
          </w:p>
        </w:tc>
      </w:tr>
      <w:tr>
        <w:tc>
          <w:tcPr>
            <w:tcW w:type="dxa" w:w="2880"/>
          </w:tcPr>
          <w:p>
            <w:r>
              <w:t>2025-10-01</w:t>
            </w:r>
          </w:p>
        </w:tc>
        <w:tc>
          <w:tcPr>
            <w:tcW w:type="dxa" w:w="2880"/>
          </w:tcPr>
          <w:p>
            <w:r>
              <w:t>Other</w:t>
            </w:r>
          </w:p>
        </w:tc>
        <w:tc>
          <w:tcPr>
            <w:tcW w:type="dxa" w:w="2880"/>
          </w:tcPr>
          <w:p>
            <w:r>
              <w:t>7</w:t>
            </w:r>
          </w:p>
        </w:tc>
      </w:tr>
      <w:tr>
        <w:tc>
          <w:tcPr>
            <w:tcW w:type="dxa" w:w="2880"/>
          </w:tcPr>
          <w:p>
            <w:r>
              <w:t>2025-11-01</w:t>
            </w:r>
          </w:p>
        </w:tc>
        <w:tc>
          <w:tcPr>
            <w:tcW w:type="dxa" w:w="2880"/>
          </w:tcPr>
          <w:p>
            <w:r>
              <w:t>2</w:t>
            </w:r>
          </w:p>
        </w:tc>
        <w:tc>
          <w:tcPr>
            <w:tcW w:type="dxa" w:w="2880"/>
          </w:tcPr>
          <w:p>
            <w:r>
              <w:t>2</w:t>
            </w:r>
          </w:p>
        </w:tc>
      </w:tr>
      <w:tr>
        <w:tc>
          <w:tcPr>
            <w:tcW w:type="dxa" w:w="2880"/>
          </w:tcPr>
          <w:p>
            <w:r>
              <w:t>2025-11-01</w:t>
            </w:r>
          </w:p>
        </w:tc>
        <w:tc>
          <w:tcPr>
            <w:tcW w:type="dxa" w:w="2880"/>
          </w:tcPr>
          <w:p>
            <w:r>
              <w:t>1</w:t>
            </w:r>
          </w:p>
        </w:tc>
        <w:tc>
          <w:tcPr>
            <w:tcW w:type="dxa" w:w="2880"/>
          </w:tcPr>
          <w:p>
            <w:r>
              <w:t>5</w:t>
            </w:r>
          </w:p>
        </w:tc>
      </w:tr>
      <w:tr>
        <w:tc>
          <w:tcPr>
            <w:tcW w:type="dxa" w:w="2880"/>
          </w:tcPr>
          <w:p>
            <w:r>
              <w:t>2025-11-01</w:t>
            </w:r>
          </w:p>
        </w:tc>
        <w:tc>
          <w:tcPr>
            <w:tcW w:type="dxa" w:w="2880"/>
          </w:tcPr>
          <w:p>
            <w:r>
              <w:t>3</w:t>
            </w:r>
          </w:p>
        </w:tc>
        <w:tc>
          <w:tcPr>
            <w:tcW w:type="dxa" w:w="2880"/>
          </w:tcPr>
          <w:p>
            <w:r>
              <w:t>4</w:t>
            </w:r>
          </w:p>
        </w:tc>
      </w:tr>
      <w:tr>
        <w:tc>
          <w:tcPr>
            <w:tcW w:type="dxa" w:w="2880"/>
          </w:tcPr>
          <w:p>
            <w:r>
              <w:t>2025-11-01</w:t>
            </w:r>
          </w:p>
        </w:tc>
        <w:tc>
          <w:tcPr>
            <w:tcW w:type="dxa" w:w="2880"/>
          </w:tcPr>
          <w:p>
            <w:r>
              <w:t>4</w:t>
            </w:r>
          </w:p>
        </w:tc>
        <w:tc>
          <w:tcPr>
            <w:tcW w:type="dxa" w:w="2880"/>
          </w:tcPr>
          <w:p>
            <w:r>
              <w:t>4</w:t>
            </w:r>
          </w:p>
        </w:tc>
      </w:tr>
      <w:tr>
        <w:tc>
          <w:tcPr>
            <w:tcW w:type="dxa" w:w="2880"/>
          </w:tcPr>
          <w:p>
            <w:r>
              <w:t>2025-11-01</w:t>
            </w:r>
          </w:p>
        </w:tc>
        <w:tc>
          <w:tcPr>
            <w:tcW w:type="dxa" w:w="2880"/>
          </w:tcPr>
          <w:p>
            <w:r>
              <w:t>5</w:t>
            </w:r>
          </w:p>
        </w:tc>
        <w:tc>
          <w:tcPr>
            <w:tcW w:type="dxa" w:w="2880"/>
          </w:tcPr>
          <w:p>
            <w:r>
              <w:t>3</w:t>
            </w:r>
          </w:p>
        </w:tc>
      </w:tr>
      <w:tr>
        <w:tc>
          <w:tcPr>
            <w:tcW w:type="dxa" w:w="2880"/>
          </w:tcPr>
          <w:p>
            <w:r>
              <w:t>2025-11-01</w:t>
            </w:r>
          </w:p>
        </w:tc>
        <w:tc>
          <w:tcPr>
            <w:tcW w:type="dxa" w:w="2880"/>
          </w:tcPr>
          <w:p>
            <w:r>
              <w:t>Other</w:t>
            </w:r>
          </w:p>
        </w:tc>
        <w:tc>
          <w:tcPr>
            <w:tcW w:type="dxa" w:w="2880"/>
          </w:tcPr>
          <w:p>
            <w:r>
              <w:t>2</w:t>
            </w:r>
          </w:p>
        </w:tc>
      </w:tr>
      <w:tr>
        <w:tc>
          <w:tcPr>
            <w:tcW w:type="dxa" w:w="2880"/>
          </w:tcPr>
          <w:p>
            <w:r>
              <w:t>2025-12-01</w:t>
            </w:r>
          </w:p>
        </w:tc>
        <w:tc>
          <w:tcPr>
            <w:tcW w:type="dxa" w:w="2880"/>
          </w:tcPr>
          <w:p>
            <w:r>
              <w:t>2</w:t>
            </w:r>
          </w:p>
        </w:tc>
        <w:tc>
          <w:tcPr>
            <w:tcW w:type="dxa" w:w="2880"/>
          </w:tcPr>
          <w:p>
            <w:r>
              <w:t>1</w:t>
            </w:r>
          </w:p>
        </w:tc>
      </w:tr>
      <w:tr>
        <w:tc>
          <w:tcPr>
            <w:tcW w:type="dxa" w:w="2880"/>
          </w:tcPr>
          <w:p>
            <w:r>
              <w:t>2025-12-01</w:t>
            </w:r>
          </w:p>
        </w:tc>
        <w:tc>
          <w:tcPr>
            <w:tcW w:type="dxa" w:w="2880"/>
          </w:tcPr>
          <w:p>
            <w:r>
              <w:t>1</w:t>
            </w:r>
          </w:p>
        </w:tc>
        <w:tc>
          <w:tcPr>
            <w:tcW w:type="dxa" w:w="2880"/>
          </w:tcPr>
          <w:p>
            <w:r>
              <w:t>5</w:t>
            </w:r>
          </w:p>
        </w:tc>
      </w:tr>
      <w:tr>
        <w:tc>
          <w:tcPr>
            <w:tcW w:type="dxa" w:w="2880"/>
          </w:tcPr>
          <w:p>
            <w:r>
              <w:t>2025-12-01</w:t>
            </w:r>
          </w:p>
        </w:tc>
        <w:tc>
          <w:tcPr>
            <w:tcW w:type="dxa" w:w="2880"/>
          </w:tcPr>
          <w:p>
            <w:r>
              <w:t>3</w:t>
            </w:r>
          </w:p>
        </w:tc>
        <w:tc>
          <w:tcPr>
            <w:tcW w:type="dxa" w:w="2880"/>
          </w:tcPr>
          <w:p>
            <w:r>
              <w:t>4</w:t>
            </w:r>
          </w:p>
        </w:tc>
      </w:tr>
      <w:tr>
        <w:tc>
          <w:tcPr>
            <w:tcW w:type="dxa" w:w="2880"/>
          </w:tcPr>
          <w:p>
            <w:r>
              <w:t>2025-12-01</w:t>
            </w:r>
          </w:p>
        </w:tc>
        <w:tc>
          <w:tcPr>
            <w:tcW w:type="dxa" w:w="2880"/>
          </w:tcPr>
          <w:p>
            <w:r>
              <w:t>4</w:t>
            </w:r>
          </w:p>
        </w:tc>
        <w:tc>
          <w:tcPr>
            <w:tcW w:type="dxa" w:w="2880"/>
          </w:tcPr>
          <w:p>
            <w:r>
              <w:t>4</w:t>
            </w:r>
          </w:p>
        </w:tc>
      </w:tr>
      <w:tr>
        <w:tc>
          <w:tcPr>
            <w:tcW w:type="dxa" w:w="2880"/>
          </w:tcPr>
          <w:p>
            <w:r>
              <w:t>2025-12-01</w:t>
            </w:r>
          </w:p>
        </w:tc>
        <w:tc>
          <w:tcPr>
            <w:tcW w:type="dxa" w:w="2880"/>
          </w:tcPr>
          <w:p>
            <w:r>
              <w:t>5</w:t>
            </w:r>
          </w:p>
        </w:tc>
        <w:tc>
          <w:tcPr>
            <w:tcW w:type="dxa" w:w="2880"/>
          </w:tcPr>
          <w:p>
            <w:r>
              <w:t>1</w:t>
            </w:r>
          </w:p>
        </w:tc>
      </w:tr>
      <w:tr>
        <w:tc>
          <w:tcPr>
            <w:tcW w:type="dxa" w:w="2880"/>
          </w:tcPr>
          <w:p>
            <w:r>
              <w:t>2025-12-01</w:t>
            </w:r>
          </w:p>
        </w:tc>
        <w:tc>
          <w:tcPr>
            <w:tcW w:type="dxa" w:w="2880"/>
          </w:tcPr>
          <w:p>
            <w:r>
              <w:t>Other</w:t>
            </w:r>
          </w:p>
        </w:tc>
        <w:tc>
          <w:tcPr>
            <w:tcW w:type="dxa" w:w="2880"/>
          </w:tcPr>
          <w:p>
            <w:r>
              <w:t>4</w:t>
            </w:r>
          </w:p>
        </w:tc>
      </w:tr>
      <w:tr>
        <w:tc>
          <w:tcPr>
            <w:tcW w:type="dxa" w:w="2880"/>
          </w:tcPr>
          <w:p>
            <w:r>
              <w:t>2026-01-01</w:t>
            </w:r>
          </w:p>
        </w:tc>
        <w:tc>
          <w:tcPr>
            <w:tcW w:type="dxa" w:w="2880"/>
          </w:tcPr>
          <w:p>
            <w:r>
              <w:t>2</w:t>
            </w:r>
          </w:p>
        </w:tc>
        <w:tc>
          <w:tcPr>
            <w:tcW w:type="dxa" w:w="2880"/>
          </w:tcPr>
          <w:p>
            <w:r>
              <w:t>4</w:t>
            </w:r>
          </w:p>
        </w:tc>
      </w:tr>
      <w:tr>
        <w:tc>
          <w:tcPr>
            <w:tcW w:type="dxa" w:w="2880"/>
          </w:tcPr>
          <w:p>
            <w:r>
              <w:t>2026-01-01</w:t>
            </w:r>
          </w:p>
        </w:tc>
        <w:tc>
          <w:tcPr>
            <w:tcW w:type="dxa" w:w="2880"/>
          </w:tcPr>
          <w:p>
            <w:r>
              <w:t>1</w:t>
            </w:r>
          </w:p>
        </w:tc>
        <w:tc>
          <w:tcPr>
            <w:tcW w:type="dxa" w:w="2880"/>
          </w:tcPr>
          <w:p>
            <w:r>
              <w:t>2</w:t>
            </w:r>
          </w:p>
        </w:tc>
      </w:tr>
      <w:tr>
        <w:tc>
          <w:tcPr>
            <w:tcW w:type="dxa" w:w="2880"/>
          </w:tcPr>
          <w:p>
            <w:r>
              <w:t>2026-01-01</w:t>
            </w:r>
          </w:p>
        </w:tc>
        <w:tc>
          <w:tcPr>
            <w:tcW w:type="dxa" w:w="2880"/>
          </w:tcPr>
          <w:p>
            <w:r>
              <w:t>3</w:t>
            </w:r>
          </w:p>
        </w:tc>
        <w:tc>
          <w:tcPr>
            <w:tcW w:type="dxa" w:w="2880"/>
          </w:tcPr>
          <w:p>
            <w:r>
              <w:t>5</w:t>
            </w:r>
          </w:p>
        </w:tc>
      </w:tr>
      <w:tr>
        <w:tc>
          <w:tcPr>
            <w:tcW w:type="dxa" w:w="2880"/>
          </w:tcPr>
          <w:p>
            <w:r>
              <w:t>2026-01-01</w:t>
            </w:r>
          </w:p>
        </w:tc>
        <w:tc>
          <w:tcPr>
            <w:tcW w:type="dxa" w:w="2880"/>
          </w:tcPr>
          <w:p>
            <w:r>
              <w:t>4</w:t>
            </w:r>
          </w:p>
        </w:tc>
        <w:tc>
          <w:tcPr>
            <w:tcW w:type="dxa" w:w="2880"/>
          </w:tcPr>
          <w:p>
            <w:r>
              <w:t>3</w:t>
            </w:r>
          </w:p>
        </w:tc>
      </w:tr>
      <w:tr>
        <w:tc>
          <w:tcPr>
            <w:tcW w:type="dxa" w:w="2880"/>
          </w:tcPr>
          <w:p>
            <w:r>
              <w:t>2026-01-01</w:t>
            </w:r>
          </w:p>
        </w:tc>
        <w:tc>
          <w:tcPr>
            <w:tcW w:type="dxa" w:w="2880"/>
          </w:tcPr>
          <w:p>
            <w:r>
              <w:t>5</w:t>
            </w:r>
          </w:p>
        </w:tc>
        <w:tc>
          <w:tcPr>
            <w:tcW w:type="dxa" w:w="2880"/>
          </w:tcPr>
          <w:p>
            <w:r>
              <w:t>1</w:t>
            </w:r>
          </w:p>
        </w:tc>
      </w:tr>
      <w:tr>
        <w:tc>
          <w:tcPr>
            <w:tcW w:type="dxa" w:w="2880"/>
          </w:tcPr>
          <w:p>
            <w:r>
              <w:t>2026-01-01</w:t>
            </w:r>
          </w:p>
        </w:tc>
        <w:tc>
          <w:tcPr>
            <w:tcW w:type="dxa" w:w="2880"/>
          </w:tcPr>
          <w:p>
            <w:r>
              <w:t>Other</w:t>
            </w:r>
          </w:p>
        </w:tc>
        <w:tc>
          <w:tcPr>
            <w:tcW w:type="dxa" w:w="2880"/>
          </w:tcPr>
          <w:p>
            <w:r>
              <w:t>0</w:t>
            </w:r>
          </w:p>
        </w:tc>
      </w:tr>
      <w:tr>
        <w:tc>
          <w:tcPr>
            <w:tcW w:type="dxa" w:w="2880"/>
          </w:tcPr>
          <w:p>
            <w:r>
              <w:t>2026-02-01</w:t>
            </w:r>
          </w:p>
        </w:tc>
        <w:tc>
          <w:tcPr>
            <w:tcW w:type="dxa" w:w="2880"/>
          </w:tcPr>
          <w:p>
            <w:r>
              <w:t>2</w:t>
            </w:r>
          </w:p>
        </w:tc>
        <w:tc>
          <w:tcPr>
            <w:tcW w:type="dxa" w:w="2880"/>
          </w:tcPr>
          <w:p>
            <w:r>
              <w:t>3</w:t>
            </w:r>
          </w:p>
        </w:tc>
      </w:tr>
      <w:tr>
        <w:tc>
          <w:tcPr>
            <w:tcW w:type="dxa" w:w="2880"/>
          </w:tcPr>
          <w:p>
            <w:r>
              <w:t>2026-02-01</w:t>
            </w:r>
          </w:p>
        </w:tc>
        <w:tc>
          <w:tcPr>
            <w:tcW w:type="dxa" w:w="2880"/>
          </w:tcPr>
          <w:p>
            <w:r>
              <w:t>1</w:t>
            </w:r>
          </w:p>
        </w:tc>
        <w:tc>
          <w:tcPr>
            <w:tcW w:type="dxa" w:w="2880"/>
          </w:tcPr>
          <w:p>
            <w:r>
              <w:t>2</w:t>
            </w:r>
          </w:p>
        </w:tc>
      </w:tr>
      <w:tr>
        <w:tc>
          <w:tcPr>
            <w:tcW w:type="dxa" w:w="2880"/>
          </w:tcPr>
          <w:p>
            <w:r>
              <w:t>2026-02-01</w:t>
            </w:r>
          </w:p>
        </w:tc>
        <w:tc>
          <w:tcPr>
            <w:tcW w:type="dxa" w:w="2880"/>
          </w:tcPr>
          <w:p>
            <w:r>
              <w:t>3</w:t>
            </w:r>
          </w:p>
        </w:tc>
        <w:tc>
          <w:tcPr>
            <w:tcW w:type="dxa" w:w="2880"/>
          </w:tcPr>
          <w:p>
            <w:r>
              <w:t>3</w:t>
            </w:r>
          </w:p>
        </w:tc>
      </w:tr>
      <w:tr>
        <w:tc>
          <w:tcPr>
            <w:tcW w:type="dxa" w:w="2880"/>
          </w:tcPr>
          <w:p>
            <w:r>
              <w:t>2026-02-01</w:t>
            </w:r>
          </w:p>
        </w:tc>
        <w:tc>
          <w:tcPr>
            <w:tcW w:type="dxa" w:w="2880"/>
          </w:tcPr>
          <w:p>
            <w:r>
              <w:t>4</w:t>
            </w:r>
          </w:p>
        </w:tc>
        <w:tc>
          <w:tcPr>
            <w:tcW w:type="dxa" w:w="2880"/>
          </w:tcPr>
          <w:p>
            <w:r>
              <w:t>4</w:t>
            </w:r>
          </w:p>
        </w:tc>
      </w:tr>
      <w:tr>
        <w:tc>
          <w:tcPr>
            <w:tcW w:type="dxa" w:w="2880"/>
          </w:tcPr>
          <w:p>
            <w:r>
              <w:t>2026-02-01</w:t>
            </w:r>
          </w:p>
        </w:tc>
        <w:tc>
          <w:tcPr>
            <w:tcW w:type="dxa" w:w="2880"/>
          </w:tcPr>
          <w:p>
            <w:r>
              <w:t>5</w:t>
            </w:r>
          </w:p>
        </w:tc>
        <w:tc>
          <w:tcPr>
            <w:tcW w:type="dxa" w:w="2880"/>
          </w:tcPr>
          <w:p>
            <w:r>
              <w:t>2</w:t>
            </w:r>
          </w:p>
        </w:tc>
      </w:tr>
      <w:tr>
        <w:tc>
          <w:tcPr>
            <w:tcW w:type="dxa" w:w="2880"/>
          </w:tcPr>
          <w:p>
            <w:r>
              <w:t>2026-02-01</w:t>
            </w:r>
          </w:p>
        </w:tc>
        <w:tc>
          <w:tcPr>
            <w:tcW w:type="dxa" w:w="2880"/>
          </w:tcPr>
          <w:p>
            <w:r>
              <w:t>Other</w:t>
            </w:r>
          </w:p>
        </w:tc>
        <w:tc>
          <w:tcPr>
            <w:tcW w:type="dxa" w:w="2880"/>
          </w:tcPr>
          <w:p>
            <w:r>
              <w:t>1</w:t>
            </w:r>
          </w:p>
        </w:tc>
      </w:tr>
      <w:tr>
        <w:tc>
          <w:tcPr>
            <w:tcW w:type="dxa" w:w="2880"/>
          </w:tcPr>
          <w:p>
            <w:r>
              <w:t>2026-03-01</w:t>
            </w:r>
          </w:p>
        </w:tc>
        <w:tc>
          <w:tcPr>
            <w:tcW w:type="dxa" w:w="2880"/>
          </w:tcPr>
          <w:p>
            <w:r>
              <w:t>2</w:t>
            </w:r>
          </w:p>
        </w:tc>
        <w:tc>
          <w:tcPr>
            <w:tcW w:type="dxa" w:w="2880"/>
          </w:tcPr>
          <w:p>
            <w:r>
              <w:t>16</w:t>
            </w:r>
          </w:p>
        </w:tc>
      </w:tr>
      <w:tr>
        <w:tc>
          <w:tcPr>
            <w:tcW w:type="dxa" w:w="2880"/>
          </w:tcPr>
          <w:p>
            <w:r>
              <w:t>2026-03-01</w:t>
            </w:r>
          </w:p>
        </w:tc>
        <w:tc>
          <w:tcPr>
            <w:tcW w:type="dxa" w:w="2880"/>
          </w:tcPr>
          <w:p>
            <w:r>
              <w:t>1</w:t>
            </w:r>
          </w:p>
        </w:tc>
        <w:tc>
          <w:tcPr>
            <w:tcW w:type="dxa" w:w="2880"/>
          </w:tcPr>
          <w:p>
            <w:r>
              <w:t>16</w:t>
            </w:r>
          </w:p>
        </w:tc>
      </w:tr>
      <w:tr>
        <w:tc>
          <w:tcPr>
            <w:tcW w:type="dxa" w:w="2880"/>
          </w:tcPr>
          <w:p>
            <w:r>
              <w:t>2026-03-01</w:t>
            </w:r>
          </w:p>
        </w:tc>
        <w:tc>
          <w:tcPr>
            <w:tcW w:type="dxa" w:w="2880"/>
          </w:tcPr>
          <w:p>
            <w:r>
              <w:t>3</w:t>
            </w:r>
          </w:p>
        </w:tc>
        <w:tc>
          <w:tcPr>
            <w:tcW w:type="dxa" w:w="2880"/>
          </w:tcPr>
          <w:p>
            <w:r>
              <w:t>12</w:t>
            </w:r>
          </w:p>
        </w:tc>
      </w:tr>
      <w:tr>
        <w:tc>
          <w:tcPr>
            <w:tcW w:type="dxa" w:w="2880"/>
          </w:tcPr>
          <w:p>
            <w:r>
              <w:t>2026-03-01</w:t>
            </w:r>
          </w:p>
        </w:tc>
        <w:tc>
          <w:tcPr>
            <w:tcW w:type="dxa" w:w="2880"/>
          </w:tcPr>
          <w:p>
            <w:r>
              <w:t>4</w:t>
            </w:r>
          </w:p>
        </w:tc>
        <w:tc>
          <w:tcPr>
            <w:tcW w:type="dxa" w:w="2880"/>
          </w:tcPr>
          <w:p>
            <w:r>
              <w:t>11</w:t>
            </w:r>
          </w:p>
        </w:tc>
      </w:tr>
      <w:tr>
        <w:tc>
          <w:tcPr>
            <w:tcW w:type="dxa" w:w="2880"/>
          </w:tcPr>
          <w:p>
            <w:r>
              <w:t>2026-03-01</w:t>
            </w:r>
          </w:p>
        </w:tc>
        <w:tc>
          <w:tcPr>
            <w:tcW w:type="dxa" w:w="2880"/>
          </w:tcPr>
          <w:p>
            <w:r>
              <w:t>5</w:t>
            </w:r>
          </w:p>
        </w:tc>
        <w:tc>
          <w:tcPr>
            <w:tcW w:type="dxa" w:w="2880"/>
          </w:tcPr>
          <w:p>
            <w:r>
              <w:t>6</w:t>
            </w:r>
          </w:p>
        </w:tc>
      </w:tr>
      <w:tr>
        <w:tc>
          <w:tcPr>
            <w:tcW w:type="dxa" w:w="2880"/>
          </w:tcPr>
          <w:p>
            <w:r>
              <w:t>2026-03-01</w:t>
            </w:r>
          </w:p>
        </w:tc>
        <w:tc>
          <w:tcPr>
            <w:tcW w:type="dxa" w:w="2880"/>
          </w:tcPr>
          <w:p>
            <w:r>
              <w:t>Other</w:t>
            </w:r>
          </w:p>
        </w:tc>
        <w:tc>
          <w:tcPr>
            <w:tcW w:type="dxa" w:w="2880"/>
          </w:tcPr>
          <w:p>
            <w:r>
              <w:t>8</w:t>
            </w:r>
          </w:p>
        </w:tc>
      </w:tr>
      <w:tr>
        <w:tc>
          <w:tcPr>
            <w:tcW w:type="dxa" w:w="2880"/>
          </w:tcPr>
          <w:p>
            <w:r>
              <w:t>2026-04-01</w:t>
            </w:r>
          </w:p>
        </w:tc>
        <w:tc>
          <w:tcPr>
            <w:tcW w:type="dxa" w:w="2880"/>
          </w:tcPr>
          <w:p>
            <w:r>
              <w:t>2</w:t>
            </w:r>
          </w:p>
        </w:tc>
        <w:tc>
          <w:tcPr>
            <w:tcW w:type="dxa" w:w="2880"/>
          </w:tcPr>
          <w:p>
            <w:r>
              <w:t>16</w:t>
            </w:r>
          </w:p>
        </w:tc>
      </w:tr>
      <w:tr>
        <w:tc>
          <w:tcPr>
            <w:tcW w:type="dxa" w:w="2880"/>
          </w:tcPr>
          <w:p>
            <w:r>
              <w:t>2026-04-01</w:t>
            </w:r>
          </w:p>
        </w:tc>
        <w:tc>
          <w:tcPr>
            <w:tcW w:type="dxa" w:w="2880"/>
          </w:tcPr>
          <w:p>
            <w:r>
              <w:t>1</w:t>
            </w:r>
          </w:p>
        </w:tc>
        <w:tc>
          <w:tcPr>
            <w:tcW w:type="dxa" w:w="2880"/>
          </w:tcPr>
          <w:p>
            <w:r>
              <w:t>19</w:t>
            </w:r>
          </w:p>
        </w:tc>
      </w:tr>
      <w:tr>
        <w:tc>
          <w:tcPr>
            <w:tcW w:type="dxa" w:w="2880"/>
          </w:tcPr>
          <w:p>
            <w:r>
              <w:t>2026-04-01</w:t>
            </w:r>
          </w:p>
        </w:tc>
        <w:tc>
          <w:tcPr>
            <w:tcW w:type="dxa" w:w="2880"/>
          </w:tcPr>
          <w:p>
            <w:r>
              <w:t>3</w:t>
            </w:r>
          </w:p>
        </w:tc>
        <w:tc>
          <w:tcPr>
            <w:tcW w:type="dxa" w:w="2880"/>
          </w:tcPr>
          <w:p>
            <w:r>
              <w:t>15</w:t>
            </w:r>
          </w:p>
        </w:tc>
      </w:tr>
      <w:tr>
        <w:tc>
          <w:tcPr>
            <w:tcW w:type="dxa" w:w="2880"/>
          </w:tcPr>
          <w:p>
            <w:r>
              <w:t>2026-04-01</w:t>
            </w:r>
          </w:p>
        </w:tc>
        <w:tc>
          <w:tcPr>
            <w:tcW w:type="dxa" w:w="2880"/>
          </w:tcPr>
          <w:p>
            <w:r>
              <w:t>4</w:t>
            </w:r>
          </w:p>
        </w:tc>
        <w:tc>
          <w:tcPr>
            <w:tcW w:type="dxa" w:w="2880"/>
          </w:tcPr>
          <w:p>
            <w:r>
              <w:t>16</w:t>
            </w:r>
          </w:p>
        </w:tc>
      </w:tr>
      <w:tr>
        <w:tc>
          <w:tcPr>
            <w:tcW w:type="dxa" w:w="2880"/>
          </w:tcPr>
          <w:p>
            <w:r>
              <w:t>2026-04-01</w:t>
            </w:r>
          </w:p>
        </w:tc>
        <w:tc>
          <w:tcPr>
            <w:tcW w:type="dxa" w:w="2880"/>
          </w:tcPr>
          <w:p>
            <w:r>
              <w:t>5</w:t>
            </w:r>
          </w:p>
        </w:tc>
        <w:tc>
          <w:tcPr>
            <w:tcW w:type="dxa" w:w="2880"/>
          </w:tcPr>
          <w:p>
            <w:r>
              <w:t>6</w:t>
            </w:r>
          </w:p>
        </w:tc>
      </w:tr>
      <w:tr>
        <w:tc>
          <w:tcPr>
            <w:tcW w:type="dxa" w:w="2880"/>
          </w:tcPr>
          <w:p>
            <w:r>
              <w:t>2026-04-01</w:t>
            </w:r>
          </w:p>
        </w:tc>
        <w:tc>
          <w:tcPr>
            <w:tcW w:type="dxa" w:w="2880"/>
          </w:tcPr>
          <w:p>
            <w:r>
              <w:t>Other</w:t>
            </w:r>
          </w:p>
        </w:tc>
        <w:tc>
          <w:tcPr>
            <w:tcW w:type="dxa" w:w="2880"/>
          </w:tcPr>
          <w:p>
            <w:r>
              <w:t>8</w:t>
            </w:r>
          </w:p>
        </w:tc>
      </w:tr>
      <w:tr>
        <w:tc>
          <w:tcPr>
            <w:tcW w:type="dxa" w:w="2880"/>
          </w:tcPr>
          <w:p>
            <w:r>
              <w:t>2026-05-01</w:t>
            </w:r>
          </w:p>
        </w:tc>
        <w:tc>
          <w:tcPr>
            <w:tcW w:type="dxa" w:w="2880"/>
          </w:tcPr>
          <w:p>
            <w:r>
              <w:t>2</w:t>
            </w:r>
          </w:p>
        </w:tc>
        <w:tc>
          <w:tcPr>
            <w:tcW w:type="dxa" w:w="2880"/>
          </w:tcPr>
          <w:p>
            <w:r>
              <w:t>5</w:t>
            </w:r>
          </w:p>
        </w:tc>
      </w:tr>
      <w:tr>
        <w:tc>
          <w:tcPr>
            <w:tcW w:type="dxa" w:w="2880"/>
          </w:tcPr>
          <w:p>
            <w:r>
              <w:t>2026-05-01</w:t>
            </w:r>
          </w:p>
        </w:tc>
        <w:tc>
          <w:tcPr>
            <w:tcW w:type="dxa" w:w="2880"/>
          </w:tcPr>
          <w:p>
            <w:r>
              <w:t>1</w:t>
            </w:r>
          </w:p>
        </w:tc>
        <w:tc>
          <w:tcPr>
            <w:tcW w:type="dxa" w:w="2880"/>
          </w:tcPr>
          <w:p>
            <w:r>
              <w:t>5</w:t>
            </w:r>
          </w:p>
        </w:tc>
      </w:tr>
      <w:tr>
        <w:tc>
          <w:tcPr>
            <w:tcW w:type="dxa" w:w="2880"/>
          </w:tcPr>
          <w:p>
            <w:r>
              <w:t>2026-05-01</w:t>
            </w:r>
          </w:p>
        </w:tc>
        <w:tc>
          <w:tcPr>
            <w:tcW w:type="dxa" w:w="2880"/>
          </w:tcPr>
          <w:p>
            <w:r>
              <w:t>3</w:t>
            </w:r>
          </w:p>
        </w:tc>
        <w:tc>
          <w:tcPr>
            <w:tcW w:type="dxa" w:w="2880"/>
          </w:tcPr>
          <w:p>
            <w:r>
              <w:t>1</w:t>
            </w:r>
          </w:p>
        </w:tc>
      </w:tr>
      <w:tr>
        <w:tc>
          <w:tcPr>
            <w:tcW w:type="dxa" w:w="2880"/>
          </w:tcPr>
          <w:p>
            <w:r>
              <w:t>2026-05-01</w:t>
            </w:r>
          </w:p>
        </w:tc>
        <w:tc>
          <w:tcPr>
            <w:tcW w:type="dxa" w:w="2880"/>
          </w:tcPr>
          <w:p>
            <w:r>
              <w:t>4</w:t>
            </w:r>
          </w:p>
        </w:tc>
        <w:tc>
          <w:tcPr>
            <w:tcW w:type="dxa" w:w="2880"/>
          </w:tcPr>
          <w:p>
            <w:r>
              <w:t>1</w:t>
            </w:r>
          </w:p>
        </w:tc>
      </w:tr>
      <w:tr>
        <w:tc>
          <w:tcPr>
            <w:tcW w:type="dxa" w:w="2880"/>
          </w:tcPr>
          <w:p>
            <w:r>
              <w:t>2026-05-01</w:t>
            </w:r>
          </w:p>
        </w:tc>
        <w:tc>
          <w:tcPr>
            <w:tcW w:type="dxa" w:w="2880"/>
          </w:tcPr>
          <w:p>
            <w:r>
              <w:t>5</w:t>
            </w:r>
          </w:p>
        </w:tc>
        <w:tc>
          <w:tcPr>
            <w:tcW w:type="dxa" w:w="2880"/>
          </w:tcPr>
          <w:p>
            <w:r>
              <w:t>1</w:t>
            </w:r>
          </w:p>
        </w:tc>
      </w:tr>
      <w:tr>
        <w:tc>
          <w:tcPr>
            <w:tcW w:type="dxa" w:w="2880"/>
          </w:tcPr>
          <w:p>
            <w:r>
              <w:t>2026-05-01</w:t>
            </w:r>
          </w:p>
        </w:tc>
        <w:tc>
          <w:tcPr>
            <w:tcW w:type="dxa" w:w="2880"/>
          </w:tcPr>
          <w:p>
            <w:r>
              <w:t>Other</w:t>
            </w:r>
          </w:p>
        </w:tc>
        <w:tc>
          <w:tcPr>
            <w:tcW w:type="dxa" w:w="2880"/>
          </w:tcPr>
          <w:p>
            <w:r>
              <w:t>2</w:t>
            </w:r>
          </w:p>
        </w:tc>
      </w:tr>
    </w:tbl>
    <w:p/>
    <w:sectPr w:rsidR="00FC693F" w:rsidRPr="0006063C" w:rsidSect="00034616">
      <w:footerReference w:type="default" r:id="rId3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GeoBit Large Spatial Model | Sample: Renewable energy, Ouarzazate | report version 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Renewable energy, Ouarzazate: report</dc:title>
  <dc:subject>Describe the project Sample: Renewable energy, Ouarzazate: run the analyses that tell the most about its data, draw every result, and write a cited report.</dc:subject>
  <dc:creator>GeoBit Large Spatial Model</dc:creator>
  <cp:keywords/>
  <dc:description>generated by python-docx</dc:description>
  <cp:lastModifiedBy/>
  <cp:revision>1</cp:revision>
  <dcterms:created xsi:type="dcterms:W3CDTF">2013-12-23T23:15:00Z</dcterms:created>
  <dcterms:modified xsi:type="dcterms:W3CDTF">2013-12-23T23:15:00Z</dcterms:modified>
  <cp:category/>
</cp:coreProperties>
</file>