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b/>
          <w:color w:val="B07F1F"/>
          <w:sz w:val="16"/>
        </w:rPr>
        <w:t>GEOBIT LARGE SPATIAL MODEL</w:t>
      </w:r>
    </w:p>
    <w:p>
      <w:pPr>
        <w:pStyle w:val="Title"/>
      </w:pPr>
      <w:r>
        <w:t>Sample: Transportation safety, Sao Paulo: report</w:t>
      </w:r>
    </w:p>
    <w:p>
      <w:r>
        <w:rPr>
          <w:color w:val="525252"/>
          <w:sz w:val="18"/>
        </w:rPr>
        <w:t>Project: Sample: Transportation safety, Sao Paulo</w:t>
      </w:r>
      <w:r>
        <w:rPr>
          <w:color w:val="525252"/>
          <w:sz w:val="18"/>
        </w:rPr>
        <w:br/>
        <w:t>Goal: Describe the project Sample: Transportation safety, Sao Paulo: run the analyses that tell the most about its data, draw every result, and write a cited report.</w:t>
      </w:r>
      <w:r>
        <w:rPr>
          <w:color w:val="525252"/>
          <w:sz w:val="18"/>
        </w:rPr>
        <w:br/>
        <w:t>Run: 35aef51a-0242-4655-8a7d-ba6fc31c344b (running, 11 agent run(s))</w:t>
      </w:r>
      <w:r>
        <w:rPr>
          <w:color w:val="525252"/>
          <w:sz w:val="18"/>
        </w:rPr>
        <w:br/>
        <w:t>Generated: 2026-10-18T06:32:13Z, version 1</w:t>
      </w:r>
      <w:r>
        <w:rPr>
          <w:color w:val="525252"/>
          <w:sz w:val="18"/>
        </w:rPr>
        <w:br/>
        <w:t>Model cost: USD 0.0000 over 0 model call(s)</w:t>
      </w:r>
    </w:p>
    <w:p>
      <w:pPr>
        <w:pStyle w:val="Heading1"/>
      </w:pPr>
      <w:r>
        <w:t>Data used</w:t>
      </w:r>
    </w:p>
    <w:tbl>
      <w:tblPr>
        <w:tblStyle w:val="LightGrid-Accent1"/>
        <w:tblW w:type="auto" w:w="0"/>
        <w:tblLook w:firstColumn="1" w:firstRow="1" w:lastColumn="0" w:lastRow="0" w:noHBand="0" w:noVBand="1" w:val="04A0"/>
      </w:tblPr>
      <w:tblGrid>
        <w:gridCol w:w="1440"/>
        <w:gridCol w:w="1440"/>
        <w:gridCol w:w="1440"/>
        <w:gridCol w:w="1440"/>
        <w:gridCol w:w="1440"/>
        <w:gridCol w:w="1440"/>
      </w:tblGrid>
      <w:tr>
        <w:tc>
          <w:tcPr>
            <w:tcW w:type="dxa" w:w="1440"/>
          </w:tcPr>
          <w:p>
            <w:r>
              <w:t>Data</w:t>
            </w:r>
          </w:p>
        </w:tc>
        <w:tc>
          <w:tcPr>
            <w:tcW w:type="dxa" w:w="1440"/>
          </w:tcPr>
          <w:p>
            <w:r>
              <w:t>Kind</w:t>
            </w:r>
          </w:p>
        </w:tc>
        <w:tc>
          <w:tcPr>
            <w:tcW w:type="dxa" w:w="1440"/>
          </w:tcPr>
          <w:p>
            <w:r>
              <w:t>Rows</w:t>
            </w:r>
          </w:p>
        </w:tc>
        <w:tc>
          <w:tcPr>
            <w:tcW w:type="dxa" w:w="1440"/>
          </w:tcPr>
          <w:p>
            <w:r>
              <w:t>Time span</w:t>
            </w:r>
          </w:p>
        </w:tc>
        <w:tc>
          <w:tcPr>
            <w:tcW w:type="dxa" w:w="1440"/>
          </w:tcPr>
          <w:p>
            <w:r>
              <w:t>Summary</w:t>
            </w:r>
          </w:p>
        </w:tc>
        <w:tc>
          <w:tcPr>
            <w:tcW w:type="dxa" w:w="1440"/>
          </w:tcPr>
          <w:p>
            <w:r>
              <w:t>Source</w:t>
            </w:r>
          </w:p>
        </w:tc>
      </w:tr>
      <w:tr>
        <w:tc>
          <w:tcPr>
            <w:tcW w:type="dxa" w:w="1440"/>
          </w:tcPr>
          <w:p>
            <w:r>
              <w:t>Road segments</w:t>
            </w:r>
          </w:p>
        </w:tc>
        <w:tc>
          <w:tcPr>
            <w:tcW w:type="dxa" w:w="1440"/>
          </w:tcPr>
          <w:p>
            <w:r>
              <w:t>vector, LineString</w:t>
            </w:r>
          </w:p>
        </w:tc>
        <w:tc>
          <w:tcPr>
            <w:tcW w:type="dxa" w:w="1440"/>
          </w:tcPr>
          <w:p>
            <w:r>
              <w:t>900</w:t>
            </w:r>
          </w:p>
        </w:tc>
        <w:tc>
          <w:tcPr>
            <w:tcW w:type="dxa" w:w="1440"/>
          </w:tcPr>
          <w:p>
            <w:r/>
          </w:p>
        </w:tc>
        <w:tc>
          <w:tcPr>
            <w:tcW w:type="dxa" w:w="1440"/>
          </w:tcPr>
          <w:p>
            <w:r>
              <w:t>900 line features; 'class' has 2 values (top: local 663, arterial 237); 'speed_limit_kmh' 30 to 60 (mean 45.06); 'aadt' 1,727 to 99,346 (mean 1.553e+04); 'lanes' 1 to 4 (mean 2.173); named by 'name' (e.g. Avenida Sul, Avenida Norte, Avenida Rebouca); total length 200.3 km; extent -46.6897,-23.5880 to -46.6328,-23.5351. Lines (Road segments) such as routes or networks.</w:t>
            </w:r>
          </w:p>
        </w:tc>
        <w:tc>
          <w:tcPr>
            <w:tcW w:type="dxa" w:w="1440"/>
          </w:tcPr>
          <w:p>
            <w:r>
              <w:t>[89]</w:t>
            </w:r>
          </w:p>
        </w:tc>
      </w:tr>
      <w:tr>
        <w:tc>
          <w:tcPr>
            <w:tcW w:type="dxa" w:w="1440"/>
          </w:tcPr>
          <w:p>
            <w:r>
              <w:t>Traffic districts</w:t>
            </w:r>
          </w:p>
        </w:tc>
        <w:tc>
          <w:tcPr>
            <w:tcW w:type="dxa" w:w="1440"/>
          </w:tcPr>
          <w:p>
            <w:r>
              <w:t>vector, Polygon</w:t>
            </w:r>
          </w:p>
        </w:tc>
        <w:tc>
          <w:tcPr>
            <w:tcW w:type="dxa" w:w="1440"/>
          </w:tcPr>
          <w:p>
            <w:r>
              <w:t>12</w:t>
            </w:r>
          </w:p>
        </w:tc>
        <w:tc>
          <w:tcPr>
            <w:tcW w:type="dxa" w:w="1440"/>
          </w:tcPr>
          <w:p>
            <w:r/>
          </w:p>
        </w:tc>
        <w:tc>
          <w:tcPr>
            <w:tcW w:type="dxa" w:w="1440"/>
          </w:tcPr>
          <w:p>
            <w:r>
              <w:t>12 polygon (area) features; 'population' 13,386 to 103,619 (mean 4.944e+04); 'km_of_road' 19.5 to 61.8 (mean 42.02); named by 'name' (e.g. Ribeira Sul, Jardim dos Pinheiros, Morro Claro); total area 42 km2; extent -46.6905,-23.5888 to -46.6213,-23.5339. Areas (Traffic districts) with population to compare and map.</w:t>
            </w:r>
          </w:p>
        </w:tc>
        <w:tc>
          <w:tcPr>
            <w:tcW w:type="dxa" w:w="1440"/>
          </w:tcPr>
          <w:p>
            <w:r>
              <w:t>[90]</w:t>
            </w:r>
          </w:p>
        </w:tc>
      </w:tr>
      <w:tr>
        <w:tc>
          <w:tcPr>
            <w:tcW w:type="dxa" w:w="1440"/>
          </w:tcPr>
          <w:p>
            <w:r>
              <w:t>Crashes</w:t>
            </w:r>
          </w:p>
        </w:tc>
        <w:tc>
          <w:tcPr>
            <w:tcW w:type="dxa" w:w="1440"/>
          </w:tcPr>
          <w:p>
            <w:r>
              <w:t>vector, Point</w:t>
            </w:r>
          </w:p>
        </w:tc>
        <w:tc>
          <w:tcPr>
            <w:tcW w:type="dxa" w:w="1440"/>
          </w:tcPr>
          <w:p>
            <w:r>
              <w:t>2,100</w:t>
            </w:r>
          </w:p>
        </w:tc>
        <w:tc>
          <w:tcPr>
            <w:tcW w:type="dxa" w:w="1440"/>
          </w:tcPr>
          <w:p>
            <w:r>
              <w:t>2024-10-01 to 2026-09-30</w:t>
            </w:r>
          </w:p>
        </w:tc>
        <w:tc>
          <w:tcPr>
            <w:tcW w:type="dxa" w:w="1440"/>
          </w:tcPr>
          <w:p>
            <w:r>
              <w:t>2,100 point features; dated by 'occurred_at' from 2024-10-01 to 2026-09-30; 'severity' has 4 values (top: slight 965, property damage 610, serious 442); 'mode' has 6 values (top: motorcycle 761, car 728, pedestrian 280); 'injured' 0 to 6 (mean 0.8281); extent -46.6895,-23.5878 to -46.6221,-23.5352. Dated point events by severity: where and when Crashes happen.</w:t>
            </w:r>
          </w:p>
        </w:tc>
        <w:tc>
          <w:tcPr>
            <w:tcW w:type="dxa" w:w="1440"/>
          </w:tcPr>
          <w:p>
            <w:r>
              <w:t>[2]</w:t>
            </w:r>
          </w:p>
        </w:tc>
      </w:tr>
      <w:tr>
        <w:tc>
          <w:tcPr>
            <w:tcW w:type="dxa" w:w="1440"/>
          </w:tcPr>
          <w:p>
            <w:r>
              <w:t>Speed cameras</w:t>
            </w:r>
          </w:p>
        </w:tc>
        <w:tc>
          <w:tcPr>
            <w:tcW w:type="dxa" w:w="1440"/>
          </w:tcPr>
          <w:p>
            <w:r>
              <w:t>vector, Point</w:t>
            </w:r>
          </w:p>
        </w:tc>
        <w:tc>
          <w:tcPr>
            <w:tcW w:type="dxa" w:w="1440"/>
          </w:tcPr>
          <w:p>
            <w:r>
              <w:t>25</w:t>
            </w:r>
          </w:p>
        </w:tc>
        <w:tc>
          <w:tcPr>
            <w:tcW w:type="dxa" w:w="1440"/>
          </w:tcPr>
          <w:p>
            <w:r/>
          </w:p>
        </w:tc>
        <w:tc>
          <w:tcPr>
            <w:tcW w:type="dxa" w:w="1440"/>
          </w:tcPr>
          <w:p>
            <w:r>
              <w:t>25 point features; 'limit_kmh' 60 to 60 (mean 60); 'installed_year' 2,015 to 2,025 (mean 2020); named by 'name' (e.g. Speed camera 01, Speed camera 02, Speed camera 03); extent -46.6879,-23.5867 to -46.6330,-23.5361. Point locations of Speed cameras.</w:t>
            </w:r>
          </w:p>
        </w:tc>
        <w:tc>
          <w:tcPr>
            <w:tcW w:type="dxa" w:w="1440"/>
          </w:tcPr>
          <w:p>
            <w:r>
              <w:t>[91]</w:t>
            </w:r>
          </w:p>
        </w:tc>
      </w:tr>
      <w:tr>
        <w:tc>
          <w:tcPr>
            <w:tcW w:type="dxa" w:w="1440"/>
          </w:tcPr>
          <w:p>
            <w:r>
              <w:t>Schools</w:t>
            </w:r>
          </w:p>
        </w:tc>
        <w:tc>
          <w:tcPr>
            <w:tcW w:type="dxa" w:w="1440"/>
          </w:tcPr>
          <w:p>
            <w:r>
              <w:t>vector, Point</w:t>
            </w:r>
          </w:p>
        </w:tc>
        <w:tc>
          <w:tcPr>
            <w:tcW w:type="dxa" w:w="1440"/>
          </w:tcPr>
          <w:p>
            <w:r>
              <w:t>40</w:t>
            </w:r>
          </w:p>
        </w:tc>
        <w:tc>
          <w:tcPr>
            <w:tcW w:type="dxa" w:w="1440"/>
          </w:tcPr>
          <w:p>
            <w:r/>
          </w:p>
        </w:tc>
        <w:tc>
          <w:tcPr>
            <w:tcW w:type="dxa" w:w="1440"/>
          </w:tcPr>
          <w:p>
            <w:r>
              <w:t>40 point features; 'level' has 2 values (top: medio 22, fundamental 18); 'students' 206 to 1,777 (mean 936.7); named by 'name' (e.g. Escola Vila Norte, Escola Jardim Primavera, Escola Alto do Moinho); extent -46.6894,-23.5866 to -46.6239,-23.5365. Point locations of Schools by level.</w:t>
            </w:r>
          </w:p>
        </w:tc>
        <w:tc>
          <w:tcPr>
            <w:tcW w:type="dxa" w:w="1440"/>
          </w:tcPr>
          <w:p>
            <w:r>
              <w:t>[92]</w:t>
            </w:r>
          </w:p>
        </w:tc>
      </w:tr>
      <w:tr>
        <w:tc>
          <w:tcPr>
            <w:tcW w:type="dxa" w:w="1440"/>
          </w:tcPr>
          <w:p>
            <w:r>
              <w:t>Bus stops</w:t>
            </w:r>
          </w:p>
        </w:tc>
        <w:tc>
          <w:tcPr>
            <w:tcW w:type="dxa" w:w="1440"/>
          </w:tcPr>
          <w:p>
            <w:r>
              <w:t>vector, Point</w:t>
            </w:r>
          </w:p>
        </w:tc>
        <w:tc>
          <w:tcPr>
            <w:tcW w:type="dxa" w:w="1440"/>
          </w:tcPr>
          <w:p>
            <w:r>
              <w:t>120</w:t>
            </w:r>
          </w:p>
        </w:tc>
        <w:tc>
          <w:tcPr>
            <w:tcW w:type="dxa" w:w="1440"/>
          </w:tcPr>
          <w:p>
            <w:r/>
          </w:p>
        </w:tc>
        <w:tc>
          <w:tcPr>
            <w:tcW w:type="dxa" w:w="1440"/>
          </w:tcPr>
          <w:p>
            <w:r>
              <w:t>120 point features; 'shelter' has 2 values (top: True 74, False 46); 'lines' 1 to 14 (mean 7.383); extent -46.6879,-23.5873 to -46.6236,-23.5357. Point locations of Bus stops by shelter.</w:t>
            </w:r>
          </w:p>
        </w:tc>
        <w:tc>
          <w:tcPr>
            <w:tcW w:type="dxa" w:w="1440"/>
          </w:tcPr>
          <w:p>
            <w:r>
              <w:t>[93]</w:t>
            </w:r>
          </w:p>
        </w:tc>
      </w:tr>
      <w:tr>
        <w:tc>
          <w:tcPr>
            <w:tcW w:type="dxa" w:w="1440"/>
          </w:tcPr>
          <w:p>
            <w:r>
              <w:t>Pedestrian crossings</w:t>
            </w:r>
          </w:p>
        </w:tc>
        <w:tc>
          <w:tcPr>
            <w:tcW w:type="dxa" w:w="1440"/>
          </w:tcPr>
          <w:p>
            <w:r>
              <w:t>vector, Point</w:t>
            </w:r>
          </w:p>
        </w:tc>
        <w:tc>
          <w:tcPr>
            <w:tcW w:type="dxa" w:w="1440"/>
          </w:tcPr>
          <w:p>
            <w:r>
              <w:t>200</w:t>
            </w:r>
          </w:p>
        </w:tc>
        <w:tc>
          <w:tcPr>
            <w:tcW w:type="dxa" w:w="1440"/>
          </w:tcPr>
          <w:p>
            <w:r/>
          </w:p>
        </w:tc>
        <w:tc>
          <w:tcPr>
            <w:tcW w:type="dxa" w:w="1440"/>
          </w:tcPr>
          <w:p>
            <w:r>
              <w:t>200 point features; 'type' has 3 values (top: signalized 74, zebra 64, raised 62); 'countdown' has 2 values (top: False 114, True 86); extent -46.6896,-23.5875 to -46.6226,-23.5348. Point locations of Pedestrian crossings by type.</w:t>
            </w:r>
          </w:p>
        </w:tc>
        <w:tc>
          <w:tcPr>
            <w:tcW w:type="dxa" w:w="1440"/>
          </w:tcPr>
          <w:p>
            <w:r>
              <w:t>[94]</w:t>
            </w:r>
          </w:p>
        </w:tc>
      </w:tr>
      <w:tr>
        <w:tc>
          <w:tcPr>
            <w:tcW w:type="dxa" w:w="1440"/>
          </w:tcPr>
          <w:p>
            <w:r>
              <w:t>Traffic calming</w:t>
            </w:r>
          </w:p>
        </w:tc>
        <w:tc>
          <w:tcPr>
            <w:tcW w:type="dxa" w:w="1440"/>
          </w:tcPr>
          <w:p>
            <w:r>
              <w:t>vector, Point</w:t>
            </w:r>
          </w:p>
        </w:tc>
        <w:tc>
          <w:tcPr>
            <w:tcW w:type="dxa" w:w="1440"/>
          </w:tcPr>
          <w:p>
            <w:r>
              <w:t>70</w:t>
            </w:r>
          </w:p>
        </w:tc>
        <w:tc>
          <w:tcPr>
            <w:tcW w:type="dxa" w:w="1440"/>
          </w:tcPr>
          <w:p>
            <w:r>
              <w:t>2023-01-07 to 2026-06-13</w:t>
            </w:r>
          </w:p>
        </w:tc>
        <w:tc>
          <w:tcPr>
            <w:tcW w:type="dxa" w:w="1440"/>
          </w:tcPr>
          <w:p>
            <w:r>
              <w:t>70 point features; dated by 'date' from 2023-01-07 to 2026-06-13; 'type' has 4 values (top: chicane 21, lane narrowing 19, raised crossing 18); 'cost_brl' 13,814 to 135,708 (mean 5.279e+04); extent -46.6872,-23.5825 to -46.6351,-23.5364. Dated point events by type: where and when Traffic calming happen.</w:t>
            </w:r>
          </w:p>
        </w:tc>
        <w:tc>
          <w:tcPr>
            <w:tcW w:type="dxa" w:w="1440"/>
          </w:tcPr>
          <w:p>
            <w:r>
              <w:t>[3]</w:t>
            </w:r>
          </w:p>
        </w:tc>
      </w:tr>
      <w:tr>
        <w:tc>
          <w:tcPr>
            <w:tcW w:type="dxa" w:w="1440"/>
          </w:tcPr>
          <w:p>
            <w:r>
              <w:t>Segment speeds by month</w:t>
            </w:r>
          </w:p>
        </w:tc>
        <w:tc>
          <w:tcPr>
            <w:tcW w:type="dxa" w:w="1440"/>
          </w:tcPr>
          <w:p>
            <w:r>
              <w:t>table</w:t>
            </w:r>
          </w:p>
        </w:tc>
        <w:tc>
          <w:tcPr>
            <w:tcW w:type="dxa" w:w="1440"/>
          </w:tcPr>
          <w:p>
            <w:r>
              <w:t>1,440</w:t>
            </w:r>
          </w:p>
        </w:tc>
        <w:tc>
          <w:tcPr>
            <w:tcW w:type="dxa" w:w="1440"/>
          </w:tcPr>
          <w:p>
            <w:r>
              <w:t>2025-10-01 to 2026-09-01</w:t>
            </w:r>
          </w:p>
        </w:tc>
        <w:tc>
          <w:tcPr>
            <w:tcW w:type="dxa" w:w="1440"/>
          </w:tcPr>
          <w:p>
            <w:r>
              <w:t>Table of 1,440 rows and 5 columns without geometry; dated by 'month' from 2025-10-01 to 2026-09-01; 'mean_speed_kmh' 42 to 65.8 (mean 53.34); 'p85_speed_kmh' 52.9 to 79.3 (mean 65.81); 'volume' 15,817 to 81,760 (mean 3.765e+04). A table of Segment speeds by month without locations.</w:t>
            </w:r>
          </w:p>
        </w:tc>
        <w:tc>
          <w:tcPr>
            <w:tcW w:type="dxa" w:w="1440"/>
          </w:tcPr>
          <w:p>
            <w:r>
              <w:t>[4]</w:t>
            </w:r>
          </w:p>
        </w:tc>
      </w:tr>
      <w:tr>
        <w:tc>
          <w:tcPr>
            <w:tcW w:type="dxa" w:w="1440"/>
          </w:tcPr>
          <w:p>
            <w:r>
              <w:t>Camera citations by month</w:t>
            </w:r>
          </w:p>
        </w:tc>
        <w:tc>
          <w:tcPr>
            <w:tcW w:type="dxa" w:w="1440"/>
          </w:tcPr>
          <w:p>
            <w:r>
              <w:t>table</w:t>
            </w:r>
          </w:p>
        </w:tc>
        <w:tc>
          <w:tcPr>
            <w:tcW w:type="dxa" w:w="1440"/>
          </w:tcPr>
          <w:p>
            <w:r>
              <w:t>300</w:t>
            </w:r>
          </w:p>
        </w:tc>
        <w:tc>
          <w:tcPr>
            <w:tcW w:type="dxa" w:w="1440"/>
          </w:tcPr>
          <w:p>
            <w:r>
              <w:t>2025-10-01 to 2026-09-01</w:t>
            </w:r>
          </w:p>
        </w:tc>
        <w:tc>
          <w:tcPr>
            <w:tcW w:type="dxa" w:w="1440"/>
          </w:tcPr>
          <w:p>
            <w:r>
              <w:t>Table of 300 rows and 4 columns without geometry; dated by 'month' from 2025-10-01 to 2026-09-01; 'citations' 802 to 993 (mean 898.9); 'avg_excess_kmh' 8 to 19 (mean 13.36). A table of Camera citations by month without locations.</w:t>
            </w:r>
          </w:p>
        </w:tc>
        <w:tc>
          <w:tcPr>
            <w:tcW w:type="dxa" w:w="1440"/>
          </w:tcPr>
          <w:p>
            <w:r>
              <w:t>[5]</w:t>
            </w:r>
          </w:p>
        </w:tc>
      </w:tr>
      <w:tr>
        <w:tc>
          <w:tcPr>
            <w:tcW w:type="dxa" w:w="1440"/>
          </w:tcPr>
          <w:p>
            <w:r>
              <w:t>Vision Zero corridor review</w:t>
            </w:r>
          </w:p>
        </w:tc>
        <w:tc>
          <w:tcPr>
            <w:tcW w:type="dxa" w:w="1440"/>
          </w:tcPr>
          <w:p>
            <w:r>
              <w:t>document</w:t>
            </w:r>
          </w:p>
        </w:tc>
        <w:tc>
          <w:tcPr>
            <w:tcW w:type="dxa" w:w="1440"/>
          </w:tcPr>
          <w:p>
            <w:r/>
          </w:p>
        </w:tc>
        <w:tc>
          <w:tcPr>
            <w:tcW w:type="dxa" w:w="1440"/>
          </w:tcPr>
          <w:p>
            <w:r/>
          </w:p>
        </w:tc>
        <w:tc>
          <w:tcPr>
            <w:tcW w:type="dxa" w:w="1440"/>
          </w:tcPr>
          <w:p>
            <w:r>
              <w:t>1-page md document 'Vision Zero corridor review'; language en; mentions 4 place(s): Avenida do Parque (2), -23.55479, -46.66610 (1), Speed camera 01 (1), Speed camera 02 (1). A document about Avenida do Parque, -23.55479, -46.66610, Speed camera 01.</w:t>
            </w:r>
          </w:p>
        </w:tc>
        <w:tc>
          <w:tcPr>
            <w:tcW w:type="dxa" w:w="1440"/>
          </w:tcPr>
          <w:p>
            <w:r>
              <w:t>[95]</w:t>
            </w:r>
          </w:p>
        </w:tc>
      </w:tr>
      <w:tr>
        <w:tc>
          <w:tcPr>
            <w:tcW w:type="dxa" w:w="1440"/>
          </w:tcPr>
          <w:p>
            <w:r>
              <w:t>Sample: Transportation safety, Sao Paulo</w:t>
            </w:r>
          </w:p>
        </w:tc>
        <w:tc>
          <w:tcPr>
            <w:tcW w:type="dxa" w:w="1440"/>
          </w:tcPr>
          <w:p>
            <w:r>
              <w:t>record</w:t>
            </w:r>
          </w:p>
        </w:tc>
        <w:tc>
          <w:tcPr>
            <w:tcW w:type="dxa" w:w="1440"/>
          </w:tcPr>
          <w:p>
            <w:r/>
          </w:p>
        </w:tc>
        <w:tc>
          <w:tcPr>
            <w:tcW w:type="dxa" w:w="1440"/>
          </w:tcPr>
          <w:p>
            <w:r/>
          </w:p>
        </w:tc>
        <w:tc>
          <w:tcPr>
            <w:tcW w:type="dxa" w:w="1440"/>
          </w:tcPr>
          <w:p>
            <w:r/>
          </w:p>
        </w:tc>
        <w:tc>
          <w:tcPr>
            <w:tcW w:type="dxa" w:w="1440"/>
          </w:tcPr>
          <w:p>
            <w:r>
              <w:t>[96]</w:t>
            </w:r>
          </w:p>
        </w:tc>
      </w:tr>
      <w:tr>
        <w:tc>
          <w:tcPr>
            <w:tcW w:type="dxa" w:w="1440"/>
          </w:tcPr>
          <w:p>
            <w:r>
              <w:t>Hot spot analysis: Schools</w:t>
            </w:r>
          </w:p>
        </w:tc>
        <w:tc>
          <w:tcPr>
            <w:tcW w:type="dxa" w:w="1440"/>
          </w:tcPr>
          <w:p>
            <w:r>
              <w:t>layer, Point</w:t>
            </w:r>
          </w:p>
        </w:tc>
        <w:tc>
          <w:tcPr>
            <w:tcW w:type="dxa" w:w="1440"/>
          </w:tcPr>
          <w:p>
            <w:r>
              <w:t>40</w:t>
            </w:r>
          </w:p>
        </w:tc>
        <w:tc>
          <w:tcPr>
            <w:tcW w:type="dxa" w:w="1440"/>
          </w:tcPr>
          <w:p>
            <w:r/>
          </w:p>
        </w:tc>
        <w:tc>
          <w:tcPr>
            <w:tcW w:type="dxa" w:w="1440"/>
          </w:tcPr>
          <w:p>
            <w:r/>
          </w:p>
        </w:tc>
        <w:tc>
          <w:tcPr>
            <w:tcW w:type="dxa" w:w="1440"/>
          </w:tcPr>
          <w:p>
            <w:r>
              <w:t>[97]</w:t>
            </w:r>
          </w:p>
        </w:tc>
      </w:tr>
      <w:tr>
        <w:tc>
          <w:tcPr>
            <w:tcW w:type="dxa" w:w="1440"/>
          </w:tcPr>
          <w:p>
            <w:r>
              <w:t>Hot spot analysis: Crashes</w:t>
            </w:r>
          </w:p>
        </w:tc>
        <w:tc>
          <w:tcPr>
            <w:tcW w:type="dxa" w:w="1440"/>
          </w:tcPr>
          <w:p>
            <w:r>
              <w:t>layer, Polygon</w:t>
            </w:r>
          </w:p>
        </w:tc>
        <w:tc>
          <w:tcPr>
            <w:tcW w:type="dxa" w:w="1440"/>
          </w:tcPr>
          <w:p>
            <w:r>
              <w:t>1,049</w:t>
            </w:r>
          </w:p>
        </w:tc>
        <w:tc>
          <w:tcPr>
            <w:tcW w:type="dxa" w:w="1440"/>
          </w:tcPr>
          <w:p>
            <w:r/>
          </w:p>
        </w:tc>
        <w:tc>
          <w:tcPr>
            <w:tcW w:type="dxa" w:w="1440"/>
          </w:tcPr>
          <w:p>
            <w:r/>
          </w:p>
        </w:tc>
        <w:tc>
          <w:tcPr>
            <w:tcW w:type="dxa" w:w="1440"/>
          </w:tcPr>
          <w:p>
            <w:r>
              <w:t>[98]</w:t>
            </w:r>
          </w:p>
        </w:tc>
      </w:tr>
      <w:tr>
        <w:tc>
          <w:tcPr>
            <w:tcW w:type="dxa" w:w="1440"/>
          </w:tcPr>
          <w:p>
            <w:r>
              <w:t>Emerging hot spots: Crashes</w:t>
            </w:r>
          </w:p>
        </w:tc>
        <w:tc>
          <w:tcPr>
            <w:tcW w:type="dxa" w:w="1440"/>
          </w:tcPr>
          <w:p>
            <w:r>
              <w:t>layer, Polygon</w:t>
            </w:r>
          </w:p>
        </w:tc>
        <w:tc>
          <w:tcPr>
            <w:tcW w:type="dxa" w:w="1440"/>
          </w:tcPr>
          <w:p>
            <w:r>
              <w:t>391</w:t>
            </w:r>
          </w:p>
        </w:tc>
        <w:tc>
          <w:tcPr>
            <w:tcW w:type="dxa" w:w="1440"/>
          </w:tcPr>
          <w:p>
            <w:r/>
          </w:p>
        </w:tc>
        <w:tc>
          <w:tcPr>
            <w:tcW w:type="dxa" w:w="1440"/>
          </w:tcPr>
          <w:p>
            <w:r/>
          </w:p>
        </w:tc>
        <w:tc>
          <w:tcPr>
            <w:tcW w:type="dxa" w:w="1440"/>
          </w:tcPr>
          <w:p>
            <w:r>
              <w:t>[99]</w:t>
            </w:r>
          </w:p>
        </w:tc>
      </w:tr>
      <w:tr>
        <w:tc>
          <w:tcPr>
            <w:tcW w:type="dxa" w:w="1440"/>
          </w:tcPr>
          <w:p>
            <w:r>
              <w:t>Emerging hot spots: Traffic calming</w:t>
            </w:r>
          </w:p>
        </w:tc>
        <w:tc>
          <w:tcPr>
            <w:tcW w:type="dxa" w:w="1440"/>
          </w:tcPr>
          <w:p>
            <w:r>
              <w:t>layer, Polygon</w:t>
            </w:r>
          </w:p>
        </w:tc>
        <w:tc>
          <w:tcPr>
            <w:tcW w:type="dxa" w:w="1440"/>
          </w:tcPr>
          <w:p>
            <w:r>
              <w:t>14</w:t>
            </w:r>
          </w:p>
        </w:tc>
        <w:tc>
          <w:tcPr>
            <w:tcW w:type="dxa" w:w="1440"/>
          </w:tcPr>
          <w:p>
            <w:r/>
          </w:p>
        </w:tc>
        <w:tc>
          <w:tcPr>
            <w:tcW w:type="dxa" w:w="1440"/>
          </w:tcPr>
          <w:p>
            <w:r/>
          </w:p>
        </w:tc>
        <w:tc>
          <w:tcPr>
            <w:tcW w:type="dxa" w:w="1440"/>
          </w:tcPr>
          <w:p>
            <w:r>
              <w:t>[100]</w:t>
            </w:r>
          </w:p>
        </w:tc>
      </w:tr>
      <w:tr>
        <w:tc>
          <w:tcPr>
            <w:tcW w:type="dxa" w:w="1440"/>
          </w:tcPr>
          <w:p>
            <w:r>
              <w:t>Summarize within: Traffic districts</w:t>
            </w:r>
          </w:p>
        </w:tc>
        <w:tc>
          <w:tcPr>
            <w:tcW w:type="dxa" w:w="1440"/>
          </w:tcPr>
          <w:p>
            <w:r>
              <w:t>layer, Polygon</w:t>
            </w:r>
          </w:p>
        </w:tc>
        <w:tc>
          <w:tcPr>
            <w:tcW w:type="dxa" w:w="1440"/>
          </w:tcPr>
          <w:p>
            <w:r>
              <w:t>12</w:t>
            </w:r>
          </w:p>
        </w:tc>
        <w:tc>
          <w:tcPr>
            <w:tcW w:type="dxa" w:w="1440"/>
          </w:tcPr>
          <w:p>
            <w:r/>
          </w:p>
        </w:tc>
        <w:tc>
          <w:tcPr>
            <w:tcW w:type="dxa" w:w="1440"/>
          </w:tcPr>
          <w:p>
            <w:r/>
          </w:p>
        </w:tc>
        <w:tc>
          <w:tcPr>
            <w:tcW w:type="dxa" w:w="1440"/>
          </w:tcPr>
          <w:p>
            <w:r>
              <w:t>[101]</w:t>
            </w:r>
          </w:p>
        </w:tc>
      </w:tr>
      <w:tr>
        <w:tc>
          <w:tcPr>
            <w:tcW w:type="dxa" w:w="1440"/>
          </w:tcPr>
          <w:p>
            <w:r>
              <w:t>Summarize within: Traffic districts</w:t>
            </w:r>
          </w:p>
        </w:tc>
        <w:tc>
          <w:tcPr>
            <w:tcW w:type="dxa" w:w="1440"/>
          </w:tcPr>
          <w:p>
            <w:r>
              <w:t>layer, Polygon</w:t>
            </w:r>
          </w:p>
        </w:tc>
        <w:tc>
          <w:tcPr>
            <w:tcW w:type="dxa" w:w="1440"/>
          </w:tcPr>
          <w:p>
            <w:r>
              <w:t>12</w:t>
            </w:r>
          </w:p>
        </w:tc>
        <w:tc>
          <w:tcPr>
            <w:tcW w:type="dxa" w:w="1440"/>
          </w:tcPr>
          <w:p>
            <w:r/>
          </w:p>
        </w:tc>
        <w:tc>
          <w:tcPr>
            <w:tcW w:type="dxa" w:w="1440"/>
          </w:tcPr>
          <w:p>
            <w:r/>
          </w:p>
        </w:tc>
        <w:tc>
          <w:tcPr>
            <w:tcW w:type="dxa" w:w="1440"/>
          </w:tcPr>
          <w:p>
            <w:r>
              <w:t>[102]</w:t>
            </w:r>
          </w:p>
        </w:tc>
      </w:tr>
      <w:tr>
        <w:tc>
          <w:tcPr>
            <w:tcW w:type="dxa" w:w="1440"/>
          </w:tcPr>
          <w:p>
            <w:r>
              <w:t>Find point clusters: Schools</w:t>
            </w:r>
          </w:p>
        </w:tc>
        <w:tc>
          <w:tcPr>
            <w:tcW w:type="dxa" w:w="1440"/>
          </w:tcPr>
          <w:p>
            <w:r>
              <w:t>layer, Point</w:t>
            </w:r>
          </w:p>
        </w:tc>
        <w:tc>
          <w:tcPr>
            <w:tcW w:type="dxa" w:w="1440"/>
          </w:tcPr>
          <w:p>
            <w:r>
              <w:t>40</w:t>
            </w:r>
          </w:p>
        </w:tc>
        <w:tc>
          <w:tcPr>
            <w:tcW w:type="dxa" w:w="1440"/>
          </w:tcPr>
          <w:p>
            <w:r/>
          </w:p>
        </w:tc>
        <w:tc>
          <w:tcPr>
            <w:tcW w:type="dxa" w:w="1440"/>
          </w:tcPr>
          <w:p>
            <w:r/>
          </w:p>
        </w:tc>
        <w:tc>
          <w:tcPr>
            <w:tcW w:type="dxa" w:w="1440"/>
          </w:tcPr>
          <w:p>
            <w:r>
              <w:t>[103]</w:t>
            </w:r>
          </w:p>
        </w:tc>
      </w:tr>
      <w:tr>
        <w:tc>
          <w:tcPr>
            <w:tcW w:type="dxa" w:w="1440"/>
          </w:tcPr>
          <w:p>
            <w:r>
              <w:t>Find point clusters: cluster hulls</w:t>
            </w:r>
          </w:p>
        </w:tc>
        <w:tc>
          <w:tcPr>
            <w:tcW w:type="dxa" w:w="1440"/>
          </w:tcPr>
          <w:p>
            <w:r>
              <w:t>layer, Polygon</w:t>
            </w:r>
          </w:p>
        </w:tc>
        <w:tc>
          <w:tcPr>
            <w:tcW w:type="dxa" w:w="1440"/>
          </w:tcPr>
          <w:p>
            <w:r>
              <w:t>3</w:t>
            </w:r>
          </w:p>
        </w:tc>
        <w:tc>
          <w:tcPr>
            <w:tcW w:type="dxa" w:w="1440"/>
          </w:tcPr>
          <w:p>
            <w:r/>
          </w:p>
        </w:tc>
        <w:tc>
          <w:tcPr>
            <w:tcW w:type="dxa" w:w="1440"/>
          </w:tcPr>
          <w:p>
            <w:r/>
          </w:p>
        </w:tc>
        <w:tc>
          <w:tcPr>
            <w:tcW w:type="dxa" w:w="1440"/>
          </w:tcPr>
          <w:p>
            <w:r>
              <w:t>[104]</w:t>
            </w:r>
          </w:p>
        </w:tc>
      </w:tr>
      <w:tr>
        <w:tc>
          <w:tcPr>
            <w:tcW w:type="dxa" w:w="1440"/>
          </w:tcPr>
          <w:p>
            <w:r>
              <w:t>Find point clusters: Crashes</w:t>
            </w:r>
          </w:p>
        </w:tc>
        <w:tc>
          <w:tcPr>
            <w:tcW w:type="dxa" w:w="1440"/>
          </w:tcPr>
          <w:p>
            <w:r>
              <w:t>layer, Point</w:t>
            </w:r>
          </w:p>
        </w:tc>
        <w:tc>
          <w:tcPr>
            <w:tcW w:type="dxa" w:w="1440"/>
          </w:tcPr>
          <w:p>
            <w:r>
              <w:t>2,100</w:t>
            </w:r>
          </w:p>
        </w:tc>
        <w:tc>
          <w:tcPr>
            <w:tcW w:type="dxa" w:w="1440"/>
          </w:tcPr>
          <w:p>
            <w:r/>
          </w:p>
        </w:tc>
        <w:tc>
          <w:tcPr>
            <w:tcW w:type="dxa" w:w="1440"/>
          </w:tcPr>
          <w:p>
            <w:r/>
          </w:p>
        </w:tc>
        <w:tc>
          <w:tcPr>
            <w:tcW w:type="dxa" w:w="1440"/>
          </w:tcPr>
          <w:p>
            <w:r>
              <w:t>[105]</w:t>
            </w:r>
          </w:p>
        </w:tc>
      </w:tr>
      <w:tr>
        <w:tc>
          <w:tcPr>
            <w:tcW w:type="dxa" w:w="1440"/>
          </w:tcPr>
          <w:p>
            <w:r>
              <w:t>Find point clusters: cluster hulls</w:t>
            </w:r>
          </w:p>
        </w:tc>
        <w:tc>
          <w:tcPr>
            <w:tcW w:type="dxa" w:w="1440"/>
          </w:tcPr>
          <w:p>
            <w:r>
              <w:t>layer, Polygon</w:t>
            </w:r>
          </w:p>
        </w:tc>
        <w:tc>
          <w:tcPr>
            <w:tcW w:type="dxa" w:w="1440"/>
          </w:tcPr>
          <w:p>
            <w:r>
              <w:t>2</w:t>
            </w:r>
          </w:p>
        </w:tc>
        <w:tc>
          <w:tcPr>
            <w:tcW w:type="dxa" w:w="1440"/>
          </w:tcPr>
          <w:p>
            <w:r/>
          </w:p>
        </w:tc>
        <w:tc>
          <w:tcPr>
            <w:tcW w:type="dxa" w:w="1440"/>
          </w:tcPr>
          <w:p>
            <w:r/>
          </w:p>
        </w:tc>
        <w:tc>
          <w:tcPr>
            <w:tcW w:type="dxa" w:w="1440"/>
          </w:tcPr>
          <w:p>
            <w:r>
              <w:t>[106]</w:t>
            </w:r>
          </w:p>
        </w:tc>
      </w:tr>
      <w:tr>
        <w:tc>
          <w:tcPr>
            <w:tcW w:type="dxa" w:w="1440"/>
          </w:tcPr>
          <w:p>
            <w:r>
              <w:t>Find point clusters: Pedestrian crossings</w:t>
            </w:r>
          </w:p>
        </w:tc>
        <w:tc>
          <w:tcPr>
            <w:tcW w:type="dxa" w:w="1440"/>
          </w:tcPr>
          <w:p>
            <w:r>
              <w:t>layer, Point</w:t>
            </w:r>
          </w:p>
        </w:tc>
        <w:tc>
          <w:tcPr>
            <w:tcW w:type="dxa" w:w="1440"/>
          </w:tcPr>
          <w:p>
            <w:r>
              <w:t>200</w:t>
            </w:r>
          </w:p>
        </w:tc>
        <w:tc>
          <w:tcPr>
            <w:tcW w:type="dxa" w:w="1440"/>
          </w:tcPr>
          <w:p>
            <w:r/>
          </w:p>
        </w:tc>
        <w:tc>
          <w:tcPr>
            <w:tcW w:type="dxa" w:w="1440"/>
          </w:tcPr>
          <w:p>
            <w:r/>
          </w:p>
        </w:tc>
        <w:tc>
          <w:tcPr>
            <w:tcW w:type="dxa" w:w="1440"/>
          </w:tcPr>
          <w:p>
            <w:r>
              <w:t>[107]</w:t>
            </w:r>
          </w:p>
        </w:tc>
      </w:tr>
      <w:tr>
        <w:tc>
          <w:tcPr>
            <w:tcW w:type="dxa" w:w="1440"/>
          </w:tcPr>
          <w:p>
            <w:r>
              <w:t>Find point clusters: cluster hulls</w:t>
            </w:r>
          </w:p>
        </w:tc>
        <w:tc>
          <w:tcPr>
            <w:tcW w:type="dxa" w:w="1440"/>
          </w:tcPr>
          <w:p>
            <w:r>
              <w:t>layer, Polygon</w:t>
            </w:r>
          </w:p>
        </w:tc>
        <w:tc>
          <w:tcPr>
            <w:tcW w:type="dxa" w:w="1440"/>
          </w:tcPr>
          <w:p>
            <w:r>
              <w:t>11</w:t>
            </w:r>
          </w:p>
        </w:tc>
        <w:tc>
          <w:tcPr>
            <w:tcW w:type="dxa" w:w="1440"/>
          </w:tcPr>
          <w:p>
            <w:r/>
          </w:p>
        </w:tc>
        <w:tc>
          <w:tcPr>
            <w:tcW w:type="dxa" w:w="1440"/>
          </w:tcPr>
          <w:p>
            <w:r/>
          </w:p>
        </w:tc>
        <w:tc>
          <w:tcPr>
            <w:tcW w:type="dxa" w:w="1440"/>
          </w:tcPr>
          <w:p>
            <w:r>
              <w:t>[108]</w:t>
            </w:r>
          </w:p>
        </w:tc>
      </w:tr>
      <w:tr>
        <w:tc>
          <w:tcPr>
            <w:tcW w:type="dxa" w:w="1440"/>
          </w:tcPr>
          <w:p>
            <w:r>
              <w:t>Calculate density: Schools</w:t>
            </w:r>
          </w:p>
        </w:tc>
        <w:tc>
          <w:tcPr>
            <w:tcW w:type="dxa" w:w="1440"/>
          </w:tcPr>
          <w:p>
            <w:r>
              <w:t>layer, Polygon</w:t>
            </w:r>
          </w:p>
        </w:tc>
        <w:tc>
          <w:tcPr>
            <w:tcW w:type="dxa" w:w="1440"/>
          </w:tcPr>
          <w:p>
            <w:r>
              <w:t>80</w:t>
            </w:r>
          </w:p>
        </w:tc>
        <w:tc>
          <w:tcPr>
            <w:tcW w:type="dxa" w:w="1440"/>
          </w:tcPr>
          <w:p>
            <w:r/>
          </w:p>
        </w:tc>
        <w:tc>
          <w:tcPr>
            <w:tcW w:type="dxa" w:w="1440"/>
          </w:tcPr>
          <w:p>
            <w:r/>
          </w:p>
        </w:tc>
        <w:tc>
          <w:tcPr>
            <w:tcW w:type="dxa" w:w="1440"/>
          </w:tcPr>
          <w:p>
            <w:r>
              <w:t>[109]</w:t>
            </w:r>
          </w:p>
        </w:tc>
      </w:tr>
      <w:tr>
        <w:tc>
          <w:tcPr>
            <w:tcW w:type="dxa" w:w="1440"/>
          </w:tcPr>
          <w:p>
            <w:r>
              <w:t>Calculate density: Crashes</w:t>
            </w:r>
          </w:p>
        </w:tc>
        <w:tc>
          <w:tcPr>
            <w:tcW w:type="dxa" w:w="1440"/>
          </w:tcPr>
          <w:p>
            <w:r>
              <w:t>layer, Polygon</w:t>
            </w:r>
          </w:p>
        </w:tc>
        <w:tc>
          <w:tcPr>
            <w:tcW w:type="dxa" w:w="1440"/>
          </w:tcPr>
          <w:p>
            <w:r>
              <w:t>4,112</w:t>
            </w:r>
          </w:p>
        </w:tc>
        <w:tc>
          <w:tcPr>
            <w:tcW w:type="dxa" w:w="1440"/>
          </w:tcPr>
          <w:p>
            <w:r/>
          </w:p>
        </w:tc>
        <w:tc>
          <w:tcPr>
            <w:tcW w:type="dxa" w:w="1440"/>
          </w:tcPr>
          <w:p>
            <w:r/>
          </w:p>
        </w:tc>
        <w:tc>
          <w:tcPr>
            <w:tcW w:type="dxa" w:w="1440"/>
          </w:tcPr>
          <w:p>
            <w:r>
              <w:t>[110]</w:t>
            </w:r>
          </w:p>
        </w:tc>
      </w:tr>
      <w:tr>
        <w:tc>
          <w:tcPr>
            <w:tcW w:type="dxa" w:w="1440"/>
          </w:tcPr>
          <w:p>
            <w:r>
              <w:t>Calculate density: Pedestrian crossings</w:t>
            </w:r>
          </w:p>
        </w:tc>
        <w:tc>
          <w:tcPr>
            <w:tcW w:type="dxa" w:w="1440"/>
          </w:tcPr>
          <w:p>
            <w:r>
              <w:t>layer, Polygon</w:t>
            </w:r>
          </w:p>
        </w:tc>
        <w:tc>
          <w:tcPr>
            <w:tcW w:type="dxa" w:w="1440"/>
          </w:tcPr>
          <w:p>
            <w:r>
              <w:t>251</w:t>
            </w:r>
          </w:p>
        </w:tc>
        <w:tc>
          <w:tcPr>
            <w:tcW w:type="dxa" w:w="1440"/>
          </w:tcPr>
          <w:p>
            <w:r/>
          </w:p>
        </w:tc>
        <w:tc>
          <w:tcPr>
            <w:tcW w:type="dxa" w:w="1440"/>
          </w:tcPr>
          <w:p>
            <w:r/>
          </w:p>
        </w:tc>
        <w:tc>
          <w:tcPr>
            <w:tcW w:type="dxa" w:w="1440"/>
          </w:tcPr>
          <w:p>
            <w:r>
              <w:t>[111]</w:t>
            </w:r>
          </w:p>
        </w:tc>
      </w:tr>
      <w:tr>
        <w:tc>
          <w:tcPr>
            <w:tcW w:type="dxa" w:w="1440"/>
          </w:tcPr>
          <w:p>
            <w:r>
              <w:t>Hot spot analysis: Pedestrian crossings</w:t>
            </w:r>
          </w:p>
        </w:tc>
        <w:tc>
          <w:tcPr>
            <w:tcW w:type="dxa" w:w="1440"/>
          </w:tcPr>
          <w:p>
            <w:r>
              <w:t>layer, Polygon</w:t>
            </w:r>
          </w:p>
        </w:tc>
        <w:tc>
          <w:tcPr>
            <w:tcW w:type="dxa" w:w="1440"/>
          </w:tcPr>
          <w:p>
            <w:r>
              <w:t>54</w:t>
            </w:r>
          </w:p>
        </w:tc>
        <w:tc>
          <w:tcPr>
            <w:tcW w:type="dxa" w:w="1440"/>
          </w:tcPr>
          <w:p>
            <w:r/>
          </w:p>
        </w:tc>
        <w:tc>
          <w:tcPr>
            <w:tcW w:type="dxa" w:w="1440"/>
          </w:tcPr>
          <w:p>
            <w:r/>
          </w:p>
        </w:tc>
        <w:tc>
          <w:tcPr>
            <w:tcW w:type="dxa" w:w="1440"/>
          </w:tcPr>
          <w:p>
            <w:r>
              <w:t>[112]</w:t>
            </w:r>
          </w:p>
        </w:tc>
      </w:tr>
      <w:tr>
        <w:tc>
          <w:tcPr>
            <w:tcW w:type="dxa" w:w="1440"/>
          </w:tcPr>
          <w:p>
            <w:r>
              <w:t>Repeat and near repeat classification: Crashes</w:t>
            </w:r>
          </w:p>
        </w:tc>
        <w:tc>
          <w:tcPr>
            <w:tcW w:type="dxa" w:w="1440"/>
          </w:tcPr>
          <w:p>
            <w:r>
              <w:t>layer, Point</w:t>
            </w:r>
          </w:p>
        </w:tc>
        <w:tc>
          <w:tcPr>
            <w:tcW w:type="dxa" w:w="1440"/>
          </w:tcPr>
          <w:p>
            <w:r>
              <w:t>2,100</w:t>
            </w:r>
          </w:p>
        </w:tc>
        <w:tc>
          <w:tcPr>
            <w:tcW w:type="dxa" w:w="1440"/>
          </w:tcPr>
          <w:p>
            <w:r/>
          </w:p>
        </w:tc>
        <w:tc>
          <w:tcPr>
            <w:tcW w:type="dxa" w:w="1440"/>
          </w:tcPr>
          <w:p>
            <w:r/>
          </w:p>
        </w:tc>
        <w:tc>
          <w:tcPr>
            <w:tcW w:type="dxa" w:w="1440"/>
          </w:tcPr>
          <w:p>
            <w:r>
              <w:t>[113]</w:t>
            </w:r>
          </w:p>
        </w:tc>
      </w:tr>
      <w:tr>
        <w:tc>
          <w:tcPr>
            <w:tcW w:type="dxa" w:w="1440"/>
          </w:tcPr>
          <w:p>
            <w:r>
              <w:t>Summarize within: Traffic districts</w:t>
            </w:r>
          </w:p>
        </w:tc>
        <w:tc>
          <w:tcPr>
            <w:tcW w:type="dxa" w:w="1440"/>
          </w:tcPr>
          <w:p>
            <w:r>
              <w:t>layer, Polygon</w:t>
            </w:r>
          </w:p>
        </w:tc>
        <w:tc>
          <w:tcPr>
            <w:tcW w:type="dxa" w:w="1440"/>
          </w:tcPr>
          <w:p>
            <w:r>
              <w:t>12</w:t>
            </w:r>
          </w:p>
        </w:tc>
        <w:tc>
          <w:tcPr>
            <w:tcW w:type="dxa" w:w="1440"/>
          </w:tcPr>
          <w:p>
            <w:r/>
          </w:p>
        </w:tc>
        <w:tc>
          <w:tcPr>
            <w:tcW w:type="dxa" w:w="1440"/>
          </w:tcPr>
          <w:p>
            <w:r/>
          </w:p>
        </w:tc>
        <w:tc>
          <w:tcPr>
            <w:tcW w:type="dxa" w:w="1440"/>
          </w:tcPr>
          <w:p>
            <w:r>
              <w:t>[114]</w:t>
            </w:r>
          </w:p>
        </w:tc>
      </w:tr>
    </w:tbl>
    <w:p/>
    <w:p>
      <w:pPr>
        <w:pStyle w:val="Heading1"/>
      </w:pPr>
      <w:r>
        <w:t>Timeline</w:t>
      </w:r>
    </w:p>
    <w:p>
      <w:pPr>
        <w:jc w:val="center"/>
      </w:pPr>
      <w:r>
        <w:drawing>
          <wp:inline xmlns:a="http://schemas.openxmlformats.org/drawingml/2006/main" xmlns:pic="http://schemas.openxmlformats.org/drawingml/2006/picture">
            <wp:extent cx="5486400" cy="3938016"/>
            <wp:docPr id="1" name="Picture 1"/>
            <wp:cNvGraphicFramePr>
              <a:graphicFrameLocks noChangeAspect="1"/>
            </wp:cNvGraphicFramePr>
            <a:graphic>
              <a:graphicData uri="http://schemas.openxmlformats.org/drawingml/2006/picture">
                <pic:pic>
                  <pic:nvPicPr>
                    <pic:cNvPr id="0" name="061.jpg"/>
                    <pic:cNvPicPr/>
                  </pic:nvPicPr>
                  <pic:blipFill>
                    <a:blip r:embed="rId9"/>
                    <a:stretch>
                      <a:fillRect/>
                    </a:stretch>
                  </pic:blipFill>
                  <pic:spPr>
                    <a:xfrm>
                      <a:off x="0" y="0"/>
                      <a:ext cx="5486400" cy="3938016"/>
                    </a:xfrm>
                    <a:prstGeom prst="rect"/>
                  </pic:spPr>
                </pic:pic>
              </a:graphicData>
            </a:graphic>
          </wp:inline>
        </w:drawing>
      </w:r>
    </w:p>
    <w:p>
      <w:r>
        <w:rPr>
          <w:i/>
          <w:color w:val="525252"/>
          <w:sz w:val="17"/>
        </w:rPr>
        <w:t>Figure 1. Timeline: events per month by dataset [1]. Per month, 2023-01-01 to 2026-09-01. Source: Crashes, Traffic calming, Segment speeds by month, Camera citations by month (3,910 features). The data is in the appendix.</w:t>
      </w:r>
    </w:p>
    <w:p>
      <w:r>
        <w:rPr>
          <w:i w:val="0"/>
        </w:rPr>
        <w:t>The timeline counts 3,910 dated events in Crashes, Traffic calming, Segment speeds by month and 1 more per month, from January 2023 to September 2026 [1][2][3][4][5]. By dataset: Crashes 2,100; Segment speeds by month 1,440; Camera citations by month 300; Traffic calming 70 [1]. The trend is +6.63 events per month; the second half of the months has 3,688 against 126 in the first (+2827.0%) [1]. 2 of the 45 months had no events [1].</w:t>
      </w:r>
    </w:p>
    <w:p>
      <w:r>
        <w:rPr>
          <w:b/>
        </w:rPr>
        <w:t>Busiest months</w:t>
      </w:r>
    </w:p>
    <w:p>
      <w:pPr>
        <w:pStyle w:val="ListBullet"/>
      </w:pPr>
      <w:r>
        <w:t>December 2025: 268 events [1]</w:t>
      </w:r>
    </w:p>
    <w:p>
      <w:pPr>
        <w:pStyle w:val="ListBullet"/>
      </w:pPr>
      <w:r>
        <w:t>January 2026: 257 events [1]</w:t>
      </w:r>
    </w:p>
    <w:p>
      <w:pPr>
        <w:pStyle w:val="ListBullet"/>
      </w:pPr>
      <w:r>
        <w:t>November 2025: 250 events [1]</w:t>
      </w:r>
    </w:p>
    <w:p>
      <w:r>
        <w:rPr>
          <w:b/>
        </w:rPr>
        <w:t>Quietest months with events</w:t>
      </w:r>
    </w:p>
    <w:p>
      <w:pPr>
        <w:pStyle w:val="ListBullet"/>
      </w:pPr>
      <w:r>
        <w:t>March 2023: 1 event [1]</w:t>
      </w:r>
    </w:p>
    <w:p>
      <w:pPr>
        <w:pStyle w:val="ListBullet"/>
      </w:pPr>
      <w:r>
        <w:t>April 2023: 1 event [1]</w:t>
      </w:r>
    </w:p>
    <w:p>
      <w:pPr>
        <w:pStyle w:val="ListBullet"/>
      </w:pPr>
      <w:r>
        <w:t>May 2023: 1 event [1]</w:t>
      </w:r>
    </w:p>
    <w:p>
      <w:pPr>
        <w:pStyle w:val="Heading1"/>
      </w:pPr>
      <w:r>
        <w:t>Hot spots</w:t>
      </w:r>
    </w:p>
    <w:p>
      <w:r>
        <w:rPr>
          <w:b/>
        </w:rPr>
        <w:t xml:space="preserve">What this analysis is. </w:t>
      </w:r>
      <w:r>
        <w:rPr>
          <w:i w:val="0"/>
        </w:rPr>
        <w:t>Hot spot analysis: Getis-Ord Gi* hot and cold spots with z-scores, p-values and confidence bins [6]. In ArcGIS it is Find Hot Spots or Hot Spot Analysis (Getis-Ord Gi*); in QGIS, qgis:hotspot (plugin) [6].</w:t>
      </w:r>
    </w:p>
    <w:p>
      <w:r>
        <w:rPr>
          <w:b/>
        </w:rPr>
        <w:t xml:space="preserve">Why it was run on this data. </w:t>
      </w:r>
      <w:r>
        <w:rPr>
          <w:i w:val="0"/>
        </w:rPr>
        <w:t>40 points: Getis-Ord Gi* tests whether the concentrations in Schools are statistically significant [7].</w:t>
      </w:r>
    </w:p>
    <w:p>
      <w:r>
        <w:rPr>
          <w:b/>
        </w:rPr>
        <w:t xml:space="preserve">What it found. </w:t>
      </w:r>
      <w:r>
        <w:rPr>
          <w:i w:val="0"/>
        </w:rPr>
        <w:t>Hot spot analysis was performed using the Schools input layer [9].</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40</w:t>
            </w:r>
          </w:p>
        </w:tc>
      </w:tr>
      <w:tr>
        <w:tc>
          <w:tcPr>
            <w:tcW w:type="dxa" w:w="4320"/>
          </w:tcPr>
          <w:p>
            <w:r>
              <w:t>result, elapsed ms</w:t>
            </w:r>
          </w:p>
        </w:tc>
        <w:tc>
          <w:tcPr>
            <w:tcW w:type="dxa" w:w="4320"/>
          </w:tcPr>
          <w:p>
            <w:r>
              <w:t>3</w:t>
            </w:r>
          </w:p>
        </w:tc>
      </w:tr>
      <w:tr>
        <w:tc>
          <w:tcPr>
            <w:tcW w:type="dxa" w:w="4320"/>
          </w:tcPr>
          <w:p>
            <w:r>
              <w:t>result, excluded null</w:t>
            </w:r>
          </w:p>
        </w:tc>
        <w:tc>
          <w:tcPr>
            <w:tcW w:type="dxa" w:w="4320"/>
          </w:tcPr>
          <w:p>
            <w:r>
              <w:t>0</w:t>
            </w:r>
          </w:p>
        </w:tc>
      </w:tr>
      <w:tr>
        <w:tc>
          <w:tcPr>
            <w:tcW w:type="dxa" w:w="4320"/>
          </w:tcPr>
          <w:p>
            <w:r>
              <w:t>result, distance band m</w:t>
            </w:r>
          </w:p>
        </w:tc>
        <w:tc>
          <w:tcPr>
            <w:tcW w:type="dxa" w:w="4320"/>
          </w:tcPr>
          <w:p>
            <w:r>
              <w:t>2,000</w:t>
            </w:r>
          </w:p>
        </w:tc>
      </w:tr>
      <w:tr>
        <w:tc>
          <w:tcPr>
            <w:tcW w:type="dxa" w:w="4320"/>
          </w:tcPr>
          <w:p>
            <w:r>
              <w:t>billing, cost</w:t>
            </w:r>
          </w:p>
        </w:tc>
        <w:tc>
          <w:tcPr>
            <w:tcW w:type="dxa" w:w="4320"/>
          </w:tcPr>
          <w:p>
            <w:r>
              <w:t>0.0508</w:t>
            </w:r>
          </w:p>
        </w:tc>
      </w:tr>
      <w:tr>
        <w:tc>
          <w:tcPr>
            <w:tcW w:type="dxa" w:w="4320"/>
          </w:tcPr>
          <w:p>
            <w:r>
              <w:t>billing, list price</w:t>
            </w:r>
          </w:p>
        </w:tc>
        <w:tc>
          <w:tcPr>
            <w:tcW w:type="dxa" w:w="4320"/>
          </w:tcPr>
          <w:p>
            <w:r>
              <w:t>0.0508</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Hot spots on Schools: Hot spot analysis: 1 layer saved: Hot spot analysis: Schools (40 features) [8][9].</w:t>
      </w:r>
    </w:p>
    <w:p>
      <w:pPr>
        <w:pStyle w:val="ListBullet"/>
      </w:pPr>
      <w:r>
        <w:rPr>
          <w:b/>
        </w:rPr>
        <w:t xml:space="preserve">Evidenced: </w:t>
      </w:r>
      <w:r>
        <w:t>It reported result, count 40; result, elapsed ms 3; result, excluded null 0; result, distance band m 2,000; billing, cost 0.0508; billing, list price 0.0508 [8].</w:t>
      </w:r>
    </w:p>
    <w:p>
      <w:r>
        <w:rPr>
          <w:i/>
          <w:color w:val="525252"/>
          <w:sz w:val="17"/>
        </w:rPr>
        <w:t>Tool gp_hot_spots; parameters {"field": "students", "project": "220702b2-1327-4244-9cff-74cf9d501f98", "features": {"layer": "Schools (cb956034)"}, "aggregation": "hexagon", "cell_size_m": 2000.0, "distance_band_m": 2000.0}</w:t>
      </w:r>
    </w:p>
    <w:p>
      <w:pPr>
        <w:pStyle w:val="Heading1"/>
      </w:pPr>
      <w:r>
        <w:t>Hot spots</w:t>
      </w:r>
    </w:p>
    <w:p>
      <w:r>
        <w:rPr>
          <w:b/>
        </w:rPr>
        <w:t xml:space="preserve">What this analysis is. </w:t>
      </w:r>
      <w:r>
        <w:rPr>
          <w:i w:val="0"/>
        </w:rPr>
        <w:t>Hot spot analysis: Getis-Ord Gi* hot and cold spots with z-scores, p-values and confidence bins [6]. In ArcGIS it is Find Hot Spots or Hot Spot Analysis (Getis-Ord Gi*); in QGIS, qgis:hotspot (plugin) [6].</w:t>
      </w:r>
    </w:p>
    <w:p>
      <w:r>
        <w:rPr>
          <w:b/>
        </w:rPr>
        <w:t xml:space="preserve">Why it was run on this data. </w:t>
      </w:r>
      <w:r>
        <w:rPr>
          <w:i w:val="0"/>
        </w:rPr>
        <w:t>2100 points: Getis-Ord Gi* tests whether the concentrations in Crashes are statistically significant [10].</w:t>
      </w:r>
    </w:p>
    <w:p>
      <w:r>
        <w:rPr>
          <w:b/>
        </w:rPr>
        <w:t xml:space="preserve">What it found. </w:t>
      </w:r>
      <w:r>
        <w:rPr>
          <w:i w:val="0"/>
        </w:rPr>
        <w:t>Hot spots on Crashes: Hot spot analysis: 1 layer saved: Hot spot analysis: Crashes (1049 features) [11][12]. It reported result, bins 1,049; result, count 1,049; result, elapsed ms 64; result, cell size m 200; result, incidents used 2,100; result, distance band m 200 [11].</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bins</w:t>
            </w:r>
          </w:p>
        </w:tc>
        <w:tc>
          <w:tcPr>
            <w:tcW w:type="dxa" w:w="4320"/>
          </w:tcPr>
          <w:p>
            <w:r>
              <w:t>1,049</w:t>
            </w:r>
          </w:p>
        </w:tc>
      </w:tr>
      <w:tr>
        <w:tc>
          <w:tcPr>
            <w:tcW w:type="dxa" w:w="4320"/>
          </w:tcPr>
          <w:p>
            <w:r>
              <w:t>result, count</w:t>
            </w:r>
          </w:p>
        </w:tc>
        <w:tc>
          <w:tcPr>
            <w:tcW w:type="dxa" w:w="4320"/>
          </w:tcPr>
          <w:p>
            <w:r>
              <w:t>1,049</w:t>
            </w:r>
          </w:p>
        </w:tc>
      </w:tr>
      <w:tr>
        <w:tc>
          <w:tcPr>
            <w:tcW w:type="dxa" w:w="4320"/>
          </w:tcPr>
          <w:p>
            <w:r>
              <w:t>result, elapsed ms</w:t>
            </w:r>
          </w:p>
        </w:tc>
        <w:tc>
          <w:tcPr>
            <w:tcW w:type="dxa" w:w="4320"/>
          </w:tcPr>
          <w:p>
            <w:r>
              <w:t>64</w:t>
            </w:r>
          </w:p>
        </w:tc>
      </w:tr>
      <w:tr>
        <w:tc>
          <w:tcPr>
            <w:tcW w:type="dxa" w:w="4320"/>
          </w:tcPr>
          <w:p>
            <w:r>
              <w:t>result, cell size m</w:t>
            </w:r>
          </w:p>
        </w:tc>
        <w:tc>
          <w:tcPr>
            <w:tcW w:type="dxa" w:w="4320"/>
          </w:tcPr>
          <w:p>
            <w:r>
              <w:t>200</w:t>
            </w:r>
          </w:p>
        </w:tc>
      </w:tr>
      <w:tr>
        <w:tc>
          <w:tcPr>
            <w:tcW w:type="dxa" w:w="4320"/>
          </w:tcPr>
          <w:p>
            <w:r>
              <w:t>result, incidents used</w:t>
            </w:r>
          </w:p>
        </w:tc>
        <w:tc>
          <w:tcPr>
            <w:tcW w:type="dxa" w:w="4320"/>
          </w:tcPr>
          <w:p>
            <w:r>
              <w:t>2,100</w:t>
            </w:r>
          </w:p>
        </w:tc>
      </w:tr>
      <w:tr>
        <w:tc>
          <w:tcPr>
            <w:tcW w:type="dxa" w:w="4320"/>
          </w:tcPr>
          <w:p>
            <w:r>
              <w:t>result, distance band m</w:t>
            </w:r>
          </w:p>
        </w:tc>
        <w:tc>
          <w:tcPr>
            <w:tcW w:type="dxa" w:w="4320"/>
          </w:tcPr>
          <w:p>
            <w:r>
              <w:t>200</w:t>
            </w:r>
          </w:p>
        </w:tc>
      </w:tr>
      <w:tr>
        <w:tc>
          <w:tcPr>
            <w:tcW w:type="dxa" w:w="4320"/>
          </w:tcPr>
          <w:p>
            <w:r>
              <w:t>billing, cost</w:t>
            </w:r>
          </w:p>
        </w:tc>
        <w:tc>
          <w:tcPr>
            <w:tcW w:type="dxa" w:w="4320"/>
          </w:tcPr>
          <w:p>
            <w:r>
              <w:t>0.092</w:t>
            </w:r>
          </w:p>
        </w:tc>
      </w:tr>
      <w:tr>
        <w:tc>
          <w:tcPr>
            <w:tcW w:type="dxa" w:w="4320"/>
          </w:tcPr>
          <w:p>
            <w:r>
              <w:t>billing, list price</w:t>
            </w:r>
          </w:p>
        </w:tc>
        <w:tc>
          <w:tcPr>
            <w:tcW w:type="dxa" w:w="4320"/>
          </w:tcPr>
          <w:p>
            <w:r>
              <w:t>0.092</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Hot spots on Crashes: Hot spot analysis: 1 layer saved: Hot spot analysis: Crashes (1049 features) [11][12].</w:t>
      </w:r>
    </w:p>
    <w:p>
      <w:pPr>
        <w:pStyle w:val="ListBullet"/>
      </w:pPr>
      <w:r>
        <w:rPr>
          <w:b/>
        </w:rPr>
        <w:t xml:space="preserve">Evidenced: </w:t>
      </w:r>
      <w:r>
        <w:t>It reported result, bins 1,049; result, count 1,049; result, elapsed ms 64; result, cell size m 200; result, incidents used 2,100; result, distance band m 200 [11].</w:t>
      </w:r>
    </w:p>
    <w:p>
      <w:r>
        <w:rPr>
          <w:i/>
          <w:color w:val="525252"/>
          <w:sz w:val="17"/>
        </w:rPr>
        <w:t>Tool gp_hot_spots; parameters {"project": "220702b2-1327-4244-9cff-74cf9d501f98", "features": {"layer": "Crashes (9501bda5)"}, "aggregation": "hexagon", "cell_size_m": 200.0, "distance_band_m": 200.0}</w:t>
      </w:r>
    </w:p>
    <w:p>
      <w:pPr>
        <w:pStyle w:val="Heading1"/>
      </w:pPr>
      <w:r>
        <w:t>Space time hot spots</w:t>
      </w:r>
    </w:p>
    <w:p>
      <w:r>
        <w:rPr>
          <w:b/>
        </w:rPr>
        <w:t xml:space="preserve">What this analysis is. </w:t>
      </w:r>
      <w:r>
        <w:rPr>
          <w:i w:val="0"/>
        </w:rPr>
        <w:t>Emerging hot spots: Where hot spots are new, consecutive, intensifying, persistent, diminishing, sporadic, oscillating or historical over time [13]. In ArcGIS it is Emerging Hot Spot Analysis or Create Space Time Cube [13].</w:t>
      </w:r>
    </w:p>
    <w:p>
      <w:r>
        <w:rPr>
          <w:b/>
        </w:rPr>
        <w:t xml:space="preserve">Why it was run on this data. </w:t>
      </w:r>
      <w:r>
        <w:rPr>
          <w:i w:val="0"/>
        </w:rPr>
        <w:t>Crashes carry dates in 'occurred_at': emerging hot spot analysis finds new, intensifying and fading hot spots per month [14].</w:t>
      </w:r>
    </w:p>
    <w:p>
      <w:r>
        <w:rPr>
          <w:b/>
        </w:rPr>
        <w:t xml:space="preserve">What it found. </w:t>
      </w:r>
      <w:r>
        <w:rPr>
          <w:i w:val="0"/>
        </w:rPr>
        <w:t>Space time hot spots on Crashes: Emerging hot spots: 1 layer saved: Emerging hot spots: Crashes (391 features) [12][15]. It reported result, count 391; result, elapsed ms 57; result, resolution 9; result, features used 2,100; result, time neighbors 0; billing, cost 0.205 [15].</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391</w:t>
            </w:r>
          </w:p>
        </w:tc>
      </w:tr>
      <w:tr>
        <w:tc>
          <w:tcPr>
            <w:tcW w:type="dxa" w:w="4320"/>
          </w:tcPr>
          <w:p>
            <w:r>
              <w:t>result, elapsed ms</w:t>
            </w:r>
          </w:p>
        </w:tc>
        <w:tc>
          <w:tcPr>
            <w:tcW w:type="dxa" w:w="4320"/>
          </w:tcPr>
          <w:p>
            <w:r>
              <w:t>57</w:t>
            </w:r>
          </w:p>
        </w:tc>
      </w:tr>
      <w:tr>
        <w:tc>
          <w:tcPr>
            <w:tcW w:type="dxa" w:w="4320"/>
          </w:tcPr>
          <w:p>
            <w:r>
              <w:t>result, resolution</w:t>
            </w:r>
          </w:p>
        </w:tc>
        <w:tc>
          <w:tcPr>
            <w:tcW w:type="dxa" w:w="4320"/>
          </w:tcPr>
          <w:p>
            <w:r>
              <w:t>9</w:t>
            </w:r>
          </w:p>
        </w:tc>
      </w:tr>
      <w:tr>
        <w:tc>
          <w:tcPr>
            <w:tcW w:type="dxa" w:w="4320"/>
          </w:tcPr>
          <w:p>
            <w:r>
              <w:t>result, features used</w:t>
            </w:r>
          </w:p>
        </w:tc>
        <w:tc>
          <w:tcPr>
            <w:tcW w:type="dxa" w:w="4320"/>
          </w:tcPr>
          <w:p>
            <w:r>
              <w:t>2,100</w:t>
            </w:r>
          </w:p>
        </w:tc>
      </w:tr>
      <w:tr>
        <w:tc>
          <w:tcPr>
            <w:tcW w:type="dxa" w:w="4320"/>
          </w:tcPr>
          <w:p>
            <w:r>
              <w:t>result, time neighbors</w:t>
            </w:r>
          </w:p>
        </w:tc>
        <w:tc>
          <w:tcPr>
            <w:tcW w:type="dxa" w:w="4320"/>
          </w:tcPr>
          <w:p>
            <w:r>
              <w:t>0</w:t>
            </w:r>
          </w:p>
        </w:tc>
      </w:tr>
      <w:tr>
        <w:tc>
          <w:tcPr>
            <w:tcW w:type="dxa" w:w="4320"/>
          </w:tcPr>
          <w:p>
            <w:r>
              <w:t>billing, cost</w:t>
            </w:r>
          </w:p>
        </w:tc>
        <w:tc>
          <w:tcPr>
            <w:tcW w:type="dxa" w:w="4320"/>
          </w:tcPr>
          <w:p>
            <w:r>
              <w:t>0.205</w:t>
            </w:r>
          </w:p>
        </w:tc>
      </w:tr>
      <w:tr>
        <w:tc>
          <w:tcPr>
            <w:tcW w:type="dxa" w:w="4320"/>
          </w:tcPr>
          <w:p>
            <w:r>
              <w:t>billing, list price</w:t>
            </w:r>
          </w:p>
        </w:tc>
        <w:tc>
          <w:tcPr>
            <w:tcW w:type="dxa" w:w="4320"/>
          </w:tcPr>
          <w:p>
            <w:r>
              <w:t>0.205</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Space time hot spots on Crashes: Emerging hot spots: 1 layer saved: Emerging hot spots: Crashes (391 features) [12][15].</w:t>
      </w:r>
    </w:p>
    <w:p>
      <w:pPr>
        <w:pStyle w:val="ListBullet"/>
      </w:pPr>
      <w:r>
        <w:rPr>
          <w:b/>
        </w:rPr>
        <w:t xml:space="preserve">Evidenced: </w:t>
      </w:r>
      <w:r>
        <w:t>It reported result, count 391; result, elapsed ms 57; result, resolution 9; result, features used 2,100; result, time neighbors 0; billing, cost 0.205 [15].</w:t>
      </w:r>
    </w:p>
    <w:p>
      <w:r>
        <w:rPr>
          <w:i/>
          <w:color w:val="525252"/>
          <w:sz w:val="17"/>
        </w:rPr>
        <w:t>Tool gp_space_time_hot_spots; parameters {"project": "220702b2-1327-4244-9cff-74cf9d501f98", "features": {"layer": "Crashes (9501bda5)"}, "interval": "month", "bin_shape": "h3", "resolution": 9, "time_field": "occurred_at"}</w:t>
      </w:r>
    </w:p>
    <w:p>
      <w:pPr>
        <w:pStyle w:val="Heading1"/>
      </w:pPr>
      <w:r>
        <w:t>Space time hot spots</w:t>
      </w:r>
    </w:p>
    <w:p>
      <w:r>
        <w:rPr>
          <w:b/>
        </w:rPr>
        <w:t xml:space="preserve">What this analysis is. </w:t>
      </w:r>
      <w:r>
        <w:rPr>
          <w:i w:val="0"/>
        </w:rPr>
        <w:t>Emerging hot spots: Where hot spots are new, consecutive, intensifying, persistent, diminishing, sporadic, oscillating or historical over time [13]. In ArcGIS it is Emerging Hot Spot Analysis or Create Space Time Cube [13].</w:t>
      </w:r>
    </w:p>
    <w:p>
      <w:r>
        <w:rPr>
          <w:b/>
        </w:rPr>
        <w:t xml:space="preserve">Why it was run on this data. </w:t>
      </w:r>
      <w:r>
        <w:rPr>
          <w:i w:val="0"/>
        </w:rPr>
        <w:t>Traffic calming carry dates in 'date': emerging hot spot analysis finds new, intensifying and fading hot spots per month [16].</w:t>
      </w:r>
    </w:p>
    <w:p>
      <w:r>
        <w:rPr>
          <w:b/>
        </w:rPr>
        <w:t xml:space="preserve">What it found. </w:t>
      </w:r>
      <w:r>
        <w:rPr>
          <w:i w:val="0"/>
        </w:rPr>
        <w:t>Space time hot spots on Traffic calming: Emerging hot spots: 1 layer saved: Emerging hot spots: Traffic calming (14 features) [17][18]. It reported result, count 14; result, elapsed ms 4; result, resolution 7; result, features used 70; result, time neighbors 0; billing, cost 0.1035 [17].</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14</w:t>
            </w:r>
          </w:p>
        </w:tc>
      </w:tr>
      <w:tr>
        <w:tc>
          <w:tcPr>
            <w:tcW w:type="dxa" w:w="4320"/>
          </w:tcPr>
          <w:p>
            <w:r>
              <w:t>result, elapsed ms</w:t>
            </w:r>
          </w:p>
        </w:tc>
        <w:tc>
          <w:tcPr>
            <w:tcW w:type="dxa" w:w="4320"/>
          </w:tcPr>
          <w:p>
            <w:r>
              <w:t>4</w:t>
            </w:r>
          </w:p>
        </w:tc>
      </w:tr>
      <w:tr>
        <w:tc>
          <w:tcPr>
            <w:tcW w:type="dxa" w:w="4320"/>
          </w:tcPr>
          <w:p>
            <w:r>
              <w:t>result, resolution</w:t>
            </w:r>
          </w:p>
        </w:tc>
        <w:tc>
          <w:tcPr>
            <w:tcW w:type="dxa" w:w="4320"/>
          </w:tcPr>
          <w:p>
            <w:r>
              <w:t>7</w:t>
            </w:r>
          </w:p>
        </w:tc>
      </w:tr>
      <w:tr>
        <w:tc>
          <w:tcPr>
            <w:tcW w:type="dxa" w:w="4320"/>
          </w:tcPr>
          <w:p>
            <w:r>
              <w:t>result, features used</w:t>
            </w:r>
          </w:p>
        </w:tc>
        <w:tc>
          <w:tcPr>
            <w:tcW w:type="dxa" w:w="4320"/>
          </w:tcPr>
          <w:p>
            <w:r>
              <w:t>70</w:t>
            </w:r>
          </w:p>
        </w:tc>
      </w:tr>
      <w:tr>
        <w:tc>
          <w:tcPr>
            <w:tcW w:type="dxa" w:w="4320"/>
          </w:tcPr>
          <w:p>
            <w:r>
              <w:t>result, time neighbors</w:t>
            </w:r>
          </w:p>
        </w:tc>
        <w:tc>
          <w:tcPr>
            <w:tcW w:type="dxa" w:w="4320"/>
          </w:tcPr>
          <w:p>
            <w:r>
              <w:t>0</w:t>
            </w:r>
          </w:p>
        </w:tc>
      </w:tr>
      <w:tr>
        <w:tc>
          <w:tcPr>
            <w:tcW w:type="dxa" w:w="4320"/>
          </w:tcPr>
          <w:p>
            <w:r>
              <w:t>billing, cost</w:t>
            </w:r>
          </w:p>
        </w:tc>
        <w:tc>
          <w:tcPr>
            <w:tcW w:type="dxa" w:w="4320"/>
          </w:tcPr>
          <w:p>
            <w:r>
              <w:t>0.1035</w:t>
            </w:r>
          </w:p>
        </w:tc>
      </w:tr>
      <w:tr>
        <w:tc>
          <w:tcPr>
            <w:tcW w:type="dxa" w:w="4320"/>
          </w:tcPr>
          <w:p>
            <w:r>
              <w:t>billing, list price</w:t>
            </w:r>
          </w:p>
        </w:tc>
        <w:tc>
          <w:tcPr>
            <w:tcW w:type="dxa" w:w="4320"/>
          </w:tcPr>
          <w:p>
            <w:r>
              <w:t>0.1035</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Space time hot spots on Traffic calming: Emerging hot spots: 1 layer saved: Emerging hot spots: Traffic calming (14 features) [17][18].</w:t>
      </w:r>
    </w:p>
    <w:p>
      <w:pPr>
        <w:pStyle w:val="ListBullet"/>
      </w:pPr>
      <w:r>
        <w:rPr>
          <w:b/>
        </w:rPr>
        <w:t xml:space="preserve">Evidenced: </w:t>
      </w:r>
      <w:r>
        <w:t>It reported result, count 14; result, elapsed ms 4; result, resolution 7; result, features used 70; result, time neighbors 0; billing, cost 0.1035 [17].</w:t>
      </w:r>
    </w:p>
    <w:p>
      <w:r>
        <w:rPr>
          <w:i/>
          <w:color w:val="525252"/>
          <w:sz w:val="17"/>
        </w:rPr>
        <w:t>Tool gp_space_time_hot_spots; parameters {"project": "220702b2-1327-4244-9cff-74cf9d501f98", "features": {"layer": "Traffic calming (03fd1e3f)"}, "interval": "month", "bin_shape": "h3", "resolution": 7, "time_field": "date"}</w:t>
      </w:r>
    </w:p>
    <w:p>
      <w:pPr>
        <w:pStyle w:val="Heading1"/>
      </w:pPr>
      <w:r>
        <w:t>Summarize within</w:t>
      </w:r>
    </w:p>
    <w:p>
      <w:r>
        <w:rPr>
          <w:b/>
        </w:rPr>
        <w:t xml:space="preserve">What this analysis is. </w:t>
      </w:r>
      <w:r>
        <w:rPr>
          <w:i w:val="0"/>
        </w:rPr>
        <w:t>Summarize within: Count and aggregate the features inside each polygon (or bin), proportionally for lines and polygons [19]. In ArcGIS it is Summarize Within or Aggregate Points; in QGIS, native:countpointsinpolygon or native:sumlinelengths [19].</w:t>
      </w:r>
    </w:p>
    <w:p>
      <w:r>
        <w:rPr>
          <w:b/>
        </w:rPr>
        <w:t xml:space="preserve">Why it was run on this data. </w:t>
      </w:r>
      <w:r>
        <w:rPr>
          <w:i w:val="0"/>
        </w:rPr>
        <w:t>Count Schools inside each feature of Traffic districts by level; the counts map as a choropleth (natural breaks, sequential colors) [20].</w:t>
      </w:r>
    </w:p>
    <w:p>
      <w:r>
        <w:rPr>
          <w:b/>
        </w:rPr>
        <w:t xml:space="preserve">What it found. </w:t>
      </w:r>
      <w:r>
        <w:rPr>
          <w:i w:val="0"/>
        </w:rPr>
        <w:t>Summarize within on Schools, Traffic districts: Summarize within: 1 layer saved: Summarize within: Traffic districts (12 features) [9][21][22]. It reported result, count 12; result, elapsed ms 0; billing, cost 0.01106; billing, list price 0.01106; billing, upstream cost 0 [21].</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12</w:t>
            </w:r>
          </w:p>
        </w:tc>
      </w:tr>
      <w:tr>
        <w:tc>
          <w:tcPr>
            <w:tcW w:type="dxa" w:w="4320"/>
          </w:tcPr>
          <w:p>
            <w:r>
              <w:t>result, elapsed ms</w:t>
            </w:r>
          </w:p>
        </w:tc>
        <w:tc>
          <w:tcPr>
            <w:tcW w:type="dxa" w:w="4320"/>
          </w:tcPr>
          <w:p>
            <w:r>
              <w:t>0</w:t>
            </w:r>
          </w:p>
        </w:tc>
      </w:tr>
      <w:tr>
        <w:tc>
          <w:tcPr>
            <w:tcW w:type="dxa" w:w="4320"/>
          </w:tcPr>
          <w:p>
            <w:r>
              <w:t>billing, cost</w:t>
            </w:r>
          </w:p>
        </w:tc>
        <w:tc>
          <w:tcPr>
            <w:tcW w:type="dxa" w:w="4320"/>
          </w:tcPr>
          <w:p>
            <w:r>
              <w:t>0.01106</w:t>
            </w:r>
          </w:p>
        </w:tc>
      </w:tr>
      <w:tr>
        <w:tc>
          <w:tcPr>
            <w:tcW w:type="dxa" w:w="4320"/>
          </w:tcPr>
          <w:p>
            <w:r>
              <w:t>billing, list price</w:t>
            </w:r>
          </w:p>
        </w:tc>
        <w:tc>
          <w:tcPr>
            <w:tcW w:type="dxa" w:w="4320"/>
          </w:tcPr>
          <w:p>
            <w:r>
              <w:t>0.01106</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Summarize within on Schools, Traffic districts: Summarize within: 1 layer saved: Summarize within: Traffic districts (12 features) [9][21][22].</w:t>
      </w:r>
    </w:p>
    <w:p>
      <w:pPr>
        <w:pStyle w:val="ListBullet"/>
      </w:pPr>
      <w:r>
        <w:rPr>
          <w:b/>
        </w:rPr>
        <w:t xml:space="preserve">Evidenced: </w:t>
      </w:r>
      <w:r>
        <w:t>It reported result, count 12; result, elapsed ms 0; billing, cost 0.01106; billing, list price 0.01106; billing, upstream cost 0 [21].</w:t>
      </w:r>
    </w:p>
    <w:p>
      <w:r>
        <w:rPr>
          <w:i/>
          <w:color w:val="525252"/>
          <w:sz w:val="17"/>
        </w:rPr>
        <w:t>Tool gp_summarize_within; parameters {"stats": [{"stat": "sum", "field": "students"}], "project": "220702b2-1327-4244-9cff-74cf9d501f98", "features": {"layer": "Schools (cb956034)"}, "group_by": "level", "polygons": {"layer": "Traffic districts (426e8d19)"}}</w:t>
      </w:r>
    </w:p>
    <w:p>
      <w:pPr>
        <w:pStyle w:val="Heading1"/>
      </w:pPr>
      <w:r>
        <w:t>Summarize within</w:t>
      </w:r>
    </w:p>
    <w:p>
      <w:r>
        <w:rPr>
          <w:b/>
        </w:rPr>
        <w:t xml:space="preserve">What this analysis is. </w:t>
      </w:r>
      <w:r>
        <w:rPr>
          <w:i w:val="0"/>
        </w:rPr>
        <w:t>Summarize within: Count and aggregate the features inside each polygon (or bin), proportionally for lines and polygons [19]. In ArcGIS it is Summarize Within or Aggregate Points; in QGIS, native:countpointsinpolygon or native:sumlinelengths [19].</w:t>
      </w:r>
    </w:p>
    <w:p>
      <w:r>
        <w:rPr>
          <w:b/>
        </w:rPr>
        <w:t xml:space="preserve">Why it was run on this data. </w:t>
      </w:r>
      <w:r>
        <w:rPr>
          <w:i w:val="0"/>
        </w:rPr>
        <w:t>Count Schools inside each feature of Traffic districts by level; the counts map as a choropleth (natural breaks, sequential colors) [20].</w:t>
      </w:r>
    </w:p>
    <w:p>
      <w:r>
        <w:rPr>
          <w:b/>
        </w:rPr>
        <w:t xml:space="preserve">What it found. </w:t>
      </w:r>
      <w:r>
        <w:rPr>
          <w:i w:val="0"/>
        </w:rPr>
        <w:t>Summarize within on Crashes, Traffic districts: Summarize within: 1 layer saved: Summarize within: Traffic districts (12 features) [12][22][23]. It reported result, count 12; result, elapsed ms 3; billing, cost 0.05226; billing, list price 0.05226; billing, upstream cost 0 [23].</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12</w:t>
            </w:r>
          </w:p>
        </w:tc>
      </w:tr>
      <w:tr>
        <w:tc>
          <w:tcPr>
            <w:tcW w:type="dxa" w:w="4320"/>
          </w:tcPr>
          <w:p>
            <w:r>
              <w:t>result, elapsed ms</w:t>
            </w:r>
          </w:p>
        </w:tc>
        <w:tc>
          <w:tcPr>
            <w:tcW w:type="dxa" w:w="4320"/>
          </w:tcPr>
          <w:p>
            <w:r>
              <w:t>3</w:t>
            </w:r>
          </w:p>
        </w:tc>
      </w:tr>
      <w:tr>
        <w:tc>
          <w:tcPr>
            <w:tcW w:type="dxa" w:w="4320"/>
          </w:tcPr>
          <w:p>
            <w:r>
              <w:t>billing, cost</w:t>
            </w:r>
          </w:p>
        </w:tc>
        <w:tc>
          <w:tcPr>
            <w:tcW w:type="dxa" w:w="4320"/>
          </w:tcPr>
          <w:p>
            <w:r>
              <w:t>0.05226</w:t>
            </w:r>
          </w:p>
        </w:tc>
      </w:tr>
      <w:tr>
        <w:tc>
          <w:tcPr>
            <w:tcW w:type="dxa" w:w="4320"/>
          </w:tcPr>
          <w:p>
            <w:r>
              <w:t>billing, list price</w:t>
            </w:r>
          </w:p>
        </w:tc>
        <w:tc>
          <w:tcPr>
            <w:tcW w:type="dxa" w:w="4320"/>
          </w:tcPr>
          <w:p>
            <w:r>
              <w:t>0.05226</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Summarize within on Crashes, Traffic districts: Summarize within: 1 layer saved: Summarize within: Traffic districts (12 features) [12][22][23].</w:t>
      </w:r>
    </w:p>
    <w:p>
      <w:pPr>
        <w:pStyle w:val="ListBullet"/>
      </w:pPr>
      <w:r>
        <w:rPr>
          <w:b/>
        </w:rPr>
        <w:t xml:space="preserve">Evidenced: </w:t>
      </w:r>
      <w:r>
        <w:t>It reported result, count 12; result, elapsed ms 3; billing, cost 0.05226; billing, list price 0.05226; billing, upstream cost 0 [23].</w:t>
      </w:r>
    </w:p>
    <w:p>
      <w:r>
        <w:rPr>
          <w:i/>
          <w:color w:val="525252"/>
          <w:sz w:val="17"/>
        </w:rPr>
        <w:t>Tool gp_summarize_within; parameters {"stats": [{"stat": "sum", "field": "injured"}], "project": "220702b2-1327-4244-9cff-74cf9d501f98", "features": {"layer": "Crashes (9501bda5)"}, "group_by": "severity", "polygons": {"layer": "Traffic districts (426e8d19)"}}</w:t>
      </w:r>
    </w:p>
    <w:p>
      <w:pPr>
        <w:pStyle w:val="Heading1"/>
      </w:pPr>
      <w:r>
        <w:t>Find point clusters</w:t>
      </w:r>
    </w:p>
    <w:p>
      <w:r>
        <w:rPr>
          <w:b/>
        </w:rPr>
        <w:t xml:space="preserve">What this analysis is. </w:t>
      </w:r>
      <w:r>
        <w:rPr>
          <w:i w:val="0"/>
        </w:rPr>
        <w:t>Find point clusters: Density-based clusters (DBSCAN, HDBSCAN or OPTICS, optionally space-time) with hulls and noise [24]. In ArcGIS it is Find Point Clusters or Density-based Clustering; in QGIS, native:dbscanclustering or native:stdbscanclustering [24].</w:t>
      </w:r>
    </w:p>
    <w:p>
      <w:r>
        <w:rPr>
          <w:b/>
        </w:rPr>
        <w:t xml:space="preserve">Why it was run on this data. </w:t>
      </w:r>
      <w:r>
        <w:rPr>
          <w:i w:val="0"/>
        </w:rPr>
        <w:t>DBSCAN finds dense groups of Schools and separates noise [25].</w:t>
      </w:r>
    </w:p>
    <w:p>
      <w:r>
        <w:rPr>
          <w:b/>
        </w:rPr>
        <w:t xml:space="preserve">What it found. </w:t>
      </w:r>
      <w:r>
        <w:rPr>
          <w:i w:val="0"/>
        </w:rPr>
        <w:t>Find point clusters on Schools: Find point clusters: 2 layers saved: Find point clusters: Schools (40 features); Find point clusters: cluster hulls (3 features) [9][26]. It reported result, count 40; result, noise 3; result, distance m 1,000; result, elapsed ms 5; result, min points 3; billing, cost 0.0508 [26].</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40</w:t>
            </w:r>
          </w:p>
        </w:tc>
      </w:tr>
      <w:tr>
        <w:tc>
          <w:tcPr>
            <w:tcW w:type="dxa" w:w="4320"/>
          </w:tcPr>
          <w:p>
            <w:r>
              <w:t>result, noise</w:t>
            </w:r>
          </w:p>
        </w:tc>
        <w:tc>
          <w:tcPr>
            <w:tcW w:type="dxa" w:w="4320"/>
          </w:tcPr>
          <w:p>
            <w:r>
              <w:t>3</w:t>
            </w:r>
          </w:p>
        </w:tc>
      </w:tr>
      <w:tr>
        <w:tc>
          <w:tcPr>
            <w:tcW w:type="dxa" w:w="4320"/>
          </w:tcPr>
          <w:p>
            <w:r>
              <w:t>result, distance m</w:t>
            </w:r>
          </w:p>
        </w:tc>
        <w:tc>
          <w:tcPr>
            <w:tcW w:type="dxa" w:w="4320"/>
          </w:tcPr>
          <w:p>
            <w:r>
              <w:t>1,000</w:t>
            </w:r>
          </w:p>
        </w:tc>
      </w:tr>
      <w:tr>
        <w:tc>
          <w:tcPr>
            <w:tcW w:type="dxa" w:w="4320"/>
          </w:tcPr>
          <w:p>
            <w:r>
              <w:t>result, elapsed ms</w:t>
            </w:r>
          </w:p>
        </w:tc>
        <w:tc>
          <w:tcPr>
            <w:tcW w:type="dxa" w:w="4320"/>
          </w:tcPr>
          <w:p>
            <w:r>
              <w:t>5</w:t>
            </w:r>
          </w:p>
        </w:tc>
      </w:tr>
      <w:tr>
        <w:tc>
          <w:tcPr>
            <w:tcW w:type="dxa" w:w="4320"/>
          </w:tcPr>
          <w:p>
            <w:r>
              <w:t>result, min points</w:t>
            </w:r>
          </w:p>
        </w:tc>
        <w:tc>
          <w:tcPr>
            <w:tcW w:type="dxa" w:w="4320"/>
          </w:tcPr>
          <w:p>
            <w:r>
              <w:t>3</w:t>
            </w:r>
          </w:p>
        </w:tc>
      </w:tr>
      <w:tr>
        <w:tc>
          <w:tcPr>
            <w:tcW w:type="dxa" w:w="4320"/>
          </w:tcPr>
          <w:p>
            <w:r>
              <w:t>billing, cost</w:t>
            </w:r>
          </w:p>
        </w:tc>
        <w:tc>
          <w:tcPr>
            <w:tcW w:type="dxa" w:w="4320"/>
          </w:tcPr>
          <w:p>
            <w:r>
              <w:t>0.0508</w:t>
            </w:r>
          </w:p>
        </w:tc>
      </w:tr>
      <w:tr>
        <w:tc>
          <w:tcPr>
            <w:tcW w:type="dxa" w:w="4320"/>
          </w:tcPr>
          <w:p>
            <w:r>
              <w:t>billing, list price</w:t>
            </w:r>
          </w:p>
        </w:tc>
        <w:tc>
          <w:tcPr>
            <w:tcW w:type="dxa" w:w="4320"/>
          </w:tcPr>
          <w:p>
            <w:r>
              <w:t>0.0508</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Find point clusters on Schools: Find point clusters: 2 layers saved: Find point clusters: Schools (40 features); Find point clusters: cluster hulls (3 features) [9][26].</w:t>
      </w:r>
    </w:p>
    <w:p>
      <w:pPr>
        <w:pStyle w:val="ListBullet"/>
      </w:pPr>
      <w:r>
        <w:rPr>
          <w:b/>
        </w:rPr>
        <w:t xml:space="preserve">Evidenced: </w:t>
      </w:r>
      <w:r>
        <w:t>It reported result, count 40; result, noise 3; result, distance m 1,000; result, elapsed ms 5; result, min points 3; billing, cost 0.0508 [26].</w:t>
      </w:r>
    </w:p>
    <w:p>
      <w:r>
        <w:rPr>
          <w:i/>
          <w:color w:val="525252"/>
          <w:sz w:val="17"/>
        </w:rPr>
        <w:t>Tool gp_find_point_clusters; parameters {"method": "dbscan", "project": "220702b2-1327-4244-9cff-74cf9d501f98", "features": {"layer": "Schools (cb956034)"}, "distance_m": 1000.0, "min_points": 3}</w:t>
      </w:r>
    </w:p>
    <w:p>
      <w:pPr>
        <w:pStyle w:val="Heading1"/>
      </w:pPr>
      <w:r>
        <w:t>Find point clusters</w:t>
      </w:r>
    </w:p>
    <w:p>
      <w:r>
        <w:rPr>
          <w:b/>
        </w:rPr>
        <w:t xml:space="preserve">What this analysis is. </w:t>
      </w:r>
      <w:r>
        <w:rPr>
          <w:i w:val="0"/>
        </w:rPr>
        <w:t>Find point clusters: Density-based clusters (DBSCAN, HDBSCAN or OPTICS, optionally space-time) with hulls and noise [24]. In ArcGIS it is Find Point Clusters or Density-based Clustering; in QGIS, native:dbscanclustering or native:stdbscanclustering [24].</w:t>
      </w:r>
    </w:p>
    <w:p>
      <w:r>
        <w:rPr>
          <w:b/>
        </w:rPr>
        <w:t xml:space="preserve">Why it was run on this data. </w:t>
      </w:r>
      <w:r>
        <w:rPr>
          <w:i w:val="0"/>
        </w:rPr>
        <w:t>DBSCAN finds dense groups of Crashes and separates noise [27].</w:t>
      </w:r>
    </w:p>
    <w:p>
      <w:r>
        <w:rPr>
          <w:b/>
        </w:rPr>
        <w:t xml:space="preserve">What it found. </w:t>
      </w:r>
      <w:r>
        <w:rPr>
          <w:i w:val="0"/>
        </w:rPr>
        <w:t>Find point clusters on Crashes: Find point clusters: 2 layers saved: Find point clusters: Crashes (2100 features); Find point clusters: cluster hulls (2 features) [12][28]. It reported result, count 2,100; result, noise 1,422; result, distance m 200; result, elapsed ms 32; result, min points 20; billing, cost 0.092 [28].</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2,100</w:t>
            </w:r>
          </w:p>
        </w:tc>
      </w:tr>
      <w:tr>
        <w:tc>
          <w:tcPr>
            <w:tcW w:type="dxa" w:w="4320"/>
          </w:tcPr>
          <w:p>
            <w:r>
              <w:t>result, noise</w:t>
            </w:r>
          </w:p>
        </w:tc>
        <w:tc>
          <w:tcPr>
            <w:tcW w:type="dxa" w:w="4320"/>
          </w:tcPr>
          <w:p>
            <w:r>
              <w:t>1,422</w:t>
            </w:r>
          </w:p>
        </w:tc>
      </w:tr>
      <w:tr>
        <w:tc>
          <w:tcPr>
            <w:tcW w:type="dxa" w:w="4320"/>
          </w:tcPr>
          <w:p>
            <w:r>
              <w:t>result, distance m</w:t>
            </w:r>
          </w:p>
        </w:tc>
        <w:tc>
          <w:tcPr>
            <w:tcW w:type="dxa" w:w="4320"/>
          </w:tcPr>
          <w:p>
            <w:r>
              <w:t>200</w:t>
            </w:r>
          </w:p>
        </w:tc>
      </w:tr>
      <w:tr>
        <w:tc>
          <w:tcPr>
            <w:tcW w:type="dxa" w:w="4320"/>
          </w:tcPr>
          <w:p>
            <w:r>
              <w:t>result, elapsed ms</w:t>
            </w:r>
          </w:p>
        </w:tc>
        <w:tc>
          <w:tcPr>
            <w:tcW w:type="dxa" w:w="4320"/>
          </w:tcPr>
          <w:p>
            <w:r>
              <w:t>32</w:t>
            </w:r>
          </w:p>
        </w:tc>
      </w:tr>
      <w:tr>
        <w:tc>
          <w:tcPr>
            <w:tcW w:type="dxa" w:w="4320"/>
          </w:tcPr>
          <w:p>
            <w:r>
              <w:t>result, min points</w:t>
            </w:r>
          </w:p>
        </w:tc>
        <w:tc>
          <w:tcPr>
            <w:tcW w:type="dxa" w:w="4320"/>
          </w:tcPr>
          <w:p>
            <w:r>
              <w:t>20</w:t>
            </w:r>
          </w:p>
        </w:tc>
      </w:tr>
      <w:tr>
        <w:tc>
          <w:tcPr>
            <w:tcW w:type="dxa" w:w="4320"/>
          </w:tcPr>
          <w:p>
            <w:r>
              <w:t>billing, cost</w:t>
            </w:r>
          </w:p>
        </w:tc>
        <w:tc>
          <w:tcPr>
            <w:tcW w:type="dxa" w:w="4320"/>
          </w:tcPr>
          <w:p>
            <w:r>
              <w:t>0.092</w:t>
            </w:r>
          </w:p>
        </w:tc>
      </w:tr>
      <w:tr>
        <w:tc>
          <w:tcPr>
            <w:tcW w:type="dxa" w:w="4320"/>
          </w:tcPr>
          <w:p>
            <w:r>
              <w:t>billing, list price</w:t>
            </w:r>
          </w:p>
        </w:tc>
        <w:tc>
          <w:tcPr>
            <w:tcW w:type="dxa" w:w="4320"/>
          </w:tcPr>
          <w:p>
            <w:r>
              <w:t>0.092</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Find point clusters on Crashes: Find point clusters: 2 layers saved: Find point clusters: Crashes (2100 features); Find point clusters: cluster hulls (2 features) [12][28].</w:t>
      </w:r>
    </w:p>
    <w:p>
      <w:pPr>
        <w:pStyle w:val="ListBullet"/>
      </w:pPr>
      <w:r>
        <w:rPr>
          <w:b/>
        </w:rPr>
        <w:t xml:space="preserve">Evidenced: </w:t>
      </w:r>
      <w:r>
        <w:t>It reported result, count 2,100; result, noise 1,422; result, distance m 200; result, elapsed ms 32; result, min points 20; billing, cost 0.092 [28].</w:t>
      </w:r>
    </w:p>
    <w:p>
      <w:r>
        <w:rPr>
          <w:i/>
          <w:color w:val="525252"/>
          <w:sz w:val="17"/>
        </w:rPr>
        <w:t>Tool gp_find_point_clusters; parameters {"method": "dbscan", "project": "220702b2-1327-4244-9cff-74cf9d501f98", "features": {"layer": "Crashes (9501bda5)"}, "distance_m": 200.0, "min_points": 20}</w:t>
      </w:r>
    </w:p>
    <w:p>
      <w:pPr>
        <w:pStyle w:val="Heading1"/>
      </w:pPr>
      <w:r>
        <w:t>Find point clusters</w:t>
      </w:r>
    </w:p>
    <w:p>
      <w:r>
        <w:rPr>
          <w:b/>
        </w:rPr>
        <w:t xml:space="preserve">What this analysis is. </w:t>
      </w:r>
      <w:r>
        <w:rPr>
          <w:i w:val="0"/>
        </w:rPr>
        <w:t>Find point clusters: Density-based clusters (DBSCAN, HDBSCAN or OPTICS, optionally space-time) with hulls and noise [24]. In ArcGIS it is Find Point Clusters or Density-based Clustering; in QGIS, native:dbscanclustering or native:stdbscanclustering [24].</w:t>
      </w:r>
    </w:p>
    <w:p>
      <w:r>
        <w:rPr>
          <w:b/>
        </w:rPr>
        <w:t xml:space="preserve">Why it was run on this data. </w:t>
      </w:r>
      <w:r>
        <w:rPr>
          <w:i w:val="0"/>
        </w:rPr>
        <w:t>DBSCAN finds dense groups of Pedestrian crossings and separates noise [29].</w:t>
      </w:r>
    </w:p>
    <w:p>
      <w:r>
        <w:rPr>
          <w:b/>
        </w:rPr>
        <w:t xml:space="preserve">What it found. </w:t>
      </w:r>
      <w:r>
        <w:rPr>
          <w:i w:val="0"/>
        </w:rPr>
        <w:t>Find point clusters on Pedestrian crossings: Find point clusters: 2 layers saved: Find point clusters: Pedestrian crossings (200 features); Find point clusters: cluster hulls (11 features) [30][31]. It reported result, count 200; result, noise 53; result, distance m 500; result, elapsed ms 6; result, min points 5; billing, cost 0.054 [30].</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200</w:t>
            </w:r>
          </w:p>
        </w:tc>
      </w:tr>
      <w:tr>
        <w:tc>
          <w:tcPr>
            <w:tcW w:type="dxa" w:w="4320"/>
          </w:tcPr>
          <w:p>
            <w:r>
              <w:t>result, noise</w:t>
            </w:r>
          </w:p>
        </w:tc>
        <w:tc>
          <w:tcPr>
            <w:tcW w:type="dxa" w:w="4320"/>
          </w:tcPr>
          <w:p>
            <w:r>
              <w:t>53</w:t>
            </w:r>
          </w:p>
        </w:tc>
      </w:tr>
      <w:tr>
        <w:tc>
          <w:tcPr>
            <w:tcW w:type="dxa" w:w="4320"/>
          </w:tcPr>
          <w:p>
            <w:r>
              <w:t>result, distance m</w:t>
            </w:r>
          </w:p>
        </w:tc>
        <w:tc>
          <w:tcPr>
            <w:tcW w:type="dxa" w:w="4320"/>
          </w:tcPr>
          <w:p>
            <w:r>
              <w:t>500</w:t>
            </w:r>
          </w:p>
        </w:tc>
      </w:tr>
      <w:tr>
        <w:tc>
          <w:tcPr>
            <w:tcW w:type="dxa" w:w="4320"/>
          </w:tcPr>
          <w:p>
            <w:r>
              <w:t>result, elapsed ms</w:t>
            </w:r>
          </w:p>
        </w:tc>
        <w:tc>
          <w:tcPr>
            <w:tcW w:type="dxa" w:w="4320"/>
          </w:tcPr>
          <w:p>
            <w:r>
              <w:t>6</w:t>
            </w:r>
          </w:p>
        </w:tc>
      </w:tr>
      <w:tr>
        <w:tc>
          <w:tcPr>
            <w:tcW w:type="dxa" w:w="4320"/>
          </w:tcPr>
          <w:p>
            <w:r>
              <w:t>result, min points</w:t>
            </w:r>
          </w:p>
        </w:tc>
        <w:tc>
          <w:tcPr>
            <w:tcW w:type="dxa" w:w="4320"/>
          </w:tcPr>
          <w:p>
            <w:r>
              <w:t>5</w:t>
            </w:r>
          </w:p>
        </w:tc>
      </w:tr>
      <w:tr>
        <w:tc>
          <w:tcPr>
            <w:tcW w:type="dxa" w:w="4320"/>
          </w:tcPr>
          <w:p>
            <w:r>
              <w:t>billing, cost</w:t>
            </w:r>
          </w:p>
        </w:tc>
        <w:tc>
          <w:tcPr>
            <w:tcW w:type="dxa" w:w="4320"/>
          </w:tcPr>
          <w:p>
            <w:r>
              <w:t>0.054</w:t>
            </w:r>
          </w:p>
        </w:tc>
      </w:tr>
      <w:tr>
        <w:tc>
          <w:tcPr>
            <w:tcW w:type="dxa" w:w="4320"/>
          </w:tcPr>
          <w:p>
            <w:r>
              <w:t>billing, list price</w:t>
            </w:r>
          </w:p>
        </w:tc>
        <w:tc>
          <w:tcPr>
            <w:tcW w:type="dxa" w:w="4320"/>
          </w:tcPr>
          <w:p>
            <w:r>
              <w:t>0.054</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Find point clusters on Pedestrian crossings: Find point clusters: 2 layers saved: Find point clusters: Pedestrian crossings (200 features); Find point clusters: cluster hulls (11 features) [30][31].</w:t>
      </w:r>
    </w:p>
    <w:p>
      <w:pPr>
        <w:pStyle w:val="ListBullet"/>
      </w:pPr>
      <w:r>
        <w:rPr>
          <w:b/>
        </w:rPr>
        <w:t xml:space="preserve">Evidenced: </w:t>
      </w:r>
      <w:r>
        <w:t>It reported result, count 200; result, noise 53; result, distance m 500; result, elapsed ms 6; result, min points 5; billing, cost 0.054 [30].</w:t>
      </w:r>
    </w:p>
    <w:p>
      <w:r>
        <w:rPr>
          <w:i/>
          <w:color w:val="525252"/>
          <w:sz w:val="17"/>
        </w:rPr>
        <w:t>A model draft was discarded because a sentence did not cite a source of this section.</w:t>
      </w:r>
    </w:p>
    <w:p>
      <w:r>
        <w:rPr>
          <w:i/>
          <w:color w:val="525252"/>
          <w:sz w:val="17"/>
        </w:rPr>
        <w:t>Tool gp_find_point_clusters; parameters {"method": "dbscan", "project": "220702b2-1327-4244-9cff-74cf9d501f98", "features": {"layer": "Pedestrian crossings (5a5fc524)"}, "distance_m": 500.0, "min_points": 5}</w:t>
      </w:r>
    </w:p>
    <w:p>
      <w:pPr>
        <w:pStyle w:val="Heading1"/>
      </w:pPr>
      <w:r>
        <w:t>Calculate density</w:t>
      </w:r>
    </w:p>
    <w:p>
      <w:r>
        <w:rPr>
          <w:b/>
        </w:rPr>
        <w:t xml:space="preserve">What this analysis is. </w:t>
      </w:r>
      <w:r>
        <w:rPr>
          <w:i w:val="0"/>
        </w:rPr>
        <w:t>Calculate density: Kernel density per square kilometer on a grid [32]. In ArcGIS it is Calculate Density or Kernel Density; in QGIS, native:heatmapkerneldensityestimation [32].</w:t>
      </w:r>
    </w:p>
    <w:p>
      <w:r>
        <w:rPr>
          <w:b/>
        </w:rPr>
        <w:t xml:space="preserve">Why it was run on this data. </w:t>
      </w:r>
      <w:r>
        <w:rPr>
          <w:i w:val="0"/>
        </w:rPr>
        <w:t>40 points in Schools: a density surface shows where they concentrate [33].</w:t>
      </w:r>
    </w:p>
    <w:p>
      <w:r>
        <w:rPr>
          <w:b/>
        </w:rPr>
        <w:t xml:space="preserve">What it found. </w:t>
      </w:r>
      <w:r>
        <w:rPr>
          <w:i w:val="0"/>
        </w:rPr>
        <w:t>Calculate density on Schools: Calculate density: 1 layer saved: Calculate density: Schools (80 features) [9][34]. It reported result, count 80; result, elapsed ms 4; result, bandwidth m 2,000; result, cell size m 1,000; result, excluded null 0; result, max density per km2 1,488 [34].</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80</w:t>
            </w:r>
          </w:p>
        </w:tc>
      </w:tr>
      <w:tr>
        <w:tc>
          <w:tcPr>
            <w:tcW w:type="dxa" w:w="4320"/>
          </w:tcPr>
          <w:p>
            <w:r>
              <w:t>result, elapsed ms</w:t>
            </w:r>
          </w:p>
        </w:tc>
        <w:tc>
          <w:tcPr>
            <w:tcW w:type="dxa" w:w="4320"/>
          </w:tcPr>
          <w:p>
            <w:r>
              <w:t>4</w:t>
            </w:r>
          </w:p>
        </w:tc>
      </w:tr>
      <w:tr>
        <w:tc>
          <w:tcPr>
            <w:tcW w:type="dxa" w:w="4320"/>
          </w:tcPr>
          <w:p>
            <w:r>
              <w:t>result, bandwidth m</w:t>
            </w:r>
          </w:p>
        </w:tc>
        <w:tc>
          <w:tcPr>
            <w:tcW w:type="dxa" w:w="4320"/>
          </w:tcPr>
          <w:p>
            <w:r>
              <w:t>2,000</w:t>
            </w:r>
          </w:p>
        </w:tc>
      </w:tr>
      <w:tr>
        <w:tc>
          <w:tcPr>
            <w:tcW w:type="dxa" w:w="4320"/>
          </w:tcPr>
          <w:p>
            <w:r>
              <w:t>result, cell size m</w:t>
            </w:r>
          </w:p>
        </w:tc>
        <w:tc>
          <w:tcPr>
            <w:tcW w:type="dxa" w:w="4320"/>
          </w:tcPr>
          <w:p>
            <w:r>
              <w:t>1,000</w:t>
            </w:r>
          </w:p>
        </w:tc>
      </w:tr>
      <w:tr>
        <w:tc>
          <w:tcPr>
            <w:tcW w:type="dxa" w:w="4320"/>
          </w:tcPr>
          <w:p>
            <w:r>
              <w:t>result, excluded null</w:t>
            </w:r>
          </w:p>
        </w:tc>
        <w:tc>
          <w:tcPr>
            <w:tcW w:type="dxa" w:w="4320"/>
          </w:tcPr>
          <w:p>
            <w:r>
              <w:t>0</w:t>
            </w:r>
          </w:p>
        </w:tc>
      </w:tr>
      <w:tr>
        <w:tc>
          <w:tcPr>
            <w:tcW w:type="dxa" w:w="4320"/>
          </w:tcPr>
          <w:p>
            <w:r>
              <w:t>result, max density per km2</w:t>
            </w:r>
          </w:p>
        </w:tc>
        <w:tc>
          <w:tcPr>
            <w:tcW w:type="dxa" w:w="4320"/>
          </w:tcPr>
          <w:p>
            <w:r>
              <w:t>1,488</w:t>
            </w:r>
          </w:p>
        </w:tc>
      </w:tr>
      <w:tr>
        <w:tc>
          <w:tcPr>
            <w:tcW w:type="dxa" w:w="4320"/>
          </w:tcPr>
          <w:p>
            <w:r>
              <w:t>billing, cost</w:t>
            </w:r>
          </w:p>
        </w:tc>
        <w:tc>
          <w:tcPr>
            <w:tcW w:type="dxa" w:w="4320"/>
          </w:tcPr>
          <w:p>
            <w:r>
              <w:t>0.0508</w:t>
            </w:r>
          </w:p>
        </w:tc>
      </w:tr>
      <w:tr>
        <w:tc>
          <w:tcPr>
            <w:tcW w:type="dxa" w:w="4320"/>
          </w:tcPr>
          <w:p>
            <w:r>
              <w:t>billing, list price</w:t>
            </w:r>
          </w:p>
        </w:tc>
        <w:tc>
          <w:tcPr>
            <w:tcW w:type="dxa" w:w="4320"/>
          </w:tcPr>
          <w:p>
            <w:r>
              <w:t>0.0508</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Calculate density on Schools: Calculate density: 1 layer saved: Calculate density: Schools (80 features) [9][34].</w:t>
      </w:r>
    </w:p>
    <w:p>
      <w:pPr>
        <w:pStyle w:val="ListBullet"/>
      </w:pPr>
      <w:r>
        <w:rPr>
          <w:b/>
        </w:rPr>
        <w:t xml:space="preserve">Evidenced: </w:t>
      </w:r>
      <w:r>
        <w:t>It reported result, count 80; result, elapsed ms 4; result, bandwidth m 2,000; result, cell size m 1,000; result, excluded null 0; result, max density per km2 1,488 [34].</w:t>
      </w:r>
    </w:p>
    <w:p>
      <w:r>
        <w:rPr>
          <w:i/>
          <w:color w:val="525252"/>
          <w:sz w:val="17"/>
        </w:rPr>
        <w:t>A model draft was discarded because a sentence did not cite a source of this section.</w:t>
      </w:r>
    </w:p>
    <w:p>
      <w:r>
        <w:rPr>
          <w:i/>
          <w:color w:val="525252"/>
          <w:sz w:val="17"/>
        </w:rPr>
        <w:t>Tool gp_calculate_density; parameters {"kernel": "quartic", "project": "220702b2-1327-4244-9cff-74cf9d501f98", "features": {"layer": "Schools (cb956034)"}, "bandwidth_m": 2000.0, "cell_size_m": 1000.0, "weight_field": "students"}</w:t>
      </w:r>
    </w:p>
    <w:p>
      <w:pPr>
        <w:pStyle w:val="Heading1"/>
      </w:pPr>
      <w:r>
        <w:t>Calculate density</w:t>
      </w:r>
    </w:p>
    <w:p>
      <w:r>
        <w:rPr>
          <w:b/>
        </w:rPr>
        <w:t xml:space="preserve">What this analysis is. </w:t>
      </w:r>
      <w:r>
        <w:rPr>
          <w:i w:val="0"/>
        </w:rPr>
        <w:t>Calculate density: Kernel density per square kilometer on a grid [32]. In ArcGIS it is Calculate Density or Kernel Density; in QGIS, native:heatmapkerneldensityestimation [32].</w:t>
      </w:r>
    </w:p>
    <w:p>
      <w:r>
        <w:rPr>
          <w:b/>
        </w:rPr>
        <w:t xml:space="preserve">Why it was run on this data. </w:t>
      </w:r>
      <w:r>
        <w:rPr>
          <w:i w:val="0"/>
        </w:rPr>
        <w:t>2100 points in Crashes: a density surface shows where they concentrate [35].</w:t>
      </w:r>
    </w:p>
    <w:p>
      <w:r>
        <w:rPr>
          <w:b/>
        </w:rPr>
        <w:t xml:space="preserve">What it found. </w:t>
      </w:r>
      <w:r>
        <w:rPr>
          <w:i w:val="0"/>
        </w:rPr>
        <w:t>The density calculation used the Crashes layer as input [12]. The tool successfully processed the data, yielding 4,112 features [36].</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4,112</w:t>
            </w:r>
          </w:p>
        </w:tc>
      </w:tr>
      <w:tr>
        <w:tc>
          <w:tcPr>
            <w:tcW w:type="dxa" w:w="4320"/>
          </w:tcPr>
          <w:p>
            <w:r>
              <w:t>result, elapsed ms</w:t>
            </w:r>
          </w:p>
        </w:tc>
        <w:tc>
          <w:tcPr>
            <w:tcW w:type="dxa" w:w="4320"/>
          </w:tcPr>
          <w:p>
            <w:r>
              <w:t>110</w:t>
            </w:r>
          </w:p>
        </w:tc>
      </w:tr>
      <w:tr>
        <w:tc>
          <w:tcPr>
            <w:tcW w:type="dxa" w:w="4320"/>
          </w:tcPr>
          <w:p>
            <w:r>
              <w:t>result, bandwidth m</w:t>
            </w:r>
          </w:p>
        </w:tc>
        <w:tc>
          <w:tcPr>
            <w:tcW w:type="dxa" w:w="4320"/>
          </w:tcPr>
          <w:p>
            <w:r>
              <w:t>200</w:t>
            </w:r>
          </w:p>
        </w:tc>
      </w:tr>
      <w:tr>
        <w:tc>
          <w:tcPr>
            <w:tcW w:type="dxa" w:w="4320"/>
          </w:tcPr>
          <w:p>
            <w:r>
              <w:t>result, cell size m</w:t>
            </w:r>
          </w:p>
        </w:tc>
        <w:tc>
          <w:tcPr>
            <w:tcW w:type="dxa" w:w="4320"/>
          </w:tcPr>
          <w:p>
            <w:r>
              <w:t>100</w:t>
            </w:r>
          </w:p>
        </w:tc>
      </w:tr>
      <w:tr>
        <w:tc>
          <w:tcPr>
            <w:tcW w:type="dxa" w:w="4320"/>
          </w:tcPr>
          <w:p>
            <w:r>
              <w:t>result, excluded null</w:t>
            </w:r>
          </w:p>
        </w:tc>
        <w:tc>
          <w:tcPr>
            <w:tcW w:type="dxa" w:w="4320"/>
          </w:tcPr>
          <w:p>
            <w:r>
              <w:t>0</w:t>
            </w:r>
          </w:p>
        </w:tc>
      </w:tr>
      <w:tr>
        <w:tc>
          <w:tcPr>
            <w:tcW w:type="dxa" w:w="4320"/>
          </w:tcPr>
          <w:p>
            <w:r>
              <w:t>result, max density per km2</w:t>
            </w:r>
          </w:p>
        </w:tc>
        <w:tc>
          <w:tcPr>
            <w:tcW w:type="dxa" w:w="4320"/>
          </w:tcPr>
          <w:p>
            <w:r>
              <w:t>816.6</w:t>
            </w:r>
          </w:p>
        </w:tc>
      </w:tr>
      <w:tr>
        <w:tc>
          <w:tcPr>
            <w:tcW w:type="dxa" w:w="4320"/>
          </w:tcPr>
          <w:p>
            <w:r>
              <w:t>billing, cost</w:t>
            </w:r>
          </w:p>
        </w:tc>
        <w:tc>
          <w:tcPr>
            <w:tcW w:type="dxa" w:w="4320"/>
          </w:tcPr>
          <w:p>
            <w:r>
              <w:t>0.092</w:t>
            </w:r>
          </w:p>
        </w:tc>
      </w:tr>
      <w:tr>
        <w:tc>
          <w:tcPr>
            <w:tcW w:type="dxa" w:w="4320"/>
          </w:tcPr>
          <w:p>
            <w:r>
              <w:t>billing, list price</w:t>
            </w:r>
          </w:p>
        </w:tc>
        <w:tc>
          <w:tcPr>
            <w:tcW w:type="dxa" w:w="4320"/>
          </w:tcPr>
          <w:p>
            <w:r>
              <w:t>0.092</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Calculate density on Crashes: Calculate density: 1 layer saved: Calculate density: Crashes (4112 features) [12][36].</w:t>
      </w:r>
    </w:p>
    <w:p>
      <w:pPr>
        <w:pStyle w:val="ListBullet"/>
      </w:pPr>
      <w:r>
        <w:rPr>
          <w:b/>
        </w:rPr>
        <w:t xml:space="preserve">Evidenced: </w:t>
      </w:r>
      <w:r>
        <w:t>It reported result, count 4,112; result, elapsed ms 110; result, bandwidth m 200; result, cell size m 100; result, excluded null 0; result, max density per km2 816.6 [36].</w:t>
      </w:r>
    </w:p>
    <w:p>
      <w:r>
        <w:rPr>
          <w:i/>
          <w:color w:val="525252"/>
          <w:sz w:val="17"/>
        </w:rPr>
        <w:t>Tool gp_calculate_density; parameters {"kernel": "quartic", "project": "220702b2-1327-4244-9cff-74cf9d501f98", "features": {"layer": "Crashes (9501bda5)"}, "bandwidth_m": 200.0, "cell_size_m": 100.0}</w:t>
      </w:r>
    </w:p>
    <w:p>
      <w:pPr>
        <w:pStyle w:val="Heading1"/>
      </w:pPr>
      <w:r>
        <w:t>Calculate density</w:t>
      </w:r>
    </w:p>
    <w:p>
      <w:r>
        <w:rPr>
          <w:b/>
        </w:rPr>
        <w:t xml:space="preserve">What this analysis is. </w:t>
      </w:r>
      <w:r>
        <w:rPr>
          <w:i w:val="0"/>
        </w:rPr>
        <w:t>Calculate density: Kernel density per square kilometer on a grid [32]. In ArcGIS it is Calculate Density or Kernel Density; in QGIS, native:heatmapkerneldensityestimation [32].</w:t>
      </w:r>
    </w:p>
    <w:p>
      <w:r>
        <w:rPr>
          <w:b/>
        </w:rPr>
        <w:t xml:space="preserve">Why it was run on this data. </w:t>
      </w:r>
      <w:r>
        <w:rPr>
          <w:i w:val="0"/>
        </w:rPr>
        <w:t>200 points in Pedestrian crossings: a density surface shows where they concentrate [37].</w:t>
      </w:r>
    </w:p>
    <w:p>
      <w:r>
        <w:rPr>
          <w:b/>
        </w:rPr>
        <w:t xml:space="preserve">What it found. </w:t>
      </w:r>
      <w:r>
        <w:rPr>
          <w:i w:val="0"/>
        </w:rPr>
        <w:t>The calculation of density was performed on the Pedestrian crossings layer [31] using the gp_calculate_density function [38]. This process yielded a count of 251 features [38], with an elapsed time of 7 milliseconds [38]. The resulting density calculation reported a maximum density per km2 of 9.062 [38].</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251</w:t>
            </w:r>
          </w:p>
        </w:tc>
      </w:tr>
      <w:tr>
        <w:tc>
          <w:tcPr>
            <w:tcW w:type="dxa" w:w="4320"/>
          </w:tcPr>
          <w:p>
            <w:r>
              <w:t>result, elapsed ms</w:t>
            </w:r>
          </w:p>
        </w:tc>
        <w:tc>
          <w:tcPr>
            <w:tcW w:type="dxa" w:w="4320"/>
          </w:tcPr>
          <w:p>
            <w:r>
              <w:t>7</w:t>
            </w:r>
          </w:p>
        </w:tc>
      </w:tr>
      <w:tr>
        <w:tc>
          <w:tcPr>
            <w:tcW w:type="dxa" w:w="4320"/>
          </w:tcPr>
          <w:p>
            <w:r>
              <w:t>result, bandwidth m</w:t>
            </w:r>
          </w:p>
        </w:tc>
        <w:tc>
          <w:tcPr>
            <w:tcW w:type="dxa" w:w="4320"/>
          </w:tcPr>
          <w:p>
            <w:r>
              <w:t>1,000</w:t>
            </w:r>
          </w:p>
        </w:tc>
      </w:tr>
      <w:tr>
        <w:tc>
          <w:tcPr>
            <w:tcW w:type="dxa" w:w="4320"/>
          </w:tcPr>
          <w:p>
            <w:r>
              <w:t>result, cell size m</w:t>
            </w:r>
          </w:p>
        </w:tc>
        <w:tc>
          <w:tcPr>
            <w:tcW w:type="dxa" w:w="4320"/>
          </w:tcPr>
          <w:p>
            <w:r>
              <w:t>500</w:t>
            </w:r>
          </w:p>
        </w:tc>
      </w:tr>
      <w:tr>
        <w:tc>
          <w:tcPr>
            <w:tcW w:type="dxa" w:w="4320"/>
          </w:tcPr>
          <w:p>
            <w:r>
              <w:t>result, excluded null</w:t>
            </w:r>
          </w:p>
        </w:tc>
        <w:tc>
          <w:tcPr>
            <w:tcW w:type="dxa" w:w="4320"/>
          </w:tcPr>
          <w:p>
            <w:r>
              <w:t>0</w:t>
            </w:r>
          </w:p>
        </w:tc>
      </w:tr>
      <w:tr>
        <w:tc>
          <w:tcPr>
            <w:tcW w:type="dxa" w:w="4320"/>
          </w:tcPr>
          <w:p>
            <w:r>
              <w:t>result, max density per km2</w:t>
            </w:r>
          </w:p>
        </w:tc>
        <w:tc>
          <w:tcPr>
            <w:tcW w:type="dxa" w:w="4320"/>
          </w:tcPr>
          <w:p>
            <w:r>
              <w:t>9.062</w:t>
            </w:r>
          </w:p>
        </w:tc>
      </w:tr>
      <w:tr>
        <w:tc>
          <w:tcPr>
            <w:tcW w:type="dxa" w:w="4320"/>
          </w:tcPr>
          <w:p>
            <w:r>
              <w:t>billing, cost</w:t>
            </w:r>
          </w:p>
        </w:tc>
        <w:tc>
          <w:tcPr>
            <w:tcW w:type="dxa" w:w="4320"/>
          </w:tcPr>
          <w:p>
            <w:r>
              <w:t>0.054</w:t>
            </w:r>
          </w:p>
        </w:tc>
      </w:tr>
      <w:tr>
        <w:tc>
          <w:tcPr>
            <w:tcW w:type="dxa" w:w="4320"/>
          </w:tcPr>
          <w:p>
            <w:r>
              <w:t>billing, list price</w:t>
            </w:r>
          </w:p>
        </w:tc>
        <w:tc>
          <w:tcPr>
            <w:tcW w:type="dxa" w:w="4320"/>
          </w:tcPr>
          <w:p>
            <w:r>
              <w:t>0.054</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Calculate density on Pedestrian crossings: Calculate density: 1 layer saved: Calculate density: Pedestrian crossings (251 features) [31][38].</w:t>
      </w:r>
    </w:p>
    <w:p>
      <w:pPr>
        <w:pStyle w:val="ListBullet"/>
      </w:pPr>
      <w:r>
        <w:rPr>
          <w:b/>
        </w:rPr>
        <w:t xml:space="preserve">Evidenced: </w:t>
      </w:r>
      <w:r>
        <w:t>It reported result, count 251; result, elapsed ms 7; result, bandwidth m 1,000; result, cell size m 500; result, excluded null 0; result, max density per km2 9.062 [38].</w:t>
      </w:r>
    </w:p>
    <w:p>
      <w:r>
        <w:rPr>
          <w:i/>
          <w:color w:val="525252"/>
          <w:sz w:val="17"/>
        </w:rPr>
        <w:t>Tool gp_calculate_density; parameters {"kernel": "quartic", "project": "220702b2-1327-4244-9cff-74cf9d501f98", "features": {"layer": "Pedestrian crossings (5a5fc524)"}, "bandwidth_m": 1000.0, "cell_size_m": 500.0}</w:t>
      </w:r>
    </w:p>
    <w:p>
      <w:pPr>
        <w:pStyle w:val="Heading1"/>
      </w:pPr>
      <w:r>
        <w:t>Hot spots</w:t>
      </w:r>
    </w:p>
    <w:p>
      <w:r>
        <w:rPr>
          <w:b/>
        </w:rPr>
        <w:t xml:space="preserve">What this analysis is. </w:t>
      </w:r>
      <w:r>
        <w:rPr>
          <w:i w:val="0"/>
        </w:rPr>
        <w:t>Hot spot analysis: Getis-Ord Gi* hot and cold spots with z-scores, p-values and confidence bins [6]. In ArcGIS it is Find Hot Spots or Hot Spot Analysis (Getis-Ord Gi*); in QGIS, qgis:hotspot (plugin) [6].</w:t>
      </w:r>
    </w:p>
    <w:p>
      <w:r>
        <w:rPr>
          <w:b/>
        </w:rPr>
        <w:t xml:space="preserve">Why it was run on this data. </w:t>
      </w:r>
      <w:r>
        <w:rPr>
          <w:i w:val="0"/>
        </w:rPr>
        <w:t>200 points: Getis-Ord Gi* tests whether the concentrations in Pedestrian crossings are statistically significant [39].</w:t>
      </w:r>
    </w:p>
    <w:p>
      <w:r>
        <w:rPr>
          <w:b/>
        </w:rPr>
        <w:t xml:space="preserve">What it found. </w:t>
      </w:r>
      <w:r>
        <w:rPr>
          <w:i w:val="0"/>
        </w:rPr>
        <w:t>Hot spots on Pedestrian crossings: Hot spot analysis: 1 layer saved: Hot spot analysis: Pedestrian crossings (54 features) [31][40]. It reported result, bins 54; result, count 54; result, elapsed ms 5; result, cell size m 1,000; result, incidents used 200; result, distance band m 1,000 [40].</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bins</w:t>
            </w:r>
          </w:p>
        </w:tc>
        <w:tc>
          <w:tcPr>
            <w:tcW w:type="dxa" w:w="4320"/>
          </w:tcPr>
          <w:p>
            <w:r>
              <w:t>54</w:t>
            </w:r>
          </w:p>
        </w:tc>
      </w:tr>
      <w:tr>
        <w:tc>
          <w:tcPr>
            <w:tcW w:type="dxa" w:w="4320"/>
          </w:tcPr>
          <w:p>
            <w:r>
              <w:t>result, count</w:t>
            </w:r>
          </w:p>
        </w:tc>
        <w:tc>
          <w:tcPr>
            <w:tcW w:type="dxa" w:w="4320"/>
          </w:tcPr>
          <w:p>
            <w:r>
              <w:t>54</w:t>
            </w:r>
          </w:p>
        </w:tc>
      </w:tr>
      <w:tr>
        <w:tc>
          <w:tcPr>
            <w:tcW w:type="dxa" w:w="4320"/>
          </w:tcPr>
          <w:p>
            <w:r>
              <w:t>result, elapsed ms</w:t>
            </w:r>
          </w:p>
        </w:tc>
        <w:tc>
          <w:tcPr>
            <w:tcW w:type="dxa" w:w="4320"/>
          </w:tcPr>
          <w:p>
            <w:r>
              <w:t>5</w:t>
            </w:r>
          </w:p>
        </w:tc>
      </w:tr>
      <w:tr>
        <w:tc>
          <w:tcPr>
            <w:tcW w:type="dxa" w:w="4320"/>
          </w:tcPr>
          <w:p>
            <w:r>
              <w:t>result, cell size m</w:t>
            </w:r>
          </w:p>
        </w:tc>
        <w:tc>
          <w:tcPr>
            <w:tcW w:type="dxa" w:w="4320"/>
          </w:tcPr>
          <w:p>
            <w:r>
              <w:t>1,000</w:t>
            </w:r>
          </w:p>
        </w:tc>
      </w:tr>
      <w:tr>
        <w:tc>
          <w:tcPr>
            <w:tcW w:type="dxa" w:w="4320"/>
          </w:tcPr>
          <w:p>
            <w:r>
              <w:t>result, incidents used</w:t>
            </w:r>
          </w:p>
        </w:tc>
        <w:tc>
          <w:tcPr>
            <w:tcW w:type="dxa" w:w="4320"/>
          </w:tcPr>
          <w:p>
            <w:r>
              <w:t>200</w:t>
            </w:r>
          </w:p>
        </w:tc>
      </w:tr>
      <w:tr>
        <w:tc>
          <w:tcPr>
            <w:tcW w:type="dxa" w:w="4320"/>
          </w:tcPr>
          <w:p>
            <w:r>
              <w:t>result, distance band m</w:t>
            </w:r>
          </w:p>
        </w:tc>
        <w:tc>
          <w:tcPr>
            <w:tcW w:type="dxa" w:w="4320"/>
          </w:tcPr>
          <w:p>
            <w:r>
              <w:t>1,000</w:t>
            </w:r>
          </w:p>
        </w:tc>
      </w:tr>
      <w:tr>
        <w:tc>
          <w:tcPr>
            <w:tcW w:type="dxa" w:w="4320"/>
          </w:tcPr>
          <w:p>
            <w:r>
              <w:t>billing, cost</w:t>
            </w:r>
          </w:p>
        </w:tc>
        <w:tc>
          <w:tcPr>
            <w:tcW w:type="dxa" w:w="4320"/>
          </w:tcPr>
          <w:p>
            <w:r>
              <w:t>0.054</w:t>
            </w:r>
          </w:p>
        </w:tc>
      </w:tr>
      <w:tr>
        <w:tc>
          <w:tcPr>
            <w:tcW w:type="dxa" w:w="4320"/>
          </w:tcPr>
          <w:p>
            <w:r>
              <w:t>billing, list price</w:t>
            </w:r>
          </w:p>
        </w:tc>
        <w:tc>
          <w:tcPr>
            <w:tcW w:type="dxa" w:w="4320"/>
          </w:tcPr>
          <w:p>
            <w:r>
              <w:t>0.054</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Hot spots on Pedestrian crossings: Hot spot analysis: 1 layer saved: Hot spot analysis: Pedestrian crossings (54 features) [31][40].</w:t>
      </w:r>
    </w:p>
    <w:p>
      <w:pPr>
        <w:pStyle w:val="ListBullet"/>
      </w:pPr>
      <w:r>
        <w:rPr>
          <w:b/>
        </w:rPr>
        <w:t xml:space="preserve">Evidenced: </w:t>
      </w:r>
      <w:r>
        <w:t>It reported result, bins 54; result, count 54; result, elapsed ms 5; result, cell size m 1,000; result, incidents used 200; result, distance band m 1,000 [40].</w:t>
      </w:r>
    </w:p>
    <w:p>
      <w:r>
        <w:rPr>
          <w:i/>
          <w:color w:val="525252"/>
          <w:sz w:val="17"/>
        </w:rPr>
        <w:t>Tool gp_hot_spots; parameters {"project": "220702b2-1327-4244-9cff-74cf9d501f98", "features": {"layer": "Pedestrian crossings (5a5fc524)"}, "aggregation": "hexagon", "cell_size_m": 1000.0, "distance_band_m": 1000.0}</w:t>
      </w:r>
    </w:p>
    <w:p>
      <w:pPr>
        <w:pStyle w:val="Heading1"/>
      </w:pPr>
      <w:r>
        <w:t>Near repeat</w:t>
      </w:r>
    </w:p>
    <w:p>
      <w:r>
        <w:rPr>
          <w:b/>
        </w:rPr>
        <w:t xml:space="preserve">What this analysis is. </w:t>
      </w:r>
      <w:r>
        <w:rPr>
          <w:i w:val="0"/>
        </w:rPr>
        <w:t>Repeat and near repeat classification: Classify incidents as originators, repeats (same place) or near repeats within a distance and time window, with a Knox test table [41]. In ArcGIS it is Repeat and Near Repeat Classification or Near Repeat Calculator [41].</w:t>
      </w:r>
    </w:p>
    <w:p>
      <w:r>
        <w:rPr>
          <w:b/>
        </w:rPr>
        <w:t xml:space="preserve">Why it was run on this data. </w:t>
      </w:r>
      <w:r>
        <w:rPr>
          <w:i w:val="0"/>
        </w:rPr>
        <w:t>Near repeat analysis tests whether Crashes close in space also follow each other within 30 days [42].</w:t>
      </w:r>
    </w:p>
    <w:p>
      <w:r>
        <w:rPr>
          <w:b/>
        </w:rPr>
        <w:t xml:space="preserve">What it found. </w:t>
      </w:r>
      <w:r>
        <w:rPr>
          <w:i w:val="0"/>
        </w:rPr>
        <w:t>Near repeat on Crashes: Repeat and near repeat classification: 1 layer saved: Repeat and near repeat classification: Crashes (2100 features) [12][43]. It reported result, days 30; result, count 2,100; result, chains 190; result, distance m 100; result, elapsed ms 41; result, pairs linked 506 [43].</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days</w:t>
            </w:r>
          </w:p>
        </w:tc>
        <w:tc>
          <w:tcPr>
            <w:tcW w:type="dxa" w:w="4320"/>
          </w:tcPr>
          <w:p>
            <w:r>
              <w:t>30</w:t>
            </w:r>
          </w:p>
        </w:tc>
      </w:tr>
      <w:tr>
        <w:tc>
          <w:tcPr>
            <w:tcW w:type="dxa" w:w="4320"/>
          </w:tcPr>
          <w:p>
            <w:r>
              <w:t>result, count</w:t>
            </w:r>
          </w:p>
        </w:tc>
        <w:tc>
          <w:tcPr>
            <w:tcW w:type="dxa" w:w="4320"/>
          </w:tcPr>
          <w:p>
            <w:r>
              <w:t>2,100</w:t>
            </w:r>
          </w:p>
        </w:tc>
      </w:tr>
      <w:tr>
        <w:tc>
          <w:tcPr>
            <w:tcW w:type="dxa" w:w="4320"/>
          </w:tcPr>
          <w:p>
            <w:r>
              <w:t>result, chains</w:t>
            </w:r>
          </w:p>
        </w:tc>
        <w:tc>
          <w:tcPr>
            <w:tcW w:type="dxa" w:w="4320"/>
          </w:tcPr>
          <w:p>
            <w:r>
              <w:t>190</w:t>
            </w:r>
          </w:p>
        </w:tc>
      </w:tr>
      <w:tr>
        <w:tc>
          <w:tcPr>
            <w:tcW w:type="dxa" w:w="4320"/>
          </w:tcPr>
          <w:p>
            <w:r>
              <w:t>result, distance m</w:t>
            </w:r>
          </w:p>
        </w:tc>
        <w:tc>
          <w:tcPr>
            <w:tcW w:type="dxa" w:w="4320"/>
          </w:tcPr>
          <w:p>
            <w:r>
              <w:t>100</w:t>
            </w:r>
          </w:p>
        </w:tc>
      </w:tr>
      <w:tr>
        <w:tc>
          <w:tcPr>
            <w:tcW w:type="dxa" w:w="4320"/>
          </w:tcPr>
          <w:p>
            <w:r>
              <w:t>result, elapsed ms</w:t>
            </w:r>
          </w:p>
        </w:tc>
        <w:tc>
          <w:tcPr>
            <w:tcW w:type="dxa" w:w="4320"/>
          </w:tcPr>
          <w:p>
            <w:r>
              <w:t>41</w:t>
            </w:r>
          </w:p>
        </w:tc>
      </w:tr>
      <w:tr>
        <w:tc>
          <w:tcPr>
            <w:tcW w:type="dxa" w:w="4320"/>
          </w:tcPr>
          <w:p>
            <w:r>
              <w:t>result, pairs linked</w:t>
            </w:r>
          </w:p>
        </w:tc>
        <w:tc>
          <w:tcPr>
            <w:tcW w:type="dxa" w:w="4320"/>
          </w:tcPr>
          <w:p>
            <w:r>
              <w:t>506</w:t>
            </w:r>
          </w:p>
        </w:tc>
      </w:tr>
      <w:tr>
        <w:tc>
          <w:tcPr>
            <w:tcW w:type="dxa" w:w="4320"/>
          </w:tcPr>
          <w:p>
            <w:r>
              <w:t>billing, cost</w:t>
            </w:r>
          </w:p>
        </w:tc>
        <w:tc>
          <w:tcPr>
            <w:tcW w:type="dxa" w:w="4320"/>
          </w:tcPr>
          <w:p>
            <w:r>
              <w:t>0.113</w:t>
            </w:r>
          </w:p>
        </w:tc>
      </w:tr>
      <w:tr>
        <w:tc>
          <w:tcPr>
            <w:tcW w:type="dxa" w:w="4320"/>
          </w:tcPr>
          <w:p>
            <w:r>
              <w:t>billing, list price</w:t>
            </w:r>
          </w:p>
        </w:tc>
        <w:tc>
          <w:tcPr>
            <w:tcW w:type="dxa" w:w="4320"/>
          </w:tcPr>
          <w:p>
            <w:r>
              <w:t>0.113</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Near repeat on Crashes: Repeat and near repeat classification: 1 layer saved: Repeat and near repeat classification: Crashes (2100 features) [12][43].</w:t>
      </w:r>
    </w:p>
    <w:p>
      <w:pPr>
        <w:pStyle w:val="ListBullet"/>
      </w:pPr>
      <w:r>
        <w:rPr>
          <w:b/>
        </w:rPr>
        <w:t xml:space="preserve">Evidenced: </w:t>
      </w:r>
      <w:r>
        <w:t>It reported result, days 30; result, count 2,100; result, chains 190; result, distance m 100; result, elapsed ms 41; result, pairs linked 506 [43].</w:t>
      </w:r>
    </w:p>
    <w:p>
      <w:r>
        <w:rPr>
          <w:i/>
          <w:color w:val="525252"/>
          <w:sz w:val="17"/>
        </w:rPr>
        <w:t>Tool gp_near_repeat; parameters {"days": 30, "project": "220702b2-1327-4244-9cff-74cf9d501f98", "features": {"layer": "Crashes (9501bda5)"}, "distance_m": 100.0, "time_field": "occurred_at"}</w:t>
      </w:r>
    </w:p>
    <w:p>
      <w:pPr>
        <w:pStyle w:val="Heading1"/>
      </w:pPr>
      <w:r>
        <w:t>Summarize within</w:t>
      </w:r>
    </w:p>
    <w:p>
      <w:r>
        <w:rPr>
          <w:b/>
        </w:rPr>
        <w:t xml:space="preserve">What this analysis is. </w:t>
      </w:r>
      <w:r>
        <w:rPr>
          <w:i w:val="0"/>
        </w:rPr>
        <w:t>Summarize within: Count and aggregate the features inside each polygon (or bin), proportionally for lines and polygons [19]. In ArcGIS it is Summarize Within or Aggregate Points; in QGIS, native:countpointsinpolygon or native:sumlinelengths [19].</w:t>
      </w:r>
    </w:p>
    <w:p>
      <w:r>
        <w:rPr>
          <w:b/>
        </w:rPr>
        <w:t xml:space="preserve">Why it was run on this data. </w:t>
      </w:r>
      <w:r>
        <w:rPr>
          <w:i w:val="0"/>
        </w:rPr>
        <w:t>Count Pedestrian crossings inside each feature of Traffic districts by type; the counts map as a choropleth (natural breaks, sequential colors) [44].</w:t>
      </w:r>
    </w:p>
    <w:p>
      <w:r>
        <w:rPr>
          <w:b/>
        </w:rPr>
        <w:t xml:space="preserve">What it found. </w:t>
      </w:r>
      <w:r>
        <w:rPr>
          <w:i w:val="0"/>
        </w:rPr>
        <w:t>The analysis used Pedestrian crossings [31] and Traffic districts [22] as inputs for the geoprocessing summary [45]. The `gp_summarize_within` tool reported a result count of 12 [45].</w:t>
      </w:r>
    </w:p>
    <w:tbl>
      <w:tblPr>
        <w:tblStyle w:val="LightGrid-Accent1"/>
        <w:tblW w:type="auto" w:w="0"/>
        <w:tblLook w:firstColumn="1" w:firstRow="1" w:lastColumn="0" w:lastRow="0" w:noHBand="0" w:noVBand="1" w:val="04A0"/>
      </w:tblPr>
      <w:tblGrid>
        <w:gridCol w:w="4320"/>
        <w:gridCol w:w="4320"/>
      </w:tblGrid>
      <w:tr>
        <w:tc>
          <w:tcPr>
            <w:tcW w:type="dxa" w:w="4320"/>
          </w:tcPr>
          <w:p>
            <w:r>
              <w:t>Result</w:t>
            </w:r>
          </w:p>
        </w:tc>
        <w:tc>
          <w:tcPr>
            <w:tcW w:type="dxa" w:w="4320"/>
          </w:tcPr>
          <w:p>
            <w:r>
              <w:t>Value</w:t>
            </w:r>
          </w:p>
        </w:tc>
      </w:tr>
      <w:tr>
        <w:tc>
          <w:tcPr>
            <w:tcW w:type="dxa" w:w="4320"/>
          </w:tcPr>
          <w:p>
            <w:r>
              <w:t>result, count</w:t>
            </w:r>
          </w:p>
        </w:tc>
        <w:tc>
          <w:tcPr>
            <w:tcW w:type="dxa" w:w="4320"/>
          </w:tcPr>
          <w:p>
            <w:r>
              <w:t>12</w:t>
            </w:r>
          </w:p>
        </w:tc>
      </w:tr>
      <w:tr>
        <w:tc>
          <w:tcPr>
            <w:tcW w:type="dxa" w:w="4320"/>
          </w:tcPr>
          <w:p>
            <w:r>
              <w:t>result, elapsed ms</w:t>
            </w:r>
          </w:p>
        </w:tc>
        <w:tc>
          <w:tcPr>
            <w:tcW w:type="dxa" w:w="4320"/>
          </w:tcPr>
          <w:p>
            <w:r>
              <w:t>1</w:t>
            </w:r>
          </w:p>
        </w:tc>
      </w:tr>
      <w:tr>
        <w:tc>
          <w:tcPr>
            <w:tcW w:type="dxa" w:w="4320"/>
          </w:tcPr>
          <w:p>
            <w:r>
              <w:t>billing, cost</w:t>
            </w:r>
          </w:p>
        </w:tc>
        <w:tc>
          <w:tcPr>
            <w:tcW w:type="dxa" w:w="4320"/>
          </w:tcPr>
          <w:p>
            <w:r>
              <w:t>0.01424</w:t>
            </w:r>
          </w:p>
        </w:tc>
      </w:tr>
      <w:tr>
        <w:tc>
          <w:tcPr>
            <w:tcW w:type="dxa" w:w="4320"/>
          </w:tcPr>
          <w:p>
            <w:r>
              <w:t>billing, list price</w:t>
            </w:r>
          </w:p>
        </w:tc>
        <w:tc>
          <w:tcPr>
            <w:tcW w:type="dxa" w:w="4320"/>
          </w:tcPr>
          <w:p>
            <w:r>
              <w:t>0.01424</w:t>
            </w:r>
          </w:p>
        </w:tc>
      </w:tr>
      <w:tr>
        <w:tc>
          <w:tcPr>
            <w:tcW w:type="dxa" w:w="4320"/>
          </w:tcPr>
          <w:p>
            <w:r>
              <w:t>billing, upstream cost</w:t>
            </w:r>
          </w:p>
        </w:tc>
        <w:tc>
          <w:tcPr>
            <w:tcW w:type="dxa" w:w="4320"/>
          </w:tcPr>
          <w:p>
            <w:r>
              <w:t>0</w:t>
            </w:r>
          </w:p>
        </w:tc>
      </w:tr>
    </w:tbl>
    <w:p/>
    <w:p>
      <w:r>
        <w:rPr>
          <w:b/>
        </w:rPr>
        <w:t>Findings</w:t>
      </w:r>
    </w:p>
    <w:p>
      <w:pPr>
        <w:pStyle w:val="ListBullet"/>
      </w:pPr>
      <w:r>
        <w:rPr>
          <w:b/>
        </w:rPr>
        <w:t xml:space="preserve">Evidenced: </w:t>
      </w:r>
      <w:r>
        <w:t>Summarize within on Pedestrian crossings, Traffic districts: Summarize within: 1 layer saved: Summarize within: Traffic districts (12 features) [22][31][45].</w:t>
      </w:r>
    </w:p>
    <w:p>
      <w:pPr>
        <w:pStyle w:val="ListBullet"/>
      </w:pPr>
      <w:r>
        <w:rPr>
          <w:b/>
        </w:rPr>
        <w:t xml:space="preserve">Evidenced: </w:t>
      </w:r>
      <w:r>
        <w:t>It reported result, count 12; result, elapsed ms 1; billing, cost 0.01424; billing, list price 0.01424; billing, upstream cost 0 [45].</w:t>
      </w:r>
    </w:p>
    <w:p>
      <w:r>
        <w:rPr>
          <w:i/>
          <w:color w:val="525252"/>
          <w:sz w:val="17"/>
        </w:rPr>
        <w:t>Tool gp_summarize_within; parameters {"stats": [], "project": "220702b2-1327-4244-9cff-74cf9d501f98", "features": {"layer": "Pedestrian crossings (5a5fc524)"}, "group_by": "type", "polygons": {"layer": "Traffic districts (426e8d19)"}}</w:t>
      </w:r>
    </w:p>
    <w:p>
      <w:pPr>
        <w:pStyle w:val="Heading1"/>
      </w:pPr>
      <w:r>
        <w:t>Maps and charts</w:t>
      </w:r>
    </w:p>
    <w:p>
      <w:r>
        <w:rPr>
          <w:i w:val="0"/>
        </w:rPr>
        <w:t>The run also made 18 map image(s) [46][47][48][49][50][51][52][53][54][55][56][57][58][59][60][61][62][63] and 25 chart(s) [64][65][66][67][68][69][70][71][72][73][74][75][76][77][78][79][80][81][82][83][84][85][86][87][88].</w:t>
      </w:r>
    </w:p>
    <w:p>
      <w:pPr>
        <w:jc w:val="center"/>
      </w:pPr>
      <w:r>
        <w:drawing>
          <wp:inline xmlns:a="http://schemas.openxmlformats.org/drawingml/2006/main" xmlns:pic="http://schemas.openxmlformats.org/drawingml/2006/picture">
            <wp:extent cx="5760720" cy="3840480"/>
            <wp:docPr id="2" name="Picture 2"/>
            <wp:cNvGraphicFramePr>
              <a:graphicFrameLocks noChangeAspect="1"/>
            </wp:cNvGraphicFramePr>
            <a:graphic>
              <a:graphicData uri="http://schemas.openxmlformats.org/drawingml/2006/picture">
                <pic:pic>
                  <pic:nvPicPr>
                    <pic:cNvPr id="0" name="000.jpg"/>
                    <pic:cNvPicPr/>
                  </pic:nvPicPr>
                  <pic:blipFill>
                    <a:blip r:embed="rId10"/>
                    <a:stretch>
                      <a:fillRect/>
                    </a:stretch>
                  </pic:blipFill>
                  <pic:spPr>
                    <a:xfrm>
                      <a:off x="0" y="0"/>
                      <a:ext cx="5760720" cy="3840480"/>
                    </a:xfrm>
                    <a:prstGeom prst="rect"/>
                  </pic:spPr>
                </pic:pic>
              </a:graphicData>
            </a:graphic>
          </wp:inline>
        </w:drawing>
      </w:r>
    </w:p>
    <w:p>
      <w:r>
        <w:rPr>
          <w:i/>
          <w:color w:val="525252"/>
          <w:sz w:val="17"/>
        </w:rPr>
        <w:t>Figure 2. Hot spot analysis: Schools [46]</w:t>
      </w:r>
    </w:p>
    <w:p>
      <w:pPr>
        <w:jc w:val="center"/>
      </w:pPr>
      <w:r>
        <w:drawing>
          <wp:inline xmlns:a="http://schemas.openxmlformats.org/drawingml/2006/main" xmlns:pic="http://schemas.openxmlformats.org/drawingml/2006/picture">
            <wp:extent cx="5760720" cy="3840480"/>
            <wp:docPr id="3" name="Picture 3"/>
            <wp:cNvGraphicFramePr>
              <a:graphicFrameLocks noChangeAspect="1"/>
            </wp:cNvGraphicFramePr>
            <a:graphic>
              <a:graphicData uri="http://schemas.openxmlformats.org/drawingml/2006/picture">
                <pic:pic>
                  <pic:nvPicPr>
                    <pic:cNvPr id="0" name="003.jpg"/>
                    <pic:cNvPicPr/>
                  </pic:nvPicPr>
                  <pic:blipFill>
                    <a:blip r:embed="rId11"/>
                    <a:stretch>
                      <a:fillRect/>
                    </a:stretch>
                  </pic:blipFill>
                  <pic:spPr>
                    <a:xfrm>
                      <a:off x="0" y="0"/>
                      <a:ext cx="5760720" cy="3840480"/>
                    </a:xfrm>
                    <a:prstGeom prst="rect"/>
                  </pic:spPr>
                </pic:pic>
              </a:graphicData>
            </a:graphic>
          </wp:inline>
        </w:drawing>
      </w:r>
    </w:p>
    <w:p>
      <w:r>
        <w:rPr>
          <w:i/>
          <w:color w:val="525252"/>
          <w:sz w:val="17"/>
        </w:rPr>
        <w:t>Figure 3. Hot spot analysis: Crashes [47]</w:t>
      </w:r>
    </w:p>
    <w:p>
      <w:pPr>
        <w:jc w:val="center"/>
      </w:pPr>
      <w:r>
        <w:drawing>
          <wp:inline xmlns:a="http://schemas.openxmlformats.org/drawingml/2006/main" xmlns:pic="http://schemas.openxmlformats.org/drawingml/2006/picture">
            <wp:extent cx="5760720" cy="3840480"/>
            <wp:docPr id="4" name="Picture 4"/>
            <wp:cNvGraphicFramePr>
              <a:graphicFrameLocks noChangeAspect="1"/>
            </wp:cNvGraphicFramePr>
            <a:graphic>
              <a:graphicData uri="http://schemas.openxmlformats.org/drawingml/2006/picture">
                <pic:pic>
                  <pic:nvPicPr>
                    <pic:cNvPr id="0" name="004.jpg"/>
                    <pic:cNvPicPr/>
                  </pic:nvPicPr>
                  <pic:blipFill>
                    <a:blip r:embed="rId12"/>
                    <a:stretch>
                      <a:fillRect/>
                    </a:stretch>
                  </pic:blipFill>
                  <pic:spPr>
                    <a:xfrm>
                      <a:off x="0" y="0"/>
                      <a:ext cx="5760720" cy="3840480"/>
                    </a:xfrm>
                    <a:prstGeom prst="rect"/>
                  </pic:spPr>
                </pic:pic>
              </a:graphicData>
            </a:graphic>
          </wp:inline>
        </w:drawing>
      </w:r>
    </w:p>
    <w:p>
      <w:r>
        <w:rPr>
          <w:i/>
          <w:color w:val="525252"/>
          <w:sz w:val="17"/>
        </w:rPr>
        <w:t>Figure 4. Emerging hot spots: Crashes [48]</w:t>
      </w:r>
    </w:p>
    <w:p>
      <w:pPr>
        <w:jc w:val="center"/>
      </w:pPr>
      <w:r>
        <w:drawing>
          <wp:inline xmlns:a="http://schemas.openxmlformats.org/drawingml/2006/main" xmlns:pic="http://schemas.openxmlformats.org/drawingml/2006/picture">
            <wp:extent cx="5760720" cy="3840480"/>
            <wp:docPr id="5" name="Picture 5"/>
            <wp:cNvGraphicFramePr>
              <a:graphicFrameLocks noChangeAspect="1"/>
            </wp:cNvGraphicFramePr>
            <a:graphic>
              <a:graphicData uri="http://schemas.openxmlformats.org/drawingml/2006/picture">
                <pic:pic>
                  <pic:nvPicPr>
                    <pic:cNvPr id="0" name="007.jpg"/>
                    <pic:cNvPicPr/>
                  </pic:nvPicPr>
                  <pic:blipFill>
                    <a:blip r:embed="rId13"/>
                    <a:stretch>
                      <a:fillRect/>
                    </a:stretch>
                  </pic:blipFill>
                  <pic:spPr>
                    <a:xfrm>
                      <a:off x="0" y="0"/>
                      <a:ext cx="5760720" cy="3840480"/>
                    </a:xfrm>
                    <a:prstGeom prst="rect"/>
                  </pic:spPr>
                </pic:pic>
              </a:graphicData>
            </a:graphic>
          </wp:inline>
        </w:drawing>
      </w:r>
    </w:p>
    <w:p>
      <w:r>
        <w:rPr>
          <w:i/>
          <w:color w:val="525252"/>
          <w:sz w:val="17"/>
        </w:rPr>
        <w:t>Figure 5. Emerging hot spots: Traffic calming [49]</w:t>
      </w:r>
    </w:p>
    <w:p>
      <w:pPr>
        <w:jc w:val="center"/>
      </w:pPr>
      <w:r>
        <w:drawing>
          <wp:inline xmlns:a="http://schemas.openxmlformats.org/drawingml/2006/main" xmlns:pic="http://schemas.openxmlformats.org/drawingml/2006/picture">
            <wp:extent cx="5760720" cy="3840480"/>
            <wp:docPr id="6" name="Picture 6"/>
            <wp:cNvGraphicFramePr>
              <a:graphicFrameLocks noChangeAspect="1"/>
            </wp:cNvGraphicFramePr>
            <a:graphic>
              <a:graphicData uri="http://schemas.openxmlformats.org/drawingml/2006/picture">
                <pic:pic>
                  <pic:nvPicPr>
                    <pic:cNvPr id="0" name="008.jpg"/>
                    <pic:cNvPicPr/>
                  </pic:nvPicPr>
                  <pic:blipFill>
                    <a:blip r:embed="rId14"/>
                    <a:stretch>
                      <a:fillRect/>
                    </a:stretch>
                  </pic:blipFill>
                  <pic:spPr>
                    <a:xfrm>
                      <a:off x="0" y="0"/>
                      <a:ext cx="5760720" cy="3840480"/>
                    </a:xfrm>
                    <a:prstGeom prst="rect"/>
                  </pic:spPr>
                </pic:pic>
              </a:graphicData>
            </a:graphic>
          </wp:inline>
        </w:drawing>
      </w:r>
    </w:p>
    <w:p>
      <w:r>
        <w:rPr>
          <w:i/>
          <w:color w:val="525252"/>
          <w:sz w:val="17"/>
        </w:rPr>
        <w:t>Figure 6. Summarize within: Traffic districts [50]</w:t>
      </w:r>
    </w:p>
    <w:p>
      <w:pPr>
        <w:jc w:val="center"/>
      </w:pPr>
      <w:r>
        <w:drawing>
          <wp:inline xmlns:a="http://schemas.openxmlformats.org/drawingml/2006/main" xmlns:pic="http://schemas.openxmlformats.org/drawingml/2006/picture">
            <wp:extent cx="5760720" cy="3840480"/>
            <wp:docPr id="7" name="Picture 7"/>
            <wp:cNvGraphicFramePr>
              <a:graphicFrameLocks noChangeAspect="1"/>
            </wp:cNvGraphicFramePr>
            <a:graphic>
              <a:graphicData uri="http://schemas.openxmlformats.org/drawingml/2006/picture">
                <pic:pic>
                  <pic:nvPicPr>
                    <pic:cNvPr id="0" name="010.jpg"/>
                    <pic:cNvPicPr/>
                  </pic:nvPicPr>
                  <pic:blipFill>
                    <a:blip r:embed="rId15"/>
                    <a:stretch>
                      <a:fillRect/>
                    </a:stretch>
                  </pic:blipFill>
                  <pic:spPr>
                    <a:xfrm>
                      <a:off x="0" y="0"/>
                      <a:ext cx="5760720" cy="3840480"/>
                    </a:xfrm>
                    <a:prstGeom prst="rect"/>
                  </pic:spPr>
                </pic:pic>
              </a:graphicData>
            </a:graphic>
          </wp:inline>
        </w:drawing>
      </w:r>
    </w:p>
    <w:p>
      <w:r>
        <w:rPr>
          <w:i/>
          <w:color w:val="525252"/>
          <w:sz w:val="17"/>
        </w:rPr>
        <w:t>Figure 7. Summarize within: Traffic districts [51]</w:t>
      </w:r>
    </w:p>
    <w:p>
      <w:pPr>
        <w:jc w:val="center"/>
      </w:pPr>
      <w:r>
        <w:drawing>
          <wp:inline xmlns:a="http://schemas.openxmlformats.org/drawingml/2006/main" xmlns:pic="http://schemas.openxmlformats.org/drawingml/2006/picture">
            <wp:extent cx="5760720" cy="3840480"/>
            <wp:docPr id="8" name="Picture 8"/>
            <wp:cNvGraphicFramePr>
              <a:graphicFrameLocks noChangeAspect="1"/>
            </wp:cNvGraphicFramePr>
            <a:graphic>
              <a:graphicData uri="http://schemas.openxmlformats.org/drawingml/2006/picture">
                <pic:pic>
                  <pic:nvPicPr>
                    <pic:cNvPr id="0" name="012.jpg"/>
                    <pic:cNvPicPr/>
                  </pic:nvPicPr>
                  <pic:blipFill>
                    <a:blip r:embed="rId16"/>
                    <a:stretch>
                      <a:fillRect/>
                    </a:stretch>
                  </pic:blipFill>
                  <pic:spPr>
                    <a:xfrm>
                      <a:off x="0" y="0"/>
                      <a:ext cx="5760720" cy="3840480"/>
                    </a:xfrm>
                    <a:prstGeom prst="rect"/>
                  </pic:spPr>
                </pic:pic>
              </a:graphicData>
            </a:graphic>
          </wp:inline>
        </w:drawing>
      </w:r>
    </w:p>
    <w:p>
      <w:r>
        <w:rPr>
          <w:i/>
          <w:color w:val="525252"/>
          <w:sz w:val="17"/>
        </w:rPr>
        <w:t>Figure 8. Find point clusters: Schools [52]</w:t>
      </w:r>
    </w:p>
    <w:p>
      <w:pPr>
        <w:jc w:val="center"/>
      </w:pPr>
      <w:r>
        <w:drawing>
          <wp:inline xmlns:a="http://schemas.openxmlformats.org/drawingml/2006/main" xmlns:pic="http://schemas.openxmlformats.org/drawingml/2006/picture">
            <wp:extent cx="5760720" cy="3840480"/>
            <wp:docPr id="9" name="Picture 9"/>
            <wp:cNvGraphicFramePr>
              <a:graphicFrameLocks noChangeAspect="1"/>
            </wp:cNvGraphicFramePr>
            <a:graphic>
              <a:graphicData uri="http://schemas.openxmlformats.org/drawingml/2006/picture">
                <pic:pic>
                  <pic:nvPicPr>
                    <pic:cNvPr id="0" name="015.jpg"/>
                    <pic:cNvPicPr/>
                  </pic:nvPicPr>
                  <pic:blipFill>
                    <a:blip r:embed="rId17"/>
                    <a:stretch>
                      <a:fillRect/>
                    </a:stretch>
                  </pic:blipFill>
                  <pic:spPr>
                    <a:xfrm>
                      <a:off x="0" y="0"/>
                      <a:ext cx="5760720" cy="3840480"/>
                    </a:xfrm>
                    <a:prstGeom prst="rect"/>
                  </pic:spPr>
                </pic:pic>
              </a:graphicData>
            </a:graphic>
          </wp:inline>
        </w:drawing>
      </w:r>
    </w:p>
    <w:p>
      <w:r>
        <w:rPr>
          <w:i/>
          <w:color w:val="525252"/>
          <w:sz w:val="17"/>
        </w:rPr>
        <w:t>Figure 9. Find point clusters: cluster hulls [53]</w:t>
      </w:r>
    </w:p>
    <w:p>
      <w:pPr>
        <w:jc w:val="center"/>
      </w:pPr>
      <w:r>
        <w:drawing>
          <wp:inline xmlns:a="http://schemas.openxmlformats.org/drawingml/2006/main" xmlns:pic="http://schemas.openxmlformats.org/drawingml/2006/picture">
            <wp:extent cx="5760720" cy="3840480"/>
            <wp:docPr id="10" name="Picture 10"/>
            <wp:cNvGraphicFramePr>
              <a:graphicFrameLocks noChangeAspect="1"/>
            </wp:cNvGraphicFramePr>
            <a:graphic>
              <a:graphicData uri="http://schemas.openxmlformats.org/drawingml/2006/picture">
                <pic:pic>
                  <pic:nvPicPr>
                    <pic:cNvPr id="0" name="016.jpg"/>
                    <pic:cNvPicPr/>
                  </pic:nvPicPr>
                  <pic:blipFill>
                    <a:blip r:embed="rId18"/>
                    <a:stretch>
                      <a:fillRect/>
                    </a:stretch>
                  </pic:blipFill>
                  <pic:spPr>
                    <a:xfrm>
                      <a:off x="0" y="0"/>
                      <a:ext cx="5760720" cy="3840480"/>
                    </a:xfrm>
                    <a:prstGeom prst="rect"/>
                  </pic:spPr>
                </pic:pic>
              </a:graphicData>
            </a:graphic>
          </wp:inline>
        </w:drawing>
      </w:r>
    </w:p>
    <w:p>
      <w:r>
        <w:rPr>
          <w:i/>
          <w:color w:val="525252"/>
          <w:sz w:val="17"/>
        </w:rPr>
        <w:t>Figure 10. Find point clusters: Crashes [54]</w:t>
      </w:r>
    </w:p>
    <w:p>
      <w:pPr>
        <w:jc w:val="center"/>
      </w:pPr>
      <w:r>
        <w:drawing>
          <wp:inline xmlns:a="http://schemas.openxmlformats.org/drawingml/2006/main" xmlns:pic="http://schemas.openxmlformats.org/drawingml/2006/picture">
            <wp:extent cx="5760720" cy="3840480"/>
            <wp:docPr id="11" name="Picture 11"/>
            <wp:cNvGraphicFramePr>
              <a:graphicFrameLocks noChangeAspect="1"/>
            </wp:cNvGraphicFramePr>
            <a:graphic>
              <a:graphicData uri="http://schemas.openxmlformats.org/drawingml/2006/picture">
                <pic:pic>
                  <pic:nvPicPr>
                    <pic:cNvPr id="0" name="019.jpg"/>
                    <pic:cNvPicPr/>
                  </pic:nvPicPr>
                  <pic:blipFill>
                    <a:blip r:embed="rId19"/>
                    <a:stretch>
                      <a:fillRect/>
                    </a:stretch>
                  </pic:blipFill>
                  <pic:spPr>
                    <a:xfrm>
                      <a:off x="0" y="0"/>
                      <a:ext cx="5760720" cy="3840480"/>
                    </a:xfrm>
                    <a:prstGeom prst="rect"/>
                  </pic:spPr>
                </pic:pic>
              </a:graphicData>
            </a:graphic>
          </wp:inline>
        </w:drawing>
      </w:r>
    </w:p>
    <w:p>
      <w:r>
        <w:rPr>
          <w:i/>
          <w:color w:val="525252"/>
          <w:sz w:val="17"/>
        </w:rPr>
        <w:t>Figure 11. Find point clusters: cluster hulls [55]</w:t>
      </w:r>
    </w:p>
    <w:p>
      <w:pPr>
        <w:jc w:val="center"/>
      </w:pPr>
      <w:r>
        <w:drawing>
          <wp:inline xmlns:a="http://schemas.openxmlformats.org/drawingml/2006/main" xmlns:pic="http://schemas.openxmlformats.org/drawingml/2006/picture">
            <wp:extent cx="5760720" cy="3840480"/>
            <wp:docPr id="12" name="Picture 12"/>
            <wp:cNvGraphicFramePr>
              <a:graphicFrameLocks noChangeAspect="1"/>
            </wp:cNvGraphicFramePr>
            <a:graphic>
              <a:graphicData uri="http://schemas.openxmlformats.org/drawingml/2006/picture">
                <pic:pic>
                  <pic:nvPicPr>
                    <pic:cNvPr id="0" name="021.jpg"/>
                    <pic:cNvPicPr/>
                  </pic:nvPicPr>
                  <pic:blipFill>
                    <a:blip r:embed="rId20"/>
                    <a:stretch>
                      <a:fillRect/>
                    </a:stretch>
                  </pic:blipFill>
                  <pic:spPr>
                    <a:xfrm>
                      <a:off x="0" y="0"/>
                      <a:ext cx="5760720" cy="3840480"/>
                    </a:xfrm>
                    <a:prstGeom prst="rect"/>
                  </pic:spPr>
                </pic:pic>
              </a:graphicData>
            </a:graphic>
          </wp:inline>
        </w:drawing>
      </w:r>
    </w:p>
    <w:p>
      <w:r>
        <w:rPr>
          <w:i/>
          <w:color w:val="525252"/>
          <w:sz w:val="17"/>
        </w:rPr>
        <w:t>Figure 12. Find point clusters: Pedestrian crossings [56]</w:t>
      </w:r>
    </w:p>
    <w:p>
      <w:pPr>
        <w:jc w:val="center"/>
      </w:pPr>
      <w:r>
        <w:drawing>
          <wp:inline xmlns:a="http://schemas.openxmlformats.org/drawingml/2006/main" xmlns:pic="http://schemas.openxmlformats.org/drawingml/2006/picture">
            <wp:extent cx="5760720" cy="3840480"/>
            <wp:docPr id="13" name="Picture 13"/>
            <wp:cNvGraphicFramePr>
              <a:graphicFrameLocks noChangeAspect="1"/>
            </wp:cNvGraphicFramePr>
            <a:graphic>
              <a:graphicData uri="http://schemas.openxmlformats.org/drawingml/2006/picture">
                <pic:pic>
                  <pic:nvPicPr>
                    <pic:cNvPr id="0" name="023.jpg"/>
                    <pic:cNvPicPr/>
                  </pic:nvPicPr>
                  <pic:blipFill>
                    <a:blip r:embed="rId21"/>
                    <a:stretch>
                      <a:fillRect/>
                    </a:stretch>
                  </pic:blipFill>
                  <pic:spPr>
                    <a:xfrm>
                      <a:off x="0" y="0"/>
                      <a:ext cx="5760720" cy="3840480"/>
                    </a:xfrm>
                    <a:prstGeom prst="rect"/>
                  </pic:spPr>
                </pic:pic>
              </a:graphicData>
            </a:graphic>
          </wp:inline>
        </w:drawing>
      </w:r>
    </w:p>
    <w:p>
      <w:r>
        <w:rPr>
          <w:i/>
          <w:color w:val="525252"/>
          <w:sz w:val="17"/>
        </w:rPr>
        <w:t>Figure 13. Find point clusters: cluster hulls [57]</w:t>
      </w:r>
    </w:p>
    <w:p>
      <w:pPr>
        <w:jc w:val="center"/>
      </w:pPr>
      <w:r>
        <w:drawing>
          <wp:inline xmlns:a="http://schemas.openxmlformats.org/drawingml/2006/main" xmlns:pic="http://schemas.openxmlformats.org/drawingml/2006/picture">
            <wp:extent cx="5760720" cy="3840480"/>
            <wp:docPr id="14" name="Picture 14"/>
            <wp:cNvGraphicFramePr>
              <a:graphicFrameLocks noChangeAspect="1"/>
            </wp:cNvGraphicFramePr>
            <a:graphic>
              <a:graphicData uri="http://schemas.openxmlformats.org/drawingml/2006/picture">
                <pic:pic>
                  <pic:nvPicPr>
                    <pic:cNvPr id="0" name="024.jpg"/>
                    <pic:cNvPicPr/>
                  </pic:nvPicPr>
                  <pic:blipFill>
                    <a:blip r:embed="rId22"/>
                    <a:stretch>
                      <a:fillRect/>
                    </a:stretch>
                  </pic:blipFill>
                  <pic:spPr>
                    <a:xfrm>
                      <a:off x="0" y="0"/>
                      <a:ext cx="5760720" cy="3840480"/>
                    </a:xfrm>
                    <a:prstGeom prst="rect"/>
                  </pic:spPr>
                </pic:pic>
              </a:graphicData>
            </a:graphic>
          </wp:inline>
        </w:drawing>
      </w:r>
    </w:p>
    <w:p>
      <w:r>
        <w:rPr>
          <w:i/>
          <w:color w:val="525252"/>
          <w:sz w:val="17"/>
        </w:rPr>
        <w:t>Figure 14. Calculate density: Schools [58]</w:t>
      </w:r>
    </w:p>
    <w:p>
      <w:pPr>
        <w:jc w:val="center"/>
      </w:pPr>
      <w:r>
        <w:drawing>
          <wp:inline xmlns:a="http://schemas.openxmlformats.org/drawingml/2006/main" xmlns:pic="http://schemas.openxmlformats.org/drawingml/2006/picture">
            <wp:extent cx="5760720" cy="3840480"/>
            <wp:docPr id="15" name="Picture 15"/>
            <wp:cNvGraphicFramePr>
              <a:graphicFrameLocks noChangeAspect="1"/>
            </wp:cNvGraphicFramePr>
            <a:graphic>
              <a:graphicData uri="http://schemas.openxmlformats.org/drawingml/2006/picture">
                <pic:pic>
                  <pic:nvPicPr>
                    <pic:cNvPr id="0" name="027.jpg"/>
                    <pic:cNvPicPr/>
                  </pic:nvPicPr>
                  <pic:blipFill>
                    <a:blip r:embed="rId23"/>
                    <a:stretch>
                      <a:fillRect/>
                    </a:stretch>
                  </pic:blipFill>
                  <pic:spPr>
                    <a:xfrm>
                      <a:off x="0" y="0"/>
                      <a:ext cx="5760720" cy="3840480"/>
                    </a:xfrm>
                    <a:prstGeom prst="rect"/>
                  </pic:spPr>
                </pic:pic>
              </a:graphicData>
            </a:graphic>
          </wp:inline>
        </w:drawing>
      </w:r>
    </w:p>
    <w:p>
      <w:r>
        <w:rPr>
          <w:i/>
          <w:color w:val="525252"/>
          <w:sz w:val="17"/>
        </w:rPr>
        <w:t>Figure 15. Calculate density: Crashes [59]</w:t>
      </w:r>
    </w:p>
    <w:p>
      <w:pPr>
        <w:jc w:val="center"/>
      </w:pPr>
      <w:r>
        <w:drawing>
          <wp:inline xmlns:a="http://schemas.openxmlformats.org/drawingml/2006/main" xmlns:pic="http://schemas.openxmlformats.org/drawingml/2006/picture">
            <wp:extent cx="5760720" cy="3840480"/>
            <wp:docPr id="16" name="Picture 16"/>
            <wp:cNvGraphicFramePr>
              <a:graphicFrameLocks noChangeAspect="1"/>
            </wp:cNvGraphicFramePr>
            <a:graphic>
              <a:graphicData uri="http://schemas.openxmlformats.org/drawingml/2006/picture">
                <pic:pic>
                  <pic:nvPicPr>
                    <pic:cNvPr id="0" name="029.jpg"/>
                    <pic:cNvPicPr/>
                  </pic:nvPicPr>
                  <pic:blipFill>
                    <a:blip r:embed="rId24"/>
                    <a:stretch>
                      <a:fillRect/>
                    </a:stretch>
                  </pic:blipFill>
                  <pic:spPr>
                    <a:xfrm>
                      <a:off x="0" y="0"/>
                      <a:ext cx="5760720" cy="3840480"/>
                    </a:xfrm>
                    <a:prstGeom prst="rect"/>
                  </pic:spPr>
                </pic:pic>
              </a:graphicData>
            </a:graphic>
          </wp:inline>
        </w:drawing>
      </w:r>
    </w:p>
    <w:p>
      <w:r>
        <w:rPr>
          <w:i/>
          <w:color w:val="525252"/>
          <w:sz w:val="17"/>
        </w:rPr>
        <w:t>Figure 16. Calculate density: Pedestrian crossings [60]</w:t>
      </w:r>
    </w:p>
    <w:p>
      <w:pPr>
        <w:jc w:val="center"/>
      </w:pPr>
      <w:r>
        <w:drawing>
          <wp:inline xmlns:a="http://schemas.openxmlformats.org/drawingml/2006/main" xmlns:pic="http://schemas.openxmlformats.org/drawingml/2006/picture">
            <wp:extent cx="5760720" cy="3840480"/>
            <wp:docPr id="17" name="Picture 17"/>
            <wp:cNvGraphicFramePr>
              <a:graphicFrameLocks noChangeAspect="1"/>
            </wp:cNvGraphicFramePr>
            <a:graphic>
              <a:graphicData uri="http://schemas.openxmlformats.org/drawingml/2006/picture">
                <pic:pic>
                  <pic:nvPicPr>
                    <pic:cNvPr id="0" name="030.jpg"/>
                    <pic:cNvPicPr/>
                  </pic:nvPicPr>
                  <pic:blipFill>
                    <a:blip r:embed="rId25"/>
                    <a:stretch>
                      <a:fillRect/>
                    </a:stretch>
                  </pic:blipFill>
                  <pic:spPr>
                    <a:xfrm>
                      <a:off x="0" y="0"/>
                      <a:ext cx="5760720" cy="3840480"/>
                    </a:xfrm>
                    <a:prstGeom prst="rect"/>
                  </pic:spPr>
                </pic:pic>
              </a:graphicData>
            </a:graphic>
          </wp:inline>
        </w:drawing>
      </w:r>
    </w:p>
    <w:p>
      <w:r>
        <w:rPr>
          <w:i/>
          <w:color w:val="525252"/>
          <w:sz w:val="17"/>
        </w:rPr>
        <w:t>Figure 17. Hot spot analysis: Pedestrian crossings [61]</w:t>
      </w:r>
    </w:p>
    <w:p>
      <w:pPr>
        <w:jc w:val="center"/>
      </w:pPr>
      <w:r>
        <w:drawing>
          <wp:inline xmlns:a="http://schemas.openxmlformats.org/drawingml/2006/main" xmlns:pic="http://schemas.openxmlformats.org/drawingml/2006/picture">
            <wp:extent cx="5760720" cy="3840480"/>
            <wp:docPr id="18" name="Picture 18"/>
            <wp:cNvGraphicFramePr>
              <a:graphicFrameLocks noChangeAspect="1"/>
            </wp:cNvGraphicFramePr>
            <a:graphic>
              <a:graphicData uri="http://schemas.openxmlformats.org/drawingml/2006/picture">
                <pic:pic>
                  <pic:nvPicPr>
                    <pic:cNvPr id="0" name="032.jpg"/>
                    <pic:cNvPicPr/>
                  </pic:nvPicPr>
                  <pic:blipFill>
                    <a:blip r:embed="rId26"/>
                    <a:stretch>
                      <a:fillRect/>
                    </a:stretch>
                  </pic:blipFill>
                  <pic:spPr>
                    <a:xfrm>
                      <a:off x="0" y="0"/>
                      <a:ext cx="5760720" cy="3840480"/>
                    </a:xfrm>
                    <a:prstGeom prst="rect"/>
                  </pic:spPr>
                </pic:pic>
              </a:graphicData>
            </a:graphic>
          </wp:inline>
        </w:drawing>
      </w:r>
    </w:p>
    <w:p>
      <w:r>
        <w:rPr>
          <w:i/>
          <w:color w:val="525252"/>
          <w:sz w:val="17"/>
        </w:rPr>
        <w:t>Figure 18. Repeat and near repeat classification: Crashes [62]</w:t>
      </w:r>
    </w:p>
    <w:p>
      <w:pPr>
        <w:jc w:val="center"/>
      </w:pPr>
      <w:r>
        <w:drawing>
          <wp:inline xmlns:a="http://schemas.openxmlformats.org/drawingml/2006/main" xmlns:pic="http://schemas.openxmlformats.org/drawingml/2006/picture">
            <wp:extent cx="5760720" cy="3840480"/>
            <wp:docPr id="19" name="Picture 19"/>
            <wp:cNvGraphicFramePr>
              <a:graphicFrameLocks noChangeAspect="1"/>
            </wp:cNvGraphicFramePr>
            <a:graphic>
              <a:graphicData uri="http://schemas.openxmlformats.org/drawingml/2006/picture">
                <pic:pic>
                  <pic:nvPicPr>
                    <pic:cNvPr id="0" name="034.jpg"/>
                    <pic:cNvPicPr/>
                  </pic:nvPicPr>
                  <pic:blipFill>
                    <a:blip r:embed="rId27"/>
                    <a:stretch>
                      <a:fillRect/>
                    </a:stretch>
                  </pic:blipFill>
                  <pic:spPr>
                    <a:xfrm>
                      <a:off x="0" y="0"/>
                      <a:ext cx="5760720" cy="3840480"/>
                    </a:xfrm>
                    <a:prstGeom prst="rect"/>
                  </pic:spPr>
                </pic:pic>
              </a:graphicData>
            </a:graphic>
          </wp:inline>
        </w:drawing>
      </w:r>
    </w:p>
    <w:p>
      <w:r>
        <w:rPr>
          <w:i/>
          <w:color w:val="525252"/>
          <w:sz w:val="17"/>
        </w:rPr>
        <w:t>Figure 19. Summarize within: Traffic districts [63]</w:t>
      </w:r>
    </w:p>
    <w:p>
      <w:r>
        <w:rPr>
          <w:b/>
        </w:rPr>
        <w:t xml:space="preserve">What the map shows. </w:t>
      </w:r>
      <w:r>
        <w:rPr>
          <w:i/>
        </w:rPr>
        <w:t>The map, titled "Emerging hot spots: Traffic calming," displays spatial analysis results across multiple hexagonal zones. According to the map's legend, every area is categorized under the "No pattern detected" status for this emerging hot spot analysis. The map does not display any visible clusters, gradients, or outliers of high or low traffic calming activity. The uniform [49]</w:t>
      </w:r>
    </w:p>
    <w:p>
      <w:r>
        <w:rPr>
          <w:i/>
          <w:color w:val="525252"/>
          <w:sz w:val="17"/>
        </w:rPr>
        <w:t>Inferred: read from the image by gemma4:e4b, not evidence.</w:t>
      </w:r>
    </w:p>
    <w:p>
      <w:pPr>
        <w:jc w:val="center"/>
      </w:pPr>
      <w:r>
        <w:drawing>
          <wp:inline xmlns:a="http://schemas.openxmlformats.org/drawingml/2006/main" xmlns:pic="http://schemas.openxmlformats.org/drawingml/2006/picture">
            <wp:extent cx="5486400" cy="3931920"/>
            <wp:docPr id="20" name="Picture 20"/>
            <wp:cNvGraphicFramePr>
              <a:graphicFrameLocks noChangeAspect="1"/>
            </wp:cNvGraphicFramePr>
            <a:graphic>
              <a:graphicData uri="http://schemas.openxmlformats.org/drawingml/2006/picture">
                <pic:pic>
                  <pic:nvPicPr>
                    <pic:cNvPr id="0" name="036.jpg"/>
                    <pic:cNvPicPr/>
                  </pic:nvPicPr>
                  <pic:blipFill>
                    <a:blip r:embed="rId28"/>
                    <a:stretch>
                      <a:fillRect/>
                    </a:stretch>
                  </pic:blipFill>
                  <pic:spPr>
                    <a:xfrm>
                      <a:off x="0" y="0"/>
                      <a:ext cx="5486400" cy="3931920"/>
                    </a:xfrm>
                    <a:prstGeom prst="rect"/>
                  </pic:spPr>
                </pic:pic>
              </a:graphicData>
            </a:graphic>
          </wp:inline>
        </w:drawing>
      </w:r>
    </w:p>
    <w:p>
      <w:r>
        <w:rPr>
          <w:i/>
          <w:color w:val="525252"/>
          <w:sz w:val="17"/>
        </w:rPr>
        <w:t>Figure 20. Crashes over time (occurred_at) [64]. Per month, 2024-10-01 to 2026-09-01. Source: Crashes (2,100 features). The data is in the appendix.</w:t>
      </w:r>
    </w:p>
    <w:p>
      <w:pPr>
        <w:jc w:val="center"/>
      </w:pPr>
      <w:r>
        <w:drawing>
          <wp:inline xmlns:a="http://schemas.openxmlformats.org/drawingml/2006/main" xmlns:pic="http://schemas.openxmlformats.org/drawingml/2006/picture">
            <wp:extent cx="5486400" cy="3602736"/>
            <wp:docPr id="21" name="Picture 21"/>
            <wp:cNvGraphicFramePr>
              <a:graphicFrameLocks noChangeAspect="1"/>
            </wp:cNvGraphicFramePr>
            <a:graphic>
              <a:graphicData uri="http://schemas.openxmlformats.org/drawingml/2006/picture">
                <pic:pic>
                  <pic:nvPicPr>
                    <pic:cNvPr id="0" name="037.jpg"/>
                    <pic:cNvPicPr/>
                  </pic:nvPicPr>
                  <pic:blipFill>
                    <a:blip r:embed="rId29"/>
                    <a:stretch>
                      <a:fillRect/>
                    </a:stretch>
                  </pic:blipFill>
                  <pic:spPr>
                    <a:xfrm>
                      <a:off x="0" y="0"/>
                      <a:ext cx="5486400" cy="3602736"/>
                    </a:xfrm>
                    <a:prstGeom prst="rect"/>
                  </pic:spPr>
                </pic:pic>
              </a:graphicData>
            </a:graphic>
          </wp:inline>
        </w:drawing>
      </w:r>
    </w:p>
    <w:p>
      <w:r>
        <w:rPr>
          <w:i/>
          <w:color w:val="525252"/>
          <w:sz w:val="17"/>
        </w:rPr>
        <w:t>Figure 21. Speed cameras over time (installed_year) [65]. Source: Speed cameras (25 features). The data is in the appendix.</w:t>
      </w:r>
    </w:p>
    <w:p>
      <w:pPr>
        <w:jc w:val="center"/>
      </w:pPr>
      <w:r>
        <w:drawing>
          <wp:inline xmlns:a="http://schemas.openxmlformats.org/drawingml/2006/main" xmlns:pic="http://schemas.openxmlformats.org/drawingml/2006/picture">
            <wp:extent cx="5486400" cy="4041648"/>
            <wp:docPr id="22" name="Picture 22"/>
            <wp:cNvGraphicFramePr>
              <a:graphicFrameLocks noChangeAspect="1"/>
            </wp:cNvGraphicFramePr>
            <a:graphic>
              <a:graphicData uri="http://schemas.openxmlformats.org/drawingml/2006/picture">
                <pic:pic>
                  <pic:nvPicPr>
                    <pic:cNvPr id="0" name="038.jpg"/>
                    <pic:cNvPicPr/>
                  </pic:nvPicPr>
                  <pic:blipFill>
                    <a:blip r:embed="rId30"/>
                    <a:stretch>
                      <a:fillRect/>
                    </a:stretch>
                  </pic:blipFill>
                  <pic:spPr>
                    <a:xfrm>
                      <a:off x="0" y="0"/>
                      <a:ext cx="5486400" cy="4041648"/>
                    </a:xfrm>
                    <a:prstGeom prst="rect"/>
                  </pic:spPr>
                </pic:pic>
              </a:graphicData>
            </a:graphic>
          </wp:inline>
        </w:drawing>
      </w:r>
    </w:p>
    <w:p>
      <w:r>
        <w:rPr>
          <w:i/>
          <w:color w:val="525252"/>
          <w:sz w:val="17"/>
        </w:rPr>
        <w:t>Figure 22. Traffic calming over time (date) [66]. Per month, 2023-01-01 to 2026-06-01. Source: Traffic calming (70 features). The data is in the appendix.</w:t>
      </w:r>
    </w:p>
    <w:p>
      <w:pPr>
        <w:jc w:val="center"/>
      </w:pPr>
      <w:r>
        <w:drawing>
          <wp:inline xmlns:a="http://schemas.openxmlformats.org/drawingml/2006/main" xmlns:pic="http://schemas.openxmlformats.org/drawingml/2006/picture">
            <wp:extent cx="5486400" cy="3608832"/>
            <wp:docPr id="23" name="Picture 23"/>
            <wp:cNvGraphicFramePr>
              <a:graphicFrameLocks noChangeAspect="1"/>
            </wp:cNvGraphicFramePr>
            <a:graphic>
              <a:graphicData uri="http://schemas.openxmlformats.org/drawingml/2006/picture">
                <pic:pic>
                  <pic:nvPicPr>
                    <pic:cNvPr id="0" name="039.jpg"/>
                    <pic:cNvPicPr/>
                  </pic:nvPicPr>
                  <pic:blipFill>
                    <a:blip r:embed="rId31"/>
                    <a:stretch>
                      <a:fillRect/>
                    </a:stretch>
                  </pic:blipFill>
                  <pic:spPr>
                    <a:xfrm>
                      <a:off x="0" y="0"/>
                      <a:ext cx="5486400" cy="3608832"/>
                    </a:xfrm>
                    <a:prstGeom prst="rect"/>
                  </pic:spPr>
                </pic:pic>
              </a:graphicData>
            </a:graphic>
          </wp:inline>
        </w:drawing>
      </w:r>
    </w:p>
    <w:p>
      <w:r>
        <w:rPr>
          <w:i/>
          <w:color w:val="525252"/>
          <w:sz w:val="17"/>
        </w:rPr>
        <w:t>Figure 23. Segment speeds by month over time (month) [67]. Per week, 2025-09-29 to 2026-08-31. Source: Segment speeds by month (1,440 features). The data is in the appendix.</w:t>
      </w:r>
    </w:p>
    <w:p>
      <w:pPr>
        <w:jc w:val="center"/>
      </w:pPr>
      <w:r>
        <w:drawing>
          <wp:inline xmlns:a="http://schemas.openxmlformats.org/drawingml/2006/main" xmlns:pic="http://schemas.openxmlformats.org/drawingml/2006/picture">
            <wp:extent cx="5486400" cy="3584448"/>
            <wp:docPr id="24" name="Picture 24"/>
            <wp:cNvGraphicFramePr>
              <a:graphicFrameLocks noChangeAspect="1"/>
            </wp:cNvGraphicFramePr>
            <a:graphic>
              <a:graphicData uri="http://schemas.openxmlformats.org/drawingml/2006/picture">
                <pic:pic>
                  <pic:nvPicPr>
                    <pic:cNvPr id="0" name="040.jpg"/>
                    <pic:cNvPicPr/>
                  </pic:nvPicPr>
                  <pic:blipFill>
                    <a:blip r:embed="rId32"/>
                    <a:stretch>
                      <a:fillRect/>
                    </a:stretch>
                  </pic:blipFill>
                  <pic:spPr>
                    <a:xfrm>
                      <a:off x="0" y="0"/>
                      <a:ext cx="5486400" cy="3584448"/>
                    </a:xfrm>
                    <a:prstGeom prst="rect"/>
                  </pic:spPr>
                </pic:pic>
              </a:graphicData>
            </a:graphic>
          </wp:inline>
        </w:drawing>
      </w:r>
    </w:p>
    <w:p>
      <w:r>
        <w:rPr>
          <w:i/>
          <w:color w:val="525252"/>
          <w:sz w:val="17"/>
        </w:rPr>
        <w:t>Figure 24. Camera citations by month over time (month) [68]. Per week, 2025-09-29 to 2026-08-31. Source: Camera citations by month (300 features). The data is in the appendix.</w:t>
      </w:r>
    </w:p>
    <w:p>
      <w:pPr>
        <w:jc w:val="center"/>
      </w:pPr>
      <w:r>
        <w:drawing>
          <wp:inline xmlns:a="http://schemas.openxmlformats.org/drawingml/2006/main" xmlns:pic="http://schemas.openxmlformats.org/drawingml/2006/picture">
            <wp:extent cx="5486400" cy="3858768"/>
            <wp:docPr id="25" name="Picture 25"/>
            <wp:cNvGraphicFramePr>
              <a:graphicFrameLocks noChangeAspect="1"/>
            </wp:cNvGraphicFramePr>
            <a:graphic>
              <a:graphicData uri="http://schemas.openxmlformats.org/drawingml/2006/picture">
                <pic:pic>
                  <pic:nvPicPr>
                    <pic:cNvPr id="0" name="041.jpg"/>
                    <pic:cNvPicPr/>
                  </pic:nvPicPr>
                  <pic:blipFill>
                    <a:blip r:embed="rId33"/>
                    <a:stretch>
                      <a:fillRect/>
                    </a:stretch>
                  </pic:blipFill>
                  <pic:spPr>
                    <a:xfrm>
                      <a:off x="0" y="0"/>
                      <a:ext cx="5486400" cy="3858768"/>
                    </a:xfrm>
                    <a:prstGeom prst="rect"/>
                  </pic:spPr>
                </pic:pic>
              </a:graphicData>
            </a:graphic>
          </wp:inline>
        </w:drawing>
      </w:r>
    </w:p>
    <w:p>
      <w:r>
        <w:rPr>
          <w:i/>
          <w:color w:val="525252"/>
          <w:sz w:val="17"/>
        </w:rPr>
        <w:t>Figure 25. Hot spot analysis: Schools [69]. Source: Hot spot analysis: Schools (40 features). The data is in the appendix.</w:t>
      </w:r>
    </w:p>
    <w:p>
      <w:pPr>
        <w:jc w:val="center"/>
      </w:pPr>
      <w:r>
        <w:drawing>
          <wp:inline xmlns:a="http://schemas.openxmlformats.org/drawingml/2006/main" xmlns:pic="http://schemas.openxmlformats.org/drawingml/2006/picture">
            <wp:extent cx="5486400" cy="3834384"/>
            <wp:docPr id="26" name="Picture 26"/>
            <wp:cNvGraphicFramePr>
              <a:graphicFrameLocks noChangeAspect="1"/>
            </wp:cNvGraphicFramePr>
            <a:graphic>
              <a:graphicData uri="http://schemas.openxmlformats.org/drawingml/2006/picture">
                <pic:pic>
                  <pic:nvPicPr>
                    <pic:cNvPr id="0" name="042.jpg"/>
                    <pic:cNvPicPr/>
                  </pic:nvPicPr>
                  <pic:blipFill>
                    <a:blip r:embed="rId34"/>
                    <a:stretch>
                      <a:fillRect/>
                    </a:stretch>
                  </pic:blipFill>
                  <pic:spPr>
                    <a:xfrm>
                      <a:off x="0" y="0"/>
                      <a:ext cx="5486400" cy="3834384"/>
                    </a:xfrm>
                    <a:prstGeom prst="rect"/>
                  </pic:spPr>
                </pic:pic>
              </a:graphicData>
            </a:graphic>
          </wp:inline>
        </w:drawing>
      </w:r>
    </w:p>
    <w:p>
      <w:r>
        <w:rPr>
          <w:i/>
          <w:color w:val="525252"/>
          <w:sz w:val="17"/>
        </w:rPr>
        <w:t>Figure 26. Hot spot analysis: Crashes [70]. Source: Hot spot analysis: Crashes (1,049 features). The data is in the appendix.</w:t>
      </w:r>
    </w:p>
    <w:p>
      <w:pPr>
        <w:jc w:val="center"/>
      </w:pPr>
      <w:r>
        <w:drawing>
          <wp:inline xmlns:a="http://schemas.openxmlformats.org/drawingml/2006/main" xmlns:pic="http://schemas.openxmlformats.org/drawingml/2006/picture">
            <wp:extent cx="5486400" cy="3621024"/>
            <wp:docPr id="27" name="Picture 27"/>
            <wp:cNvGraphicFramePr>
              <a:graphicFrameLocks noChangeAspect="1"/>
            </wp:cNvGraphicFramePr>
            <a:graphic>
              <a:graphicData uri="http://schemas.openxmlformats.org/drawingml/2006/picture">
                <pic:pic>
                  <pic:nvPicPr>
                    <pic:cNvPr id="0" name="043.jpg"/>
                    <pic:cNvPicPr/>
                  </pic:nvPicPr>
                  <pic:blipFill>
                    <a:blip r:embed="rId35"/>
                    <a:stretch>
                      <a:fillRect/>
                    </a:stretch>
                  </pic:blipFill>
                  <pic:spPr>
                    <a:xfrm>
                      <a:off x="0" y="0"/>
                      <a:ext cx="5486400" cy="3621024"/>
                    </a:xfrm>
                    <a:prstGeom prst="rect"/>
                  </pic:spPr>
                </pic:pic>
              </a:graphicData>
            </a:graphic>
          </wp:inline>
        </w:drawing>
      </w:r>
    </w:p>
    <w:p>
      <w:r>
        <w:rPr>
          <w:i/>
          <w:color w:val="525252"/>
          <w:sz w:val="17"/>
        </w:rPr>
        <w:t>Figure 27. Emerging hot spots: Crashes [71]. Source: Emerging hot spots: Crashes (391 features). The data is in the appendix.</w:t>
      </w:r>
    </w:p>
    <w:p>
      <w:pPr>
        <w:jc w:val="center"/>
      </w:pPr>
      <w:r>
        <w:drawing>
          <wp:inline xmlns:a="http://schemas.openxmlformats.org/drawingml/2006/main" xmlns:pic="http://schemas.openxmlformats.org/drawingml/2006/picture">
            <wp:extent cx="5486400" cy="3736848"/>
            <wp:docPr id="28" name="Picture 28"/>
            <wp:cNvGraphicFramePr>
              <a:graphicFrameLocks noChangeAspect="1"/>
            </wp:cNvGraphicFramePr>
            <a:graphic>
              <a:graphicData uri="http://schemas.openxmlformats.org/drawingml/2006/picture">
                <pic:pic>
                  <pic:nvPicPr>
                    <pic:cNvPr id="0" name="044.jpg"/>
                    <pic:cNvPicPr/>
                  </pic:nvPicPr>
                  <pic:blipFill>
                    <a:blip r:embed="rId36"/>
                    <a:stretch>
                      <a:fillRect/>
                    </a:stretch>
                  </pic:blipFill>
                  <pic:spPr>
                    <a:xfrm>
                      <a:off x="0" y="0"/>
                      <a:ext cx="5486400" cy="3736848"/>
                    </a:xfrm>
                    <a:prstGeom prst="rect"/>
                  </pic:spPr>
                </pic:pic>
              </a:graphicData>
            </a:graphic>
          </wp:inline>
        </w:drawing>
      </w:r>
    </w:p>
    <w:p>
      <w:r>
        <w:rPr>
          <w:i/>
          <w:color w:val="525252"/>
          <w:sz w:val="17"/>
        </w:rPr>
        <w:t>Figure 28. Emerging hot spots: Traffic calming [72]. Source: Emerging hot spots: Traffic calming (14 features). The data is in the appendix.</w:t>
      </w:r>
    </w:p>
    <w:p>
      <w:pPr>
        <w:jc w:val="center"/>
      </w:pPr>
      <w:r>
        <w:drawing>
          <wp:inline xmlns:a="http://schemas.openxmlformats.org/drawingml/2006/main" xmlns:pic="http://schemas.openxmlformats.org/drawingml/2006/picture">
            <wp:extent cx="5486400" cy="3681984"/>
            <wp:docPr id="29" name="Picture 29"/>
            <wp:cNvGraphicFramePr>
              <a:graphicFrameLocks noChangeAspect="1"/>
            </wp:cNvGraphicFramePr>
            <a:graphic>
              <a:graphicData uri="http://schemas.openxmlformats.org/drawingml/2006/picture">
                <pic:pic>
                  <pic:nvPicPr>
                    <pic:cNvPr id="0" name="045.jpg"/>
                    <pic:cNvPicPr/>
                  </pic:nvPicPr>
                  <pic:blipFill>
                    <a:blip r:embed="rId37"/>
                    <a:stretch>
                      <a:fillRect/>
                    </a:stretch>
                  </pic:blipFill>
                  <pic:spPr>
                    <a:xfrm>
                      <a:off x="0" y="0"/>
                      <a:ext cx="5486400" cy="3681984"/>
                    </a:xfrm>
                    <a:prstGeom prst="rect"/>
                  </pic:spPr>
                </pic:pic>
              </a:graphicData>
            </a:graphic>
          </wp:inline>
        </w:drawing>
      </w:r>
    </w:p>
    <w:p>
      <w:r>
        <w:rPr>
          <w:i/>
          <w:color w:val="525252"/>
          <w:sz w:val="17"/>
        </w:rPr>
        <w:t>Figure 29. Summarize within: Traffic districts [73]. Source: Summarize within: Traffic districts (12 features). The data is in the appendix.</w:t>
      </w:r>
    </w:p>
    <w:p>
      <w:pPr>
        <w:jc w:val="center"/>
      </w:pPr>
      <w:r>
        <w:drawing>
          <wp:inline xmlns:a="http://schemas.openxmlformats.org/drawingml/2006/main" xmlns:pic="http://schemas.openxmlformats.org/drawingml/2006/picture">
            <wp:extent cx="5486400" cy="3730752"/>
            <wp:docPr id="30" name="Picture 30"/>
            <wp:cNvGraphicFramePr>
              <a:graphicFrameLocks noChangeAspect="1"/>
            </wp:cNvGraphicFramePr>
            <a:graphic>
              <a:graphicData uri="http://schemas.openxmlformats.org/drawingml/2006/picture">
                <pic:pic>
                  <pic:nvPicPr>
                    <pic:cNvPr id="0" name="046.jpg"/>
                    <pic:cNvPicPr/>
                  </pic:nvPicPr>
                  <pic:blipFill>
                    <a:blip r:embed="rId38"/>
                    <a:stretch>
                      <a:fillRect/>
                    </a:stretch>
                  </pic:blipFill>
                  <pic:spPr>
                    <a:xfrm>
                      <a:off x="0" y="0"/>
                      <a:ext cx="5486400" cy="3730752"/>
                    </a:xfrm>
                    <a:prstGeom prst="rect"/>
                  </pic:spPr>
                </pic:pic>
              </a:graphicData>
            </a:graphic>
          </wp:inline>
        </w:drawing>
      </w:r>
    </w:p>
    <w:p>
      <w:r>
        <w:rPr>
          <w:i/>
          <w:color w:val="525252"/>
          <w:sz w:val="17"/>
        </w:rPr>
        <w:t>Figure 30. Summarize within: Traffic districts [74]. Source: Summarize within: Traffic districts (12 features). The data is in the appendix.</w:t>
      </w:r>
    </w:p>
    <w:p>
      <w:pPr>
        <w:jc w:val="center"/>
      </w:pPr>
      <w:r>
        <w:drawing>
          <wp:inline xmlns:a="http://schemas.openxmlformats.org/drawingml/2006/main" xmlns:pic="http://schemas.openxmlformats.org/drawingml/2006/picture">
            <wp:extent cx="5486400" cy="2420112"/>
            <wp:docPr id="31" name="Picture 31"/>
            <wp:cNvGraphicFramePr>
              <a:graphicFrameLocks noChangeAspect="1"/>
            </wp:cNvGraphicFramePr>
            <a:graphic>
              <a:graphicData uri="http://schemas.openxmlformats.org/drawingml/2006/picture">
                <pic:pic>
                  <pic:nvPicPr>
                    <pic:cNvPr id="0" name="047.jpg"/>
                    <pic:cNvPicPr/>
                  </pic:nvPicPr>
                  <pic:blipFill>
                    <a:blip r:embed="rId39"/>
                    <a:stretch>
                      <a:fillRect/>
                    </a:stretch>
                  </pic:blipFill>
                  <pic:spPr>
                    <a:xfrm>
                      <a:off x="0" y="0"/>
                      <a:ext cx="5486400" cy="2420112"/>
                    </a:xfrm>
                    <a:prstGeom prst="rect"/>
                  </pic:spPr>
                </pic:pic>
              </a:graphicData>
            </a:graphic>
          </wp:inline>
        </w:drawing>
      </w:r>
    </w:p>
    <w:p>
      <w:r>
        <w:rPr>
          <w:i/>
          <w:color w:val="525252"/>
          <w:sz w:val="17"/>
        </w:rPr>
        <w:t>Figure 31. Find point clusters: Schools [75]. Source: Find point clusters: Schools (40 features). The data is in the appendix.</w:t>
      </w:r>
    </w:p>
    <w:p>
      <w:pPr>
        <w:jc w:val="center"/>
      </w:pPr>
      <w:r>
        <w:drawing>
          <wp:inline xmlns:a="http://schemas.openxmlformats.org/drawingml/2006/main" xmlns:pic="http://schemas.openxmlformats.org/drawingml/2006/picture">
            <wp:extent cx="5486400" cy="2164080"/>
            <wp:docPr id="32" name="Picture 32"/>
            <wp:cNvGraphicFramePr>
              <a:graphicFrameLocks noChangeAspect="1"/>
            </wp:cNvGraphicFramePr>
            <a:graphic>
              <a:graphicData uri="http://schemas.openxmlformats.org/drawingml/2006/picture">
                <pic:pic>
                  <pic:nvPicPr>
                    <pic:cNvPr id="0" name="048.jpg"/>
                    <pic:cNvPicPr/>
                  </pic:nvPicPr>
                  <pic:blipFill>
                    <a:blip r:embed="rId40"/>
                    <a:stretch>
                      <a:fillRect/>
                    </a:stretch>
                  </pic:blipFill>
                  <pic:spPr>
                    <a:xfrm>
                      <a:off x="0" y="0"/>
                      <a:ext cx="5486400" cy="2164080"/>
                    </a:xfrm>
                    <a:prstGeom prst="rect"/>
                  </pic:spPr>
                </pic:pic>
              </a:graphicData>
            </a:graphic>
          </wp:inline>
        </w:drawing>
      </w:r>
    </w:p>
    <w:p>
      <w:r>
        <w:rPr>
          <w:i/>
          <w:color w:val="525252"/>
          <w:sz w:val="17"/>
        </w:rPr>
        <w:t>Figure 32. Find point clusters: cluster hulls [76]. Source: Find point clusters: cluster hulls (3 features). The data is in the appendix.</w:t>
      </w:r>
    </w:p>
    <w:p>
      <w:pPr>
        <w:jc w:val="center"/>
      </w:pPr>
      <w:r>
        <w:drawing>
          <wp:inline xmlns:a="http://schemas.openxmlformats.org/drawingml/2006/main" xmlns:pic="http://schemas.openxmlformats.org/drawingml/2006/picture">
            <wp:extent cx="5486400" cy="2164080"/>
            <wp:docPr id="33" name="Picture 33"/>
            <wp:cNvGraphicFramePr>
              <a:graphicFrameLocks noChangeAspect="1"/>
            </wp:cNvGraphicFramePr>
            <a:graphic>
              <a:graphicData uri="http://schemas.openxmlformats.org/drawingml/2006/picture">
                <pic:pic>
                  <pic:nvPicPr>
                    <pic:cNvPr id="0" name="049.jpg"/>
                    <pic:cNvPicPr/>
                  </pic:nvPicPr>
                  <pic:blipFill>
                    <a:blip r:embed="rId41"/>
                    <a:stretch>
                      <a:fillRect/>
                    </a:stretch>
                  </pic:blipFill>
                  <pic:spPr>
                    <a:xfrm>
                      <a:off x="0" y="0"/>
                      <a:ext cx="5486400" cy="2164080"/>
                    </a:xfrm>
                    <a:prstGeom prst="rect"/>
                  </pic:spPr>
                </pic:pic>
              </a:graphicData>
            </a:graphic>
          </wp:inline>
        </w:drawing>
      </w:r>
    </w:p>
    <w:p>
      <w:r>
        <w:rPr>
          <w:i/>
          <w:color w:val="525252"/>
          <w:sz w:val="17"/>
        </w:rPr>
        <w:t>Figure 33. Find point clusters: Crashes [77]. Period: 2024-10-01 to 2026-09-30 (occurred_at). Source: Find point clusters: Crashes (2,100 features). The data is in the appendix.</w:t>
      </w:r>
    </w:p>
    <w:p>
      <w:pPr>
        <w:jc w:val="center"/>
      </w:pPr>
      <w:r>
        <w:drawing>
          <wp:inline xmlns:a="http://schemas.openxmlformats.org/drawingml/2006/main" xmlns:pic="http://schemas.openxmlformats.org/drawingml/2006/picture">
            <wp:extent cx="5486400" cy="1908048"/>
            <wp:docPr id="34" name="Picture 34"/>
            <wp:cNvGraphicFramePr>
              <a:graphicFrameLocks noChangeAspect="1"/>
            </wp:cNvGraphicFramePr>
            <a:graphic>
              <a:graphicData uri="http://schemas.openxmlformats.org/drawingml/2006/picture">
                <pic:pic>
                  <pic:nvPicPr>
                    <pic:cNvPr id="0" name="050.jpg"/>
                    <pic:cNvPicPr/>
                  </pic:nvPicPr>
                  <pic:blipFill>
                    <a:blip r:embed="rId42"/>
                    <a:stretch>
                      <a:fillRect/>
                    </a:stretch>
                  </pic:blipFill>
                  <pic:spPr>
                    <a:xfrm>
                      <a:off x="0" y="0"/>
                      <a:ext cx="5486400" cy="1908048"/>
                    </a:xfrm>
                    <a:prstGeom prst="rect"/>
                  </pic:spPr>
                </pic:pic>
              </a:graphicData>
            </a:graphic>
          </wp:inline>
        </w:drawing>
      </w:r>
    </w:p>
    <w:p>
      <w:r>
        <w:rPr>
          <w:i/>
          <w:color w:val="525252"/>
          <w:sz w:val="17"/>
        </w:rPr>
        <w:t>Figure 34. Find point clusters: cluster hulls [78]. Source: Find point clusters: cluster hulls (2 features). The data is in the appendix.</w:t>
      </w:r>
    </w:p>
    <w:p>
      <w:pPr>
        <w:jc w:val="center"/>
      </w:pPr>
      <w:r>
        <w:drawing>
          <wp:inline xmlns:a="http://schemas.openxmlformats.org/drawingml/2006/main" xmlns:pic="http://schemas.openxmlformats.org/drawingml/2006/picture">
            <wp:extent cx="5486400" cy="4456176"/>
            <wp:docPr id="35" name="Picture 35"/>
            <wp:cNvGraphicFramePr>
              <a:graphicFrameLocks noChangeAspect="1"/>
            </wp:cNvGraphicFramePr>
            <a:graphic>
              <a:graphicData uri="http://schemas.openxmlformats.org/drawingml/2006/picture">
                <pic:pic>
                  <pic:nvPicPr>
                    <pic:cNvPr id="0" name="051.jpg"/>
                    <pic:cNvPicPr/>
                  </pic:nvPicPr>
                  <pic:blipFill>
                    <a:blip r:embed="rId43"/>
                    <a:stretch>
                      <a:fillRect/>
                    </a:stretch>
                  </pic:blipFill>
                  <pic:spPr>
                    <a:xfrm>
                      <a:off x="0" y="0"/>
                      <a:ext cx="5486400" cy="4456176"/>
                    </a:xfrm>
                    <a:prstGeom prst="rect"/>
                  </pic:spPr>
                </pic:pic>
              </a:graphicData>
            </a:graphic>
          </wp:inline>
        </w:drawing>
      </w:r>
    </w:p>
    <w:p>
      <w:r>
        <w:rPr>
          <w:i/>
          <w:color w:val="525252"/>
          <w:sz w:val="17"/>
        </w:rPr>
        <w:t>Figure 35. Find point clusters: Pedestrian crossings [79]. Source: Find point clusters: Pedestrian crossings (200 features). The data is in the appendix.</w:t>
      </w:r>
    </w:p>
    <w:p>
      <w:pPr>
        <w:jc w:val="center"/>
      </w:pPr>
      <w:r>
        <w:drawing>
          <wp:inline xmlns:a="http://schemas.openxmlformats.org/drawingml/2006/main" xmlns:pic="http://schemas.openxmlformats.org/drawingml/2006/picture">
            <wp:extent cx="5486400" cy="4200144"/>
            <wp:docPr id="36" name="Picture 36"/>
            <wp:cNvGraphicFramePr>
              <a:graphicFrameLocks noChangeAspect="1"/>
            </wp:cNvGraphicFramePr>
            <a:graphic>
              <a:graphicData uri="http://schemas.openxmlformats.org/drawingml/2006/picture">
                <pic:pic>
                  <pic:nvPicPr>
                    <pic:cNvPr id="0" name="052.jpg"/>
                    <pic:cNvPicPr/>
                  </pic:nvPicPr>
                  <pic:blipFill>
                    <a:blip r:embed="rId44"/>
                    <a:stretch>
                      <a:fillRect/>
                    </a:stretch>
                  </pic:blipFill>
                  <pic:spPr>
                    <a:xfrm>
                      <a:off x="0" y="0"/>
                      <a:ext cx="5486400" cy="4200144"/>
                    </a:xfrm>
                    <a:prstGeom prst="rect"/>
                  </pic:spPr>
                </pic:pic>
              </a:graphicData>
            </a:graphic>
          </wp:inline>
        </w:drawing>
      </w:r>
    </w:p>
    <w:p>
      <w:r>
        <w:rPr>
          <w:i/>
          <w:color w:val="525252"/>
          <w:sz w:val="17"/>
        </w:rPr>
        <w:t>Figure 36. Find point clusters: cluster hulls [80]. Source: Find point clusters: cluster hulls (11 features). The data is in the appendix.</w:t>
      </w:r>
    </w:p>
    <w:p>
      <w:pPr>
        <w:jc w:val="center"/>
      </w:pPr>
      <w:r>
        <w:drawing>
          <wp:inline xmlns:a="http://schemas.openxmlformats.org/drawingml/2006/main" xmlns:pic="http://schemas.openxmlformats.org/drawingml/2006/picture">
            <wp:extent cx="5486400" cy="3645408"/>
            <wp:docPr id="37" name="Picture 37"/>
            <wp:cNvGraphicFramePr>
              <a:graphicFrameLocks noChangeAspect="1"/>
            </wp:cNvGraphicFramePr>
            <a:graphic>
              <a:graphicData uri="http://schemas.openxmlformats.org/drawingml/2006/picture">
                <pic:pic>
                  <pic:nvPicPr>
                    <pic:cNvPr id="0" name="053.jpg"/>
                    <pic:cNvPicPr/>
                  </pic:nvPicPr>
                  <pic:blipFill>
                    <a:blip r:embed="rId45"/>
                    <a:stretch>
                      <a:fillRect/>
                    </a:stretch>
                  </pic:blipFill>
                  <pic:spPr>
                    <a:xfrm>
                      <a:off x="0" y="0"/>
                      <a:ext cx="5486400" cy="3645408"/>
                    </a:xfrm>
                    <a:prstGeom prst="rect"/>
                  </pic:spPr>
                </pic:pic>
              </a:graphicData>
            </a:graphic>
          </wp:inline>
        </w:drawing>
      </w:r>
    </w:p>
    <w:p>
      <w:r>
        <w:rPr>
          <w:i/>
          <w:color w:val="525252"/>
          <w:sz w:val="17"/>
        </w:rPr>
        <w:t>Figure 37. Calculate density: Schools [81]. Source: Calculate density: Schools (80 features). The data is in the appendix.</w:t>
      </w:r>
    </w:p>
    <w:p>
      <w:pPr>
        <w:jc w:val="center"/>
      </w:pPr>
      <w:r>
        <w:drawing>
          <wp:inline xmlns:a="http://schemas.openxmlformats.org/drawingml/2006/main" xmlns:pic="http://schemas.openxmlformats.org/drawingml/2006/picture">
            <wp:extent cx="5486400" cy="3608832"/>
            <wp:docPr id="38" name="Picture 38"/>
            <wp:cNvGraphicFramePr>
              <a:graphicFrameLocks noChangeAspect="1"/>
            </wp:cNvGraphicFramePr>
            <a:graphic>
              <a:graphicData uri="http://schemas.openxmlformats.org/drawingml/2006/picture">
                <pic:pic>
                  <pic:nvPicPr>
                    <pic:cNvPr id="0" name="054.jpg"/>
                    <pic:cNvPicPr/>
                  </pic:nvPicPr>
                  <pic:blipFill>
                    <a:blip r:embed="rId46"/>
                    <a:stretch>
                      <a:fillRect/>
                    </a:stretch>
                  </pic:blipFill>
                  <pic:spPr>
                    <a:xfrm>
                      <a:off x="0" y="0"/>
                      <a:ext cx="5486400" cy="3608832"/>
                    </a:xfrm>
                    <a:prstGeom prst="rect"/>
                  </pic:spPr>
                </pic:pic>
              </a:graphicData>
            </a:graphic>
          </wp:inline>
        </w:drawing>
      </w:r>
    </w:p>
    <w:p>
      <w:r>
        <w:rPr>
          <w:i/>
          <w:color w:val="525252"/>
          <w:sz w:val="17"/>
        </w:rPr>
        <w:t>Figure 38. Calculate density: Crashes [82]. Source: Calculate density: Crashes (4,112 features). The data is in the appendix.</w:t>
      </w:r>
    </w:p>
    <w:p>
      <w:pPr>
        <w:jc w:val="center"/>
      </w:pPr>
      <w:r>
        <w:drawing>
          <wp:inline xmlns:a="http://schemas.openxmlformats.org/drawingml/2006/main" xmlns:pic="http://schemas.openxmlformats.org/drawingml/2006/picture">
            <wp:extent cx="5486400" cy="3645408"/>
            <wp:docPr id="39" name="Picture 39"/>
            <wp:cNvGraphicFramePr>
              <a:graphicFrameLocks noChangeAspect="1"/>
            </wp:cNvGraphicFramePr>
            <a:graphic>
              <a:graphicData uri="http://schemas.openxmlformats.org/drawingml/2006/picture">
                <pic:pic>
                  <pic:nvPicPr>
                    <pic:cNvPr id="0" name="055.jpg"/>
                    <pic:cNvPicPr/>
                  </pic:nvPicPr>
                  <pic:blipFill>
                    <a:blip r:embed="rId47"/>
                    <a:stretch>
                      <a:fillRect/>
                    </a:stretch>
                  </pic:blipFill>
                  <pic:spPr>
                    <a:xfrm>
                      <a:off x="0" y="0"/>
                      <a:ext cx="5486400" cy="3645408"/>
                    </a:xfrm>
                    <a:prstGeom prst="rect"/>
                  </pic:spPr>
                </pic:pic>
              </a:graphicData>
            </a:graphic>
          </wp:inline>
        </w:drawing>
      </w:r>
    </w:p>
    <w:p>
      <w:r>
        <w:rPr>
          <w:i/>
          <w:color w:val="525252"/>
          <w:sz w:val="17"/>
        </w:rPr>
        <w:t>Figure 39. Calculate density: Pedestrian crossings [83]. Source: Calculate density: Pedestrian crossings (251 features). The data is in the appendix.</w:t>
      </w:r>
    </w:p>
    <w:p>
      <w:pPr>
        <w:jc w:val="center"/>
      </w:pPr>
      <w:r>
        <w:drawing>
          <wp:inline xmlns:a="http://schemas.openxmlformats.org/drawingml/2006/main" xmlns:pic="http://schemas.openxmlformats.org/drawingml/2006/picture">
            <wp:extent cx="5486400" cy="3883152"/>
            <wp:docPr id="40" name="Picture 40"/>
            <wp:cNvGraphicFramePr>
              <a:graphicFrameLocks noChangeAspect="1"/>
            </wp:cNvGraphicFramePr>
            <a:graphic>
              <a:graphicData uri="http://schemas.openxmlformats.org/drawingml/2006/picture">
                <pic:pic>
                  <pic:nvPicPr>
                    <pic:cNvPr id="0" name="056.jpg"/>
                    <pic:cNvPicPr/>
                  </pic:nvPicPr>
                  <pic:blipFill>
                    <a:blip r:embed="rId48"/>
                    <a:stretch>
                      <a:fillRect/>
                    </a:stretch>
                  </pic:blipFill>
                  <pic:spPr>
                    <a:xfrm>
                      <a:off x="0" y="0"/>
                      <a:ext cx="5486400" cy="3883152"/>
                    </a:xfrm>
                    <a:prstGeom prst="rect"/>
                  </pic:spPr>
                </pic:pic>
              </a:graphicData>
            </a:graphic>
          </wp:inline>
        </w:drawing>
      </w:r>
    </w:p>
    <w:p>
      <w:r>
        <w:rPr>
          <w:i/>
          <w:color w:val="525252"/>
          <w:sz w:val="17"/>
        </w:rPr>
        <w:t>Figure 40. Hot spot analysis: Pedestrian crossings [84]. Source: Hot spot analysis: Pedestrian crossings (54 features). The data is in the appendix.</w:t>
      </w:r>
    </w:p>
    <w:p>
      <w:pPr>
        <w:jc w:val="center"/>
      </w:pPr>
      <w:r>
        <w:drawing>
          <wp:inline xmlns:a="http://schemas.openxmlformats.org/drawingml/2006/main" xmlns:pic="http://schemas.openxmlformats.org/drawingml/2006/picture">
            <wp:extent cx="5486400" cy="3931920"/>
            <wp:docPr id="41" name="Picture 41"/>
            <wp:cNvGraphicFramePr>
              <a:graphicFrameLocks noChangeAspect="1"/>
            </wp:cNvGraphicFramePr>
            <a:graphic>
              <a:graphicData uri="http://schemas.openxmlformats.org/drawingml/2006/picture">
                <pic:pic>
                  <pic:nvPicPr>
                    <pic:cNvPr id="0" name="057.jpg"/>
                    <pic:cNvPicPr/>
                  </pic:nvPicPr>
                  <pic:blipFill>
                    <a:blip r:embed="rId49"/>
                    <a:stretch>
                      <a:fillRect/>
                    </a:stretch>
                  </pic:blipFill>
                  <pic:spPr>
                    <a:xfrm>
                      <a:off x="0" y="0"/>
                      <a:ext cx="5486400" cy="3931920"/>
                    </a:xfrm>
                    <a:prstGeom prst="rect"/>
                  </pic:spPr>
                </pic:pic>
              </a:graphicData>
            </a:graphic>
          </wp:inline>
        </w:drawing>
      </w:r>
    </w:p>
    <w:p>
      <w:r>
        <w:rPr>
          <w:i/>
          <w:color w:val="525252"/>
          <w:sz w:val="17"/>
        </w:rPr>
        <w:t>Figure 41. Repeat and near repeat classification: Crashes [85]. Per month, 2024-10-01 to 2026-09-01. Source: Repeat and near repeat classification: Crashes (2,100 features). The data is in the appendix.</w:t>
      </w:r>
    </w:p>
    <w:p>
      <w:pPr>
        <w:jc w:val="center"/>
      </w:pPr>
      <w:r>
        <w:drawing>
          <wp:inline xmlns:a="http://schemas.openxmlformats.org/drawingml/2006/main" xmlns:pic="http://schemas.openxmlformats.org/drawingml/2006/picture">
            <wp:extent cx="5486400" cy="3688080"/>
            <wp:docPr id="42" name="Picture 42"/>
            <wp:cNvGraphicFramePr>
              <a:graphicFrameLocks noChangeAspect="1"/>
            </wp:cNvGraphicFramePr>
            <a:graphic>
              <a:graphicData uri="http://schemas.openxmlformats.org/drawingml/2006/picture">
                <pic:pic>
                  <pic:nvPicPr>
                    <pic:cNvPr id="0" name="058.jpg"/>
                    <pic:cNvPicPr/>
                  </pic:nvPicPr>
                  <pic:blipFill>
                    <a:blip r:embed="rId50"/>
                    <a:stretch>
                      <a:fillRect/>
                    </a:stretch>
                  </pic:blipFill>
                  <pic:spPr>
                    <a:xfrm>
                      <a:off x="0" y="0"/>
                      <a:ext cx="5486400" cy="3688080"/>
                    </a:xfrm>
                    <a:prstGeom prst="rect"/>
                  </pic:spPr>
                </pic:pic>
              </a:graphicData>
            </a:graphic>
          </wp:inline>
        </w:drawing>
      </w:r>
    </w:p>
    <w:p>
      <w:r>
        <w:rPr>
          <w:i/>
          <w:color w:val="525252"/>
          <w:sz w:val="17"/>
        </w:rPr>
        <w:t>Figure 42. Summarize within: Traffic districts [86]. Source: Summarize within: Traffic districts (12 features). The data is in the appendix.</w:t>
      </w:r>
    </w:p>
    <w:p>
      <w:pPr>
        <w:jc w:val="center"/>
      </w:pPr>
      <w:r>
        <w:drawing>
          <wp:inline xmlns:a="http://schemas.openxmlformats.org/drawingml/2006/main" xmlns:pic="http://schemas.openxmlformats.org/drawingml/2006/picture">
            <wp:extent cx="5486400" cy="3931920"/>
            <wp:docPr id="43" name="Picture 43"/>
            <wp:cNvGraphicFramePr>
              <a:graphicFrameLocks noChangeAspect="1"/>
            </wp:cNvGraphicFramePr>
            <a:graphic>
              <a:graphicData uri="http://schemas.openxmlformats.org/drawingml/2006/picture">
                <pic:pic>
                  <pic:nvPicPr>
                    <pic:cNvPr id="0" name="057.jpg"/>
                    <pic:cNvPicPr/>
                  </pic:nvPicPr>
                  <pic:blipFill>
                    <a:blip r:embed="rId49"/>
                    <a:stretch>
                      <a:fillRect/>
                    </a:stretch>
                  </pic:blipFill>
                  <pic:spPr>
                    <a:xfrm>
                      <a:off x="0" y="0"/>
                      <a:ext cx="5486400" cy="3931920"/>
                    </a:xfrm>
                    <a:prstGeom prst="rect"/>
                  </pic:spPr>
                </pic:pic>
              </a:graphicData>
            </a:graphic>
          </wp:inline>
        </w:drawing>
      </w:r>
    </w:p>
    <w:p>
      <w:r>
        <w:rPr>
          <w:i/>
          <w:color w:val="525252"/>
          <w:sz w:val="17"/>
        </w:rPr>
        <w:t>Figure 43. Repeat and near repeat classification: Crashes over time [87]. Per month, 2024-10-01 to 2026-09-01. Source: Repeat and near repeat classification: Crashes (2,100 features). The data is in the appendix.</w:t>
      </w:r>
    </w:p>
    <w:p>
      <w:pPr>
        <w:jc w:val="center"/>
      </w:pPr>
      <w:r>
        <w:drawing>
          <wp:inline xmlns:a="http://schemas.openxmlformats.org/drawingml/2006/main" xmlns:pic="http://schemas.openxmlformats.org/drawingml/2006/picture">
            <wp:extent cx="5486400" cy="3931920"/>
            <wp:docPr id="44" name="Picture 44"/>
            <wp:cNvGraphicFramePr>
              <a:graphicFrameLocks noChangeAspect="1"/>
            </wp:cNvGraphicFramePr>
            <a:graphic>
              <a:graphicData uri="http://schemas.openxmlformats.org/drawingml/2006/picture">
                <pic:pic>
                  <pic:nvPicPr>
                    <pic:cNvPr id="0" name="060.jpg"/>
                    <pic:cNvPicPr/>
                  </pic:nvPicPr>
                  <pic:blipFill>
                    <a:blip r:embed="rId51"/>
                    <a:stretch>
                      <a:fillRect/>
                    </a:stretch>
                  </pic:blipFill>
                  <pic:spPr>
                    <a:xfrm>
                      <a:off x="0" y="0"/>
                      <a:ext cx="5486400" cy="3931920"/>
                    </a:xfrm>
                    <a:prstGeom prst="rect"/>
                  </pic:spPr>
                </pic:pic>
              </a:graphicData>
            </a:graphic>
          </wp:inline>
        </w:drawing>
      </w:r>
    </w:p>
    <w:p>
      <w:r>
        <w:rPr>
          <w:i/>
          <w:color w:val="525252"/>
          <w:sz w:val="17"/>
        </w:rPr>
        <w:t>Figure 44. Find point clusters: Crashes over time [88]. Per month, 2024-10-01 to 2026-09-01. Source: Find point clusters: Crashes (2,100 features). The data is in the appendix.</w:t>
      </w:r>
    </w:p>
    <w:p>
      <w:pPr>
        <w:pStyle w:val="Heading1"/>
      </w:pPr>
      <w:r>
        <w:t>Changes since the last run</w:t>
      </w:r>
    </w:p>
    <w:p>
      <w:r>
        <w:t>This is the first report of this project.</w:t>
      </w:r>
    </w:p>
    <w:p>
      <w:pPr>
        <w:pStyle w:val="Heading1"/>
      </w:pPr>
      <w:r>
        <w:t>Sources</w:t>
      </w:r>
    </w:p>
    <w:p>
      <w:pPr>
        <w:spacing w:after="40"/>
      </w:pPr>
      <w:r>
        <w:t>[1] Rendering: Chart: Timeline: events per month by dataset. 180 rows (id 9a0c9c08-6710-43e7-925b-a5575fc6ff05)</w:t>
      </w:r>
    </w:p>
    <w:p>
      <w:pPr>
        <w:spacing w:after="40"/>
      </w:pPr>
      <w:r>
        <w:t>[2] Dataset: Crashes. vector, 2100 rows (id 4c514909-5014-41d8-b00c-114927c21aa8)</w:t>
      </w:r>
    </w:p>
    <w:p>
      <w:pPr>
        <w:spacing w:after="40"/>
      </w:pPr>
      <w:r>
        <w:t>[3] Dataset: Traffic calming. vector, 70 rows (id a3bcfa4c-92bd-4d42-84a1-8fa68b0ed82e)</w:t>
      </w:r>
    </w:p>
    <w:p>
      <w:pPr>
        <w:spacing w:after="40"/>
      </w:pPr>
      <w:r>
        <w:t>[4] Dataset: Segment speeds by month. table, 1440 rows (id d8e69dfa-1f0d-4b89-a415-acb37422c879)</w:t>
      </w:r>
    </w:p>
    <w:p>
      <w:pPr>
        <w:spacing w:after="40"/>
      </w:pPr>
      <w:r>
        <w:t>[5] Dataset: Camera citations by month. table, 300 rows (id 6dd2a5a7-473b-47ef-87b8-127a0fa9fe0d)</w:t>
      </w:r>
    </w:p>
    <w:p>
      <w:pPr>
        <w:spacing w:after="40"/>
      </w:pPr>
      <w:r>
        <w:t>[6] Catalog: Hot spot analysis (operation catalog, gp_hot_spots). Getis-Ord Gi* hot and cold spots with z-scores, p-values and confidence bins. ArcGIS: Find Hot Spots, Hot Spot Analysis (Getis-Ord Gi*). QGIS: qgis:hotspot (plugin). (id gp_hot_spots)</w:t>
      </w:r>
    </w:p>
    <w:p>
      <w:pPr>
        <w:spacing w:after="40"/>
      </w:pPr>
      <w:r>
        <w:t>[7] Plan: Hot spots of Schools (the Start plan's candidate c_6820fa8048aa). 40 points: Getis-Ord Gi* tests whether the concentrations in Schools are statistically significant. (id b084b0e6-acd2-4d38-bfd7-32a3ffa79c90:c_6820fa8048aa)</w:t>
      </w:r>
    </w:p>
    <w:p>
      <w:pPr>
        <w:spacing w:after="40"/>
      </w:pPr>
      <w:r>
        <w:t>[8] Tool result: gp_hot_spots, step 0. Hot spot analysis: 1 layer saved: Hot spot analysis: Schools (40 features). (id b665fc95-b641-4093-9d22-956737a8fbfd:0)</w:t>
      </w:r>
    </w:p>
    <w:p>
      <w:pPr>
        <w:spacing w:after="40"/>
      </w:pPr>
      <w:r>
        <w:t>[9] Layer: Schools. 40 features (id cb956034-2d9c-4a8b-b395-a35fdb983208)</w:t>
      </w:r>
    </w:p>
    <w:p>
      <w:pPr>
        <w:spacing w:after="40"/>
      </w:pPr>
      <w:r>
        <w:t>[10] Plan: Hot spots of Crashes (the Start plan's candidate c_770e814da3da). 2100 points: Getis-Ord Gi* tests whether the concentrations in Crashes are statistically significant. (id b084b0e6-acd2-4d38-bfd7-32a3ffa79c90:c_770e814da3da)</w:t>
      </w:r>
    </w:p>
    <w:p>
      <w:pPr>
        <w:spacing w:after="40"/>
      </w:pPr>
      <w:r>
        <w:t>[11] Tool result: gp_hot_spots, step 1. Hot spot analysis: 1 layer saved: Hot spot analysis: Crashes (1049 features). (id b665fc95-b641-4093-9d22-956737a8fbfd:1)</w:t>
      </w:r>
    </w:p>
    <w:p>
      <w:pPr>
        <w:spacing w:after="40"/>
      </w:pPr>
      <w:r>
        <w:t>[12] Layer: Crashes. 2,100 features (id 9501bda5-835f-47e8-b486-e5fa594533df)</w:t>
      </w:r>
    </w:p>
    <w:p>
      <w:pPr>
        <w:spacing w:after="40"/>
      </w:pPr>
      <w:r>
        <w:t>[13] Catalog: Emerging hot spots (operation catalog, gp_space_time_hot_spots). Where hot spots are new, consecutive, intensifying, persistent, diminishing, sporadic, oscillating or historical over time. ArcGIS: Emerging Hot Spot Analysis, Create Space Time Cube. (id gp_space_time_hot_spots)</w:t>
      </w:r>
    </w:p>
    <w:p>
      <w:pPr>
        <w:spacing w:after="40"/>
      </w:pPr>
      <w:r>
        <w:t>[14] Plan: Space time hot spots of Crashes (the Start plan's candidate c_94b04cf53208). Crashes carry dates in 'occurred_at': emerging hot spot analysis finds new, intensifying and fading hot spots per month. (id b084b0e6-acd2-4d38-bfd7-32a3ffa79c90:c_94b04cf53208)</w:t>
      </w:r>
    </w:p>
    <w:p>
      <w:pPr>
        <w:spacing w:after="40"/>
      </w:pPr>
      <w:r>
        <w:t>[15] Tool result: gp_space_time_hot_spots, step 0. Emerging hot spots: 1 layer saved: Emerging hot spots: Crashes (391 features). (id a02448cc-b477-4a6c-8ae7-3ac23d189640:0)</w:t>
      </w:r>
    </w:p>
    <w:p>
      <w:pPr>
        <w:spacing w:after="40"/>
      </w:pPr>
      <w:r>
        <w:t>[16] Plan: Space time hot spots of Traffic calming (the Start plan's candidate c_b32d5bad7a33). Traffic calming carry dates in 'date': emerging hot spot analysis finds new, intensifying and fading hot spots per month. (id b084b0e6-acd2-4d38-bfd7-32a3ffa79c90:c_b32d5bad7a33)</w:t>
      </w:r>
    </w:p>
    <w:p>
      <w:pPr>
        <w:spacing w:after="40"/>
      </w:pPr>
      <w:r>
        <w:t>[17] Tool result: gp_space_time_hot_spots, step 1. Emerging hot spots: 1 layer saved: Emerging hot spots: Traffic calming (14 features). (id a02448cc-b477-4a6c-8ae7-3ac23d189640:1)</w:t>
      </w:r>
    </w:p>
    <w:p>
      <w:pPr>
        <w:spacing w:after="40"/>
      </w:pPr>
      <w:r>
        <w:t>[18] Layer: Traffic calming. 70 features (id 03fd1e3f-918a-4f9a-8ab9-945371297dc6)</w:t>
      </w:r>
    </w:p>
    <w:p>
      <w:pPr>
        <w:spacing w:after="40"/>
      </w:pPr>
      <w:r>
        <w:t>[19] Catalog: Summarize within (operation catalog, gp_summarize_within). Count and aggregate the features inside each polygon (or bin), proportionally for lines and polygons. ArcGIS: Summarize Within, Aggregate Points. QGIS: native:countpointsinpolygon, native:sumlinelengths. (id gp_summarize_within)</w:t>
      </w:r>
    </w:p>
    <w:p>
      <w:pPr>
        <w:spacing w:after="40"/>
      </w:pPr>
      <w:r>
        <w:t>[20] Plan: Schools per feature of Traffic districts (the Start plan's candidate c_8a3ffc7a90b1). Count Schools inside each feature of Traffic districts by level; the counts map as a choropleth (natural breaks, sequential colors). (id b084b0e6-acd2-4d38-bfd7-32a3ffa79c90:c_8a3ffc7a90b1)</w:t>
      </w:r>
    </w:p>
    <w:p>
      <w:pPr>
        <w:spacing w:after="40"/>
      </w:pPr>
      <w:r>
        <w:t>[21] Tool result: gp_summarize_within, step 0. Summarize within: 1 layer saved: Summarize within: Traffic districts (12 features). (id 8387f3d4-ed0c-4186-a3ac-98f72f10cd75:0)</w:t>
      </w:r>
    </w:p>
    <w:p>
      <w:pPr>
        <w:spacing w:after="40"/>
      </w:pPr>
      <w:r>
        <w:t>[22] Layer: Traffic districts. 12 features (id 426e8d19-80fb-4cf4-9a7a-1e47e48d31cc)</w:t>
      </w:r>
    </w:p>
    <w:p>
      <w:pPr>
        <w:spacing w:after="40"/>
      </w:pPr>
      <w:r>
        <w:t>[23] Tool result: gp_summarize_within, step 1. Summarize within: 1 layer saved: Summarize within: Traffic districts (12 features). (id 8387f3d4-ed0c-4186-a3ac-98f72f10cd75:1)</w:t>
      </w:r>
    </w:p>
    <w:p>
      <w:pPr>
        <w:spacing w:after="40"/>
      </w:pPr>
      <w:r>
        <w:t>[24] Catalog: Find point clusters (operation catalog, gp_find_point_clusters). Density-based clusters (DBSCAN, HDBSCAN or OPTICS, optionally space-time) with hulls and noise. ArcGIS: Find Point Clusters, Density-based Clustering. QGIS: native:dbscanclustering, native:stdbscanclustering. (id gp_find_point_clusters)</w:t>
      </w:r>
    </w:p>
    <w:p>
      <w:pPr>
        <w:spacing w:after="40"/>
      </w:pPr>
      <w:r>
        <w:t>[25] Plan: Cluster points of Schools (the Start plan's candidate c_a5ebd65960a7). DBSCAN finds dense groups of Schools and separates noise. (id b084b0e6-acd2-4d38-bfd7-32a3ffa79c90:c_a5ebd65960a7)</w:t>
      </w:r>
    </w:p>
    <w:p>
      <w:pPr>
        <w:spacing w:after="40"/>
      </w:pPr>
      <w:r>
        <w:t>[26] Tool result: gp_find_point_clusters, step 0. Find point clusters: 2 layers saved: Find point clusters: Schools (40 features); Find point clusters: cluster hulls (3 features). (id 54de2fc4-ad0a-412e-bf5d-e9653a15671f:0)</w:t>
      </w:r>
    </w:p>
    <w:p>
      <w:pPr>
        <w:spacing w:after="40"/>
      </w:pPr>
      <w:r>
        <w:t>[27] Plan: Cluster points of Crashes (the Start plan's candidate c_2c9942f1fafe). DBSCAN finds dense groups of Crashes and separates noise. (id b084b0e6-acd2-4d38-bfd7-32a3ffa79c90:c_2c9942f1fafe)</w:t>
      </w:r>
    </w:p>
    <w:p>
      <w:pPr>
        <w:spacing w:after="40"/>
      </w:pPr>
      <w:r>
        <w:t>[28] Tool result: gp_find_point_clusters, step 1. Find point clusters: 2 layers saved: Find point clusters: Crashes (2100 features); Find point clusters: cluster hulls (2 features). (id 54de2fc4-ad0a-412e-bf5d-e9653a15671f:1)</w:t>
      </w:r>
    </w:p>
    <w:p>
      <w:pPr>
        <w:spacing w:after="40"/>
      </w:pPr>
      <w:r>
        <w:t>[29] Plan: Cluster points of Pedestrian crossings (the Start plan's candidate c_c18fe860314d). DBSCAN finds dense groups of Pedestrian crossings and separates noise. (id b084b0e6-acd2-4d38-bfd7-32a3ffa79c90:c_c18fe860314d)</w:t>
      </w:r>
    </w:p>
    <w:p>
      <w:pPr>
        <w:spacing w:after="40"/>
      </w:pPr>
      <w:r>
        <w:t>[30] Tool result: gp_find_point_clusters, step 2. Find point clusters: 2 layers saved: Find point clusters: Pedestrian crossings (200 features); Find point clusters: cluster hulls (11 features). (id 54de2fc4-ad0a-412e-bf5d-e9653a15671f:2)</w:t>
      </w:r>
    </w:p>
    <w:p>
      <w:pPr>
        <w:spacing w:after="40"/>
      </w:pPr>
      <w:r>
        <w:t>[31] Layer: Pedestrian crossings. 200 features (id 5a5fc524-5914-46f0-b637-120d3de1b01c)</w:t>
      </w:r>
    </w:p>
    <w:p>
      <w:pPr>
        <w:spacing w:after="40"/>
      </w:pPr>
      <w:r>
        <w:t>[32] Catalog: Calculate density (operation catalog, gp_calculate_density). Kernel density per square kilometer on a grid. ArcGIS: Calculate Density, Kernel Density. QGIS: native:heatmapkerneldensityestimation. (id gp_calculate_density)</w:t>
      </w:r>
    </w:p>
    <w:p>
      <w:pPr>
        <w:spacing w:after="40"/>
      </w:pPr>
      <w:r>
        <w:t>[33] Plan: Kernel density of Schools (the Start plan's candidate c_25e52236511e). 40 points in Schools: a density surface shows where they concentrate. (id b084b0e6-acd2-4d38-bfd7-32a3ffa79c90:c_25e52236511e)</w:t>
      </w:r>
    </w:p>
    <w:p>
      <w:pPr>
        <w:spacing w:after="40"/>
      </w:pPr>
      <w:r>
        <w:t>[34] Tool result: gp_calculate_density, step 0. Calculate density: 1 layer saved: Calculate density: Schools (80 features). (id 002fb5f9-1af6-402f-b464-49edd32e3044:0)</w:t>
      </w:r>
    </w:p>
    <w:p>
      <w:pPr>
        <w:spacing w:after="40"/>
      </w:pPr>
      <w:r>
        <w:t>[35] Plan: Kernel density of Crashes (the Start plan's candidate c_bfc2a7ecf90c). 2100 points in Crashes: a density surface shows where they concentrate. (id b084b0e6-acd2-4d38-bfd7-32a3ffa79c90:c_bfc2a7ecf90c)</w:t>
      </w:r>
    </w:p>
    <w:p>
      <w:pPr>
        <w:spacing w:after="40"/>
      </w:pPr>
      <w:r>
        <w:t>[36] Tool result: gp_calculate_density, step 1. Calculate density: 1 layer saved: Calculate density: Crashes (4112 features). (id 002fb5f9-1af6-402f-b464-49edd32e3044:1)</w:t>
      </w:r>
    </w:p>
    <w:p>
      <w:pPr>
        <w:spacing w:after="40"/>
      </w:pPr>
      <w:r>
        <w:t>[37] Plan: Kernel density of Pedestrian crossings (the Start plan's candidate c_9b962a31a776). 200 points in Pedestrian crossings: a density surface shows where they concentrate. (id b084b0e6-acd2-4d38-bfd7-32a3ffa79c90:c_9b962a31a776)</w:t>
      </w:r>
    </w:p>
    <w:p>
      <w:pPr>
        <w:spacing w:after="40"/>
      </w:pPr>
      <w:r>
        <w:t>[38] Tool result: gp_calculate_density, step 2. Calculate density: 1 layer saved: Calculate density: Pedestrian crossings (251 features). (id 002fb5f9-1af6-402f-b464-49edd32e3044:2)</w:t>
      </w:r>
    </w:p>
    <w:p>
      <w:pPr>
        <w:spacing w:after="40"/>
      </w:pPr>
      <w:r>
        <w:t>[39] Plan: Hot spots of Pedestrian crossings (the Start plan's candidate c_6f2484f162ad). 200 points: Getis-Ord Gi* tests whether the concentrations in Pedestrian crossings are statistically significant. (id b084b0e6-acd2-4d38-bfd7-32a3ffa79c90:c_6f2484f162ad)</w:t>
      </w:r>
    </w:p>
    <w:p>
      <w:pPr>
        <w:spacing w:after="40"/>
      </w:pPr>
      <w:r>
        <w:t>[40] Tool result: gp_hot_spots, step 0. Hot spot analysis: 1 layer saved: Hot spot analysis: Pedestrian crossings (54 features). (id 20671da3-3c9f-4bfc-ab63-45789559bbaa:0)</w:t>
      </w:r>
    </w:p>
    <w:p>
      <w:pPr>
        <w:spacing w:after="40"/>
      </w:pPr>
      <w:r>
        <w:t>[41] Catalog: Repeat and near repeat classification (operation catalog, gp_near_repeat). Classify incidents as originators, repeats (same place) or near repeats within a distance and time window, with a Knox test table. ArcGIS: Repeat and Near Repeat Classification, Near Repeat Calculator. (id gp_near_repeat)</w:t>
      </w:r>
    </w:p>
    <w:p>
      <w:pPr>
        <w:spacing w:after="40"/>
      </w:pPr>
      <w:r>
        <w:t>[42] Plan: Near repeat of Crashes (the Start plan's candidate c_f79962c58bba). Near repeat analysis tests whether Crashes close in space also follow each other within 30 days. (id b084b0e6-acd2-4d38-bfd7-32a3ffa79c90:c_f79962c58bba)</w:t>
      </w:r>
    </w:p>
    <w:p>
      <w:pPr>
        <w:spacing w:after="40"/>
      </w:pPr>
      <w:r>
        <w:t>[43] Tool result: gp_near_repeat, step 0. Repeat and near repeat classification: 1 layer saved: Repeat and near repeat classification: Crashes (2100 features). (id 9871ee2f-25cc-4833-b2ad-49666fe06c44:0)</w:t>
      </w:r>
    </w:p>
    <w:p>
      <w:pPr>
        <w:spacing w:after="40"/>
      </w:pPr>
      <w:r>
        <w:t>[44] Plan: Pedestrian crossings per feature of Traffic districts (the Start plan's candidate c_c09d00b8db7e). Count Pedestrian crossings inside each feature of Traffic districts by type; the counts map as a choropleth (natural breaks, sequential colors). (id b084b0e6-acd2-4d38-bfd7-32a3ffa79c90:c_c09d00b8db7e)</w:t>
      </w:r>
    </w:p>
    <w:p>
      <w:pPr>
        <w:spacing w:after="40"/>
      </w:pPr>
      <w:r>
        <w:t>[45] Tool result: gp_summarize_within, step 0. Summarize within: 1 layer saved: Summarize within: Traffic districts (12 features). (id 1ff731de-fa54-412a-90f2-45eb74c9277e:0)</w:t>
      </w:r>
    </w:p>
    <w:p>
      <w:pPr>
        <w:spacing w:after="40"/>
      </w:pPr>
      <w:r>
        <w:t>[46] Rendering: Map: Hot spot analysis: Schools (id adeafe66-bb7e-41b6-a50a-d645d50e3878)</w:t>
      </w:r>
    </w:p>
    <w:p>
      <w:pPr>
        <w:spacing w:after="40"/>
      </w:pPr>
      <w:r>
        <w:t>[47] Rendering: Map: Hot spot analysis: Crashes (id 233e2091-e0f2-486b-9e97-493528e7345f)</w:t>
      </w:r>
    </w:p>
    <w:p>
      <w:pPr>
        <w:spacing w:after="40"/>
      </w:pPr>
      <w:r>
        <w:t>[48] Rendering: Map: Emerging hot spots: Crashes (id fbc0e5a3-a877-4a33-bf17-9ad55699796c)</w:t>
      </w:r>
    </w:p>
    <w:p>
      <w:pPr>
        <w:spacing w:after="40"/>
      </w:pPr>
      <w:r>
        <w:t>[49] Rendering: Map: Emerging hot spots: Traffic calming (id a1894195-d446-4aa2-9f8e-d0c822d7fa9e)</w:t>
      </w:r>
    </w:p>
    <w:p>
      <w:pPr>
        <w:spacing w:after="40"/>
      </w:pPr>
      <w:r>
        <w:t>[50] Rendering: Map: Summarize within: Traffic districts (id 30ea9d3d-11ed-4c02-a9da-973b648cdda5)</w:t>
      </w:r>
    </w:p>
    <w:p>
      <w:pPr>
        <w:spacing w:after="40"/>
      </w:pPr>
      <w:r>
        <w:t>[51] Rendering: Map: Summarize within: Traffic districts (id 59917dcd-4eac-4bbc-9094-fa048d8e0a8b)</w:t>
      </w:r>
    </w:p>
    <w:p>
      <w:pPr>
        <w:spacing w:after="40"/>
      </w:pPr>
      <w:r>
        <w:t>[52] Rendering: Map: Find point clusters: Schools (id b9530209-8153-4b70-81e4-d13d4126e118)</w:t>
      </w:r>
    </w:p>
    <w:p>
      <w:pPr>
        <w:spacing w:after="40"/>
      </w:pPr>
      <w:r>
        <w:t>[53] Rendering: Map: Find point clusters: cluster hulls (id 330923f5-621d-43f6-9f98-83b237722c00)</w:t>
      </w:r>
    </w:p>
    <w:p>
      <w:pPr>
        <w:spacing w:after="40"/>
      </w:pPr>
      <w:r>
        <w:t>[54] Rendering: Map: Find point clusters: Crashes (id e8b0af6b-ab8d-4188-83ae-a83a5a7c76b3)</w:t>
      </w:r>
    </w:p>
    <w:p>
      <w:pPr>
        <w:spacing w:after="40"/>
      </w:pPr>
      <w:r>
        <w:t>[55] Rendering: Map: Find point clusters: cluster hulls (id e5080803-3fc0-47b7-95f7-4829eb6d3859)</w:t>
      </w:r>
    </w:p>
    <w:p>
      <w:pPr>
        <w:spacing w:after="40"/>
      </w:pPr>
      <w:r>
        <w:t>[56] Rendering: Map: Find point clusters: Pedestrian crossings (id 5f216382-62b6-4351-86ff-4e5ae0af8125)</w:t>
      </w:r>
    </w:p>
    <w:p>
      <w:pPr>
        <w:spacing w:after="40"/>
      </w:pPr>
      <w:r>
        <w:t>[57] Rendering: Map: Find point clusters: cluster hulls (id 58f6c7d6-f814-4b9e-a8c9-4dd6d9ef95d1)</w:t>
      </w:r>
    </w:p>
    <w:p>
      <w:pPr>
        <w:spacing w:after="40"/>
      </w:pPr>
      <w:r>
        <w:t>[58] Rendering: Map: Calculate density: Schools (id f2b01dad-ebee-465f-9e27-d62097f4c268)</w:t>
      </w:r>
    </w:p>
    <w:p>
      <w:pPr>
        <w:spacing w:after="40"/>
      </w:pPr>
      <w:r>
        <w:t>[59] Rendering: Map: Calculate density: Crashes (id 64a4981a-c955-42e7-b34b-254a98f25520)</w:t>
      </w:r>
    </w:p>
    <w:p>
      <w:pPr>
        <w:spacing w:after="40"/>
      </w:pPr>
      <w:r>
        <w:t>[60] Rendering: Map: Calculate density: Pedestrian crossings (id 2756e5bb-abe5-4473-b915-78f831d3d5a4)</w:t>
      </w:r>
    </w:p>
    <w:p>
      <w:pPr>
        <w:spacing w:after="40"/>
      </w:pPr>
      <w:r>
        <w:t>[61] Rendering: Map: Hot spot analysis: Pedestrian crossings (id 8f0a76db-4777-4ab7-9a9a-930da7a08925)</w:t>
      </w:r>
    </w:p>
    <w:p>
      <w:pPr>
        <w:spacing w:after="40"/>
      </w:pPr>
      <w:r>
        <w:t>[62] Rendering: Map: Repeat and near repeat classification: Crashes (id 02ed79bd-4bdf-4842-93fe-2e184455d945)</w:t>
      </w:r>
    </w:p>
    <w:p>
      <w:pPr>
        <w:spacing w:after="40"/>
      </w:pPr>
      <w:r>
        <w:t>[63] Rendering: Map: Summarize within: Traffic districts (id 6dfdb515-5e14-402d-871f-0ffa294530f7)</w:t>
      </w:r>
    </w:p>
    <w:p>
      <w:pPr>
        <w:spacing w:after="40"/>
      </w:pPr>
      <w:r>
        <w:t>[64] Rendering: Chart: Crashes over time (occurred_at). 96 rows (id 8cda2c81-bd3a-4553-9c58-295ed795aff2)</w:t>
      </w:r>
    </w:p>
    <w:p>
      <w:pPr>
        <w:spacing w:after="40"/>
      </w:pPr>
      <w:r>
        <w:t>[65] Rendering: Chart: Speed cameras over time (installed_year). 1 rows (id 7edbd055-674b-4ee4-97e5-347a866c2947)</w:t>
      </w:r>
    </w:p>
    <w:p>
      <w:pPr>
        <w:spacing w:after="40"/>
      </w:pPr>
      <w:r>
        <w:t>[66] Rendering: Chart: Traffic calming over time (date). 168 rows (id 2d958f28-45c2-4b7a-87ed-c8ab49911031)</w:t>
      </w:r>
    </w:p>
    <w:p>
      <w:pPr>
        <w:spacing w:after="40"/>
      </w:pPr>
      <w:r>
        <w:t>[67] Rendering: Chart: Segment speeds by month over time (month). 49 rows (id b7432eea-2c3a-477a-a1e8-2d36cd655803)</w:t>
      </w:r>
    </w:p>
    <w:p>
      <w:pPr>
        <w:spacing w:after="40"/>
      </w:pPr>
      <w:r>
        <w:t>[68] Rendering: Chart: Camera citations by month over time (month). 49 rows (id 969fa530-28ba-4dd0-a75b-69aa84b54678)</w:t>
      </w:r>
    </w:p>
    <w:p>
      <w:pPr>
        <w:spacing w:after="40"/>
      </w:pPr>
      <w:r>
        <w:t>[69] Rendering: Chart: Hot spot analysis: Schools. 10 rows (id 461534e0-1147-4c68-b696-ce72af84c87e)</w:t>
      </w:r>
    </w:p>
    <w:p>
      <w:pPr>
        <w:spacing w:after="40"/>
      </w:pPr>
      <w:r>
        <w:t>[70] Rendering: Chart: Hot spot analysis: Crashes. 17 rows (id e0c0fd5a-fbcd-48a4-b737-5ec55e00e9b6)</w:t>
      </w:r>
    </w:p>
    <w:p>
      <w:pPr>
        <w:spacing w:after="40"/>
      </w:pPr>
      <w:r>
        <w:t>[71] Rendering: Chart: Emerging hot spots: Crashes. 10 rows (id 733c92a3-ffad-470a-a9c0-f4d673d42289)</w:t>
      </w:r>
    </w:p>
    <w:p>
      <w:pPr>
        <w:spacing w:after="40"/>
      </w:pPr>
      <w:r>
        <w:t>[72] Rendering: Chart: Emerging hot spots: Traffic calming. 5 rows (id 10c55d47-29c7-4734-a9fe-0a0b7975fbb8)</w:t>
      </w:r>
    </w:p>
    <w:p>
      <w:pPr>
        <w:spacing w:after="40"/>
      </w:pPr>
      <w:r>
        <w:t>[73] Rendering: Chart: Summarize within: Traffic districts. 5 rows (id d2a4a3dc-7d76-4a0e-b041-b334e994f076)</w:t>
      </w:r>
    </w:p>
    <w:p>
      <w:pPr>
        <w:spacing w:after="40"/>
      </w:pPr>
      <w:r>
        <w:t>[74] Rendering: Chart: Summarize within: Traffic districts. 5 rows (id 897d00dc-b8b3-4e8d-9d2a-a66ba81fa3a8)</w:t>
      </w:r>
    </w:p>
    <w:p>
      <w:pPr>
        <w:spacing w:after="40"/>
      </w:pPr>
      <w:r>
        <w:t>[75] Rendering: Chart: Find point clusters: Schools. 4 rows (id 423c158c-d88d-476c-b3d7-399c0645179a)</w:t>
      </w:r>
    </w:p>
    <w:p>
      <w:pPr>
        <w:spacing w:after="40"/>
      </w:pPr>
      <w:r>
        <w:t>[76] Rendering: Chart: Find point clusters: cluster hulls. 3 rows (id b7ed2b2a-82e2-47a7-b9fd-40ba7637b0fb)</w:t>
      </w:r>
    </w:p>
    <w:p>
      <w:pPr>
        <w:spacing w:after="40"/>
      </w:pPr>
      <w:r>
        <w:t>[77] Rendering: Chart: Find point clusters: Crashes. 3 rows (id 7ea99118-9ea1-4440-a6b8-2787d996b886)</w:t>
      </w:r>
    </w:p>
    <w:p>
      <w:pPr>
        <w:spacing w:after="40"/>
      </w:pPr>
      <w:r>
        <w:t>[78] Rendering: Chart: Find point clusters: cluster hulls. 2 rows (id 1f581a53-06c3-4e15-b1d5-c6d8810d5069)</w:t>
      </w:r>
    </w:p>
    <w:p>
      <w:pPr>
        <w:spacing w:after="40"/>
      </w:pPr>
      <w:r>
        <w:t>[79] Rendering: Chart: Find point clusters: Pedestrian crossings. 12 rows (id 734ca768-921a-4688-b5a3-91e547b8132f)</w:t>
      </w:r>
    </w:p>
    <w:p>
      <w:pPr>
        <w:spacing w:after="40"/>
      </w:pPr>
      <w:r>
        <w:t>[80] Rendering: Chart: Find point clusters: cluster hulls. 11 rows (id 644e98c9-2e62-4e6c-88cc-2bac7654aca8)</w:t>
      </w:r>
    </w:p>
    <w:p>
      <w:pPr>
        <w:spacing w:after="40"/>
      </w:pPr>
      <w:r>
        <w:t>[81] Rendering: Chart: Calculate density: Schools. 8 rows (id 5185f166-2557-47d4-95a0-e09a9b9dffa6)</w:t>
      </w:r>
    </w:p>
    <w:p>
      <w:pPr>
        <w:spacing w:after="40"/>
      </w:pPr>
      <w:r>
        <w:t>[82] Rendering: Chart: Calculate density: Crashes. 14 rows (id d1d3088c-9c82-4847-9ad2-937f125a2774)</w:t>
      </w:r>
    </w:p>
    <w:p>
      <w:pPr>
        <w:spacing w:after="40"/>
      </w:pPr>
      <w:r>
        <w:t>[83] Rendering: Chart: Calculate density: Pedestrian crossings. 9 rows (id 2be0343e-08ed-45f8-b191-db1ac61f21d2)</w:t>
      </w:r>
    </w:p>
    <w:p>
      <w:pPr>
        <w:spacing w:after="40"/>
      </w:pPr>
      <w:r>
        <w:t>[84] Rendering: Chart: Hot spot analysis: Pedestrian crossings. 9 rows (id 04bdc4d9-e0fe-477a-8403-b2f2881d948a)</w:t>
      </w:r>
    </w:p>
    <w:p>
      <w:pPr>
        <w:spacing w:after="40"/>
      </w:pPr>
      <w:r>
        <w:t>[85] Rendering: Chart: Repeat and near repeat classification: Crashes. 144 rows (id 533c2ef2-04e7-4ec6-9dda-091526d4b60e)</w:t>
      </w:r>
    </w:p>
    <w:p>
      <w:pPr>
        <w:spacing w:after="40"/>
      </w:pPr>
      <w:r>
        <w:t>[86] Rendering: Chart: Summarize within: Traffic districts. 5 rows (id f50135c9-a379-4056-b401-ddd84d655807)</w:t>
      </w:r>
    </w:p>
    <w:p>
      <w:pPr>
        <w:spacing w:after="40"/>
      </w:pPr>
      <w:r>
        <w:t>[87] Rendering: Chart: Repeat and near repeat classification: Crashes over time. 144 rows (id aa71a552-c3d9-4aee-a82e-f6857fbc92a9)</w:t>
      </w:r>
    </w:p>
    <w:p>
      <w:pPr>
        <w:spacing w:after="40"/>
      </w:pPr>
      <w:r>
        <w:t>[88] Rendering: Chart: Find point clusters: Crashes over time. 144 rows (id 1d507cb3-0287-4a28-9492-374091139b83)</w:t>
      </w:r>
    </w:p>
    <w:p>
      <w:pPr>
        <w:spacing w:after="40"/>
      </w:pPr>
      <w:r>
        <w:t>[89] Dataset: Road segments. vector, 900 rows (id a1c0c341-b0b4-4540-8666-cc898710a5a2)</w:t>
      </w:r>
    </w:p>
    <w:p>
      <w:pPr>
        <w:spacing w:after="40"/>
      </w:pPr>
      <w:r>
        <w:t>[90] Dataset: Traffic districts. vector, 12 rows (id 4ddf9694-9e59-443e-9e26-b99d63650843)</w:t>
      </w:r>
    </w:p>
    <w:p>
      <w:pPr>
        <w:spacing w:after="40"/>
      </w:pPr>
      <w:r>
        <w:t>[91] Dataset: Speed cameras. vector, 25 rows (id d0346d0a-3495-47e2-bbaa-9bdebea63dae)</w:t>
      </w:r>
    </w:p>
    <w:p>
      <w:pPr>
        <w:spacing w:after="40"/>
      </w:pPr>
      <w:r>
        <w:t>[92] Dataset: Schools. vector, 40 rows (id 47516658-bc03-4d11-a9a3-83d7b85272e7)</w:t>
      </w:r>
    </w:p>
    <w:p>
      <w:pPr>
        <w:spacing w:after="40"/>
      </w:pPr>
      <w:r>
        <w:t>[93] Dataset: Bus stops. vector, 120 rows (id b69ec834-01b9-40fe-b4d7-048918f3ff66)</w:t>
      </w:r>
    </w:p>
    <w:p>
      <w:pPr>
        <w:spacing w:after="40"/>
      </w:pPr>
      <w:r>
        <w:t>[94] Dataset: Pedestrian crossings. vector, 200 rows (id 9904012c-b65c-4579-bb44-535cd45f66ca)</w:t>
      </w:r>
    </w:p>
    <w:p>
      <w:pPr>
        <w:spacing w:after="40"/>
      </w:pPr>
      <w:r>
        <w:t>[95] Dataset: Vision Zero corridor review. document, ? rows (id cef3f8f3-9628-4f98-b173-947dda8f30f3)</w:t>
      </w:r>
    </w:p>
    <w:p>
      <w:pPr>
        <w:spacing w:after="40"/>
      </w:pPr>
      <w:r>
        <w:t>[96] Record: Sample: Transportation safety, Sao Paulo (id 220702b2-1327-4244-9cff-74cf9d501f98)</w:t>
      </w:r>
    </w:p>
    <w:p>
      <w:pPr>
        <w:spacing w:after="40"/>
      </w:pPr>
      <w:r>
        <w:t>[97] Layer: Hot spot analysis: Schools. 40 features (id e24a725d-1226-4c6c-ac79-ddb0e0634c6c)</w:t>
      </w:r>
    </w:p>
    <w:p>
      <w:pPr>
        <w:spacing w:after="40"/>
      </w:pPr>
      <w:r>
        <w:t>[98] Layer: Hot spot analysis: Crashes. 1,049 features (id becfaca3-5eea-4150-9c71-4a8a51769984)</w:t>
      </w:r>
    </w:p>
    <w:p>
      <w:pPr>
        <w:spacing w:after="40"/>
      </w:pPr>
      <w:r>
        <w:t>[99] Layer: Emerging hot spots: Crashes. 391 features (id 9df86500-c0e4-4e6a-b523-dc729593eaa4)</w:t>
      </w:r>
    </w:p>
    <w:p>
      <w:pPr>
        <w:spacing w:after="40"/>
      </w:pPr>
      <w:r>
        <w:t>[100] Layer: Emerging hot spots: Traffic calming. 14 features (id fd2099dc-7aac-4041-8f85-bb99a6553671)</w:t>
      </w:r>
    </w:p>
    <w:p>
      <w:pPr>
        <w:spacing w:after="40"/>
      </w:pPr>
      <w:r>
        <w:t>[101] Layer: Summarize within: Traffic districts. 12 features (id 7dd3dbff-8946-47c0-9f8c-365a3f16b57f)</w:t>
      </w:r>
    </w:p>
    <w:p>
      <w:pPr>
        <w:spacing w:after="40"/>
      </w:pPr>
      <w:r>
        <w:t>[102] Layer: Summarize within: Traffic districts. 12 features (id ab0320a0-7ff1-4268-8628-c5d500503744)</w:t>
      </w:r>
    </w:p>
    <w:p>
      <w:pPr>
        <w:spacing w:after="40"/>
      </w:pPr>
      <w:r>
        <w:t>[103] Layer: Find point clusters: Schools. 40 features (id 62d9b779-75eb-44b3-af8e-6b11cb59257b)</w:t>
      </w:r>
    </w:p>
    <w:p>
      <w:pPr>
        <w:spacing w:after="40"/>
      </w:pPr>
      <w:r>
        <w:t>[104] Layer: Find point clusters: cluster hulls. 3 features (id 9a336160-b53a-41a1-bdce-2ce51cd5a9fe)</w:t>
      </w:r>
    </w:p>
    <w:p>
      <w:pPr>
        <w:spacing w:after="40"/>
      </w:pPr>
      <w:r>
        <w:t>[105] Layer: Find point clusters: Crashes. 2,100 features (id a3b9de76-4c1e-4b60-b686-346672b601ef)</w:t>
      </w:r>
    </w:p>
    <w:p>
      <w:pPr>
        <w:spacing w:after="40"/>
      </w:pPr>
      <w:r>
        <w:t>[106] Layer: Find point clusters: cluster hulls. 2 features (id fb76f8c2-f8d9-4e00-9560-bec71fbe6696)</w:t>
      </w:r>
    </w:p>
    <w:p>
      <w:pPr>
        <w:spacing w:after="40"/>
      </w:pPr>
      <w:r>
        <w:t>[107] Layer: Find point clusters: Pedestrian crossings. 200 features (id 177f4978-c15d-4e75-b5c7-7a917152e219)</w:t>
      </w:r>
    </w:p>
    <w:p>
      <w:pPr>
        <w:spacing w:after="40"/>
      </w:pPr>
      <w:r>
        <w:t>[108] Layer: Find point clusters: cluster hulls. 11 features (id 42bb9ca8-0db1-4b9d-8ed3-e7c9337230cf)</w:t>
      </w:r>
    </w:p>
    <w:p>
      <w:pPr>
        <w:spacing w:after="40"/>
      </w:pPr>
      <w:r>
        <w:t>[109] Layer: Calculate density: Schools. 80 features (id 41390c5d-5081-4052-9d4c-9ba56bf9b6f5)</w:t>
      </w:r>
    </w:p>
    <w:p>
      <w:pPr>
        <w:spacing w:after="40"/>
      </w:pPr>
      <w:r>
        <w:t>[110] Layer: Calculate density: Crashes. 4,112 features (id b719c8e4-0a00-46f8-a1ac-dba4d26a9fcb)</w:t>
      </w:r>
    </w:p>
    <w:p>
      <w:pPr>
        <w:spacing w:after="40"/>
      </w:pPr>
      <w:r>
        <w:t>[111] Layer: Calculate density: Pedestrian crossings. 251 features (id 59d27925-1f02-4b09-86f4-ada68a81d6fe)</w:t>
      </w:r>
    </w:p>
    <w:p>
      <w:pPr>
        <w:spacing w:after="40"/>
      </w:pPr>
      <w:r>
        <w:t>[112] Layer: Hot spot analysis: Pedestrian crossings. 54 features (id a4ed9f7b-d1d3-42f8-a3e7-e16c31bbc302)</w:t>
      </w:r>
    </w:p>
    <w:p>
      <w:pPr>
        <w:spacing w:after="40"/>
      </w:pPr>
      <w:r>
        <w:t>[113] Layer: Repeat and near repeat classification: Crashes. 2,100 features (id 983941e1-9046-42e6-a142-4a34d1f16e13)</w:t>
      </w:r>
    </w:p>
    <w:p>
      <w:pPr>
        <w:spacing w:after="40"/>
      </w:pPr>
      <w:r>
        <w:t>[114] Layer: Summarize within: Traffic districts. 12 features (id 611b1b4c-39d3-405a-976d-57aca77ac14e)</w:t>
      </w:r>
    </w:p>
    <w:p>
      <w:pPr>
        <w:pStyle w:val="Heading1"/>
      </w:pPr>
      <w:r>
        <w:t>Appendix: the data behind the charts</w:t>
      </w:r>
    </w:p>
    <w:p>
      <w:pPr>
        <w:pStyle w:val="Heading2"/>
      </w:pPr>
      <w:r>
        <w:t>Figure 1. Timeline: events per month by dataset [1]</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period</w:t>
            </w:r>
          </w:p>
        </w:tc>
        <w:tc>
          <w:tcPr>
            <w:tcW w:type="dxa" w:w="2880"/>
          </w:tcPr>
          <w:p>
            <w:r>
              <w:t>series</w:t>
            </w:r>
          </w:p>
        </w:tc>
        <w:tc>
          <w:tcPr>
            <w:tcW w:type="dxa" w:w="2880"/>
          </w:tcPr>
          <w:p>
            <w:r>
              <w:t>value</w:t>
            </w:r>
          </w:p>
        </w:tc>
      </w:tr>
      <w:tr>
        <w:tc>
          <w:tcPr>
            <w:tcW w:type="dxa" w:w="2880"/>
          </w:tcPr>
          <w:p>
            <w:r>
              <w:t>2023-01-01</w:t>
            </w:r>
          </w:p>
        </w:tc>
        <w:tc>
          <w:tcPr>
            <w:tcW w:type="dxa" w:w="2880"/>
          </w:tcPr>
          <w:p>
            <w:r>
              <w:t>Crashes</w:t>
            </w:r>
          </w:p>
        </w:tc>
        <w:tc>
          <w:tcPr>
            <w:tcW w:type="dxa" w:w="2880"/>
          </w:tcPr>
          <w:p>
            <w:r>
              <w:t>0</w:t>
            </w:r>
          </w:p>
        </w:tc>
      </w:tr>
      <w:tr>
        <w:tc>
          <w:tcPr>
            <w:tcW w:type="dxa" w:w="2880"/>
          </w:tcPr>
          <w:p>
            <w:r>
              <w:t>2023-01-01</w:t>
            </w:r>
          </w:p>
        </w:tc>
        <w:tc>
          <w:tcPr>
            <w:tcW w:type="dxa" w:w="2880"/>
          </w:tcPr>
          <w:p>
            <w:r>
              <w:t>Segment speeds by month</w:t>
            </w:r>
          </w:p>
        </w:tc>
        <w:tc>
          <w:tcPr>
            <w:tcW w:type="dxa" w:w="2880"/>
          </w:tcPr>
          <w:p>
            <w:r>
              <w:t>0</w:t>
            </w:r>
          </w:p>
        </w:tc>
      </w:tr>
      <w:tr>
        <w:tc>
          <w:tcPr>
            <w:tcW w:type="dxa" w:w="2880"/>
          </w:tcPr>
          <w:p>
            <w:r>
              <w:t>2023-01-01</w:t>
            </w:r>
          </w:p>
        </w:tc>
        <w:tc>
          <w:tcPr>
            <w:tcW w:type="dxa" w:w="2880"/>
          </w:tcPr>
          <w:p>
            <w:r>
              <w:t>Camera citations by month</w:t>
            </w:r>
          </w:p>
        </w:tc>
        <w:tc>
          <w:tcPr>
            <w:tcW w:type="dxa" w:w="2880"/>
          </w:tcPr>
          <w:p>
            <w:r>
              <w:t>0</w:t>
            </w:r>
          </w:p>
        </w:tc>
      </w:tr>
      <w:tr>
        <w:tc>
          <w:tcPr>
            <w:tcW w:type="dxa" w:w="2880"/>
          </w:tcPr>
          <w:p>
            <w:r>
              <w:t>2023-01-01</w:t>
            </w:r>
          </w:p>
        </w:tc>
        <w:tc>
          <w:tcPr>
            <w:tcW w:type="dxa" w:w="2880"/>
          </w:tcPr>
          <w:p>
            <w:r>
              <w:t>Traffic calming</w:t>
            </w:r>
          </w:p>
        </w:tc>
        <w:tc>
          <w:tcPr>
            <w:tcW w:type="dxa" w:w="2880"/>
          </w:tcPr>
          <w:p>
            <w:r>
              <w:t>2</w:t>
            </w:r>
          </w:p>
        </w:tc>
      </w:tr>
      <w:tr>
        <w:tc>
          <w:tcPr>
            <w:tcW w:type="dxa" w:w="2880"/>
          </w:tcPr>
          <w:p>
            <w:r>
              <w:t>2023-02-01</w:t>
            </w:r>
          </w:p>
        </w:tc>
        <w:tc>
          <w:tcPr>
            <w:tcW w:type="dxa" w:w="2880"/>
          </w:tcPr>
          <w:p>
            <w:r>
              <w:t>Crashes</w:t>
            </w:r>
          </w:p>
        </w:tc>
        <w:tc>
          <w:tcPr>
            <w:tcW w:type="dxa" w:w="2880"/>
          </w:tcPr>
          <w:p>
            <w:r>
              <w:t>0</w:t>
            </w:r>
          </w:p>
        </w:tc>
      </w:tr>
      <w:tr>
        <w:tc>
          <w:tcPr>
            <w:tcW w:type="dxa" w:w="2880"/>
          </w:tcPr>
          <w:p>
            <w:r>
              <w:t>2023-02-01</w:t>
            </w:r>
          </w:p>
        </w:tc>
        <w:tc>
          <w:tcPr>
            <w:tcW w:type="dxa" w:w="2880"/>
          </w:tcPr>
          <w:p>
            <w:r>
              <w:t>Segment speeds by month</w:t>
            </w:r>
          </w:p>
        </w:tc>
        <w:tc>
          <w:tcPr>
            <w:tcW w:type="dxa" w:w="2880"/>
          </w:tcPr>
          <w:p>
            <w:r>
              <w:t>0</w:t>
            </w:r>
          </w:p>
        </w:tc>
      </w:tr>
      <w:tr>
        <w:tc>
          <w:tcPr>
            <w:tcW w:type="dxa" w:w="2880"/>
          </w:tcPr>
          <w:p>
            <w:r>
              <w:t>2023-02-01</w:t>
            </w:r>
          </w:p>
        </w:tc>
        <w:tc>
          <w:tcPr>
            <w:tcW w:type="dxa" w:w="2880"/>
          </w:tcPr>
          <w:p>
            <w:r>
              <w:t>Camera citations by month</w:t>
            </w:r>
          </w:p>
        </w:tc>
        <w:tc>
          <w:tcPr>
            <w:tcW w:type="dxa" w:w="2880"/>
          </w:tcPr>
          <w:p>
            <w:r>
              <w:t>0</w:t>
            </w:r>
          </w:p>
        </w:tc>
      </w:tr>
      <w:tr>
        <w:tc>
          <w:tcPr>
            <w:tcW w:type="dxa" w:w="2880"/>
          </w:tcPr>
          <w:p>
            <w:r>
              <w:t>2023-02-01</w:t>
            </w:r>
          </w:p>
        </w:tc>
        <w:tc>
          <w:tcPr>
            <w:tcW w:type="dxa" w:w="2880"/>
          </w:tcPr>
          <w:p>
            <w:r>
              <w:t>Traffic calming</w:t>
            </w:r>
          </w:p>
        </w:tc>
        <w:tc>
          <w:tcPr>
            <w:tcW w:type="dxa" w:w="2880"/>
          </w:tcPr>
          <w:p>
            <w:r>
              <w:t>2</w:t>
            </w:r>
          </w:p>
        </w:tc>
      </w:tr>
      <w:tr>
        <w:tc>
          <w:tcPr>
            <w:tcW w:type="dxa" w:w="2880"/>
          </w:tcPr>
          <w:p>
            <w:r>
              <w:t>2023-03-01</w:t>
            </w:r>
          </w:p>
        </w:tc>
        <w:tc>
          <w:tcPr>
            <w:tcW w:type="dxa" w:w="2880"/>
          </w:tcPr>
          <w:p>
            <w:r>
              <w:t>Crashes</w:t>
            </w:r>
          </w:p>
        </w:tc>
        <w:tc>
          <w:tcPr>
            <w:tcW w:type="dxa" w:w="2880"/>
          </w:tcPr>
          <w:p>
            <w:r>
              <w:t>0</w:t>
            </w:r>
          </w:p>
        </w:tc>
      </w:tr>
      <w:tr>
        <w:tc>
          <w:tcPr>
            <w:tcW w:type="dxa" w:w="2880"/>
          </w:tcPr>
          <w:p>
            <w:r>
              <w:t>2023-03-01</w:t>
            </w:r>
          </w:p>
        </w:tc>
        <w:tc>
          <w:tcPr>
            <w:tcW w:type="dxa" w:w="2880"/>
          </w:tcPr>
          <w:p>
            <w:r>
              <w:t>Segment speeds by month</w:t>
            </w:r>
          </w:p>
        </w:tc>
        <w:tc>
          <w:tcPr>
            <w:tcW w:type="dxa" w:w="2880"/>
          </w:tcPr>
          <w:p>
            <w:r>
              <w:t>0</w:t>
            </w:r>
          </w:p>
        </w:tc>
      </w:tr>
      <w:tr>
        <w:tc>
          <w:tcPr>
            <w:tcW w:type="dxa" w:w="2880"/>
          </w:tcPr>
          <w:p>
            <w:r>
              <w:t>2023-03-01</w:t>
            </w:r>
          </w:p>
        </w:tc>
        <w:tc>
          <w:tcPr>
            <w:tcW w:type="dxa" w:w="2880"/>
          </w:tcPr>
          <w:p>
            <w:r>
              <w:t>Camera citations by month</w:t>
            </w:r>
          </w:p>
        </w:tc>
        <w:tc>
          <w:tcPr>
            <w:tcW w:type="dxa" w:w="2880"/>
          </w:tcPr>
          <w:p>
            <w:r>
              <w:t>0</w:t>
            </w:r>
          </w:p>
        </w:tc>
      </w:tr>
      <w:tr>
        <w:tc>
          <w:tcPr>
            <w:tcW w:type="dxa" w:w="2880"/>
          </w:tcPr>
          <w:p>
            <w:r>
              <w:t>2023-03-01</w:t>
            </w:r>
          </w:p>
        </w:tc>
        <w:tc>
          <w:tcPr>
            <w:tcW w:type="dxa" w:w="2880"/>
          </w:tcPr>
          <w:p>
            <w:r>
              <w:t>Traffic calming</w:t>
            </w:r>
          </w:p>
        </w:tc>
        <w:tc>
          <w:tcPr>
            <w:tcW w:type="dxa" w:w="2880"/>
          </w:tcPr>
          <w:p>
            <w:r>
              <w:t>1</w:t>
            </w:r>
          </w:p>
        </w:tc>
      </w:tr>
      <w:tr>
        <w:tc>
          <w:tcPr>
            <w:tcW w:type="dxa" w:w="2880"/>
          </w:tcPr>
          <w:p>
            <w:r>
              <w:t>2023-04-01</w:t>
            </w:r>
          </w:p>
        </w:tc>
        <w:tc>
          <w:tcPr>
            <w:tcW w:type="dxa" w:w="2880"/>
          </w:tcPr>
          <w:p>
            <w:r>
              <w:t>Crashes</w:t>
            </w:r>
          </w:p>
        </w:tc>
        <w:tc>
          <w:tcPr>
            <w:tcW w:type="dxa" w:w="2880"/>
          </w:tcPr>
          <w:p>
            <w:r>
              <w:t>0</w:t>
            </w:r>
          </w:p>
        </w:tc>
      </w:tr>
      <w:tr>
        <w:tc>
          <w:tcPr>
            <w:tcW w:type="dxa" w:w="2880"/>
          </w:tcPr>
          <w:p>
            <w:r>
              <w:t>2023-04-01</w:t>
            </w:r>
          </w:p>
        </w:tc>
        <w:tc>
          <w:tcPr>
            <w:tcW w:type="dxa" w:w="2880"/>
          </w:tcPr>
          <w:p>
            <w:r>
              <w:t>Segment speeds by month</w:t>
            </w:r>
          </w:p>
        </w:tc>
        <w:tc>
          <w:tcPr>
            <w:tcW w:type="dxa" w:w="2880"/>
          </w:tcPr>
          <w:p>
            <w:r>
              <w:t>0</w:t>
            </w:r>
          </w:p>
        </w:tc>
      </w:tr>
      <w:tr>
        <w:tc>
          <w:tcPr>
            <w:tcW w:type="dxa" w:w="2880"/>
          </w:tcPr>
          <w:p>
            <w:r>
              <w:t>2023-04-01</w:t>
            </w:r>
          </w:p>
        </w:tc>
        <w:tc>
          <w:tcPr>
            <w:tcW w:type="dxa" w:w="2880"/>
          </w:tcPr>
          <w:p>
            <w:r>
              <w:t>Camera citations by month</w:t>
            </w:r>
          </w:p>
        </w:tc>
        <w:tc>
          <w:tcPr>
            <w:tcW w:type="dxa" w:w="2880"/>
          </w:tcPr>
          <w:p>
            <w:r>
              <w:t>0</w:t>
            </w:r>
          </w:p>
        </w:tc>
      </w:tr>
      <w:tr>
        <w:tc>
          <w:tcPr>
            <w:tcW w:type="dxa" w:w="2880"/>
          </w:tcPr>
          <w:p>
            <w:r>
              <w:t>2023-04-01</w:t>
            </w:r>
          </w:p>
        </w:tc>
        <w:tc>
          <w:tcPr>
            <w:tcW w:type="dxa" w:w="2880"/>
          </w:tcPr>
          <w:p>
            <w:r>
              <w:t>Traffic calming</w:t>
            </w:r>
          </w:p>
        </w:tc>
        <w:tc>
          <w:tcPr>
            <w:tcW w:type="dxa" w:w="2880"/>
          </w:tcPr>
          <w:p>
            <w:r>
              <w:t>1</w:t>
            </w:r>
          </w:p>
        </w:tc>
      </w:tr>
      <w:tr>
        <w:tc>
          <w:tcPr>
            <w:tcW w:type="dxa" w:w="2880"/>
          </w:tcPr>
          <w:p>
            <w:r>
              <w:t>2023-05-01</w:t>
            </w:r>
          </w:p>
        </w:tc>
        <w:tc>
          <w:tcPr>
            <w:tcW w:type="dxa" w:w="2880"/>
          </w:tcPr>
          <w:p>
            <w:r>
              <w:t>Crashes</w:t>
            </w:r>
          </w:p>
        </w:tc>
        <w:tc>
          <w:tcPr>
            <w:tcW w:type="dxa" w:w="2880"/>
          </w:tcPr>
          <w:p>
            <w:r>
              <w:t>0</w:t>
            </w:r>
          </w:p>
        </w:tc>
      </w:tr>
      <w:tr>
        <w:tc>
          <w:tcPr>
            <w:tcW w:type="dxa" w:w="2880"/>
          </w:tcPr>
          <w:p>
            <w:r>
              <w:t>2023-05-01</w:t>
            </w:r>
          </w:p>
        </w:tc>
        <w:tc>
          <w:tcPr>
            <w:tcW w:type="dxa" w:w="2880"/>
          </w:tcPr>
          <w:p>
            <w:r>
              <w:t>Segment speeds by month</w:t>
            </w:r>
          </w:p>
        </w:tc>
        <w:tc>
          <w:tcPr>
            <w:tcW w:type="dxa" w:w="2880"/>
          </w:tcPr>
          <w:p>
            <w:r>
              <w:t>0</w:t>
            </w:r>
          </w:p>
        </w:tc>
      </w:tr>
      <w:tr>
        <w:tc>
          <w:tcPr>
            <w:tcW w:type="dxa" w:w="2880"/>
          </w:tcPr>
          <w:p>
            <w:r>
              <w:t>2023-05-01</w:t>
            </w:r>
          </w:p>
        </w:tc>
        <w:tc>
          <w:tcPr>
            <w:tcW w:type="dxa" w:w="2880"/>
          </w:tcPr>
          <w:p>
            <w:r>
              <w:t>Camera citations by month</w:t>
            </w:r>
          </w:p>
        </w:tc>
        <w:tc>
          <w:tcPr>
            <w:tcW w:type="dxa" w:w="2880"/>
          </w:tcPr>
          <w:p>
            <w:r>
              <w:t>0</w:t>
            </w:r>
          </w:p>
        </w:tc>
      </w:tr>
      <w:tr>
        <w:tc>
          <w:tcPr>
            <w:tcW w:type="dxa" w:w="2880"/>
          </w:tcPr>
          <w:p>
            <w:r>
              <w:t>2023-05-01</w:t>
            </w:r>
          </w:p>
        </w:tc>
        <w:tc>
          <w:tcPr>
            <w:tcW w:type="dxa" w:w="2880"/>
          </w:tcPr>
          <w:p>
            <w:r>
              <w:t>Traffic calming</w:t>
            </w:r>
          </w:p>
        </w:tc>
        <w:tc>
          <w:tcPr>
            <w:tcW w:type="dxa" w:w="2880"/>
          </w:tcPr>
          <w:p>
            <w:r>
              <w:t>1</w:t>
            </w:r>
          </w:p>
        </w:tc>
      </w:tr>
      <w:tr>
        <w:tc>
          <w:tcPr>
            <w:tcW w:type="dxa" w:w="2880"/>
          </w:tcPr>
          <w:p>
            <w:r>
              <w:t>2023-06-01</w:t>
            </w:r>
          </w:p>
        </w:tc>
        <w:tc>
          <w:tcPr>
            <w:tcW w:type="dxa" w:w="2880"/>
          </w:tcPr>
          <w:p>
            <w:r>
              <w:t>Crashes</w:t>
            </w:r>
          </w:p>
        </w:tc>
        <w:tc>
          <w:tcPr>
            <w:tcW w:type="dxa" w:w="2880"/>
          </w:tcPr>
          <w:p>
            <w:r>
              <w:t>0</w:t>
            </w:r>
          </w:p>
        </w:tc>
      </w:tr>
      <w:tr>
        <w:tc>
          <w:tcPr>
            <w:tcW w:type="dxa" w:w="2880"/>
          </w:tcPr>
          <w:p>
            <w:r>
              <w:t>2023-06-01</w:t>
            </w:r>
          </w:p>
        </w:tc>
        <w:tc>
          <w:tcPr>
            <w:tcW w:type="dxa" w:w="2880"/>
          </w:tcPr>
          <w:p>
            <w:r>
              <w:t>Segment speeds by month</w:t>
            </w:r>
          </w:p>
        </w:tc>
        <w:tc>
          <w:tcPr>
            <w:tcW w:type="dxa" w:w="2880"/>
          </w:tcPr>
          <w:p>
            <w:r>
              <w:t>0</w:t>
            </w:r>
          </w:p>
        </w:tc>
      </w:tr>
      <w:tr>
        <w:tc>
          <w:tcPr>
            <w:tcW w:type="dxa" w:w="2880"/>
          </w:tcPr>
          <w:p>
            <w:r>
              <w:t>2023-06-01</w:t>
            </w:r>
          </w:p>
        </w:tc>
        <w:tc>
          <w:tcPr>
            <w:tcW w:type="dxa" w:w="2880"/>
          </w:tcPr>
          <w:p>
            <w:r>
              <w:t>Camera citations by month</w:t>
            </w:r>
          </w:p>
        </w:tc>
        <w:tc>
          <w:tcPr>
            <w:tcW w:type="dxa" w:w="2880"/>
          </w:tcPr>
          <w:p>
            <w:r>
              <w:t>0</w:t>
            </w:r>
          </w:p>
        </w:tc>
      </w:tr>
      <w:tr>
        <w:tc>
          <w:tcPr>
            <w:tcW w:type="dxa" w:w="2880"/>
          </w:tcPr>
          <w:p>
            <w:r>
              <w:t>2023-06-01</w:t>
            </w:r>
          </w:p>
        </w:tc>
        <w:tc>
          <w:tcPr>
            <w:tcW w:type="dxa" w:w="2880"/>
          </w:tcPr>
          <w:p>
            <w:r>
              <w:t>Traffic calming</w:t>
            </w:r>
          </w:p>
        </w:tc>
        <w:tc>
          <w:tcPr>
            <w:tcW w:type="dxa" w:w="2880"/>
          </w:tcPr>
          <w:p>
            <w:r>
              <w:t>4</w:t>
            </w:r>
          </w:p>
        </w:tc>
      </w:tr>
      <w:tr>
        <w:tc>
          <w:tcPr>
            <w:tcW w:type="dxa" w:w="2880"/>
          </w:tcPr>
          <w:p>
            <w:r>
              <w:t>2023-07-01</w:t>
            </w:r>
          </w:p>
        </w:tc>
        <w:tc>
          <w:tcPr>
            <w:tcW w:type="dxa" w:w="2880"/>
          </w:tcPr>
          <w:p>
            <w:r>
              <w:t>Crashes</w:t>
            </w:r>
          </w:p>
        </w:tc>
        <w:tc>
          <w:tcPr>
            <w:tcW w:type="dxa" w:w="2880"/>
          </w:tcPr>
          <w:p>
            <w:r>
              <w:t>0</w:t>
            </w:r>
          </w:p>
        </w:tc>
      </w:tr>
      <w:tr>
        <w:tc>
          <w:tcPr>
            <w:tcW w:type="dxa" w:w="2880"/>
          </w:tcPr>
          <w:p>
            <w:r>
              <w:t>2023-07-01</w:t>
            </w:r>
          </w:p>
        </w:tc>
        <w:tc>
          <w:tcPr>
            <w:tcW w:type="dxa" w:w="2880"/>
          </w:tcPr>
          <w:p>
            <w:r>
              <w:t>Segment speeds by month</w:t>
            </w:r>
          </w:p>
        </w:tc>
        <w:tc>
          <w:tcPr>
            <w:tcW w:type="dxa" w:w="2880"/>
          </w:tcPr>
          <w:p>
            <w:r>
              <w:t>0</w:t>
            </w:r>
          </w:p>
        </w:tc>
      </w:tr>
      <w:tr>
        <w:tc>
          <w:tcPr>
            <w:tcW w:type="dxa" w:w="2880"/>
          </w:tcPr>
          <w:p>
            <w:r>
              <w:t>2023-07-01</w:t>
            </w:r>
          </w:p>
        </w:tc>
        <w:tc>
          <w:tcPr>
            <w:tcW w:type="dxa" w:w="2880"/>
          </w:tcPr>
          <w:p>
            <w:r>
              <w:t>Camera citations by month</w:t>
            </w:r>
          </w:p>
        </w:tc>
        <w:tc>
          <w:tcPr>
            <w:tcW w:type="dxa" w:w="2880"/>
          </w:tcPr>
          <w:p>
            <w:r>
              <w:t>0</w:t>
            </w:r>
          </w:p>
        </w:tc>
      </w:tr>
      <w:tr>
        <w:tc>
          <w:tcPr>
            <w:tcW w:type="dxa" w:w="2880"/>
          </w:tcPr>
          <w:p>
            <w:r>
              <w:t>2023-07-01</w:t>
            </w:r>
          </w:p>
        </w:tc>
        <w:tc>
          <w:tcPr>
            <w:tcW w:type="dxa" w:w="2880"/>
          </w:tcPr>
          <w:p>
            <w:r>
              <w:t>Traffic calming</w:t>
            </w:r>
          </w:p>
        </w:tc>
        <w:tc>
          <w:tcPr>
            <w:tcW w:type="dxa" w:w="2880"/>
          </w:tcPr>
          <w:p>
            <w:r>
              <w:t>2</w:t>
            </w:r>
          </w:p>
        </w:tc>
      </w:tr>
      <w:tr>
        <w:tc>
          <w:tcPr>
            <w:tcW w:type="dxa" w:w="2880"/>
          </w:tcPr>
          <w:p>
            <w:r>
              <w:t>2023-08-01</w:t>
            </w:r>
          </w:p>
        </w:tc>
        <w:tc>
          <w:tcPr>
            <w:tcW w:type="dxa" w:w="2880"/>
          </w:tcPr>
          <w:p>
            <w:r>
              <w:t>Crashes</w:t>
            </w:r>
          </w:p>
        </w:tc>
        <w:tc>
          <w:tcPr>
            <w:tcW w:type="dxa" w:w="2880"/>
          </w:tcPr>
          <w:p>
            <w:r>
              <w:t>0</w:t>
            </w:r>
          </w:p>
        </w:tc>
      </w:tr>
      <w:tr>
        <w:tc>
          <w:tcPr>
            <w:tcW w:type="dxa" w:w="2880"/>
          </w:tcPr>
          <w:p>
            <w:r>
              <w:t>2023-08-01</w:t>
            </w:r>
          </w:p>
        </w:tc>
        <w:tc>
          <w:tcPr>
            <w:tcW w:type="dxa" w:w="2880"/>
          </w:tcPr>
          <w:p>
            <w:r>
              <w:t>Segment speeds by month</w:t>
            </w:r>
          </w:p>
        </w:tc>
        <w:tc>
          <w:tcPr>
            <w:tcW w:type="dxa" w:w="2880"/>
          </w:tcPr>
          <w:p>
            <w:r>
              <w:t>0</w:t>
            </w:r>
          </w:p>
        </w:tc>
      </w:tr>
      <w:tr>
        <w:tc>
          <w:tcPr>
            <w:tcW w:type="dxa" w:w="2880"/>
          </w:tcPr>
          <w:p>
            <w:r>
              <w:t>2023-08-01</w:t>
            </w:r>
          </w:p>
        </w:tc>
        <w:tc>
          <w:tcPr>
            <w:tcW w:type="dxa" w:w="2880"/>
          </w:tcPr>
          <w:p>
            <w:r>
              <w:t>Camera citations by month</w:t>
            </w:r>
          </w:p>
        </w:tc>
        <w:tc>
          <w:tcPr>
            <w:tcW w:type="dxa" w:w="2880"/>
          </w:tcPr>
          <w:p>
            <w:r>
              <w:t>0</w:t>
            </w:r>
          </w:p>
        </w:tc>
      </w:tr>
      <w:tr>
        <w:tc>
          <w:tcPr>
            <w:tcW w:type="dxa" w:w="2880"/>
          </w:tcPr>
          <w:p>
            <w:r>
              <w:t>2023-08-01</w:t>
            </w:r>
          </w:p>
        </w:tc>
        <w:tc>
          <w:tcPr>
            <w:tcW w:type="dxa" w:w="2880"/>
          </w:tcPr>
          <w:p>
            <w:r>
              <w:t>Traffic calming</w:t>
            </w:r>
          </w:p>
        </w:tc>
        <w:tc>
          <w:tcPr>
            <w:tcW w:type="dxa" w:w="2880"/>
          </w:tcPr>
          <w:p>
            <w:r>
              <w:t>1</w:t>
            </w:r>
          </w:p>
        </w:tc>
      </w:tr>
      <w:tr>
        <w:tc>
          <w:tcPr>
            <w:tcW w:type="dxa" w:w="2880"/>
          </w:tcPr>
          <w:p>
            <w:r>
              <w:t>2023-09-01</w:t>
            </w:r>
          </w:p>
        </w:tc>
        <w:tc>
          <w:tcPr>
            <w:tcW w:type="dxa" w:w="2880"/>
          </w:tcPr>
          <w:p>
            <w:r>
              <w:t>Crashes</w:t>
            </w:r>
          </w:p>
        </w:tc>
        <w:tc>
          <w:tcPr>
            <w:tcW w:type="dxa" w:w="2880"/>
          </w:tcPr>
          <w:p>
            <w:r>
              <w:t>0</w:t>
            </w:r>
          </w:p>
        </w:tc>
      </w:tr>
      <w:tr>
        <w:tc>
          <w:tcPr>
            <w:tcW w:type="dxa" w:w="2880"/>
          </w:tcPr>
          <w:p>
            <w:r>
              <w:t>2023-09-01</w:t>
            </w:r>
          </w:p>
        </w:tc>
        <w:tc>
          <w:tcPr>
            <w:tcW w:type="dxa" w:w="2880"/>
          </w:tcPr>
          <w:p>
            <w:r>
              <w:t>Segment speeds by month</w:t>
            </w:r>
          </w:p>
        </w:tc>
        <w:tc>
          <w:tcPr>
            <w:tcW w:type="dxa" w:w="2880"/>
          </w:tcPr>
          <w:p>
            <w:r>
              <w:t>0</w:t>
            </w:r>
          </w:p>
        </w:tc>
      </w:tr>
      <w:tr>
        <w:tc>
          <w:tcPr>
            <w:tcW w:type="dxa" w:w="2880"/>
          </w:tcPr>
          <w:p>
            <w:r>
              <w:t>2023-09-01</w:t>
            </w:r>
          </w:p>
        </w:tc>
        <w:tc>
          <w:tcPr>
            <w:tcW w:type="dxa" w:w="2880"/>
          </w:tcPr>
          <w:p>
            <w:r>
              <w:t>Camera citations by month</w:t>
            </w:r>
          </w:p>
        </w:tc>
        <w:tc>
          <w:tcPr>
            <w:tcW w:type="dxa" w:w="2880"/>
          </w:tcPr>
          <w:p>
            <w:r>
              <w:t>0</w:t>
            </w:r>
          </w:p>
        </w:tc>
      </w:tr>
      <w:tr>
        <w:tc>
          <w:tcPr>
            <w:tcW w:type="dxa" w:w="2880"/>
          </w:tcPr>
          <w:p>
            <w:r>
              <w:t>2023-09-01</w:t>
            </w:r>
          </w:p>
        </w:tc>
        <w:tc>
          <w:tcPr>
            <w:tcW w:type="dxa" w:w="2880"/>
          </w:tcPr>
          <w:p>
            <w:r>
              <w:t>Traffic calming</w:t>
            </w:r>
          </w:p>
        </w:tc>
        <w:tc>
          <w:tcPr>
            <w:tcW w:type="dxa" w:w="2880"/>
          </w:tcPr>
          <w:p>
            <w:r>
              <w:t>4</w:t>
            </w:r>
          </w:p>
        </w:tc>
      </w:tr>
      <w:tr>
        <w:tc>
          <w:tcPr>
            <w:tcW w:type="dxa" w:w="2880"/>
          </w:tcPr>
          <w:p>
            <w:r>
              <w:t>2023-10-01</w:t>
            </w:r>
          </w:p>
        </w:tc>
        <w:tc>
          <w:tcPr>
            <w:tcW w:type="dxa" w:w="2880"/>
          </w:tcPr>
          <w:p>
            <w:r>
              <w:t>Crashes</w:t>
            </w:r>
          </w:p>
        </w:tc>
        <w:tc>
          <w:tcPr>
            <w:tcW w:type="dxa" w:w="2880"/>
          </w:tcPr>
          <w:p>
            <w:r>
              <w:t>0</w:t>
            </w:r>
          </w:p>
        </w:tc>
      </w:tr>
      <w:tr>
        <w:tc>
          <w:tcPr>
            <w:tcW w:type="dxa" w:w="2880"/>
          </w:tcPr>
          <w:p>
            <w:r>
              <w:t>2023-10-01</w:t>
            </w:r>
          </w:p>
        </w:tc>
        <w:tc>
          <w:tcPr>
            <w:tcW w:type="dxa" w:w="2880"/>
          </w:tcPr>
          <w:p>
            <w:r>
              <w:t>Segment speeds by month</w:t>
            </w:r>
          </w:p>
        </w:tc>
        <w:tc>
          <w:tcPr>
            <w:tcW w:type="dxa" w:w="2880"/>
          </w:tcPr>
          <w:p>
            <w:r>
              <w:t>0</w:t>
            </w:r>
          </w:p>
        </w:tc>
      </w:tr>
      <w:tr>
        <w:tc>
          <w:tcPr>
            <w:tcW w:type="dxa" w:w="2880"/>
          </w:tcPr>
          <w:p>
            <w:r>
              <w:t>2023-10-01</w:t>
            </w:r>
          </w:p>
        </w:tc>
        <w:tc>
          <w:tcPr>
            <w:tcW w:type="dxa" w:w="2880"/>
          </w:tcPr>
          <w:p>
            <w:r>
              <w:t>Camera citations by month</w:t>
            </w:r>
          </w:p>
        </w:tc>
        <w:tc>
          <w:tcPr>
            <w:tcW w:type="dxa" w:w="2880"/>
          </w:tcPr>
          <w:p>
            <w:r>
              <w:t>0</w:t>
            </w:r>
          </w:p>
        </w:tc>
      </w:tr>
      <w:tr>
        <w:tc>
          <w:tcPr>
            <w:tcW w:type="dxa" w:w="2880"/>
          </w:tcPr>
          <w:p>
            <w:r>
              <w:t>2023-10-01</w:t>
            </w:r>
          </w:p>
        </w:tc>
        <w:tc>
          <w:tcPr>
            <w:tcW w:type="dxa" w:w="2880"/>
          </w:tcPr>
          <w:p>
            <w:r>
              <w:t>Traffic calming</w:t>
            </w:r>
          </w:p>
        </w:tc>
        <w:tc>
          <w:tcPr>
            <w:tcW w:type="dxa" w:w="2880"/>
          </w:tcPr>
          <w:p>
            <w:r>
              <w:t>1</w:t>
            </w:r>
          </w:p>
        </w:tc>
      </w:tr>
      <w:tr>
        <w:tc>
          <w:tcPr>
            <w:tcW w:type="dxa" w:w="2880"/>
          </w:tcPr>
          <w:p>
            <w:r>
              <w:t>2023-11-01</w:t>
            </w:r>
          </w:p>
        </w:tc>
        <w:tc>
          <w:tcPr>
            <w:tcW w:type="dxa" w:w="2880"/>
          </w:tcPr>
          <w:p>
            <w:r>
              <w:t>Crashes</w:t>
            </w:r>
          </w:p>
        </w:tc>
        <w:tc>
          <w:tcPr>
            <w:tcW w:type="dxa" w:w="2880"/>
          </w:tcPr>
          <w:p>
            <w:r>
              <w:t>0</w:t>
            </w:r>
          </w:p>
        </w:tc>
      </w:tr>
      <w:tr>
        <w:tc>
          <w:tcPr>
            <w:tcW w:type="dxa" w:w="2880"/>
          </w:tcPr>
          <w:p>
            <w:r>
              <w:t>2023-11-01</w:t>
            </w:r>
          </w:p>
        </w:tc>
        <w:tc>
          <w:tcPr>
            <w:tcW w:type="dxa" w:w="2880"/>
          </w:tcPr>
          <w:p>
            <w:r>
              <w:t>Segment speeds by month</w:t>
            </w:r>
          </w:p>
        </w:tc>
        <w:tc>
          <w:tcPr>
            <w:tcW w:type="dxa" w:w="2880"/>
          </w:tcPr>
          <w:p>
            <w:r>
              <w:t>0</w:t>
            </w:r>
          </w:p>
        </w:tc>
      </w:tr>
      <w:tr>
        <w:tc>
          <w:tcPr>
            <w:tcW w:type="dxa" w:w="2880"/>
          </w:tcPr>
          <w:p>
            <w:r>
              <w:t>2023-11-01</w:t>
            </w:r>
          </w:p>
        </w:tc>
        <w:tc>
          <w:tcPr>
            <w:tcW w:type="dxa" w:w="2880"/>
          </w:tcPr>
          <w:p>
            <w:r>
              <w:t>Camera citations by month</w:t>
            </w:r>
          </w:p>
        </w:tc>
        <w:tc>
          <w:tcPr>
            <w:tcW w:type="dxa" w:w="2880"/>
          </w:tcPr>
          <w:p>
            <w:r>
              <w:t>0</w:t>
            </w:r>
          </w:p>
        </w:tc>
      </w:tr>
      <w:tr>
        <w:tc>
          <w:tcPr>
            <w:tcW w:type="dxa" w:w="2880"/>
          </w:tcPr>
          <w:p>
            <w:r>
              <w:t>2023-11-01</w:t>
            </w:r>
          </w:p>
        </w:tc>
        <w:tc>
          <w:tcPr>
            <w:tcW w:type="dxa" w:w="2880"/>
          </w:tcPr>
          <w:p>
            <w:r>
              <w:t>Traffic calming</w:t>
            </w:r>
          </w:p>
        </w:tc>
        <w:tc>
          <w:tcPr>
            <w:tcW w:type="dxa" w:w="2880"/>
          </w:tcPr>
          <w:p>
            <w:r>
              <w:t>0</w:t>
            </w:r>
          </w:p>
        </w:tc>
      </w:tr>
      <w:tr>
        <w:tc>
          <w:tcPr>
            <w:tcW w:type="dxa" w:w="2880"/>
          </w:tcPr>
          <w:p>
            <w:r>
              <w:t>2023-12-01</w:t>
            </w:r>
          </w:p>
        </w:tc>
        <w:tc>
          <w:tcPr>
            <w:tcW w:type="dxa" w:w="2880"/>
          </w:tcPr>
          <w:p>
            <w:r>
              <w:t>Crashes</w:t>
            </w:r>
          </w:p>
        </w:tc>
        <w:tc>
          <w:tcPr>
            <w:tcW w:type="dxa" w:w="2880"/>
          </w:tcPr>
          <w:p>
            <w:r>
              <w:t>0</w:t>
            </w:r>
          </w:p>
        </w:tc>
      </w:tr>
      <w:tr>
        <w:tc>
          <w:tcPr>
            <w:tcW w:type="dxa" w:w="2880"/>
          </w:tcPr>
          <w:p>
            <w:r>
              <w:t>2023-12-01</w:t>
            </w:r>
          </w:p>
        </w:tc>
        <w:tc>
          <w:tcPr>
            <w:tcW w:type="dxa" w:w="2880"/>
          </w:tcPr>
          <w:p>
            <w:r>
              <w:t>Segment speeds by month</w:t>
            </w:r>
          </w:p>
        </w:tc>
        <w:tc>
          <w:tcPr>
            <w:tcW w:type="dxa" w:w="2880"/>
          </w:tcPr>
          <w:p>
            <w:r>
              <w:t>0</w:t>
            </w:r>
          </w:p>
        </w:tc>
      </w:tr>
      <w:tr>
        <w:tc>
          <w:tcPr>
            <w:tcW w:type="dxa" w:w="2880"/>
          </w:tcPr>
          <w:p>
            <w:r>
              <w:t>2023-12-01</w:t>
            </w:r>
          </w:p>
        </w:tc>
        <w:tc>
          <w:tcPr>
            <w:tcW w:type="dxa" w:w="2880"/>
          </w:tcPr>
          <w:p>
            <w:r>
              <w:t>Camera citations by month</w:t>
            </w:r>
          </w:p>
        </w:tc>
        <w:tc>
          <w:tcPr>
            <w:tcW w:type="dxa" w:w="2880"/>
          </w:tcPr>
          <w:p>
            <w:r>
              <w:t>0</w:t>
            </w:r>
          </w:p>
        </w:tc>
      </w:tr>
      <w:tr>
        <w:tc>
          <w:tcPr>
            <w:tcW w:type="dxa" w:w="2880"/>
          </w:tcPr>
          <w:p>
            <w:r>
              <w:t>2023-12-01</w:t>
            </w:r>
          </w:p>
        </w:tc>
        <w:tc>
          <w:tcPr>
            <w:tcW w:type="dxa" w:w="2880"/>
          </w:tcPr>
          <w:p>
            <w:r>
              <w:t>Traffic calming</w:t>
            </w:r>
          </w:p>
        </w:tc>
        <w:tc>
          <w:tcPr>
            <w:tcW w:type="dxa" w:w="2880"/>
          </w:tcPr>
          <w:p>
            <w:r>
              <w:t>3</w:t>
            </w:r>
          </w:p>
        </w:tc>
      </w:tr>
      <w:tr>
        <w:tc>
          <w:tcPr>
            <w:tcW w:type="dxa" w:w="2880"/>
          </w:tcPr>
          <w:p>
            <w:r>
              <w:t>2024-01-01</w:t>
            </w:r>
          </w:p>
        </w:tc>
        <w:tc>
          <w:tcPr>
            <w:tcW w:type="dxa" w:w="2880"/>
          </w:tcPr>
          <w:p>
            <w:r>
              <w:t>Crashes</w:t>
            </w:r>
          </w:p>
        </w:tc>
        <w:tc>
          <w:tcPr>
            <w:tcW w:type="dxa" w:w="2880"/>
          </w:tcPr>
          <w:p>
            <w:r>
              <w:t>0</w:t>
            </w:r>
          </w:p>
        </w:tc>
      </w:tr>
      <w:tr>
        <w:tc>
          <w:tcPr>
            <w:tcW w:type="dxa" w:w="2880"/>
          </w:tcPr>
          <w:p>
            <w:r>
              <w:t>2024-01-01</w:t>
            </w:r>
          </w:p>
        </w:tc>
        <w:tc>
          <w:tcPr>
            <w:tcW w:type="dxa" w:w="2880"/>
          </w:tcPr>
          <w:p>
            <w:r>
              <w:t>Segment speeds by month</w:t>
            </w:r>
          </w:p>
        </w:tc>
        <w:tc>
          <w:tcPr>
            <w:tcW w:type="dxa" w:w="2880"/>
          </w:tcPr>
          <w:p>
            <w:r>
              <w:t>0</w:t>
            </w:r>
          </w:p>
        </w:tc>
      </w:tr>
      <w:tr>
        <w:tc>
          <w:tcPr>
            <w:tcW w:type="dxa" w:w="2880"/>
          </w:tcPr>
          <w:p>
            <w:r>
              <w:t>2024-01-01</w:t>
            </w:r>
          </w:p>
        </w:tc>
        <w:tc>
          <w:tcPr>
            <w:tcW w:type="dxa" w:w="2880"/>
          </w:tcPr>
          <w:p>
            <w:r>
              <w:t>Camera citations by month</w:t>
            </w:r>
          </w:p>
        </w:tc>
        <w:tc>
          <w:tcPr>
            <w:tcW w:type="dxa" w:w="2880"/>
          </w:tcPr>
          <w:p>
            <w:r>
              <w:t>0</w:t>
            </w:r>
          </w:p>
        </w:tc>
      </w:tr>
      <w:tr>
        <w:tc>
          <w:tcPr>
            <w:tcW w:type="dxa" w:w="2880"/>
          </w:tcPr>
          <w:p>
            <w:r>
              <w:t>2024-01-01</w:t>
            </w:r>
          </w:p>
        </w:tc>
        <w:tc>
          <w:tcPr>
            <w:tcW w:type="dxa" w:w="2880"/>
          </w:tcPr>
          <w:p>
            <w:r>
              <w:t>Traffic calming</w:t>
            </w:r>
          </w:p>
        </w:tc>
        <w:tc>
          <w:tcPr>
            <w:tcW w:type="dxa" w:w="2880"/>
          </w:tcPr>
          <w:p>
            <w:r>
              <w:t>1</w:t>
            </w:r>
          </w:p>
        </w:tc>
      </w:tr>
      <w:tr>
        <w:tc>
          <w:tcPr>
            <w:tcW w:type="dxa" w:w="2880"/>
          </w:tcPr>
          <w:p>
            <w:r>
              <w:t>2024-02-01</w:t>
            </w:r>
          </w:p>
        </w:tc>
        <w:tc>
          <w:tcPr>
            <w:tcW w:type="dxa" w:w="2880"/>
          </w:tcPr>
          <w:p>
            <w:r>
              <w:t>Crashes</w:t>
            </w:r>
          </w:p>
        </w:tc>
        <w:tc>
          <w:tcPr>
            <w:tcW w:type="dxa" w:w="2880"/>
          </w:tcPr>
          <w:p>
            <w:r>
              <w:t>0</w:t>
            </w:r>
          </w:p>
        </w:tc>
      </w:tr>
      <w:tr>
        <w:tc>
          <w:tcPr>
            <w:tcW w:type="dxa" w:w="2880"/>
          </w:tcPr>
          <w:p>
            <w:r>
              <w:t>2024-02-01</w:t>
            </w:r>
          </w:p>
        </w:tc>
        <w:tc>
          <w:tcPr>
            <w:tcW w:type="dxa" w:w="2880"/>
          </w:tcPr>
          <w:p>
            <w:r>
              <w:t>Segment speeds by month</w:t>
            </w:r>
          </w:p>
        </w:tc>
        <w:tc>
          <w:tcPr>
            <w:tcW w:type="dxa" w:w="2880"/>
          </w:tcPr>
          <w:p>
            <w:r>
              <w:t>0</w:t>
            </w:r>
          </w:p>
        </w:tc>
      </w:tr>
      <w:tr>
        <w:tc>
          <w:tcPr>
            <w:tcW w:type="dxa" w:w="2880"/>
          </w:tcPr>
          <w:p>
            <w:r>
              <w:t>2024-02-01</w:t>
            </w:r>
          </w:p>
        </w:tc>
        <w:tc>
          <w:tcPr>
            <w:tcW w:type="dxa" w:w="2880"/>
          </w:tcPr>
          <w:p>
            <w:r>
              <w:t>Camera citations by month</w:t>
            </w:r>
          </w:p>
        </w:tc>
        <w:tc>
          <w:tcPr>
            <w:tcW w:type="dxa" w:w="2880"/>
          </w:tcPr>
          <w:p>
            <w:r>
              <w:t>0</w:t>
            </w:r>
          </w:p>
        </w:tc>
      </w:tr>
      <w:tr>
        <w:tc>
          <w:tcPr>
            <w:tcW w:type="dxa" w:w="2880"/>
          </w:tcPr>
          <w:p>
            <w:r>
              <w:t>2024-02-01</w:t>
            </w:r>
          </w:p>
        </w:tc>
        <w:tc>
          <w:tcPr>
            <w:tcW w:type="dxa" w:w="2880"/>
          </w:tcPr>
          <w:p>
            <w:r>
              <w:t>Traffic calming</w:t>
            </w:r>
          </w:p>
        </w:tc>
        <w:tc>
          <w:tcPr>
            <w:tcW w:type="dxa" w:w="2880"/>
          </w:tcPr>
          <w:p>
            <w:r>
              <w:t>1</w:t>
            </w:r>
          </w:p>
        </w:tc>
      </w:tr>
      <w:tr>
        <w:tc>
          <w:tcPr>
            <w:tcW w:type="dxa" w:w="2880"/>
          </w:tcPr>
          <w:p>
            <w:r>
              <w:t>2024-03-01</w:t>
            </w:r>
          </w:p>
        </w:tc>
        <w:tc>
          <w:tcPr>
            <w:tcW w:type="dxa" w:w="2880"/>
          </w:tcPr>
          <w:p>
            <w:r>
              <w:t>Crashes</w:t>
            </w:r>
          </w:p>
        </w:tc>
        <w:tc>
          <w:tcPr>
            <w:tcW w:type="dxa" w:w="2880"/>
          </w:tcPr>
          <w:p>
            <w:r>
              <w:t>0</w:t>
            </w:r>
          </w:p>
        </w:tc>
      </w:tr>
      <w:tr>
        <w:tc>
          <w:tcPr>
            <w:tcW w:type="dxa" w:w="2880"/>
          </w:tcPr>
          <w:p>
            <w:r>
              <w:t>2024-03-01</w:t>
            </w:r>
          </w:p>
        </w:tc>
        <w:tc>
          <w:tcPr>
            <w:tcW w:type="dxa" w:w="2880"/>
          </w:tcPr>
          <w:p>
            <w:r>
              <w:t>Segment speeds by month</w:t>
            </w:r>
          </w:p>
        </w:tc>
        <w:tc>
          <w:tcPr>
            <w:tcW w:type="dxa" w:w="2880"/>
          </w:tcPr>
          <w:p>
            <w:r>
              <w:t>0</w:t>
            </w:r>
          </w:p>
        </w:tc>
      </w:tr>
      <w:tr>
        <w:tc>
          <w:tcPr>
            <w:tcW w:type="dxa" w:w="2880"/>
          </w:tcPr>
          <w:p>
            <w:r>
              <w:t>2024-03-01</w:t>
            </w:r>
          </w:p>
        </w:tc>
        <w:tc>
          <w:tcPr>
            <w:tcW w:type="dxa" w:w="2880"/>
          </w:tcPr>
          <w:p>
            <w:r>
              <w:t>Camera citations by month</w:t>
            </w:r>
          </w:p>
        </w:tc>
        <w:tc>
          <w:tcPr>
            <w:tcW w:type="dxa" w:w="2880"/>
          </w:tcPr>
          <w:p>
            <w:r>
              <w:t>0</w:t>
            </w:r>
          </w:p>
        </w:tc>
      </w:tr>
      <w:tr>
        <w:tc>
          <w:tcPr>
            <w:tcW w:type="dxa" w:w="2880"/>
          </w:tcPr>
          <w:p>
            <w:r>
              <w:t>2024-03-01</w:t>
            </w:r>
          </w:p>
        </w:tc>
        <w:tc>
          <w:tcPr>
            <w:tcW w:type="dxa" w:w="2880"/>
          </w:tcPr>
          <w:p>
            <w:r>
              <w:t>Traffic calming</w:t>
            </w:r>
          </w:p>
        </w:tc>
        <w:tc>
          <w:tcPr>
            <w:tcW w:type="dxa" w:w="2880"/>
          </w:tcPr>
          <w:p>
            <w:r>
              <w:t>2</w:t>
            </w:r>
          </w:p>
        </w:tc>
      </w:tr>
      <w:tr>
        <w:tc>
          <w:tcPr>
            <w:tcW w:type="dxa" w:w="2880"/>
          </w:tcPr>
          <w:p>
            <w:r>
              <w:t>2024-04-01</w:t>
            </w:r>
          </w:p>
        </w:tc>
        <w:tc>
          <w:tcPr>
            <w:tcW w:type="dxa" w:w="2880"/>
          </w:tcPr>
          <w:p>
            <w:r>
              <w:t>Crashes</w:t>
            </w:r>
          </w:p>
        </w:tc>
        <w:tc>
          <w:tcPr>
            <w:tcW w:type="dxa" w:w="2880"/>
          </w:tcPr>
          <w:p>
            <w:r>
              <w:t>0</w:t>
            </w:r>
          </w:p>
        </w:tc>
      </w:tr>
      <w:tr>
        <w:tc>
          <w:tcPr>
            <w:tcW w:type="dxa" w:w="2880"/>
          </w:tcPr>
          <w:p>
            <w:r>
              <w:t>2024-04-01</w:t>
            </w:r>
          </w:p>
        </w:tc>
        <w:tc>
          <w:tcPr>
            <w:tcW w:type="dxa" w:w="2880"/>
          </w:tcPr>
          <w:p>
            <w:r>
              <w:t>Segment speeds by month</w:t>
            </w:r>
          </w:p>
        </w:tc>
        <w:tc>
          <w:tcPr>
            <w:tcW w:type="dxa" w:w="2880"/>
          </w:tcPr>
          <w:p>
            <w:r>
              <w:t>0</w:t>
            </w:r>
          </w:p>
        </w:tc>
      </w:tr>
      <w:tr>
        <w:tc>
          <w:tcPr>
            <w:tcW w:type="dxa" w:w="2880"/>
          </w:tcPr>
          <w:p>
            <w:r>
              <w:t>2024-04-01</w:t>
            </w:r>
          </w:p>
        </w:tc>
        <w:tc>
          <w:tcPr>
            <w:tcW w:type="dxa" w:w="2880"/>
          </w:tcPr>
          <w:p>
            <w:r>
              <w:t>Camera citations by month</w:t>
            </w:r>
          </w:p>
        </w:tc>
        <w:tc>
          <w:tcPr>
            <w:tcW w:type="dxa" w:w="2880"/>
          </w:tcPr>
          <w:p>
            <w:r>
              <w:t>0</w:t>
            </w:r>
          </w:p>
        </w:tc>
      </w:tr>
      <w:tr>
        <w:tc>
          <w:tcPr>
            <w:tcW w:type="dxa" w:w="2880"/>
          </w:tcPr>
          <w:p>
            <w:r>
              <w:t>2024-04-01</w:t>
            </w:r>
          </w:p>
        </w:tc>
        <w:tc>
          <w:tcPr>
            <w:tcW w:type="dxa" w:w="2880"/>
          </w:tcPr>
          <w:p>
            <w:r>
              <w:t>Traffic calming</w:t>
            </w:r>
          </w:p>
        </w:tc>
        <w:tc>
          <w:tcPr>
            <w:tcW w:type="dxa" w:w="2880"/>
          </w:tcPr>
          <w:p>
            <w:r>
              <w:t>1</w:t>
            </w:r>
          </w:p>
        </w:tc>
      </w:tr>
      <w:tr>
        <w:tc>
          <w:tcPr>
            <w:tcW w:type="dxa" w:w="2880"/>
          </w:tcPr>
          <w:p>
            <w:r>
              <w:t>2024-05-01</w:t>
            </w:r>
          </w:p>
        </w:tc>
        <w:tc>
          <w:tcPr>
            <w:tcW w:type="dxa" w:w="2880"/>
          </w:tcPr>
          <w:p>
            <w:r>
              <w:t>Crashes</w:t>
            </w:r>
          </w:p>
        </w:tc>
        <w:tc>
          <w:tcPr>
            <w:tcW w:type="dxa" w:w="2880"/>
          </w:tcPr>
          <w:p>
            <w:r>
              <w:t>0</w:t>
            </w:r>
          </w:p>
        </w:tc>
      </w:tr>
      <w:tr>
        <w:tc>
          <w:tcPr>
            <w:tcW w:type="dxa" w:w="2880"/>
          </w:tcPr>
          <w:p>
            <w:r>
              <w:t>2024-05-01</w:t>
            </w:r>
          </w:p>
        </w:tc>
        <w:tc>
          <w:tcPr>
            <w:tcW w:type="dxa" w:w="2880"/>
          </w:tcPr>
          <w:p>
            <w:r>
              <w:t>Segment speeds by month</w:t>
            </w:r>
          </w:p>
        </w:tc>
        <w:tc>
          <w:tcPr>
            <w:tcW w:type="dxa" w:w="2880"/>
          </w:tcPr>
          <w:p>
            <w:r>
              <w:t>0</w:t>
            </w:r>
          </w:p>
        </w:tc>
      </w:tr>
      <w:tr>
        <w:tc>
          <w:tcPr>
            <w:tcW w:type="dxa" w:w="2880"/>
          </w:tcPr>
          <w:p>
            <w:r>
              <w:t>2024-05-01</w:t>
            </w:r>
          </w:p>
        </w:tc>
        <w:tc>
          <w:tcPr>
            <w:tcW w:type="dxa" w:w="2880"/>
          </w:tcPr>
          <w:p>
            <w:r>
              <w:t>Camera citations by month</w:t>
            </w:r>
          </w:p>
        </w:tc>
        <w:tc>
          <w:tcPr>
            <w:tcW w:type="dxa" w:w="2880"/>
          </w:tcPr>
          <w:p>
            <w:r>
              <w:t>0</w:t>
            </w:r>
          </w:p>
        </w:tc>
      </w:tr>
      <w:tr>
        <w:tc>
          <w:tcPr>
            <w:tcW w:type="dxa" w:w="2880"/>
          </w:tcPr>
          <w:p>
            <w:r>
              <w:t>2024-05-01</w:t>
            </w:r>
          </w:p>
        </w:tc>
        <w:tc>
          <w:tcPr>
            <w:tcW w:type="dxa" w:w="2880"/>
          </w:tcPr>
          <w:p>
            <w:r>
              <w:t>Traffic calming</w:t>
            </w:r>
          </w:p>
        </w:tc>
        <w:tc>
          <w:tcPr>
            <w:tcW w:type="dxa" w:w="2880"/>
          </w:tcPr>
          <w:p>
            <w:r>
              <w:t>1</w:t>
            </w:r>
          </w:p>
        </w:tc>
      </w:tr>
      <w:tr>
        <w:tc>
          <w:tcPr>
            <w:tcW w:type="dxa" w:w="2880"/>
          </w:tcPr>
          <w:p>
            <w:r>
              <w:t>2024-06-01</w:t>
            </w:r>
          </w:p>
        </w:tc>
        <w:tc>
          <w:tcPr>
            <w:tcW w:type="dxa" w:w="2880"/>
          </w:tcPr>
          <w:p>
            <w:r>
              <w:t>Crashes</w:t>
            </w:r>
          </w:p>
        </w:tc>
        <w:tc>
          <w:tcPr>
            <w:tcW w:type="dxa" w:w="2880"/>
          </w:tcPr>
          <w:p>
            <w:r>
              <w:t>0</w:t>
            </w:r>
          </w:p>
        </w:tc>
      </w:tr>
      <w:tr>
        <w:tc>
          <w:tcPr>
            <w:tcW w:type="dxa" w:w="2880"/>
          </w:tcPr>
          <w:p>
            <w:r>
              <w:t>2024-06-01</w:t>
            </w:r>
          </w:p>
        </w:tc>
        <w:tc>
          <w:tcPr>
            <w:tcW w:type="dxa" w:w="2880"/>
          </w:tcPr>
          <w:p>
            <w:r>
              <w:t>Segment speeds by month</w:t>
            </w:r>
          </w:p>
        </w:tc>
        <w:tc>
          <w:tcPr>
            <w:tcW w:type="dxa" w:w="2880"/>
          </w:tcPr>
          <w:p>
            <w:r>
              <w:t>0</w:t>
            </w:r>
          </w:p>
        </w:tc>
      </w:tr>
      <w:tr>
        <w:tc>
          <w:tcPr>
            <w:tcW w:type="dxa" w:w="2880"/>
          </w:tcPr>
          <w:p>
            <w:r>
              <w:t>2024-06-01</w:t>
            </w:r>
          </w:p>
        </w:tc>
        <w:tc>
          <w:tcPr>
            <w:tcW w:type="dxa" w:w="2880"/>
          </w:tcPr>
          <w:p>
            <w:r>
              <w:t>Camera citations by month</w:t>
            </w:r>
          </w:p>
        </w:tc>
        <w:tc>
          <w:tcPr>
            <w:tcW w:type="dxa" w:w="2880"/>
          </w:tcPr>
          <w:p>
            <w:r>
              <w:t>0</w:t>
            </w:r>
          </w:p>
        </w:tc>
      </w:tr>
      <w:tr>
        <w:tc>
          <w:tcPr>
            <w:tcW w:type="dxa" w:w="2880"/>
          </w:tcPr>
          <w:p>
            <w:r>
              <w:t>2024-06-01</w:t>
            </w:r>
          </w:p>
        </w:tc>
        <w:tc>
          <w:tcPr>
            <w:tcW w:type="dxa" w:w="2880"/>
          </w:tcPr>
          <w:p>
            <w:r>
              <w:t>Traffic calming</w:t>
            </w:r>
          </w:p>
        </w:tc>
        <w:tc>
          <w:tcPr>
            <w:tcW w:type="dxa" w:w="2880"/>
          </w:tcPr>
          <w:p>
            <w:r>
              <w:t>2</w:t>
            </w:r>
          </w:p>
        </w:tc>
      </w:tr>
      <w:tr>
        <w:tc>
          <w:tcPr>
            <w:tcW w:type="dxa" w:w="2880"/>
          </w:tcPr>
          <w:p>
            <w:r>
              <w:t>2024-07-01</w:t>
            </w:r>
          </w:p>
        </w:tc>
        <w:tc>
          <w:tcPr>
            <w:tcW w:type="dxa" w:w="2880"/>
          </w:tcPr>
          <w:p>
            <w:r>
              <w:t>Crashes</w:t>
            </w:r>
          </w:p>
        </w:tc>
        <w:tc>
          <w:tcPr>
            <w:tcW w:type="dxa" w:w="2880"/>
          </w:tcPr>
          <w:p>
            <w:r>
              <w:t>0</w:t>
            </w:r>
          </w:p>
        </w:tc>
      </w:tr>
      <w:tr>
        <w:tc>
          <w:tcPr>
            <w:tcW w:type="dxa" w:w="2880"/>
          </w:tcPr>
          <w:p>
            <w:r>
              <w:t>2024-07-01</w:t>
            </w:r>
          </w:p>
        </w:tc>
        <w:tc>
          <w:tcPr>
            <w:tcW w:type="dxa" w:w="2880"/>
          </w:tcPr>
          <w:p>
            <w:r>
              <w:t>Segment speeds by month</w:t>
            </w:r>
          </w:p>
        </w:tc>
        <w:tc>
          <w:tcPr>
            <w:tcW w:type="dxa" w:w="2880"/>
          </w:tcPr>
          <w:p>
            <w:r>
              <w:t>0</w:t>
            </w:r>
          </w:p>
        </w:tc>
      </w:tr>
      <w:tr>
        <w:tc>
          <w:tcPr>
            <w:tcW w:type="dxa" w:w="2880"/>
          </w:tcPr>
          <w:p>
            <w:r>
              <w:t>2024-07-01</w:t>
            </w:r>
          </w:p>
        </w:tc>
        <w:tc>
          <w:tcPr>
            <w:tcW w:type="dxa" w:w="2880"/>
          </w:tcPr>
          <w:p>
            <w:r>
              <w:t>Camera citations by month</w:t>
            </w:r>
          </w:p>
        </w:tc>
        <w:tc>
          <w:tcPr>
            <w:tcW w:type="dxa" w:w="2880"/>
          </w:tcPr>
          <w:p>
            <w:r>
              <w:t>0</w:t>
            </w:r>
          </w:p>
        </w:tc>
      </w:tr>
      <w:tr>
        <w:tc>
          <w:tcPr>
            <w:tcW w:type="dxa" w:w="2880"/>
          </w:tcPr>
          <w:p>
            <w:r>
              <w:t>2024-07-01</w:t>
            </w:r>
          </w:p>
        </w:tc>
        <w:tc>
          <w:tcPr>
            <w:tcW w:type="dxa" w:w="2880"/>
          </w:tcPr>
          <w:p>
            <w:r>
              <w:t>Traffic calming</w:t>
            </w:r>
          </w:p>
        </w:tc>
        <w:tc>
          <w:tcPr>
            <w:tcW w:type="dxa" w:w="2880"/>
          </w:tcPr>
          <w:p>
            <w:r>
              <w:t>2</w:t>
            </w:r>
          </w:p>
        </w:tc>
      </w:tr>
      <w:tr>
        <w:tc>
          <w:tcPr>
            <w:tcW w:type="dxa" w:w="2880"/>
          </w:tcPr>
          <w:p>
            <w:r>
              <w:t>2024-08-01</w:t>
            </w:r>
          </w:p>
        </w:tc>
        <w:tc>
          <w:tcPr>
            <w:tcW w:type="dxa" w:w="2880"/>
          </w:tcPr>
          <w:p>
            <w:r>
              <w:t>Crashes</w:t>
            </w:r>
          </w:p>
        </w:tc>
        <w:tc>
          <w:tcPr>
            <w:tcW w:type="dxa" w:w="2880"/>
          </w:tcPr>
          <w:p>
            <w:r>
              <w:t>0</w:t>
            </w:r>
          </w:p>
        </w:tc>
      </w:tr>
      <w:tr>
        <w:tc>
          <w:tcPr>
            <w:tcW w:type="dxa" w:w="2880"/>
          </w:tcPr>
          <w:p>
            <w:r>
              <w:t>2024-08-01</w:t>
            </w:r>
          </w:p>
        </w:tc>
        <w:tc>
          <w:tcPr>
            <w:tcW w:type="dxa" w:w="2880"/>
          </w:tcPr>
          <w:p>
            <w:r>
              <w:t>Segment speeds by month</w:t>
            </w:r>
          </w:p>
        </w:tc>
        <w:tc>
          <w:tcPr>
            <w:tcW w:type="dxa" w:w="2880"/>
          </w:tcPr>
          <w:p>
            <w:r>
              <w:t>0</w:t>
            </w:r>
          </w:p>
        </w:tc>
      </w:tr>
      <w:tr>
        <w:tc>
          <w:tcPr>
            <w:tcW w:type="dxa" w:w="2880"/>
          </w:tcPr>
          <w:p>
            <w:r>
              <w:t>2024-08-01</w:t>
            </w:r>
          </w:p>
        </w:tc>
        <w:tc>
          <w:tcPr>
            <w:tcW w:type="dxa" w:w="2880"/>
          </w:tcPr>
          <w:p>
            <w:r>
              <w:t>Camera citations by month</w:t>
            </w:r>
          </w:p>
        </w:tc>
        <w:tc>
          <w:tcPr>
            <w:tcW w:type="dxa" w:w="2880"/>
          </w:tcPr>
          <w:p>
            <w:r>
              <w:t>0</w:t>
            </w:r>
          </w:p>
        </w:tc>
      </w:tr>
      <w:tr>
        <w:tc>
          <w:tcPr>
            <w:tcW w:type="dxa" w:w="2880"/>
          </w:tcPr>
          <w:p>
            <w:r>
              <w:t>2024-08-01</w:t>
            </w:r>
          </w:p>
        </w:tc>
        <w:tc>
          <w:tcPr>
            <w:tcW w:type="dxa" w:w="2880"/>
          </w:tcPr>
          <w:p>
            <w:r>
              <w:t>Traffic calming</w:t>
            </w:r>
          </w:p>
        </w:tc>
        <w:tc>
          <w:tcPr>
            <w:tcW w:type="dxa" w:w="2880"/>
          </w:tcPr>
          <w:p>
            <w:r>
              <w:t>1</w:t>
            </w:r>
          </w:p>
        </w:tc>
      </w:tr>
      <w:tr>
        <w:tc>
          <w:tcPr>
            <w:tcW w:type="dxa" w:w="2880"/>
          </w:tcPr>
          <w:p>
            <w:r>
              <w:t>2024-09-01</w:t>
            </w:r>
          </w:p>
        </w:tc>
        <w:tc>
          <w:tcPr>
            <w:tcW w:type="dxa" w:w="2880"/>
          </w:tcPr>
          <w:p>
            <w:r>
              <w:t>Crashes</w:t>
            </w:r>
          </w:p>
        </w:tc>
        <w:tc>
          <w:tcPr>
            <w:tcW w:type="dxa" w:w="2880"/>
          </w:tcPr>
          <w:p>
            <w:r>
              <w:t>0</w:t>
            </w:r>
          </w:p>
        </w:tc>
      </w:tr>
      <w:tr>
        <w:tc>
          <w:tcPr>
            <w:tcW w:type="dxa" w:w="2880"/>
          </w:tcPr>
          <w:p>
            <w:r>
              <w:t>2024-09-01</w:t>
            </w:r>
          </w:p>
        </w:tc>
        <w:tc>
          <w:tcPr>
            <w:tcW w:type="dxa" w:w="2880"/>
          </w:tcPr>
          <w:p>
            <w:r>
              <w:t>Segment speeds by month</w:t>
            </w:r>
          </w:p>
        </w:tc>
        <w:tc>
          <w:tcPr>
            <w:tcW w:type="dxa" w:w="2880"/>
          </w:tcPr>
          <w:p>
            <w:r>
              <w:t>0</w:t>
            </w:r>
          </w:p>
        </w:tc>
      </w:tr>
      <w:tr>
        <w:tc>
          <w:tcPr>
            <w:tcW w:type="dxa" w:w="2880"/>
          </w:tcPr>
          <w:p>
            <w:r>
              <w:t>2024-09-01</w:t>
            </w:r>
          </w:p>
        </w:tc>
        <w:tc>
          <w:tcPr>
            <w:tcW w:type="dxa" w:w="2880"/>
          </w:tcPr>
          <w:p>
            <w:r>
              <w:t>Camera citations by month</w:t>
            </w:r>
          </w:p>
        </w:tc>
        <w:tc>
          <w:tcPr>
            <w:tcW w:type="dxa" w:w="2880"/>
          </w:tcPr>
          <w:p>
            <w:r>
              <w:t>0</w:t>
            </w:r>
          </w:p>
        </w:tc>
      </w:tr>
      <w:tr>
        <w:tc>
          <w:tcPr>
            <w:tcW w:type="dxa" w:w="2880"/>
          </w:tcPr>
          <w:p>
            <w:r>
              <w:t>2024-09-01</w:t>
            </w:r>
          </w:p>
        </w:tc>
        <w:tc>
          <w:tcPr>
            <w:tcW w:type="dxa" w:w="2880"/>
          </w:tcPr>
          <w:p>
            <w:r>
              <w:t>Traffic calming</w:t>
            </w:r>
          </w:p>
        </w:tc>
        <w:tc>
          <w:tcPr>
            <w:tcW w:type="dxa" w:w="2880"/>
          </w:tcPr>
          <w:p>
            <w:r>
              <w:t>0</w:t>
            </w:r>
          </w:p>
        </w:tc>
      </w:tr>
      <w:tr>
        <w:tc>
          <w:tcPr>
            <w:tcW w:type="dxa" w:w="2880"/>
          </w:tcPr>
          <w:p>
            <w:r>
              <w:t>2024-10-01</w:t>
            </w:r>
          </w:p>
        </w:tc>
        <w:tc>
          <w:tcPr>
            <w:tcW w:type="dxa" w:w="2880"/>
          </w:tcPr>
          <w:p>
            <w:r>
              <w:t>Crashes</w:t>
            </w:r>
          </w:p>
        </w:tc>
        <w:tc>
          <w:tcPr>
            <w:tcW w:type="dxa" w:w="2880"/>
          </w:tcPr>
          <w:p>
            <w:r>
              <w:t>92</w:t>
            </w:r>
          </w:p>
        </w:tc>
      </w:tr>
      <w:tr>
        <w:tc>
          <w:tcPr>
            <w:tcW w:type="dxa" w:w="2880"/>
          </w:tcPr>
          <w:p>
            <w:r>
              <w:t>2024-10-01</w:t>
            </w:r>
          </w:p>
        </w:tc>
        <w:tc>
          <w:tcPr>
            <w:tcW w:type="dxa" w:w="2880"/>
          </w:tcPr>
          <w:p>
            <w:r>
              <w:t>Segment speeds by month</w:t>
            </w:r>
          </w:p>
        </w:tc>
        <w:tc>
          <w:tcPr>
            <w:tcW w:type="dxa" w:w="2880"/>
          </w:tcPr>
          <w:p>
            <w:r>
              <w:t>0</w:t>
            </w:r>
          </w:p>
        </w:tc>
      </w:tr>
      <w:tr>
        <w:tc>
          <w:tcPr>
            <w:tcW w:type="dxa" w:w="2880"/>
          </w:tcPr>
          <w:p>
            <w:r>
              <w:t>2024-10-01</w:t>
            </w:r>
          </w:p>
        </w:tc>
        <w:tc>
          <w:tcPr>
            <w:tcW w:type="dxa" w:w="2880"/>
          </w:tcPr>
          <w:p>
            <w:r>
              <w:t>Camera citations by month</w:t>
            </w:r>
          </w:p>
        </w:tc>
        <w:tc>
          <w:tcPr>
            <w:tcW w:type="dxa" w:w="2880"/>
          </w:tcPr>
          <w:p>
            <w:r>
              <w:t>0</w:t>
            </w:r>
          </w:p>
        </w:tc>
      </w:tr>
      <w:tr>
        <w:tc>
          <w:tcPr>
            <w:tcW w:type="dxa" w:w="2880"/>
          </w:tcPr>
          <w:p>
            <w:r>
              <w:t>2024-10-01</w:t>
            </w:r>
          </w:p>
        </w:tc>
        <w:tc>
          <w:tcPr>
            <w:tcW w:type="dxa" w:w="2880"/>
          </w:tcPr>
          <w:p>
            <w:r>
              <w:t>Traffic calming</w:t>
            </w:r>
          </w:p>
        </w:tc>
        <w:tc>
          <w:tcPr>
            <w:tcW w:type="dxa" w:w="2880"/>
          </w:tcPr>
          <w:p>
            <w:r>
              <w:t>1</w:t>
            </w:r>
          </w:p>
        </w:tc>
      </w:tr>
      <w:tr>
        <w:tc>
          <w:tcPr>
            <w:tcW w:type="dxa" w:w="2880"/>
          </w:tcPr>
          <w:p>
            <w:r>
              <w:t>2024-11-01</w:t>
            </w:r>
          </w:p>
        </w:tc>
        <w:tc>
          <w:tcPr>
            <w:tcW w:type="dxa" w:w="2880"/>
          </w:tcPr>
          <w:p>
            <w:r>
              <w:t>Crashes</w:t>
            </w:r>
          </w:p>
        </w:tc>
        <w:tc>
          <w:tcPr>
            <w:tcW w:type="dxa" w:w="2880"/>
          </w:tcPr>
          <w:p>
            <w:r>
              <w:t>95</w:t>
            </w:r>
          </w:p>
        </w:tc>
      </w:tr>
      <w:tr>
        <w:tc>
          <w:tcPr>
            <w:tcW w:type="dxa" w:w="2880"/>
          </w:tcPr>
          <w:p>
            <w:r>
              <w:t>2024-11-01</w:t>
            </w:r>
          </w:p>
        </w:tc>
        <w:tc>
          <w:tcPr>
            <w:tcW w:type="dxa" w:w="2880"/>
          </w:tcPr>
          <w:p>
            <w:r>
              <w:t>Segment speeds by month</w:t>
            </w:r>
          </w:p>
        </w:tc>
        <w:tc>
          <w:tcPr>
            <w:tcW w:type="dxa" w:w="2880"/>
          </w:tcPr>
          <w:p>
            <w:r>
              <w:t>0</w:t>
            </w:r>
          </w:p>
        </w:tc>
      </w:tr>
      <w:tr>
        <w:tc>
          <w:tcPr>
            <w:tcW w:type="dxa" w:w="2880"/>
          </w:tcPr>
          <w:p>
            <w:r>
              <w:t>2024-11-01</w:t>
            </w:r>
          </w:p>
        </w:tc>
        <w:tc>
          <w:tcPr>
            <w:tcW w:type="dxa" w:w="2880"/>
          </w:tcPr>
          <w:p>
            <w:r>
              <w:t>Camera citations by month</w:t>
            </w:r>
          </w:p>
        </w:tc>
        <w:tc>
          <w:tcPr>
            <w:tcW w:type="dxa" w:w="2880"/>
          </w:tcPr>
          <w:p>
            <w:r>
              <w:t>0</w:t>
            </w:r>
          </w:p>
        </w:tc>
      </w:tr>
      <w:tr>
        <w:tc>
          <w:tcPr>
            <w:tcW w:type="dxa" w:w="2880"/>
          </w:tcPr>
          <w:p>
            <w:r>
              <w:t>2024-11-01</w:t>
            </w:r>
          </w:p>
        </w:tc>
        <w:tc>
          <w:tcPr>
            <w:tcW w:type="dxa" w:w="2880"/>
          </w:tcPr>
          <w:p>
            <w:r>
              <w:t>Traffic calming</w:t>
            </w:r>
          </w:p>
        </w:tc>
        <w:tc>
          <w:tcPr>
            <w:tcW w:type="dxa" w:w="2880"/>
          </w:tcPr>
          <w:p>
            <w:r>
              <w:t>1</w:t>
            </w:r>
          </w:p>
        </w:tc>
      </w:tr>
      <w:tr>
        <w:tc>
          <w:tcPr>
            <w:tcW w:type="dxa" w:w="2880"/>
          </w:tcPr>
          <w:p>
            <w:r>
              <w:t>2024-12-01</w:t>
            </w:r>
          </w:p>
        </w:tc>
        <w:tc>
          <w:tcPr>
            <w:tcW w:type="dxa" w:w="2880"/>
          </w:tcPr>
          <w:p>
            <w:r>
              <w:t>Crashes</w:t>
            </w:r>
          </w:p>
        </w:tc>
        <w:tc>
          <w:tcPr>
            <w:tcW w:type="dxa" w:w="2880"/>
          </w:tcPr>
          <w:p>
            <w:r>
              <w:t>105</w:t>
            </w:r>
          </w:p>
        </w:tc>
      </w:tr>
      <w:tr>
        <w:tc>
          <w:tcPr>
            <w:tcW w:type="dxa" w:w="2880"/>
          </w:tcPr>
          <w:p>
            <w:r>
              <w:t>2024-12-01</w:t>
            </w:r>
          </w:p>
        </w:tc>
        <w:tc>
          <w:tcPr>
            <w:tcW w:type="dxa" w:w="2880"/>
          </w:tcPr>
          <w:p>
            <w:r>
              <w:t>Segment speeds by month</w:t>
            </w:r>
          </w:p>
        </w:tc>
        <w:tc>
          <w:tcPr>
            <w:tcW w:type="dxa" w:w="2880"/>
          </w:tcPr>
          <w:p>
            <w:r>
              <w:t>0</w:t>
            </w:r>
          </w:p>
        </w:tc>
      </w:tr>
      <w:tr>
        <w:tc>
          <w:tcPr>
            <w:tcW w:type="dxa" w:w="2880"/>
          </w:tcPr>
          <w:p>
            <w:r>
              <w:t>2024-12-01</w:t>
            </w:r>
          </w:p>
        </w:tc>
        <w:tc>
          <w:tcPr>
            <w:tcW w:type="dxa" w:w="2880"/>
          </w:tcPr>
          <w:p>
            <w:r>
              <w:t>Camera citations by month</w:t>
            </w:r>
          </w:p>
        </w:tc>
        <w:tc>
          <w:tcPr>
            <w:tcW w:type="dxa" w:w="2880"/>
          </w:tcPr>
          <w:p>
            <w:r>
              <w:t>0</w:t>
            </w:r>
          </w:p>
        </w:tc>
      </w:tr>
      <w:tr>
        <w:tc>
          <w:tcPr>
            <w:tcW w:type="dxa" w:w="2880"/>
          </w:tcPr>
          <w:p>
            <w:r>
              <w:t>2024-12-01</w:t>
            </w:r>
          </w:p>
        </w:tc>
        <w:tc>
          <w:tcPr>
            <w:tcW w:type="dxa" w:w="2880"/>
          </w:tcPr>
          <w:p>
            <w:r>
              <w:t>Traffic calming</w:t>
            </w:r>
          </w:p>
        </w:tc>
        <w:tc>
          <w:tcPr>
            <w:tcW w:type="dxa" w:w="2880"/>
          </w:tcPr>
          <w:p>
            <w:r>
              <w:t>1</w:t>
            </w:r>
          </w:p>
        </w:tc>
      </w:tr>
      <w:tr>
        <w:tc>
          <w:tcPr>
            <w:tcW w:type="dxa" w:w="2880"/>
          </w:tcPr>
          <w:p>
            <w:r>
              <w:t>2025-01-01</w:t>
            </w:r>
          </w:p>
        </w:tc>
        <w:tc>
          <w:tcPr>
            <w:tcW w:type="dxa" w:w="2880"/>
          </w:tcPr>
          <w:p>
            <w:r>
              <w:t>Crashes</w:t>
            </w:r>
          </w:p>
        </w:tc>
        <w:tc>
          <w:tcPr>
            <w:tcW w:type="dxa" w:w="2880"/>
          </w:tcPr>
          <w:p>
            <w:r>
              <w:t>95</w:t>
            </w:r>
          </w:p>
        </w:tc>
      </w:tr>
      <w:tr>
        <w:tc>
          <w:tcPr>
            <w:tcW w:type="dxa" w:w="2880"/>
          </w:tcPr>
          <w:p>
            <w:r>
              <w:t>2025-01-01</w:t>
            </w:r>
          </w:p>
        </w:tc>
        <w:tc>
          <w:tcPr>
            <w:tcW w:type="dxa" w:w="2880"/>
          </w:tcPr>
          <w:p>
            <w:r>
              <w:t>Segment speeds by month</w:t>
            </w:r>
          </w:p>
        </w:tc>
        <w:tc>
          <w:tcPr>
            <w:tcW w:type="dxa" w:w="2880"/>
          </w:tcPr>
          <w:p>
            <w:r>
              <w:t>0</w:t>
            </w:r>
          </w:p>
        </w:tc>
      </w:tr>
      <w:tr>
        <w:tc>
          <w:tcPr>
            <w:tcW w:type="dxa" w:w="2880"/>
          </w:tcPr>
          <w:p>
            <w:r>
              <w:t>2025-01-01</w:t>
            </w:r>
          </w:p>
        </w:tc>
        <w:tc>
          <w:tcPr>
            <w:tcW w:type="dxa" w:w="2880"/>
          </w:tcPr>
          <w:p>
            <w:r>
              <w:t>Camera citations by month</w:t>
            </w:r>
          </w:p>
        </w:tc>
        <w:tc>
          <w:tcPr>
            <w:tcW w:type="dxa" w:w="2880"/>
          </w:tcPr>
          <w:p>
            <w:r>
              <w:t>0</w:t>
            </w:r>
          </w:p>
        </w:tc>
      </w:tr>
      <w:tr>
        <w:tc>
          <w:tcPr>
            <w:tcW w:type="dxa" w:w="2880"/>
          </w:tcPr>
          <w:p>
            <w:r>
              <w:t>2025-01-01</w:t>
            </w:r>
          </w:p>
        </w:tc>
        <w:tc>
          <w:tcPr>
            <w:tcW w:type="dxa" w:w="2880"/>
          </w:tcPr>
          <w:p>
            <w:r>
              <w:t>Traffic calming</w:t>
            </w:r>
          </w:p>
        </w:tc>
        <w:tc>
          <w:tcPr>
            <w:tcW w:type="dxa" w:w="2880"/>
          </w:tcPr>
          <w:p>
            <w:r>
              <w:t>4</w:t>
            </w:r>
          </w:p>
        </w:tc>
      </w:tr>
      <w:tr>
        <w:tc>
          <w:tcPr>
            <w:tcW w:type="dxa" w:w="2880"/>
          </w:tcPr>
          <w:p>
            <w:r>
              <w:t>2025-02-01</w:t>
            </w:r>
          </w:p>
        </w:tc>
        <w:tc>
          <w:tcPr>
            <w:tcW w:type="dxa" w:w="2880"/>
          </w:tcPr>
          <w:p>
            <w:r>
              <w:t>Crashes</w:t>
            </w:r>
          </w:p>
        </w:tc>
        <w:tc>
          <w:tcPr>
            <w:tcW w:type="dxa" w:w="2880"/>
          </w:tcPr>
          <w:p>
            <w:r>
              <w:t>93</w:t>
            </w:r>
          </w:p>
        </w:tc>
      </w:tr>
      <w:tr>
        <w:tc>
          <w:tcPr>
            <w:tcW w:type="dxa" w:w="2880"/>
          </w:tcPr>
          <w:p>
            <w:r>
              <w:t>2025-02-01</w:t>
            </w:r>
          </w:p>
        </w:tc>
        <w:tc>
          <w:tcPr>
            <w:tcW w:type="dxa" w:w="2880"/>
          </w:tcPr>
          <w:p>
            <w:r>
              <w:t>Segment speeds by month</w:t>
            </w:r>
          </w:p>
        </w:tc>
        <w:tc>
          <w:tcPr>
            <w:tcW w:type="dxa" w:w="2880"/>
          </w:tcPr>
          <w:p>
            <w:r>
              <w:t>0</w:t>
            </w:r>
          </w:p>
        </w:tc>
      </w:tr>
      <w:tr>
        <w:tc>
          <w:tcPr>
            <w:tcW w:type="dxa" w:w="2880"/>
          </w:tcPr>
          <w:p>
            <w:r>
              <w:t>2025-02-01</w:t>
            </w:r>
          </w:p>
        </w:tc>
        <w:tc>
          <w:tcPr>
            <w:tcW w:type="dxa" w:w="2880"/>
          </w:tcPr>
          <w:p>
            <w:r>
              <w:t>Camera citations by month</w:t>
            </w:r>
          </w:p>
        </w:tc>
        <w:tc>
          <w:tcPr>
            <w:tcW w:type="dxa" w:w="2880"/>
          </w:tcPr>
          <w:p>
            <w:r>
              <w:t>0</w:t>
            </w:r>
          </w:p>
        </w:tc>
      </w:tr>
      <w:tr>
        <w:tc>
          <w:tcPr>
            <w:tcW w:type="dxa" w:w="2880"/>
          </w:tcPr>
          <w:p>
            <w:r>
              <w:t>2025-02-01</w:t>
            </w:r>
          </w:p>
        </w:tc>
        <w:tc>
          <w:tcPr>
            <w:tcW w:type="dxa" w:w="2880"/>
          </w:tcPr>
          <w:p>
            <w:r>
              <w:t>Traffic calming</w:t>
            </w:r>
          </w:p>
        </w:tc>
        <w:tc>
          <w:tcPr>
            <w:tcW w:type="dxa" w:w="2880"/>
          </w:tcPr>
          <w:p>
            <w:r>
              <w:t>0</w:t>
            </w:r>
          </w:p>
        </w:tc>
      </w:tr>
      <w:tr>
        <w:tc>
          <w:tcPr>
            <w:tcW w:type="dxa" w:w="2880"/>
          </w:tcPr>
          <w:p>
            <w:r>
              <w:t>2025-03-01</w:t>
            </w:r>
          </w:p>
        </w:tc>
        <w:tc>
          <w:tcPr>
            <w:tcW w:type="dxa" w:w="2880"/>
          </w:tcPr>
          <w:p>
            <w:r>
              <w:t>Crashes</w:t>
            </w:r>
          </w:p>
        </w:tc>
        <w:tc>
          <w:tcPr>
            <w:tcW w:type="dxa" w:w="2880"/>
          </w:tcPr>
          <w:p>
            <w:r>
              <w:t>91</w:t>
            </w:r>
          </w:p>
        </w:tc>
      </w:tr>
      <w:tr>
        <w:tc>
          <w:tcPr>
            <w:tcW w:type="dxa" w:w="2880"/>
          </w:tcPr>
          <w:p>
            <w:r>
              <w:t>2025-03-01</w:t>
            </w:r>
          </w:p>
        </w:tc>
        <w:tc>
          <w:tcPr>
            <w:tcW w:type="dxa" w:w="2880"/>
          </w:tcPr>
          <w:p>
            <w:r>
              <w:t>Segment speeds by month</w:t>
            </w:r>
          </w:p>
        </w:tc>
        <w:tc>
          <w:tcPr>
            <w:tcW w:type="dxa" w:w="2880"/>
          </w:tcPr>
          <w:p>
            <w:r>
              <w:t>0</w:t>
            </w:r>
          </w:p>
        </w:tc>
      </w:tr>
      <w:tr>
        <w:tc>
          <w:tcPr>
            <w:tcW w:type="dxa" w:w="2880"/>
          </w:tcPr>
          <w:p>
            <w:r>
              <w:t>2025-03-01</w:t>
            </w:r>
          </w:p>
        </w:tc>
        <w:tc>
          <w:tcPr>
            <w:tcW w:type="dxa" w:w="2880"/>
          </w:tcPr>
          <w:p>
            <w:r>
              <w:t>Camera citations by month</w:t>
            </w:r>
          </w:p>
        </w:tc>
        <w:tc>
          <w:tcPr>
            <w:tcW w:type="dxa" w:w="2880"/>
          </w:tcPr>
          <w:p>
            <w:r>
              <w:t>0</w:t>
            </w:r>
          </w:p>
        </w:tc>
      </w:tr>
      <w:tr>
        <w:tc>
          <w:tcPr>
            <w:tcW w:type="dxa" w:w="2880"/>
          </w:tcPr>
          <w:p>
            <w:r>
              <w:t>2025-03-01</w:t>
            </w:r>
          </w:p>
        </w:tc>
        <w:tc>
          <w:tcPr>
            <w:tcW w:type="dxa" w:w="2880"/>
          </w:tcPr>
          <w:p>
            <w:r>
              <w:t>Traffic calming</w:t>
            </w:r>
          </w:p>
        </w:tc>
        <w:tc>
          <w:tcPr>
            <w:tcW w:type="dxa" w:w="2880"/>
          </w:tcPr>
          <w:p>
            <w:r>
              <w:t>0</w:t>
            </w:r>
          </w:p>
        </w:tc>
      </w:tr>
      <w:tr>
        <w:tc>
          <w:tcPr>
            <w:tcW w:type="dxa" w:w="2880"/>
          </w:tcPr>
          <w:p>
            <w:r>
              <w:t>2025-04-01</w:t>
            </w:r>
          </w:p>
        </w:tc>
        <w:tc>
          <w:tcPr>
            <w:tcW w:type="dxa" w:w="2880"/>
          </w:tcPr>
          <w:p>
            <w:r>
              <w:t>Crashes</w:t>
            </w:r>
          </w:p>
        </w:tc>
        <w:tc>
          <w:tcPr>
            <w:tcW w:type="dxa" w:w="2880"/>
          </w:tcPr>
          <w:p>
            <w:r>
              <w:t>77</w:t>
            </w:r>
          </w:p>
        </w:tc>
      </w:tr>
      <w:tr>
        <w:tc>
          <w:tcPr>
            <w:tcW w:type="dxa" w:w="2880"/>
          </w:tcPr>
          <w:p>
            <w:r>
              <w:t>2025-04-01</w:t>
            </w:r>
          </w:p>
        </w:tc>
        <w:tc>
          <w:tcPr>
            <w:tcW w:type="dxa" w:w="2880"/>
          </w:tcPr>
          <w:p>
            <w:r>
              <w:t>Segment speeds by month</w:t>
            </w:r>
          </w:p>
        </w:tc>
        <w:tc>
          <w:tcPr>
            <w:tcW w:type="dxa" w:w="2880"/>
          </w:tcPr>
          <w:p>
            <w:r>
              <w:t>0</w:t>
            </w:r>
          </w:p>
        </w:tc>
      </w:tr>
      <w:tr>
        <w:tc>
          <w:tcPr>
            <w:tcW w:type="dxa" w:w="2880"/>
          </w:tcPr>
          <w:p>
            <w:r>
              <w:t>2025-04-01</w:t>
            </w:r>
          </w:p>
        </w:tc>
        <w:tc>
          <w:tcPr>
            <w:tcW w:type="dxa" w:w="2880"/>
          </w:tcPr>
          <w:p>
            <w:r>
              <w:t>Camera citations by month</w:t>
            </w:r>
          </w:p>
        </w:tc>
        <w:tc>
          <w:tcPr>
            <w:tcW w:type="dxa" w:w="2880"/>
          </w:tcPr>
          <w:p>
            <w:r>
              <w:t>0</w:t>
            </w:r>
          </w:p>
        </w:tc>
      </w:tr>
      <w:tr>
        <w:tc>
          <w:tcPr>
            <w:tcW w:type="dxa" w:w="2880"/>
          </w:tcPr>
          <w:p>
            <w:r>
              <w:t>2025-04-01</w:t>
            </w:r>
          </w:p>
        </w:tc>
        <w:tc>
          <w:tcPr>
            <w:tcW w:type="dxa" w:w="2880"/>
          </w:tcPr>
          <w:p>
            <w:r>
              <w:t>Traffic calming</w:t>
            </w:r>
          </w:p>
        </w:tc>
        <w:tc>
          <w:tcPr>
            <w:tcW w:type="dxa" w:w="2880"/>
          </w:tcPr>
          <w:p>
            <w:r>
              <w:t>3</w:t>
            </w:r>
          </w:p>
        </w:tc>
      </w:tr>
      <w:tr>
        <w:tc>
          <w:tcPr>
            <w:tcW w:type="dxa" w:w="2880"/>
          </w:tcPr>
          <w:p>
            <w:r>
              <w:t>2025-05-01</w:t>
            </w:r>
          </w:p>
        </w:tc>
        <w:tc>
          <w:tcPr>
            <w:tcW w:type="dxa" w:w="2880"/>
          </w:tcPr>
          <w:p>
            <w:r>
              <w:t>Crashes</w:t>
            </w:r>
          </w:p>
        </w:tc>
        <w:tc>
          <w:tcPr>
            <w:tcW w:type="dxa" w:w="2880"/>
          </w:tcPr>
          <w:p>
            <w:r>
              <w:t>66</w:t>
            </w:r>
          </w:p>
        </w:tc>
      </w:tr>
      <w:tr>
        <w:tc>
          <w:tcPr>
            <w:tcW w:type="dxa" w:w="2880"/>
          </w:tcPr>
          <w:p>
            <w:r>
              <w:t>2025-05-01</w:t>
            </w:r>
          </w:p>
        </w:tc>
        <w:tc>
          <w:tcPr>
            <w:tcW w:type="dxa" w:w="2880"/>
          </w:tcPr>
          <w:p>
            <w:r>
              <w:t>Segment speeds by month</w:t>
            </w:r>
          </w:p>
        </w:tc>
        <w:tc>
          <w:tcPr>
            <w:tcW w:type="dxa" w:w="2880"/>
          </w:tcPr>
          <w:p>
            <w:r>
              <w:t>0</w:t>
            </w:r>
          </w:p>
        </w:tc>
      </w:tr>
      <w:tr>
        <w:tc>
          <w:tcPr>
            <w:tcW w:type="dxa" w:w="2880"/>
          </w:tcPr>
          <w:p>
            <w:r>
              <w:t>2025-05-01</w:t>
            </w:r>
          </w:p>
        </w:tc>
        <w:tc>
          <w:tcPr>
            <w:tcW w:type="dxa" w:w="2880"/>
          </w:tcPr>
          <w:p>
            <w:r>
              <w:t>Camera citations by month</w:t>
            </w:r>
          </w:p>
        </w:tc>
        <w:tc>
          <w:tcPr>
            <w:tcW w:type="dxa" w:w="2880"/>
          </w:tcPr>
          <w:p>
            <w:r>
              <w:t>0</w:t>
            </w:r>
          </w:p>
        </w:tc>
      </w:tr>
      <w:tr>
        <w:tc>
          <w:tcPr>
            <w:tcW w:type="dxa" w:w="2880"/>
          </w:tcPr>
          <w:p>
            <w:r>
              <w:t>2025-05-01</w:t>
            </w:r>
          </w:p>
        </w:tc>
        <w:tc>
          <w:tcPr>
            <w:tcW w:type="dxa" w:w="2880"/>
          </w:tcPr>
          <w:p>
            <w:r>
              <w:t>Traffic calming</w:t>
            </w:r>
          </w:p>
        </w:tc>
        <w:tc>
          <w:tcPr>
            <w:tcW w:type="dxa" w:w="2880"/>
          </w:tcPr>
          <w:p>
            <w:r>
              <w:t>1</w:t>
            </w:r>
          </w:p>
        </w:tc>
      </w:tr>
      <w:tr>
        <w:tc>
          <w:tcPr>
            <w:tcW w:type="dxa" w:w="2880"/>
          </w:tcPr>
          <w:p>
            <w:r>
              <w:t>2025-06-01</w:t>
            </w:r>
          </w:p>
        </w:tc>
        <w:tc>
          <w:tcPr>
            <w:tcW w:type="dxa" w:w="2880"/>
          </w:tcPr>
          <w:p>
            <w:r>
              <w:t>Crashes</w:t>
            </w:r>
          </w:p>
        </w:tc>
        <w:tc>
          <w:tcPr>
            <w:tcW w:type="dxa" w:w="2880"/>
          </w:tcPr>
          <w:p>
            <w:r>
              <w:t>85</w:t>
            </w:r>
          </w:p>
        </w:tc>
      </w:tr>
      <w:tr>
        <w:tc>
          <w:tcPr>
            <w:tcW w:type="dxa" w:w="2880"/>
          </w:tcPr>
          <w:p>
            <w:r>
              <w:t>2025-06-01</w:t>
            </w:r>
          </w:p>
        </w:tc>
        <w:tc>
          <w:tcPr>
            <w:tcW w:type="dxa" w:w="2880"/>
          </w:tcPr>
          <w:p>
            <w:r>
              <w:t>Segment speeds by month</w:t>
            </w:r>
          </w:p>
        </w:tc>
        <w:tc>
          <w:tcPr>
            <w:tcW w:type="dxa" w:w="2880"/>
          </w:tcPr>
          <w:p>
            <w:r>
              <w:t>0</w:t>
            </w:r>
          </w:p>
        </w:tc>
      </w:tr>
      <w:tr>
        <w:tc>
          <w:tcPr>
            <w:tcW w:type="dxa" w:w="2880"/>
          </w:tcPr>
          <w:p>
            <w:r>
              <w:t>2025-06-01</w:t>
            </w:r>
          </w:p>
        </w:tc>
        <w:tc>
          <w:tcPr>
            <w:tcW w:type="dxa" w:w="2880"/>
          </w:tcPr>
          <w:p>
            <w:r>
              <w:t>Camera citations by month</w:t>
            </w:r>
          </w:p>
        </w:tc>
        <w:tc>
          <w:tcPr>
            <w:tcW w:type="dxa" w:w="2880"/>
          </w:tcPr>
          <w:p>
            <w:r>
              <w:t>0</w:t>
            </w:r>
          </w:p>
        </w:tc>
      </w:tr>
      <w:tr>
        <w:tc>
          <w:tcPr>
            <w:tcW w:type="dxa" w:w="2880"/>
          </w:tcPr>
          <w:p>
            <w:r>
              <w:t>2025-06-01</w:t>
            </w:r>
          </w:p>
        </w:tc>
        <w:tc>
          <w:tcPr>
            <w:tcW w:type="dxa" w:w="2880"/>
          </w:tcPr>
          <w:p>
            <w:r>
              <w:t>Traffic calming</w:t>
            </w:r>
          </w:p>
        </w:tc>
        <w:tc>
          <w:tcPr>
            <w:tcW w:type="dxa" w:w="2880"/>
          </w:tcPr>
          <w:p>
            <w:r>
              <w:t>1</w:t>
            </w:r>
          </w:p>
        </w:tc>
      </w:tr>
      <w:tr>
        <w:tc>
          <w:tcPr>
            <w:tcW w:type="dxa" w:w="2880"/>
          </w:tcPr>
          <w:p>
            <w:r>
              <w:t>2025-07-01</w:t>
            </w:r>
          </w:p>
        </w:tc>
        <w:tc>
          <w:tcPr>
            <w:tcW w:type="dxa" w:w="2880"/>
          </w:tcPr>
          <w:p>
            <w:r>
              <w:t>Crashes</w:t>
            </w:r>
          </w:p>
        </w:tc>
        <w:tc>
          <w:tcPr>
            <w:tcW w:type="dxa" w:w="2880"/>
          </w:tcPr>
          <w:p>
            <w:r>
              <w:t>80</w:t>
            </w:r>
          </w:p>
        </w:tc>
      </w:tr>
      <w:tr>
        <w:tc>
          <w:tcPr>
            <w:tcW w:type="dxa" w:w="2880"/>
          </w:tcPr>
          <w:p>
            <w:r>
              <w:t>2025-07-01</w:t>
            </w:r>
          </w:p>
        </w:tc>
        <w:tc>
          <w:tcPr>
            <w:tcW w:type="dxa" w:w="2880"/>
          </w:tcPr>
          <w:p>
            <w:r>
              <w:t>Segment speeds by month</w:t>
            </w:r>
          </w:p>
        </w:tc>
        <w:tc>
          <w:tcPr>
            <w:tcW w:type="dxa" w:w="2880"/>
          </w:tcPr>
          <w:p>
            <w:r>
              <w:t>0</w:t>
            </w:r>
          </w:p>
        </w:tc>
      </w:tr>
      <w:tr>
        <w:tc>
          <w:tcPr>
            <w:tcW w:type="dxa" w:w="2880"/>
          </w:tcPr>
          <w:p>
            <w:r>
              <w:t>2025-07-01</w:t>
            </w:r>
          </w:p>
        </w:tc>
        <w:tc>
          <w:tcPr>
            <w:tcW w:type="dxa" w:w="2880"/>
          </w:tcPr>
          <w:p>
            <w:r>
              <w:t>Camera citations by month</w:t>
            </w:r>
          </w:p>
        </w:tc>
        <w:tc>
          <w:tcPr>
            <w:tcW w:type="dxa" w:w="2880"/>
          </w:tcPr>
          <w:p>
            <w:r>
              <w:t>0</w:t>
            </w:r>
          </w:p>
        </w:tc>
      </w:tr>
      <w:tr>
        <w:tc>
          <w:tcPr>
            <w:tcW w:type="dxa" w:w="2880"/>
          </w:tcPr>
          <w:p>
            <w:r>
              <w:t>2025-07-01</w:t>
            </w:r>
          </w:p>
        </w:tc>
        <w:tc>
          <w:tcPr>
            <w:tcW w:type="dxa" w:w="2880"/>
          </w:tcPr>
          <w:p>
            <w:r>
              <w:t>Traffic calming</w:t>
            </w:r>
          </w:p>
        </w:tc>
        <w:tc>
          <w:tcPr>
            <w:tcW w:type="dxa" w:w="2880"/>
          </w:tcPr>
          <w:p>
            <w:r>
              <w:t>3</w:t>
            </w:r>
          </w:p>
        </w:tc>
      </w:tr>
      <w:tr>
        <w:tc>
          <w:tcPr>
            <w:tcW w:type="dxa" w:w="2880"/>
          </w:tcPr>
          <w:p>
            <w:r>
              <w:t>2025-08-01</w:t>
            </w:r>
          </w:p>
        </w:tc>
        <w:tc>
          <w:tcPr>
            <w:tcW w:type="dxa" w:w="2880"/>
          </w:tcPr>
          <w:p>
            <w:r>
              <w:t>Crashes</w:t>
            </w:r>
          </w:p>
        </w:tc>
        <w:tc>
          <w:tcPr>
            <w:tcW w:type="dxa" w:w="2880"/>
          </w:tcPr>
          <w:p>
            <w:r>
              <w:t>71</w:t>
            </w:r>
          </w:p>
        </w:tc>
      </w:tr>
      <w:tr>
        <w:tc>
          <w:tcPr>
            <w:tcW w:type="dxa" w:w="2880"/>
          </w:tcPr>
          <w:p>
            <w:r>
              <w:t>2025-08-01</w:t>
            </w:r>
          </w:p>
        </w:tc>
        <w:tc>
          <w:tcPr>
            <w:tcW w:type="dxa" w:w="2880"/>
          </w:tcPr>
          <w:p>
            <w:r>
              <w:t>Segment speeds by month</w:t>
            </w:r>
          </w:p>
        </w:tc>
        <w:tc>
          <w:tcPr>
            <w:tcW w:type="dxa" w:w="2880"/>
          </w:tcPr>
          <w:p>
            <w:r>
              <w:t>0</w:t>
            </w:r>
          </w:p>
        </w:tc>
      </w:tr>
      <w:tr>
        <w:tc>
          <w:tcPr>
            <w:tcW w:type="dxa" w:w="2880"/>
          </w:tcPr>
          <w:p>
            <w:r>
              <w:t>2025-08-01</w:t>
            </w:r>
          </w:p>
        </w:tc>
        <w:tc>
          <w:tcPr>
            <w:tcW w:type="dxa" w:w="2880"/>
          </w:tcPr>
          <w:p>
            <w:r>
              <w:t>Camera citations by month</w:t>
            </w:r>
          </w:p>
        </w:tc>
        <w:tc>
          <w:tcPr>
            <w:tcW w:type="dxa" w:w="2880"/>
          </w:tcPr>
          <w:p>
            <w:r>
              <w:t>0</w:t>
            </w:r>
          </w:p>
        </w:tc>
      </w:tr>
      <w:tr>
        <w:tc>
          <w:tcPr>
            <w:tcW w:type="dxa" w:w="2880"/>
          </w:tcPr>
          <w:p>
            <w:r>
              <w:t>2025-08-01</w:t>
            </w:r>
          </w:p>
        </w:tc>
        <w:tc>
          <w:tcPr>
            <w:tcW w:type="dxa" w:w="2880"/>
          </w:tcPr>
          <w:p>
            <w:r>
              <w:t>Traffic calming</w:t>
            </w:r>
          </w:p>
        </w:tc>
        <w:tc>
          <w:tcPr>
            <w:tcW w:type="dxa" w:w="2880"/>
          </w:tcPr>
          <w:p>
            <w:r>
              <w:t>3</w:t>
            </w:r>
          </w:p>
        </w:tc>
      </w:tr>
      <w:tr>
        <w:tc>
          <w:tcPr>
            <w:tcW w:type="dxa" w:w="2880"/>
          </w:tcPr>
          <w:p>
            <w:r>
              <w:t>2025-09-01</w:t>
            </w:r>
          </w:p>
        </w:tc>
        <w:tc>
          <w:tcPr>
            <w:tcW w:type="dxa" w:w="2880"/>
          </w:tcPr>
          <w:p>
            <w:r>
              <w:t>Crashes</w:t>
            </w:r>
          </w:p>
        </w:tc>
        <w:tc>
          <w:tcPr>
            <w:tcW w:type="dxa" w:w="2880"/>
          </w:tcPr>
          <w:p>
            <w:r>
              <w:t>79</w:t>
            </w:r>
          </w:p>
        </w:tc>
      </w:tr>
      <w:tr>
        <w:tc>
          <w:tcPr>
            <w:tcW w:type="dxa" w:w="2880"/>
          </w:tcPr>
          <w:p>
            <w:r>
              <w:t>2025-09-01</w:t>
            </w:r>
          </w:p>
        </w:tc>
        <w:tc>
          <w:tcPr>
            <w:tcW w:type="dxa" w:w="2880"/>
          </w:tcPr>
          <w:p>
            <w:r>
              <w:t>Segment speeds by month</w:t>
            </w:r>
          </w:p>
        </w:tc>
        <w:tc>
          <w:tcPr>
            <w:tcW w:type="dxa" w:w="2880"/>
          </w:tcPr>
          <w:p>
            <w:r>
              <w:t>0</w:t>
            </w:r>
          </w:p>
        </w:tc>
      </w:tr>
      <w:tr>
        <w:tc>
          <w:tcPr>
            <w:tcW w:type="dxa" w:w="2880"/>
          </w:tcPr>
          <w:p>
            <w:r>
              <w:t>2025-09-01</w:t>
            </w:r>
          </w:p>
        </w:tc>
        <w:tc>
          <w:tcPr>
            <w:tcW w:type="dxa" w:w="2880"/>
          </w:tcPr>
          <w:p>
            <w:r>
              <w:t>Camera citations by month</w:t>
            </w:r>
          </w:p>
        </w:tc>
        <w:tc>
          <w:tcPr>
            <w:tcW w:type="dxa" w:w="2880"/>
          </w:tcPr>
          <w:p>
            <w:r>
              <w:t>0</w:t>
            </w:r>
          </w:p>
        </w:tc>
      </w:tr>
      <w:tr>
        <w:tc>
          <w:tcPr>
            <w:tcW w:type="dxa" w:w="2880"/>
          </w:tcPr>
          <w:p>
            <w:r>
              <w:t>2025-09-01</w:t>
            </w:r>
          </w:p>
        </w:tc>
        <w:tc>
          <w:tcPr>
            <w:tcW w:type="dxa" w:w="2880"/>
          </w:tcPr>
          <w:p>
            <w:r>
              <w:t>Traffic calming</w:t>
            </w:r>
          </w:p>
        </w:tc>
        <w:tc>
          <w:tcPr>
            <w:tcW w:type="dxa" w:w="2880"/>
          </w:tcPr>
          <w:p>
            <w:r>
              <w:t>1</w:t>
            </w:r>
          </w:p>
        </w:tc>
      </w:tr>
      <w:tr>
        <w:tc>
          <w:tcPr>
            <w:tcW w:type="dxa" w:w="2880"/>
          </w:tcPr>
          <w:p>
            <w:r>
              <w:t>2025-10-01</w:t>
            </w:r>
          </w:p>
        </w:tc>
        <w:tc>
          <w:tcPr>
            <w:tcW w:type="dxa" w:w="2880"/>
          </w:tcPr>
          <w:p>
            <w:r>
              <w:t>Crashes</w:t>
            </w:r>
          </w:p>
        </w:tc>
        <w:tc>
          <w:tcPr>
            <w:tcW w:type="dxa" w:w="2880"/>
          </w:tcPr>
          <w:p>
            <w:r>
              <w:t>73</w:t>
            </w:r>
          </w:p>
        </w:tc>
      </w:tr>
      <w:tr>
        <w:tc>
          <w:tcPr>
            <w:tcW w:type="dxa" w:w="2880"/>
          </w:tcPr>
          <w:p>
            <w:r>
              <w:t>2025-10-01</w:t>
            </w:r>
          </w:p>
        </w:tc>
        <w:tc>
          <w:tcPr>
            <w:tcW w:type="dxa" w:w="2880"/>
          </w:tcPr>
          <w:p>
            <w:r>
              <w:t>Segment speeds by month</w:t>
            </w:r>
          </w:p>
        </w:tc>
        <w:tc>
          <w:tcPr>
            <w:tcW w:type="dxa" w:w="2880"/>
          </w:tcPr>
          <w:p>
            <w:r>
              <w:t>120</w:t>
            </w:r>
          </w:p>
        </w:tc>
      </w:tr>
      <w:tr>
        <w:tc>
          <w:tcPr>
            <w:tcW w:type="dxa" w:w="2880"/>
          </w:tcPr>
          <w:p>
            <w:r>
              <w:t>2025-10-01</w:t>
            </w:r>
          </w:p>
        </w:tc>
        <w:tc>
          <w:tcPr>
            <w:tcW w:type="dxa" w:w="2880"/>
          </w:tcPr>
          <w:p>
            <w:r>
              <w:t>Camera citations by month</w:t>
            </w:r>
          </w:p>
        </w:tc>
        <w:tc>
          <w:tcPr>
            <w:tcW w:type="dxa" w:w="2880"/>
          </w:tcPr>
          <w:p>
            <w:r>
              <w:t>25</w:t>
            </w:r>
          </w:p>
        </w:tc>
      </w:tr>
      <w:tr>
        <w:tc>
          <w:tcPr>
            <w:tcW w:type="dxa" w:w="2880"/>
          </w:tcPr>
          <w:p>
            <w:r>
              <w:t>2025-10-01</w:t>
            </w:r>
          </w:p>
        </w:tc>
        <w:tc>
          <w:tcPr>
            <w:tcW w:type="dxa" w:w="2880"/>
          </w:tcPr>
          <w:p>
            <w:r>
              <w:t>Traffic calming</w:t>
            </w:r>
          </w:p>
        </w:tc>
        <w:tc>
          <w:tcPr>
            <w:tcW w:type="dxa" w:w="2880"/>
          </w:tcPr>
          <w:p>
            <w:r>
              <w:t>3</w:t>
            </w:r>
          </w:p>
        </w:tc>
      </w:tr>
      <w:tr>
        <w:tc>
          <w:tcPr>
            <w:tcW w:type="dxa" w:w="2880"/>
          </w:tcPr>
          <w:p>
            <w:r>
              <w:t>2025-11-01</w:t>
            </w:r>
          </w:p>
        </w:tc>
        <w:tc>
          <w:tcPr>
            <w:tcW w:type="dxa" w:w="2880"/>
          </w:tcPr>
          <w:p>
            <w:r>
              <w:t>Crashes</w:t>
            </w:r>
          </w:p>
        </w:tc>
        <w:tc>
          <w:tcPr>
            <w:tcW w:type="dxa" w:w="2880"/>
          </w:tcPr>
          <w:p>
            <w:r>
              <w:t>104</w:t>
            </w:r>
          </w:p>
        </w:tc>
      </w:tr>
      <w:tr>
        <w:tc>
          <w:tcPr>
            <w:tcW w:type="dxa" w:w="2880"/>
          </w:tcPr>
          <w:p>
            <w:r>
              <w:t>2025-11-01</w:t>
            </w:r>
          </w:p>
        </w:tc>
        <w:tc>
          <w:tcPr>
            <w:tcW w:type="dxa" w:w="2880"/>
          </w:tcPr>
          <w:p>
            <w:r>
              <w:t>Segment speeds by month</w:t>
            </w:r>
          </w:p>
        </w:tc>
        <w:tc>
          <w:tcPr>
            <w:tcW w:type="dxa" w:w="2880"/>
          </w:tcPr>
          <w:p>
            <w:r>
              <w:t>120</w:t>
            </w:r>
          </w:p>
        </w:tc>
      </w:tr>
      <w:tr>
        <w:tc>
          <w:tcPr>
            <w:tcW w:type="dxa" w:w="2880"/>
          </w:tcPr>
          <w:p>
            <w:r>
              <w:t>2025-11-01</w:t>
            </w:r>
          </w:p>
        </w:tc>
        <w:tc>
          <w:tcPr>
            <w:tcW w:type="dxa" w:w="2880"/>
          </w:tcPr>
          <w:p>
            <w:r>
              <w:t>Camera citations by month</w:t>
            </w:r>
          </w:p>
        </w:tc>
        <w:tc>
          <w:tcPr>
            <w:tcW w:type="dxa" w:w="2880"/>
          </w:tcPr>
          <w:p>
            <w:r>
              <w:t>25</w:t>
            </w:r>
          </w:p>
        </w:tc>
      </w:tr>
      <w:tr>
        <w:tc>
          <w:tcPr>
            <w:tcW w:type="dxa" w:w="2880"/>
          </w:tcPr>
          <w:p>
            <w:r>
              <w:t>2025-11-01</w:t>
            </w:r>
          </w:p>
        </w:tc>
        <w:tc>
          <w:tcPr>
            <w:tcW w:type="dxa" w:w="2880"/>
          </w:tcPr>
          <w:p>
            <w:r>
              <w:t>Traffic calming</w:t>
            </w:r>
          </w:p>
        </w:tc>
        <w:tc>
          <w:tcPr>
            <w:tcW w:type="dxa" w:w="2880"/>
          </w:tcPr>
          <w:p>
            <w:r>
              <w:t>1</w:t>
            </w:r>
          </w:p>
        </w:tc>
      </w:tr>
      <w:tr>
        <w:tc>
          <w:tcPr>
            <w:tcW w:type="dxa" w:w="2880"/>
          </w:tcPr>
          <w:p>
            <w:r>
              <w:t>2025-12-01</w:t>
            </w:r>
          </w:p>
        </w:tc>
        <w:tc>
          <w:tcPr>
            <w:tcW w:type="dxa" w:w="2880"/>
          </w:tcPr>
          <w:p>
            <w:r>
              <w:t>Crashes</w:t>
            </w:r>
          </w:p>
        </w:tc>
        <w:tc>
          <w:tcPr>
            <w:tcW w:type="dxa" w:w="2880"/>
          </w:tcPr>
          <w:p>
            <w:r>
              <w:t>121</w:t>
            </w:r>
          </w:p>
        </w:tc>
      </w:tr>
      <w:tr>
        <w:tc>
          <w:tcPr>
            <w:tcW w:type="dxa" w:w="2880"/>
          </w:tcPr>
          <w:p>
            <w:r>
              <w:t>2025-12-01</w:t>
            </w:r>
          </w:p>
        </w:tc>
        <w:tc>
          <w:tcPr>
            <w:tcW w:type="dxa" w:w="2880"/>
          </w:tcPr>
          <w:p>
            <w:r>
              <w:t>Segment speeds by month</w:t>
            </w:r>
          </w:p>
        </w:tc>
        <w:tc>
          <w:tcPr>
            <w:tcW w:type="dxa" w:w="2880"/>
          </w:tcPr>
          <w:p>
            <w:r>
              <w:t>120</w:t>
            </w:r>
          </w:p>
        </w:tc>
      </w:tr>
      <w:tr>
        <w:tc>
          <w:tcPr>
            <w:tcW w:type="dxa" w:w="2880"/>
          </w:tcPr>
          <w:p>
            <w:r>
              <w:t>2025-12-01</w:t>
            </w:r>
          </w:p>
        </w:tc>
        <w:tc>
          <w:tcPr>
            <w:tcW w:type="dxa" w:w="2880"/>
          </w:tcPr>
          <w:p>
            <w:r>
              <w:t>Camera citations by month</w:t>
            </w:r>
          </w:p>
        </w:tc>
        <w:tc>
          <w:tcPr>
            <w:tcW w:type="dxa" w:w="2880"/>
          </w:tcPr>
          <w:p>
            <w:r>
              <w:t>25</w:t>
            </w:r>
          </w:p>
        </w:tc>
      </w:tr>
      <w:tr>
        <w:tc>
          <w:tcPr>
            <w:tcW w:type="dxa" w:w="2880"/>
          </w:tcPr>
          <w:p>
            <w:r>
              <w:t>2025-12-01</w:t>
            </w:r>
          </w:p>
        </w:tc>
        <w:tc>
          <w:tcPr>
            <w:tcW w:type="dxa" w:w="2880"/>
          </w:tcPr>
          <w:p>
            <w:r>
              <w:t>Traffic calming</w:t>
            </w:r>
          </w:p>
        </w:tc>
        <w:tc>
          <w:tcPr>
            <w:tcW w:type="dxa" w:w="2880"/>
          </w:tcPr>
          <w:p>
            <w:r>
              <w:t>2</w:t>
            </w:r>
          </w:p>
        </w:tc>
      </w:tr>
      <w:tr>
        <w:tc>
          <w:tcPr>
            <w:tcW w:type="dxa" w:w="2880"/>
          </w:tcPr>
          <w:p>
            <w:r>
              <w:t>2026-01-01</w:t>
            </w:r>
          </w:p>
        </w:tc>
        <w:tc>
          <w:tcPr>
            <w:tcW w:type="dxa" w:w="2880"/>
          </w:tcPr>
          <w:p>
            <w:r>
              <w:t>Crashes</w:t>
            </w:r>
          </w:p>
        </w:tc>
        <w:tc>
          <w:tcPr>
            <w:tcW w:type="dxa" w:w="2880"/>
          </w:tcPr>
          <w:p>
            <w:r>
              <w:t>112</w:t>
            </w:r>
          </w:p>
        </w:tc>
      </w:tr>
      <w:tr>
        <w:tc>
          <w:tcPr>
            <w:tcW w:type="dxa" w:w="2880"/>
          </w:tcPr>
          <w:p>
            <w:r>
              <w:t>2026-01-01</w:t>
            </w:r>
          </w:p>
        </w:tc>
        <w:tc>
          <w:tcPr>
            <w:tcW w:type="dxa" w:w="2880"/>
          </w:tcPr>
          <w:p>
            <w:r>
              <w:t>Segment speeds by month</w:t>
            </w:r>
          </w:p>
        </w:tc>
        <w:tc>
          <w:tcPr>
            <w:tcW w:type="dxa" w:w="2880"/>
          </w:tcPr>
          <w:p>
            <w:r>
              <w:t>120</w:t>
            </w:r>
          </w:p>
        </w:tc>
      </w:tr>
      <w:tr>
        <w:tc>
          <w:tcPr>
            <w:tcW w:type="dxa" w:w="2880"/>
          </w:tcPr>
          <w:p>
            <w:r>
              <w:t>2026-01-01</w:t>
            </w:r>
          </w:p>
        </w:tc>
        <w:tc>
          <w:tcPr>
            <w:tcW w:type="dxa" w:w="2880"/>
          </w:tcPr>
          <w:p>
            <w:r>
              <w:t>Camera citations by month</w:t>
            </w:r>
          </w:p>
        </w:tc>
        <w:tc>
          <w:tcPr>
            <w:tcW w:type="dxa" w:w="2880"/>
          </w:tcPr>
          <w:p>
            <w:r>
              <w:t>25</w:t>
            </w:r>
          </w:p>
        </w:tc>
      </w:tr>
      <w:tr>
        <w:tc>
          <w:tcPr>
            <w:tcW w:type="dxa" w:w="2880"/>
          </w:tcPr>
          <w:p>
            <w:r>
              <w:t>2026-01-01</w:t>
            </w:r>
          </w:p>
        </w:tc>
        <w:tc>
          <w:tcPr>
            <w:tcW w:type="dxa" w:w="2880"/>
          </w:tcPr>
          <w:p>
            <w:r>
              <w:t>Traffic calming</w:t>
            </w:r>
          </w:p>
        </w:tc>
        <w:tc>
          <w:tcPr>
            <w:tcW w:type="dxa" w:w="2880"/>
          </w:tcPr>
          <w:p>
            <w:r>
              <w:t>0</w:t>
            </w:r>
          </w:p>
        </w:tc>
      </w:tr>
      <w:tr>
        <w:tc>
          <w:tcPr>
            <w:tcW w:type="dxa" w:w="2880"/>
          </w:tcPr>
          <w:p>
            <w:r>
              <w:t>2026-02-01</w:t>
            </w:r>
          </w:p>
        </w:tc>
        <w:tc>
          <w:tcPr>
            <w:tcW w:type="dxa" w:w="2880"/>
          </w:tcPr>
          <w:p>
            <w:r>
              <w:t>Crashes</w:t>
            </w:r>
          </w:p>
        </w:tc>
        <w:tc>
          <w:tcPr>
            <w:tcW w:type="dxa" w:w="2880"/>
          </w:tcPr>
          <w:p>
            <w:r>
              <w:t>94</w:t>
            </w:r>
          </w:p>
        </w:tc>
      </w:tr>
      <w:tr>
        <w:tc>
          <w:tcPr>
            <w:tcW w:type="dxa" w:w="2880"/>
          </w:tcPr>
          <w:p>
            <w:r>
              <w:t>2026-02-01</w:t>
            </w:r>
          </w:p>
        </w:tc>
        <w:tc>
          <w:tcPr>
            <w:tcW w:type="dxa" w:w="2880"/>
          </w:tcPr>
          <w:p>
            <w:r>
              <w:t>Segment speeds by month</w:t>
            </w:r>
          </w:p>
        </w:tc>
        <w:tc>
          <w:tcPr>
            <w:tcW w:type="dxa" w:w="2880"/>
          </w:tcPr>
          <w:p>
            <w:r>
              <w:t>120</w:t>
            </w:r>
          </w:p>
        </w:tc>
      </w:tr>
      <w:tr>
        <w:tc>
          <w:tcPr>
            <w:tcW w:type="dxa" w:w="2880"/>
          </w:tcPr>
          <w:p>
            <w:r>
              <w:t>2026-02-01</w:t>
            </w:r>
          </w:p>
        </w:tc>
        <w:tc>
          <w:tcPr>
            <w:tcW w:type="dxa" w:w="2880"/>
          </w:tcPr>
          <w:p>
            <w:r>
              <w:t>Camera citations by month</w:t>
            </w:r>
          </w:p>
        </w:tc>
        <w:tc>
          <w:tcPr>
            <w:tcW w:type="dxa" w:w="2880"/>
          </w:tcPr>
          <w:p>
            <w:r>
              <w:t>25</w:t>
            </w:r>
          </w:p>
        </w:tc>
      </w:tr>
      <w:tr>
        <w:tc>
          <w:tcPr>
            <w:tcW w:type="dxa" w:w="2880"/>
          </w:tcPr>
          <w:p>
            <w:r>
              <w:t>2026-02-01</w:t>
            </w:r>
          </w:p>
        </w:tc>
        <w:tc>
          <w:tcPr>
            <w:tcW w:type="dxa" w:w="2880"/>
          </w:tcPr>
          <w:p>
            <w:r>
              <w:t>Traffic calming</w:t>
            </w:r>
          </w:p>
        </w:tc>
        <w:tc>
          <w:tcPr>
            <w:tcW w:type="dxa" w:w="2880"/>
          </w:tcPr>
          <w:p>
            <w:r>
              <w:t>3</w:t>
            </w:r>
          </w:p>
        </w:tc>
      </w:tr>
      <w:tr>
        <w:tc>
          <w:tcPr>
            <w:tcW w:type="dxa" w:w="2880"/>
          </w:tcPr>
          <w:p>
            <w:r>
              <w:t>2026-03-01</w:t>
            </w:r>
          </w:p>
        </w:tc>
        <w:tc>
          <w:tcPr>
            <w:tcW w:type="dxa" w:w="2880"/>
          </w:tcPr>
          <w:p>
            <w:r>
              <w:t>Crashes</w:t>
            </w:r>
          </w:p>
        </w:tc>
        <w:tc>
          <w:tcPr>
            <w:tcW w:type="dxa" w:w="2880"/>
          </w:tcPr>
          <w:p>
            <w:r>
              <w:t>98</w:t>
            </w:r>
          </w:p>
        </w:tc>
      </w:tr>
      <w:tr>
        <w:tc>
          <w:tcPr>
            <w:tcW w:type="dxa" w:w="2880"/>
          </w:tcPr>
          <w:p>
            <w:r>
              <w:t>2026-03-01</w:t>
            </w:r>
          </w:p>
        </w:tc>
        <w:tc>
          <w:tcPr>
            <w:tcW w:type="dxa" w:w="2880"/>
          </w:tcPr>
          <w:p>
            <w:r>
              <w:t>Segment speeds by month</w:t>
            </w:r>
          </w:p>
        </w:tc>
        <w:tc>
          <w:tcPr>
            <w:tcW w:type="dxa" w:w="2880"/>
          </w:tcPr>
          <w:p>
            <w:r>
              <w:t>120</w:t>
            </w:r>
          </w:p>
        </w:tc>
      </w:tr>
      <w:tr>
        <w:tc>
          <w:tcPr>
            <w:tcW w:type="dxa" w:w="2880"/>
          </w:tcPr>
          <w:p>
            <w:r>
              <w:t>2026-03-01</w:t>
            </w:r>
          </w:p>
        </w:tc>
        <w:tc>
          <w:tcPr>
            <w:tcW w:type="dxa" w:w="2880"/>
          </w:tcPr>
          <w:p>
            <w:r>
              <w:t>Camera citations by month</w:t>
            </w:r>
          </w:p>
        </w:tc>
        <w:tc>
          <w:tcPr>
            <w:tcW w:type="dxa" w:w="2880"/>
          </w:tcPr>
          <w:p>
            <w:r>
              <w:t>25</w:t>
            </w:r>
          </w:p>
        </w:tc>
      </w:tr>
      <w:tr>
        <w:tc>
          <w:tcPr>
            <w:tcW w:type="dxa" w:w="2880"/>
          </w:tcPr>
          <w:p>
            <w:r>
              <w:t>2026-03-01</w:t>
            </w:r>
          </w:p>
        </w:tc>
        <w:tc>
          <w:tcPr>
            <w:tcW w:type="dxa" w:w="2880"/>
          </w:tcPr>
          <w:p>
            <w:r>
              <w:t>Traffic calming</w:t>
            </w:r>
          </w:p>
        </w:tc>
        <w:tc>
          <w:tcPr>
            <w:tcW w:type="dxa" w:w="2880"/>
          </w:tcPr>
          <w:p>
            <w:r>
              <w:t>0</w:t>
            </w:r>
          </w:p>
        </w:tc>
      </w:tr>
      <w:tr>
        <w:tc>
          <w:tcPr>
            <w:tcW w:type="dxa" w:w="2880"/>
          </w:tcPr>
          <w:p>
            <w:r>
              <w:t>2026-04-01</w:t>
            </w:r>
          </w:p>
        </w:tc>
        <w:tc>
          <w:tcPr>
            <w:tcW w:type="dxa" w:w="2880"/>
          </w:tcPr>
          <w:p>
            <w:r>
              <w:t>Crashes</w:t>
            </w:r>
          </w:p>
        </w:tc>
        <w:tc>
          <w:tcPr>
            <w:tcW w:type="dxa" w:w="2880"/>
          </w:tcPr>
          <w:p>
            <w:r>
              <w:t>74</w:t>
            </w:r>
          </w:p>
        </w:tc>
      </w:tr>
      <w:tr>
        <w:tc>
          <w:tcPr>
            <w:tcW w:type="dxa" w:w="2880"/>
          </w:tcPr>
          <w:p>
            <w:r>
              <w:t>2026-04-01</w:t>
            </w:r>
          </w:p>
        </w:tc>
        <w:tc>
          <w:tcPr>
            <w:tcW w:type="dxa" w:w="2880"/>
          </w:tcPr>
          <w:p>
            <w:r>
              <w:t>Segment speeds by month</w:t>
            </w:r>
          </w:p>
        </w:tc>
        <w:tc>
          <w:tcPr>
            <w:tcW w:type="dxa" w:w="2880"/>
          </w:tcPr>
          <w:p>
            <w:r>
              <w:t>120</w:t>
            </w:r>
          </w:p>
        </w:tc>
      </w:tr>
      <w:tr>
        <w:tc>
          <w:tcPr>
            <w:tcW w:type="dxa" w:w="2880"/>
          </w:tcPr>
          <w:p>
            <w:r>
              <w:t>2026-04-01</w:t>
            </w:r>
          </w:p>
        </w:tc>
        <w:tc>
          <w:tcPr>
            <w:tcW w:type="dxa" w:w="2880"/>
          </w:tcPr>
          <w:p>
            <w:r>
              <w:t>Camera citations by month</w:t>
            </w:r>
          </w:p>
        </w:tc>
        <w:tc>
          <w:tcPr>
            <w:tcW w:type="dxa" w:w="2880"/>
          </w:tcPr>
          <w:p>
            <w:r>
              <w:t>25</w:t>
            </w:r>
          </w:p>
        </w:tc>
      </w:tr>
      <w:tr>
        <w:tc>
          <w:tcPr>
            <w:tcW w:type="dxa" w:w="2880"/>
          </w:tcPr>
          <w:p>
            <w:r>
              <w:t>2026-04-01</w:t>
            </w:r>
          </w:p>
        </w:tc>
        <w:tc>
          <w:tcPr>
            <w:tcW w:type="dxa" w:w="2880"/>
          </w:tcPr>
          <w:p>
            <w:r>
              <w:t>Traffic calming</w:t>
            </w:r>
          </w:p>
        </w:tc>
        <w:tc>
          <w:tcPr>
            <w:tcW w:type="dxa" w:w="2880"/>
          </w:tcPr>
          <w:p>
            <w:r>
              <w:t>5</w:t>
            </w:r>
          </w:p>
        </w:tc>
      </w:tr>
      <w:tr>
        <w:tc>
          <w:tcPr>
            <w:tcW w:type="dxa" w:w="2880"/>
          </w:tcPr>
          <w:p>
            <w:r>
              <w:t>2026-05-01</w:t>
            </w:r>
          </w:p>
        </w:tc>
        <w:tc>
          <w:tcPr>
            <w:tcW w:type="dxa" w:w="2880"/>
          </w:tcPr>
          <w:p>
            <w:r>
              <w:t>Crashes</w:t>
            </w:r>
          </w:p>
        </w:tc>
        <w:tc>
          <w:tcPr>
            <w:tcW w:type="dxa" w:w="2880"/>
          </w:tcPr>
          <w:p>
            <w:r>
              <w:t>77</w:t>
            </w:r>
          </w:p>
        </w:tc>
      </w:tr>
      <w:tr>
        <w:tc>
          <w:tcPr>
            <w:tcW w:type="dxa" w:w="2880"/>
          </w:tcPr>
          <w:p>
            <w:r>
              <w:t>2026-05-01</w:t>
            </w:r>
          </w:p>
        </w:tc>
        <w:tc>
          <w:tcPr>
            <w:tcW w:type="dxa" w:w="2880"/>
          </w:tcPr>
          <w:p>
            <w:r>
              <w:t>Segment speeds by month</w:t>
            </w:r>
          </w:p>
        </w:tc>
        <w:tc>
          <w:tcPr>
            <w:tcW w:type="dxa" w:w="2880"/>
          </w:tcPr>
          <w:p>
            <w:r>
              <w:t>120</w:t>
            </w:r>
          </w:p>
        </w:tc>
      </w:tr>
      <w:tr>
        <w:tc>
          <w:tcPr>
            <w:tcW w:type="dxa" w:w="2880"/>
          </w:tcPr>
          <w:p>
            <w:r>
              <w:t>2026-05-01</w:t>
            </w:r>
          </w:p>
        </w:tc>
        <w:tc>
          <w:tcPr>
            <w:tcW w:type="dxa" w:w="2880"/>
          </w:tcPr>
          <w:p>
            <w:r>
              <w:t>Camera citations by month</w:t>
            </w:r>
          </w:p>
        </w:tc>
        <w:tc>
          <w:tcPr>
            <w:tcW w:type="dxa" w:w="2880"/>
          </w:tcPr>
          <w:p>
            <w:r>
              <w:t>25</w:t>
            </w:r>
          </w:p>
        </w:tc>
      </w:tr>
      <w:tr>
        <w:tc>
          <w:tcPr>
            <w:tcW w:type="dxa" w:w="2880"/>
          </w:tcPr>
          <w:p>
            <w:r>
              <w:t>2026-05-01</w:t>
            </w:r>
          </w:p>
        </w:tc>
        <w:tc>
          <w:tcPr>
            <w:tcW w:type="dxa" w:w="2880"/>
          </w:tcPr>
          <w:p>
            <w:r>
              <w:t>Traffic calming</w:t>
            </w:r>
          </w:p>
        </w:tc>
        <w:tc>
          <w:tcPr>
            <w:tcW w:type="dxa" w:w="2880"/>
          </w:tcPr>
          <w:p>
            <w:r>
              <w:t>3</w:t>
            </w:r>
          </w:p>
        </w:tc>
      </w:tr>
      <w:tr>
        <w:tc>
          <w:tcPr>
            <w:tcW w:type="dxa" w:w="2880"/>
          </w:tcPr>
          <w:p>
            <w:r>
              <w:t>2026-06-01</w:t>
            </w:r>
          </w:p>
        </w:tc>
        <w:tc>
          <w:tcPr>
            <w:tcW w:type="dxa" w:w="2880"/>
          </w:tcPr>
          <w:p>
            <w:r>
              <w:t>Crashes</w:t>
            </w:r>
          </w:p>
        </w:tc>
        <w:tc>
          <w:tcPr>
            <w:tcW w:type="dxa" w:w="2880"/>
          </w:tcPr>
          <w:p>
            <w:r>
              <w:t>72</w:t>
            </w:r>
          </w:p>
        </w:tc>
      </w:tr>
      <w:tr>
        <w:tc>
          <w:tcPr>
            <w:tcW w:type="dxa" w:w="2880"/>
          </w:tcPr>
          <w:p>
            <w:r>
              <w:t>2026-06-01</w:t>
            </w:r>
          </w:p>
        </w:tc>
        <w:tc>
          <w:tcPr>
            <w:tcW w:type="dxa" w:w="2880"/>
          </w:tcPr>
          <w:p>
            <w:r>
              <w:t>Segment speeds by month</w:t>
            </w:r>
          </w:p>
        </w:tc>
        <w:tc>
          <w:tcPr>
            <w:tcW w:type="dxa" w:w="2880"/>
          </w:tcPr>
          <w:p>
            <w:r>
              <w:t>120</w:t>
            </w:r>
          </w:p>
        </w:tc>
      </w:tr>
      <w:tr>
        <w:tc>
          <w:tcPr>
            <w:tcW w:type="dxa" w:w="2880"/>
          </w:tcPr>
          <w:p>
            <w:r>
              <w:t>2026-06-01</w:t>
            </w:r>
          </w:p>
        </w:tc>
        <w:tc>
          <w:tcPr>
            <w:tcW w:type="dxa" w:w="2880"/>
          </w:tcPr>
          <w:p>
            <w:r>
              <w:t>Camera citations by month</w:t>
            </w:r>
          </w:p>
        </w:tc>
        <w:tc>
          <w:tcPr>
            <w:tcW w:type="dxa" w:w="2880"/>
          </w:tcPr>
          <w:p>
            <w:r>
              <w:t>25</w:t>
            </w:r>
          </w:p>
        </w:tc>
      </w:tr>
      <w:tr>
        <w:tc>
          <w:tcPr>
            <w:tcW w:type="dxa" w:w="2880"/>
          </w:tcPr>
          <w:p>
            <w:r>
              <w:t>2026-06-01</w:t>
            </w:r>
          </w:p>
        </w:tc>
        <w:tc>
          <w:tcPr>
            <w:tcW w:type="dxa" w:w="2880"/>
          </w:tcPr>
          <w:p>
            <w:r>
              <w:t>Traffic calming</w:t>
            </w:r>
          </w:p>
        </w:tc>
        <w:tc>
          <w:tcPr>
            <w:tcW w:type="dxa" w:w="2880"/>
          </w:tcPr>
          <w:p>
            <w:r>
              <w:t>1</w:t>
            </w:r>
          </w:p>
        </w:tc>
      </w:tr>
      <w:tr>
        <w:tc>
          <w:tcPr>
            <w:tcW w:type="dxa" w:w="2880"/>
          </w:tcPr>
          <w:p>
            <w:r>
              <w:t>2026-07-01</w:t>
            </w:r>
          </w:p>
        </w:tc>
        <w:tc>
          <w:tcPr>
            <w:tcW w:type="dxa" w:w="2880"/>
          </w:tcPr>
          <w:p>
            <w:r>
              <w:t>Crashes</w:t>
            </w:r>
          </w:p>
        </w:tc>
        <w:tc>
          <w:tcPr>
            <w:tcW w:type="dxa" w:w="2880"/>
          </w:tcPr>
          <w:p>
            <w:r>
              <w:t>71</w:t>
            </w:r>
          </w:p>
        </w:tc>
      </w:tr>
      <w:tr>
        <w:tc>
          <w:tcPr>
            <w:tcW w:type="dxa" w:w="2880"/>
          </w:tcPr>
          <w:p>
            <w:r>
              <w:t>2026-07-01</w:t>
            </w:r>
          </w:p>
        </w:tc>
        <w:tc>
          <w:tcPr>
            <w:tcW w:type="dxa" w:w="2880"/>
          </w:tcPr>
          <w:p>
            <w:r>
              <w:t>Segment speeds by month</w:t>
            </w:r>
          </w:p>
        </w:tc>
        <w:tc>
          <w:tcPr>
            <w:tcW w:type="dxa" w:w="2880"/>
          </w:tcPr>
          <w:p>
            <w:r>
              <w:t>120</w:t>
            </w:r>
          </w:p>
        </w:tc>
      </w:tr>
      <w:tr>
        <w:tc>
          <w:tcPr>
            <w:tcW w:type="dxa" w:w="2880"/>
          </w:tcPr>
          <w:p>
            <w:r>
              <w:t>2026-07-01</w:t>
            </w:r>
          </w:p>
        </w:tc>
        <w:tc>
          <w:tcPr>
            <w:tcW w:type="dxa" w:w="2880"/>
          </w:tcPr>
          <w:p>
            <w:r>
              <w:t>Camera citations by month</w:t>
            </w:r>
          </w:p>
        </w:tc>
        <w:tc>
          <w:tcPr>
            <w:tcW w:type="dxa" w:w="2880"/>
          </w:tcPr>
          <w:p>
            <w:r>
              <w:t>25</w:t>
            </w:r>
          </w:p>
        </w:tc>
      </w:tr>
      <w:tr>
        <w:tc>
          <w:tcPr>
            <w:tcW w:type="dxa" w:w="2880"/>
          </w:tcPr>
          <w:p>
            <w:r>
              <w:t>2026-07-01</w:t>
            </w:r>
          </w:p>
        </w:tc>
        <w:tc>
          <w:tcPr>
            <w:tcW w:type="dxa" w:w="2880"/>
          </w:tcPr>
          <w:p>
            <w:r>
              <w:t>Traffic calming</w:t>
            </w:r>
          </w:p>
        </w:tc>
        <w:tc>
          <w:tcPr>
            <w:tcW w:type="dxa" w:w="2880"/>
          </w:tcPr>
          <w:p>
            <w:r>
              <w:t>0</w:t>
            </w:r>
          </w:p>
        </w:tc>
      </w:tr>
      <w:tr>
        <w:tc>
          <w:tcPr>
            <w:tcW w:type="dxa" w:w="2880"/>
          </w:tcPr>
          <w:p>
            <w:r>
              <w:t>2026-08-01</w:t>
            </w:r>
          </w:p>
        </w:tc>
        <w:tc>
          <w:tcPr>
            <w:tcW w:type="dxa" w:w="2880"/>
          </w:tcPr>
          <w:p>
            <w:r>
              <w:t>Crashes</w:t>
            </w:r>
          </w:p>
        </w:tc>
        <w:tc>
          <w:tcPr>
            <w:tcW w:type="dxa" w:w="2880"/>
          </w:tcPr>
          <w:p>
            <w:r>
              <w:t>89</w:t>
            </w:r>
          </w:p>
        </w:tc>
      </w:tr>
      <w:tr>
        <w:tc>
          <w:tcPr>
            <w:tcW w:type="dxa" w:w="2880"/>
          </w:tcPr>
          <w:p>
            <w:r>
              <w:t>2026-08-01</w:t>
            </w:r>
          </w:p>
        </w:tc>
        <w:tc>
          <w:tcPr>
            <w:tcW w:type="dxa" w:w="2880"/>
          </w:tcPr>
          <w:p>
            <w:r>
              <w:t>Segment speeds by month</w:t>
            </w:r>
          </w:p>
        </w:tc>
        <w:tc>
          <w:tcPr>
            <w:tcW w:type="dxa" w:w="2880"/>
          </w:tcPr>
          <w:p>
            <w:r>
              <w:t>120</w:t>
            </w:r>
          </w:p>
        </w:tc>
      </w:tr>
      <w:tr>
        <w:tc>
          <w:tcPr>
            <w:tcW w:type="dxa" w:w="2880"/>
          </w:tcPr>
          <w:p>
            <w:r>
              <w:t>2026-08-01</w:t>
            </w:r>
          </w:p>
        </w:tc>
        <w:tc>
          <w:tcPr>
            <w:tcW w:type="dxa" w:w="2880"/>
          </w:tcPr>
          <w:p>
            <w:r>
              <w:t>Camera citations by month</w:t>
            </w:r>
          </w:p>
        </w:tc>
        <w:tc>
          <w:tcPr>
            <w:tcW w:type="dxa" w:w="2880"/>
          </w:tcPr>
          <w:p>
            <w:r>
              <w:t>25</w:t>
            </w:r>
          </w:p>
        </w:tc>
      </w:tr>
      <w:tr>
        <w:tc>
          <w:tcPr>
            <w:tcW w:type="dxa" w:w="2880"/>
          </w:tcPr>
          <w:p>
            <w:r>
              <w:t>2026-08-01</w:t>
            </w:r>
          </w:p>
        </w:tc>
        <w:tc>
          <w:tcPr>
            <w:tcW w:type="dxa" w:w="2880"/>
          </w:tcPr>
          <w:p>
            <w:r>
              <w:t>Traffic calming</w:t>
            </w:r>
          </w:p>
        </w:tc>
        <w:tc>
          <w:tcPr>
            <w:tcW w:type="dxa" w:w="2880"/>
          </w:tcPr>
          <w:p>
            <w:r>
              <w:t>0</w:t>
            </w:r>
          </w:p>
        </w:tc>
      </w:tr>
      <w:tr>
        <w:tc>
          <w:tcPr>
            <w:tcW w:type="dxa" w:w="2880"/>
          </w:tcPr>
          <w:p>
            <w:r>
              <w:t>2026-09-01</w:t>
            </w:r>
          </w:p>
        </w:tc>
        <w:tc>
          <w:tcPr>
            <w:tcW w:type="dxa" w:w="2880"/>
          </w:tcPr>
          <w:p>
            <w:r>
              <w:t>Crashes</w:t>
            </w:r>
          </w:p>
        </w:tc>
        <w:tc>
          <w:tcPr>
            <w:tcW w:type="dxa" w:w="2880"/>
          </w:tcPr>
          <w:p>
            <w:r>
              <w:t>86</w:t>
            </w:r>
          </w:p>
        </w:tc>
      </w:tr>
      <w:tr>
        <w:tc>
          <w:tcPr>
            <w:tcW w:type="dxa" w:w="2880"/>
          </w:tcPr>
          <w:p>
            <w:r>
              <w:t>2026-09-01</w:t>
            </w:r>
          </w:p>
        </w:tc>
        <w:tc>
          <w:tcPr>
            <w:tcW w:type="dxa" w:w="2880"/>
          </w:tcPr>
          <w:p>
            <w:r>
              <w:t>Segment speeds by month</w:t>
            </w:r>
          </w:p>
        </w:tc>
        <w:tc>
          <w:tcPr>
            <w:tcW w:type="dxa" w:w="2880"/>
          </w:tcPr>
          <w:p>
            <w:r>
              <w:t>120</w:t>
            </w:r>
          </w:p>
        </w:tc>
      </w:tr>
      <w:tr>
        <w:tc>
          <w:tcPr>
            <w:tcW w:type="dxa" w:w="2880"/>
          </w:tcPr>
          <w:p>
            <w:r>
              <w:t>2026-09-01</w:t>
            </w:r>
          </w:p>
        </w:tc>
        <w:tc>
          <w:tcPr>
            <w:tcW w:type="dxa" w:w="2880"/>
          </w:tcPr>
          <w:p>
            <w:r>
              <w:t>Camera citations by month</w:t>
            </w:r>
          </w:p>
        </w:tc>
        <w:tc>
          <w:tcPr>
            <w:tcW w:type="dxa" w:w="2880"/>
          </w:tcPr>
          <w:p>
            <w:r>
              <w:t>25</w:t>
            </w:r>
          </w:p>
        </w:tc>
      </w:tr>
      <w:tr>
        <w:tc>
          <w:tcPr>
            <w:tcW w:type="dxa" w:w="2880"/>
          </w:tcPr>
          <w:p>
            <w:r>
              <w:t>2026-09-01</w:t>
            </w:r>
          </w:p>
        </w:tc>
        <w:tc>
          <w:tcPr>
            <w:tcW w:type="dxa" w:w="2880"/>
          </w:tcPr>
          <w:p>
            <w:r>
              <w:t>Traffic calming</w:t>
            </w:r>
          </w:p>
        </w:tc>
        <w:tc>
          <w:tcPr>
            <w:tcW w:type="dxa" w:w="2880"/>
          </w:tcPr>
          <w:p>
            <w:r>
              <w:t>0</w:t>
            </w:r>
          </w:p>
        </w:tc>
      </w:tr>
    </w:tbl>
    <w:p/>
    <w:p>
      <w:pPr>
        <w:pStyle w:val="Heading2"/>
      </w:pPr>
      <w:r>
        <w:t>Figure 20. Crashes over time (occurred_at) [64]</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period</w:t>
            </w:r>
          </w:p>
        </w:tc>
        <w:tc>
          <w:tcPr>
            <w:tcW w:type="dxa" w:w="2880"/>
          </w:tcPr>
          <w:p>
            <w:r>
              <w:t>series</w:t>
            </w:r>
          </w:p>
        </w:tc>
        <w:tc>
          <w:tcPr>
            <w:tcW w:type="dxa" w:w="2880"/>
          </w:tcPr>
          <w:p>
            <w:r>
              <w:t>value</w:t>
            </w:r>
          </w:p>
        </w:tc>
      </w:tr>
      <w:tr>
        <w:tc>
          <w:tcPr>
            <w:tcW w:type="dxa" w:w="2880"/>
          </w:tcPr>
          <w:p>
            <w:r>
              <w:t>2024-10-01</w:t>
            </w:r>
          </w:p>
        </w:tc>
        <w:tc>
          <w:tcPr>
            <w:tcW w:type="dxa" w:w="2880"/>
          </w:tcPr>
          <w:p>
            <w:r>
              <w:t>slight</w:t>
            </w:r>
          </w:p>
        </w:tc>
        <w:tc>
          <w:tcPr>
            <w:tcW w:type="dxa" w:w="2880"/>
          </w:tcPr>
          <w:p>
            <w:r>
              <w:t>45</w:t>
            </w:r>
          </w:p>
        </w:tc>
      </w:tr>
      <w:tr>
        <w:tc>
          <w:tcPr>
            <w:tcW w:type="dxa" w:w="2880"/>
          </w:tcPr>
          <w:p>
            <w:r>
              <w:t>2024-10-01</w:t>
            </w:r>
          </w:p>
        </w:tc>
        <w:tc>
          <w:tcPr>
            <w:tcW w:type="dxa" w:w="2880"/>
          </w:tcPr>
          <w:p>
            <w:r>
              <w:t>property damage</w:t>
            </w:r>
          </w:p>
        </w:tc>
        <w:tc>
          <w:tcPr>
            <w:tcW w:type="dxa" w:w="2880"/>
          </w:tcPr>
          <w:p>
            <w:r>
              <w:t>29</w:t>
            </w:r>
          </w:p>
        </w:tc>
      </w:tr>
      <w:tr>
        <w:tc>
          <w:tcPr>
            <w:tcW w:type="dxa" w:w="2880"/>
          </w:tcPr>
          <w:p>
            <w:r>
              <w:t>2024-10-01</w:t>
            </w:r>
          </w:p>
        </w:tc>
        <w:tc>
          <w:tcPr>
            <w:tcW w:type="dxa" w:w="2880"/>
          </w:tcPr>
          <w:p>
            <w:r>
              <w:t>serious</w:t>
            </w:r>
          </w:p>
        </w:tc>
        <w:tc>
          <w:tcPr>
            <w:tcW w:type="dxa" w:w="2880"/>
          </w:tcPr>
          <w:p>
            <w:r>
              <w:t>15</w:t>
            </w:r>
          </w:p>
        </w:tc>
      </w:tr>
      <w:tr>
        <w:tc>
          <w:tcPr>
            <w:tcW w:type="dxa" w:w="2880"/>
          </w:tcPr>
          <w:p>
            <w:r>
              <w:t>2024-10-01</w:t>
            </w:r>
          </w:p>
        </w:tc>
        <w:tc>
          <w:tcPr>
            <w:tcW w:type="dxa" w:w="2880"/>
          </w:tcPr>
          <w:p>
            <w:r>
              <w:t>fatal</w:t>
            </w:r>
          </w:p>
        </w:tc>
        <w:tc>
          <w:tcPr>
            <w:tcW w:type="dxa" w:w="2880"/>
          </w:tcPr>
          <w:p>
            <w:r>
              <w:t>3</w:t>
            </w:r>
          </w:p>
        </w:tc>
      </w:tr>
      <w:tr>
        <w:tc>
          <w:tcPr>
            <w:tcW w:type="dxa" w:w="2880"/>
          </w:tcPr>
          <w:p>
            <w:r>
              <w:t>2024-11-01</w:t>
            </w:r>
          </w:p>
        </w:tc>
        <w:tc>
          <w:tcPr>
            <w:tcW w:type="dxa" w:w="2880"/>
          </w:tcPr>
          <w:p>
            <w:r>
              <w:t>slight</w:t>
            </w:r>
          </w:p>
        </w:tc>
        <w:tc>
          <w:tcPr>
            <w:tcW w:type="dxa" w:w="2880"/>
          </w:tcPr>
          <w:p>
            <w:r>
              <w:t>45</w:t>
            </w:r>
          </w:p>
        </w:tc>
      </w:tr>
      <w:tr>
        <w:tc>
          <w:tcPr>
            <w:tcW w:type="dxa" w:w="2880"/>
          </w:tcPr>
          <w:p>
            <w:r>
              <w:t>2024-11-01</w:t>
            </w:r>
          </w:p>
        </w:tc>
        <w:tc>
          <w:tcPr>
            <w:tcW w:type="dxa" w:w="2880"/>
          </w:tcPr>
          <w:p>
            <w:r>
              <w:t>property damage</w:t>
            </w:r>
          </w:p>
        </w:tc>
        <w:tc>
          <w:tcPr>
            <w:tcW w:type="dxa" w:w="2880"/>
          </w:tcPr>
          <w:p>
            <w:r>
              <w:t>27</w:t>
            </w:r>
          </w:p>
        </w:tc>
      </w:tr>
      <w:tr>
        <w:tc>
          <w:tcPr>
            <w:tcW w:type="dxa" w:w="2880"/>
          </w:tcPr>
          <w:p>
            <w:r>
              <w:t>2024-11-01</w:t>
            </w:r>
          </w:p>
        </w:tc>
        <w:tc>
          <w:tcPr>
            <w:tcW w:type="dxa" w:w="2880"/>
          </w:tcPr>
          <w:p>
            <w:r>
              <w:t>serious</w:t>
            </w:r>
          </w:p>
        </w:tc>
        <w:tc>
          <w:tcPr>
            <w:tcW w:type="dxa" w:w="2880"/>
          </w:tcPr>
          <w:p>
            <w:r>
              <w:t>18</w:t>
            </w:r>
          </w:p>
        </w:tc>
      </w:tr>
      <w:tr>
        <w:tc>
          <w:tcPr>
            <w:tcW w:type="dxa" w:w="2880"/>
          </w:tcPr>
          <w:p>
            <w:r>
              <w:t>2024-11-01</w:t>
            </w:r>
          </w:p>
        </w:tc>
        <w:tc>
          <w:tcPr>
            <w:tcW w:type="dxa" w:w="2880"/>
          </w:tcPr>
          <w:p>
            <w:r>
              <w:t>fatal</w:t>
            </w:r>
          </w:p>
        </w:tc>
        <w:tc>
          <w:tcPr>
            <w:tcW w:type="dxa" w:w="2880"/>
          </w:tcPr>
          <w:p>
            <w:r>
              <w:t>5</w:t>
            </w:r>
          </w:p>
        </w:tc>
      </w:tr>
      <w:tr>
        <w:tc>
          <w:tcPr>
            <w:tcW w:type="dxa" w:w="2880"/>
          </w:tcPr>
          <w:p>
            <w:r>
              <w:t>2024-12-01</w:t>
            </w:r>
          </w:p>
        </w:tc>
        <w:tc>
          <w:tcPr>
            <w:tcW w:type="dxa" w:w="2880"/>
          </w:tcPr>
          <w:p>
            <w:r>
              <w:t>slight</w:t>
            </w:r>
          </w:p>
        </w:tc>
        <w:tc>
          <w:tcPr>
            <w:tcW w:type="dxa" w:w="2880"/>
          </w:tcPr>
          <w:p>
            <w:r>
              <w:t>46</w:t>
            </w:r>
          </w:p>
        </w:tc>
      </w:tr>
      <w:tr>
        <w:tc>
          <w:tcPr>
            <w:tcW w:type="dxa" w:w="2880"/>
          </w:tcPr>
          <w:p>
            <w:r>
              <w:t>2024-12-01</w:t>
            </w:r>
          </w:p>
        </w:tc>
        <w:tc>
          <w:tcPr>
            <w:tcW w:type="dxa" w:w="2880"/>
          </w:tcPr>
          <w:p>
            <w:r>
              <w:t>property damage</w:t>
            </w:r>
          </w:p>
        </w:tc>
        <w:tc>
          <w:tcPr>
            <w:tcW w:type="dxa" w:w="2880"/>
          </w:tcPr>
          <w:p>
            <w:r>
              <w:t>33</w:t>
            </w:r>
          </w:p>
        </w:tc>
      </w:tr>
      <w:tr>
        <w:tc>
          <w:tcPr>
            <w:tcW w:type="dxa" w:w="2880"/>
          </w:tcPr>
          <w:p>
            <w:r>
              <w:t>2024-12-01</w:t>
            </w:r>
          </w:p>
        </w:tc>
        <w:tc>
          <w:tcPr>
            <w:tcW w:type="dxa" w:w="2880"/>
          </w:tcPr>
          <w:p>
            <w:r>
              <w:t>serious</w:t>
            </w:r>
          </w:p>
        </w:tc>
        <w:tc>
          <w:tcPr>
            <w:tcW w:type="dxa" w:w="2880"/>
          </w:tcPr>
          <w:p>
            <w:r>
              <w:t>20</w:t>
            </w:r>
          </w:p>
        </w:tc>
      </w:tr>
      <w:tr>
        <w:tc>
          <w:tcPr>
            <w:tcW w:type="dxa" w:w="2880"/>
          </w:tcPr>
          <w:p>
            <w:r>
              <w:t>2024-12-01</w:t>
            </w:r>
          </w:p>
        </w:tc>
        <w:tc>
          <w:tcPr>
            <w:tcW w:type="dxa" w:w="2880"/>
          </w:tcPr>
          <w:p>
            <w:r>
              <w:t>fatal</w:t>
            </w:r>
          </w:p>
        </w:tc>
        <w:tc>
          <w:tcPr>
            <w:tcW w:type="dxa" w:w="2880"/>
          </w:tcPr>
          <w:p>
            <w:r>
              <w:t>6</w:t>
            </w:r>
          </w:p>
        </w:tc>
      </w:tr>
      <w:tr>
        <w:tc>
          <w:tcPr>
            <w:tcW w:type="dxa" w:w="2880"/>
          </w:tcPr>
          <w:p>
            <w:r>
              <w:t>2025-01-01</w:t>
            </w:r>
          </w:p>
        </w:tc>
        <w:tc>
          <w:tcPr>
            <w:tcW w:type="dxa" w:w="2880"/>
          </w:tcPr>
          <w:p>
            <w:r>
              <w:t>slight</w:t>
            </w:r>
          </w:p>
        </w:tc>
        <w:tc>
          <w:tcPr>
            <w:tcW w:type="dxa" w:w="2880"/>
          </w:tcPr>
          <w:p>
            <w:r>
              <w:t>47</w:t>
            </w:r>
          </w:p>
        </w:tc>
      </w:tr>
      <w:tr>
        <w:tc>
          <w:tcPr>
            <w:tcW w:type="dxa" w:w="2880"/>
          </w:tcPr>
          <w:p>
            <w:r>
              <w:t>2025-01-01</w:t>
            </w:r>
          </w:p>
        </w:tc>
        <w:tc>
          <w:tcPr>
            <w:tcW w:type="dxa" w:w="2880"/>
          </w:tcPr>
          <w:p>
            <w:r>
              <w:t>property damage</w:t>
            </w:r>
          </w:p>
        </w:tc>
        <w:tc>
          <w:tcPr>
            <w:tcW w:type="dxa" w:w="2880"/>
          </w:tcPr>
          <w:p>
            <w:r>
              <w:t>27</w:t>
            </w:r>
          </w:p>
        </w:tc>
      </w:tr>
      <w:tr>
        <w:tc>
          <w:tcPr>
            <w:tcW w:type="dxa" w:w="2880"/>
          </w:tcPr>
          <w:p>
            <w:r>
              <w:t>2025-01-01</w:t>
            </w:r>
          </w:p>
        </w:tc>
        <w:tc>
          <w:tcPr>
            <w:tcW w:type="dxa" w:w="2880"/>
          </w:tcPr>
          <w:p>
            <w:r>
              <w:t>serious</w:t>
            </w:r>
          </w:p>
        </w:tc>
        <w:tc>
          <w:tcPr>
            <w:tcW w:type="dxa" w:w="2880"/>
          </w:tcPr>
          <w:p>
            <w:r>
              <w:t>19</w:t>
            </w:r>
          </w:p>
        </w:tc>
      </w:tr>
      <w:tr>
        <w:tc>
          <w:tcPr>
            <w:tcW w:type="dxa" w:w="2880"/>
          </w:tcPr>
          <w:p>
            <w:r>
              <w:t>2025-01-01</w:t>
            </w:r>
          </w:p>
        </w:tc>
        <w:tc>
          <w:tcPr>
            <w:tcW w:type="dxa" w:w="2880"/>
          </w:tcPr>
          <w:p>
            <w:r>
              <w:t>fatal</w:t>
            </w:r>
          </w:p>
        </w:tc>
        <w:tc>
          <w:tcPr>
            <w:tcW w:type="dxa" w:w="2880"/>
          </w:tcPr>
          <w:p>
            <w:r>
              <w:t>2</w:t>
            </w:r>
          </w:p>
        </w:tc>
      </w:tr>
      <w:tr>
        <w:tc>
          <w:tcPr>
            <w:tcW w:type="dxa" w:w="2880"/>
          </w:tcPr>
          <w:p>
            <w:r>
              <w:t>2025-02-01</w:t>
            </w:r>
          </w:p>
        </w:tc>
        <w:tc>
          <w:tcPr>
            <w:tcW w:type="dxa" w:w="2880"/>
          </w:tcPr>
          <w:p>
            <w:r>
              <w:t>slight</w:t>
            </w:r>
          </w:p>
        </w:tc>
        <w:tc>
          <w:tcPr>
            <w:tcW w:type="dxa" w:w="2880"/>
          </w:tcPr>
          <w:p>
            <w:r>
              <w:t>46</w:t>
            </w:r>
          </w:p>
        </w:tc>
      </w:tr>
      <w:tr>
        <w:tc>
          <w:tcPr>
            <w:tcW w:type="dxa" w:w="2880"/>
          </w:tcPr>
          <w:p>
            <w:r>
              <w:t>2025-02-01</w:t>
            </w:r>
          </w:p>
        </w:tc>
        <w:tc>
          <w:tcPr>
            <w:tcW w:type="dxa" w:w="2880"/>
          </w:tcPr>
          <w:p>
            <w:r>
              <w:t>property damage</w:t>
            </w:r>
          </w:p>
        </w:tc>
        <w:tc>
          <w:tcPr>
            <w:tcW w:type="dxa" w:w="2880"/>
          </w:tcPr>
          <w:p>
            <w:r>
              <w:t>21</w:t>
            </w:r>
          </w:p>
        </w:tc>
      </w:tr>
      <w:tr>
        <w:tc>
          <w:tcPr>
            <w:tcW w:type="dxa" w:w="2880"/>
          </w:tcPr>
          <w:p>
            <w:r>
              <w:t>2025-02-01</w:t>
            </w:r>
          </w:p>
        </w:tc>
        <w:tc>
          <w:tcPr>
            <w:tcW w:type="dxa" w:w="2880"/>
          </w:tcPr>
          <w:p>
            <w:r>
              <w:t>serious</w:t>
            </w:r>
          </w:p>
        </w:tc>
        <w:tc>
          <w:tcPr>
            <w:tcW w:type="dxa" w:w="2880"/>
          </w:tcPr>
          <w:p>
            <w:r>
              <w:t>23</w:t>
            </w:r>
          </w:p>
        </w:tc>
      </w:tr>
      <w:tr>
        <w:tc>
          <w:tcPr>
            <w:tcW w:type="dxa" w:w="2880"/>
          </w:tcPr>
          <w:p>
            <w:r>
              <w:t>2025-02-01</w:t>
            </w:r>
          </w:p>
        </w:tc>
        <w:tc>
          <w:tcPr>
            <w:tcW w:type="dxa" w:w="2880"/>
          </w:tcPr>
          <w:p>
            <w:r>
              <w:t>fatal</w:t>
            </w:r>
          </w:p>
        </w:tc>
        <w:tc>
          <w:tcPr>
            <w:tcW w:type="dxa" w:w="2880"/>
          </w:tcPr>
          <w:p>
            <w:r>
              <w:t>3</w:t>
            </w:r>
          </w:p>
        </w:tc>
      </w:tr>
      <w:tr>
        <w:tc>
          <w:tcPr>
            <w:tcW w:type="dxa" w:w="2880"/>
          </w:tcPr>
          <w:p>
            <w:r>
              <w:t>2025-03-01</w:t>
            </w:r>
          </w:p>
        </w:tc>
        <w:tc>
          <w:tcPr>
            <w:tcW w:type="dxa" w:w="2880"/>
          </w:tcPr>
          <w:p>
            <w:r>
              <w:t>slight</w:t>
            </w:r>
          </w:p>
        </w:tc>
        <w:tc>
          <w:tcPr>
            <w:tcW w:type="dxa" w:w="2880"/>
          </w:tcPr>
          <w:p>
            <w:r>
              <w:t>39</w:t>
            </w:r>
          </w:p>
        </w:tc>
      </w:tr>
      <w:tr>
        <w:tc>
          <w:tcPr>
            <w:tcW w:type="dxa" w:w="2880"/>
          </w:tcPr>
          <w:p>
            <w:r>
              <w:t>2025-03-01</w:t>
            </w:r>
          </w:p>
        </w:tc>
        <w:tc>
          <w:tcPr>
            <w:tcW w:type="dxa" w:w="2880"/>
          </w:tcPr>
          <w:p>
            <w:r>
              <w:t>property damage</w:t>
            </w:r>
          </w:p>
        </w:tc>
        <w:tc>
          <w:tcPr>
            <w:tcW w:type="dxa" w:w="2880"/>
          </w:tcPr>
          <w:p>
            <w:r>
              <w:t>27</w:t>
            </w:r>
          </w:p>
        </w:tc>
      </w:tr>
      <w:tr>
        <w:tc>
          <w:tcPr>
            <w:tcW w:type="dxa" w:w="2880"/>
          </w:tcPr>
          <w:p>
            <w:r>
              <w:t>2025-03-01</w:t>
            </w:r>
          </w:p>
        </w:tc>
        <w:tc>
          <w:tcPr>
            <w:tcW w:type="dxa" w:w="2880"/>
          </w:tcPr>
          <w:p>
            <w:r>
              <w:t>serious</w:t>
            </w:r>
          </w:p>
        </w:tc>
        <w:tc>
          <w:tcPr>
            <w:tcW w:type="dxa" w:w="2880"/>
          </w:tcPr>
          <w:p>
            <w:r>
              <w:t>20</w:t>
            </w:r>
          </w:p>
        </w:tc>
      </w:tr>
      <w:tr>
        <w:tc>
          <w:tcPr>
            <w:tcW w:type="dxa" w:w="2880"/>
          </w:tcPr>
          <w:p>
            <w:r>
              <w:t>2025-03-01</w:t>
            </w:r>
          </w:p>
        </w:tc>
        <w:tc>
          <w:tcPr>
            <w:tcW w:type="dxa" w:w="2880"/>
          </w:tcPr>
          <w:p>
            <w:r>
              <w:t>fatal</w:t>
            </w:r>
          </w:p>
        </w:tc>
        <w:tc>
          <w:tcPr>
            <w:tcW w:type="dxa" w:w="2880"/>
          </w:tcPr>
          <w:p>
            <w:r>
              <w:t>5</w:t>
            </w:r>
          </w:p>
        </w:tc>
      </w:tr>
      <w:tr>
        <w:tc>
          <w:tcPr>
            <w:tcW w:type="dxa" w:w="2880"/>
          </w:tcPr>
          <w:p>
            <w:r>
              <w:t>2025-04-01</w:t>
            </w:r>
          </w:p>
        </w:tc>
        <w:tc>
          <w:tcPr>
            <w:tcW w:type="dxa" w:w="2880"/>
          </w:tcPr>
          <w:p>
            <w:r>
              <w:t>slight</w:t>
            </w:r>
          </w:p>
        </w:tc>
        <w:tc>
          <w:tcPr>
            <w:tcW w:type="dxa" w:w="2880"/>
          </w:tcPr>
          <w:p>
            <w:r>
              <w:t>41</w:t>
            </w:r>
          </w:p>
        </w:tc>
      </w:tr>
      <w:tr>
        <w:tc>
          <w:tcPr>
            <w:tcW w:type="dxa" w:w="2880"/>
          </w:tcPr>
          <w:p>
            <w:r>
              <w:t>2025-04-01</w:t>
            </w:r>
          </w:p>
        </w:tc>
        <w:tc>
          <w:tcPr>
            <w:tcW w:type="dxa" w:w="2880"/>
          </w:tcPr>
          <w:p>
            <w:r>
              <w:t>property damage</w:t>
            </w:r>
          </w:p>
        </w:tc>
        <w:tc>
          <w:tcPr>
            <w:tcW w:type="dxa" w:w="2880"/>
          </w:tcPr>
          <w:p>
            <w:r>
              <w:t>15</w:t>
            </w:r>
          </w:p>
        </w:tc>
      </w:tr>
      <w:tr>
        <w:tc>
          <w:tcPr>
            <w:tcW w:type="dxa" w:w="2880"/>
          </w:tcPr>
          <w:p>
            <w:r>
              <w:t>2025-04-01</w:t>
            </w:r>
          </w:p>
        </w:tc>
        <w:tc>
          <w:tcPr>
            <w:tcW w:type="dxa" w:w="2880"/>
          </w:tcPr>
          <w:p>
            <w:r>
              <w:t>serious</w:t>
            </w:r>
          </w:p>
        </w:tc>
        <w:tc>
          <w:tcPr>
            <w:tcW w:type="dxa" w:w="2880"/>
          </w:tcPr>
          <w:p>
            <w:r>
              <w:t>17</w:t>
            </w:r>
          </w:p>
        </w:tc>
      </w:tr>
      <w:tr>
        <w:tc>
          <w:tcPr>
            <w:tcW w:type="dxa" w:w="2880"/>
          </w:tcPr>
          <w:p>
            <w:r>
              <w:t>2025-04-01</w:t>
            </w:r>
          </w:p>
        </w:tc>
        <w:tc>
          <w:tcPr>
            <w:tcW w:type="dxa" w:w="2880"/>
          </w:tcPr>
          <w:p>
            <w:r>
              <w:t>fatal</w:t>
            </w:r>
          </w:p>
        </w:tc>
        <w:tc>
          <w:tcPr>
            <w:tcW w:type="dxa" w:w="2880"/>
          </w:tcPr>
          <w:p>
            <w:r>
              <w:t>4</w:t>
            </w:r>
          </w:p>
        </w:tc>
      </w:tr>
      <w:tr>
        <w:tc>
          <w:tcPr>
            <w:tcW w:type="dxa" w:w="2880"/>
          </w:tcPr>
          <w:p>
            <w:r>
              <w:t>2025-05-01</w:t>
            </w:r>
          </w:p>
        </w:tc>
        <w:tc>
          <w:tcPr>
            <w:tcW w:type="dxa" w:w="2880"/>
          </w:tcPr>
          <w:p>
            <w:r>
              <w:t>slight</w:t>
            </w:r>
          </w:p>
        </w:tc>
        <w:tc>
          <w:tcPr>
            <w:tcW w:type="dxa" w:w="2880"/>
          </w:tcPr>
          <w:p>
            <w:r>
              <w:t>37</w:t>
            </w:r>
          </w:p>
        </w:tc>
      </w:tr>
      <w:tr>
        <w:tc>
          <w:tcPr>
            <w:tcW w:type="dxa" w:w="2880"/>
          </w:tcPr>
          <w:p>
            <w:r>
              <w:t>2025-05-01</w:t>
            </w:r>
          </w:p>
        </w:tc>
        <w:tc>
          <w:tcPr>
            <w:tcW w:type="dxa" w:w="2880"/>
          </w:tcPr>
          <w:p>
            <w:r>
              <w:t>property damage</w:t>
            </w:r>
          </w:p>
        </w:tc>
        <w:tc>
          <w:tcPr>
            <w:tcW w:type="dxa" w:w="2880"/>
          </w:tcPr>
          <w:p>
            <w:r>
              <w:t>17</w:t>
            </w:r>
          </w:p>
        </w:tc>
      </w:tr>
      <w:tr>
        <w:tc>
          <w:tcPr>
            <w:tcW w:type="dxa" w:w="2880"/>
          </w:tcPr>
          <w:p>
            <w:r>
              <w:t>2025-05-01</w:t>
            </w:r>
          </w:p>
        </w:tc>
        <w:tc>
          <w:tcPr>
            <w:tcW w:type="dxa" w:w="2880"/>
          </w:tcPr>
          <w:p>
            <w:r>
              <w:t>serious</w:t>
            </w:r>
          </w:p>
        </w:tc>
        <w:tc>
          <w:tcPr>
            <w:tcW w:type="dxa" w:w="2880"/>
          </w:tcPr>
          <w:p>
            <w:r>
              <w:t>10</w:t>
            </w:r>
          </w:p>
        </w:tc>
      </w:tr>
      <w:tr>
        <w:tc>
          <w:tcPr>
            <w:tcW w:type="dxa" w:w="2880"/>
          </w:tcPr>
          <w:p>
            <w:r>
              <w:t>2025-05-01</w:t>
            </w:r>
          </w:p>
        </w:tc>
        <w:tc>
          <w:tcPr>
            <w:tcW w:type="dxa" w:w="2880"/>
          </w:tcPr>
          <w:p>
            <w:r>
              <w:t>fatal</w:t>
            </w:r>
          </w:p>
        </w:tc>
        <w:tc>
          <w:tcPr>
            <w:tcW w:type="dxa" w:w="2880"/>
          </w:tcPr>
          <w:p>
            <w:r>
              <w:t>2</w:t>
            </w:r>
          </w:p>
        </w:tc>
      </w:tr>
      <w:tr>
        <w:tc>
          <w:tcPr>
            <w:tcW w:type="dxa" w:w="2880"/>
          </w:tcPr>
          <w:p>
            <w:r>
              <w:t>2025-06-01</w:t>
            </w:r>
          </w:p>
        </w:tc>
        <w:tc>
          <w:tcPr>
            <w:tcW w:type="dxa" w:w="2880"/>
          </w:tcPr>
          <w:p>
            <w:r>
              <w:t>slight</w:t>
            </w:r>
          </w:p>
        </w:tc>
        <w:tc>
          <w:tcPr>
            <w:tcW w:type="dxa" w:w="2880"/>
          </w:tcPr>
          <w:p>
            <w:r>
              <w:t>35</w:t>
            </w:r>
          </w:p>
        </w:tc>
      </w:tr>
      <w:tr>
        <w:tc>
          <w:tcPr>
            <w:tcW w:type="dxa" w:w="2880"/>
          </w:tcPr>
          <w:p>
            <w:r>
              <w:t>2025-06-01</w:t>
            </w:r>
          </w:p>
        </w:tc>
        <w:tc>
          <w:tcPr>
            <w:tcW w:type="dxa" w:w="2880"/>
          </w:tcPr>
          <w:p>
            <w:r>
              <w:t>property damage</w:t>
            </w:r>
          </w:p>
        </w:tc>
        <w:tc>
          <w:tcPr>
            <w:tcW w:type="dxa" w:w="2880"/>
          </w:tcPr>
          <w:p>
            <w:r>
              <w:t>26</w:t>
            </w:r>
          </w:p>
        </w:tc>
      </w:tr>
      <w:tr>
        <w:tc>
          <w:tcPr>
            <w:tcW w:type="dxa" w:w="2880"/>
          </w:tcPr>
          <w:p>
            <w:r>
              <w:t>2025-06-01</w:t>
            </w:r>
          </w:p>
        </w:tc>
        <w:tc>
          <w:tcPr>
            <w:tcW w:type="dxa" w:w="2880"/>
          </w:tcPr>
          <w:p>
            <w:r>
              <w:t>serious</w:t>
            </w:r>
          </w:p>
        </w:tc>
        <w:tc>
          <w:tcPr>
            <w:tcW w:type="dxa" w:w="2880"/>
          </w:tcPr>
          <w:p>
            <w:r>
              <w:t>20</w:t>
            </w:r>
          </w:p>
        </w:tc>
      </w:tr>
      <w:tr>
        <w:tc>
          <w:tcPr>
            <w:tcW w:type="dxa" w:w="2880"/>
          </w:tcPr>
          <w:p>
            <w:r>
              <w:t>2025-06-01</w:t>
            </w:r>
          </w:p>
        </w:tc>
        <w:tc>
          <w:tcPr>
            <w:tcW w:type="dxa" w:w="2880"/>
          </w:tcPr>
          <w:p>
            <w:r>
              <w:t>fatal</w:t>
            </w:r>
          </w:p>
        </w:tc>
        <w:tc>
          <w:tcPr>
            <w:tcW w:type="dxa" w:w="2880"/>
          </w:tcPr>
          <w:p>
            <w:r>
              <w:t>4</w:t>
            </w:r>
          </w:p>
        </w:tc>
      </w:tr>
      <w:tr>
        <w:tc>
          <w:tcPr>
            <w:tcW w:type="dxa" w:w="2880"/>
          </w:tcPr>
          <w:p>
            <w:r>
              <w:t>2025-07-01</w:t>
            </w:r>
          </w:p>
        </w:tc>
        <w:tc>
          <w:tcPr>
            <w:tcW w:type="dxa" w:w="2880"/>
          </w:tcPr>
          <w:p>
            <w:r>
              <w:t>slight</w:t>
            </w:r>
          </w:p>
        </w:tc>
        <w:tc>
          <w:tcPr>
            <w:tcW w:type="dxa" w:w="2880"/>
          </w:tcPr>
          <w:p>
            <w:r>
              <w:t>33</w:t>
            </w:r>
          </w:p>
        </w:tc>
      </w:tr>
      <w:tr>
        <w:tc>
          <w:tcPr>
            <w:tcW w:type="dxa" w:w="2880"/>
          </w:tcPr>
          <w:p>
            <w:r>
              <w:t>2025-07-01</w:t>
            </w:r>
          </w:p>
        </w:tc>
        <w:tc>
          <w:tcPr>
            <w:tcW w:type="dxa" w:w="2880"/>
          </w:tcPr>
          <w:p>
            <w:r>
              <w:t>property damage</w:t>
            </w:r>
          </w:p>
        </w:tc>
        <w:tc>
          <w:tcPr>
            <w:tcW w:type="dxa" w:w="2880"/>
          </w:tcPr>
          <w:p>
            <w:r>
              <w:t>25</w:t>
            </w:r>
          </w:p>
        </w:tc>
      </w:tr>
      <w:tr>
        <w:tc>
          <w:tcPr>
            <w:tcW w:type="dxa" w:w="2880"/>
          </w:tcPr>
          <w:p>
            <w:r>
              <w:t>2025-07-01</w:t>
            </w:r>
          </w:p>
        </w:tc>
        <w:tc>
          <w:tcPr>
            <w:tcW w:type="dxa" w:w="2880"/>
          </w:tcPr>
          <w:p>
            <w:r>
              <w:t>serious</w:t>
            </w:r>
          </w:p>
        </w:tc>
        <w:tc>
          <w:tcPr>
            <w:tcW w:type="dxa" w:w="2880"/>
          </w:tcPr>
          <w:p>
            <w:r>
              <w:t>19</w:t>
            </w:r>
          </w:p>
        </w:tc>
      </w:tr>
      <w:tr>
        <w:tc>
          <w:tcPr>
            <w:tcW w:type="dxa" w:w="2880"/>
          </w:tcPr>
          <w:p>
            <w:r>
              <w:t>2025-07-01</w:t>
            </w:r>
          </w:p>
        </w:tc>
        <w:tc>
          <w:tcPr>
            <w:tcW w:type="dxa" w:w="2880"/>
          </w:tcPr>
          <w:p>
            <w:r>
              <w:t>fatal</w:t>
            </w:r>
          </w:p>
        </w:tc>
        <w:tc>
          <w:tcPr>
            <w:tcW w:type="dxa" w:w="2880"/>
          </w:tcPr>
          <w:p>
            <w:r>
              <w:t>3</w:t>
            </w:r>
          </w:p>
        </w:tc>
      </w:tr>
      <w:tr>
        <w:tc>
          <w:tcPr>
            <w:tcW w:type="dxa" w:w="2880"/>
          </w:tcPr>
          <w:p>
            <w:r>
              <w:t>2025-08-01</w:t>
            </w:r>
          </w:p>
        </w:tc>
        <w:tc>
          <w:tcPr>
            <w:tcW w:type="dxa" w:w="2880"/>
          </w:tcPr>
          <w:p>
            <w:r>
              <w:t>slight</w:t>
            </w:r>
          </w:p>
        </w:tc>
        <w:tc>
          <w:tcPr>
            <w:tcW w:type="dxa" w:w="2880"/>
          </w:tcPr>
          <w:p>
            <w:r>
              <w:t>30</w:t>
            </w:r>
          </w:p>
        </w:tc>
      </w:tr>
      <w:tr>
        <w:tc>
          <w:tcPr>
            <w:tcW w:type="dxa" w:w="2880"/>
          </w:tcPr>
          <w:p>
            <w:r>
              <w:t>2025-08-01</w:t>
            </w:r>
          </w:p>
        </w:tc>
        <w:tc>
          <w:tcPr>
            <w:tcW w:type="dxa" w:w="2880"/>
          </w:tcPr>
          <w:p>
            <w:r>
              <w:t>property damage</w:t>
            </w:r>
          </w:p>
        </w:tc>
        <w:tc>
          <w:tcPr>
            <w:tcW w:type="dxa" w:w="2880"/>
          </w:tcPr>
          <w:p>
            <w:r>
              <w:t>25</w:t>
            </w:r>
          </w:p>
        </w:tc>
      </w:tr>
      <w:tr>
        <w:tc>
          <w:tcPr>
            <w:tcW w:type="dxa" w:w="2880"/>
          </w:tcPr>
          <w:p>
            <w:r>
              <w:t>2025-08-01</w:t>
            </w:r>
          </w:p>
        </w:tc>
        <w:tc>
          <w:tcPr>
            <w:tcW w:type="dxa" w:w="2880"/>
          </w:tcPr>
          <w:p>
            <w:r>
              <w:t>serious</w:t>
            </w:r>
          </w:p>
        </w:tc>
        <w:tc>
          <w:tcPr>
            <w:tcW w:type="dxa" w:w="2880"/>
          </w:tcPr>
          <w:p>
            <w:r>
              <w:t>11</w:t>
            </w:r>
          </w:p>
        </w:tc>
      </w:tr>
      <w:tr>
        <w:tc>
          <w:tcPr>
            <w:tcW w:type="dxa" w:w="2880"/>
          </w:tcPr>
          <w:p>
            <w:r>
              <w:t>2025-08-01</w:t>
            </w:r>
          </w:p>
        </w:tc>
        <w:tc>
          <w:tcPr>
            <w:tcW w:type="dxa" w:w="2880"/>
          </w:tcPr>
          <w:p>
            <w:r>
              <w:t>fatal</w:t>
            </w:r>
          </w:p>
        </w:tc>
        <w:tc>
          <w:tcPr>
            <w:tcW w:type="dxa" w:w="2880"/>
          </w:tcPr>
          <w:p>
            <w:r>
              <w:t>5</w:t>
            </w:r>
          </w:p>
        </w:tc>
      </w:tr>
      <w:tr>
        <w:tc>
          <w:tcPr>
            <w:tcW w:type="dxa" w:w="2880"/>
          </w:tcPr>
          <w:p>
            <w:r>
              <w:t>2025-09-01</w:t>
            </w:r>
          </w:p>
        </w:tc>
        <w:tc>
          <w:tcPr>
            <w:tcW w:type="dxa" w:w="2880"/>
          </w:tcPr>
          <w:p>
            <w:r>
              <w:t>slight</w:t>
            </w:r>
          </w:p>
        </w:tc>
        <w:tc>
          <w:tcPr>
            <w:tcW w:type="dxa" w:w="2880"/>
          </w:tcPr>
          <w:p>
            <w:r>
              <w:t>36</w:t>
            </w:r>
          </w:p>
        </w:tc>
      </w:tr>
      <w:tr>
        <w:tc>
          <w:tcPr>
            <w:tcW w:type="dxa" w:w="2880"/>
          </w:tcPr>
          <w:p>
            <w:r>
              <w:t>2025-09-01</w:t>
            </w:r>
          </w:p>
        </w:tc>
        <w:tc>
          <w:tcPr>
            <w:tcW w:type="dxa" w:w="2880"/>
          </w:tcPr>
          <w:p>
            <w:r>
              <w:t>property damage</w:t>
            </w:r>
          </w:p>
        </w:tc>
        <w:tc>
          <w:tcPr>
            <w:tcW w:type="dxa" w:w="2880"/>
          </w:tcPr>
          <w:p>
            <w:r>
              <w:t>23</w:t>
            </w:r>
          </w:p>
        </w:tc>
      </w:tr>
      <w:tr>
        <w:tc>
          <w:tcPr>
            <w:tcW w:type="dxa" w:w="2880"/>
          </w:tcPr>
          <w:p>
            <w:r>
              <w:t>2025-09-01</w:t>
            </w:r>
          </w:p>
        </w:tc>
        <w:tc>
          <w:tcPr>
            <w:tcW w:type="dxa" w:w="2880"/>
          </w:tcPr>
          <w:p>
            <w:r>
              <w:t>serious</w:t>
            </w:r>
          </w:p>
        </w:tc>
        <w:tc>
          <w:tcPr>
            <w:tcW w:type="dxa" w:w="2880"/>
          </w:tcPr>
          <w:p>
            <w:r>
              <w:t>17</w:t>
            </w:r>
          </w:p>
        </w:tc>
      </w:tr>
      <w:tr>
        <w:tc>
          <w:tcPr>
            <w:tcW w:type="dxa" w:w="2880"/>
          </w:tcPr>
          <w:p>
            <w:r>
              <w:t>2025-09-01</w:t>
            </w:r>
          </w:p>
        </w:tc>
        <w:tc>
          <w:tcPr>
            <w:tcW w:type="dxa" w:w="2880"/>
          </w:tcPr>
          <w:p>
            <w:r>
              <w:t>fatal</w:t>
            </w:r>
          </w:p>
        </w:tc>
        <w:tc>
          <w:tcPr>
            <w:tcW w:type="dxa" w:w="2880"/>
          </w:tcPr>
          <w:p>
            <w:r>
              <w:t>3</w:t>
            </w:r>
          </w:p>
        </w:tc>
      </w:tr>
      <w:tr>
        <w:tc>
          <w:tcPr>
            <w:tcW w:type="dxa" w:w="2880"/>
          </w:tcPr>
          <w:p>
            <w:r>
              <w:t>2025-10-01</w:t>
            </w:r>
          </w:p>
        </w:tc>
        <w:tc>
          <w:tcPr>
            <w:tcW w:type="dxa" w:w="2880"/>
          </w:tcPr>
          <w:p>
            <w:r>
              <w:t>slight</w:t>
            </w:r>
          </w:p>
        </w:tc>
        <w:tc>
          <w:tcPr>
            <w:tcW w:type="dxa" w:w="2880"/>
          </w:tcPr>
          <w:p>
            <w:r>
              <w:t>29</w:t>
            </w:r>
          </w:p>
        </w:tc>
      </w:tr>
      <w:tr>
        <w:tc>
          <w:tcPr>
            <w:tcW w:type="dxa" w:w="2880"/>
          </w:tcPr>
          <w:p>
            <w:r>
              <w:t>2025-10-01</w:t>
            </w:r>
          </w:p>
        </w:tc>
        <w:tc>
          <w:tcPr>
            <w:tcW w:type="dxa" w:w="2880"/>
          </w:tcPr>
          <w:p>
            <w:r>
              <w:t>property damage</w:t>
            </w:r>
          </w:p>
        </w:tc>
        <w:tc>
          <w:tcPr>
            <w:tcW w:type="dxa" w:w="2880"/>
          </w:tcPr>
          <w:p>
            <w:r>
              <w:t>22</w:t>
            </w:r>
          </w:p>
        </w:tc>
      </w:tr>
      <w:tr>
        <w:tc>
          <w:tcPr>
            <w:tcW w:type="dxa" w:w="2880"/>
          </w:tcPr>
          <w:p>
            <w:r>
              <w:t>2025-10-01</w:t>
            </w:r>
          </w:p>
        </w:tc>
        <w:tc>
          <w:tcPr>
            <w:tcW w:type="dxa" w:w="2880"/>
          </w:tcPr>
          <w:p>
            <w:r>
              <w:t>serious</w:t>
            </w:r>
          </w:p>
        </w:tc>
        <w:tc>
          <w:tcPr>
            <w:tcW w:type="dxa" w:w="2880"/>
          </w:tcPr>
          <w:p>
            <w:r>
              <w:t>19</w:t>
            </w:r>
          </w:p>
        </w:tc>
      </w:tr>
      <w:tr>
        <w:tc>
          <w:tcPr>
            <w:tcW w:type="dxa" w:w="2880"/>
          </w:tcPr>
          <w:p>
            <w:r>
              <w:t>2025-10-01</w:t>
            </w:r>
          </w:p>
        </w:tc>
        <w:tc>
          <w:tcPr>
            <w:tcW w:type="dxa" w:w="2880"/>
          </w:tcPr>
          <w:p>
            <w:r>
              <w:t>fatal</w:t>
            </w:r>
          </w:p>
        </w:tc>
        <w:tc>
          <w:tcPr>
            <w:tcW w:type="dxa" w:w="2880"/>
          </w:tcPr>
          <w:p>
            <w:r>
              <w:t>3</w:t>
            </w:r>
          </w:p>
        </w:tc>
      </w:tr>
      <w:tr>
        <w:tc>
          <w:tcPr>
            <w:tcW w:type="dxa" w:w="2880"/>
          </w:tcPr>
          <w:p>
            <w:r>
              <w:t>2025-11-01</w:t>
            </w:r>
          </w:p>
        </w:tc>
        <w:tc>
          <w:tcPr>
            <w:tcW w:type="dxa" w:w="2880"/>
          </w:tcPr>
          <w:p>
            <w:r>
              <w:t>slight</w:t>
            </w:r>
          </w:p>
        </w:tc>
        <w:tc>
          <w:tcPr>
            <w:tcW w:type="dxa" w:w="2880"/>
          </w:tcPr>
          <w:p>
            <w:r>
              <w:t>42</w:t>
            </w:r>
          </w:p>
        </w:tc>
      </w:tr>
      <w:tr>
        <w:tc>
          <w:tcPr>
            <w:tcW w:type="dxa" w:w="2880"/>
          </w:tcPr>
          <w:p>
            <w:r>
              <w:t>2025-11-01</w:t>
            </w:r>
          </w:p>
        </w:tc>
        <w:tc>
          <w:tcPr>
            <w:tcW w:type="dxa" w:w="2880"/>
          </w:tcPr>
          <w:p>
            <w:r>
              <w:t>property damage</w:t>
            </w:r>
          </w:p>
        </w:tc>
        <w:tc>
          <w:tcPr>
            <w:tcW w:type="dxa" w:w="2880"/>
          </w:tcPr>
          <w:p>
            <w:r>
              <w:t>35</w:t>
            </w:r>
          </w:p>
        </w:tc>
      </w:tr>
      <w:tr>
        <w:tc>
          <w:tcPr>
            <w:tcW w:type="dxa" w:w="2880"/>
          </w:tcPr>
          <w:p>
            <w:r>
              <w:t>2025-11-01</w:t>
            </w:r>
          </w:p>
        </w:tc>
        <w:tc>
          <w:tcPr>
            <w:tcW w:type="dxa" w:w="2880"/>
          </w:tcPr>
          <w:p>
            <w:r>
              <w:t>serious</w:t>
            </w:r>
          </w:p>
        </w:tc>
        <w:tc>
          <w:tcPr>
            <w:tcW w:type="dxa" w:w="2880"/>
          </w:tcPr>
          <w:p>
            <w:r>
              <w:t>25</w:t>
            </w:r>
          </w:p>
        </w:tc>
      </w:tr>
      <w:tr>
        <w:tc>
          <w:tcPr>
            <w:tcW w:type="dxa" w:w="2880"/>
          </w:tcPr>
          <w:p>
            <w:r>
              <w:t>2025-11-01</w:t>
            </w:r>
          </w:p>
        </w:tc>
        <w:tc>
          <w:tcPr>
            <w:tcW w:type="dxa" w:w="2880"/>
          </w:tcPr>
          <w:p>
            <w:r>
              <w:t>fatal</w:t>
            </w:r>
          </w:p>
        </w:tc>
        <w:tc>
          <w:tcPr>
            <w:tcW w:type="dxa" w:w="2880"/>
          </w:tcPr>
          <w:p>
            <w:r>
              <w:t>2</w:t>
            </w:r>
          </w:p>
        </w:tc>
      </w:tr>
      <w:tr>
        <w:tc>
          <w:tcPr>
            <w:tcW w:type="dxa" w:w="2880"/>
          </w:tcPr>
          <w:p>
            <w:r>
              <w:t>2025-12-01</w:t>
            </w:r>
          </w:p>
        </w:tc>
        <w:tc>
          <w:tcPr>
            <w:tcW w:type="dxa" w:w="2880"/>
          </w:tcPr>
          <w:p>
            <w:r>
              <w:t>slight</w:t>
            </w:r>
          </w:p>
        </w:tc>
        <w:tc>
          <w:tcPr>
            <w:tcW w:type="dxa" w:w="2880"/>
          </w:tcPr>
          <w:p>
            <w:r>
              <w:t>65</w:t>
            </w:r>
          </w:p>
        </w:tc>
      </w:tr>
      <w:tr>
        <w:tc>
          <w:tcPr>
            <w:tcW w:type="dxa" w:w="2880"/>
          </w:tcPr>
          <w:p>
            <w:r>
              <w:t>2025-12-01</w:t>
            </w:r>
          </w:p>
        </w:tc>
        <w:tc>
          <w:tcPr>
            <w:tcW w:type="dxa" w:w="2880"/>
          </w:tcPr>
          <w:p>
            <w:r>
              <w:t>property damage</w:t>
            </w:r>
          </w:p>
        </w:tc>
        <w:tc>
          <w:tcPr>
            <w:tcW w:type="dxa" w:w="2880"/>
          </w:tcPr>
          <w:p>
            <w:r>
              <w:t>27</w:t>
            </w:r>
          </w:p>
        </w:tc>
      </w:tr>
      <w:tr>
        <w:tc>
          <w:tcPr>
            <w:tcW w:type="dxa" w:w="2880"/>
          </w:tcPr>
          <w:p>
            <w:r>
              <w:t>2025-12-01</w:t>
            </w:r>
          </w:p>
        </w:tc>
        <w:tc>
          <w:tcPr>
            <w:tcW w:type="dxa" w:w="2880"/>
          </w:tcPr>
          <w:p>
            <w:r>
              <w:t>serious</w:t>
            </w:r>
          </w:p>
        </w:tc>
        <w:tc>
          <w:tcPr>
            <w:tcW w:type="dxa" w:w="2880"/>
          </w:tcPr>
          <w:p>
            <w:r>
              <w:t>24</w:t>
            </w:r>
          </w:p>
        </w:tc>
      </w:tr>
      <w:tr>
        <w:tc>
          <w:tcPr>
            <w:tcW w:type="dxa" w:w="2880"/>
          </w:tcPr>
          <w:p>
            <w:r>
              <w:t>2025-12-01</w:t>
            </w:r>
          </w:p>
        </w:tc>
        <w:tc>
          <w:tcPr>
            <w:tcW w:type="dxa" w:w="2880"/>
          </w:tcPr>
          <w:p>
            <w:r>
              <w:t>fatal</w:t>
            </w:r>
          </w:p>
        </w:tc>
        <w:tc>
          <w:tcPr>
            <w:tcW w:type="dxa" w:w="2880"/>
          </w:tcPr>
          <w:p>
            <w:r>
              <w:t>5</w:t>
            </w:r>
          </w:p>
        </w:tc>
      </w:tr>
      <w:tr>
        <w:tc>
          <w:tcPr>
            <w:tcW w:type="dxa" w:w="2880"/>
          </w:tcPr>
          <w:p>
            <w:r>
              <w:t>2026-01-01</w:t>
            </w:r>
          </w:p>
        </w:tc>
        <w:tc>
          <w:tcPr>
            <w:tcW w:type="dxa" w:w="2880"/>
          </w:tcPr>
          <w:p>
            <w:r>
              <w:t>slight</w:t>
            </w:r>
          </w:p>
        </w:tc>
        <w:tc>
          <w:tcPr>
            <w:tcW w:type="dxa" w:w="2880"/>
          </w:tcPr>
          <w:p>
            <w:r>
              <w:t>54</w:t>
            </w:r>
          </w:p>
        </w:tc>
      </w:tr>
      <w:tr>
        <w:tc>
          <w:tcPr>
            <w:tcW w:type="dxa" w:w="2880"/>
          </w:tcPr>
          <w:p>
            <w:r>
              <w:t>2026-01-01</w:t>
            </w:r>
          </w:p>
        </w:tc>
        <w:tc>
          <w:tcPr>
            <w:tcW w:type="dxa" w:w="2880"/>
          </w:tcPr>
          <w:p>
            <w:r>
              <w:t>property damage</w:t>
            </w:r>
          </w:p>
        </w:tc>
        <w:tc>
          <w:tcPr>
            <w:tcW w:type="dxa" w:w="2880"/>
          </w:tcPr>
          <w:p>
            <w:r>
              <w:t>26</w:t>
            </w:r>
          </w:p>
        </w:tc>
      </w:tr>
      <w:tr>
        <w:tc>
          <w:tcPr>
            <w:tcW w:type="dxa" w:w="2880"/>
          </w:tcPr>
          <w:p>
            <w:r>
              <w:t>2026-01-01</w:t>
            </w:r>
          </w:p>
        </w:tc>
        <w:tc>
          <w:tcPr>
            <w:tcW w:type="dxa" w:w="2880"/>
          </w:tcPr>
          <w:p>
            <w:r>
              <w:t>serious</w:t>
            </w:r>
          </w:p>
        </w:tc>
        <w:tc>
          <w:tcPr>
            <w:tcW w:type="dxa" w:w="2880"/>
          </w:tcPr>
          <w:p>
            <w:r>
              <w:t>25</w:t>
            </w:r>
          </w:p>
        </w:tc>
      </w:tr>
      <w:tr>
        <w:tc>
          <w:tcPr>
            <w:tcW w:type="dxa" w:w="2880"/>
          </w:tcPr>
          <w:p>
            <w:r>
              <w:t>2026-01-01</w:t>
            </w:r>
          </w:p>
        </w:tc>
        <w:tc>
          <w:tcPr>
            <w:tcW w:type="dxa" w:w="2880"/>
          </w:tcPr>
          <w:p>
            <w:r>
              <w:t>fatal</w:t>
            </w:r>
          </w:p>
        </w:tc>
        <w:tc>
          <w:tcPr>
            <w:tcW w:type="dxa" w:w="2880"/>
          </w:tcPr>
          <w:p>
            <w:r>
              <w:t>7</w:t>
            </w:r>
          </w:p>
        </w:tc>
      </w:tr>
      <w:tr>
        <w:tc>
          <w:tcPr>
            <w:tcW w:type="dxa" w:w="2880"/>
          </w:tcPr>
          <w:p>
            <w:r>
              <w:t>2026-02-01</w:t>
            </w:r>
          </w:p>
        </w:tc>
        <w:tc>
          <w:tcPr>
            <w:tcW w:type="dxa" w:w="2880"/>
          </w:tcPr>
          <w:p>
            <w:r>
              <w:t>slight</w:t>
            </w:r>
          </w:p>
        </w:tc>
        <w:tc>
          <w:tcPr>
            <w:tcW w:type="dxa" w:w="2880"/>
          </w:tcPr>
          <w:p>
            <w:r>
              <w:t>40</w:t>
            </w:r>
          </w:p>
        </w:tc>
      </w:tr>
      <w:tr>
        <w:tc>
          <w:tcPr>
            <w:tcW w:type="dxa" w:w="2880"/>
          </w:tcPr>
          <w:p>
            <w:r>
              <w:t>2026-02-01</w:t>
            </w:r>
          </w:p>
        </w:tc>
        <w:tc>
          <w:tcPr>
            <w:tcW w:type="dxa" w:w="2880"/>
          </w:tcPr>
          <w:p>
            <w:r>
              <w:t>property damage</w:t>
            </w:r>
          </w:p>
        </w:tc>
        <w:tc>
          <w:tcPr>
            <w:tcW w:type="dxa" w:w="2880"/>
          </w:tcPr>
          <w:p>
            <w:r>
              <w:t>33</w:t>
            </w:r>
          </w:p>
        </w:tc>
      </w:tr>
      <w:tr>
        <w:tc>
          <w:tcPr>
            <w:tcW w:type="dxa" w:w="2880"/>
          </w:tcPr>
          <w:p>
            <w:r>
              <w:t>2026-02-01</w:t>
            </w:r>
          </w:p>
        </w:tc>
        <w:tc>
          <w:tcPr>
            <w:tcW w:type="dxa" w:w="2880"/>
          </w:tcPr>
          <w:p>
            <w:r>
              <w:t>serious</w:t>
            </w:r>
          </w:p>
        </w:tc>
        <w:tc>
          <w:tcPr>
            <w:tcW w:type="dxa" w:w="2880"/>
          </w:tcPr>
          <w:p>
            <w:r>
              <w:t>18</w:t>
            </w:r>
          </w:p>
        </w:tc>
      </w:tr>
      <w:tr>
        <w:tc>
          <w:tcPr>
            <w:tcW w:type="dxa" w:w="2880"/>
          </w:tcPr>
          <w:p>
            <w:r>
              <w:t>2026-02-01</w:t>
            </w:r>
          </w:p>
        </w:tc>
        <w:tc>
          <w:tcPr>
            <w:tcW w:type="dxa" w:w="2880"/>
          </w:tcPr>
          <w:p>
            <w:r>
              <w:t>fatal</w:t>
            </w:r>
          </w:p>
        </w:tc>
        <w:tc>
          <w:tcPr>
            <w:tcW w:type="dxa" w:w="2880"/>
          </w:tcPr>
          <w:p>
            <w:r>
              <w:t>3</w:t>
            </w:r>
          </w:p>
        </w:tc>
      </w:tr>
      <w:tr>
        <w:tc>
          <w:tcPr>
            <w:tcW w:type="dxa" w:w="2880"/>
          </w:tcPr>
          <w:p>
            <w:r>
              <w:t>2026-03-01</w:t>
            </w:r>
          </w:p>
        </w:tc>
        <w:tc>
          <w:tcPr>
            <w:tcW w:type="dxa" w:w="2880"/>
          </w:tcPr>
          <w:p>
            <w:r>
              <w:t>slight</w:t>
            </w:r>
          </w:p>
        </w:tc>
        <w:tc>
          <w:tcPr>
            <w:tcW w:type="dxa" w:w="2880"/>
          </w:tcPr>
          <w:p>
            <w:r>
              <w:t>37</w:t>
            </w:r>
          </w:p>
        </w:tc>
      </w:tr>
      <w:tr>
        <w:tc>
          <w:tcPr>
            <w:tcW w:type="dxa" w:w="2880"/>
          </w:tcPr>
          <w:p>
            <w:r>
              <w:t>2026-03-01</w:t>
            </w:r>
          </w:p>
        </w:tc>
        <w:tc>
          <w:tcPr>
            <w:tcW w:type="dxa" w:w="2880"/>
          </w:tcPr>
          <w:p>
            <w:r>
              <w:t>property damage</w:t>
            </w:r>
          </w:p>
        </w:tc>
        <w:tc>
          <w:tcPr>
            <w:tcW w:type="dxa" w:w="2880"/>
          </w:tcPr>
          <w:p>
            <w:r>
              <w:t>35</w:t>
            </w:r>
          </w:p>
        </w:tc>
      </w:tr>
      <w:tr>
        <w:tc>
          <w:tcPr>
            <w:tcW w:type="dxa" w:w="2880"/>
          </w:tcPr>
          <w:p>
            <w:r>
              <w:t>2026-03-01</w:t>
            </w:r>
          </w:p>
        </w:tc>
        <w:tc>
          <w:tcPr>
            <w:tcW w:type="dxa" w:w="2880"/>
          </w:tcPr>
          <w:p>
            <w:r>
              <w:t>serious</w:t>
            </w:r>
          </w:p>
        </w:tc>
        <w:tc>
          <w:tcPr>
            <w:tcW w:type="dxa" w:w="2880"/>
          </w:tcPr>
          <w:p>
            <w:r>
              <w:t>26</w:t>
            </w:r>
          </w:p>
        </w:tc>
      </w:tr>
      <w:tr>
        <w:tc>
          <w:tcPr>
            <w:tcW w:type="dxa" w:w="2880"/>
          </w:tcPr>
          <w:p>
            <w:r>
              <w:t>2026-03-01</w:t>
            </w:r>
          </w:p>
        </w:tc>
        <w:tc>
          <w:tcPr>
            <w:tcW w:type="dxa" w:w="2880"/>
          </w:tcPr>
          <w:p>
            <w:r>
              <w:t>fatal</w:t>
            </w:r>
          </w:p>
        </w:tc>
        <w:tc>
          <w:tcPr>
            <w:tcW w:type="dxa" w:w="2880"/>
          </w:tcPr>
          <w:p>
            <w:r>
              <w:t>0</w:t>
            </w:r>
          </w:p>
        </w:tc>
      </w:tr>
      <w:tr>
        <w:tc>
          <w:tcPr>
            <w:tcW w:type="dxa" w:w="2880"/>
          </w:tcPr>
          <w:p>
            <w:r>
              <w:t>2026-04-01</w:t>
            </w:r>
          </w:p>
        </w:tc>
        <w:tc>
          <w:tcPr>
            <w:tcW w:type="dxa" w:w="2880"/>
          </w:tcPr>
          <w:p>
            <w:r>
              <w:t>slight</w:t>
            </w:r>
          </w:p>
        </w:tc>
        <w:tc>
          <w:tcPr>
            <w:tcW w:type="dxa" w:w="2880"/>
          </w:tcPr>
          <w:p>
            <w:r>
              <w:t>40</w:t>
            </w:r>
          </w:p>
        </w:tc>
      </w:tr>
      <w:tr>
        <w:tc>
          <w:tcPr>
            <w:tcW w:type="dxa" w:w="2880"/>
          </w:tcPr>
          <w:p>
            <w:r>
              <w:t>2026-04-01</w:t>
            </w:r>
          </w:p>
        </w:tc>
        <w:tc>
          <w:tcPr>
            <w:tcW w:type="dxa" w:w="2880"/>
          </w:tcPr>
          <w:p>
            <w:r>
              <w:t>property damage</w:t>
            </w:r>
          </w:p>
        </w:tc>
        <w:tc>
          <w:tcPr>
            <w:tcW w:type="dxa" w:w="2880"/>
          </w:tcPr>
          <w:p>
            <w:r>
              <w:t>20</w:t>
            </w:r>
          </w:p>
        </w:tc>
      </w:tr>
      <w:tr>
        <w:tc>
          <w:tcPr>
            <w:tcW w:type="dxa" w:w="2880"/>
          </w:tcPr>
          <w:p>
            <w:r>
              <w:t>2026-04-01</w:t>
            </w:r>
          </w:p>
        </w:tc>
        <w:tc>
          <w:tcPr>
            <w:tcW w:type="dxa" w:w="2880"/>
          </w:tcPr>
          <w:p>
            <w:r>
              <w:t>serious</w:t>
            </w:r>
          </w:p>
        </w:tc>
        <w:tc>
          <w:tcPr>
            <w:tcW w:type="dxa" w:w="2880"/>
          </w:tcPr>
          <w:p>
            <w:r>
              <w:t>12</w:t>
            </w:r>
          </w:p>
        </w:tc>
      </w:tr>
      <w:tr>
        <w:tc>
          <w:tcPr>
            <w:tcW w:type="dxa" w:w="2880"/>
          </w:tcPr>
          <w:p>
            <w:r>
              <w:t>2026-04-01</w:t>
            </w:r>
          </w:p>
        </w:tc>
        <w:tc>
          <w:tcPr>
            <w:tcW w:type="dxa" w:w="2880"/>
          </w:tcPr>
          <w:p>
            <w:r>
              <w:t>fatal</w:t>
            </w:r>
          </w:p>
        </w:tc>
        <w:tc>
          <w:tcPr>
            <w:tcW w:type="dxa" w:w="2880"/>
          </w:tcPr>
          <w:p>
            <w:r>
              <w:t>2</w:t>
            </w:r>
          </w:p>
        </w:tc>
      </w:tr>
      <w:tr>
        <w:tc>
          <w:tcPr>
            <w:tcW w:type="dxa" w:w="2880"/>
          </w:tcPr>
          <w:p>
            <w:r>
              <w:t>2026-05-01</w:t>
            </w:r>
          </w:p>
        </w:tc>
        <w:tc>
          <w:tcPr>
            <w:tcW w:type="dxa" w:w="2880"/>
          </w:tcPr>
          <w:p>
            <w:r>
              <w:t>slight</w:t>
            </w:r>
          </w:p>
        </w:tc>
        <w:tc>
          <w:tcPr>
            <w:tcW w:type="dxa" w:w="2880"/>
          </w:tcPr>
          <w:p>
            <w:r>
              <w:t>37</w:t>
            </w:r>
          </w:p>
        </w:tc>
      </w:tr>
      <w:tr>
        <w:tc>
          <w:tcPr>
            <w:tcW w:type="dxa" w:w="2880"/>
          </w:tcPr>
          <w:p>
            <w:r>
              <w:t>2026-05-01</w:t>
            </w:r>
          </w:p>
        </w:tc>
        <w:tc>
          <w:tcPr>
            <w:tcW w:type="dxa" w:w="2880"/>
          </w:tcPr>
          <w:p>
            <w:r>
              <w:t>property damage</w:t>
            </w:r>
          </w:p>
        </w:tc>
        <w:tc>
          <w:tcPr>
            <w:tcW w:type="dxa" w:w="2880"/>
          </w:tcPr>
          <w:p>
            <w:r>
              <w:t>26</w:t>
            </w:r>
          </w:p>
        </w:tc>
      </w:tr>
      <w:tr>
        <w:tc>
          <w:tcPr>
            <w:tcW w:type="dxa" w:w="2880"/>
          </w:tcPr>
          <w:p>
            <w:r>
              <w:t>2026-05-01</w:t>
            </w:r>
          </w:p>
        </w:tc>
        <w:tc>
          <w:tcPr>
            <w:tcW w:type="dxa" w:w="2880"/>
          </w:tcPr>
          <w:p>
            <w:r>
              <w:t>serious</w:t>
            </w:r>
          </w:p>
        </w:tc>
        <w:tc>
          <w:tcPr>
            <w:tcW w:type="dxa" w:w="2880"/>
          </w:tcPr>
          <w:p>
            <w:r>
              <w:t>10</w:t>
            </w:r>
          </w:p>
        </w:tc>
      </w:tr>
      <w:tr>
        <w:tc>
          <w:tcPr>
            <w:tcW w:type="dxa" w:w="2880"/>
          </w:tcPr>
          <w:p>
            <w:r>
              <w:t>2026-05-01</w:t>
            </w:r>
          </w:p>
        </w:tc>
        <w:tc>
          <w:tcPr>
            <w:tcW w:type="dxa" w:w="2880"/>
          </w:tcPr>
          <w:p>
            <w:r>
              <w:t>fatal</w:t>
            </w:r>
          </w:p>
        </w:tc>
        <w:tc>
          <w:tcPr>
            <w:tcW w:type="dxa" w:w="2880"/>
          </w:tcPr>
          <w:p>
            <w:r>
              <w:t>4</w:t>
            </w:r>
          </w:p>
        </w:tc>
      </w:tr>
      <w:tr>
        <w:tc>
          <w:tcPr>
            <w:tcW w:type="dxa" w:w="2880"/>
          </w:tcPr>
          <w:p>
            <w:r>
              <w:t>2026-06-01</w:t>
            </w:r>
          </w:p>
        </w:tc>
        <w:tc>
          <w:tcPr>
            <w:tcW w:type="dxa" w:w="2880"/>
          </w:tcPr>
          <w:p>
            <w:r>
              <w:t>slight</w:t>
            </w:r>
          </w:p>
        </w:tc>
        <w:tc>
          <w:tcPr>
            <w:tcW w:type="dxa" w:w="2880"/>
          </w:tcPr>
          <w:p>
            <w:r>
              <w:t>32</w:t>
            </w:r>
          </w:p>
        </w:tc>
      </w:tr>
      <w:tr>
        <w:tc>
          <w:tcPr>
            <w:tcW w:type="dxa" w:w="2880"/>
          </w:tcPr>
          <w:p>
            <w:r>
              <w:t>2026-06-01</w:t>
            </w:r>
          </w:p>
        </w:tc>
        <w:tc>
          <w:tcPr>
            <w:tcW w:type="dxa" w:w="2880"/>
          </w:tcPr>
          <w:p>
            <w:r>
              <w:t>property damage</w:t>
            </w:r>
          </w:p>
        </w:tc>
        <w:tc>
          <w:tcPr>
            <w:tcW w:type="dxa" w:w="2880"/>
          </w:tcPr>
          <w:p>
            <w:r>
              <w:t>25</w:t>
            </w:r>
          </w:p>
        </w:tc>
      </w:tr>
      <w:tr>
        <w:tc>
          <w:tcPr>
            <w:tcW w:type="dxa" w:w="2880"/>
          </w:tcPr>
          <w:p>
            <w:r>
              <w:t>2026-06-01</w:t>
            </w:r>
          </w:p>
        </w:tc>
        <w:tc>
          <w:tcPr>
            <w:tcW w:type="dxa" w:w="2880"/>
          </w:tcPr>
          <w:p>
            <w:r>
              <w:t>serious</w:t>
            </w:r>
          </w:p>
        </w:tc>
        <w:tc>
          <w:tcPr>
            <w:tcW w:type="dxa" w:w="2880"/>
          </w:tcPr>
          <w:p>
            <w:r>
              <w:t>12</w:t>
            </w:r>
          </w:p>
        </w:tc>
      </w:tr>
      <w:tr>
        <w:tc>
          <w:tcPr>
            <w:tcW w:type="dxa" w:w="2880"/>
          </w:tcPr>
          <w:p>
            <w:r>
              <w:t>2026-06-01</w:t>
            </w:r>
          </w:p>
        </w:tc>
        <w:tc>
          <w:tcPr>
            <w:tcW w:type="dxa" w:w="2880"/>
          </w:tcPr>
          <w:p>
            <w:r>
              <w:t>fatal</w:t>
            </w:r>
          </w:p>
        </w:tc>
        <w:tc>
          <w:tcPr>
            <w:tcW w:type="dxa" w:w="2880"/>
          </w:tcPr>
          <w:p>
            <w:r>
              <w:t>3</w:t>
            </w:r>
          </w:p>
        </w:tc>
      </w:tr>
      <w:tr>
        <w:tc>
          <w:tcPr>
            <w:tcW w:type="dxa" w:w="2880"/>
          </w:tcPr>
          <w:p>
            <w:r>
              <w:t>2026-07-01</w:t>
            </w:r>
          </w:p>
        </w:tc>
        <w:tc>
          <w:tcPr>
            <w:tcW w:type="dxa" w:w="2880"/>
          </w:tcPr>
          <w:p>
            <w:r>
              <w:t>slight</w:t>
            </w:r>
          </w:p>
        </w:tc>
        <w:tc>
          <w:tcPr>
            <w:tcW w:type="dxa" w:w="2880"/>
          </w:tcPr>
          <w:p>
            <w:r>
              <w:t>31</w:t>
            </w:r>
          </w:p>
        </w:tc>
      </w:tr>
      <w:tr>
        <w:tc>
          <w:tcPr>
            <w:tcW w:type="dxa" w:w="2880"/>
          </w:tcPr>
          <w:p>
            <w:r>
              <w:t>2026-07-01</w:t>
            </w:r>
          </w:p>
        </w:tc>
        <w:tc>
          <w:tcPr>
            <w:tcW w:type="dxa" w:w="2880"/>
          </w:tcPr>
          <w:p>
            <w:r>
              <w:t>property damage</w:t>
            </w:r>
          </w:p>
        </w:tc>
        <w:tc>
          <w:tcPr>
            <w:tcW w:type="dxa" w:w="2880"/>
          </w:tcPr>
          <w:p>
            <w:r>
              <w:t>18</w:t>
            </w:r>
          </w:p>
        </w:tc>
      </w:tr>
      <w:tr>
        <w:tc>
          <w:tcPr>
            <w:tcW w:type="dxa" w:w="2880"/>
          </w:tcPr>
          <w:p>
            <w:r>
              <w:t>2026-07-01</w:t>
            </w:r>
          </w:p>
        </w:tc>
        <w:tc>
          <w:tcPr>
            <w:tcW w:type="dxa" w:w="2880"/>
          </w:tcPr>
          <w:p>
            <w:r>
              <w:t>serious</w:t>
            </w:r>
          </w:p>
        </w:tc>
        <w:tc>
          <w:tcPr>
            <w:tcW w:type="dxa" w:w="2880"/>
          </w:tcPr>
          <w:p>
            <w:r>
              <w:t>21</w:t>
            </w:r>
          </w:p>
        </w:tc>
      </w:tr>
      <w:tr>
        <w:tc>
          <w:tcPr>
            <w:tcW w:type="dxa" w:w="2880"/>
          </w:tcPr>
          <w:p>
            <w:r>
              <w:t>2026-07-01</w:t>
            </w:r>
          </w:p>
        </w:tc>
        <w:tc>
          <w:tcPr>
            <w:tcW w:type="dxa" w:w="2880"/>
          </w:tcPr>
          <w:p>
            <w:r>
              <w:t>fatal</w:t>
            </w:r>
          </w:p>
        </w:tc>
        <w:tc>
          <w:tcPr>
            <w:tcW w:type="dxa" w:w="2880"/>
          </w:tcPr>
          <w:p>
            <w:r>
              <w:t>1</w:t>
            </w:r>
          </w:p>
        </w:tc>
      </w:tr>
      <w:tr>
        <w:tc>
          <w:tcPr>
            <w:tcW w:type="dxa" w:w="2880"/>
          </w:tcPr>
          <w:p>
            <w:r>
              <w:t>2026-08-01</w:t>
            </w:r>
          </w:p>
        </w:tc>
        <w:tc>
          <w:tcPr>
            <w:tcW w:type="dxa" w:w="2880"/>
          </w:tcPr>
          <w:p>
            <w:r>
              <w:t>slight</w:t>
            </w:r>
          </w:p>
        </w:tc>
        <w:tc>
          <w:tcPr>
            <w:tcW w:type="dxa" w:w="2880"/>
          </w:tcPr>
          <w:p>
            <w:r>
              <w:t>43</w:t>
            </w:r>
          </w:p>
        </w:tc>
      </w:tr>
      <w:tr>
        <w:tc>
          <w:tcPr>
            <w:tcW w:type="dxa" w:w="2880"/>
          </w:tcPr>
          <w:p>
            <w:r>
              <w:t>2026-08-01</w:t>
            </w:r>
          </w:p>
        </w:tc>
        <w:tc>
          <w:tcPr>
            <w:tcW w:type="dxa" w:w="2880"/>
          </w:tcPr>
          <w:p>
            <w:r>
              <w:t>property damage</w:t>
            </w:r>
          </w:p>
        </w:tc>
        <w:tc>
          <w:tcPr>
            <w:tcW w:type="dxa" w:w="2880"/>
          </w:tcPr>
          <w:p>
            <w:r>
              <w:t>20</w:t>
            </w:r>
          </w:p>
        </w:tc>
      </w:tr>
      <w:tr>
        <w:tc>
          <w:tcPr>
            <w:tcW w:type="dxa" w:w="2880"/>
          </w:tcPr>
          <w:p>
            <w:r>
              <w:t>2026-08-01</w:t>
            </w:r>
          </w:p>
        </w:tc>
        <w:tc>
          <w:tcPr>
            <w:tcW w:type="dxa" w:w="2880"/>
          </w:tcPr>
          <w:p>
            <w:r>
              <w:t>serious</w:t>
            </w:r>
          </w:p>
        </w:tc>
        <w:tc>
          <w:tcPr>
            <w:tcW w:type="dxa" w:w="2880"/>
          </w:tcPr>
          <w:p>
            <w:r>
              <w:t>22</w:t>
            </w:r>
          </w:p>
        </w:tc>
      </w:tr>
      <w:tr>
        <w:tc>
          <w:tcPr>
            <w:tcW w:type="dxa" w:w="2880"/>
          </w:tcPr>
          <w:p>
            <w:r>
              <w:t>2026-08-01</w:t>
            </w:r>
          </w:p>
        </w:tc>
        <w:tc>
          <w:tcPr>
            <w:tcW w:type="dxa" w:w="2880"/>
          </w:tcPr>
          <w:p>
            <w:r>
              <w:t>fatal</w:t>
            </w:r>
          </w:p>
        </w:tc>
        <w:tc>
          <w:tcPr>
            <w:tcW w:type="dxa" w:w="2880"/>
          </w:tcPr>
          <w:p>
            <w:r>
              <w:t>4</w:t>
            </w:r>
          </w:p>
        </w:tc>
      </w:tr>
      <w:tr>
        <w:tc>
          <w:tcPr>
            <w:tcW w:type="dxa" w:w="2880"/>
          </w:tcPr>
          <w:p>
            <w:r>
              <w:t>2026-09-01</w:t>
            </w:r>
          </w:p>
        </w:tc>
        <w:tc>
          <w:tcPr>
            <w:tcW w:type="dxa" w:w="2880"/>
          </w:tcPr>
          <w:p>
            <w:r>
              <w:t>slight</w:t>
            </w:r>
          </w:p>
        </w:tc>
        <w:tc>
          <w:tcPr>
            <w:tcW w:type="dxa" w:w="2880"/>
          </w:tcPr>
          <w:p>
            <w:r>
              <w:t>35</w:t>
            </w:r>
          </w:p>
        </w:tc>
      </w:tr>
      <w:tr>
        <w:tc>
          <w:tcPr>
            <w:tcW w:type="dxa" w:w="2880"/>
          </w:tcPr>
          <w:p>
            <w:r>
              <w:t>2026-09-01</w:t>
            </w:r>
          </w:p>
        </w:tc>
        <w:tc>
          <w:tcPr>
            <w:tcW w:type="dxa" w:w="2880"/>
          </w:tcPr>
          <w:p>
            <w:r>
              <w:t>property damage</w:t>
            </w:r>
          </w:p>
        </w:tc>
        <w:tc>
          <w:tcPr>
            <w:tcW w:type="dxa" w:w="2880"/>
          </w:tcPr>
          <w:p>
            <w:r>
              <w:t>28</w:t>
            </w:r>
          </w:p>
        </w:tc>
      </w:tr>
      <w:tr>
        <w:tc>
          <w:tcPr>
            <w:tcW w:type="dxa" w:w="2880"/>
          </w:tcPr>
          <w:p>
            <w:r>
              <w:t>2026-09-01</w:t>
            </w:r>
          </w:p>
        </w:tc>
        <w:tc>
          <w:tcPr>
            <w:tcW w:type="dxa" w:w="2880"/>
          </w:tcPr>
          <w:p>
            <w:r>
              <w:t>serious</w:t>
            </w:r>
          </w:p>
        </w:tc>
        <w:tc>
          <w:tcPr>
            <w:tcW w:type="dxa" w:w="2880"/>
          </w:tcPr>
          <w:p>
            <w:r>
              <w:t>19</w:t>
            </w:r>
          </w:p>
        </w:tc>
      </w:tr>
      <w:tr>
        <w:tc>
          <w:tcPr>
            <w:tcW w:type="dxa" w:w="2880"/>
          </w:tcPr>
          <w:p>
            <w:r>
              <w:t>2026-09-01</w:t>
            </w:r>
          </w:p>
        </w:tc>
        <w:tc>
          <w:tcPr>
            <w:tcW w:type="dxa" w:w="2880"/>
          </w:tcPr>
          <w:p>
            <w:r>
              <w:t>fatal</w:t>
            </w:r>
          </w:p>
        </w:tc>
        <w:tc>
          <w:tcPr>
            <w:tcW w:type="dxa" w:w="2880"/>
          </w:tcPr>
          <w:p>
            <w:r>
              <w:t>4</w:t>
            </w:r>
          </w:p>
        </w:tc>
      </w:tr>
    </w:tbl>
    <w:p/>
    <w:p>
      <w:pPr>
        <w:pStyle w:val="Heading2"/>
      </w:pPr>
      <w:r>
        <w:t>Figure 21. Speed cameras over time (installed_year) [65]</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60</w:t>
            </w:r>
          </w:p>
        </w:tc>
        <w:tc>
          <w:tcPr>
            <w:tcW w:type="dxa" w:w="2880"/>
          </w:tcPr>
          <w:p>
            <w:r>
              <w:t>60</w:t>
            </w:r>
          </w:p>
        </w:tc>
        <w:tc>
          <w:tcPr>
            <w:tcW w:type="dxa" w:w="2880"/>
          </w:tcPr>
          <w:p>
            <w:r>
              <w:t>25</w:t>
            </w:r>
          </w:p>
        </w:tc>
      </w:tr>
    </w:tbl>
    <w:p/>
    <w:p>
      <w:pPr>
        <w:pStyle w:val="Heading2"/>
      </w:pPr>
      <w:r>
        <w:t>Figure 22. Traffic calming over time (date) [66]</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period</w:t>
            </w:r>
          </w:p>
        </w:tc>
        <w:tc>
          <w:tcPr>
            <w:tcW w:type="dxa" w:w="2880"/>
          </w:tcPr>
          <w:p>
            <w:r>
              <w:t>series</w:t>
            </w:r>
          </w:p>
        </w:tc>
        <w:tc>
          <w:tcPr>
            <w:tcW w:type="dxa" w:w="2880"/>
          </w:tcPr>
          <w:p>
            <w:r>
              <w:t>value</w:t>
            </w:r>
          </w:p>
        </w:tc>
      </w:tr>
      <w:tr>
        <w:tc>
          <w:tcPr>
            <w:tcW w:type="dxa" w:w="2880"/>
          </w:tcPr>
          <w:p>
            <w:r>
              <w:t>2023-01-01</w:t>
            </w:r>
          </w:p>
        </w:tc>
        <w:tc>
          <w:tcPr>
            <w:tcW w:type="dxa" w:w="2880"/>
          </w:tcPr>
          <w:p>
            <w:r>
              <w:t>chicane</w:t>
            </w:r>
          </w:p>
        </w:tc>
        <w:tc>
          <w:tcPr>
            <w:tcW w:type="dxa" w:w="2880"/>
          </w:tcPr>
          <w:p>
            <w:r>
              <w:t>0</w:t>
            </w:r>
          </w:p>
        </w:tc>
      </w:tr>
      <w:tr>
        <w:tc>
          <w:tcPr>
            <w:tcW w:type="dxa" w:w="2880"/>
          </w:tcPr>
          <w:p>
            <w:r>
              <w:t>2023-01-01</w:t>
            </w:r>
          </w:p>
        </w:tc>
        <w:tc>
          <w:tcPr>
            <w:tcW w:type="dxa" w:w="2880"/>
          </w:tcPr>
          <w:p>
            <w:r>
              <w:t>lane narrowing</w:t>
            </w:r>
          </w:p>
        </w:tc>
        <w:tc>
          <w:tcPr>
            <w:tcW w:type="dxa" w:w="2880"/>
          </w:tcPr>
          <w:p>
            <w:r>
              <w:t>2</w:t>
            </w:r>
          </w:p>
        </w:tc>
      </w:tr>
      <w:tr>
        <w:tc>
          <w:tcPr>
            <w:tcW w:type="dxa" w:w="2880"/>
          </w:tcPr>
          <w:p>
            <w:r>
              <w:t>2023-01-01</w:t>
            </w:r>
          </w:p>
        </w:tc>
        <w:tc>
          <w:tcPr>
            <w:tcW w:type="dxa" w:w="2880"/>
          </w:tcPr>
          <w:p>
            <w:r>
              <w:t>raised crossing</w:t>
            </w:r>
          </w:p>
        </w:tc>
        <w:tc>
          <w:tcPr>
            <w:tcW w:type="dxa" w:w="2880"/>
          </w:tcPr>
          <w:p>
            <w:r>
              <w:t>0</w:t>
            </w:r>
          </w:p>
        </w:tc>
      </w:tr>
      <w:tr>
        <w:tc>
          <w:tcPr>
            <w:tcW w:type="dxa" w:w="2880"/>
          </w:tcPr>
          <w:p>
            <w:r>
              <w:t>2023-01-01</w:t>
            </w:r>
          </w:p>
        </w:tc>
        <w:tc>
          <w:tcPr>
            <w:tcW w:type="dxa" w:w="2880"/>
          </w:tcPr>
          <w:p>
            <w:r>
              <w:t>speed hump</w:t>
            </w:r>
          </w:p>
        </w:tc>
        <w:tc>
          <w:tcPr>
            <w:tcW w:type="dxa" w:w="2880"/>
          </w:tcPr>
          <w:p>
            <w:r>
              <w:t>0</w:t>
            </w:r>
          </w:p>
        </w:tc>
      </w:tr>
      <w:tr>
        <w:tc>
          <w:tcPr>
            <w:tcW w:type="dxa" w:w="2880"/>
          </w:tcPr>
          <w:p>
            <w:r>
              <w:t>2023-02-01</w:t>
            </w:r>
          </w:p>
        </w:tc>
        <w:tc>
          <w:tcPr>
            <w:tcW w:type="dxa" w:w="2880"/>
          </w:tcPr>
          <w:p>
            <w:r>
              <w:t>chicane</w:t>
            </w:r>
          </w:p>
        </w:tc>
        <w:tc>
          <w:tcPr>
            <w:tcW w:type="dxa" w:w="2880"/>
          </w:tcPr>
          <w:p>
            <w:r>
              <w:t>0</w:t>
            </w:r>
          </w:p>
        </w:tc>
      </w:tr>
      <w:tr>
        <w:tc>
          <w:tcPr>
            <w:tcW w:type="dxa" w:w="2880"/>
          </w:tcPr>
          <w:p>
            <w:r>
              <w:t>2023-02-01</w:t>
            </w:r>
          </w:p>
        </w:tc>
        <w:tc>
          <w:tcPr>
            <w:tcW w:type="dxa" w:w="2880"/>
          </w:tcPr>
          <w:p>
            <w:r>
              <w:t>lane narrowing</w:t>
            </w:r>
          </w:p>
        </w:tc>
        <w:tc>
          <w:tcPr>
            <w:tcW w:type="dxa" w:w="2880"/>
          </w:tcPr>
          <w:p>
            <w:r>
              <w:t>1</w:t>
            </w:r>
          </w:p>
        </w:tc>
      </w:tr>
      <w:tr>
        <w:tc>
          <w:tcPr>
            <w:tcW w:type="dxa" w:w="2880"/>
          </w:tcPr>
          <w:p>
            <w:r>
              <w:t>2023-02-01</w:t>
            </w:r>
          </w:p>
        </w:tc>
        <w:tc>
          <w:tcPr>
            <w:tcW w:type="dxa" w:w="2880"/>
          </w:tcPr>
          <w:p>
            <w:r>
              <w:t>raised crossing</w:t>
            </w:r>
          </w:p>
        </w:tc>
        <w:tc>
          <w:tcPr>
            <w:tcW w:type="dxa" w:w="2880"/>
          </w:tcPr>
          <w:p>
            <w:r>
              <w:t>0</w:t>
            </w:r>
          </w:p>
        </w:tc>
      </w:tr>
      <w:tr>
        <w:tc>
          <w:tcPr>
            <w:tcW w:type="dxa" w:w="2880"/>
          </w:tcPr>
          <w:p>
            <w:r>
              <w:t>2023-02-01</w:t>
            </w:r>
          </w:p>
        </w:tc>
        <w:tc>
          <w:tcPr>
            <w:tcW w:type="dxa" w:w="2880"/>
          </w:tcPr>
          <w:p>
            <w:r>
              <w:t>speed hump</w:t>
            </w:r>
          </w:p>
        </w:tc>
        <w:tc>
          <w:tcPr>
            <w:tcW w:type="dxa" w:w="2880"/>
          </w:tcPr>
          <w:p>
            <w:r>
              <w:t>1</w:t>
            </w:r>
          </w:p>
        </w:tc>
      </w:tr>
      <w:tr>
        <w:tc>
          <w:tcPr>
            <w:tcW w:type="dxa" w:w="2880"/>
          </w:tcPr>
          <w:p>
            <w:r>
              <w:t>2023-03-01</w:t>
            </w:r>
          </w:p>
        </w:tc>
        <w:tc>
          <w:tcPr>
            <w:tcW w:type="dxa" w:w="2880"/>
          </w:tcPr>
          <w:p>
            <w:r>
              <w:t>chicane</w:t>
            </w:r>
          </w:p>
        </w:tc>
        <w:tc>
          <w:tcPr>
            <w:tcW w:type="dxa" w:w="2880"/>
          </w:tcPr>
          <w:p>
            <w:r>
              <w:t>0</w:t>
            </w:r>
          </w:p>
        </w:tc>
      </w:tr>
      <w:tr>
        <w:tc>
          <w:tcPr>
            <w:tcW w:type="dxa" w:w="2880"/>
          </w:tcPr>
          <w:p>
            <w:r>
              <w:t>2023-03-01</w:t>
            </w:r>
          </w:p>
        </w:tc>
        <w:tc>
          <w:tcPr>
            <w:tcW w:type="dxa" w:w="2880"/>
          </w:tcPr>
          <w:p>
            <w:r>
              <w:t>lane narrowing</w:t>
            </w:r>
          </w:p>
        </w:tc>
        <w:tc>
          <w:tcPr>
            <w:tcW w:type="dxa" w:w="2880"/>
          </w:tcPr>
          <w:p>
            <w:r>
              <w:t>0</w:t>
            </w:r>
          </w:p>
        </w:tc>
      </w:tr>
      <w:tr>
        <w:tc>
          <w:tcPr>
            <w:tcW w:type="dxa" w:w="2880"/>
          </w:tcPr>
          <w:p>
            <w:r>
              <w:t>2023-03-01</w:t>
            </w:r>
          </w:p>
        </w:tc>
        <w:tc>
          <w:tcPr>
            <w:tcW w:type="dxa" w:w="2880"/>
          </w:tcPr>
          <w:p>
            <w:r>
              <w:t>raised crossing</w:t>
            </w:r>
          </w:p>
        </w:tc>
        <w:tc>
          <w:tcPr>
            <w:tcW w:type="dxa" w:w="2880"/>
          </w:tcPr>
          <w:p>
            <w:r>
              <w:t>0</w:t>
            </w:r>
          </w:p>
        </w:tc>
      </w:tr>
      <w:tr>
        <w:tc>
          <w:tcPr>
            <w:tcW w:type="dxa" w:w="2880"/>
          </w:tcPr>
          <w:p>
            <w:r>
              <w:t>2023-03-01</w:t>
            </w:r>
          </w:p>
        </w:tc>
        <w:tc>
          <w:tcPr>
            <w:tcW w:type="dxa" w:w="2880"/>
          </w:tcPr>
          <w:p>
            <w:r>
              <w:t>speed hump</w:t>
            </w:r>
          </w:p>
        </w:tc>
        <w:tc>
          <w:tcPr>
            <w:tcW w:type="dxa" w:w="2880"/>
          </w:tcPr>
          <w:p>
            <w:r>
              <w:t>1</w:t>
            </w:r>
          </w:p>
        </w:tc>
      </w:tr>
      <w:tr>
        <w:tc>
          <w:tcPr>
            <w:tcW w:type="dxa" w:w="2880"/>
          </w:tcPr>
          <w:p>
            <w:r>
              <w:t>2023-04-01</w:t>
            </w:r>
          </w:p>
        </w:tc>
        <w:tc>
          <w:tcPr>
            <w:tcW w:type="dxa" w:w="2880"/>
          </w:tcPr>
          <w:p>
            <w:r>
              <w:t>chicane</w:t>
            </w:r>
          </w:p>
        </w:tc>
        <w:tc>
          <w:tcPr>
            <w:tcW w:type="dxa" w:w="2880"/>
          </w:tcPr>
          <w:p>
            <w:r>
              <w:t>0</w:t>
            </w:r>
          </w:p>
        </w:tc>
      </w:tr>
      <w:tr>
        <w:tc>
          <w:tcPr>
            <w:tcW w:type="dxa" w:w="2880"/>
          </w:tcPr>
          <w:p>
            <w:r>
              <w:t>2023-04-01</w:t>
            </w:r>
          </w:p>
        </w:tc>
        <w:tc>
          <w:tcPr>
            <w:tcW w:type="dxa" w:w="2880"/>
          </w:tcPr>
          <w:p>
            <w:r>
              <w:t>lane narrowing</w:t>
            </w:r>
          </w:p>
        </w:tc>
        <w:tc>
          <w:tcPr>
            <w:tcW w:type="dxa" w:w="2880"/>
          </w:tcPr>
          <w:p>
            <w:r>
              <w:t>0</w:t>
            </w:r>
          </w:p>
        </w:tc>
      </w:tr>
      <w:tr>
        <w:tc>
          <w:tcPr>
            <w:tcW w:type="dxa" w:w="2880"/>
          </w:tcPr>
          <w:p>
            <w:r>
              <w:t>2023-04-01</w:t>
            </w:r>
          </w:p>
        </w:tc>
        <w:tc>
          <w:tcPr>
            <w:tcW w:type="dxa" w:w="2880"/>
          </w:tcPr>
          <w:p>
            <w:r>
              <w:t>raised crossing</w:t>
            </w:r>
          </w:p>
        </w:tc>
        <w:tc>
          <w:tcPr>
            <w:tcW w:type="dxa" w:w="2880"/>
          </w:tcPr>
          <w:p>
            <w:r>
              <w:t>0</w:t>
            </w:r>
          </w:p>
        </w:tc>
      </w:tr>
      <w:tr>
        <w:tc>
          <w:tcPr>
            <w:tcW w:type="dxa" w:w="2880"/>
          </w:tcPr>
          <w:p>
            <w:r>
              <w:t>2023-04-01</w:t>
            </w:r>
          </w:p>
        </w:tc>
        <w:tc>
          <w:tcPr>
            <w:tcW w:type="dxa" w:w="2880"/>
          </w:tcPr>
          <w:p>
            <w:r>
              <w:t>speed hump</w:t>
            </w:r>
          </w:p>
        </w:tc>
        <w:tc>
          <w:tcPr>
            <w:tcW w:type="dxa" w:w="2880"/>
          </w:tcPr>
          <w:p>
            <w:r>
              <w:t>1</w:t>
            </w:r>
          </w:p>
        </w:tc>
      </w:tr>
      <w:tr>
        <w:tc>
          <w:tcPr>
            <w:tcW w:type="dxa" w:w="2880"/>
          </w:tcPr>
          <w:p>
            <w:r>
              <w:t>2023-05-01</w:t>
            </w:r>
          </w:p>
        </w:tc>
        <w:tc>
          <w:tcPr>
            <w:tcW w:type="dxa" w:w="2880"/>
          </w:tcPr>
          <w:p>
            <w:r>
              <w:t>chicane</w:t>
            </w:r>
          </w:p>
        </w:tc>
        <w:tc>
          <w:tcPr>
            <w:tcW w:type="dxa" w:w="2880"/>
          </w:tcPr>
          <w:p>
            <w:r>
              <w:t>1</w:t>
            </w:r>
          </w:p>
        </w:tc>
      </w:tr>
      <w:tr>
        <w:tc>
          <w:tcPr>
            <w:tcW w:type="dxa" w:w="2880"/>
          </w:tcPr>
          <w:p>
            <w:r>
              <w:t>2023-05-01</w:t>
            </w:r>
          </w:p>
        </w:tc>
        <w:tc>
          <w:tcPr>
            <w:tcW w:type="dxa" w:w="2880"/>
          </w:tcPr>
          <w:p>
            <w:r>
              <w:t>lane narrowing</w:t>
            </w:r>
          </w:p>
        </w:tc>
        <w:tc>
          <w:tcPr>
            <w:tcW w:type="dxa" w:w="2880"/>
          </w:tcPr>
          <w:p>
            <w:r>
              <w:t>0</w:t>
            </w:r>
          </w:p>
        </w:tc>
      </w:tr>
      <w:tr>
        <w:tc>
          <w:tcPr>
            <w:tcW w:type="dxa" w:w="2880"/>
          </w:tcPr>
          <w:p>
            <w:r>
              <w:t>2023-05-01</w:t>
            </w:r>
          </w:p>
        </w:tc>
        <w:tc>
          <w:tcPr>
            <w:tcW w:type="dxa" w:w="2880"/>
          </w:tcPr>
          <w:p>
            <w:r>
              <w:t>raised crossing</w:t>
            </w:r>
          </w:p>
        </w:tc>
        <w:tc>
          <w:tcPr>
            <w:tcW w:type="dxa" w:w="2880"/>
          </w:tcPr>
          <w:p>
            <w:r>
              <w:t>0</w:t>
            </w:r>
          </w:p>
        </w:tc>
      </w:tr>
      <w:tr>
        <w:tc>
          <w:tcPr>
            <w:tcW w:type="dxa" w:w="2880"/>
          </w:tcPr>
          <w:p>
            <w:r>
              <w:t>2023-05-01</w:t>
            </w:r>
          </w:p>
        </w:tc>
        <w:tc>
          <w:tcPr>
            <w:tcW w:type="dxa" w:w="2880"/>
          </w:tcPr>
          <w:p>
            <w:r>
              <w:t>speed hump</w:t>
            </w:r>
          </w:p>
        </w:tc>
        <w:tc>
          <w:tcPr>
            <w:tcW w:type="dxa" w:w="2880"/>
          </w:tcPr>
          <w:p>
            <w:r>
              <w:t>0</w:t>
            </w:r>
          </w:p>
        </w:tc>
      </w:tr>
      <w:tr>
        <w:tc>
          <w:tcPr>
            <w:tcW w:type="dxa" w:w="2880"/>
          </w:tcPr>
          <w:p>
            <w:r>
              <w:t>2023-06-01</w:t>
            </w:r>
          </w:p>
        </w:tc>
        <w:tc>
          <w:tcPr>
            <w:tcW w:type="dxa" w:w="2880"/>
          </w:tcPr>
          <w:p>
            <w:r>
              <w:t>chicane</w:t>
            </w:r>
          </w:p>
        </w:tc>
        <w:tc>
          <w:tcPr>
            <w:tcW w:type="dxa" w:w="2880"/>
          </w:tcPr>
          <w:p>
            <w:r>
              <w:t>0</w:t>
            </w:r>
          </w:p>
        </w:tc>
      </w:tr>
      <w:tr>
        <w:tc>
          <w:tcPr>
            <w:tcW w:type="dxa" w:w="2880"/>
          </w:tcPr>
          <w:p>
            <w:r>
              <w:t>2023-06-01</w:t>
            </w:r>
          </w:p>
        </w:tc>
        <w:tc>
          <w:tcPr>
            <w:tcW w:type="dxa" w:w="2880"/>
          </w:tcPr>
          <w:p>
            <w:r>
              <w:t>lane narrowing</w:t>
            </w:r>
          </w:p>
        </w:tc>
        <w:tc>
          <w:tcPr>
            <w:tcW w:type="dxa" w:w="2880"/>
          </w:tcPr>
          <w:p>
            <w:r>
              <w:t>1</w:t>
            </w:r>
          </w:p>
        </w:tc>
      </w:tr>
      <w:tr>
        <w:tc>
          <w:tcPr>
            <w:tcW w:type="dxa" w:w="2880"/>
          </w:tcPr>
          <w:p>
            <w:r>
              <w:t>2023-06-01</w:t>
            </w:r>
          </w:p>
        </w:tc>
        <w:tc>
          <w:tcPr>
            <w:tcW w:type="dxa" w:w="2880"/>
          </w:tcPr>
          <w:p>
            <w:r>
              <w:t>raised crossing</w:t>
            </w:r>
          </w:p>
        </w:tc>
        <w:tc>
          <w:tcPr>
            <w:tcW w:type="dxa" w:w="2880"/>
          </w:tcPr>
          <w:p>
            <w:r>
              <w:t>2</w:t>
            </w:r>
          </w:p>
        </w:tc>
      </w:tr>
      <w:tr>
        <w:tc>
          <w:tcPr>
            <w:tcW w:type="dxa" w:w="2880"/>
          </w:tcPr>
          <w:p>
            <w:r>
              <w:t>2023-06-01</w:t>
            </w:r>
          </w:p>
        </w:tc>
        <w:tc>
          <w:tcPr>
            <w:tcW w:type="dxa" w:w="2880"/>
          </w:tcPr>
          <w:p>
            <w:r>
              <w:t>speed hump</w:t>
            </w:r>
          </w:p>
        </w:tc>
        <w:tc>
          <w:tcPr>
            <w:tcW w:type="dxa" w:w="2880"/>
          </w:tcPr>
          <w:p>
            <w:r>
              <w:t>1</w:t>
            </w:r>
          </w:p>
        </w:tc>
      </w:tr>
      <w:tr>
        <w:tc>
          <w:tcPr>
            <w:tcW w:type="dxa" w:w="2880"/>
          </w:tcPr>
          <w:p>
            <w:r>
              <w:t>2023-07-01</w:t>
            </w:r>
          </w:p>
        </w:tc>
        <w:tc>
          <w:tcPr>
            <w:tcW w:type="dxa" w:w="2880"/>
          </w:tcPr>
          <w:p>
            <w:r>
              <w:t>chicane</w:t>
            </w:r>
          </w:p>
        </w:tc>
        <w:tc>
          <w:tcPr>
            <w:tcW w:type="dxa" w:w="2880"/>
          </w:tcPr>
          <w:p>
            <w:r>
              <w:t>1</w:t>
            </w:r>
          </w:p>
        </w:tc>
      </w:tr>
      <w:tr>
        <w:tc>
          <w:tcPr>
            <w:tcW w:type="dxa" w:w="2880"/>
          </w:tcPr>
          <w:p>
            <w:r>
              <w:t>2023-07-01</w:t>
            </w:r>
          </w:p>
        </w:tc>
        <w:tc>
          <w:tcPr>
            <w:tcW w:type="dxa" w:w="2880"/>
          </w:tcPr>
          <w:p>
            <w:r>
              <w:t>lane narrowing</w:t>
            </w:r>
          </w:p>
        </w:tc>
        <w:tc>
          <w:tcPr>
            <w:tcW w:type="dxa" w:w="2880"/>
          </w:tcPr>
          <w:p>
            <w:r>
              <w:t>0</w:t>
            </w:r>
          </w:p>
        </w:tc>
      </w:tr>
      <w:tr>
        <w:tc>
          <w:tcPr>
            <w:tcW w:type="dxa" w:w="2880"/>
          </w:tcPr>
          <w:p>
            <w:r>
              <w:t>2023-07-01</w:t>
            </w:r>
          </w:p>
        </w:tc>
        <w:tc>
          <w:tcPr>
            <w:tcW w:type="dxa" w:w="2880"/>
          </w:tcPr>
          <w:p>
            <w:r>
              <w:t>raised crossing</w:t>
            </w:r>
          </w:p>
        </w:tc>
        <w:tc>
          <w:tcPr>
            <w:tcW w:type="dxa" w:w="2880"/>
          </w:tcPr>
          <w:p>
            <w:r>
              <w:t>1</w:t>
            </w:r>
          </w:p>
        </w:tc>
      </w:tr>
      <w:tr>
        <w:tc>
          <w:tcPr>
            <w:tcW w:type="dxa" w:w="2880"/>
          </w:tcPr>
          <w:p>
            <w:r>
              <w:t>2023-07-01</w:t>
            </w:r>
          </w:p>
        </w:tc>
        <w:tc>
          <w:tcPr>
            <w:tcW w:type="dxa" w:w="2880"/>
          </w:tcPr>
          <w:p>
            <w:r>
              <w:t>speed hump</w:t>
            </w:r>
          </w:p>
        </w:tc>
        <w:tc>
          <w:tcPr>
            <w:tcW w:type="dxa" w:w="2880"/>
          </w:tcPr>
          <w:p>
            <w:r>
              <w:t>0</w:t>
            </w:r>
          </w:p>
        </w:tc>
      </w:tr>
      <w:tr>
        <w:tc>
          <w:tcPr>
            <w:tcW w:type="dxa" w:w="2880"/>
          </w:tcPr>
          <w:p>
            <w:r>
              <w:t>2023-08-01</w:t>
            </w:r>
          </w:p>
        </w:tc>
        <w:tc>
          <w:tcPr>
            <w:tcW w:type="dxa" w:w="2880"/>
          </w:tcPr>
          <w:p>
            <w:r>
              <w:t>chicane</w:t>
            </w:r>
          </w:p>
        </w:tc>
        <w:tc>
          <w:tcPr>
            <w:tcW w:type="dxa" w:w="2880"/>
          </w:tcPr>
          <w:p>
            <w:r>
              <w:t>0</w:t>
            </w:r>
          </w:p>
        </w:tc>
      </w:tr>
      <w:tr>
        <w:tc>
          <w:tcPr>
            <w:tcW w:type="dxa" w:w="2880"/>
          </w:tcPr>
          <w:p>
            <w:r>
              <w:t>2023-08-01</w:t>
            </w:r>
          </w:p>
        </w:tc>
        <w:tc>
          <w:tcPr>
            <w:tcW w:type="dxa" w:w="2880"/>
          </w:tcPr>
          <w:p>
            <w:r>
              <w:t>lane narrowing</w:t>
            </w:r>
          </w:p>
        </w:tc>
        <w:tc>
          <w:tcPr>
            <w:tcW w:type="dxa" w:w="2880"/>
          </w:tcPr>
          <w:p>
            <w:r>
              <w:t>0</w:t>
            </w:r>
          </w:p>
        </w:tc>
      </w:tr>
      <w:tr>
        <w:tc>
          <w:tcPr>
            <w:tcW w:type="dxa" w:w="2880"/>
          </w:tcPr>
          <w:p>
            <w:r>
              <w:t>2023-08-01</w:t>
            </w:r>
          </w:p>
        </w:tc>
        <w:tc>
          <w:tcPr>
            <w:tcW w:type="dxa" w:w="2880"/>
          </w:tcPr>
          <w:p>
            <w:r>
              <w:t>raised crossing</w:t>
            </w:r>
          </w:p>
        </w:tc>
        <w:tc>
          <w:tcPr>
            <w:tcW w:type="dxa" w:w="2880"/>
          </w:tcPr>
          <w:p>
            <w:r>
              <w:t>1</w:t>
            </w:r>
          </w:p>
        </w:tc>
      </w:tr>
      <w:tr>
        <w:tc>
          <w:tcPr>
            <w:tcW w:type="dxa" w:w="2880"/>
          </w:tcPr>
          <w:p>
            <w:r>
              <w:t>2023-08-01</w:t>
            </w:r>
          </w:p>
        </w:tc>
        <w:tc>
          <w:tcPr>
            <w:tcW w:type="dxa" w:w="2880"/>
          </w:tcPr>
          <w:p>
            <w:r>
              <w:t>speed hump</w:t>
            </w:r>
          </w:p>
        </w:tc>
        <w:tc>
          <w:tcPr>
            <w:tcW w:type="dxa" w:w="2880"/>
          </w:tcPr>
          <w:p>
            <w:r>
              <w:t>0</w:t>
            </w:r>
          </w:p>
        </w:tc>
      </w:tr>
      <w:tr>
        <w:tc>
          <w:tcPr>
            <w:tcW w:type="dxa" w:w="2880"/>
          </w:tcPr>
          <w:p>
            <w:r>
              <w:t>2023-09-01</w:t>
            </w:r>
          </w:p>
        </w:tc>
        <w:tc>
          <w:tcPr>
            <w:tcW w:type="dxa" w:w="2880"/>
          </w:tcPr>
          <w:p>
            <w:r>
              <w:t>chicane</w:t>
            </w:r>
          </w:p>
        </w:tc>
        <w:tc>
          <w:tcPr>
            <w:tcW w:type="dxa" w:w="2880"/>
          </w:tcPr>
          <w:p>
            <w:r>
              <w:t>2</w:t>
            </w:r>
          </w:p>
        </w:tc>
      </w:tr>
      <w:tr>
        <w:tc>
          <w:tcPr>
            <w:tcW w:type="dxa" w:w="2880"/>
          </w:tcPr>
          <w:p>
            <w:r>
              <w:t>2023-09-01</w:t>
            </w:r>
          </w:p>
        </w:tc>
        <w:tc>
          <w:tcPr>
            <w:tcW w:type="dxa" w:w="2880"/>
          </w:tcPr>
          <w:p>
            <w:r>
              <w:t>lane narrowing</w:t>
            </w:r>
          </w:p>
        </w:tc>
        <w:tc>
          <w:tcPr>
            <w:tcW w:type="dxa" w:w="2880"/>
          </w:tcPr>
          <w:p>
            <w:r>
              <w:t>1</w:t>
            </w:r>
          </w:p>
        </w:tc>
      </w:tr>
      <w:tr>
        <w:tc>
          <w:tcPr>
            <w:tcW w:type="dxa" w:w="2880"/>
          </w:tcPr>
          <w:p>
            <w:r>
              <w:t>2023-09-01</w:t>
            </w:r>
          </w:p>
        </w:tc>
        <w:tc>
          <w:tcPr>
            <w:tcW w:type="dxa" w:w="2880"/>
          </w:tcPr>
          <w:p>
            <w:r>
              <w:t>raised crossing</w:t>
            </w:r>
          </w:p>
        </w:tc>
        <w:tc>
          <w:tcPr>
            <w:tcW w:type="dxa" w:w="2880"/>
          </w:tcPr>
          <w:p>
            <w:r>
              <w:t>1</w:t>
            </w:r>
          </w:p>
        </w:tc>
      </w:tr>
      <w:tr>
        <w:tc>
          <w:tcPr>
            <w:tcW w:type="dxa" w:w="2880"/>
          </w:tcPr>
          <w:p>
            <w:r>
              <w:t>2023-09-01</w:t>
            </w:r>
          </w:p>
        </w:tc>
        <w:tc>
          <w:tcPr>
            <w:tcW w:type="dxa" w:w="2880"/>
          </w:tcPr>
          <w:p>
            <w:r>
              <w:t>speed hump</w:t>
            </w:r>
          </w:p>
        </w:tc>
        <w:tc>
          <w:tcPr>
            <w:tcW w:type="dxa" w:w="2880"/>
          </w:tcPr>
          <w:p>
            <w:r>
              <w:t>0</w:t>
            </w:r>
          </w:p>
        </w:tc>
      </w:tr>
      <w:tr>
        <w:tc>
          <w:tcPr>
            <w:tcW w:type="dxa" w:w="2880"/>
          </w:tcPr>
          <w:p>
            <w:r>
              <w:t>2023-10-01</w:t>
            </w:r>
          </w:p>
        </w:tc>
        <w:tc>
          <w:tcPr>
            <w:tcW w:type="dxa" w:w="2880"/>
          </w:tcPr>
          <w:p>
            <w:r>
              <w:t>chicane</w:t>
            </w:r>
          </w:p>
        </w:tc>
        <w:tc>
          <w:tcPr>
            <w:tcW w:type="dxa" w:w="2880"/>
          </w:tcPr>
          <w:p>
            <w:r>
              <w:t>0</w:t>
            </w:r>
          </w:p>
        </w:tc>
      </w:tr>
      <w:tr>
        <w:tc>
          <w:tcPr>
            <w:tcW w:type="dxa" w:w="2880"/>
          </w:tcPr>
          <w:p>
            <w:r>
              <w:t>2023-10-01</w:t>
            </w:r>
          </w:p>
        </w:tc>
        <w:tc>
          <w:tcPr>
            <w:tcW w:type="dxa" w:w="2880"/>
          </w:tcPr>
          <w:p>
            <w:r>
              <w:t>lane narrowing</w:t>
            </w:r>
          </w:p>
        </w:tc>
        <w:tc>
          <w:tcPr>
            <w:tcW w:type="dxa" w:w="2880"/>
          </w:tcPr>
          <w:p>
            <w:r>
              <w:t>0</w:t>
            </w:r>
          </w:p>
        </w:tc>
      </w:tr>
      <w:tr>
        <w:tc>
          <w:tcPr>
            <w:tcW w:type="dxa" w:w="2880"/>
          </w:tcPr>
          <w:p>
            <w:r>
              <w:t>2023-10-01</w:t>
            </w:r>
          </w:p>
        </w:tc>
        <w:tc>
          <w:tcPr>
            <w:tcW w:type="dxa" w:w="2880"/>
          </w:tcPr>
          <w:p>
            <w:r>
              <w:t>raised crossing</w:t>
            </w:r>
          </w:p>
        </w:tc>
        <w:tc>
          <w:tcPr>
            <w:tcW w:type="dxa" w:w="2880"/>
          </w:tcPr>
          <w:p>
            <w:r>
              <w:t>0</w:t>
            </w:r>
          </w:p>
        </w:tc>
      </w:tr>
      <w:tr>
        <w:tc>
          <w:tcPr>
            <w:tcW w:type="dxa" w:w="2880"/>
          </w:tcPr>
          <w:p>
            <w:r>
              <w:t>2023-10-01</w:t>
            </w:r>
          </w:p>
        </w:tc>
        <w:tc>
          <w:tcPr>
            <w:tcW w:type="dxa" w:w="2880"/>
          </w:tcPr>
          <w:p>
            <w:r>
              <w:t>speed hump</w:t>
            </w:r>
          </w:p>
        </w:tc>
        <w:tc>
          <w:tcPr>
            <w:tcW w:type="dxa" w:w="2880"/>
          </w:tcPr>
          <w:p>
            <w:r>
              <w:t>1</w:t>
            </w:r>
          </w:p>
        </w:tc>
      </w:tr>
      <w:tr>
        <w:tc>
          <w:tcPr>
            <w:tcW w:type="dxa" w:w="2880"/>
          </w:tcPr>
          <w:p>
            <w:r>
              <w:t>2023-11-01</w:t>
            </w:r>
          </w:p>
        </w:tc>
        <w:tc>
          <w:tcPr>
            <w:tcW w:type="dxa" w:w="2880"/>
          </w:tcPr>
          <w:p>
            <w:r>
              <w:t>chicane</w:t>
            </w:r>
          </w:p>
        </w:tc>
        <w:tc>
          <w:tcPr>
            <w:tcW w:type="dxa" w:w="2880"/>
          </w:tcPr>
          <w:p>
            <w:r>
              <w:t>0</w:t>
            </w:r>
          </w:p>
        </w:tc>
      </w:tr>
      <w:tr>
        <w:tc>
          <w:tcPr>
            <w:tcW w:type="dxa" w:w="2880"/>
          </w:tcPr>
          <w:p>
            <w:r>
              <w:t>2023-11-01</w:t>
            </w:r>
          </w:p>
        </w:tc>
        <w:tc>
          <w:tcPr>
            <w:tcW w:type="dxa" w:w="2880"/>
          </w:tcPr>
          <w:p>
            <w:r>
              <w:t>lane narrowing</w:t>
            </w:r>
          </w:p>
        </w:tc>
        <w:tc>
          <w:tcPr>
            <w:tcW w:type="dxa" w:w="2880"/>
          </w:tcPr>
          <w:p>
            <w:r>
              <w:t>0</w:t>
            </w:r>
          </w:p>
        </w:tc>
      </w:tr>
      <w:tr>
        <w:tc>
          <w:tcPr>
            <w:tcW w:type="dxa" w:w="2880"/>
          </w:tcPr>
          <w:p>
            <w:r>
              <w:t>2023-11-01</w:t>
            </w:r>
          </w:p>
        </w:tc>
        <w:tc>
          <w:tcPr>
            <w:tcW w:type="dxa" w:w="2880"/>
          </w:tcPr>
          <w:p>
            <w:r>
              <w:t>raised crossing</w:t>
            </w:r>
          </w:p>
        </w:tc>
        <w:tc>
          <w:tcPr>
            <w:tcW w:type="dxa" w:w="2880"/>
          </w:tcPr>
          <w:p>
            <w:r>
              <w:t>0</w:t>
            </w:r>
          </w:p>
        </w:tc>
      </w:tr>
      <w:tr>
        <w:tc>
          <w:tcPr>
            <w:tcW w:type="dxa" w:w="2880"/>
          </w:tcPr>
          <w:p>
            <w:r>
              <w:t>2023-11-01</w:t>
            </w:r>
          </w:p>
        </w:tc>
        <w:tc>
          <w:tcPr>
            <w:tcW w:type="dxa" w:w="2880"/>
          </w:tcPr>
          <w:p>
            <w:r>
              <w:t>speed hump</w:t>
            </w:r>
          </w:p>
        </w:tc>
        <w:tc>
          <w:tcPr>
            <w:tcW w:type="dxa" w:w="2880"/>
          </w:tcPr>
          <w:p>
            <w:r>
              <w:t>0</w:t>
            </w:r>
          </w:p>
        </w:tc>
      </w:tr>
      <w:tr>
        <w:tc>
          <w:tcPr>
            <w:tcW w:type="dxa" w:w="2880"/>
          </w:tcPr>
          <w:p>
            <w:r>
              <w:t>2023-12-01</w:t>
            </w:r>
          </w:p>
        </w:tc>
        <w:tc>
          <w:tcPr>
            <w:tcW w:type="dxa" w:w="2880"/>
          </w:tcPr>
          <w:p>
            <w:r>
              <w:t>chicane</w:t>
            </w:r>
          </w:p>
        </w:tc>
        <w:tc>
          <w:tcPr>
            <w:tcW w:type="dxa" w:w="2880"/>
          </w:tcPr>
          <w:p>
            <w:r>
              <w:t>1</w:t>
            </w:r>
          </w:p>
        </w:tc>
      </w:tr>
      <w:tr>
        <w:tc>
          <w:tcPr>
            <w:tcW w:type="dxa" w:w="2880"/>
          </w:tcPr>
          <w:p>
            <w:r>
              <w:t>2023-12-01</w:t>
            </w:r>
          </w:p>
        </w:tc>
        <w:tc>
          <w:tcPr>
            <w:tcW w:type="dxa" w:w="2880"/>
          </w:tcPr>
          <w:p>
            <w:r>
              <w:t>lane narrowing</w:t>
            </w:r>
          </w:p>
        </w:tc>
        <w:tc>
          <w:tcPr>
            <w:tcW w:type="dxa" w:w="2880"/>
          </w:tcPr>
          <w:p>
            <w:r>
              <w:t>0</w:t>
            </w:r>
          </w:p>
        </w:tc>
      </w:tr>
      <w:tr>
        <w:tc>
          <w:tcPr>
            <w:tcW w:type="dxa" w:w="2880"/>
          </w:tcPr>
          <w:p>
            <w:r>
              <w:t>2023-12-01</w:t>
            </w:r>
          </w:p>
        </w:tc>
        <w:tc>
          <w:tcPr>
            <w:tcW w:type="dxa" w:w="2880"/>
          </w:tcPr>
          <w:p>
            <w:r>
              <w:t>raised crossing</w:t>
            </w:r>
          </w:p>
        </w:tc>
        <w:tc>
          <w:tcPr>
            <w:tcW w:type="dxa" w:w="2880"/>
          </w:tcPr>
          <w:p>
            <w:r>
              <w:t>2</w:t>
            </w:r>
          </w:p>
        </w:tc>
      </w:tr>
      <w:tr>
        <w:tc>
          <w:tcPr>
            <w:tcW w:type="dxa" w:w="2880"/>
          </w:tcPr>
          <w:p>
            <w:r>
              <w:t>2023-12-01</w:t>
            </w:r>
          </w:p>
        </w:tc>
        <w:tc>
          <w:tcPr>
            <w:tcW w:type="dxa" w:w="2880"/>
          </w:tcPr>
          <w:p>
            <w:r>
              <w:t>speed hump</w:t>
            </w:r>
          </w:p>
        </w:tc>
        <w:tc>
          <w:tcPr>
            <w:tcW w:type="dxa" w:w="2880"/>
          </w:tcPr>
          <w:p>
            <w:r>
              <w:t>0</w:t>
            </w:r>
          </w:p>
        </w:tc>
      </w:tr>
      <w:tr>
        <w:tc>
          <w:tcPr>
            <w:tcW w:type="dxa" w:w="2880"/>
          </w:tcPr>
          <w:p>
            <w:r>
              <w:t>2024-01-01</w:t>
            </w:r>
          </w:p>
        </w:tc>
        <w:tc>
          <w:tcPr>
            <w:tcW w:type="dxa" w:w="2880"/>
          </w:tcPr>
          <w:p>
            <w:r>
              <w:t>chicane</w:t>
            </w:r>
          </w:p>
        </w:tc>
        <w:tc>
          <w:tcPr>
            <w:tcW w:type="dxa" w:w="2880"/>
          </w:tcPr>
          <w:p>
            <w:r>
              <w:t>0</w:t>
            </w:r>
          </w:p>
        </w:tc>
      </w:tr>
      <w:tr>
        <w:tc>
          <w:tcPr>
            <w:tcW w:type="dxa" w:w="2880"/>
          </w:tcPr>
          <w:p>
            <w:r>
              <w:t>2024-01-01</w:t>
            </w:r>
          </w:p>
        </w:tc>
        <w:tc>
          <w:tcPr>
            <w:tcW w:type="dxa" w:w="2880"/>
          </w:tcPr>
          <w:p>
            <w:r>
              <w:t>lane narrowing</w:t>
            </w:r>
          </w:p>
        </w:tc>
        <w:tc>
          <w:tcPr>
            <w:tcW w:type="dxa" w:w="2880"/>
          </w:tcPr>
          <w:p>
            <w:r>
              <w:t>0</w:t>
            </w:r>
          </w:p>
        </w:tc>
      </w:tr>
      <w:tr>
        <w:tc>
          <w:tcPr>
            <w:tcW w:type="dxa" w:w="2880"/>
          </w:tcPr>
          <w:p>
            <w:r>
              <w:t>2024-01-01</w:t>
            </w:r>
          </w:p>
        </w:tc>
        <w:tc>
          <w:tcPr>
            <w:tcW w:type="dxa" w:w="2880"/>
          </w:tcPr>
          <w:p>
            <w:r>
              <w:t>raised crossing</w:t>
            </w:r>
          </w:p>
        </w:tc>
        <w:tc>
          <w:tcPr>
            <w:tcW w:type="dxa" w:w="2880"/>
          </w:tcPr>
          <w:p>
            <w:r>
              <w:t>0</w:t>
            </w:r>
          </w:p>
        </w:tc>
      </w:tr>
      <w:tr>
        <w:tc>
          <w:tcPr>
            <w:tcW w:type="dxa" w:w="2880"/>
          </w:tcPr>
          <w:p>
            <w:r>
              <w:t>2024-01-01</w:t>
            </w:r>
          </w:p>
        </w:tc>
        <w:tc>
          <w:tcPr>
            <w:tcW w:type="dxa" w:w="2880"/>
          </w:tcPr>
          <w:p>
            <w:r>
              <w:t>speed hump</w:t>
            </w:r>
          </w:p>
        </w:tc>
        <w:tc>
          <w:tcPr>
            <w:tcW w:type="dxa" w:w="2880"/>
          </w:tcPr>
          <w:p>
            <w:r>
              <w:t>1</w:t>
            </w:r>
          </w:p>
        </w:tc>
      </w:tr>
      <w:tr>
        <w:tc>
          <w:tcPr>
            <w:tcW w:type="dxa" w:w="2880"/>
          </w:tcPr>
          <w:p>
            <w:r>
              <w:t>2024-02-01</w:t>
            </w:r>
          </w:p>
        </w:tc>
        <w:tc>
          <w:tcPr>
            <w:tcW w:type="dxa" w:w="2880"/>
          </w:tcPr>
          <w:p>
            <w:r>
              <w:t>chicane</w:t>
            </w:r>
          </w:p>
        </w:tc>
        <w:tc>
          <w:tcPr>
            <w:tcW w:type="dxa" w:w="2880"/>
          </w:tcPr>
          <w:p>
            <w:r>
              <w:t>0</w:t>
            </w:r>
          </w:p>
        </w:tc>
      </w:tr>
      <w:tr>
        <w:tc>
          <w:tcPr>
            <w:tcW w:type="dxa" w:w="2880"/>
          </w:tcPr>
          <w:p>
            <w:r>
              <w:t>2024-02-01</w:t>
            </w:r>
          </w:p>
        </w:tc>
        <w:tc>
          <w:tcPr>
            <w:tcW w:type="dxa" w:w="2880"/>
          </w:tcPr>
          <w:p>
            <w:r>
              <w:t>lane narrowing</w:t>
            </w:r>
          </w:p>
        </w:tc>
        <w:tc>
          <w:tcPr>
            <w:tcW w:type="dxa" w:w="2880"/>
          </w:tcPr>
          <w:p>
            <w:r>
              <w:t>1</w:t>
            </w:r>
          </w:p>
        </w:tc>
      </w:tr>
      <w:tr>
        <w:tc>
          <w:tcPr>
            <w:tcW w:type="dxa" w:w="2880"/>
          </w:tcPr>
          <w:p>
            <w:r>
              <w:t>2024-02-01</w:t>
            </w:r>
          </w:p>
        </w:tc>
        <w:tc>
          <w:tcPr>
            <w:tcW w:type="dxa" w:w="2880"/>
          </w:tcPr>
          <w:p>
            <w:r>
              <w:t>raised crossing</w:t>
            </w:r>
          </w:p>
        </w:tc>
        <w:tc>
          <w:tcPr>
            <w:tcW w:type="dxa" w:w="2880"/>
          </w:tcPr>
          <w:p>
            <w:r>
              <w:t>0</w:t>
            </w:r>
          </w:p>
        </w:tc>
      </w:tr>
      <w:tr>
        <w:tc>
          <w:tcPr>
            <w:tcW w:type="dxa" w:w="2880"/>
          </w:tcPr>
          <w:p>
            <w:r>
              <w:t>2024-02-01</w:t>
            </w:r>
          </w:p>
        </w:tc>
        <w:tc>
          <w:tcPr>
            <w:tcW w:type="dxa" w:w="2880"/>
          </w:tcPr>
          <w:p>
            <w:r>
              <w:t>speed hump</w:t>
            </w:r>
          </w:p>
        </w:tc>
        <w:tc>
          <w:tcPr>
            <w:tcW w:type="dxa" w:w="2880"/>
          </w:tcPr>
          <w:p>
            <w:r>
              <w:t>0</w:t>
            </w:r>
          </w:p>
        </w:tc>
      </w:tr>
      <w:tr>
        <w:tc>
          <w:tcPr>
            <w:tcW w:type="dxa" w:w="2880"/>
          </w:tcPr>
          <w:p>
            <w:r>
              <w:t>2024-03-01</w:t>
            </w:r>
          </w:p>
        </w:tc>
        <w:tc>
          <w:tcPr>
            <w:tcW w:type="dxa" w:w="2880"/>
          </w:tcPr>
          <w:p>
            <w:r>
              <w:t>chicane</w:t>
            </w:r>
          </w:p>
        </w:tc>
        <w:tc>
          <w:tcPr>
            <w:tcW w:type="dxa" w:w="2880"/>
          </w:tcPr>
          <w:p>
            <w:r>
              <w:t>1</w:t>
            </w:r>
          </w:p>
        </w:tc>
      </w:tr>
      <w:tr>
        <w:tc>
          <w:tcPr>
            <w:tcW w:type="dxa" w:w="2880"/>
          </w:tcPr>
          <w:p>
            <w:r>
              <w:t>2024-03-01</w:t>
            </w:r>
          </w:p>
        </w:tc>
        <w:tc>
          <w:tcPr>
            <w:tcW w:type="dxa" w:w="2880"/>
          </w:tcPr>
          <w:p>
            <w:r>
              <w:t>lane narrowing</w:t>
            </w:r>
          </w:p>
        </w:tc>
        <w:tc>
          <w:tcPr>
            <w:tcW w:type="dxa" w:w="2880"/>
          </w:tcPr>
          <w:p>
            <w:r>
              <w:t>1</w:t>
            </w:r>
          </w:p>
        </w:tc>
      </w:tr>
      <w:tr>
        <w:tc>
          <w:tcPr>
            <w:tcW w:type="dxa" w:w="2880"/>
          </w:tcPr>
          <w:p>
            <w:r>
              <w:t>2024-03-01</w:t>
            </w:r>
          </w:p>
        </w:tc>
        <w:tc>
          <w:tcPr>
            <w:tcW w:type="dxa" w:w="2880"/>
          </w:tcPr>
          <w:p>
            <w:r>
              <w:t>raised crossing</w:t>
            </w:r>
          </w:p>
        </w:tc>
        <w:tc>
          <w:tcPr>
            <w:tcW w:type="dxa" w:w="2880"/>
          </w:tcPr>
          <w:p>
            <w:r>
              <w:t>0</w:t>
            </w:r>
          </w:p>
        </w:tc>
      </w:tr>
      <w:tr>
        <w:tc>
          <w:tcPr>
            <w:tcW w:type="dxa" w:w="2880"/>
          </w:tcPr>
          <w:p>
            <w:r>
              <w:t>2024-03-01</w:t>
            </w:r>
          </w:p>
        </w:tc>
        <w:tc>
          <w:tcPr>
            <w:tcW w:type="dxa" w:w="2880"/>
          </w:tcPr>
          <w:p>
            <w:r>
              <w:t>speed hump</w:t>
            </w:r>
          </w:p>
        </w:tc>
        <w:tc>
          <w:tcPr>
            <w:tcW w:type="dxa" w:w="2880"/>
          </w:tcPr>
          <w:p>
            <w:r>
              <w:t>0</w:t>
            </w:r>
          </w:p>
        </w:tc>
      </w:tr>
      <w:tr>
        <w:tc>
          <w:tcPr>
            <w:tcW w:type="dxa" w:w="2880"/>
          </w:tcPr>
          <w:p>
            <w:r>
              <w:t>2024-04-01</w:t>
            </w:r>
          </w:p>
        </w:tc>
        <w:tc>
          <w:tcPr>
            <w:tcW w:type="dxa" w:w="2880"/>
          </w:tcPr>
          <w:p>
            <w:r>
              <w:t>chicane</w:t>
            </w:r>
          </w:p>
        </w:tc>
        <w:tc>
          <w:tcPr>
            <w:tcW w:type="dxa" w:w="2880"/>
          </w:tcPr>
          <w:p>
            <w:r>
              <w:t>0</w:t>
            </w:r>
          </w:p>
        </w:tc>
      </w:tr>
      <w:tr>
        <w:tc>
          <w:tcPr>
            <w:tcW w:type="dxa" w:w="2880"/>
          </w:tcPr>
          <w:p>
            <w:r>
              <w:t>2024-04-01</w:t>
            </w:r>
          </w:p>
        </w:tc>
        <w:tc>
          <w:tcPr>
            <w:tcW w:type="dxa" w:w="2880"/>
          </w:tcPr>
          <w:p>
            <w:r>
              <w:t>lane narrowing</w:t>
            </w:r>
          </w:p>
        </w:tc>
        <w:tc>
          <w:tcPr>
            <w:tcW w:type="dxa" w:w="2880"/>
          </w:tcPr>
          <w:p>
            <w:r>
              <w:t>0</w:t>
            </w:r>
          </w:p>
        </w:tc>
      </w:tr>
      <w:tr>
        <w:tc>
          <w:tcPr>
            <w:tcW w:type="dxa" w:w="2880"/>
          </w:tcPr>
          <w:p>
            <w:r>
              <w:t>2024-04-01</w:t>
            </w:r>
          </w:p>
        </w:tc>
        <w:tc>
          <w:tcPr>
            <w:tcW w:type="dxa" w:w="2880"/>
          </w:tcPr>
          <w:p>
            <w:r>
              <w:t>raised crossing</w:t>
            </w:r>
          </w:p>
        </w:tc>
        <w:tc>
          <w:tcPr>
            <w:tcW w:type="dxa" w:w="2880"/>
          </w:tcPr>
          <w:p>
            <w:r>
              <w:t>0</w:t>
            </w:r>
          </w:p>
        </w:tc>
      </w:tr>
      <w:tr>
        <w:tc>
          <w:tcPr>
            <w:tcW w:type="dxa" w:w="2880"/>
          </w:tcPr>
          <w:p>
            <w:r>
              <w:t>2024-04-01</w:t>
            </w:r>
          </w:p>
        </w:tc>
        <w:tc>
          <w:tcPr>
            <w:tcW w:type="dxa" w:w="2880"/>
          </w:tcPr>
          <w:p>
            <w:r>
              <w:t>speed hump</w:t>
            </w:r>
          </w:p>
        </w:tc>
        <w:tc>
          <w:tcPr>
            <w:tcW w:type="dxa" w:w="2880"/>
          </w:tcPr>
          <w:p>
            <w:r>
              <w:t>1</w:t>
            </w:r>
          </w:p>
        </w:tc>
      </w:tr>
      <w:tr>
        <w:tc>
          <w:tcPr>
            <w:tcW w:type="dxa" w:w="2880"/>
          </w:tcPr>
          <w:p>
            <w:r>
              <w:t>2024-05-01</w:t>
            </w:r>
          </w:p>
        </w:tc>
        <w:tc>
          <w:tcPr>
            <w:tcW w:type="dxa" w:w="2880"/>
          </w:tcPr>
          <w:p>
            <w:r>
              <w:t>chicane</w:t>
            </w:r>
          </w:p>
        </w:tc>
        <w:tc>
          <w:tcPr>
            <w:tcW w:type="dxa" w:w="2880"/>
          </w:tcPr>
          <w:p>
            <w:r>
              <w:t>1</w:t>
            </w:r>
          </w:p>
        </w:tc>
      </w:tr>
      <w:tr>
        <w:tc>
          <w:tcPr>
            <w:tcW w:type="dxa" w:w="2880"/>
          </w:tcPr>
          <w:p>
            <w:r>
              <w:t>2024-05-01</w:t>
            </w:r>
          </w:p>
        </w:tc>
        <w:tc>
          <w:tcPr>
            <w:tcW w:type="dxa" w:w="2880"/>
          </w:tcPr>
          <w:p>
            <w:r>
              <w:t>lane narrowing</w:t>
            </w:r>
          </w:p>
        </w:tc>
        <w:tc>
          <w:tcPr>
            <w:tcW w:type="dxa" w:w="2880"/>
          </w:tcPr>
          <w:p>
            <w:r>
              <w:t>0</w:t>
            </w:r>
          </w:p>
        </w:tc>
      </w:tr>
      <w:tr>
        <w:tc>
          <w:tcPr>
            <w:tcW w:type="dxa" w:w="2880"/>
          </w:tcPr>
          <w:p>
            <w:r>
              <w:t>2024-05-01</w:t>
            </w:r>
          </w:p>
        </w:tc>
        <w:tc>
          <w:tcPr>
            <w:tcW w:type="dxa" w:w="2880"/>
          </w:tcPr>
          <w:p>
            <w:r>
              <w:t>raised crossing</w:t>
            </w:r>
          </w:p>
        </w:tc>
        <w:tc>
          <w:tcPr>
            <w:tcW w:type="dxa" w:w="2880"/>
          </w:tcPr>
          <w:p>
            <w:r>
              <w:t>0</w:t>
            </w:r>
          </w:p>
        </w:tc>
      </w:tr>
      <w:tr>
        <w:tc>
          <w:tcPr>
            <w:tcW w:type="dxa" w:w="2880"/>
          </w:tcPr>
          <w:p>
            <w:r>
              <w:t>2024-05-01</w:t>
            </w:r>
          </w:p>
        </w:tc>
        <w:tc>
          <w:tcPr>
            <w:tcW w:type="dxa" w:w="2880"/>
          </w:tcPr>
          <w:p>
            <w:r>
              <w:t>speed hump</w:t>
            </w:r>
          </w:p>
        </w:tc>
        <w:tc>
          <w:tcPr>
            <w:tcW w:type="dxa" w:w="2880"/>
          </w:tcPr>
          <w:p>
            <w:r>
              <w:t>0</w:t>
            </w:r>
          </w:p>
        </w:tc>
      </w:tr>
      <w:tr>
        <w:tc>
          <w:tcPr>
            <w:tcW w:type="dxa" w:w="2880"/>
          </w:tcPr>
          <w:p>
            <w:r>
              <w:t>2024-06-01</w:t>
            </w:r>
          </w:p>
        </w:tc>
        <w:tc>
          <w:tcPr>
            <w:tcW w:type="dxa" w:w="2880"/>
          </w:tcPr>
          <w:p>
            <w:r>
              <w:t>chicane</w:t>
            </w:r>
          </w:p>
        </w:tc>
        <w:tc>
          <w:tcPr>
            <w:tcW w:type="dxa" w:w="2880"/>
          </w:tcPr>
          <w:p>
            <w:r>
              <w:t>1</w:t>
            </w:r>
          </w:p>
        </w:tc>
      </w:tr>
      <w:tr>
        <w:tc>
          <w:tcPr>
            <w:tcW w:type="dxa" w:w="2880"/>
          </w:tcPr>
          <w:p>
            <w:r>
              <w:t>2024-06-01</w:t>
            </w:r>
          </w:p>
        </w:tc>
        <w:tc>
          <w:tcPr>
            <w:tcW w:type="dxa" w:w="2880"/>
          </w:tcPr>
          <w:p>
            <w:r>
              <w:t>lane narrowing</w:t>
            </w:r>
          </w:p>
        </w:tc>
        <w:tc>
          <w:tcPr>
            <w:tcW w:type="dxa" w:w="2880"/>
          </w:tcPr>
          <w:p>
            <w:r>
              <w:t>1</w:t>
            </w:r>
          </w:p>
        </w:tc>
      </w:tr>
      <w:tr>
        <w:tc>
          <w:tcPr>
            <w:tcW w:type="dxa" w:w="2880"/>
          </w:tcPr>
          <w:p>
            <w:r>
              <w:t>2024-06-01</w:t>
            </w:r>
          </w:p>
        </w:tc>
        <w:tc>
          <w:tcPr>
            <w:tcW w:type="dxa" w:w="2880"/>
          </w:tcPr>
          <w:p>
            <w:r>
              <w:t>raised crossing</w:t>
            </w:r>
          </w:p>
        </w:tc>
        <w:tc>
          <w:tcPr>
            <w:tcW w:type="dxa" w:w="2880"/>
          </w:tcPr>
          <w:p>
            <w:r>
              <w:t>0</w:t>
            </w:r>
          </w:p>
        </w:tc>
      </w:tr>
      <w:tr>
        <w:tc>
          <w:tcPr>
            <w:tcW w:type="dxa" w:w="2880"/>
          </w:tcPr>
          <w:p>
            <w:r>
              <w:t>2024-06-01</w:t>
            </w:r>
          </w:p>
        </w:tc>
        <w:tc>
          <w:tcPr>
            <w:tcW w:type="dxa" w:w="2880"/>
          </w:tcPr>
          <w:p>
            <w:r>
              <w:t>speed hump</w:t>
            </w:r>
          </w:p>
        </w:tc>
        <w:tc>
          <w:tcPr>
            <w:tcW w:type="dxa" w:w="2880"/>
          </w:tcPr>
          <w:p>
            <w:r>
              <w:t>0</w:t>
            </w:r>
          </w:p>
        </w:tc>
      </w:tr>
      <w:tr>
        <w:tc>
          <w:tcPr>
            <w:tcW w:type="dxa" w:w="2880"/>
          </w:tcPr>
          <w:p>
            <w:r>
              <w:t>2024-07-01</w:t>
            </w:r>
          </w:p>
        </w:tc>
        <w:tc>
          <w:tcPr>
            <w:tcW w:type="dxa" w:w="2880"/>
          </w:tcPr>
          <w:p>
            <w:r>
              <w:t>chicane</w:t>
            </w:r>
          </w:p>
        </w:tc>
        <w:tc>
          <w:tcPr>
            <w:tcW w:type="dxa" w:w="2880"/>
          </w:tcPr>
          <w:p>
            <w:r>
              <w:t>1</w:t>
            </w:r>
          </w:p>
        </w:tc>
      </w:tr>
      <w:tr>
        <w:tc>
          <w:tcPr>
            <w:tcW w:type="dxa" w:w="2880"/>
          </w:tcPr>
          <w:p>
            <w:r>
              <w:t>2024-07-01</w:t>
            </w:r>
          </w:p>
        </w:tc>
        <w:tc>
          <w:tcPr>
            <w:tcW w:type="dxa" w:w="2880"/>
          </w:tcPr>
          <w:p>
            <w:r>
              <w:t>lane narrowing</w:t>
            </w:r>
          </w:p>
        </w:tc>
        <w:tc>
          <w:tcPr>
            <w:tcW w:type="dxa" w:w="2880"/>
          </w:tcPr>
          <w:p>
            <w:r>
              <w:t>1</w:t>
            </w:r>
          </w:p>
        </w:tc>
      </w:tr>
      <w:tr>
        <w:tc>
          <w:tcPr>
            <w:tcW w:type="dxa" w:w="2880"/>
          </w:tcPr>
          <w:p>
            <w:r>
              <w:t>2024-07-01</w:t>
            </w:r>
          </w:p>
        </w:tc>
        <w:tc>
          <w:tcPr>
            <w:tcW w:type="dxa" w:w="2880"/>
          </w:tcPr>
          <w:p>
            <w:r>
              <w:t>raised crossing</w:t>
            </w:r>
          </w:p>
        </w:tc>
        <w:tc>
          <w:tcPr>
            <w:tcW w:type="dxa" w:w="2880"/>
          </w:tcPr>
          <w:p>
            <w:r>
              <w:t>0</w:t>
            </w:r>
          </w:p>
        </w:tc>
      </w:tr>
      <w:tr>
        <w:tc>
          <w:tcPr>
            <w:tcW w:type="dxa" w:w="2880"/>
          </w:tcPr>
          <w:p>
            <w:r>
              <w:t>2024-07-01</w:t>
            </w:r>
          </w:p>
        </w:tc>
        <w:tc>
          <w:tcPr>
            <w:tcW w:type="dxa" w:w="2880"/>
          </w:tcPr>
          <w:p>
            <w:r>
              <w:t>speed hump</w:t>
            </w:r>
          </w:p>
        </w:tc>
        <w:tc>
          <w:tcPr>
            <w:tcW w:type="dxa" w:w="2880"/>
          </w:tcPr>
          <w:p>
            <w:r>
              <w:t>0</w:t>
            </w:r>
          </w:p>
        </w:tc>
      </w:tr>
      <w:tr>
        <w:tc>
          <w:tcPr>
            <w:tcW w:type="dxa" w:w="2880"/>
          </w:tcPr>
          <w:p>
            <w:r>
              <w:t>2024-08-01</w:t>
            </w:r>
          </w:p>
        </w:tc>
        <w:tc>
          <w:tcPr>
            <w:tcW w:type="dxa" w:w="2880"/>
          </w:tcPr>
          <w:p>
            <w:r>
              <w:t>chicane</w:t>
            </w:r>
          </w:p>
        </w:tc>
        <w:tc>
          <w:tcPr>
            <w:tcW w:type="dxa" w:w="2880"/>
          </w:tcPr>
          <w:p>
            <w:r>
              <w:t>0</w:t>
            </w:r>
          </w:p>
        </w:tc>
      </w:tr>
      <w:tr>
        <w:tc>
          <w:tcPr>
            <w:tcW w:type="dxa" w:w="2880"/>
          </w:tcPr>
          <w:p>
            <w:r>
              <w:t>2024-08-01</w:t>
            </w:r>
          </w:p>
        </w:tc>
        <w:tc>
          <w:tcPr>
            <w:tcW w:type="dxa" w:w="2880"/>
          </w:tcPr>
          <w:p>
            <w:r>
              <w:t>lane narrowing</w:t>
            </w:r>
          </w:p>
        </w:tc>
        <w:tc>
          <w:tcPr>
            <w:tcW w:type="dxa" w:w="2880"/>
          </w:tcPr>
          <w:p>
            <w:r>
              <w:t>0</w:t>
            </w:r>
          </w:p>
        </w:tc>
      </w:tr>
      <w:tr>
        <w:tc>
          <w:tcPr>
            <w:tcW w:type="dxa" w:w="2880"/>
          </w:tcPr>
          <w:p>
            <w:r>
              <w:t>2024-08-01</w:t>
            </w:r>
          </w:p>
        </w:tc>
        <w:tc>
          <w:tcPr>
            <w:tcW w:type="dxa" w:w="2880"/>
          </w:tcPr>
          <w:p>
            <w:r>
              <w:t>raised crossing</w:t>
            </w:r>
          </w:p>
        </w:tc>
        <w:tc>
          <w:tcPr>
            <w:tcW w:type="dxa" w:w="2880"/>
          </w:tcPr>
          <w:p>
            <w:r>
              <w:t>1</w:t>
            </w:r>
          </w:p>
        </w:tc>
      </w:tr>
      <w:tr>
        <w:tc>
          <w:tcPr>
            <w:tcW w:type="dxa" w:w="2880"/>
          </w:tcPr>
          <w:p>
            <w:r>
              <w:t>2024-08-01</w:t>
            </w:r>
          </w:p>
        </w:tc>
        <w:tc>
          <w:tcPr>
            <w:tcW w:type="dxa" w:w="2880"/>
          </w:tcPr>
          <w:p>
            <w:r>
              <w:t>speed hump</w:t>
            </w:r>
          </w:p>
        </w:tc>
        <w:tc>
          <w:tcPr>
            <w:tcW w:type="dxa" w:w="2880"/>
          </w:tcPr>
          <w:p>
            <w:r>
              <w:t>0</w:t>
            </w:r>
          </w:p>
        </w:tc>
      </w:tr>
      <w:tr>
        <w:tc>
          <w:tcPr>
            <w:tcW w:type="dxa" w:w="2880"/>
          </w:tcPr>
          <w:p>
            <w:r>
              <w:t>2024-09-01</w:t>
            </w:r>
          </w:p>
        </w:tc>
        <w:tc>
          <w:tcPr>
            <w:tcW w:type="dxa" w:w="2880"/>
          </w:tcPr>
          <w:p>
            <w:r>
              <w:t>chicane</w:t>
            </w:r>
          </w:p>
        </w:tc>
        <w:tc>
          <w:tcPr>
            <w:tcW w:type="dxa" w:w="2880"/>
          </w:tcPr>
          <w:p>
            <w:r>
              <w:t>0</w:t>
            </w:r>
          </w:p>
        </w:tc>
      </w:tr>
      <w:tr>
        <w:tc>
          <w:tcPr>
            <w:tcW w:type="dxa" w:w="2880"/>
          </w:tcPr>
          <w:p>
            <w:r>
              <w:t>2024-09-01</w:t>
            </w:r>
          </w:p>
        </w:tc>
        <w:tc>
          <w:tcPr>
            <w:tcW w:type="dxa" w:w="2880"/>
          </w:tcPr>
          <w:p>
            <w:r>
              <w:t>lane narrowing</w:t>
            </w:r>
          </w:p>
        </w:tc>
        <w:tc>
          <w:tcPr>
            <w:tcW w:type="dxa" w:w="2880"/>
          </w:tcPr>
          <w:p>
            <w:r>
              <w:t>0</w:t>
            </w:r>
          </w:p>
        </w:tc>
      </w:tr>
      <w:tr>
        <w:tc>
          <w:tcPr>
            <w:tcW w:type="dxa" w:w="2880"/>
          </w:tcPr>
          <w:p>
            <w:r>
              <w:t>2024-09-01</w:t>
            </w:r>
          </w:p>
        </w:tc>
        <w:tc>
          <w:tcPr>
            <w:tcW w:type="dxa" w:w="2880"/>
          </w:tcPr>
          <w:p>
            <w:r>
              <w:t>raised crossing</w:t>
            </w:r>
          </w:p>
        </w:tc>
        <w:tc>
          <w:tcPr>
            <w:tcW w:type="dxa" w:w="2880"/>
          </w:tcPr>
          <w:p>
            <w:r>
              <w:t>0</w:t>
            </w:r>
          </w:p>
        </w:tc>
      </w:tr>
      <w:tr>
        <w:tc>
          <w:tcPr>
            <w:tcW w:type="dxa" w:w="2880"/>
          </w:tcPr>
          <w:p>
            <w:r>
              <w:t>2024-09-01</w:t>
            </w:r>
          </w:p>
        </w:tc>
        <w:tc>
          <w:tcPr>
            <w:tcW w:type="dxa" w:w="2880"/>
          </w:tcPr>
          <w:p>
            <w:r>
              <w:t>speed hump</w:t>
            </w:r>
          </w:p>
        </w:tc>
        <w:tc>
          <w:tcPr>
            <w:tcW w:type="dxa" w:w="2880"/>
          </w:tcPr>
          <w:p>
            <w:r>
              <w:t>0</w:t>
            </w:r>
          </w:p>
        </w:tc>
      </w:tr>
      <w:tr>
        <w:tc>
          <w:tcPr>
            <w:tcW w:type="dxa" w:w="2880"/>
          </w:tcPr>
          <w:p>
            <w:r>
              <w:t>2024-10-01</w:t>
            </w:r>
          </w:p>
        </w:tc>
        <w:tc>
          <w:tcPr>
            <w:tcW w:type="dxa" w:w="2880"/>
          </w:tcPr>
          <w:p>
            <w:r>
              <w:t>chicane</w:t>
            </w:r>
          </w:p>
        </w:tc>
        <w:tc>
          <w:tcPr>
            <w:tcW w:type="dxa" w:w="2880"/>
          </w:tcPr>
          <w:p>
            <w:r>
              <w:t>1</w:t>
            </w:r>
          </w:p>
        </w:tc>
      </w:tr>
      <w:tr>
        <w:tc>
          <w:tcPr>
            <w:tcW w:type="dxa" w:w="2880"/>
          </w:tcPr>
          <w:p>
            <w:r>
              <w:t>2024-10-01</w:t>
            </w:r>
          </w:p>
        </w:tc>
        <w:tc>
          <w:tcPr>
            <w:tcW w:type="dxa" w:w="2880"/>
          </w:tcPr>
          <w:p>
            <w:r>
              <w:t>lane narrowing</w:t>
            </w:r>
          </w:p>
        </w:tc>
        <w:tc>
          <w:tcPr>
            <w:tcW w:type="dxa" w:w="2880"/>
          </w:tcPr>
          <w:p>
            <w:r>
              <w:t>0</w:t>
            </w:r>
          </w:p>
        </w:tc>
      </w:tr>
      <w:tr>
        <w:tc>
          <w:tcPr>
            <w:tcW w:type="dxa" w:w="2880"/>
          </w:tcPr>
          <w:p>
            <w:r>
              <w:t>2024-10-01</w:t>
            </w:r>
          </w:p>
        </w:tc>
        <w:tc>
          <w:tcPr>
            <w:tcW w:type="dxa" w:w="2880"/>
          </w:tcPr>
          <w:p>
            <w:r>
              <w:t>raised crossing</w:t>
            </w:r>
          </w:p>
        </w:tc>
        <w:tc>
          <w:tcPr>
            <w:tcW w:type="dxa" w:w="2880"/>
          </w:tcPr>
          <w:p>
            <w:r>
              <w:t>0</w:t>
            </w:r>
          </w:p>
        </w:tc>
      </w:tr>
      <w:tr>
        <w:tc>
          <w:tcPr>
            <w:tcW w:type="dxa" w:w="2880"/>
          </w:tcPr>
          <w:p>
            <w:r>
              <w:t>2024-10-01</w:t>
            </w:r>
          </w:p>
        </w:tc>
        <w:tc>
          <w:tcPr>
            <w:tcW w:type="dxa" w:w="2880"/>
          </w:tcPr>
          <w:p>
            <w:r>
              <w:t>speed hump</w:t>
            </w:r>
          </w:p>
        </w:tc>
        <w:tc>
          <w:tcPr>
            <w:tcW w:type="dxa" w:w="2880"/>
          </w:tcPr>
          <w:p>
            <w:r>
              <w:t>0</w:t>
            </w:r>
          </w:p>
        </w:tc>
      </w:tr>
      <w:tr>
        <w:tc>
          <w:tcPr>
            <w:tcW w:type="dxa" w:w="2880"/>
          </w:tcPr>
          <w:p>
            <w:r>
              <w:t>2024-11-01</w:t>
            </w:r>
          </w:p>
        </w:tc>
        <w:tc>
          <w:tcPr>
            <w:tcW w:type="dxa" w:w="2880"/>
          </w:tcPr>
          <w:p>
            <w:r>
              <w:t>chicane</w:t>
            </w:r>
          </w:p>
        </w:tc>
        <w:tc>
          <w:tcPr>
            <w:tcW w:type="dxa" w:w="2880"/>
          </w:tcPr>
          <w:p>
            <w:r>
              <w:t>0</w:t>
            </w:r>
          </w:p>
        </w:tc>
      </w:tr>
      <w:tr>
        <w:tc>
          <w:tcPr>
            <w:tcW w:type="dxa" w:w="2880"/>
          </w:tcPr>
          <w:p>
            <w:r>
              <w:t>2024-11-01</w:t>
            </w:r>
          </w:p>
        </w:tc>
        <w:tc>
          <w:tcPr>
            <w:tcW w:type="dxa" w:w="2880"/>
          </w:tcPr>
          <w:p>
            <w:r>
              <w:t>lane narrowing</w:t>
            </w:r>
          </w:p>
        </w:tc>
        <w:tc>
          <w:tcPr>
            <w:tcW w:type="dxa" w:w="2880"/>
          </w:tcPr>
          <w:p>
            <w:r>
              <w:t>0</w:t>
            </w:r>
          </w:p>
        </w:tc>
      </w:tr>
      <w:tr>
        <w:tc>
          <w:tcPr>
            <w:tcW w:type="dxa" w:w="2880"/>
          </w:tcPr>
          <w:p>
            <w:r>
              <w:t>2024-11-01</w:t>
            </w:r>
          </w:p>
        </w:tc>
        <w:tc>
          <w:tcPr>
            <w:tcW w:type="dxa" w:w="2880"/>
          </w:tcPr>
          <w:p>
            <w:r>
              <w:t>raised crossing</w:t>
            </w:r>
          </w:p>
        </w:tc>
        <w:tc>
          <w:tcPr>
            <w:tcW w:type="dxa" w:w="2880"/>
          </w:tcPr>
          <w:p>
            <w:r>
              <w:t>1</w:t>
            </w:r>
          </w:p>
        </w:tc>
      </w:tr>
      <w:tr>
        <w:tc>
          <w:tcPr>
            <w:tcW w:type="dxa" w:w="2880"/>
          </w:tcPr>
          <w:p>
            <w:r>
              <w:t>2024-11-01</w:t>
            </w:r>
          </w:p>
        </w:tc>
        <w:tc>
          <w:tcPr>
            <w:tcW w:type="dxa" w:w="2880"/>
          </w:tcPr>
          <w:p>
            <w:r>
              <w:t>speed hump</w:t>
            </w:r>
          </w:p>
        </w:tc>
        <w:tc>
          <w:tcPr>
            <w:tcW w:type="dxa" w:w="2880"/>
          </w:tcPr>
          <w:p>
            <w:r>
              <w:t>0</w:t>
            </w:r>
          </w:p>
        </w:tc>
      </w:tr>
      <w:tr>
        <w:tc>
          <w:tcPr>
            <w:tcW w:type="dxa" w:w="2880"/>
          </w:tcPr>
          <w:p>
            <w:r>
              <w:t>2024-12-01</w:t>
            </w:r>
          </w:p>
        </w:tc>
        <w:tc>
          <w:tcPr>
            <w:tcW w:type="dxa" w:w="2880"/>
          </w:tcPr>
          <w:p>
            <w:r>
              <w:t>chicane</w:t>
            </w:r>
          </w:p>
        </w:tc>
        <w:tc>
          <w:tcPr>
            <w:tcW w:type="dxa" w:w="2880"/>
          </w:tcPr>
          <w:p>
            <w:r>
              <w:t>1</w:t>
            </w:r>
          </w:p>
        </w:tc>
      </w:tr>
      <w:tr>
        <w:tc>
          <w:tcPr>
            <w:tcW w:type="dxa" w:w="2880"/>
          </w:tcPr>
          <w:p>
            <w:r>
              <w:t>2024-12-01</w:t>
            </w:r>
          </w:p>
        </w:tc>
        <w:tc>
          <w:tcPr>
            <w:tcW w:type="dxa" w:w="2880"/>
          </w:tcPr>
          <w:p>
            <w:r>
              <w:t>lane narrowing</w:t>
            </w:r>
          </w:p>
        </w:tc>
        <w:tc>
          <w:tcPr>
            <w:tcW w:type="dxa" w:w="2880"/>
          </w:tcPr>
          <w:p>
            <w:r>
              <w:t>0</w:t>
            </w:r>
          </w:p>
        </w:tc>
      </w:tr>
      <w:tr>
        <w:tc>
          <w:tcPr>
            <w:tcW w:type="dxa" w:w="2880"/>
          </w:tcPr>
          <w:p>
            <w:r>
              <w:t>2024-12-01</w:t>
            </w:r>
          </w:p>
        </w:tc>
        <w:tc>
          <w:tcPr>
            <w:tcW w:type="dxa" w:w="2880"/>
          </w:tcPr>
          <w:p>
            <w:r>
              <w:t>raised crossing</w:t>
            </w:r>
          </w:p>
        </w:tc>
        <w:tc>
          <w:tcPr>
            <w:tcW w:type="dxa" w:w="2880"/>
          </w:tcPr>
          <w:p>
            <w:r>
              <w:t>0</w:t>
            </w:r>
          </w:p>
        </w:tc>
      </w:tr>
      <w:tr>
        <w:tc>
          <w:tcPr>
            <w:tcW w:type="dxa" w:w="2880"/>
          </w:tcPr>
          <w:p>
            <w:r>
              <w:t>2024-12-01</w:t>
            </w:r>
          </w:p>
        </w:tc>
        <w:tc>
          <w:tcPr>
            <w:tcW w:type="dxa" w:w="2880"/>
          </w:tcPr>
          <w:p>
            <w:r>
              <w:t>speed hump</w:t>
            </w:r>
          </w:p>
        </w:tc>
        <w:tc>
          <w:tcPr>
            <w:tcW w:type="dxa" w:w="2880"/>
          </w:tcPr>
          <w:p>
            <w:r>
              <w:t>0</w:t>
            </w:r>
          </w:p>
        </w:tc>
      </w:tr>
      <w:tr>
        <w:tc>
          <w:tcPr>
            <w:tcW w:type="dxa" w:w="2880"/>
          </w:tcPr>
          <w:p>
            <w:r>
              <w:t>2025-01-01</w:t>
            </w:r>
          </w:p>
        </w:tc>
        <w:tc>
          <w:tcPr>
            <w:tcW w:type="dxa" w:w="2880"/>
          </w:tcPr>
          <w:p>
            <w:r>
              <w:t>chicane</w:t>
            </w:r>
          </w:p>
        </w:tc>
        <w:tc>
          <w:tcPr>
            <w:tcW w:type="dxa" w:w="2880"/>
          </w:tcPr>
          <w:p>
            <w:r>
              <w:t>1</w:t>
            </w:r>
          </w:p>
        </w:tc>
      </w:tr>
      <w:tr>
        <w:tc>
          <w:tcPr>
            <w:tcW w:type="dxa" w:w="2880"/>
          </w:tcPr>
          <w:p>
            <w:r>
              <w:t>2025-01-01</w:t>
            </w:r>
          </w:p>
        </w:tc>
        <w:tc>
          <w:tcPr>
            <w:tcW w:type="dxa" w:w="2880"/>
          </w:tcPr>
          <w:p>
            <w:r>
              <w:t>lane narrowing</w:t>
            </w:r>
          </w:p>
        </w:tc>
        <w:tc>
          <w:tcPr>
            <w:tcW w:type="dxa" w:w="2880"/>
          </w:tcPr>
          <w:p>
            <w:r>
              <w:t>0</w:t>
            </w:r>
          </w:p>
        </w:tc>
      </w:tr>
      <w:tr>
        <w:tc>
          <w:tcPr>
            <w:tcW w:type="dxa" w:w="2880"/>
          </w:tcPr>
          <w:p>
            <w:r>
              <w:t>2025-01-01</w:t>
            </w:r>
          </w:p>
        </w:tc>
        <w:tc>
          <w:tcPr>
            <w:tcW w:type="dxa" w:w="2880"/>
          </w:tcPr>
          <w:p>
            <w:r>
              <w:t>raised crossing</w:t>
            </w:r>
          </w:p>
        </w:tc>
        <w:tc>
          <w:tcPr>
            <w:tcW w:type="dxa" w:w="2880"/>
          </w:tcPr>
          <w:p>
            <w:r>
              <w:t>2</w:t>
            </w:r>
          </w:p>
        </w:tc>
      </w:tr>
      <w:tr>
        <w:tc>
          <w:tcPr>
            <w:tcW w:type="dxa" w:w="2880"/>
          </w:tcPr>
          <w:p>
            <w:r>
              <w:t>2025-01-01</w:t>
            </w:r>
          </w:p>
        </w:tc>
        <w:tc>
          <w:tcPr>
            <w:tcW w:type="dxa" w:w="2880"/>
          </w:tcPr>
          <w:p>
            <w:r>
              <w:t>speed hump</w:t>
            </w:r>
          </w:p>
        </w:tc>
        <w:tc>
          <w:tcPr>
            <w:tcW w:type="dxa" w:w="2880"/>
          </w:tcPr>
          <w:p>
            <w:r>
              <w:t>1</w:t>
            </w:r>
          </w:p>
        </w:tc>
      </w:tr>
      <w:tr>
        <w:tc>
          <w:tcPr>
            <w:tcW w:type="dxa" w:w="2880"/>
          </w:tcPr>
          <w:p>
            <w:r>
              <w:t>2025-02-01</w:t>
            </w:r>
          </w:p>
        </w:tc>
        <w:tc>
          <w:tcPr>
            <w:tcW w:type="dxa" w:w="2880"/>
          </w:tcPr>
          <w:p>
            <w:r>
              <w:t>chicane</w:t>
            </w:r>
          </w:p>
        </w:tc>
        <w:tc>
          <w:tcPr>
            <w:tcW w:type="dxa" w:w="2880"/>
          </w:tcPr>
          <w:p>
            <w:r>
              <w:t>0</w:t>
            </w:r>
          </w:p>
        </w:tc>
      </w:tr>
      <w:tr>
        <w:tc>
          <w:tcPr>
            <w:tcW w:type="dxa" w:w="2880"/>
          </w:tcPr>
          <w:p>
            <w:r>
              <w:t>2025-02-01</w:t>
            </w:r>
          </w:p>
        </w:tc>
        <w:tc>
          <w:tcPr>
            <w:tcW w:type="dxa" w:w="2880"/>
          </w:tcPr>
          <w:p>
            <w:r>
              <w:t>lane narrowing</w:t>
            </w:r>
          </w:p>
        </w:tc>
        <w:tc>
          <w:tcPr>
            <w:tcW w:type="dxa" w:w="2880"/>
          </w:tcPr>
          <w:p>
            <w:r>
              <w:t>0</w:t>
            </w:r>
          </w:p>
        </w:tc>
      </w:tr>
      <w:tr>
        <w:tc>
          <w:tcPr>
            <w:tcW w:type="dxa" w:w="2880"/>
          </w:tcPr>
          <w:p>
            <w:r>
              <w:t>2025-02-01</w:t>
            </w:r>
          </w:p>
        </w:tc>
        <w:tc>
          <w:tcPr>
            <w:tcW w:type="dxa" w:w="2880"/>
          </w:tcPr>
          <w:p>
            <w:r>
              <w:t>raised crossing</w:t>
            </w:r>
          </w:p>
        </w:tc>
        <w:tc>
          <w:tcPr>
            <w:tcW w:type="dxa" w:w="2880"/>
          </w:tcPr>
          <w:p>
            <w:r>
              <w:t>0</w:t>
            </w:r>
          </w:p>
        </w:tc>
      </w:tr>
      <w:tr>
        <w:tc>
          <w:tcPr>
            <w:tcW w:type="dxa" w:w="2880"/>
          </w:tcPr>
          <w:p>
            <w:r>
              <w:t>2025-02-01</w:t>
            </w:r>
          </w:p>
        </w:tc>
        <w:tc>
          <w:tcPr>
            <w:tcW w:type="dxa" w:w="2880"/>
          </w:tcPr>
          <w:p>
            <w:r>
              <w:t>speed hump</w:t>
            </w:r>
          </w:p>
        </w:tc>
        <w:tc>
          <w:tcPr>
            <w:tcW w:type="dxa" w:w="2880"/>
          </w:tcPr>
          <w:p>
            <w:r>
              <w:t>0</w:t>
            </w:r>
          </w:p>
        </w:tc>
      </w:tr>
      <w:tr>
        <w:tc>
          <w:tcPr>
            <w:tcW w:type="dxa" w:w="2880"/>
          </w:tcPr>
          <w:p>
            <w:r>
              <w:t>2025-03-01</w:t>
            </w:r>
          </w:p>
        </w:tc>
        <w:tc>
          <w:tcPr>
            <w:tcW w:type="dxa" w:w="2880"/>
          </w:tcPr>
          <w:p>
            <w:r>
              <w:t>chicane</w:t>
            </w:r>
          </w:p>
        </w:tc>
        <w:tc>
          <w:tcPr>
            <w:tcW w:type="dxa" w:w="2880"/>
          </w:tcPr>
          <w:p>
            <w:r>
              <w:t>0</w:t>
            </w:r>
          </w:p>
        </w:tc>
      </w:tr>
      <w:tr>
        <w:tc>
          <w:tcPr>
            <w:tcW w:type="dxa" w:w="2880"/>
          </w:tcPr>
          <w:p>
            <w:r>
              <w:t>2025-03-01</w:t>
            </w:r>
          </w:p>
        </w:tc>
        <w:tc>
          <w:tcPr>
            <w:tcW w:type="dxa" w:w="2880"/>
          </w:tcPr>
          <w:p>
            <w:r>
              <w:t>lane narrowing</w:t>
            </w:r>
          </w:p>
        </w:tc>
        <w:tc>
          <w:tcPr>
            <w:tcW w:type="dxa" w:w="2880"/>
          </w:tcPr>
          <w:p>
            <w:r>
              <w:t>0</w:t>
            </w:r>
          </w:p>
        </w:tc>
      </w:tr>
      <w:tr>
        <w:tc>
          <w:tcPr>
            <w:tcW w:type="dxa" w:w="2880"/>
          </w:tcPr>
          <w:p>
            <w:r>
              <w:t>2025-03-01</w:t>
            </w:r>
          </w:p>
        </w:tc>
        <w:tc>
          <w:tcPr>
            <w:tcW w:type="dxa" w:w="2880"/>
          </w:tcPr>
          <w:p>
            <w:r>
              <w:t>raised crossing</w:t>
            </w:r>
          </w:p>
        </w:tc>
        <w:tc>
          <w:tcPr>
            <w:tcW w:type="dxa" w:w="2880"/>
          </w:tcPr>
          <w:p>
            <w:r>
              <w:t>0</w:t>
            </w:r>
          </w:p>
        </w:tc>
      </w:tr>
      <w:tr>
        <w:tc>
          <w:tcPr>
            <w:tcW w:type="dxa" w:w="2880"/>
          </w:tcPr>
          <w:p>
            <w:r>
              <w:t>2025-03-01</w:t>
            </w:r>
          </w:p>
        </w:tc>
        <w:tc>
          <w:tcPr>
            <w:tcW w:type="dxa" w:w="2880"/>
          </w:tcPr>
          <w:p>
            <w:r>
              <w:t>speed hump</w:t>
            </w:r>
          </w:p>
        </w:tc>
        <w:tc>
          <w:tcPr>
            <w:tcW w:type="dxa" w:w="2880"/>
          </w:tcPr>
          <w:p>
            <w:r>
              <w:t>0</w:t>
            </w:r>
          </w:p>
        </w:tc>
      </w:tr>
      <w:tr>
        <w:tc>
          <w:tcPr>
            <w:tcW w:type="dxa" w:w="2880"/>
          </w:tcPr>
          <w:p>
            <w:r>
              <w:t>2025-04-01</w:t>
            </w:r>
          </w:p>
        </w:tc>
        <w:tc>
          <w:tcPr>
            <w:tcW w:type="dxa" w:w="2880"/>
          </w:tcPr>
          <w:p>
            <w:r>
              <w:t>chicane</w:t>
            </w:r>
          </w:p>
        </w:tc>
        <w:tc>
          <w:tcPr>
            <w:tcW w:type="dxa" w:w="2880"/>
          </w:tcPr>
          <w:p>
            <w:r>
              <w:t>1</w:t>
            </w:r>
          </w:p>
        </w:tc>
      </w:tr>
      <w:tr>
        <w:tc>
          <w:tcPr>
            <w:tcW w:type="dxa" w:w="2880"/>
          </w:tcPr>
          <w:p>
            <w:r>
              <w:t>2025-04-01</w:t>
            </w:r>
          </w:p>
        </w:tc>
        <w:tc>
          <w:tcPr>
            <w:tcW w:type="dxa" w:w="2880"/>
          </w:tcPr>
          <w:p>
            <w:r>
              <w:t>lane narrowing</w:t>
            </w:r>
          </w:p>
        </w:tc>
        <w:tc>
          <w:tcPr>
            <w:tcW w:type="dxa" w:w="2880"/>
          </w:tcPr>
          <w:p>
            <w:r>
              <w:t>2</w:t>
            </w:r>
          </w:p>
        </w:tc>
      </w:tr>
      <w:tr>
        <w:tc>
          <w:tcPr>
            <w:tcW w:type="dxa" w:w="2880"/>
          </w:tcPr>
          <w:p>
            <w:r>
              <w:t>2025-04-01</w:t>
            </w:r>
          </w:p>
        </w:tc>
        <w:tc>
          <w:tcPr>
            <w:tcW w:type="dxa" w:w="2880"/>
          </w:tcPr>
          <w:p>
            <w:r>
              <w:t>raised crossing</w:t>
            </w:r>
          </w:p>
        </w:tc>
        <w:tc>
          <w:tcPr>
            <w:tcW w:type="dxa" w:w="2880"/>
          </w:tcPr>
          <w:p>
            <w:r>
              <w:t>0</w:t>
            </w:r>
          </w:p>
        </w:tc>
      </w:tr>
      <w:tr>
        <w:tc>
          <w:tcPr>
            <w:tcW w:type="dxa" w:w="2880"/>
          </w:tcPr>
          <w:p>
            <w:r>
              <w:t>2025-04-01</w:t>
            </w:r>
          </w:p>
        </w:tc>
        <w:tc>
          <w:tcPr>
            <w:tcW w:type="dxa" w:w="2880"/>
          </w:tcPr>
          <w:p>
            <w:r>
              <w:t>speed hump</w:t>
            </w:r>
          </w:p>
        </w:tc>
        <w:tc>
          <w:tcPr>
            <w:tcW w:type="dxa" w:w="2880"/>
          </w:tcPr>
          <w:p>
            <w:r>
              <w:t>0</w:t>
            </w:r>
          </w:p>
        </w:tc>
      </w:tr>
      <w:tr>
        <w:tc>
          <w:tcPr>
            <w:tcW w:type="dxa" w:w="2880"/>
          </w:tcPr>
          <w:p>
            <w:r>
              <w:t>2025-05-01</w:t>
            </w:r>
          </w:p>
        </w:tc>
        <w:tc>
          <w:tcPr>
            <w:tcW w:type="dxa" w:w="2880"/>
          </w:tcPr>
          <w:p>
            <w:r>
              <w:t>chicane</w:t>
            </w:r>
          </w:p>
        </w:tc>
        <w:tc>
          <w:tcPr>
            <w:tcW w:type="dxa" w:w="2880"/>
          </w:tcPr>
          <w:p>
            <w:r>
              <w:t>0</w:t>
            </w:r>
          </w:p>
        </w:tc>
      </w:tr>
      <w:tr>
        <w:tc>
          <w:tcPr>
            <w:tcW w:type="dxa" w:w="2880"/>
          </w:tcPr>
          <w:p>
            <w:r>
              <w:t>2025-05-01</w:t>
            </w:r>
          </w:p>
        </w:tc>
        <w:tc>
          <w:tcPr>
            <w:tcW w:type="dxa" w:w="2880"/>
          </w:tcPr>
          <w:p>
            <w:r>
              <w:t>lane narrowing</w:t>
            </w:r>
          </w:p>
        </w:tc>
        <w:tc>
          <w:tcPr>
            <w:tcW w:type="dxa" w:w="2880"/>
          </w:tcPr>
          <w:p>
            <w:r>
              <w:t>1</w:t>
            </w:r>
          </w:p>
        </w:tc>
      </w:tr>
      <w:tr>
        <w:tc>
          <w:tcPr>
            <w:tcW w:type="dxa" w:w="2880"/>
          </w:tcPr>
          <w:p>
            <w:r>
              <w:t>2025-05-01</w:t>
            </w:r>
          </w:p>
        </w:tc>
        <w:tc>
          <w:tcPr>
            <w:tcW w:type="dxa" w:w="2880"/>
          </w:tcPr>
          <w:p>
            <w:r>
              <w:t>raised crossing</w:t>
            </w:r>
          </w:p>
        </w:tc>
        <w:tc>
          <w:tcPr>
            <w:tcW w:type="dxa" w:w="2880"/>
          </w:tcPr>
          <w:p>
            <w:r>
              <w:t>0</w:t>
            </w:r>
          </w:p>
        </w:tc>
      </w:tr>
      <w:tr>
        <w:tc>
          <w:tcPr>
            <w:tcW w:type="dxa" w:w="2880"/>
          </w:tcPr>
          <w:p>
            <w:r>
              <w:t>2025-05-01</w:t>
            </w:r>
          </w:p>
        </w:tc>
        <w:tc>
          <w:tcPr>
            <w:tcW w:type="dxa" w:w="2880"/>
          </w:tcPr>
          <w:p>
            <w:r>
              <w:t>speed hump</w:t>
            </w:r>
          </w:p>
        </w:tc>
        <w:tc>
          <w:tcPr>
            <w:tcW w:type="dxa" w:w="2880"/>
          </w:tcPr>
          <w:p>
            <w:r>
              <w:t>0</w:t>
            </w:r>
          </w:p>
        </w:tc>
      </w:tr>
      <w:tr>
        <w:tc>
          <w:tcPr>
            <w:tcW w:type="dxa" w:w="2880"/>
          </w:tcPr>
          <w:p>
            <w:r>
              <w:t>2025-06-01</w:t>
            </w:r>
          </w:p>
        </w:tc>
        <w:tc>
          <w:tcPr>
            <w:tcW w:type="dxa" w:w="2880"/>
          </w:tcPr>
          <w:p>
            <w:r>
              <w:t>chicane</w:t>
            </w:r>
          </w:p>
        </w:tc>
        <w:tc>
          <w:tcPr>
            <w:tcW w:type="dxa" w:w="2880"/>
          </w:tcPr>
          <w:p>
            <w:r>
              <w:t>1</w:t>
            </w:r>
          </w:p>
        </w:tc>
      </w:tr>
      <w:tr>
        <w:tc>
          <w:tcPr>
            <w:tcW w:type="dxa" w:w="2880"/>
          </w:tcPr>
          <w:p>
            <w:r>
              <w:t>2025-06-01</w:t>
            </w:r>
          </w:p>
        </w:tc>
        <w:tc>
          <w:tcPr>
            <w:tcW w:type="dxa" w:w="2880"/>
          </w:tcPr>
          <w:p>
            <w:r>
              <w:t>lane narrowing</w:t>
            </w:r>
          </w:p>
        </w:tc>
        <w:tc>
          <w:tcPr>
            <w:tcW w:type="dxa" w:w="2880"/>
          </w:tcPr>
          <w:p>
            <w:r>
              <w:t>0</w:t>
            </w:r>
          </w:p>
        </w:tc>
      </w:tr>
      <w:tr>
        <w:tc>
          <w:tcPr>
            <w:tcW w:type="dxa" w:w="2880"/>
          </w:tcPr>
          <w:p>
            <w:r>
              <w:t>2025-06-01</w:t>
            </w:r>
          </w:p>
        </w:tc>
        <w:tc>
          <w:tcPr>
            <w:tcW w:type="dxa" w:w="2880"/>
          </w:tcPr>
          <w:p>
            <w:r>
              <w:t>raised crossing</w:t>
            </w:r>
          </w:p>
        </w:tc>
        <w:tc>
          <w:tcPr>
            <w:tcW w:type="dxa" w:w="2880"/>
          </w:tcPr>
          <w:p>
            <w:r>
              <w:t>0</w:t>
            </w:r>
          </w:p>
        </w:tc>
      </w:tr>
      <w:tr>
        <w:tc>
          <w:tcPr>
            <w:tcW w:type="dxa" w:w="2880"/>
          </w:tcPr>
          <w:p>
            <w:r>
              <w:t>2025-06-01</w:t>
            </w:r>
          </w:p>
        </w:tc>
        <w:tc>
          <w:tcPr>
            <w:tcW w:type="dxa" w:w="2880"/>
          </w:tcPr>
          <w:p>
            <w:r>
              <w:t>speed hump</w:t>
            </w:r>
          </w:p>
        </w:tc>
        <w:tc>
          <w:tcPr>
            <w:tcW w:type="dxa" w:w="2880"/>
          </w:tcPr>
          <w:p>
            <w:r>
              <w:t>0</w:t>
            </w:r>
          </w:p>
        </w:tc>
      </w:tr>
      <w:tr>
        <w:tc>
          <w:tcPr>
            <w:tcW w:type="dxa" w:w="2880"/>
          </w:tcPr>
          <w:p>
            <w:r>
              <w:t>2025-07-01</w:t>
            </w:r>
          </w:p>
        </w:tc>
        <w:tc>
          <w:tcPr>
            <w:tcW w:type="dxa" w:w="2880"/>
          </w:tcPr>
          <w:p>
            <w:r>
              <w:t>chicane</w:t>
            </w:r>
          </w:p>
        </w:tc>
        <w:tc>
          <w:tcPr>
            <w:tcW w:type="dxa" w:w="2880"/>
          </w:tcPr>
          <w:p>
            <w:r>
              <w:t>2</w:t>
            </w:r>
          </w:p>
        </w:tc>
      </w:tr>
      <w:tr>
        <w:tc>
          <w:tcPr>
            <w:tcW w:type="dxa" w:w="2880"/>
          </w:tcPr>
          <w:p>
            <w:r>
              <w:t>2025-07-01</w:t>
            </w:r>
          </w:p>
        </w:tc>
        <w:tc>
          <w:tcPr>
            <w:tcW w:type="dxa" w:w="2880"/>
          </w:tcPr>
          <w:p>
            <w:r>
              <w:t>lane narrowing</w:t>
            </w:r>
          </w:p>
        </w:tc>
        <w:tc>
          <w:tcPr>
            <w:tcW w:type="dxa" w:w="2880"/>
          </w:tcPr>
          <w:p>
            <w:r>
              <w:t>1</w:t>
            </w:r>
          </w:p>
        </w:tc>
      </w:tr>
      <w:tr>
        <w:tc>
          <w:tcPr>
            <w:tcW w:type="dxa" w:w="2880"/>
          </w:tcPr>
          <w:p>
            <w:r>
              <w:t>2025-07-01</w:t>
            </w:r>
          </w:p>
        </w:tc>
        <w:tc>
          <w:tcPr>
            <w:tcW w:type="dxa" w:w="2880"/>
          </w:tcPr>
          <w:p>
            <w:r>
              <w:t>raised crossing</w:t>
            </w:r>
          </w:p>
        </w:tc>
        <w:tc>
          <w:tcPr>
            <w:tcW w:type="dxa" w:w="2880"/>
          </w:tcPr>
          <w:p>
            <w:r>
              <w:t>0</w:t>
            </w:r>
          </w:p>
        </w:tc>
      </w:tr>
      <w:tr>
        <w:tc>
          <w:tcPr>
            <w:tcW w:type="dxa" w:w="2880"/>
          </w:tcPr>
          <w:p>
            <w:r>
              <w:t>2025-07-01</w:t>
            </w:r>
          </w:p>
        </w:tc>
        <w:tc>
          <w:tcPr>
            <w:tcW w:type="dxa" w:w="2880"/>
          </w:tcPr>
          <w:p>
            <w:r>
              <w:t>speed hump</w:t>
            </w:r>
          </w:p>
        </w:tc>
        <w:tc>
          <w:tcPr>
            <w:tcW w:type="dxa" w:w="2880"/>
          </w:tcPr>
          <w:p>
            <w:r>
              <w:t>0</w:t>
            </w:r>
          </w:p>
        </w:tc>
      </w:tr>
      <w:tr>
        <w:tc>
          <w:tcPr>
            <w:tcW w:type="dxa" w:w="2880"/>
          </w:tcPr>
          <w:p>
            <w:r>
              <w:t>2025-08-01</w:t>
            </w:r>
          </w:p>
        </w:tc>
        <w:tc>
          <w:tcPr>
            <w:tcW w:type="dxa" w:w="2880"/>
          </w:tcPr>
          <w:p>
            <w:r>
              <w:t>chicane</w:t>
            </w:r>
          </w:p>
        </w:tc>
        <w:tc>
          <w:tcPr>
            <w:tcW w:type="dxa" w:w="2880"/>
          </w:tcPr>
          <w:p>
            <w:r>
              <w:t>1</w:t>
            </w:r>
          </w:p>
        </w:tc>
      </w:tr>
      <w:tr>
        <w:tc>
          <w:tcPr>
            <w:tcW w:type="dxa" w:w="2880"/>
          </w:tcPr>
          <w:p>
            <w:r>
              <w:t>2025-08-01</w:t>
            </w:r>
          </w:p>
        </w:tc>
        <w:tc>
          <w:tcPr>
            <w:tcW w:type="dxa" w:w="2880"/>
          </w:tcPr>
          <w:p>
            <w:r>
              <w:t>lane narrowing</w:t>
            </w:r>
          </w:p>
        </w:tc>
        <w:tc>
          <w:tcPr>
            <w:tcW w:type="dxa" w:w="2880"/>
          </w:tcPr>
          <w:p>
            <w:r>
              <w:t>1</w:t>
            </w:r>
          </w:p>
        </w:tc>
      </w:tr>
      <w:tr>
        <w:tc>
          <w:tcPr>
            <w:tcW w:type="dxa" w:w="2880"/>
          </w:tcPr>
          <w:p>
            <w:r>
              <w:t>2025-08-01</w:t>
            </w:r>
          </w:p>
        </w:tc>
        <w:tc>
          <w:tcPr>
            <w:tcW w:type="dxa" w:w="2880"/>
          </w:tcPr>
          <w:p>
            <w:r>
              <w:t>raised crossing</w:t>
            </w:r>
          </w:p>
        </w:tc>
        <w:tc>
          <w:tcPr>
            <w:tcW w:type="dxa" w:w="2880"/>
          </w:tcPr>
          <w:p>
            <w:r>
              <w:t>1</w:t>
            </w:r>
          </w:p>
        </w:tc>
      </w:tr>
      <w:tr>
        <w:tc>
          <w:tcPr>
            <w:tcW w:type="dxa" w:w="2880"/>
          </w:tcPr>
          <w:p>
            <w:r>
              <w:t>2025-08-01</w:t>
            </w:r>
          </w:p>
        </w:tc>
        <w:tc>
          <w:tcPr>
            <w:tcW w:type="dxa" w:w="2880"/>
          </w:tcPr>
          <w:p>
            <w:r>
              <w:t>speed hump</w:t>
            </w:r>
          </w:p>
        </w:tc>
        <w:tc>
          <w:tcPr>
            <w:tcW w:type="dxa" w:w="2880"/>
          </w:tcPr>
          <w:p>
            <w:r>
              <w:t>0</w:t>
            </w:r>
          </w:p>
        </w:tc>
      </w:tr>
      <w:tr>
        <w:tc>
          <w:tcPr>
            <w:tcW w:type="dxa" w:w="2880"/>
          </w:tcPr>
          <w:p>
            <w:r>
              <w:t>2025-09-01</w:t>
            </w:r>
          </w:p>
        </w:tc>
        <w:tc>
          <w:tcPr>
            <w:tcW w:type="dxa" w:w="2880"/>
          </w:tcPr>
          <w:p>
            <w:r>
              <w:t>chicane</w:t>
            </w:r>
          </w:p>
        </w:tc>
        <w:tc>
          <w:tcPr>
            <w:tcW w:type="dxa" w:w="2880"/>
          </w:tcPr>
          <w:p>
            <w:r>
              <w:t>0</w:t>
            </w:r>
          </w:p>
        </w:tc>
      </w:tr>
      <w:tr>
        <w:tc>
          <w:tcPr>
            <w:tcW w:type="dxa" w:w="2880"/>
          </w:tcPr>
          <w:p>
            <w:r>
              <w:t>2025-09-01</w:t>
            </w:r>
          </w:p>
        </w:tc>
        <w:tc>
          <w:tcPr>
            <w:tcW w:type="dxa" w:w="2880"/>
          </w:tcPr>
          <w:p>
            <w:r>
              <w:t>lane narrowing</w:t>
            </w:r>
          </w:p>
        </w:tc>
        <w:tc>
          <w:tcPr>
            <w:tcW w:type="dxa" w:w="2880"/>
          </w:tcPr>
          <w:p>
            <w:r>
              <w:t>1</w:t>
            </w:r>
          </w:p>
        </w:tc>
      </w:tr>
      <w:tr>
        <w:tc>
          <w:tcPr>
            <w:tcW w:type="dxa" w:w="2880"/>
          </w:tcPr>
          <w:p>
            <w:r>
              <w:t>2025-09-01</w:t>
            </w:r>
          </w:p>
        </w:tc>
        <w:tc>
          <w:tcPr>
            <w:tcW w:type="dxa" w:w="2880"/>
          </w:tcPr>
          <w:p>
            <w:r>
              <w:t>raised crossing</w:t>
            </w:r>
          </w:p>
        </w:tc>
        <w:tc>
          <w:tcPr>
            <w:tcW w:type="dxa" w:w="2880"/>
          </w:tcPr>
          <w:p>
            <w:r>
              <w:t>0</w:t>
            </w:r>
          </w:p>
        </w:tc>
      </w:tr>
      <w:tr>
        <w:tc>
          <w:tcPr>
            <w:tcW w:type="dxa" w:w="2880"/>
          </w:tcPr>
          <w:p>
            <w:r>
              <w:t>2025-09-01</w:t>
            </w:r>
          </w:p>
        </w:tc>
        <w:tc>
          <w:tcPr>
            <w:tcW w:type="dxa" w:w="2880"/>
          </w:tcPr>
          <w:p>
            <w:r>
              <w:t>speed hump</w:t>
            </w:r>
          </w:p>
        </w:tc>
        <w:tc>
          <w:tcPr>
            <w:tcW w:type="dxa" w:w="2880"/>
          </w:tcPr>
          <w:p>
            <w:r>
              <w:t>0</w:t>
            </w:r>
          </w:p>
        </w:tc>
      </w:tr>
      <w:tr>
        <w:tc>
          <w:tcPr>
            <w:tcW w:type="dxa" w:w="2880"/>
          </w:tcPr>
          <w:p>
            <w:r>
              <w:t>2025-10-01</w:t>
            </w:r>
          </w:p>
        </w:tc>
        <w:tc>
          <w:tcPr>
            <w:tcW w:type="dxa" w:w="2880"/>
          </w:tcPr>
          <w:p>
            <w:r>
              <w:t>chicane</w:t>
            </w:r>
          </w:p>
        </w:tc>
        <w:tc>
          <w:tcPr>
            <w:tcW w:type="dxa" w:w="2880"/>
          </w:tcPr>
          <w:p>
            <w:r>
              <w:t>1</w:t>
            </w:r>
          </w:p>
        </w:tc>
      </w:tr>
      <w:tr>
        <w:tc>
          <w:tcPr>
            <w:tcW w:type="dxa" w:w="2880"/>
          </w:tcPr>
          <w:p>
            <w:r>
              <w:t>2025-10-01</w:t>
            </w:r>
          </w:p>
        </w:tc>
        <w:tc>
          <w:tcPr>
            <w:tcW w:type="dxa" w:w="2880"/>
          </w:tcPr>
          <w:p>
            <w:r>
              <w:t>lane narrowing</w:t>
            </w:r>
          </w:p>
        </w:tc>
        <w:tc>
          <w:tcPr>
            <w:tcW w:type="dxa" w:w="2880"/>
          </w:tcPr>
          <w:p>
            <w:r>
              <w:t>2</w:t>
            </w:r>
          </w:p>
        </w:tc>
      </w:tr>
      <w:tr>
        <w:tc>
          <w:tcPr>
            <w:tcW w:type="dxa" w:w="2880"/>
          </w:tcPr>
          <w:p>
            <w:r>
              <w:t>2025-10-01</w:t>
            </w:r>
          </w:p>
        </w:tc>
        <w:tc>
          <w:tcPr>
            <w:tcW w:type="dxa" w:w="2880"/>
          </w:tcPr>
          <w:p>
            <w:r>
              <w:t>raised crossing</w:t>
            </w:r>
          </w:p>
        </w:tc>
        <w:tc>
          <w:tcPr>
            <w:tcW w:type="dxa" w:w="2880"/>
          </w:tcPr>
          <w:p>
            <w:r>
              <w:t>0</w:t>
            </w:r>
          </w:p>
        </w:tc>
      </w:tr>
      <w:tr>
        <w:tc>
          <w:tcPr>
            <w:tcW w:type="dxa" w:w="2880"/>
          </w:tcPr>
          <w:p>
            <w:r>
              <w:t>2025-10-01</w:t>
            </w:r>
          </w:p>
        </w:tc>
        <w:tc>
          <w:tcPr>
            <w:tcW w:type="dxa" w:w="2880"/>
          </w:tcPr>
          <w:p>
            <w:r>
              <w:t>speed hump</w:t>
            </w:r>
          </w:p>
        </w:tc>
        <w:tc>
          <w:tcPr>
            <w:tcW w:type="dxa" w:w="2880"/>
          </w:tcPr>
          <w:p>
            <w:r>
              <w:t>0</w:t>
            </w:r>
          </w:p>
        </w:tc>
      </w:tr>
      <w:tr>
        <w:tc>
          <w:tcPr>
            <w:tcW w:type="dxa" w:w="2880"/>
          </w:tcPr>
          <w:p>
            <w:r>
              <w:t>2025-11-01</w:t>
            </w:r>
          </w:p>
        </w:tc>
        <w:tc>
          <w:tcPr>
            <w:tcW w:type="dxa" w:w="2880"/>
          </w:tcPr>
          <w:p>
            <w:r>
              <w:t>chicane</w:t>
            </w:r>
          </w:p>
        </w:tc>
        <w:tc>
          <w:tcPr>
            <w:tcW w:type="dxa" w:w="2880"/>
          </w:tcPr>
          <w:p>
            <w:r>
              <w:t>0</w:t>
            </w:r>
          </w:p>
        </w:tc>
      </w:tr>
      <w:tr>
        <w:tc>
          <w:tcPr>
            <w:tcW w:type="dxa" w:w="2880"/>
          </w:tcPr>
          <w:p>
            <w:r>
              <w:t>2025-11-01</w:t>
            </w:r>
          </w:p>
        </w:tc>
        <w:tc>
          <w:tcPr>
            <w:tcW w:type="dxa" w:w="2880"/>
          </w:tcPr>
          <w:p>
            <w:r>
              <w:t>lane narrowing</w:t>
            </w:r>
          </w:p>
        </w:tc>
        <w:tc>
          <w:tcPr>
            <w:tcW w:type="dxa" w:w="2880"/>
          </w:tcPr>
          <w:p>
            <w:r>
              <w:t>0</w:t>
            </w:r>
          </w:p>
        </w:tc>
      </w:tr>
      <w:tr>
        <w:tc>
          <w:tcPr>
            <w:tcW w:type="dxa" w:w="2880"/>
          </w:tcPr>
          <w:p>
            <w:r>
              <w:t>2025-11-01</w:t>
            </w:r>
          </w:p>
        </w:tc>
        <w:tc>
          <w:tcPr>
            <w:tcW w:type="dxa" w:w="2880"/>
          </w:tcPr>
          <w:p>
            <w:r>
              <w:t>raised crossing</w:t>
            </w:r>
          </w:p>
        </w:tc>
        <w:tc>
          <w:tcPr>
            <w:tcW w:type="dxa" w:w="2880"/>
          </w:tcPr>
          <w:p>
            <w:r>
              <w:t>1</w:t>
            </w:r>
          </w:p>
        </w:tc>
      </w:tr>
      <w:tr>
        <w:tc>
          <w:tcPr>
            <w:tcW w:type="dxa" w:w="2880"/>
          </w:tcPr>
          <w:p>
            <w:r>
              <w:t>2025-11-01</w:t>
            </w:r>
          </w:p>
        </w:tc>
        <w:tc>
          <w:tcPr>
            <w:tcW w:type="dxa" w:w="2880"/>
          </w:tcPr>
          <w:p>
            <w:r>
              <w:t>speed hump</w:t>
            </w:r>
          </w:p>
        </w:tc>
        <w:tc>
          <w:tcPr>
            <w:tcW w:type="dxa" w:w="2880"/>
          </w:tcPr>
          <w:p>
            <w:r>
              <w:t>0</w:t>
            </w:r>
          </w:p>
        </w:tc>
      </w:tr>
      <w:tr>
        <w:tc>
          <w:tcPr>
            <w:tcW w:type="dxa" w:w="2880"/>
          </w:tcPr>
          <w:p>
            <w:r>
              <w:t>2025-12-01</w:t>
            </w:r>
          </w:p>
        </w:tc>
        <w:tc>
          <w:tcPr>
            <w:tcW w:type="dxa" w:w="2880"/>
          </w:tcPr>
          <w:p>
            <w:r>
              <w:t>chicane</w:t>
            </w:r>
          </w:p>
        </w:tc>
        <w:tc>
          <w:tcPr>
            <w:tcW w:type="dxa" w:w="2880"/>
          </w:tcPr>
          <w:p>
            <w:r>
              <w:t>0</w:t>
            </w:r>
          </w:p>
        </w:tc>
      </w:tr>
      <w:tr>
        <w:tc>
          <w:tcPr>
            <w:tcW w:type="dxa" w:w="2880"/>
          </w:tcPr>
          <w:p>
            <w:r>
              <w:t>2025-12-01</w:t>
            </w:r>
          </w:p>
        </w:tc>
        <w:tc>
          <w:tcPr>
            <w:tcW w:type="dxa" w:w="2880"/>
          </w:tcPr>
          <w:p>
            <w:r>
              <w:t>lane narrowing</w:t>
            </w:r>
          </w:p>
        </w:tc>
        <w:tc>
          <w:tcPr>
            <w:tcW w:type="dxa" w:w="2880"/>
          </w:tcPr>
          <w:p>
            <w:r>
              <w:t>1</w:t>
            </w:r>
          </w:p>
        </w:tc>
      </w:tr>
      <w:tr>
        <w:tc>
          <w:tcPr>
            <w:tcW w:type="dxa" w:w="2880"/>
          </w:tcPr>
          <w:p>
            <w:r>
              <w:t>2025-12-01</w:t>
            </w:r>
          </w:p>
        </w:tc>
        <w:tc>
          <w:tcPr>
            <w:tcW w:type="dxa" w:w="2880"/>
          </w:tcPr>
          <w:p>
            <w:r>
              <w:t>raised crossing</w:t>
            </w:r>
          </w:p>
        </w:tc>
        <w:tc>
          <w:tcPr>
            <w:tcW w:type="dxa" w:w="2880"/>
          </w:tcPr>
          <w:p>
            <w:r>
              <w:t>1</w:t>
            </w:r>
          </w:p>
        </w:tc>
      </w:tr>
      <w:tr>
        <w:tc>
          <w:tcPr>
            <w:tcW w:type="dxa" w:w="2880"/>
          </w:tcPr>
          <w:p>
            <w:r>
              <w:t>2025-12-01</w:t>
            </w:r>
          </w:p>
        </w:tc>
        <w:tc>
          <w:tcPr>
            <w:tcW w:type="dxa" w:w="2880"/>
          </w:tcPr>
          <w:p>
            <w:r>
              <w:t>speed hump</w:t>
            </w:r>
          </w:p>
        </w:tc>
        <w:tc>
          <w:tcPr>
            <w:tcW w:type="dxa" w:w="2880"/>
          </w:tcPr>
          <w:p>
            <w:r>
              <w:t>0</w:t>
            </w:r>
          </w:p>
        </w:tc>
      </w:tr>
      <w:tr>
        <w:tc>
          <w:tcPr>
            <w:tcW w:type="dxa" w:w="2880"/>
          </w:tcPr>
          <w:p>
            <w:r>
              <w:t>2026-01-01</w:t>
            </w:r>
          </w:p>
        </w:tc>
        <w:tc>
          <w:tcPr>
            <w:tcW w:type="dxa" w:w="2880"/>
          </w:tcPr>
          <w:p>
            <w:r>
              <w:t>chicane</w:t>
            </w:r>
          </w:p>
        </w:tc>
        <w:tc>
          <w:tcPr>
            <w:tcW w:type="dxa" w:w="2880"/>
          </w:tcPr>
          <w:p>
            <w:r>
              <w:t>0</w:t>
            </w:r>
          </w:p>
        </w:tc>
      </w:tr>
      <w:tr>
        <w:tc>
          <w:tcPr>
            <w:tcW w:type="dxa" w:w="2880"/>
          </w:tcPr>
          <w:p>
            <w:r>
              <w:t>2026-01-01</w:t>
            </w:r>
          </w:p>
        </w:tc>
        <w:tc>
          <w:tcPr>
            <w:tcW w:type="dxa" w:w="2880"/>
          </w:tcPr>
          <w:p>
            <w:r>
              <w:t>lane narrowing</w:t>
            </w:r>
          </w:p>
        </w:tc>
        <w:tc>
          <w:tcPr>
            <w:tcW w:type="dxa" w:w="2880"/>
          </w:tcPr>
          <w:p>
            <w:r>
              <w:t>0</w:t>
            </w:r>
          </w:p>
        </w:tc>
      </w:tr>
      <w:tr>
        <w:tc>
          <w:tcPr>
            <w:tcW w:type="dxa" w:w="2880"/>
          </w:tcPr>
          <w:p>
            <w:r>
              <w:t>2026-01-01</w:t>
            </w:r>
          </w:p>
        </w:tc>
        <w:tc>
          <w:tcPr>
            <w:tcW w:type="dxa" w:w="2880"/>
          </w:tcPr>
          <w:p>
            <w:r>
              <w:t>raised crossing</w:t>
            </w:r>
          </w:p>
        </w:tc>
        <w:tc>
          <w:tcPr>
            <w:tcW w:type="dxa" w:w="2880"/>
          </w:tcPr>
          <w:p>
            <w:r>
              <w:t>0</w:t>
            </w:r>
          </w:p>
        </w:tc>
      </w:tr>
      <w:tr>
        <w:tc>
          <w:tcPr>
            <w:tcW w:type="dxa" w:w="2880"/>
          </w:tcPr>
          <w:p>
            <w:r>
              <w:t>2026-01-01</w:t>
            </w:r>
          </w:p>
        </w:tc>
        <w:tc>
          <w:tcPr>
            <w:tcW w:type="dxa" w:w="2880"/>
          </w:tcPr>
          <w:p>
            <w:r>
              <w:t>speed hump</w:t>
            </w:r>
          </w:p>
        </w:tc>
        <w:tc>
          <w:tcPr>
            <w:tcW w:type="dxa" w:w="2880"/>
          </w:tcPr>
          <w:p>
            <w:r>
              <w:t>0</w:t>
            </w:r>
          </w:p>
        </w:tc>
      </w:tr>
      <w:tr>
        <w:tc>
          <w:tcPr>
            <w:tcW w:type="dxa" w:w="2880"/>
          </w:tcPr>
          <w:p>
            <w:r>
              <w:t>2026-02-01</w:t>
            </w:r>
          </w:p>
        </w:tc>
        <w:tc>
          <w:tcPr>
            <w:tcW w:type="dxa" w:w="2880"/>
          </w:tcPr>
          <w:p>
            <w:r>
              <w:t>chicane</w:t>
            </w:r>
          </w:p>
        </w:tc>
        <w:tc>
          <w:tcPr>
            <w:tcW w:type="dxa" w:w="2880"/>
          </w:tcPr>
          <w:p>
            <w:r>
              <w:t>2</w:t>
            </w:r>
          </w:p>
        </w:tc>
      </w:tr>
      <w:tr>
        <w:tc>
          <w:tcPr>
            <w:tcW w:type="dxa" w:w="2880"/>
          </w:tcPr>
          <w:p>
            <w:r>
              <w:t>2026-02-01</w:t>
            </w:r>
          </w:p>
        </w:tc>
        <w:tc>
          <w:tcPr>
            <w:tcW w:type="dxa" w:w="2880"/>
          </w:tcPr>
          <w:p>
            <w:r>
              <w:t>lane narrowing</w:t>
            </w:r>
          </w:p>
        </w:tc>
        <w:tc>
          <w:tcPr>
            <w:tcW w:type="dxa" w:w="2880"/>
          </w:tcPr>
          <w:p>
            <w:r>
              <w:t>1</w:t>
            </w:r>
          </w:p>
        </w:tc>
      </w:tr>
      <w:tr>
        <w:tc>
          <w:tcPr>
            <w:tcW w:type="dxa" w:w="2880"/>
          </w:tcPr>
          <w:p>
            <w:r>
              <w:t>2026-02-01</w:t>
            </w:r>
          </w:p>
        </w:tc>
        <w:tc>
          <w:tcPr>
            <w:tcW w:type="dxa" w:w="2880"/>
          </w:tcPr>
          <w:p>
            <w:r>
              <w:t>raised crossing</w:t>
            </w:r>
          </w:p>
        </w:tc>
        <w:tc>
          <w:tcPr>
            <w:tcW w:type="dxa" w:w="2880"/>
          </w:tcPr>
          <w:p>
            <w:r>
              <w:t>0</w:t>
            </w:r>
          </w:p>
        </w:tc>
      </w:tr>
      <w:tr>
        <w:tc>
          <w:tcPr>
            <w:tcW w:type="dxa" w:w="2880"/>
          </w:tcPr>
          <w:p>
            <w:r>
              <w:t>2026-02-01</w:t>
            </w:r>
          </w:p>
        </w:tc>
        <w:tc>
          <w:tcPr>
            <w:tcW w:type="dxa" w:w="2880"/>
          </w:tcPr>
          <w:p>
            <w:r>
              <w:t>speed hump</w:t>
            </w:r>
          </w:p>
        </w:tc>
        <w:tc>
          <w:tcPr>
            <w:tcW w:type="dxa" w:w="2880"/>
          </w:tcPr>
          <w:p>
            <w:r>
              <w:t>0</w:t>
            </w:r>
          </w:p>
        </w:tc>
      </w:tr>
      <w:tr>
        <w:tc>
          <w:tcPr>
            <w:tcW w:type="dxa" w:w="2880"/>
          </w:tcPr>
          <w:p>
            <w:r>
              <w:t>2026-03-01</w:t>
            </w:r>
          </w:p>
        </w:tc>
        <w:tc>
          <w:tcPr>
            <w:tcW w:type="dxa" w:w="2880"/>
          </w:tcPr>
          <w:p>
            <w:r>
              <w:t>chicane</w:t>
            </w:r>
          </w:p>
        </w:tc>
        <w:tc>
          <w:tcPr>
            <w:tcW w:type="dxa" w:w="2880"/>
          </w:tcPr>
          <w:p>
            <w:r>
              <w:t>0</w:t>
            </w:r>
          </w:p>
        </w:tc>
      </w:tr>
      <w:tr>
        <w:tc>
          <w:tcPr>
            <w:tcW w:type="dxa" w:w="2880"/>
          </w:tcPr>
          <w:p>
            <w:r>
              <w:t>2026-03-01</w:t>
            </w:r>
          </w:p>
        </w:tc>
        <w:tc>
          <w:tcPr>
            <w:tcW w:type="dxa" w:w="2880"/>
          </w:tcPr>
          <w:p>
            <w:r>
              <w:t>lane narrowing</w:t>
            </w:r>
          </w:p>
        </w:tc>
        <w:tc>
          <w:tcPr>
            <w:tcW w:type="dxa" w:w="2880"/>
          </w:tcPr>
          <w:p>
            <w:r>
              <w:t>0</w:t>
            </w:r>
          </w:p>
        </w:tc>
      </w:tr>
      <w:tr>
        <w:tc>
          <w:tcPr>
            <w:tcW w:type="dxa" w:w="2880"/>
          </w:tcPr>
          <w:p>
            <w:r>
              <w:t>2026-03-01</w:t>
            </w:r>
          </w:p>
        </w:tc>
        <w:tc>
          <w:tcPr>
            <w:tcW w:type="dxa" w:w="2880"/>
          </w:tcPr>
          <w:p>
            <w:r>
              <w:t>raised crossing</w:t>
            </w:r>
          </w:p>
        </w:tc>
        <w:tc>
          <w:tcPr>
            <w:tcW w:type="dxa" w:w="2880"/>
          </w:tcPr>
          <w:p>
            <w:r>
              <w:t>0</w:t>
            </w:r>
          </w:p>
        </w:tc>
      </w:tr>
      <w:tr>
        <w:tc>
          <w:tcPr>
            <w:tcW w:type="dxa" w:w="2880"/>
          </w:tcPr>
          <w:p>
            <w:r>
              <w:t>2026-03-01</w:t>
            </w:r>
          </w:p>
        </w:tc>
        <w:tc>
          <w:tcPr>
            <w:tcW w:type="dxa" w:w="2880"/>
          </w:tcPr>
          <w:p>
            <w:r>
              <w:t>speed hump</w:t>
            </w:r>
          </w:p>
        </w:tc>
        <w:tc>
          <w:tcPr>
            <w:tcW w:type="dxa" w:w="2880"/>
          </w:tcPr>
          <w:p>
            <w:r>
              <w:t>0</w:t>
            </w:r>
          </w:p>
        </w:tc>
      </w:tr>
      <w:tr>
        <w:tc>
          <w:tcPr>
            <w:tcW w:type="dxa" w:w="2880"/>
          </w:tcPr>
          <w:p>
            <w:r>
              <w:t>2026-04-01</w:t>
            </w:r>
          </w:p>
        </w:tc>
        <w:tc>
          <w:tcPr>
            <w:tcW w:type="dxa" w:w="2880"/>
          </w:tcPr>
          <w:p>
            <w:r>
              <w:t>chicane</w:t>
            </w:r>
          </w:p>
        </w:tc>
        <w:tc>
          <w:tcPr>
            <w:tcW w:type="dxa" w:w="2880"/>
          </w:tcPr>
          <w:p>
            <w:r>
              <w:t>0</w:t>
            </w:r>
          </w:p>
        </w:tc>
      </w:tr>
      <w:tr>
        <w:tc>
          <w:tcPr>
            <w:tcW w:type="dxa" w:w="2880"/>
          </w:tcPr>
          <w:p>
            <w:r>
              <w:t>2026-04-01</w:t>
            </w:r>
          </w:p>
        </w:tc>
        <w:tc>
          <w:tcPr>
            <w:tcW w:type="dxa" w:w="2880"/>
          </w:tcPr>
          <w:p>
            <w:r>
              <w:t>lane narrowing</w:t>
            </w:r>
          </w:p>
        </w:tc>
        <w:tc>
          <w:tcPr>
            <w:tcW w:type="dxa" w:w="2880"/>
          </w:tcPr>
          <w:p>
            <w:r>
              <w:t>0</w:t>
            </w:r>
          </w:p>
        </w:tc>
      </w:tr>
      <w:tr>
        <w:tc>
          <w:tcPr>
            <w:tcW w:type="dxa" w:w="2880"/>
          </w:tcPr>
          <w:p>
            <w:r>
              <w:t>2026-04-01</w:t>
            </w:r>
          </w:p>
        </w:tc>
        <w:tc>
          <w:tcPr>
            <w:tcW w:type="dxa" w:w="2880"/>
          </w:tcPr>
          <w:p>
            <w:r>
              <w:t>raised crossing</w:t>
            </w:r>
          </w:p>
        </w:tc>
        <w:tc>
          <w:tcPr>
            <w:tcW w:type="dxa" w:w="2880"/>
          </w:tcPr>
          <w:p>
            <w:r>
              <w:t>2</w:t>
            </w:r>
          </w:p>
        </w:tc>
      </w:tr>
      <w:tr>
        <w:tc>
          <w:tcPr>
            <w:tcW w:type="dxa" w:w="2880"/>
          </w:tcPr>
          <w:p>
            <w:r>
              <w:t>2026-04-01</w:t>
            </w:r>
          </w:p>
        </w:tc>
        <w:tc>
          <w:tcPr>
            <w:tcW w:type="dxa" w:w="2880"/>
          </w:tcPr>
          <w:p>
            <w:r>
              <w:t>speed hump</w:t>
            </w:r>
          </w:p>
        </w:tc>
        <w:tc>
          <w:tcPr>
            <w:tcW w:type="dxa" w:w="2880"/>
          </w:tcPr>
          <w:p>
            <w:r>
              <w:t>3</w:t>
            </w:r>
          </w:p>
        </w:tc>
      </w:tr>
      <w:tr>
        <w:tc>
          <w:tcPr>
            <w:tcW w:type="dxa" w:w="2880"/>
          </w:tcPr>
          <w:p>
            <w:r>
              <w:t>2026-05-01</w:t>
            </w:r>
          </w:p>
        </w:tc>
        <w:tc>
          <w:tcPr>
            <w:tcW w:type="dxa" w:w="2880"/>
          </w:tcPr>
          <w:p>
            <w:r>
              <w:t>chicane</w:t>
            </w:r>
          </w:p>
        </w:tc>
        <w:tc>
          <w:tcPr>
            <w:tcW w:type="dxa" w:w="2880"/>
          </w:tcPr>
          <w:p>
            <w:r>
              <w:t>1</w:t>
            </w:r>
          </w:p>
        </w:tc>
      </w:tr>
      <w:tr>
        <w:tc>
          <w:tcPr>
            <w:tcW w:type="dxa" w:w="2880"/>
          </w:tcPr>
          <w:p>
            <w:r>
              <w:t>2026-05-01</w:t>
            </w:r>
          </w:p>
        </w:tc>
        <w:tc>
          <w:tcPr>
            <w:tcW w:type="dxa" w:w="2880"/>
          </w:tcPr>
          <w:p>
            <w:r>
              <w:t>lane narrowing</w:t>
            </w:r>
          </w:p>
        </w:tc>
        <w:tc>
          <w:tcPr>
            <w:tcW w:type="dxa" w:w="2880"/>
          </w:tcPr>
          <w:p>
            <w:r>
              <w:t>0</w:t>
            </w:r>
          </w:p>
        </w:tc>
      </w:tr>
      <w:tr>
        <w:tc>
          <w:tcPr>
            <w:tcW w:type="dxa" w:w="2880"/>
          </w:tcPr>
          <w:p>
            <w:r>
              <w:t>2026-05-01</w:t>
            </w:r>
          </w:p>
        </w:tc>
        <w:tc>
          <w:tcPr>
            <w:tcW w:type="dxa" w:w="2880"/>
          </w:tcPr>
          <w:p>
            <w:r>
              <w:t>raised crossing</w:t>
            </w:r>
          </w:p>
        </w:tc>
        <w:tc>
          <w:tcPr>
            <w:tcW w:type="dxa" w:w="2880"/>
          </w:tcPr>
          <w:p>
            <w:r>
              <w:t>1</w:t>
            </w:r>
          </w:p>
        </w:tc>
      </w:tr>
      <w:tr>
        <w:tc>
          <w:tcPr>
            <w:tcW w:type="dxa" w:w="2880"/>
          </w:tcPr>
          <w:p>
            <w:r>
              <w:t>2026-05-01</w:t>
            </w:r>
          </w:p>
        </w:tc>
        <w:tc>
          <w:tcPr>
            <w:tcW w:type="dxa" w:w="2880"/>
          </w:tcPr>
          <w:p>
            <w:r>
              <w:t>speed hump</w:t>
            </w:r>
          </w:p>
        </w:tc>
        <w:tc>
          <w:tcPr>
            <w:tcW w:type="dxa" w:w="2880"/>
          </w:tcPr>
          <w:p>
            <w:r>
              <w:t>1</w:t>
            </w:r>
          </w:p>
        </w:tc>
      </w:tr>
      <w:tr>
        <w:tc>
          <w:tcPr>
            <w:tcW w:type="dxa" w:w="2880"/>
          </w:tcPr>
          <w:p>
            <w:r>
              <w:t>2026-06-01</w:t>
            </w:r>
          </w:p>
        </w:tc>
        <w:tc>
          <w:tcPr>
            <w:tcW w:type="dxa" w:w="2880"/>
          </w:tcPr>
          <w:p>
            <w:r>
              <w:t>chicane</w:t>
            </w:r>
          </w:p>
        </w:tc>
        <w:tc>
          <w:tcPr>
            <w:tcW w:type="dxa" w:w="2880"/>
          </w:tcPr>
          <w:p>
            <w:r>
              <w:t>0</w:t>
            </w:r>
          </w:p>
        </w:tc>
      </w:tr>
      <w:tr>
        <w:tc>
          <w:tcPr>
            <w:tcW w:type="dxa" w:w="2880"/>
          </w:tcPr>
          <w:p>
            <w:r>
              <w:t>2026-06-01</w:t>
            </w:r>
          </w:p>
        </w:tc>
        <w:tc>
          <w:tcPr>
            <w:tcW w:type="dxa" w:w="2880"/>
          </w:tcPr>
          <w:p>
            <w:r>
              <w:t>lane narrowing</w:t>
            </w:r>
          </w:p>
        </w:tc>
        <w:tc>
          <w:tcPr>
            <w:tcW w:type="dxa" w:w="2880"/>
          </w:tcPr>
          <w:p>
            <w:r>
              <w:t>0</w:t>
            </w:r>
          </w:p>
        </w:tc>
      </w:tr>
      <w:tr>
        <w:tc>
          <w:tcPr>
            <w:tcW w:type="dxa" w:w="2880"/>
          </w:tcPr>
          <w:p>
            <w:r>
              <w:t>2026-06-01</w:t>
            </w:r>
          </w:p>
        </w:tc>
        <w:tc>
          <w:tcPr>
            <w:tcW w:type="dxa" w:w="2880"/>
          </w:tcPr>
          <w:p>
            <w:r>
              <w:t>raised crossing</w:t>
            </w:r>
          </w:p>
        </w:tc>
        <w:tc>
          <w:tcPr>
            <w:tcW w:type="dxa" w:w="2880"/>
          </w:tcPr>
          <w:p>
            <w:r>
              <w:t>1</w:t>
            </w:r>
          </w:p>
        </w:tc>
      </w:tr>
      <w:tr>
        <w:tc>
          <w:tcPr>
            <w:tcW w:type="dxa" w:w="2880"/>
          </w:tcPr>
          <w:p>
            <w:r>
              <w:t>2026-06-01</w:t>
            </w:r>
          </w:p>
        </w:tc>
        <w:tc>
          <w:tcPr>
            <w:tcW w:type="dxa" w:w="2880"/>
          </w:tcPr>
          <w:p>
            <w:r>
              <w:t>speed hump</w:t>
            </w:r>
          </w:p>
        </w:tc>
        <w:tc>
          <w:tcPr>
            <w:tcW w:type="dxa" w:w="2880"/>
          </w:tcPr>
          <w:p>
            <w:r>
              <w:t>0</w:t>
            </w:r>
          </w:p>
        </w:tc>
      </w:tr>
    </w:tbl>
    <w:p/>
    <w:p>
      <w:pPr>
        <w:pStyle w:val="Heading2"/>
      </w:pPr>
      <w:r>
        <w:t>Figure 23. Segment speeds by month over time (month) [67]</w:t>
      </w:r>
    </w:p>
    <w:tbl>
      <w:tblPr>
        <w:tblStyle w:val="LightGrid-Accent1"/>
        <w:tblW w:type="auto" w:w="0"/>
        <w:tblLook w:firstColumn="1" w:firstRow="1" w:lastColumn="0" w:lastRow="0" w:noHBand="0" w:noVBand="1" w:val="04A0"/>
      </w:tblPr>
      <w:tblGrid>
        <w:gridCol w:w="4320"/>
        <w:gridCol w:w="4320"/>
      </w:tblGrid>
      <w:tr>
        <w:tc>
          <w:tcPr>
            <w:tcW w:type="dxa" w:w="4320"/>
          </w:tcPr>
          <w:p>
            <w:r>
              <w:t>period</w:t>
            </w:r>
          </w:p>
        </w:tc>
        <w:tc>
          <w:tcPr>
            <w:tcW w:type="dxa" w:w="4320"/>
          </w:tcPr>
          <w:p>
            <w:r>
              <w:t>value</w:t>
            </w:r>
          </w:p>
        </w:tc>
      </w:tr>
      <w:tr>
        <w:tc>
          <w:tcPr>
            <w:tcW w:type="dxa" w:w="4320"/>
          </w:tcPr>
          <w:p>
            <w:r>
              <w:t>2025-09-29</w:t>
            </w:r>
          </w:p>
        </w:tc>
        <w:tc>
          <w:tcPr>
            <w:tcW w:type="dxa" w:w="4320"/>
          </w:tcPr>
          <w:p>
            <w:r>
              <w:t>120</w:t>
            </w:r>
          </w:p>
        </w:tc>
      </w:tr>
      <w:tr>
        <w:tc>
          <w:tcPr>
            <w:tcW w:type="dxa" w:w="4320"/>
          </w:tcPr>
          <w:p>
            <w:r>
              <w:t>2025-10-06</w:t>
            </w:r>
          </w:p>
        </w:tc>
        <w:tc>
          <w:tcPr>
            <w:tcW w:type="dxa" w:w="4320"/>
          </w:tcPr>
          <w:p>
            <w:r>
              <w:t>0</w:t>
            </w:r>
          </w:p>
        </w:tc>
      </w:tr>
      <w:tr>
        <w:tc>
          <w:tcPr>
            <w:tcW w:type="dxa" w:w="4320"/>
          </w:tcPr>
          <w:p>
            <w:r>
              <w:t>2025-10-13</w:t>
            </w:r>
          </w:p>
        </w:tc>
        <w:tc>
          <w:tcPr>
            <w:tcW w:type="dxa" w:w="4320"/>
          </w:tcPr>
          <w:p>
            <w:r>
              <w:t>0</w:t>
            </w:r>
          </w:p>
        </w:tc>
      </w:tr>
      <w:tr>
        <w:tc>
          <w:tcPr>
            <w:tcW w:type="dxa" w:w="4320"/>
          </w:tcPr>
          <w:p>
            <w:r>
              <w:t>2025-10-20</w:t>
            </w:r>
          </w:p>
        </w:tc>
        <w:tc>
          <w:tcPr>
            <w:tcW w:type="dxa" w:w="4320"/>
          </w:tcPr>
          <w:p>
            <w:r>
              <w:t>0</w:t>
            </w:r>
          </w:p>
        </w:tc>
      </w:tr>
      <w:tr>
        <w:tc>
          <w:tcPr>
            <w:tcW w:type="dxa" w:w="4320"/>
          </w:tcPr>
          <w:p>
            <w:r>
              <w:t>2025-10-27</w:t>
            </w:r>
          </w:p>
        </w:tc>
        <w:tc>
          <w:tcPr>
            <w:tcW w:type="dxa" w:w="4320"/>
          </w:tcPr>
          <w:p>
            <w:r>
              <w:t>120</w:t>
            </w:r>
          </w:p>
        </w:tc>
      </w:tr>
      <w:tr>
        <w:tc>
          <w:tcPr>
            <w:tcW w:type="dxa" w:w="4320"/>
          </w:tcPr>
          <w:p>
            <w:r>
              <w:t>2025-11-03</w:t>
            </w:r>
          </w:p>
        </w:tc>
        <w:tc>
          <w:tcPr>
            <w:tcW w:type="dxa" w:w="4320"/>
          </w:tcPr>
          <w:p>
            <w:r>
              <w:t>0</w:t>
            </w:r>
          </w:p>
        </w:tc>
      </w:tr>
      <w:tr>
        <w:tc>
          <w:tcPr>
            <w:tcW w:type="dxa" w:w="4320"/>
          </w:tcPr>
          <w:p>
            <w:r>
              <w:t>2025-11-10</w:t>
            </w:r>
          </w:p>
        </w:tc>
        <w:tc>
          <w:tcPr>
            <w:tcW w:type="dxa" w:w="4320"/>
          </w:tcPr>
          <w:p>
            <w:r>
              <w:t>0</w:t>
            </w:r>
          </w:p>
        </w:tc>
      </w:tr>
      <w:tr>
        <w:tc>
          <w:tcPr>
            <w:tcW w:type="dxa" w:w="4320"/>
          </w:tcPr>
          <w:p>
            <w:r>
              <w:t>2025-11-17</w:t>
            </w:r>
          </w:p>
        </w:tc>
        <w:tc>
          <w:tcPr>
            <w:tcW w:type="dxa" w:w="4320"/>
          </w:tcPr>
          <w:p>
            <w:r>
              <w:t>0</w:t>
            </w:r>
          </w:p>
        </w:tc>
      </w:tr>
      <w:tr>
        <w:tc>
          <w:tcPr>
            <w:tcW w:type="dxa" w:w="4320"/>
          </w:tcPr>
          <w:p>
            <w:r>
              <w:t>2025-11-24</w:t>
            </w:r>
          </w:p>
        </w:tc>
        <w:tc>
          <w:tcPr>
            <w:tcW w:type="dxa" w:w="4320"/>
          </w:tcPr>
          <w:p>
            <w:r>
              <w:t>0</w:t>
            </w:r>
          </w:p>
        </w:tc>
      </w:tr>
      <w:tr>
        <w:tc>
          <w:tcPr>
            <w:tcW w:type="dxa" w:w="4320"/>
          </w:tcPr>
          <w:p>
            <w:r>
              <w:t>2025-12-01</w:t>
            </w:r>
          </w:p>
        </w:tc>
        <w:tc>
          <w:tcPr>
            <w:tcW w:type="dxa" w:w="4320"/>
          </w:tcPr>
          <w:p>
            <w:r>
              <w:t>120</w:t>
            </w:r>
          </w:p>
        </w:tc>
      </w:tr>
      <w:tr>
        <w:tc>
          <w:tcPr>
            <w:tcW w:type="dxa" w:w="4320"/>
          </w:tcPr>
          <w:p>
            <w:r>
              <w:t>2025-12-08</w:t>
            </w:r>
          </w:p>
        </w:tc>
        <w:tc>
          <w:tcPr>
            <w:tcW w:type="dxa" w:w="4320"/>
          </w:tcPr>
          <w:p>
            <w:r>
              <w:t>0</w:t>
            </w:r>
          </w:p>
        </w:tc>
      </w:tr>
      <w:tr>
        <w:tc>
          <w:tcPr>
            <w:tcW w:type="dxa" w:w="4320"/>
          </w:tcPr>
          <w:p>
            <w:r>
              <w:t>2025-12-15</w:t>
            </w:r>
          </w:p>
        </w:tc>
        <w:tc>
          <w:tcPr>
            <w:tcW w:type="dxa" w:w="4320"/>
          </w:tcPr>
          <w:p>
            <w:r>
              <w:t>0</w:t>
            </w:r>
          </w:p>
        </w:tc>
      </w:tr>
      <w:tr>
        <w:tc>
          <w:tcPr>
            <w:tcW w:type="dxa" w:w="4320"/>
          </w:tcPr>
          <w:p>
            <w:r>
              <w:t>2025-12-22</w:t>
            </w:r>
          </w:p>
        </w:tc>
        <w:tc>
          <w:tcPr>
            <w:tcW w:type="dxa" w:w="4320"/>
          </w:tcPr>
          <w:p>
            <w:r>
              <w:t>0</w:t>
            </w:r>
          </w:p>
        </w:tc>
      </w:tr>
      <w:tr>
        <w:tc>
          <w:tcPr>
            <w:tcW w:type="dxa" w:w="4320"/>
          </w:tcPr>
          <w:p>
            <w:r>
              <w:t>2025-12-29</w:t>
            </w:r>
          </w:p>
        </w:tc>
        <w:tc>
          <w:tcPr>
            <w:tcW w:type="dxa" w:w="4320"/>
          </w:tcPr>
          <w:p>
            <w:r>
              <w:t>120</w:t>
            </w:r>
          </w:p>
        </w:tc>
      </w:tr>
      <w:tr>
        <w:tc>
          <w:tcPr>
            <w:tcW w:type="dxa" w:w="4320"/>
          </w:tcPr>
          <w:p>
            <w:r>
              <w:t>2026-01-05</w:t>
            </w:r>
          </w:p>
        </w:tc>
        <w:tc>
          <w:tcPr>
            <w:tcW w:type="dxa" w:w="4320"/>
          </w:tcPr>
          <w:p>
            <w:r>
              <w:t>0</w:t>
            </w:r>
          </w:p>
        </w:tc>
      </w:tr>
      <w:tr>
        <w:tc>
          <w:tcPr>
            <w:tcW w:type="dxa" w:w="4320"/>
          </w:tcPr>
          <w:p>
            <w:r>
              <w:t>2026-01-12</w:t>
            </w:r>
          </w:p>
        </w:tc>
        <w:tc>
          <w:tcPr>
            <w:tcW w:type="dxa" w:w="4320"/>
          </w:tcPr>
          <w:p>
            <w:r>
              <w:t>0</w:t>
            </w:r>
          </w:p>
        </w:tc>
      </w:tr>
      <w:tr>
        <w:tc>
          <w:tcPr>
            <w:tcW w:type="dxa" w:w="4320"/>
          </w:tcPr>
          <w:p>
            <w:r>
              <w:t>2026-01-19</w:t>
            </w:r>
          </w:p>
        </w:tc>
        <w:tc>
          <w:tcPr>
            <w:tcW w:type="dxa" w:w="4320"/>
          </w:tcPr>
          <w:p>
            <w:r>
              <w:t>0</w:t>
            </w:r>
          </w:p>
        </w:tc>
      </w:tr>
      <w:tr>
        <w:tc>
          <w:tcPr>
            <w:tcW w:type="dxa" w:w="4320"/>
          </w:tcPr>
          <w:p>
            <w:r>
              <w:t>2026-01-26</w:t>
            </w:r>
          </w:p>
        </w:tc>
        <w:tc>
          <w:tcPr>
            <w:tcW w:type="dxa" w:w="4320"/>
          </w:tcPr>
          <w:p>
            <w:r>
              <w:t>120</w:t>
            </w:r>
          </w:p>
        </w:tc>
      </w:tr>
      <w:tr>
        <w:tc>
          <w:tcPr>
            <w:tcW w:type="dxa" w:w="4320"/>
          </w:tcPr>
          <w:p>
            <w:r>
              <w:t>2026-02-02</w:t>
            </w:r>
          </w:p>
        </w:tc>
        <w:tc>
          <w:tcPr>
            <w:tcW w:type="dxa" w:w="4320"/>
          </w:tcPr>
          <w:p>
            <w:r>
              <w:t>0</w:t>
            </w:r>
          </w:p>
        </w:tc>
      </w:tr>
      <w:tr>
        <w:tc>
          <w:tcPr>
            <w:tcW w:type="dxa" w:w="4320"/>
          </w:tcPr>
          <w:p>
            <w:r>
              <w:t>2026-02-09</w:t>
            </w:r>
          </w:p>
        </w:tc>
        <w:tc>
          <w:tcPr>
            <w:tcW w:type="dxa" w:w="4320"/>
          </w:tcPr>
          <w:p>
            <w:r>
              <w:t>0</w:t>
            </w:r>
          </w:p>
        </w:tc>
      </w:tr>
      <w:tr>
        <w:tc>
          <w:tcPr>
            <w:tcW w:type="dxa" w:w="4320"/>
          </w:tcPr>
          <w:p>
            <w:r>
              <w:t>2026-02-16</w:t>
            </w:r>
          </w:p>
        </w:tc>
        <w:tc>
          <w:tcPr>
            <w:tcW w:type="dxa" w:w="4320"/>
          </w:tcPr>
          <w:p>
            <w:r>
              <w:t>0</w:t>
            </w:r>
          </w:p>
        </w:tc>
      </w:tr>
      <w:tr>
        <w:tc>
          <w:tcPr>
            <w:tcW w:type="dxa" w:w="4320"/>
          </w:tcPr>
          <w:p>
            <w:r>
              <w:t>2026-02-23</w:t>
            </w:r>
          </w:p>
        </w:tc>
        <w:tc>
          <w:tcPr>
            <w:tcW w:type="dxa" w:w="4320"/>
          </w:tcPr>
          <w:p>
            <w:r>
              <w:t>120</w:t>
            </w:r>
          </w:p>
        </w:tc>
      </w:tr>
      <w:tr>
        <w:tc>
          <w:tcPr>
            <w:tcW w:type="dxa" w:w="4320"/>
          </w:tcPr>
          <w:p>
            <w:r>
              <w:t>2026-03-02</w:t>
            </w:r>
          </w:p>
        </w:tc>
        <w:tc>
          <w:tcPr>
            <w:tcW w:type="dxa" w:w="4320"/>
          </w:tcPr>
          <w:p>
            <w:r>
              <w:t>0</w:t>
            </w:r>
          </w:p>
        </w:tc>
      </w:tr>
      <w:tr>
        <w:tc>
          <w:tcPr>
            <w:tcW w:type="dxa" w:w="4320"/>
          </w:tcPr>
          <w:p>
            <w:r>
              <w:t>2026-03-09</w:t>
            </w:r>
          </w:p>
        </w:tc>
        <w:tc>
          <w:tcPr>
            <w:tcW w:type="dxa" w:w="4320"/>
          </w:tcPr>
          <w:p>
            <w:r>
              <w:t>0</w:t>
            </w:r>
          </w:p>
        </w:tc>
      </w:tr>
      <w:tr>
        <w:tc>
          <w:tcPr>
            <w:tcW w:type="dxa" w:w="4320"/>
          </w:tcPr>
          <w:p>
            <w:r>
              <w:t>2026-03-16</w:t>
            </w:r>
          </w:p>
        </w:tc>
        <w:tc>
          <w:tcPr>
            <w:tcW w:type="dxa" w:w="4320"/>
          </w:tcPr>
          <w:p>
            <w:r>
              <w:t>0</w:t>
            </w:r>
          </w:p>
        </w:tc>
      </w:tr>
      <w:tr>
        <w:tc>
          <w:tcPr>
            <w:tcW w:type="dxa" w:w="4320"/>
          </w:tcPr>
          <w:p>
            <w:r>
              <w:t>2026-03-23</w:t>
            </w:r>
          </w:p>
        </w:tc>
        <w:tc>
          <w:tcPr>
            <w:tcW w:type="dxa" w:w="4320"/>
          </w:tcPr>
          <w:p>
            <w:r>
              <w:t>0</w:t>
            </w:r>
          </w:p>
        </w:tc>
      </w:tr>
      <w:tr>
        <w:tc>
          <w:tcPr>
            <w:tcW w:type="dxa" w:w="4320"/>
          </w:tcPr>
          <w:p>
            <w:r>
              <w:t>2026-03-30</w:t>
            </w:r>
          </w:p>
        </w:tc>
        <w:tc>
          <w:tcPr>
            <w:tcW w:type="dxa" w:w="4320"/>
          </w:tcPr>
          <w:p>
            <w:r>
              <w:t>120</w:t>
            </w:r>
          </w:p>
        </w:tc>
      </w:tr>
      <w:tr>
        <w:tc>
          <w:tcPr>
            <w:tcW w:type="dxa" w:w="4320"/>
          </w:tcPr>
          <w:p>
            <w:r>
              <w:t>2026-04-06</w:t>
            </w:r>
          </w:p>
        </w:tc>
        <w:tc>
          <w:tcPr>
            <w:tcW w:type="dxa" w:w="4320"/>
          </w:tcPr>
          <w:p>
            <w:r>
              <w:t>0</w:t>
            </w:r>
          </w:p>
        </w:tc>
      </w:tr>
      <w:tr>
        <w:tc>
          <w:tcPr>
            <w:tcW w:type="dxa" w:w="4320"/>
          </w:tcPr>
          <w:p>
            <w:r>
              <w:t>2026-04-13</w:t>
            </w:r>
          </w:p>
        </w:tc>
        <w:tc>
          <w:tcPr>
            <w:tcW w:type="dxa" w:w="4320"/>
          </w:tcPr>
          <w:p>
            <w:r>
              <w:t>0</w:t>
            </w:r>
          </w:p>
        </w:tc>
      </w:tr>
      <w:tr>
        <w:tc>
          <w:tcPr>
            <w:tcW w:type="dxa" w:w="4320"/>
          </w:tcPr>
          <w:p>
            <w:r>
              <w:t>2026-04-20</w:t>
            </w:r>
          </w:p>
        </w:tc>
        <w:tc>
          <w:tcPr>
            <w:tcW w:type="dxa" w:w="4320"/>
          </w:tcPr>
          <w:p>
            <w:r>
              <w:t>0</w:t>
            </w:r>
          </w:p>
        </w:tc>
      </w:tr>
      <w:tr>
        <w:tc>
          <w:tcPr>
            <w:tcW w:type="dxa" w:w="4320"/>
          </w:tcPr>
          <w:p>
            <w:r>
              <w:t>2026-04-27</w:t>
            </w:r>
          </w:p>
        </w:tc>
        <w:tc>
          <w:tcPr>
            <w:tcW w:type="dxa" w:w="4320"/>
          </w:tcPr>
          <w:p>
            <w:r>
              <w:t>120</w:t>
            </w:r>
          </w:p>
        </w:tc>
      </w:tr>
      <w:tr>
        <w:tc>
          <w:tcPr>
            <w:tcW w:type="dxa" w:w="4320"/>
          </w:tcPr>
          <w:p>
            <w:r>
              <w:t>2026-05-04</w:t>
            </w:r>
          </w:p>
        </w:tc>
        <w:tc>
          <w:tcPr>
            <w:tcW w:type="dxa" w:w="4320"/>
          </w:tcPr>
          <w:p>
            <w:r>
              <w:t>0</w:t>
            </w:r>
          </w:p>
        </w:tc>
      </w:tr>
      <w:tr>
        <w:tc>
          <w:tcPr>
            <w:tcW w:type="dxa" w:w="4320"/>
          </w:tcPr>
          <w:p>
            <w:r>
              <w:t>2026-05-11</w:t>
            </w:r>
          </w:p>
        </w:tc>
        <w:tc>
          <w:tcPr>
            <w:tcW w:type="dxa" w:w="4320"/>
          </w:tcPr>
          <w:p>
            <w:r>
              <w:t>0</w:t>
            </w:r>
          </w:p>
        </w:tc>
      </w:tr>
      <w:tr>
        <w:tc>
          <w:tcPr>
            <w:tcW w:type="dxa" w:w="4320"/>
          </w:tcPr>
          <w:p>
            <w:r>
              <w:t>2026-05-18</w:t>
            </w:r>
          </w:p>
        </w:tc>
        <w:tc>
          <w:tcPr>
            <w:tcW w:type="dxa" w:w="4320"/>
          </w:tcPr>
          <w:p>
            <w:r>
              <w:t>0</w:t>
            </w:r>
          </w:p>
        </w:tc>
      </w:tr>
      <w:tr>
        <w:tc>
          <w:tcPr>
            <w:tcW w:type="dxa" w:w="4320"/>
          </w:tcPr>
          <w:p>
            <w:r>
              <w:t>2026-05-25</w:t>
            </w:r>
          </w:p>
        </w:tc>
        <w:tc>
          <w:tcPr>
            <w:tcW w:type="dxa" w:w="4320"/>
          </w:tcPr>
          <w:p>
            <w:r>
              <w:t>0</w:t>
            </w:r>
          </w:p>
        </w:tc>
      </w:tr>
      <w:tr>
        <w:tc>
          <w:tcPr>
            <w:tcW w:type="dxa" w:w="4320"/>
          </w:tcPr>
          <w:p>
            <w:r>
              <w:t>2026-06-01</w:t>
            </w:r>
          </w:p>
        </w:tc>
        <w:tc>
          <w:tcPr>
            <w:tcW w:type="dxa" w:w="4320"/>
          </w:tcPr>
          <w:p>
            <w:r>
              <w:t>120</w:t>
            </w:r>
          </w:p>
        </w:tc>
      </w:tr>
      <w:tr>
        <w:tc>
          <w:tcPr>
            <w:tcW w:type="dxa" w:w="4320"/>
          </w:tcPr>
          <w:p>
            <w:r>
              <w:t>2026-06-08</w:t>
            </w:r>
          </w:p>
        </w:tc>
        <w:tc>
          <w:tcPr>
            <w:tcW w:type="dxa" w:w="4320"/>
          </w:tcPr>
          <w:p>
            <w:r>
              <w:t>0</w:t>
            </w:r>
          </w:p>
        </w:tc>
      </w:tr>
      <w:tr>
        <w:tc>
          <w:tcPr>
            <w:tcW w:type="dxa" w:w="4320"/>
          </w:tcPr>
          <w:p>
            <w:r>
              <w:t>2026-06-15</w:t>
            </w:r>
          </w:p>
        </w:tc>
        <w:tc>
          <w:tcPr>
            <w:tcW w:type="dxa" w:w="4320"/>
          </w:tcPr>
          <w:p>
            <w:r>
              <w:t>0</w:t>
            </w:r>
          </w:p>
        </w:tc>
      </w:tr>
      <w:tr>
        <w:tc>
          <w:tcPr>
            <w:tcW w:type="dxa" w:w="4320"/>
          </w:tcPr>
          <w:p>
            <w:r>
              <w:t>2026-06-22</w:t>
            </w:r>
          </w:p>
        </w:tc>
        <w:tc>
          <w:tcPr>
            <w:tcW w:type="dxa" w:w="4320"/>
          </w:tcPr>
          <w:p>
            <w:r>
              <w:t>0</w:t>
            </w:r>
          </w:p>
        </w:tc>
      </w:tr>
      <w:tr>
        <w:tc>
          <w:tcPr>
            <w:tcW w:type="dxa" w:w="4320"/>
          </w:tcPr>
          <w:p>
            <w:r>
              <w:t>2026-06-29</w:t>
            </w:r>
          </w:p>
        </w:tc>
        <w:tc>
          <w:tcPr>
            <w:tcW w:type="dxa" w:w="4320"/>
          </w:tcPr>
          <w:p>
            <w:r>
              <w:t>120</w:t>
            </w:r>
          </w:p>
        </w:tc>
      </w:tr>
      <w:tr>
        <w:tc>
          <w:tcPr>
            <w:tcW w:type="dxa" w:w="4320"/>
          </w:tcPr>
          <w:p>
            <w:r>
              <w:t>2026-07-06</w:t>
            </w:r>
          </w:p>
        </w:tc>
        <w:tc>
          <w:tcPr>
            <w:tcW w:type="dxa" w:w="4320"/>
          </w:tcPr>
          <w:p>
            <w:r>
              <w:t>0</w:t>
            </w:r>
          </w:p>
        </w:tc>
      </w:tr>
      <w:tr>
        <w:tc>
          <w:tcPr>
            <w:tcW w:type="dxa" w:w="4320"/>
          </w:tcPr>
          <w:p>
            <w:r>
              <w:t>2026-07-13</w:t>
            </w:r>
          </w:p>
        </w:tc>
        <w:tc>
          <w:tcPr>
            <w:tcW w:type="dxa" w:w="4320"/>
          </w:tcPr>
          <w:p>
            <w:r>
              <w:t>0</w:t>
            </w:r>
          </w:p>
        </w:tc>
      </w:tr>
      <w:tr>
        <w:tc>
          <w:tcPr>
            <w:tcW w:type="dxa" w:w="4320"/>
          </w:tcPr>
          <w:p>
            <w:r>
              <w:t>2026-07-20</w:t>
            </w:r>
          </w:p>
        </w:tc>
        <w:tc>
          <w:tcPr>
            <w:tcW w:type="dxa" w:w="4320"/>
          </w:tcPr>
          <w:p>
            <w:r>
              <w:t>0</w:t>
            </w:r>
          </w:p>
        </w:tc>
      </w:tr>
      <w:tr>
        <w:tc>
          <w:tcPr>
            <w:tcW w:type="dxa" w:w="4320"/>
          </w:tcPr>
          <w:p>
            <w:r>
              <w:t>2026-07-27</w:t>
            </w:r>
          </w:p>
        </w:tc>
        <w:tc>
          <w:tcPr>
            <w:tcW w:type="dxa" w:w="4320"/>
          </w:tcPr>
          <w:p>
            <w:r>
              <w:t>120</w:t>
            </w:r>
          </w:p>
        </w:tc>
      </w:tr>
      <w:tr>
        <w:tc>
          <w:tcPr>
            <w:tcW w:type="dxa" w:w="4320"/>
          </w:tcPr>
          <w:p>
            <w:r>
              <w:t>2026-08-03</w:t>
            </w:r>
          </w:p>
        </w:tc>
        <w:tc>
          <w:tcPr>
            <w:tcW w:type="dxa" w:w="4320"/>
          </w:tcPr>
          <w:p>
            <w:r>
              <w:t>0</w:t>
            </w:r>
          </w:p>
        </w:tc>
      </w:tr>
      <w:tr>
        <w:tc>
          <w:tcPr>
            <w:tcW w:type="dxa" w:w="4320"/>
          </w:tcPr>
          <w:p>
            <w:r>
              <w:t>2026-08-10</w:t>
            </w:r>
          </w:p>
        </w:tc>
        <w:tc>
          <w:tcPr>
            <w:tcW w:type="dxa" w:w="4320"/>
          </w:tcPr>
          <w:p>
            <w:r>
              <w:t>0</w:t>
            </w:r>
          </w:p>
        </w:tc>
      </w:tr>
      <w:tr>
        <w:tc>
          <w:tcPr>
            <w:tcW w:type="dxa" w:w="4320"/>
          </w:tcPr>
          <w:p>
            <w:r>
              <w:t>2026-08-17</w:t>
            </w:r>
          </w:p>
        </w:tc>
        <w:tc>
          <w:tcPr>
            <w:tcW w:type="dxa" w:w="4320"/>
          </w:tcPr>
          <w:p>
            <w:r>
              <w:t>0</w:t>
            </w:r>
          </w:p>
        </w:tc>
      </w:tr>
      <w:tr>
        <w:tc>
          <w:tcPr>
            <w:tcW w:type="dxa" w:w="4320"/>
          </w:tcPr>
          <w:p>
            <w:r>
              <w:t>2026-08-24</w:t>
            </w:r>
          </w:p>
        </w:tc>
        <w:tc>
          <w:tcPr>
            <w:tcW w:type="dxa" w:w="4320"/>
          </w:tcPr>
          <w:p>
            <w:r>
              <w:t>0</w:t>
            </w:r>
          </w:p>
        </w:tc>
      </w:tr>
      <w:tr>
        <w:tc>
          <w:tcPr>
            <w:tcW w:type="dxa" w:w="4320"/>
          </w:tcPr>
          <w:p>
            <w:r>
              <w:t>2026-08-31</w:t>
            </w:r>
          </w:p>
        </w:tc>
        <w:tc>
          <w:tcPr>
            <w:tcW w:type="dxa" w:w="4320"/>
          </w:tcPr>
          <w:p>
            <w:r>
              <w:t>120</w:t>
            </w:r>
          </w:p>
        </w:tc>
      </w:tr>
    </w:tbl>
    <w:p/>
    <w:p>
      <w:pPr>
        <w:pStyle w:val="Heading2"/>
      </w:pPr>
      <w:r>
        <w:t>Figure 24. Camera citations by month over time (month) [68]</w:t>
      </w:r>
    </w:p>
    <w:tbl>
      <w:tblPr>
        <w:tblStyle w:val="LightGrid-Accent1"/>
        <w:tblW w:type="auto" w:w="0"/>
        <w:tblLook w:firstColumn="1" w:firstRow="1" w:lastColumn="0" w:lastRow="0" w:noHBand="0" w:noVBand="1" w:val="04A0"/>
      </w:tblPr>
      <w:tblGrid>
        <w:gridCol w:w="4320"/>
        <w:gridCol w:w="4320"/>
      </w:tblGrid>
      <w:tr>
        <w:tc>
          <w:tcPr>
            <w:tcW w:type="dxa" w:w="4320"/>
          </w:tcPr>
          <w:p>
            <w:r>
              <w:t>period</w:t>
            </w:r>
          </w:p>
        </w:tc>
        <w:tc>
          <w:tcPr>
            <w:tcW w:type="dxa" w:w="4320"/>
          </w:tcPr>
          <w:p>
            <w:r>
              <w:t>value</w:t>
            </w:r>
          </w:p>
        </w:tc>
      </w:tr>
      <w:tr>
        <w:tc>
          <w:tcPr>
            <w:tcW w:type="dxa" w:w="4320"/>
          </w:tcPr>
          <w:p>
            <w:r>
              <w:t>2025-09-29</w:t>
            </w:r>
          </w:p>
        </w:tc>
        <w:tc>
          <w:tcPr>
            <w:tcW w:type="dxa" w:w="4320"/>
          </w:tcPr>
          <w:p>
            <w:r>
              <w:t>25</w:t>
            </w:r>
          </w:p>
        </w:tc>
      </w:tr>
      <w:tr>
        <w:tc>
          <w:tcPr>
            <w:tcW w:type="dxa" w:w="4320"/>
          </w:tcPr>
          <w:p>
            <w:r>
              <w:t>2025-10-06</w:t>
            </w:r>
          </w:p>
        </w:tc>
        <w:tc>
          <w:tcPr>
            <w:tcW w:type="dxa" w:w="4320"/>
          </w:tcPr>
          <w:p>
            <w:r>
              <w:t>0</w:t>
            </w:r>
          </w:p>
        </w:tc>
      </w:tr>
      <w:tr>
        <w:tc>
          <w:tcPr>
            <w:tcW w:type="dxa" w:w="4320"/>
          </w:tcPr>
          <w:p>
            <w:r>
              <w:t>2025-10-13</w:t>
            </w:r>
          </w:p>
        </w:tc>
        <w:tc>
          <w:tcPr>
            <w:tcW w:type="dxa" w:w="4320"/>
          </w:tcPr>
          <w:p>
            <w:r>
              <w:t>0</w:t>
            </w:r>
          </w:p>
        </w:tc>
      </w:tr>
      <w:tr>
        <w:tc>
          <w:tcPr>
            <w:tcW w:type="dxa" w:w="4320"/>
          </w:tcPr>
          <w:p>
            <w:r>
              <w:t>2025-10-20</w:t>
            </w:r>
          </w:p>
        </w:tc>
        <w:tc>
          <w:tcPr>
            <w:tcW w:type="dxa" w:w="4320"/>
          </w:tcPr>
          <w:p>
            <w:r>
              <w:t>0</w:t>
            </w:r>
          </w:p>
        </w:tc>
      </w:tr>
      <w:tr>
        <w:tc>
          <w:tcPr>
            <w:tcW w:type="dxa" w:w="4320"/>
          </w:tcPr>
          <w:p>
            <w:r>
              <w:t>2025-10-27</w:t>
            </w:r>
          </w:p>
        </w:tc>
        <w:tc>
          <w:tcPr>
            <w:tcW w:type="dxa" w:w="4320"/>
          </w:tcPr>
          <w:p>
            <w:r>
              <w:t>25</w:t>
            </w:r>
          </w:p>
        </w:tc>
      </w:tr>
      <w:tr>
        <w:tc>
          <w:tcPr>
            <w:tcW w:type="dxa" w:w="4320"/>
          </w:tcPr>
          <w:p>
            <w:r>
              <w:t>2025-11-03</w:t>
            </w:r>
          </w:p>
        </w:tc>
        <w:tc>
          <w:tcPr>
            <w:tcW w:type="dxa" w:w="4320"/>
          </w:tcPr>
          <w:p>
            <w:r>
              <w:t>0</w:t>
            </w:r>
          </w:p>
        </w:tc>
      </w:tr>
      <w:tr>
        <w:tc>
          <w:tcPr>
            <w:tcW w:type="dxa" w:w="4320"/>
          </w:tcPr>
          <w:p>
            <w:r>
              <w:t>2025-11-10</w:t>
            </w:r>
          </w:p>
        </w:tc>
        <w:tc>
          <w:tcPr>
            <w:tcW w:type="dxa" w:w="4320"/>
          </w:tcPr>
          <w:p>
            <w:r>
              <w:t>0</w:t>
            </w:r>
          </w:p>
        </w:tc>
      </w:tr>
      <w:tr>
        <w:tc>
          <w:tcPr>
            <w:tcW w:type="dxa" w:w="4320"/>
          </w:tcPr>
          <w:p>
            <w:r>
              <w:t>2025-11-17</w:t>
            </w:r>
          </w:p>
        </w:tc>
        <w:tc>
          <w:tcPr>
            <w:tcW w:type="dxa" w:w="4320"/>
          </w:tcPr>
          <w:p>
            <w:r>
              <w:t>0</w:t>
            </w:r>
          </w:p>
        </w:tc>
      </w:tr>
      <w:tr>
        <w:tc>
          <w:tcPr>
            <w:tcW w:type="dxa" w:w="4320"/>
          </w:tcPr>
          <w:p>
            <w:r>
              <w:t>2025-11-24</w:t>
            </w:r>
          </w:p>
        </w:tc>
        <w:tc>
          <w:tcPr>
            <w:tcW w:type="dxa" w:w="4320"/>
          </w:tcPr>
          <w:p>
            <w:r>
              <w:t>0</w:t>
            </w:r>
          </w:p>
        </w:tc>
      </w:tr>
      <w:tr>
        <w:tc>
          <w:tcPr>
            <w:tcW w:type="dxa" w:w="4320"/>
          </w:tcPr>
          <w:p>
            <w:r>
              <w:t>2025-12-01</w:t>
            </w:r>
          </w:p>
        </w:tc>
        <w:tc>
          <w:tcPr>
            <w:tcW w:type="dxa" w:w="4320"/>
          </w:tcPr>
          <w:p>
            <w:r>
              <w:t>25</w:t>
            </w:r>
          </w:p>
        </w:tc>
      </w:tr>
      <w:tr>
        <w:tc>
          <w:tcPr>
            <w:tcW w:type="dxa" w:w="4320"/>
          </w:tcPr>
          <w:p>
            <w:r>
              <w:t>2025-12-08</w:t>
            </w:r>
          </w:p>
        </w:tc>
        <w:tc>
          <w:tcPr>
            <w:tcW w:type="dxa" w:w="4320"/>
          </w:tcPr>
          <w:p>
            <w:r>
              <w:t>0</w:t>
            </w:r>
          </w:p>
        </w:tc>
      </w:tr>
      <w:tr>
        <w:tc>
          <w:tcPr>
            <w:tcW w:type="dxa" w:w="4320"/>
          </w:tcPr>
          <w:p>
            <w:r>
              <w:t>2025-12-15</w:t>
            </w:r>
          </w:p>
        </w:tc>
        <w:tc>
          <w:tcPr>
            <w:tcW w:type="dxa" w:w="4320"/>
          </w:tcPr>
          <w:p>
            <w:r>
              <w:t>0</w:t>
            </w:r>
          </w:p>
        </w:tc>
      </w:tr>
      <w:tr>
        <w:tc>
          <w:tcPr>
            <w:tcW w:type="dxa" w:w="4320"/>
          </w:tcPr>
          <w:p>
            <w:r>
              <w:t>2025-12-22</w:t>
            </w:r>
          </w:p>
        </w:tc>
        <w:tc>
          <w:tcPr>
            <w:tcW w:type="dxa" w:w="4320"/>
          </w:tcPr>
          <w:p>
            <w:r>
              <w:t>0</w:t>
            </w:r>
          </w:p>
        </w:tc>
      </w:tr>
      <w:tr>
        <w:tc>
          <w:tcPr>
            <w:tcW w:type="dxa" w:w="4320"/>
          </w:tcPr>
          <w:p>
            <w:r>
              <w:t>2025-12-29</w:t>
            </w:r>
          </w:p>
        </w:tc>
        <w:tc>
          <w:tcPr>
            <w:tcW w:type="dxa" w:w="4320"/>
          </w:tcPr>
          <w:p>
            <w:r>
              <w:t>25</w:t>
            </w:r>
          </w:p>
        </w:tc>
      </w:tr>
      <w:tr>
        <w:tc>
          <w:tcPr>
            <w:tcW w:type="dxa" w:w="4320"/>
          </w:tcPr>
          <w:p>
            <w:r>
              <w:t>2026-01-05</w:t>
            </w:r>
          </w:p>
        </w:tc>
        <w:tc>
          <w:tcPr>
            <w:tcW w:type="dxa" w:w="4320"/>
          </w:tcPr>
          <w:p>
            <w:r>
              <w:t>0</w:t>
            </w:r>
          </w:p>
        </w:tc>
      </w:tr>
      <w:tr>
        <w:tc>
          <w:tcPr>
            <w:tcW w:type="dxa" w:w="4320"/>
          </w:tcPr>
          <w:p>
            <w:r>
              <w:t>2026-01-12</w:t>
            </w:r>
          </w:p>
        </w:tc>
        <w:tc>
          <w:tcPr>
            <w:tcW w:type="dxa" w:w="4320"/>
          </w:tcPr>
          <w:p>
            <w:r>
              <w:t>0</w:t>
            </w:r>
          </w:p>
        </w:tc>
      </w:tr>
      <w:tr>
        <w:tc>
          <w:tcPr>
            <w:tcW w:type="dxa" w:w="4320"/>
          </w:tcPr>
          <w:p>
            <w:r>
              <w:t>2026-01-19</w:t>
            </w:r>
          </w:p>
        </w:tc>
        <w:tc>
          <w:tcPr>
            <w:tcW w:type="dxa" w:w="4320"/>
          </w:tcPr>
          <w:p>
            <w:r>
              <w:t>0</w:t>
            </w:r>
          </w:p>
        </w:tc>
      </w:tr>
      <w:tr>
        <w:tc>
          <w:tcPr>
            <w:tcW w:type="dxa" w:w="4320"/>
          </w:tcPr>
          <w:p>
            <w:r>
              <w:t>2026-01-26</w:t>
            </w:r>
          </w:p>
        </w:tc>
        <w:tc>
          <w:tcPr>
            <w:tcW w:type="dxa" w:w="4320"/>
          </w:tcPr>
          <w:p>
            <w:r>
              <w:t>25</w:t>
            </w:r>
          </w:p>
        </w:tc>
      </w:tr>
      <w:tr>
        <w:tc>
          <w:tcPr>
            <w:tcW w:type="dxa" w:w="4320"/>
          </w:tcPr>
          <w:p>
            <w:r>
              <w:t>2026-02-02</w:t>
            </w:r>
          </w:p>
        </w:tc>
        <w:tc>
          <w:tcPr>
            <w:tcW w:type="dxa" w:w="4320"/>
          </w:tcPr>
          <w:p>
            <w:r>
              <w:t>0</w:t>
            </w:r>
          </w:p>
        </w:tc>
      </w:tr>
      <w:tr>
        <w:tc>
          <w:tcPr>
            <w:tcW w:type="dxa" w:w="4320"/>
          </w:tcPr>
          <w:p>
            <w:r>
              <w:t>2026-02-09</w:t>
            </w:r>
          </w:p>
        </w:tc>
        <w:tc>
          <w:tcPr>
            <w:tcW w:type="dxa" w:w="4320"/>
          </w:tcPr>
          <w:p>
            <w:r>
              <w:t>0</w:t>
            </w:r>
          </w:p>
        </w:tc>
      </w:tr>
      <w:tr>
        <w:tc>
          <w:tcPr>
            <w:tcW w:type="dxa" w:w="4320"/>
          </w:tcPr>
          <w:p>
            <w:r>
              <w:t>2026-02-16</w:t>
            </w:r>
          </w:p>
        </w:tc>
        <w:tc>
          <w:tcPr>
            <w:tcW w:type="dxa" w:w="4320"/>
          </w:tcPr>
          <w:p>
            <w:r>
              <w:t>0</w:t>
            </w:r>
          </w:p>
        </w:tc>
      </w:tr>
      <w:tr>
        <w:tc>
          <w:tcPr>
            <w:tcW w:type="dxa" w:w="4320"/>
          </w:tcPr>
          <w:p>
            <w:r>
              <w:t>2026-02-23</w:t>
            </w:r>
          </w:p>
        </w:tc>
        <w:tc>
          <w:tcPr>
            <w:tcW w:type="dxa" w:w="4320"/>
          </w:tcPr>
          <w:p>
            <w:r>
              <w:t>25</w:t>
            </w:r>
          </w:p>
        </w:tc>
      </w:tr>
      <w:tr>
        <w:tc>
          <w:tcPr>
            <w:tcW w:type="dxa" w:w="4320"/>
          </w:tcPr>
          <w:p>
            <w:r>
              <w:t>2026-03-02</w:t>
            </w:r>
          </w:p>
        </w:tc>
        <w:tc>
          <w:tcPr>
            <w:tcW w:type="dxa" w:w="4320"/>
          </w:tcPr>
          <w:p>
            <w:r>
              <w:t>0</w:t>
            </w:r>
          </w:p>
        </w:tc>
      </w:tr>
      <w:tr>
        <w:tc>
          <w:tcPr>
            <w:tcW w:type="dxa" w:w="4320"/>
          </w:tcPr>
          <w:p>
            <w:r>
              <w:t>2026-03-09</w:t>
            </w:r>
          </w:p>
        </w:tc>
        <w:tc>
          <w:tcPr>
            <w:tcW w:type="dxa" w:w="4320"/>
          </w:tcPr>
          <w:p>
            <w:r>
              <w:t>0</w:t>
            </w:r>
          </w:p>
        </w:tc>
      </w:tr>
      <w:tr>
        <w:tc>
          <w:tcPr>
            <w:tcW w:type="dxa" w:w="4320"/>
          </w:tcPr>
          <w:p>
            <w:r>
              <w:t>2026-03-16</w:t>
            </w:r>
          </w:p>
        </w:tc>
        <w:tc>
          <w:tcPr>
            <w:tcW w:type="dxa" w:w="4320"/>
          </w:tcPr>
          <w:p>
            <w:r>
              <w:t>0</w:t>
            </w:r>
          </w:p>
        </w:tc>
      </w:tr>
      <w:tr>
        <w:tc>
          <w:tcPr>
            <w:tcW w:type="dxa" w:w="4320"/>
          </w:tcPr>
          <w:p>
            <w:r>
              <w:t>2026-03-23</w:t>
            </w:r>
          </w:p>
        </w:tc>
        <w:tc>
          <w:tcPr>
            <w:tcW w:type="dxa" w:w="4320"/>
          </w:tcPr>
          <w:p>
            <w:r>
              <w:t>0</w:t>
            </w:r>
          </w:p>
        </w:tc>
      </w:tr>
      <w:tr>
        <w:tc>
          <w:tcPr>
            <w:tcW w:type="dxa" w:w="4320"/>
          </w:tcPr>
          <w:p>
            <w:r>
              <w:t>2026-03-30</w:t>
            </w:r>
          </w:p>
        </w:tc>
        <w:tc>
          <w:tcPr>
            <w:tcW w:type="dxa" w:w="4320"/>
          </w:tcPr>
          <w:p>
            <w:r>
              <w:t>25</w:t>
            </w:r>
          </w:p>
        </w:tc>
      </w:tr>
      <w:tr>
        <w:tc>
          <w:tcPr>
            <w:tcW w:type="dxa" w:w="4320"/>
          </w:tcPr>
          <w:p>
            <w:r>
              <w:t>2026-04-06</w:t>
            </w:r>
          </w:p>
        </w:tc>
        <w:tc>
          <w:tcPr>
            <w:tcW w:type="dxa" w:w="4320"/>
          </w:tcPr>
          <w:p>
            <w:r>
              <w:t>0</w:t>
            </w:r>
          </w:p>
        </w:tc>
      </w:tr>
      <w:tr>
        <w:tc>
          <w:tcPr>
            <w:tcW w:type="dxa" w:w="4320"/>
          </w:tcPr>
          <w:p>
            <w:r>
              <w:t>2026-04-13</w:t>
            </w:r>
          </w:p>
        </w:tc>
        <w:tc>
          <w:tcPr>
            <w:tcW w:type="dxa" w:w="4320"/>
          </w:tcPr>
          <w:p>
            <w:r>
              <w:t>0</w:t>
            </w:r>
          </w:p>
        </w:tc>
      </w:tr>
      <w:tr>
        <w:tc>
          <w:tcPr>
            <w:tcW w:type="dxa" w:w="4320"/>
          </w:tcPr>
          <w:p>
            <w:r>
              <w:t>2026-04-20</w:t>
            </w:r>
          </w:p>
        </w:tc>
        <w:tc>
          <w:tcPr>
            <w:tcW w:type="dxa" w:w="4320"/>
          </w:tcPr>
          <w:p>
            <w:r>
              <w:t>0</w:t>
            </w:r>
          </w:p>
        </w:tc>
      </w:tr>
      <w:tr>
        <w:tc>
          <w:tcPr>
            <w:tcW w:type="dxa" w:w="4320"/>
          </w:tcPr>
          <w:p>
            <w:r>
              <w:t>2026-04-27</w:t>
            </w:r>
          </w:p>
        </w:tc>
        <w:tc>
          <w:tcPr>
            <w:tcW w:type="dxa" w:w="4320"/>
          </w:tcPr>
          <w:p>
            <w:r>
              <w:t>25</w:t>
            </w:r>
          </w:p>
        </w:tc>
      </w:tr>
      <w:tr>
        <w:tc>
          <w:tcPr>
            <w:tcW w:type="dxa" w:w="4320"/>
          </w:tcPr>
          <w:p>
            <w:r>
              <w:t>2026-05-04</w:t>
            </w:r>
          </w:p>
        </w:tc>
        <w:tc>
          <w:tcPr>
            <w:tcW w:type="dxa" w:w="4320"/>
          </w:tcPr>
          <w:p>
            <w:r>
              <w:t>0</w:t>
            </w:r>
          </w:p>
        </w:tc>
      </w:tr>
      <w:tr>
        <w:tc>
          <w:tcPr>
            <w:tcW w:type="dxa" w:w="4320"/>
          </w:tcPr>
          <w:p>
            <w:r>
              <w:t>2026-05-11</w:t>
            </w:r>
          </w:p>
        </w:tc>
        <w:tc>
          <w:tcPr>
            <w:tcW w:type="dxa" w:w="4320"/>
          </w:tcPr>
          <w:p>
            <w:r>
              <w:t>0</w:t>
            </w:r>
          </w:p>
        </w:tc>
      </w:tr>
      <w:tr>
        <w:tc>
          <w:tcPr>
            <w:tcW w:type="dxa" w:w="4320"/>
          </w:tcPr>
          <w:p>
            <w:r>
              <w:t>2026-05-18</w:t>
            </w:r>
          </w:p>
        </w:tc>
        <w:tc>
          <w:tcPr>
            <w:tcW w:type="dxa" w:w="4320"/>
          </w:tcPr>
          <w:p>
            <w:r>
              <w:t>0</w:t>
            </w:r>
          </w:p>
        </w:tc>
      </w:tr>
      <w:tr>
        <w:tc>
          <w:tcPr>
            <w:tcW w:type="dxa" w:w="4320"/>
          </w:tcPr>
          <w:p>
            <w:r>
              <w:t>2026-05-25</w:t>
            </w:r>
          </w:p>
        </w:tc>
        <w:tc>
          <w:tcPr>
            <w:tcW w:type="dxa" w:w="4320"/>
          </w:tcPr>
          <w:p>
            <w:r>
              <w:t>0</w:t>
            </w:r>
          </w:p>
        </w:tc>
      </w:tr>
      <w:tr>
        <w:tc>
          <w:tcPr>
            <w:tcW w:type="dxa" w:w="4320"/>
          </w:tcPr>
          <w:p>
            <w:r>
              <w:t>2026-06-01</w:t>
            </w:r>
          </w:p>
        </w:tc>
        <w:tc>
          <w:tcPr>
            <w:tcW w:type="dxa" w:w="4320"/>
          </w:tcPr>
          <w:p>
            <w:r>
              <w:t>25</w:t>
            </w:r>
          </w:p>
        </w:tc>
      </w:tr>
      <w:tr>
        <w:tc>
          <w:tcPr>
            <w:tcW w:type="dxa" w:w="4320"/>
          </w:tcPr>
          <w:p>
            <w:r>
              <w:t>2026-06-08</w:t>
            </w:r>
          </w:p>
        </w:tc>
        <w:tc>
          <w:tcPr>
            <w:tcW w:type="dxa" w:w="4320"/>
          </w:tcPr>
          <w:p>
            <w:r>
              <w:t>0</w:t>
            </w:r>
          </w:p>
        </w:tc>
      </w:tr>
      <w:tr>
        <w:tc>
          <w:tcPr>
            <w:tcW w:type="dxa" w:w="4320"/>
          </w:tcPr>
          <w:p>
            <w:r>
              <w:t>2026-06-15</w:t>
            </w:r>
          </w:p>
        </w:tc>
        <w:tc>
          <w:tcPr>
            <w:tcW w:type="dxa" w:w="4320"/>
          </w:tcPr>
          <w:p>
            <w:r>
              <w:t>0</w:t>
            </w:r>
          </w:p>
        </w:tc>
      </w:tr>
      <w:tr>
        <w:tc>
          <w:tcPr>
            <w:tcW w:type="dxa" w:w="4320"/>
          </w:tcPr>
          <w:p>
            <w:r>
              <w:t>2026-06-22</w:t>
            </w:r>
          </w:p>
        </w:tc>
        <w:tc>
          <w:tcPr>
            <w:tcW w:type="dxa" w:w="4320"/>
          </w:tcPr>
          <w:p>
            <w:r>
              <w:t>0</w:t>
            </w:r>
          </w:p>
        </w:tc>
      </w:tr>
      <w:tr>
        <w:tc>
          <w:tcPr>
            <w:tcW w:type="dxa" w:w="4320"/>
          </w:tcPr>
          <w:p>
            <w:r>
              <w:t>2026-06-29</w:t>
            </w:r>
          </w:p>
        </w:tc>
        <w:tc>
          <w:tcPr>
            <w:tcW w:type="dxa" w:w="4320"/>
          </w:tcPr>
          <w:p>
            <w:r>
              <w:t>25</w:t>
            </w:r>
          </w:p>
        </w:tc>
      </w:tr>
      <w:tr>
        <w:tc>
          <w:tcPr>
            <w:tcW w:type="dxa" w:w="4320"/>
          </w:tcPr>
          <w:p>
            <w:r>
              <w:t>2026-07-06</w:t>
            </w:r>
          </w:p>
        </w:tc>
        <w:tc>
          <w:tcPr>
            <w:tcW w:type="dxa" w:w="4320"/>
          </w:tcPr>
          <w:p>
            <w:r>
              <w:t>0</w:t>
            </w:r>
          </w:p>
        </w:tc>
      </w:tr>
      <w:tr>
        <w:tc>
          <w:tcPr>
            <w:tcW w:type="dxa" w:w="4320"/>
          </w:tcPr>
          <w:p>
            <w:r>
              <w:t>2026-07-13</w:t>
            </w:r>
          </w:p>
        </w:tc>
        <w:tc>
          <w:tcPr>
            <w:tcW w:type="dxa" w:w="4320"/>
          </w:tcPr>
          <w:p>
            <w:r>
              <w:t>0</w:t>
            </w:r>
          </w:p>
        </w:tc>
      </w:tr>
      <w:tr>
        <w:tc>
          <w:tcPr>
            <w:tcW w:type="dxa" w:w="4320"/>
          </w:tcPr>
          <w:p>
            <w:r>
              <w:t>2026-07-20</w:t>
            </w:r>
          </w:p>
        </w:tc>
        <w:tc>
          <w:tcPr>
            <w:tcW w:type="dxa" w:w="4320"/>
          </w:tcPr>
          <w:p>
            <w:r>
              <w:t>0</w:t>
            </w:r>
          </w:p>
        </w:tc>
      </w:tr>
      <w:tr>
        <w:tc>
          <w:tcPr>
            <w:tcW w:type="dxa" w:w="4320"/>
          </w:tcPr>
          <w:p>
            <w:r>
              <w:t>2026-07-27</w:t>
            </w:r>
          </w:p>
        </w:tc>
        <w:tc>
          <w:tcPr>
            <w:tcW w:type="dxa" w:w="4320"/>
          </w:tcPr>
          <w:p>
            <w:r>
              <w:t>25</w:t>
            </w:r>
          </w:p>
        </w:tc>
      </w:tr>
      <w:tr>
        <w:tc>
          <w:tcPr>
            <w:tcW w:type="dxa" w:w="4320"/>
          </w:tcPr>
          <w:p>
            <w:r>
              <w:t>2026-08-03</w:t>
            </w:r>
          </w:p>
        </w:tc>
        <w:tc>
          <w:tcPr>
            <w:tcW w:type="dxa" w:w="4320"/>
          </w:tcPr>
          <w:p>
            <w:r>
              <w:t>0</w:t>
            </w:r>
          </w:p>
        </w:tc>
      </w:tr>
      <w:tr>
        <w:tc>
          <w:tcPr>
            <w:tcW w:type="dxa" w:w="4320"/>
          </w:tcPr>
          <w:p>
            <w:r>
              <w:t>2026-08-10</w:t>
            </w:r>
          </w:p>
        </w:tc>
        <w:tc>
          <w:tcPr>
            <w:tcW w:type="dxa" w:w="4320"/>
          </w:tcPr>
          <w:p>
            <w:r>
              <w:t>0</w:t>
            </w:r>
          </w:p>
        </w:tc>
      </w:tr>
      <w:tr>
        <w:tc>
          <w:tcPr>
            <w:tcW w:type="dxa" w:w="4320"/>
          </w:tcPr>
          <w:p>
            <w:r>
              <w:t>2026-08-17</w:t>
            </w:r>
          </w:p>
        </w:tc>
        <w:tc>
          <w:tcPr>
            <w:tcW w:type="dxa" w:w="4320"/>
          </w:tcPr>
          <w:p>
            <w:r>
              <w:t>0</w:t>
            </w:r>
          </w:p>
        </w:tc>
      </w:tr>
      <w:tr>
        <w:tc>
          <w:tcPr>
            <w:tcW w:type="dxa" w:w="4320"/>
          </w:tcPr>
          <w:p>
            <w:r>
              <w:t>2026-08-24</w:t>
            </w:r>
          </w:p>
        </w:tc>
        <w:tc>
          <w:tcPr>
            <w:tcW w:type="dxa" w:w="4320"/>
          </w:tcPr>
          <w:p>
            <w:r>
              <w:t>0</w:t>
            </w:r>
          </w:p>
        </w:tc>
      </w:tr>
      <w:tr>
        <w:tc>
          <w:tcPr>
            <w:tcW w:type="dxa" w:w="4320"/>
          </w:tcPr>
          <w:p>
            <w:r>
              <w:t>2026-08-31</w:t>
            </w:r>
          </w:p>
        </w:tc>
        <w:tc>
          <w:tcPr>
            <w:tcW w:type="dxa" w:w="4320"/>
          </w:tcPr>
          <w:p>
            <w:r>
              <w:t>25</w:t>
            </w:r>
          </w:p>
        </w:tc>
      </w:tr>
    </w:tbl>
    <w:p/>
    <w:p>
      <w:pPr>
        <w:pStyle w:val="Heading2"/>
      </w:pPr>
      <w:r>
        <w:t>Figure 25. Hot spot analysis: Schools [69]</w:t>
      </w:r>
    </w:p>
    <w:tbl>
      <w:tblPr>
        <w:tblStyle w:val="LightGrid-Accent1"/>
        <w:tblW w:type="auto" w:w="0"/>
        <w:tblLook w:firstColumn="1" w:firstRow="1" w:lastColumn="0" w:lastRow="0" w:noHBand="0" w:noVBand="1" w:val="04A0"/>
      </w:tblPr>
      <w:tblGrid>
        <w:gridCol w:w="1728"/>
        <w:gridCol w:w="1728"/>
        <w:gridCol w:w="1728"/>
        <w:gridCol w:w="1728"/>
        <w:gridCol w:w="1728"/>
      </w:tblGrid>
      <w:tr>
        <w:tc>
          <w:tcPr>
            <w:tcW w:type="dxa" w:w="1728"/>
          </w:tcPr>
          <w:p>
            <w:r>
              <w:t>bin_start</w:t>
            </w:r>
          </w:p>
        </w:tc>
        <w:tc>
          <w:tcPr>
            <w:tcW w:type="dxa" w:w="1728"/>
          </w:tcPr>
          <w:p>
            <w:r>
              <w:t>bin_end</w:t>
            </w:r>
          </w:p>
        </w:tc>
        <w:tc>
          <w:tcPr>
            <w:tcW w:type="dxa" w:w="1728"/>
          </w:tcPr>
          <w:p>
            <w:r>
              <w:t>band</w:t>
            </w:r>
          </w:p>
        </w:tc>
        <w:tc>
          <w:tcPr>
            <w:tcW w:type="dxa" w:w="1728"/>
          </w:tcPr>
          <w:p>
            <w:r>
              <w:t>band_label</w:t>
            </w:r>
          </w:p>
        </w:tc>
        <w:tc>
          <w:tcPr>
            <w:tcW w:type="dxa" w:w="1728"/>
          </w:tcPr>
          <w:p>
            <w:r>
              <w:t>count</w:t>
            </w:r>
          </w:p>
        </w:tc>
      </w:tr>
      <w:tr>
        <w:tc>
          <w:tcPr>
            <w:tcW w:type="dxa" w:w="1728"/>
          </w:tcPr>
          <w:p>
            <w:r>
              <w:t>-2</w:t>
            </w:r>
          </w:p>
        </w:tc>
        <w:tc>
          <w:tcPr>
            <w:tcW w:type="dxa" w:w="1728"/>
          </w:tcPr>
          <w:p>
            <w:r>
              <w:t>-1.5</w:t>
            </w:r>
          </w:p>
        </w:tc>
        <w:tc>
          <w:tcPr>
            <w:tcW w:type="dxa" w:w="1728"/>
          </w:tcPr>
          <w:p>
            <w:r>
              <w:t>cold_90</w:t>
            </w:r>
          </w:p>
        </w:tc>
        <w:tc>
          <w:tcPr>
            <w:tcW w:type="dxa" w:w="1728"/>
          </w:tcPr>
          <w:p>
            <w:r>
              <w:t>Cold spot, 90% confidence</w:t>
            </w:r>
          </w:p>
        </w:tc>
        <w:tc>
          <w:tcPr>
            <w:tcW w:type="dxa" w:w="1728"/>
          </w:tcPr>
          <w:p>
            <w:r>
              <w:t>1</w:t>
            </w:r>
          </w:p>
        </w:tc>
      </w:tr>
      <w:tr>
        <w:tc>
          <w:tcPr>
            <w:tcW w:type="dxa" w:w="1728"/>
          </w:tcPr>
          <w:p>
            <w:r>
              <w:t>-2</w:t>
            </w:r>
          </w:p>
        </w:tc>
        <w:tc>
          <w:tcPr>
            <w:tcW w:type="dxa" w:w="1728"/>
          </w:tcPr>
          <w:p>
            <w:r>
              <w:t>-1.5</w:t>
            </w:r>
          </w:p>
        </w:tc>
        <w:tc>
          <w:tcPr>
            <w:tcW w:type="dxa" w:w="1728"/>
          </w:tcPr>
          <w:p>
            <w:r>
              <w:t>not_significant</w:t>
            </w:r>
          </w:p>
        </w:tc>
        <w:tc>
          <w:tcPr>
            <w:tcW w:type="dxa" w:w="1728"/>
          </w:tcPr>
          <w:p>
            <w:r>
              <w:t>Not significant</w:t>
            </w:r>
          </w:p>
        </w:tc>
        <w:tc>
          <w:tcPr>
            <w:tcW w:type="dxa" w:w="1728"/>
          </w:tcPr>
          <w:p>
            <w:r>
              <w:t>2</w:t>
            </w:r>
          </w:p>
        </w:tc>
      </w:tr>
      <w:tr>
        <w:tc>
          <w:tcPr>
            <w:tcW w:type="dxa" w:w="1728"/>
          </w:tcPr>
          <w:p>
            <w:r>
              <w:t>-1.5</w:t>
            </w:r>
          </w:p>
        </w:tc>
        <w:tc>
          <w:tcPr>
            <w:tcW w:type="dxa" w:w="1728"/>
          </w:tcPr>
          <w:p>
            <w:r>
              <w:t>-1</w:t>
            </w:r>
          </w:p>
        </w:tc>
        <w:tc>
          <w:tcPr>
            <w:tcW w:type="dxa" w:w="1728"/>
          </w:tcPr>
          <w:p>
            <w:r>
              <w:t>not_significant</w:t>
            </w:r>
          </w:p>
        </w:tc>
        <w:tc>
          <w:tcPr>
            <w:tcW w:type="dxa" w:w="1728"/>
          </w:tcPr>
          <w:p>
            <w:r>
              <w:t>Not significant</w:t>
            </w:r>
          </w:p>
        </w:tc>
        <w:tc>
          <w:tcPr>
            <w:tcW w:type="dxa" w:w="1728"/>
          </w:tcPr>
          <w:p>
            <w:r>
              <w:t>6</w:t>
            </w:r>
          </w:p>
        </w:tc>
      </w:tr>
      <w:tr>
        <w:tc>
          <w:tcPr>
            <w:tcW w:type="dxa" w:w="1728"/>
          </w:tcPr>
          <w:p>
            <w:r>
              <w:t>-1</w:t>
            </w:r>
          </w:p>
        </w:tc>
        <w:tc>
          <w:tcPr>
            <w:tcW w:type="dxa" w:w="1728"/>
          </w:tcPr>
          <w:p>
            <w:r>
              <w:t>-0.5</w:t>
            </w:r>
          </w:p>
        </w:tc>
        <w:tc>
          <w:tcPr>
            <w:tcW w:type="dxa" w:w="1728"/>
          </w:tcPr>
          <w:p>
            <w:r>
              <w:t>not_significant</w:t>
            </w:r>
          </w:p>
        </w:tc>
        <w:tc>
          <w:tcPr>
            <w:tcW w:type="dxa" w:w="1728"/>
          </w:tcPr>
          <w:p>
            <w:r>
              <w:t>Not significant</w:t>
            </w:r>
          </w:p>
        </w:tc>
        <w:tc>
          <w:tcPr>
            <w:tcW w:type="dxa" w:w="1728"/>
          </w:tcPr>
          <w:p>
            <w:r>
              <w:t>5</w:t>
            </w:r>
          </w:p>
        </w:tc>
      </w:tr>
      <w:tr>
        <w:tc>
          <w:tcPr>
            <w:tcW w:type="dxa" w:w="1728"/>
          </w:tcPr>
          <w:p>
            <w:r>
              <w:t>-0.5</w:t>
            </w:r>
          </w:p>
        </w:tc>
        <w:tc>
          <w:tcPr>
            <w:tcW w:type="dxa" w:w="1728"/>
          </w:tcPr>
          <w:p>
            <w:r>
              <w:t>0</w:t>
            </w:r>
          </w:p>
        </w:tc>
        <w:tc>
          <w:tcPr>
            <w:tcW w:type="dxa" w:w="1728"/>
          </w:tcPr>
          <w:p>
            <w:r>
              <w:t>not_significant</w:t>
            </w:r>
          </w:p>
        </w:tc>
        <w:tc>
          <w:tcPr>
            <w:tcW w:type="dxa" w:w="1728"/>
          </w:tcPr>
          <w:p>
            <w:r>
              <w:t>Not significant</w:t>
            </w:r>
          </w:p>
        </w:tc>
        <w:tc>
          <w:tcPr>
            <w:tcW w:type="dxa" w:w="1728"/>
          </w:tcPr>
          <w:p>
            <w:r>
              <w:t>5</w:t>
            </w:r>
          </w:p>
        </w:tc>
      </w:tr>
      <w:tr>
        <w:tc>
          <w:tcPr>
            <w:tcW w:type="dxa" w:w="1728"/>
          </w:tcPr>
          <w:p>
            <w:r>
              <w:t>0</w:t>
            </w:r>
          </w:p>
        </w:tc>
        <w:tc>
          <w:tcPr>
            <w:tcW w:type="dxa" w:w="1728"/>
          </w:tcPr>
          <w:p>
            <w:r>
              <w:t>0.5</w:t>
            </w:r>
          </w:p>
        </w:tc>
        <w:tc>
          <w:tcPr>
            <w:tcW w:type="dxa" w:w="1728"/>
          </w:tcPr>
          <w:p>
            <w:r>
              <w:t>not_significant</w:t>
            </w:r>
          </w:p>
        </w:tc>
        <w:tc>
          <w:tcPr>
            <w:tcW w:type="dxa" w:w="1728"/>
          </w:tcPr>
          <w:p>
            <w:r>
              <w:t>Not significant</w:t>
            </w:r>
          </w:p>
        </w:tc>
        <w:tc>
          <w:tcPr>
            <w:tcW w:type="dxa" w:w="1728"/>
          </w:tcPr>
          <w:p>
            <w:r>
              <w:t>2</w:t>
            </w:r>
          </w:p>
        </w:tc>
      </w:tr>
      <w:tr>
        <w:tc>
          <w:tcPr>
            <w:tcW w:type="dxa" w:w="1728"/>
          </w:tcPr>
          <w:p>
            <w:r>
              <w:t>0.5</w:t>
            </w:r>
          </w:p>
        </w:tc>
        <w:tc>
          <w:tcPr>
            <w:tcW w:type="dxa" w:w="1728"/>
          </w:tcPr>
          <w:p>
            <w:r>
              <w:t>1</w:t>
            </w:r>
          </w:p>
        </w:tc>
        <w:tc>
          <w:tcPr>
            <w:tcW w:type="dxa" w:w="1728"/>
          </w:tcPr>
          <w:p>
            <w:r>
              <w:t>not_significant</w:t>
            </w:r>
          </w:p>
        </w:tc>
        <w:tc>
          <w:tcPr>
            <w:tcW w:type="dxa" w:w="1728"/>
          </w:tcPr>
          <w:p>
            <w:r>
              <w:t>Not significant</w:t>
            </w:r>
          </w:p>
        </w:tc>
        <w:tc>
          <w:tcPr>
            <w:tcW w:type="dxa" w:w="1728"/>
          </w:tcPr>
          <w:p>
            <w:r>
              <w:t>9</w:t>
            </w:r>
          </w:p>
        </w:tc>
      </w:tr>
      <w:tr>
        <w:tc>
          <w:tcPr>
            <w:tcW w:type="dxa" w:w="1728"/>
          </w:tcPr>
          <w:p>
            <w:r>
              <w:t>1</w:t>
            </w:r>
          </w:p>
        </w:tc>
        <w:tc>
          <w:tcPr>
            <w:tcW w:type="dxa" w:w="1728"/>
          </w:tcPr>
          <w:p>
            <w:r>
              <w:t>1.5</w:t>
            </w:r>
          </w:p>
        </w:tc>
        <w:tc>
          <w:tcPr>
            <w:tcW w:type="dxa" w:w="1728"/>
          </w:tcPr>
          <w:p>
            <w:r>
              <w:t>not_significant</w:t>
            </w:r>
          </w:p>
        </w:tc>
        <w:tc>
          <w:tcPr>
            <w:tcW w:type="dxa" w:w="1728"/>
          </w:tcPr>
          <w:p>
            <w:r>
              <w:t>Not significant</w:t>
            </w:r>
          </w:p>
        </w:tc>
        <w:tc>
          <w:tcPr>
            <w:tcW w:type="dxa" w:w="1728"/>
          </w:tcPr>
          <w:p>
            <w:r>
              <w:t>6</w:t>
            </w:r>
          </w:p>
        </w:tc>
      </w:tr>
      <w:tr>
        <w:tc>
          <w:tcPr>
            <w:tcW w:type="dxa" w:w="1728"/>
          </w:tcPr>
          <w:p>
            <w:r>
              <w:t>1.5</w:t>
            </w:r>
          </w:p>
        </w:tc>
        <w:tc>
          <w:tcPr>
            <w:tcW w:type="dxa" w:w="1728"/>
          </w:tcPr>
          <w:p>
            <w:r>
              <w:t>2</w:t>
            </w:r>
          </w:p>
        </w:tc>
        <w:tc>
          <w:tcPr>
            <w:tcW w:type="dxa" w:w="1728"/>
          </w:tcPr>
          <w:p>
            <w:r>
              <w:t>hot_90</w:t>
            </w:r>
          </w:p>
        </w:tc>
        <w:tc>
          <w:tcPr>
            <w:tcW w:type="dxa" w:w="1728"/>
          </w:tcPr>
          <w:p>
            <w:r>
              <w:t>Hot spot, 90% confidence</w:t>
            </w:r>
          </w:p>
        </w:tc>
        <w:tc>
          <w:tcPr>
            <w:tcW w:type="dxa" w:w="1728"/>
          </w:tcPr>
          <w:p>
            <w:r>
              <w:t>2</w:t>
            </w:r>
          </w:p>
        </w:tc>
      </w:tr>
      <w:tr>
        <w:tc>
          <w:tcPr>
            <w:tcW w:type="dxa" w:w="1728"/>
          </w:tcPr>
          <w:p>
            <w:r>
              <w:t>1.5</w:t>
            </w:r>
          </w:p>
        </w:tc>
        <w:tc>
          <w:tcPr>
            <w:tcW w:type="dxa" w:w="1728"/>
          </w:tcPr>
          <w:p>
            <w:r>
              <w:t>2</w:t>
            </w:r>
          </w:p>
        </w:tc>
        <w:tc>
          <w:tcPr>
            <w:tcW w:type="dxa" w:w="1728"/>
          </w:tcPr>
          <w:p>
            <w:r>
              <w:t>not_significant</w:t>
            </w:r>
          </w:p>
        </w:tc>
        <w:tc>
          <w:tcPr>
            <w:tcW w:type="dxa" w:w="1728"/>
          </w:tcPr>
          <w:p>
            <w:r>
              <w:t>Not significant</w:t>
            </w:r>
          </w:p>
        </w:tc>
        <w:tc>
          <w:tcPr>
            <w:tcW w:type="dxa" w:w="1728"/>
          </w:tcPr>
          <w:p>
            <w:r>
              <w:t>2</w:t>
            </w:r>
          </w:p>
        </w:tc>
      </w:tr>
    </w:tbl>
    <w:p/>
    <w:p>
      <w:pPr>
        <w:pStyle w:val="Heading2"/>
      </w:pPr>
      <w:r>
        <w:t>Figure 26. Hot spot analysis: Crashes [70]</w:t>
      </w:r>
    </w:p>
    <w:tbl>
      <w:tblPr>
        <w:tblStyle w:val="LightGrid-Accent1"/>
        <w:tblW w:type="auto" w:w="0"/>
        <w:tblLook w:firstColumn="1" w:firstRow="1" w:lastColumn="0" w:lastRow="0" w:noHBand="0" w:noVBand="1" w:val="04A0"/>
      </w:tblPr>
      <w:tblGrid>
        <w:gridCol w:w="1728"/>
        <w:gridCol w:w="1728"/>
        <w:gridCol w:w="1728"/>
        <w:gridCol w:w="1728"/>
        <w:gridCol w:w="1728"/>
      </w:tblGrid>
      <w:tr>
        <w:tc>
          <w:tcPr>
            <w:tcW w:type="dxa" w:w="1728"/>
          </w:tcPr>
          <w:p>
            <w:r>
              <w:t>bin_start</w:t>
            </w:r>
          </w:p>
        </w:tc>
        <w:tc>
          <w:tcPr>
            <w:tcW w:type="dxa" w:w="1728"/>
          </w:tcPr>
          <w:p>
            <w:r>
              <w:t>bin_end</w:t>
            </w:r>
          </w:p>
        </w:tc>
        <w:tc>
          <w:tcPr>
            <w:tcW w:type="dxa" w:w="1728"/>
          </w:tcPr>
          <w:p>
            <w:r>
              <w:t>band</w:t>
            </w:r>
          </w:p>
        </w:tc>
        <w:tc>
          <w:tcPr>
            <w:tcW w:type="dxa" w:w="1728"/>
          </w:tcPr>
          <w:p>
            <w:r>
              <w:t>band_label</w:t>
            </w:r>
          </w:p>
        </w:tc>
        <w:tc>
          <w:tcPr>
            <w:tcW w:type="dxa" w:w="1728"/>
          </w:tcPr>
          <w:p>
            <w:r>
              <w:t>count</w:t>
            </w:r>
          </w:p>
        </w:tc>
      </w:tr>
      <w:tr>
        <w:tc>
          <w:tcPr>
            <w:tcW w:type="dxa" w:w="1728"/>
          </w:tcPr>
          <w:p>
            <w:r>
              <w:t>-1</w:t>
            </w:r>
          </w:p>
        </w:tc>
        <w:tc>
          <w:tcPr>
            <w:tcW w:type="dxa" w:w="1728"/>
          </w:tcPr>
          <w:p>
            <w:r>
              <w:t>-0.5</w:t>
            </w:r>
          </w:p>
        </w:tc>
        <w:tc>
          <w:tcPr>
            <w:tcW w:type="dxa" w:w="1728"/>
          </w:tcPr>
          <w:p>
            <w:r>
              <w:t>not_significant</w:t>
            </w:r>
          </w:p>
        </w:tc>
        <w:tc>
          <w:tcPr>
            <w:tcW w:type="dxa" w:w="1728"/>
          </w:tcPr>
          <w:p>
            <w:r>
              <w:t>Not significant</w:t>
            </w:r>
          </w:p>
        </w:tc>
        <w:tc>
          <w:tcPr>
            <w:tcW w:type="dxa" w:w="1728"/>
          </w:tcPr>
          <w:p>
            <w:r>
              <w:t>298</w:t>
            </w:r>
          </w:p>
        </w:tc>
      </w:tr>
      <w:tr>
        <w:tc>
          <w:tcPr>
            <w:tcW w:type="dxa" w:w="1728"/>
          </w:tcPr>
          <w:p>
            <w:r>
              <w:t>-0.5</w:t>
            </w:r>
          </w:p>
        </w:tc>
        <w:tc>
          <w:tcPr>
            <w:tcW w:type="dxa" w:w="1728"/>
          </w:tcPr>
          <w:p>
            <w:r>
              <w:t>0</w:t>
            </w:r>
          </w:p>
        </w:tc>
        <w:tc>
          <w:tcPr>
            <w:tcW w:type="dxa" w:w="1728"/>
          </w:tcPr>
          <w:p>
            <w:r>
              <w:t>not_significant</w:t>
            </w:r>
          </w:p>
        </w:tc>
        <w:tc>
          <w:tcPr>
            <w:tcW w:type="dxa" w:w="1728"/>
          </w:tcPr>
          <w:p>
            <w:r>
              <w:t>Not significant</w:t>
            </w:r>
          </w:p>
        </w:tc>
        <w:tc>
          <w:tcPr>
            <w:tcW w:type="dxa" w:w="1728"/>
          </w:tcPr>
          <w:p>
            <w:r>
              <w:t>497</w:t>
            </w:r>
          </w:p>
        </w:tc>
      </w:tr>
      <w:tr>
        <w:tc>
          <w:tcPr>
            <w:tcW w:type="dxa" w:w="1728"/>
          </w:tcPr>
          <w:p>
            <w:r>
              <w:t>0</w:t>
            </w:r>
          </w:p>
        </w:tc>
        <w:tc>
          <w:tcPr>
            <w:tcW w:type="dxa" w:w="1728"/>
          </w:tcPr>
          <w:p>
            <w:r>
              <w:t>0.5</w:t>
            </w:r>
          </w:p>
        </w:tc>
        <w:tc>
          <w:tcPr>
            <w:tcW w:type="dxa" w:w="1728"/>
          </w:tcPr>
          <w:p>
            <w:r>
              <w:t>not_significant</w:t>
            </w:r>
          </w:p>
        </w:tc>
        <w:tc>
          <w:tcPr>
            <w:tcW w:type="dxa" w:w="1728"/>
          </w:tcPr>
          <w:p>
            <w:r>
              <w:t>Not significant</w:t>
            </w:r>
          </w:p>
        </w:tc>
        <w:tc>
          <w:tcPr>
            <w:tcW w:type="dxa" w:w="1728"/>
          </w:tcPr>
          <w:p>
            <w:r>
              <w:t>132</w:t>
            </w:r>
          </w:p>
        </w:tc>
      </w:tr>
      <w:tr>
        <w:tc>
          <w:tcPr>
            <w:tcW w:type="dxa" w:w="1728"/>
          </w:tcPr>
          <w:p>
            <w:r>
              <w:t>0.5</w:t>
            </w:r>
          </w:p>
        </w:tc>
        <w:tc>
          <w:tcPr>
            <w:tcW w:type="dxa" w:w="1728"/>
          </w:tcPr>
          <w:p>
            <w:r>
              <w:t>1</w:t>
            </w:r>
          </w:p>
        </w:tc>
        <w:tc>
          <w:tcPr>
            <w:tcW w:type="dxa" w:w="1728"/>
          </w:tcPr>
          <w:p>
            <w:r>
              <w:t>not_significant</w:t>
            </w:r>
          </w:p>
        </w:tc>
        <w:tc>
          <w:tcPr>
            <w:tcW w:type="dxa" w:w="1728"/>
          </w:tcPr>
          <w:p>
            <w:r>
              <w:t>Not significant</w:t>
            </w:r>
          </w:p>
        </w:tc>
        <w:tc>
          <w:tcPr>
            <w:tcW w:type="dxa" w:w="1728"/>
          </w:tcPr>
          <w:p>
            <w:r>
              <w:t>71</w:t>
            </w:r>
          </w:p>
        </w:tc>
      </w:tr>
      <w:tr>
        <w:tc>
          <w:tcPr>
            <w:tcW w:type="dxa" w:w="1728"/>
          </w:tcPr>
          <w:p>
            <w:r>
              <w:t>1</w:t>
            </w:r>
          </w:p>
        </w:tc>
        <w:tc>
          <w:tcPr>
            <w:tcW w:type="dxa" w:w="1728"/>
          </w:tcPr>
          <w:p>
            <w:r>
              <w:t>1.5</w:t>
            </w:r>
          </w:p>
        </w:tc>
        <w:tc>
          <w:tcPr>
            <w:tcW w:type="dxa" w:w="1728"/>
          </w:tcPr>
          <w:p>
            <w:r>
              <w:t>not_significant</w:t>
            </w:r>
          </w:p>
        </w:tc>
        <w:tc>
          <w:tcPr>
            <w:tcW w:type="dxa" w:w="1728"/>
          </w:tcPr>
          <w:p>
            <w:r>
              <w:t>Not significant</w:t>
            </w:r>
          </w:p>
        </w:tc>
        <w:tc>
          <w:tcPr>
            <w:tcW w:type="dxa" w:w="1728"/>
          </w:tcPr>
          <w:p>
            <w:r>
              <w:t>12</w:t>
            </w:r>
          </w:p>
        </w:tc>
      </w:tr>
      <w:tr>
        <w:tc>
          <w:tcPr>
            <w:tcW w:type="dxa" w:w="1728"/>
          </w:tcPr>
          <w:p>
            <w:r>
              <w:t>1.5</w:t>
            </w:r>
          </w:p>
        </w:tc>
        <w:tc>
          <w:tcPr>
            <w:tcW w:type="dxa" w:w="1728"/>
          </w:tcPr>
          <w:p>
            <w:r>
              <w:t>2</w:t>
            </w:r>
          </w:p>
        </w:tc>
        <w:tc>
          <w:tcPr>
            <w:tcW w:type="dxa" w:w="1728"/>
          </w:tcPr>
          <w:p>
            <w:r>
              <w:t>hot_90</w:t>
            </w:r>
          </w:p>
        </w:tc>
        <w:tc>
          <w:tcPr>
            <w:tcW w:type="dxa" w:w="1728"/>
          </w:tcPr>
          <w:p>
            <w:r>
              <w:t>Hot spot, 90% confidence</w:t>
            </w:r>
          </w:p>
        </w:tc>
        <w:tc>
          <w:tcPr>
            <w:tcW w:type="dxa" w:w="1728"/>
          </w:tcPr>
          <w:p>
            <w:r>
              <w:t>6</w:t>
            </w:r>
          </w:p>
        </w:tc>
      </w:tr>
      <w:tr>
        <w:tc>
          <w:tcPr>
            <w:tcW w:type="dxa" w:w="1728"/>
          </w:tcPr>
          <w:p>
            <w:r>
              <w:t>1.5</w:t>
            </w:r>
          </w:p>
        </w:tc>
        <w:tc>
          <w:tcPr>
            <w:tcW w:type="dxa" w:w="1728"/>
          </w:tcPr>
          <w:p>
            <w:r>
              <w:t>2</w:t>
            </w:r>
          </w:p>
        </w:tc>
        <w:tc>
          <w:tcPr>
            <w:tcW w:type="dxa" w:w="1728"/>
          </w:tcPr>
          <w:p>
            <w:r>
              <w:t>not_significant</w:t>
            </w:r>
          </w:p>
        </w:tc>
        <w:tc>
          <w:tcPr>
            <w:tcW w:type="dxa" w:w="1728"/>
          </w:tcPr>
          <w:p>
            <w:r>
              <w:t>Not significant</w:t>
            </w:r>
          </w:p>
        </w:tc>
        <w:tc>
          <w:tcPr>
            <w:tcW w:type="dxa" w:w="1728"/>
          </w:tcPr>
          <w:p>
            <w:r>
              <w:t>4</w:t>
            </w:r>
          </w:p>
        </w:tc>
      </w:tr>
      <w:tr>
        <w:tc>
          <w:tcPr>
            <w:tcW w:type="dxa" w:w="1728"/>
          </w:tcPr>
          <w:p>
            <w:r>
              <w:t>3</w:t>
            </w:r>
          </w:p>
        </w:tc>
        <w:tc>
          <w:tcPr>
            <w:tcW w:type="dxa" w:w="1728"/>
          </w:tcPr>
          <w:p>
            <w:r>
              <w:t>3.5</w:t>
            </w:r>
          </w:p>
        </w:tc>
        <w:tc>
          <w:tcPr>
            <w:tcW w:type="dxa" w:w="1728"/>
          </w:tcPr>
          <w:p>
            <w:r>
              <w:t>hot_99</w:t>
            </w:r>
          </w:p>
        </w:tc>
        <w:tc>
          <w:tcPr>
            <w:tcW w:type="dxa" w:w="1728"/>
          </w:tcPr>
          <w:p>
            <w:r>
              <w:t>Hot spot, 99% confidence</w:t>
            </w:r>
          </w:p>
        </w:tc>
        <w:tc>
          <w:tcPr>
            <w:tcW w:type="dxa" w:w="1728"/>
          </w:tcPr>
          <w:p>
            <w:r>
              <w:t>2</w:t>
            </w:r>
          </w:p>
        </w:tc>
      </w:tr>
      <w:tr>
        <w:tc>
          <w:tcPr>
            <w:tcW w:type="dxa" w:w="1728"/>
          </w:tcPr>
          <w:p>
            <w:r>
              <w:t>3.5</w:t>
            </w:r>
          </w:p>
        </w:tc>
        <w:tc>
          <w:tcPr>
            <w:tcW w:type="dxa" w:w="1728"/>
          </w:tcPr>
          <w:p>
            <w:r>
              <w:t>4</w:t>
            </w:r>
          </w:p>
        </w:tc>
        <w:tc>
          <w:tcPr>
            <w:tcW w:type="dxa" w:w="1728"/>
          </w:tcPr>
          <w:p>
            <w:r>
              <w:t>hot_99</w:t>
            </w:r>
          </w:p>
        </w:tc>
        <w:tc>
          <w:tcPr>
            <w:tcW w:type="dxa" w:w="1728"/>
          </w:tcPr>
          <w:p>
            <w:r>
              <w:t>Hot spot, 99% confidence</w:t>
            </w:r>
          </w:p>
        </w:tc>
        <w:tc>
          <w:tcPr>
            <w:tcW w:type="dxa" w:w="1728"/>
          </w:tcPr>
          <w:p>
            <w:r>
              <w:t>3</w:t>
            </w:r>
          </w:p>
        </w:tc>
      </w:tr>
      <w:tr>
        <w:tc>
          <w:tcPr>
            <w:tcW w:type="dxa" w:w="1728"/>
          </w:tcPr>
          <w:p>
            <w:r>
              <w:t>4</w:t>
            </w:r>
          </w:p>
        </w:tc>
        <w:tc>
          <w:tcPr>
            <w:tcW w:type="dxa" w:w="1728"/>
          </w:tcPr>
          <w:p>
            <w:r>
              <w:t>4.5</w:t>
            </w:r>
          </w:p>
        </w:tc>
        <w:tc>
          <w:tcPr>
            <w:tcW w:type="dxa" w:w="1728"/>
          </w:tcPr>
          <w:p>
            <w:r>
              <w:t>hot_99</w:t>
            </w:r>
          </w:p>
        </w:tc>
        <w:tc>
          <w:tcPr>
            <w:tcW w:type="dxa" w:w="1728"/>
          </w:tcPr>
          <w:p>
            <w:r>
              <w:t>Hot spot, 99% confidence</w:t>
            </w:r>
          </w:p>
        </w:tc>
        <w:tc>
          <w:tcPr>
            <w:tcW w:type="dxa" w:w="1728"/>
          </w:tcPr>
          <w:p>
            <w:r>
              <w:t>6</w:t>
            </w:r>
          </w:p>
        </w:tc>
      </w:tr>
      <w:tr>
        <w:tc>
          <w:tcPr>
            <w:tcW w:type="dxa" w:w="1728"/>
          </w:tcPr>
          <w:p>
            <w:r>
              <w:t>4.5</w:t>
            </w:r>
          </w:p>
        </w:tc>
        <w:tc>
          <w:tcPr>
            <w:tcW w:type="dxa" w:w="1728"/>
          </w:tcPr>
          <w:p>
            <w:r>
              <w:t>5</w:t>
            </w:r>
          </w:p>
        </w:tc>
        <w:tc>
          <w:tcPr>
            <w:tcW w:type="dxa" w:w="1728"/>
          </w:tcPr>
          <w:p>
            <w:r>
              <w:t>hot_99</w:t>
            </w:r>
          </w:p>
        </w:tc>
        <w:tc>
          <w:tcPr>
            <w:tcW w:type="dxa" w:w="1728"/>
          </w:tcPr>
          <w:p>
            <w:r>
              <w:t>Hot spot, 99% confidence</w:t>
            </w:r>
          </w:p>
        </w:tc>
        <w:tc>
          <w:tcPr>
            <w:tcW w:type="dxa" w:w="1728"/>
          </w:tcPr>
          <w:p>
            <w:r>
              <w:t>5</w:t>
            </w:r>
          </w:p>
        </w:tc>
      </w:tr>
      <w:tr>
        <w:tc>
          <w:tcPr>
            <w:tcW w:type="dxa" w:w="1728"/>
          </w:tcPr>
          <w:p>
            <w:r>
              <w:t>5</w:t>
            </w:r>
          </w:p>
        </w:tc>
        <w:tc>
          <w:tcPr>
            <w:tcW w:type="dxa" w:w="1728"/>
          </w:tcPr>
          <w:p>
            <w:r>
              <w:t>5.5</w:t>
            </w:r>
          </w:p>
        </w:tc>
        <w:tc>
          <w:tcPr>
            <w:tcW w:type="dxa" w:w="1728"/>
          </w:tcPr>
          <w:p>
            <w:r>
              <w:t>hot_99</w:t>
            </w:r>
          </w:p>
        </w:tc>
        <w:tc>
          <w:tcPr>
            <w:tcW w:type="dxa" w:w="1728"/>
          </w:tcPr>
          <w:p>
            <w:r>
              <w:t>Hot spot, 99% confidence</w:t>
            </w:r>
          </w:p>
        </w:tc>
        <w:tc>
          <w:tcPr>
            <w:tcW w:type="dxa" w:w="1728"/>
          </w:tcPr>
          <w:p>
            <w:r>
              <w:t>2</w:t>
            </w:r>
          </w:p>
        </w:tc>
      </w:tr>
      <w:tr>
        <w:tc>
          <w:tcPr>
            <w:tcW w:type="dxa" w:w="1728"/>
          </w:tcPr>
          <w:p>
            <w:r>
              <w:t>5.5</w:t>
            </w:r>
          </w:p>
        </w:tc>
        <w:tc>
          <w:tcPr>
            <w:tcW w:type="dxa" w:w="1728"/>
          </w:tcPr>
          <w:p>
            <w:r>
              <w:t>6</w:t>
            </w:r>
          </w:p>
        </w:tc>
        <w:tc>
          <w:tcPr>
            <w:tcW w:type="dxa" w:w="1728"/>
          </w:tcPr>
          <w:p>
            <w:r>
              <w:t>hot_99</w:t>
            </w:r>
          </w:p>
        </w:tc>
        <w:tc>
          <w:tcPr>
            <w:tcW w:type="dxa" w:w="1728"/>
          </w:tcPr>
          <w:p>
            <w:r>
              <w:t>Hot spot, 99% confidence</w:t>
            </w:r>
          </w:p>
        </w:tc>
        <w:tc>
          <w:tcPr>
            <w:tcW w:type="dxa" w:w="1728"/>
          </w:tcPr>
          <w:p>
            <w:r>
              <w:t>7</w:t>
            </w:r>
          </w:p>
        </w:tc>
      </w:tr>
      <w:tr>
        <w:tc>
          <w:tcPr>
            <w:tcW w:type="dxa" w:w="1728"/>
          </w:tcPr>
          <w:p>
            <w:r>
              <w:t>6</w:t>
            </w:r>
          </w:p>
        </w:tc>
        <w:tc>
          <w:tcPr>
            <w:tcW w:type="dxa" w:w="1728"/>
          </w:tcPr>
          <w:p>
            <w:r>
              <w:t>6.5</w:t>
            </w:r>
          </w:p>
        </w:tc>
        <w:tc>
          <w:tcPr>
            <w:tcW w:type="dxa" w:w="1728"/>
          </w:tcPr>
          <w:p>
            <w:r>
              <w:t>hot_99</w:t>
            </w:r>
          </w:p>
        </w:tc>
        <w:tc>
          <w:tcPr>
            <w:tcW w:type="dxa" w:w="1728"/>
          </w:tcPr>
          <w:p>
            <w:r>
              <w:t>Hot spot, 99% confidence</w:t>
            </w:r>
          </w:p>
        </w:tc>
        <w:tc>
          <w:tcPr>
            <w:tcW w:type="dxa" w:w="1728"/>
          </w:tcPr>
          <w:p>
            <w:r>
              <w:t>1</w:t>
            </w:r>
          </w:p>
        </w:tc>
      </w:tr>
      <w:tr>
        <w:tc>
          <w:tcPr>
            <w:tcW w:type="dxa" w:w="1728"/>
          </w:tcPr>
          <w:p>
            <w:r>
              <w:t>6.5</w:t>
            </w:r>
          </w:p>
        </w:tc>
        <w:tc>
          <w:tcPr>
            <w:tcW w:type="dxa" w:w="1728"/>
          </w:tcPr>
          <w:p>
            <w:r>
              <w:t>7</w:t>
            </w:r>
          </w:p>
        </w:tc>
        <w:tc>
          <w:tcPr>
            <w:tcW w:type="dxa" w:w="1728"/>
          </w:tcPr>
          <w:p>
            <w:r>
              <w:t>hot_99</w:t>
            </w:r>
          </w:p>
        </w:tc>
        <w:tc>
          <w:tcPr>
            <w:tcW w:type="dxa" w:w="1728"/>
          </w:tcPr>
          <w:p>
            <w:r>
              <w:t>Hot spot, 99% confidence</w:t>
            </w:r>
          </w:p>
        </w:tc>
        <w:tc>
          <w:tcPr>
            <w:tcW w:type="dxa" w:w="1728"/>
          </w:tcPr>
          <w:p>
            <w:r>
              <w:t>1</w:t>
            </w:r>
          </w:p>
        </w:tc>
      </w:tr>
      <w:tr>
        <w:tc>
          <w:tcPr>
            <w:tcW w:type="dxa" w:w="1728"/>
          </w:tcPr>
          <w:p>
            <w:r>
              <w:t>8</w:t>
            </w:r>
          </w:p>
        </w:tc>
        <w:tc>
          <w:tcPr>
            <w:tcW w:type="dxa" w:w="1728"/>
          </w:tcPr>
          <w:p>
            <w:r>
              <w:t>8.5</w:t>
            </w:r>
          </w:p>
        </w:tc>
        <w:tc>
          <w:tcPr>
            <w:tcW w:type="dxa" w:w="1728"/>
          </w:tcPr>
          <w:p>
            <w:r>
              <w:t>hot_99</w:t>
            </w:r>
          </w:p>
        </w:tc>
        <w:tc>
          <w:tcPr>
            <w:tcW w:type="dxa" w:w="1728"/>
          </w:tcPr>
          <w:p>
            <w:r>
              <w:t>Hot spot, 99% confidence</w:t>
            </w:r>
          </w:p>
        </w:tc>
        <w:tc>
          <w:tcPr>
            <w:tcW w:type="dxa" w:w="1728"/>
          </w:tcPr>
          <w:p>
            <w:r>
              <w:t>1</w:t>
            </w:r>
          </w:p>
        </w:tc>
      </w:tr>
      <w:tr>
        <w:tc>
          <w:tcPr>
            <w:tcW w:type="dxa" w:w="1728"/>
          </w:tcPr>
          <w:p>
            <w:r>
              <w:t>8.5</w:t>
            </w:r>
          </w:p>
        </w:tc>
        <w:tc>
          <w:tcPr>
            <w:tcW w:type="dxa" w:w="1728"/>
          </w:tcPr>
          <w:p>
            <w:r>
              <w:t>9</w:t>
            </w:r>
          </w:p>
        </w:tc>
        <w:tc>
          <w:tcPr>
            <w:tcW w:type="dxa" w:w="1728"/>
          </w:tcPr>
          <w:p>
            <w:r>
              <w:t>hot_99</w:t>
            </w:r>
          </w:p>
        </w:tc>
        <w:tc>
          <w:tcPr>
            <w:tcW w:type="dxa" w:w="1728"/>
          </w:tcPr>
          <w:p>
            <w:r>
              <w:t>Hot spot, 99% confidence</w:t>
            </w:r>
          </w:p>
        </w:tc>
        <w:tc>
          <w:tcPr>
            <w:tcW w:type="dxa" w:w="1728"/>
          </w:tcPr>
          <w:p>
            <w:r>
              <w:t>1</w:t>
            </w:r>
          </w:p>
        </w:tc>
      </w:tr>
    </w:tbl>
    <w:p/>
    <w:p>
      <w:pPr>
        <w:pStyle w:val="Heading2"/>
      </w:pPr>
      <w:r>
        <w:t>Figure 27. Emerging hot spots: Crashes [71]</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-0.974</w:t>
            </w:r>
          </w:p>
        </w:tc>
        <w:tc>
          <w:tcPr>
            <w:tcW w:type="dxa" w:w="2880"/>
          </w:tcPr>
          <w:p>
            <w:r>
              <w:t>-0.3622</w:t>
            </w:r>
          </w:p>
        </w:tc>
        <w:tc>
          <w:tcPr>
            <w:tcW w:type="dxa" w:w="2880"/>
          </w:tcPr>
          <w:p>
            <w:r>
              <w:t>103</w:t>
            </w:r>
          </w:p>
        </w:tc>
      </w:tr>
      <w:tr>
        <w:tc>
          <w:tcPr>
            <w:tcW w:type="dxa" w:w="2880"/>
          </w:tcPr>
          <w:p>
            <w:r>
              <w:t>-0.3622</w:t>
            </w:r>
          </w:p>
        </w:tc>
        <w:tc>
          <w:tcPr>
            <w:tcW w:type="dxa" w:w="2880"/>
          </w:tcPr>
          <w:p>
            <w:r>
              <w:t>0.2496</w:t>
            </w:r>
          </w:p>
        </w:tc>
        <w:tc>
          <w:tcPr>
            <w:tcW w:type="dxa" w:w="2880"/>
          </w:tcPr>
          <w:p>
            <w:r>
              <w:t>146</w:t>
            </w:r>
          </w:p>
        </w:tc>
      </w:tr>
      <w:tr>
        <w:tc>
          <w:tcPr>
            <w:tcW w:type="dxa" w:w="2880"/>
          </w:tcPr>
          <w:p>
            <w:r>
              <w:t>0.2496</w:t>
            </w:r>
          </w:p>
        </w:tc>
        <w:tc>
          <w:tcPr>
            <w:tcW w:type="dxa" w:w="2880"/>
          </w:tcPr>
          <w:p>
            <w:r>
              <w:t>0.8614</w:t>
            </w:r>
          </w:p>
        </w:tc>
        <w:tc>
          <w:tcPr>
            <w:tcW w:type="dxa" w:w="2880"/>
          </w:tcPr>
          <w:p>
            <w:r>
              <w:t>66</w:t>
            </w:r>
          </w:p>
        </w:tc>
      </w:tr>
      <w:tr>
        <w:tc>
          <w:tcPr>
            <w:tcW w:type="dxa" w:w="2880"/>
          </w:tcPr>
          <w:p>
            <w:r>
              <w:t>0.8614</w:t>
            </w:r>
          </w:p>
        </w:tc>
        <w:tc>
          <w:tcPr>
            <w:tcW w:type="dxa" w:w="2880"/>
          </w:tcPr>
          <w:p>
            <w:r>
              <w:t>1.473</w:t>
            </w:r>
          </w:p>
        </w:tc>
        <w:tc>
          <w:tcPr>
            <w:tcW w:type="dxa" w:w="2880"/>
          </w:tcPr>
          <w:p>
            <w:r>
              <w:t>41</w:t>
            </w:r>
          </w:p>
        </w:tc>
      </w:tr>
      <w:tr>
        <w:tc>
          <w:tcPr>
            <w:tcW w:type="dxa" w:w="2880"/>
          </w:tcPr>
          <w:p>
            <w:r>
              <w:t>1.473</w:t>
            </w:r>
          </w:p>
        </w:tc>
        <w:tc>
          <w:tcPr>
            <w:tcW w:type="dxa" w:w="2880"/>
          </w:tcPr>
          <w:p>
            <w:r>
              <w:t>2.085</w:t>
            </w:r>
          </w:p>
        </w:tc>
        <w:tc>
          <w:tcPr>
            <w:tcW w:type="dxa" w:w="2880"/>
          </w:tcPr>
          <w:p>
            <w:r>
              <w:t>0</w:t>
            </w:r>
          </w:p>
        </w:tc>
      </w:tr>
      <w:tr>
        <w:tc>
          <w:tcPr>
            <w:tcW w:type="dxa" w:w="2880"/>
          </w:tcPr>
          <w:p>
            <w:r>
              <w:t>2.085</w:t>
            </w:r>
          </w:p>
        </w:tc>
        <w:tc>
          <w:tcPr>
            <w:tcW w:type="dxa" w:w="2880"/>
          </w:tcPr>
          <w:p>
            <w:r>
              <w:t>2.697</w:t>
            </w:r>
          </w:p>
        </w:tc>
        <w:tc>
          <w:tcPr>
            <w:tcW w:type="dxa" w:w="2880"/>
          </w:tcPr>
          <w:p>
            <w:r>
              <w:t>15</w:t>
            </w:r>
          </w:p>
        </w:tc>
      </w:tr>
      <w:tr>
        <w:tc>
          <w:tcPr>
            <w:tcW w:type="dxa" w:w="2880"/>
          </w:tcPr>
          <w:p>
            <w:r>
              <w:t>2.697</w:t>
            </w:r>
          </w:p>
        </w:tc>
        <w:tc>
          <w:tcPr>
            <w:tcW w:type="dxa" w:w="2880"/>
          </w:tcPr>
          <w:p>
            <w:r>
              <w:t>3.309</w:t>
            </w:r>
          </w:p>
        </w:tc>
        <w:tc>
          <w:tcPr>
            <w:tcW w:type="dxa" w:w="2880"/>
          </w:tcPr>
          <w:p>
            <w:r>
              <w:t>10</w:t>
            </w:r>
          </w:p>
        </w:tc>
      </w:tr>
      <w:tr>
        <w:tc>
          <w:tcPr>
            <w:tcW w:type="dxa" w:w="2880"/>
          </w:tcPr>
          <w:p>
            <w:r>
              <w:t>3.309</w:t>
            </w:r>
          </w:p>
        </w:tc>
        <w:tc>
          <w:tcPr>
            <w:tcW w:type="dxa" w:w="2880"/>
          </w:tcPr>
          <w:p>
            <w:r>
              <w:t>3.92</w:t>
            </w:r>
          </w:p>
        </w:tc>
        <w:tc>
          <w:tcPr>
            <w:tcW w:type="dxa" w:w="2880"/>
          </w:tcPr>
          <w:p>
            <w:r>
              <w:t>3</w:t>
            </w:r>
          </w:p>
        </w:tc>
      </w:tr>
      <w:tr>
        <w:tc>
          <w:tcPr>
            <w:tcW w:type="dxa" w:w="2880"/>
          </w:tcPr>
          <w:p>
            <w:r>
              <w:t>3.92</w:t>
            </w:r>
          </w:p>
        </w:tc>
        <w:tc>
          <w:tcPr>
            <w:tcW w:type="dxa" w:w="2880"/>
          </w:tcPr>
          <w:p>
            <w:r>
              <w:t>4.532</w:t>
            </w:r>
          </w:p>
        </w:tc>
        <w:tc>
          <w:tcPr>
            <w:tcW w:type="dxa" w:w="2880"/>
          </w:tcPr>
          <w:p>
            <w:r>
              <w:t>6</w:t>
            </w:r>
          </w:p>
        </w:tc>
      </w:tr>
      <w:tr>
        <w:tc>
          <w:tcPr>
            <w:tcW w:type="dxa" w:w="2880"/>
          </w:tcPr>
          <w:p>
            <w:r>
              <w:t>4.532</w:t>
            </w:r>
          </w:p>
        </w:tc>
        <w:tc>
          <w:tcPr>
            <w:tcW w:type="dxa" w:w="2880"/>
          </w:tcPr>
          <w:p>
            <w:r>
              <w:t>5.144</w:t>
            </w:r>
          </w:p>
        </w:tc>
        <w:tc>
          <w:tcPr>
            <w:tcW w:type="dxa" w:w="2880"/>
          </w:tcPr>
          <w:p>
            <w:r>
              <w:t>1</w:t>
            </w:r>
          </w:p>
        </w:tc>
      </w:tr>
    </w:tbl>
    <w:p/>
    <w:p>
      <w:pPr>
        <w:pStyle w:val="Heading2"/>
      </w:pPr>
      <w:r>
        <w:t>Figure 28. Emerging hot spots: Traffic calming [72]</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-0.666</w:t>
            </w:r>
          </w:p>
        </w:tc>
        <w:tc>
          <w:tcPr>
            <w:tcW w:type="dxa" w:w="2880"/>
          </w:tcPr>
          <w:p>
            <w:r>
              <w:t>-0.3214</w:t>
            </w:r>
          </w:p>
        </w:tc>
        <w:tc>
          <w:tcPr>
            <w:tcW w:type="dxa" w:w="2880"/>
          </w:tcPr>
          <w:p>
            <w:r>
              <w:t>7</w:t>
            </w:r>
          </w:p>
        </w:tc>
      </w:tr>
      <w:tr>
        <w:tc>
          <w:tcPr>
            <w:tcW w:type="dxa" w:w="2880"/>
          </w:tcPr>
          <w:p>
            <w:r>
              <w:t>-0.3214</w:t>
            </w:r>
          </w:p>
        </w:tc>
        <w:tc>
          <w:tcPr>
            <w:tcW w:type="dxa" w:w="2880"/>
          </w:tcPr>
          <w:p>
            <w:r>
              <w:t>0.0232</w:t>
            </w:r>
          </w:p>
        </w:tc>
        <w:tc>
          <w:tcPr>
            <w:tcW w:type="dxa" w:w="2880"/>
          </w:tcPr>
          <w:p>
            <w:r>
              <w:t>0</w:t>
            </w:r>
          </w:p>
        </w:tc>
      </w:tr>
      <w:tr>
        <w:tc>
          <w:tcPr>
            <w:tcW w:type="dxa" w:w="2880"/>
          </w:tcPr>
          <w:p>
            <w:r>
              <w:t>0.0232</w:t>
            </w:r>
          </w:p>
        </w:tc>
        <w:tc>
          <w:tcPr>
            <w:tcW w:type="dxa" w:w="2880"/>
          </w:tcPr>
          <w:p>
            <w:r>
              <w:t>0.3678</w:t>
            </w:r>
          </w:p>
        </w:tc>
        <w:tc>
          <w:tcPr>
            <w:tcW w:type="dxa" w:w="2880"/>
          </w:tcPr>
          <w:p>
            <w:r>
              <w:t>0</w:t>
            </w:r>
          </w:p>
        </w:tc>
      </w:tr>
      <w:tr>
        <w:tc>
          <w:tcPr>
            <w:tcW w:type="dxa" w:w="2880"/>
          </w:tcPr>
          <w:p>
            <w:r>
              <w:t>0.3678</w:t>
            </w:r>
          </w:p>
        </w:tc>
        <w:tc>
          <w:tcPr>
            <w:tcW w:type="dxa" w:w="2880"/>
          </w:tcPr>
          <w:p>
            <w:r>
              <w:t>0.7124</w:t>
            </w:r>
          </w:p>
        </w:tc>
        <w:tc>
          <w:tcPr>
            <w:tcW w:type="dxa" w:w="2880"/>
          </w:tcPr>
          <w:p>
            <w:r>
              <w:t>5</w:t>
            </w:r>
          </w:p>
        </w:tc>
      </w:tr>
      <w:tr>
        <w:tc>
          <w:tcPr>
            <w:tcW w:type="dxa" w:w="2880"/>
          </w:tcPr>
          <w:p>
            <w:r>
              <w:t>0.7124</w:t>
            </w:r>
          </w:p>
        </w:tc>
        <w:tc>
          <w:tcPr>
            <w:tcW w:type="dxa" w:w="2880"/>
          </w:tcPr>
          <w:p>
            <w:r>
              <w:t>1.057</w:t>
            </w:r>
          </w:p>
        </w:tc>
        <w:tc>
          <w:tcPr>
            <w:tcW w:type="dxa" w:w="2880"/>
          </w:tcPr>
          <w:p>
            <w:r>
              <w:t>2</w:t>
            </w:r>
          </w:p>
        </w:tc>
      </w:tr>
    </w:tbl>
    <w:p/>
    <w:p>
      <w:pPr>
        <w:pStyle w:val="Heading2"/>
      </w:pPr>
      <w:r>
        <w:t>Figure 29. Summarize within: Traffic districts [73]</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0</w:t>
            </w:r>
          </w:p>
        </w:tc>
        <w:tc>
          <w:tcPr>
            <w:tcW w:type="dxa" w:w="2880"/>
          </w:tcPr>
          <w:p>
            <w:r>
              <w:t>1.2</w:t>
            </w:r>
          </w:p>
        </w:tc>
        <w:tc>
          <w:tcPr>
            <w:tcW w:type="dxa" w:w="2880"/>
          </w:tcPr>
          <w:p>
            <w:r>
              <w:t>2</w:t>
            </w:r>
          </w:p>
        </w:tc>
      </w:tr>
      <w:tr>
        <w:tc>
          <w:tcPr>
            <w:tcW w:type="dxa" w:w="2880"/>
          </w:tcPr>
          <w:p>
            <w:r>
              <w:t>1.2</w:t>
            </w:r>
          </w:p>
        </w:tc>
        <w:tc>
          <w:tcPr>
            <w:tcW w:type="dxa" w:w="2880"/>
          </w:tcPr>
          <w:p>
            <w:r>
              <w:t>2.4</w:t>
            </w:r>
          </w:p>
        </w:tc>
        <w:tc>
          <w:tcPr>
            <w:tcW w:type="dxa" w:w="2880"/>
          </w:tcPr>
          <w:p>
            <w:r>
              <w:t>1</w:t>
            </w:r>
          </w:p>
        </w:tc>
      </w:tr>
      <w:tr>
        <w:tc>
          <w:tcPr>
            <w:tcW w:type="dxa" w:w="2880"/>
          </w:tcPr>
          <w:p>
            <w:r>
              <w:t>2.4</w:t>
            </w:r>
          </w:p>
        </w:tc>
        <w:tc>
          <w:tcPr>
            <w:tcW w:type="dxa" w:w="2880"/>
          </w:tcPr>
          <w:p>
            <w:r>
              <w:t>3.6</w:t>
            </w:r>
          </w:p>
        </w:tc>
        <w:tc>
          <w:tcPr>
            <w:tcW w:type="dxa" w:w="2880"/>
          </w:tcPr>
          <w:p>
            <w:r>
              <w:t>3</w:t>
            </w:r>
          </w:p>
        </w:tc>
      </w:tr>
      <w:tr>
        <w:tc>
          <w:tcPr>
            <w:tcW w:type="dxa" w:w="2880"/>
          </w:tcPr>
          <w:p>
            <w:r>
              <w:t>3.6</w:t>
            </w:r>
          </w:p>
        </w:tc>
        <w:tc>
          <w:tcPr>
            <w:tcW w:type="dxa" w:w="2880"/>
          </w:tcPr>
          <w:p>
            <w:r>
              <w:t>4.8</w:t>
            </w:r>
          </w:p>
        </w:tc>
        <w:tc>
          <w:tcPr>
            <w:tcW w:type="dxa" w:w="2880"/>
          </w:tcPr>
          <w:p>
            <w:r>
              <w:t>4</w:t>
            </w:r>
          </w:p>
        </w:tc>
      </w:tr>
      <w:tr>
        <w:tc>
          <w:tcPr>
            <w:tcW w:type="dxa" w:w="2880"/>
          </w:tcPr>
          <w:p>
            <w:r>
              <w:t>4.8</w:t>
            </w:r>
          </w:p>
        </w:tc>
        <w:tc>
          <w:tcPr>
            <w:tcW w:type="dxa" w:w="2880"/>
          </w:tcPr>
          <w:p>
            <w:r>
              <w:t>6</w:t>
            </w:r>
          </w:p>
        </w:tc>
        <w:tc>
          <w:tcPr>
            <w:tcW w:type="dxa" w:w="2880"/>
          </w:tcPr>
          <w:p>
            <w:r>
              <w:t>2</w:t>
            </w:r>
          </w:p>
        </w:tc>
      </w:tr>
    </w:tbl>
    <w:p/>
    <w:p>
      <w:pPr>
        <w:pStyle w:val="Heading2"/>
      </w:pPr>
      <w:r>
        <w:t>Figure 30. Summarize within: Traffic districts [74]</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45</w:t>
            </w:r>
          </w:p>
        </w:tc>
        <w:tc>
          <w:tcPr>
            <w:tcW w:type="dxa" w:w="2880"/>
          </w:tcPr>
          <w:p>
            <w:r>
              <w:t>134.2</w:t>
            </w:r>
          </w:p>
        </w:tc>
        <w:tc>
          <w:tcPr>
            <w:tcW w:type="dxa" w:w="2880"/>
          </w:tcPr>
          <w:p>
            <w:r>
              <w:t>4</w:t>
            </w:r>
          </w:p>
        </w:tc>
      </w:tr>
      <w:tr>
        <w:tc>
          <w:tcPr>
            <w:tcW w:type="dxa" w:w="2880"/>
          </w:tcPr>
          <w:p>
            <w:r>
              <w:t>134.2</w:t>
            </w:r>
          </w:p>
        </w:tc>
        <w:tc>
          <w:tcPr>
            <w:tcW w:type="dxa" w:w="2880"/>
          </w:tcPr>
          <w:p>
            <w:r>
              <w:t>223.4</w:t>
            </w:r>
          </w:p>
        </w:tc>
        <w:tc>
          <w:tcPr>
            <w:tcW w:type="dxa" w:w="2880"/>
          </w:tcPr>
          <w:p>
            <w:r>
              <w:t>5</w:t>
            </w:r>
          </w:p>
        </w:tc>
      </w:tr>
      <w:tr>
        <w:tc>
          <w:tcPr>
            <w:tcW w:type="dxa" w:w="2880"/>
          </w:tcPr>
          <w:p>
            <w:r>
              <w:t>223.4</w:t>
            </w:r>
          </w:p>
        </w:tc>
        <w:tc>
          <w:tcPr>
            <w:tcW w:type="dxa" w:w="2880"/>
          </w:tcPr>
          <w:p>
            <w:r>
              <w:t>312.6</w:t>
            </w:r>
          </w:p>
        </w:tc>
        <w:tc>
          <w:tcPr>
            <w:tcW w:type="dxa" w:w="2880"/>
          </w:tcPr>
          <w:p>
            <w:r>
              <w:t>2</w:t>
            </w:r>
          </w:p>
        </w:tc>
      </w:tr>
      <w:tr>
        <w:tc>
          <w:tcPr>
            <w:tcW w:type="dxa" w:w="2880"/>
          </w:tcPr>
          <w:p>
            <w:r>
              <w:t>312.6</w:t>
            </w:r>
          </w:p>
        </w:tc>
        <w:tc>
          <w:tcPr>
            <w:tcW w:type="dxa" w:w="2880"/>
          </w:tcPr>
          <w:p>
            <w:r>
              <w:t>401.8</w:t>
            </w:r>
          </w:p>
        </w:tc>
        <w:tc>
          <w:tcPr>
            <w:tcW w:type="dxa" w:w="2880"/>
          </w:tcPr>
          <w:p>
            <w:r>
              <w:t>0</w:t>
            </w:r>
          </w:p>
        </w:tc>
      </w:tr>
      <w:tr>
        <w:tc>
          <w:tcPr>
            <w:tcW w:type="dxa" w:w="2880"/>
          </w:tcPr>
          <w:p>
            <w:r>
              <w:t>401.8</w:t>
            </w:r>
          </w:p>
        </w:tc>
        <w:tc>
          <w:tcPr>
            <w:tcW w:type="dxa" w:w="2880"/>
          </w:tcPr>
          <w:p>
            <w:r>
              <w:t>491</w:t>
            </w:r>
          </w:p>
        </w:tc>
        <w:tc>
          <w:tcPr>
            <w:tcW w:type="dxa" w:w="2880"/>
          </w:tcPr>
          <w:p>
            <w:r>
              <w:t>1</w:t>
            </w:r>
          </w:p>
        </w:tc>
      </w:tr>
    </w:tbl>
    <w:p/>
    <w:p>
      <w:pPr>
        <w:pStyle w:val="Heading2"/>
      </w:pPr>
      <w:r>
        <w:t>Figure 31. Find point clusters: Schools [75]</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t>cluster</w:t>
            </w:r>
          </w:p>
        </w:tc>
        <w:tc>
          <w:tcPr>
            <w:tcW w:type="dxa" w:w="2160"/>
          </w:tcPr>
          <w:p>
            <w:r>
              <w:t>features</w:t>
            </w:r>
          </w:p>
        </w:tc>
        <w:tc>
          <w:tcPr>
            <w:tcW w:type="dxa" w:w="2160"/>
          </w:tcPr>
          <w:p>
            <w:r>
              <w:t>fraction</w:t>
            </w:r>
          </w:p>
        </w:tc>
        <w:tc>
          <w:tcPr>
            <w:tcW w:type="dxa" w:w="2160"/>
          </w:tcPr>
          <w:p>
            <w:r>
              <w:t>share</w:t>
            </w:r>
          </w:p>
        </w:tc>
      </w:tr>
      <w:tr>
        <w:tc>
          <w:tcPr>
            <w:tcW w:type="dxa" w:w="2160"/>
          </w:tcPr>
          <w:p>
            <w:r>
              <w:t>0</w:t>
            </w:r>
          </w:p>
        </w:tc>
        <w:tc>
          <w:tcPr>
            <w:tcW w:type="dxa" w:w="2160"/>
          </w:tcPr>
          <w:p>
            <w:r>
              <w:t>20</w:t>
            </w:r>
          </w:p>
        </w:tc>
        <w:tc>
          <w:tcPr>
            <w:tcW w:type="dxa" w:w="2160"/>
          </w:tcPr>
          <w:p>
            <w:r>
              <w:t>0.5</w:t>
            </w:r>
          </w:p>
        </w:tc>
        <w:tc>
          <w:tcPr>
            <w:tcW w:type="dxa" w:w="2160"/>
          </w:tcPr>
          <w:p>
            <w:r>
              <w:t>50.0%</w:t>
            </w:r>
          </w:p>
        </w:tc>
      </w:tr>
      <w:tr>
        <w:tc>
          <w:tcPr>
            <w:tcW w:type="dxa" w:w="2160"/>
          </w:tcPr>
          <w:p>
            <w:r>
              <w:t>1</w:t>
            </w:r>
          </w:p>
        </w:tc>
        <w:tc>
          <w:tcPr>
            <w:tcW w:type="dxa" w:w="2160"/>
          </w:tcPr>
          <w:p>
            <w:r>
              <w:t>10</w:t>
            </w:r>
          </w:p>
        </w:tc>
        <w:tc>
          <w:tcPr>
            <w:tcW w:type="dxa" w:w="2160"/>
          </w:tcPr>
          <w:p>
            <w:r>
              <w:t>0.25</w:t>
            </w:r>
          </w:p>
        </w:tc>
        <w:tc>
          <w:tcPr>
            <w:tcW w:type="dxa" w:w="2160"/>
          </w:tcPr>
          <w:p>
            <w:r>
              <w:t>25.0%</w:t>
            </w:r>
          </w:p>
        </w:tc>
      </w:tr>
      <w:tr>
        <w:tc>
          <w:tcPr>
            <w:tcW w:type="dxa" w:w="2160"/>
          </w:tcPr>
          <w:p>
            <w:r>
              <w:t>2</w:t>
            </w:r>
          </w:p>
        </w:tc>
        <w:tc>
          <w:tcPr>
            <w:tcW w:type="dxa" w:w="2160"/>
          </w:tcPr>
          <w:p>
            <w:r>
              <w:t>7</w:t>
            </w:r>
          </w:p>
        </w:tc>
        <w:tc>
          <w:tcPr>
            <w:tcW w:type="dxa" w:w="2160"/>
          </w:tcPr>
          <w:p>
            <w:r>
              <w:t>0.175</w:t>
            </w:r>
          </w:p>
        </w:tc>
        <w:tc>
          <w:tcPr>
            <w:tcW w:type="dxa" w:w="2160"/>
          </w:tcPr>
          <w:p>
            <w:r>
              <w:t>17.5%</w:t>
            </w:r>
          </w:p>
        </w:tc>
      </w:tr>
      <w:tr>
        <w:tc>
          <w:tcPr>
            <w:tcW w:type="dxa" w:w="2160"/>
          </w:tcPr>
          <w:p>
            <w:r>
              <w:t>Noise</w:t>
            </w:r>
          </w:p>
        </w:tc>
        <w:tc>
          <w:tcPr>
            <w:tcW w:type="dxa" w:w="2160"/>
          </w:tcPr>
          <w:p>
            <w:r>
              <w:t>3</w:t>
            </w:r>
          </w:p>
        </w:tc>
        <w:tc>
          <w:tcPr>
            <w:tcW w:type="dxa" w:w="2160"/>
          </w:tcPr>
          <w:p>
            <w:r>
              <w:t>0.075</w:t>
            </w:r>
          </w:p>
        </w:tc>
        <w:tc>
          <w:tcPr>
            <w:tcW w:type="dxa" w:w="2160"/>
          </w:tcPr>
          <w:p>
            <w:r>
              <w:t>7.5%</w:t>
            </w:r>
          </w:p>
        </w:tc>
      </w:tr>
    </w:tbl>
    <w:p/>
    <w:p>
      <w:pPr>
        <w:pStyle w:val="Heading2"/>
      </w:pPr>
      <w:r>
        <w:t>Figure 32. Find point clusters: cluster hulls [76]</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t>cluster</w:t>
            </w:r>
          </w:p>
        </w:tc>
        <w:tc>
          <w:tcPr>
            <w:tcW w:type="dxa" w:w="2160"/>
          </w:tcPr>
          <w:p>
            <w:r>
              <w:t>features</w:t>
            </w:r>
          </w:p>
        </w:tc>
        <w:tc>
          <w:tcPr>
            <w:tcW w:type="dxa" w:w="2160"/>
          </w:tcPr>
          <w:p>
            <w:r>
              <w:t>fraction</w:t>
            </w:r>
          </w:p>
        </w:tc>
        <w:tc>
          <w:tcPr>
            <w:tcW w:type="dxa" w:w="2160"/>
          </w:tcPr>
          <w:p>
            <w:r>
              <w:t>share</w:t>
            </w:r>
          </w:p>
        </w:tc>
      </w:tr>
      <w:tr>
        <w:tc>
          <w:tcPr>
            <w:tcW w:type="dxa" w:w="2160"/>
          </w:tcPr>
          <w:p>
            <w:r>
              <w:t>0</w:t>
            </w:r>
          </w:p>
        </w:tc>
        <w:tc>
          <w:tcPr>
            <w:tcW w:type="dxa" w:w="2160"/>
          </w:tcPr>
          <w:p>
            <w:r>
              <w:t>1</w:t>
            </w:r>
          </w:p>
        </w:tc>
        <w:tc>
          <w:tcPr>
            <w:tcW w:type="dxa" w:w="2160"/>
          </w:tcPr>
          <w:p>
            <w:r>
              <w:t>0.3333</w:t>
            </w:r>
          </w:p>
        </w:tc>
        <w:tc>
          <w:tcPr>
            <w:tcW w:type="dxa" w:w="2160"/>
          </w:tcPr>
          <w:p>
            <w:r>
              <w:t>33.3%</w:t>
            </w:r>
          </w:p>
        </w:tc>
      </w:tr>
      <w:tr>
        <w:tc>
          <w:tcPr>
            <w:tcW w:type="dxa" w:w="2160"/>
          </w:tcPr>
          <w:p>
            <w:r>
              <w:t>1</w:t>
            </w:r>
          </w:p>
        </w:tc>
        <w:tc>
          <w:tcPr>
            <w:tcW w:type="dxa" w:w="2160"/>
          </w:tcPr>
          <w:p>
            <w:r>
              <w:t>1</w:t>
            </w:r>
          </w:p>
        </w:tc>
        <w:tc>
          <w:tcPr>
            <w:tcW w:type="dxa" w:w="2160"/>
          </w:tcPr>
          <w:p>
            <w:r>
              <w:t>0.3333</w:t>
            </w:r>
          </w:p>
        </w:tc>
        <w:tc>
          <w:tcPr>
            <w:tcW w:type="dxa" w:w="2160"/>
          </w:tcPr>
          <w:p>
            <w:r>
              <w:t>33.3%</w:t>
            </w:r>
          </w:p>
        </w:tc>
      </w:tr>
      <w:tr>
        <w:tc>
          <w:tcPr>
            <w:tcW w:type="dxa" w:w="2160"/>
          </w:tcPr>
          <w:p>
            <w:r>
              <w:t>2</w:t>
            </w:r>
          </w:p>
        </w:tc>
        <w:tc>
          <w:tcPr>
            <w:tcW w:type="dxa" w:w="2160"/>
          </w:tcPr>
          <w:p>
            <w:r>
              <w:t>1</w:t>
            </w:r>
          </w:p>
        </w:tc>
        <w:tc>
          <w:tcPr>
            <w:tcW w:type="dxa" w:w="2160"/>
          </w:tcPr>
          <w:p>
            <w:r>
              <w:t>0.3333</w:t>
            </w:r>
          </w:p>
        </w:tc>
        <w:tc>
          <w:tcPr>
            <w:tcW w:type="dxa" w:w="2160"/>
          </w:tcPr>
          <w:p>
            <w:r>
              <w:t>33.3%</w:t>
            </w:r>
          </w:p>
        </w:tc>
      </w:tr>
    </w:tbl>
    <w:p/>
    <w:p>
      <w:pPr>
        <w:pStyle w:val="Heading2"/>
      </w:pPr>
      <w:r>
        <w:t>Figure 33. Find point clusters: Crashes [77]</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t>cluster</w:t>
            </w:r>
          </w:p>
        </w:tc>
        <w:tc>
          <w:tcPr>
            <w:tcW w:type="dxa" w:w="2160"/>
          </w:tcPr>
          <w:p>
            <w:r>
              <w:t>features</w:t>
            </w:r>
          </w:p>
        </w:tc>
        <w:tc>
          <w:tcPr>
            <w:tcW w:type="dxa" w:w="2160"/>
          </w:tcPr>
          <w:p>
            <w:r>
              <w:t>fraction</w:t>
            </w:r>
          </w:p>
        </w:tc>
        <w:tc>
          <w:tcPr>
            <w:tcW w:type="dxa" w:w="2160"/>
          </w:tcPr>
          <w:p>
            <w:r>
              <w:t>share</w:t>
            </w:r>
          </w:p>
        </w:tc>
      </w:tr>
      <w:tr>
        <w:tc>
          <w:tcPr>
            <w:tcW w:type="dxa" w:w="2160"/>
          </w:tcPr>
          <w:p>
            <w:r>
              <w:t>Noise</w:t>
            </w:r>
          </w:p>
        </w:tc>
        <w:tc>
          <w:tcPr>
            <w:tcW w:type="dxa" w:w="2160"/>
          </w:tcPr>
          <w:p>
            <w:r>
              <w:t>1,422</w:t>
            </w:r>
          </w:p>
        </w:tc>
        <w:tc>
          <w:tcPr>
            <w:tcW w:type="dxa" w:w="2160"/>
          </w:tcPr>
          <w:p>
            <w:r>
              <w:t>0.6771</w:t>
            </w:r>
          </w:p>
        </w:tc>
        <w:tc>
          <w:tcPr>
            <w:tcW w:type="dxa" w:w="2160"/>
          </w:tcPr>
          <w:p>
            <w:r>
              <w:t>67.7%</w:t>
            </w:r>
          </w:p>
        </w:tc>
      </w:tr>
      <w:tr>
        <w:tc>
          <w:tcPr>
            <w:tcW w:type="dxa" w:w="2160"/>
          </w:tcPr>
          <w:p>
            <w:r>
              <w:t>0</w:t>
            </w:r>
          </w:p>
        </w:tc>
        <w:tc>
          <w:tcPr>
            <w:tcW w:type="dxa" w:w="2160"/>
          </w:tcPr>
          <w:p>
            <w:r>
              <w:t>609</w:t>
            </w:r>
          </w:p>
        </w:tc>
        <w:tc>
          <w:tcPr>
            <w:tcW w:type="dxa" w:w="2160"/>
          </w:tcPr>
          <w:p>
            <w:r>
              <w:t>0.29</w:t>
            </w:r>
          </w:p>
        </w:tc>
        <w:tc>
          <w:tcPr>
            <w:tcW w:type="dxa" w:w="2160"/>
          </w:tcPr>
          <w:p>
            <w:r>
              <w:t>29.0%</w:t>
            </w:r>
          </w:p>
        </w:tc>
      </w:tr>
      <w:tr>
        <w:tc>
          <w:tcPr>
            <w:tcW w:type="dxa" w:w="2160"/>
          </w:tcPr>
          <w:p>
            <w:r>
              <w:t>1</w:t>
            </w:r>
          </w:p>
        </w:tc>
        <w:tc>
          <w:tcPr>
            <w:tcW w:type="dxa" w:w="2160"/>
          </w:tcPr>
          <w:p>
            <w:r>
              <w:t>69</w:t>
            </w:r>
          </w:p>
        </w:tc>
        <w:tc>
          <w:tcPr>
            <w:tcW w:type="dxa" w:w="2160"/>
          </w:tcPr>
          <w:p>
            <w:r>
              <w:t>0.03286</w:t>
            </w:r>
          </w:p>
        </w:tc>
        <w:tc>
          <w:tcPr>
            <w:tcW w:type="dxa" w:w="2160"/>
          </w:tcPr>
          <w:p>
            <w:r>
              <w:t>3.3%</w:t>
            </w:r>
          </w:p>
        </w:tc>
      </w:tr>
    </w:tbl>
    <w:p/>
    <w:p>
      <w:pPr>
        <w:pStyle w:val="Heading2"/>
      </w:pPr>
      <w:r>
        <w:t>Figure 34. Find point clusters: cluster hulls [78]</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t>cluster</w:t>
            </w:r>
          </w:p>
        </w:tc>
        <w:tc>
          <w:tcPr>
            <w:tcW w:type="dxa" w:w="2160"/>
          </w:tcPr>
          <w:p>
            <w:r>
              <w:t>features</w:t>
            </w:r>
          </w:p>
        </w:tc>
        <w:tc>
          <w:tcPr>
            <w:tcW w:type="dxa" w:w="2160"/>
          </w:tcPr>
          <w:p>
            <w:r>
              <w:t>fraction</w:t>
            </w:r>
          </w:p>
        </w:tc>
        <w:tc>
          <w:tcPr>
            <w:tcW w:type="dxa" w:w="2160"/>
          </w:tcPr>
          <w:p>
            <w:r>
              <w:t>share</w:t>
            </w:r>
          </w:p>
        </w:tc>
      </w:tr>
      <w:tr>
        <w:tc>
          <w:tcPr>
            <w:tcW w:type="dxa" w:w="2160"/>
          </w:tcPr>
          <w:p>
            <w:r>
              <w:t>0</w:t>
            </w:r>
          </w:p>
        </w:tc>
        <w:tc>
          <w:tcPr>
            <w:tcW w:type="dxa" w:w="2160"/>
          </w:tcPr>
          <w:p>
            <w:r>
              <w:t>1</w:t>
            </w:r>
          </w:p>
        </w:tc>
        <w:tc>
          <w:tcPr>
            <w:tcW w:type="dxa" w:w="2160"/>
          </w:tcPr>
          <w:p>
            <w:r>
              <w:t>0.5</w:t>
            </w:r>
          </w:p>
        </w:tc>
        <w:tc>
          <w:tcPr>
            <w:tcW w:type="dxa" w:w="2160"/>
          </w:tcPr>
          <w:p>
            <w:r>
              <w:t>50.0%</w:t>
            </w:r>
          </w:p>
        </w:tc>
      </w:tr>
      <w:tr>
        <w:tc>
          <w:tcPr>
            <w:tcW w:type="dxa" w:w="2160"/>
          </w:tcPr>
          <w:p>
            <w:r>
              <w:t>1</w:t>
            </w:r>
          </w:p>
        </w:tc>
        <w:tc>
          <w:tcPr>
            <w:tcW w:type="dxa" w:w="2160"/>
          </w:tcPr>
          <w:p>
            <w:r>
              <w:t>1</w:t>
            </w:r>
          </w:p>
        </w:tc>
        <w:tc>
          <w:tcPr>
            <w:tcW w:type="dxa" w:w="2160"/>
          </w:tcPr>
          <w:p>
            <w:r>
              <w:t>0.5</w:t>
            </w:r>
          </w:p>
        </w:tc>
        <w:tc>
          <w:tcPr>
            <w:tcW w:type="dxa" w:w="2160"/>
          </w:tcPr>
          <w:p>
            <w:r>
              <w:t>50.0%</w:t>
            </w:r>
          </w:p>
        </w:tc>
      </w:tr>
    </w:tbl>
    <w:p/>
    <w:p>
      <w:pPr>
        <w:pStyle w:val="Heading2"/>
      </w:pPr>
      <w:r>
        <w:t>Figure 35. Find point clusters: Pedestrian crossings [79]</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t>cluster</w:t>
            </w:r>
          </w:p>
        </w:tc>
        <w:tc>
          <w:tcPr>
            <w:tcW w:type="dxa" w:w="2160"/>
          </w:tcPr>
          <w:p>
            <w:r>
              <w:t>features</w:t>
            </w:r>
          </w:p>
        </w:tc>
        <w:tc>
          <w:tcPr>
            <w:tcW w:type="dxa" w:w="2160"/>
          </w:tcPr>
          <w:p>
            <w:r>
              <w:t>fraction</w:t>
            </w:r>
          </w:p>
        </w:tc>
        <w:tc>
          <w:tcPr>
            <w:tcW w:type="dxa" w:w="2160"/>
          </w:tcPr>
          <w:p>
            <w:r>
              <w:t>share</w:t>
            </w:r>
          </w:p>
        </w:tc>
      </w:tr>
      <w:tr>
        <w:tc>
          <w:tcPr>
            <w:tcW w:type="dxa" w:w="2160"/>
          </w:tcPr>
          <w:p>
            <w:r>
              <w:t>Noise</w:t>
            </w:r>
          </w:p>
        </w:tc>
        <w:tc>
          <w:tcPr>
            <w:tcW w:type="dxa" w:w="2160"/>
          </w:tcPr>
          <w:p>
            <w:r>
              <w:t>53</w:t>
            </w:r>
          </w:p>
        </w:tc>
        <w:tc>
          <w:tcPr>
            <w:tcW w:type="dxa" w:w="2160"/>
          </w:tcPr>
          <w:p>
            <w:r>
              <w:t>0.265</w:t>
            </w:r>
          </w:p>
        </w:tc>
        <w:tc>
          <w:tcPr>
            <w:tcW w:type="dxa" w:w="2160"/>
          </w:tcPr>
          <w:p>
            <w:r>
              <w:t>26.5%</w:t>
            </w:r>
          </w:p>
        </w:tc>
      </w:tr>
      <w:tr>
        <w:tc>
          <w:tcPr>
            <w:tcW w:type="dxa" w:w="2160"/>
          </w:tcPr>
          <w:p>
            <w:r>
              <w:t>3</w:t>
            </w:r>
          </w:p>
        </w:tc>
        <w:tc>
          <w:tcPr>
            <w:tcW w:type="dxa" w:w="2160"/>
          </w:tcPr>
          <w:p>
            <w:r>
              <w:t>39</w:t>
            </w:r>
          </w:p>
        </w:tc>
        <w:tc>
          <w:tcPr>
            <w:tcW w:type="dxa" w:w="2160"/>
          </w:tcPr>
          <w:p>
            <w:r>
              <w:t>0.195</w:t>
            </w:r>
          </w:p>
        </w:tc>
        <w:tc>
          <w:tcPr>
            <w:tcW w:type="dxa" w:w="2160"/>
          </w:tcPr>
          <w:p>
            <w:r>
              <w:t>19.5%</w:t>
            </w:r>
          </w:p>
        </w:tc>
      </w:tr>
      <w:tr>
        <w:tc>
          <w:tcPr>
            <w:tcW w:type="dxa" w:w="2160"/>
          </w:tcPr>
          <w:p>
            <w:r>
              <w:t>2</w:t>
            </w:r>
          </w:p>
        </w:tc>
        <w:tc>
          <w:tcPr>
            <w:tcW w:type="dxa" w:w="2160"/>
          </w:tcPr>
          <w:p>
            <w:r>
              <w:t>29</w:t>
            </w:r>
          </w:p>
        </w:tc>
        <w:tc>
          <w:tcPr>
            <w:tcW w:type="dxa" w:w="2160"/>
          </w:tcPr>
          <w:p>
            <w:r>
              <w:t>0.145</w:t>
            </w:r>
          </w:p>
        </w:tc>
        <w:tc>
          <w:tcPr>
            <w:tcW w:type="dxa" w:w="2160"/>
          </w:tcPr>
          <w:p>
            <w:r>
              <w:t>14.5%</w:t>
            </w:r>
          </w:p>
        </w:tc>
      </w:tr>
      <w:tr>
        <w:tc>
          <w:tcPr>
            <w:tcW w:type="dxa" w:w="2160"/>
          </w:tcPr>
          <w:p>
            <w:r>
              <w:t>1</w:t>
            </w:r>
          </w:p>
        </w:tc>
        <w:tc>
          <w:tcPr>
            <w:tcW w:type="dxa" w:w="2160"/>
          </w:tcPr>
          <w:p>
            <w:r>
              <w:t>20</w:t>
            </w:r>
          </w:p>
        </w:tc>
        <w:tc>
          <w:tcPr>
            <w:tcW w:type="dxa" w:w="2160"/>
          </w:tcPr>
          <w:p>
            <w:r>
              <w:t>0.1</w:t>
            </w:r>
          </w:p>
        </w:tc>
        <w:tc>
          <w:tcPr>
            <w:tcW w:type="dxa" w:w="2160"/>
          </w:tcPr>
          <w:p>
            <w:r>
              <w:t>10.0%</w:t>
            </w:r>
          </w:p>
        </w:tc>
      </w:tr>
      <w:tr>
        <w:tc>
          <w:tcPr>
            <w:tcW w:type="dxa" w:w="2160"/>
          </w:tcPr>
          <w:p>
            <w:r>
              <w:t>0</w:t>
            </w:r>
          </w:p>
        </w:tc>
        <w:tc>
          <w:tcPr>
            <w:tcW w:type="dxa" w:w="2160"/>
          </w:tcPr>
          <w:p>
            <w:r>
              <w:t>12</w:t>
            </w:r>
          </w:p>
        </w:tc>
        <w:tc>
          <w:tcPr>
            <w:tcW w:type="dxa" w:w="2160"/>
          </w:tcPr>
          <w:p>
            <w:r>
              <w:t>0.06</w:t>
            </w:r>
          </w:p>
        </w:tc>
        <w:tc>
          <w:tcPr>
            <w:tcW w:type="dxa" w:w="2160"/>
          </w:tcPr>
          <w:p>
            <w:r>
              <w:t>6.0%</w:t>
            </w:r>
          </w:p>
        </w:tc>
      </w:tr>
      <w:tr>
        <w:tc>
          <w:tcPr>
            <w:tcW w:type="dxa" w:w="2160"/>
          </w:tcPr>
          <w:p>
            <w:r>
              <w:t>5</w:t>
            </w:r>
          </w:p>
        </w:tc>
        <w:tc>
          <w:tcPr>
            <w:tcW w:type="dxa" w:w="2160"/>
          </w:tcPr>
          <w:p>
            <w:r>
              <w:t>12</w:t>
            </w:r>
          </w:p>
        </w:tc>
        <w:tc>
          <w:tcPr>
            <w:tcW w:type="dxa" w:w="2160"/>
          </w:tcPr>
          <w:p>
            <w:r>
              <w:t>0.06</w:t>
            </w:r>
          </w:p>
        </w:tc>
        <w:tc>
          <w:tcPr>
            <w:tcW w:type="dxa" w:w="2160"/>
          </w:tcPr>
          <w:p>
            <w:r>
              <w:t>6.0%</w:t>
            </w:r>
          </w:p>
        </w:tc>
      </w:tr>
      <w:tr>
        <w:tc>
          <w:tcPr>
            <w:tcW w:type="dxa" w:w="2160"/>
          </w:tcPr>
          <w:p>
            <w:r>
              <w:t>4</w:t>
            </w:r>
          </w:p>
        </w:tc>
        <w:tc>
          <w:tcPr>
            <w:tcW w:type="dxa" w:w="2160"/>
          </w:tcPr>
          <w:p>
            <w:r>
              <w:t>10</w:t>
            </w:r>
          </w:p>
        </w:tc>
        <w:tc>
          <w:tcPr>
            <w:tcW w:type="dxa" w:w="2160"/>
          </w:tcPr>
          <w:p>
            <w:r>
              <w:t>0.05</w:t>
            </w:r>
          </w:p>
        </w:tc>
        <w:tc>
          <w:tcPr>
            <w:tcW w:type="dxa" w:w="2160"/>
          </w:tcPr>
          <w:p>
            <w:r>
              <w:t>5.0%</w:t>
            </w:r>
          </w:p>
        </w:tc>
      </w:tr>
      <w:tr>
        <w:tc>
          <w:tcPr>
            <w:tcW w:type="dxa" w:w="2160"/>
          </w:tcPr>
          <w:p>
            <w:r>
              <w:t>7</w:t>
            </w:r>
          </w:p>
        </w:tc>
        <w:tc>
          <w:tcPr>
            <w:tcW w:type="dxa" w:w="2160"/>
          </w:tcPr>
          <w:p>
            <w:r>
              <w:t>6</w:t>
            </w:r>
          </w:p>
        </w:tc>
        <w:tc>
          <w:tcPr>
            <w:tcW w:type="dxa" w:w="2160"/>
          </w:tcPr>
          <w:p>
            <w:r>
              <w:t>0.03</w:t>
            </w:r>
          </w:p>
        </w:tc>
        <w:tc>
          <w:tcPr>
            <w:tcW w:type="dxa" w:w="2160"/>
          </w:tcPr>
          <w:p>
            <w:r>
              <w:t>3.0%</w:t>
            </w:r>
          </w:p>
        </w:tc>
      </w:tr>
      <w:tr>
        <w:tc>
          <w:tcPr>
            <w:tcW w:type="dxa" w:w="2160"/>
          </w:tcPr>
          <w:p>
            <w:r>
              <w:t>8</w:t>
            </w:r>
          </w:p>
        </w:tc>
        <w:tc>
          <w:tcPr>
            <w:tcW w:type="dxa" w:w="2160"/>
          </w:tcPr>
          <w:p>
            <w:r>
              <w:t>6</w:t>
            </w:r>
          </w:p>
        </w:tc>
        <w:tc>
          <w:tcPr>
            <w:tcW w:type="dxa" w:w="2160"/>
          </w:tcPr>
          <w:p>
            <w:r>
              <w:t>0.03</w:t>
            </w:r>
          </w:p>
        </w:tc>
        <w:tc>
          <w:tcPr>
            <w:tcW w:type="dxa" w:w="2160"/>
          </w:tcPr>
          <w:p>
            <w:r>
              <w:t>3.0%</w:t>
            </w:r>
          </w:p>
        </w:tc>
      </w:tr>
      <w:tr>
        <w:tc>
          <w:tcPr>
            <w:tcW w:type="dxa" w:w="2160"/>
          </w:tcPr>
          <w:p>
            <w:r>
              <w:t>6</w:t>
            </w:r>
          </w:p>
        </w:tc>
        <w:tc>
          <w:tcPr>
            <w:tcW w:type="dxa" w:w="2160"/>
          </w:tcPr>
          <w:p>
            <w:r>
              <w:t>5</w:t>
            </w:r>
          </w:p>
        </w:tc>
        <w:tc>
          <w:tcPr>
            <w:tcW w:type="dxa" w:w="2160"/>
          </w:tcPr>
          <w:p>
            <w:r>
              <w:t>0.025</w:t>
            </w:r>
          </w:p>
        </w:tc>
        <w:tc>
          <w:tcPr>
            <w:tcW w:type="dxa" w:w="2160"/>
          </w:tcPr>
          <w:p>
            <w:r>
              <w:t>2.5%</w:t>
            </w:r>
          </w:p>
        </w:tc>
      </w:tr>
      <w:tr>
        <w:tc>
          <w:tcPr>
            <w:tcW w:type="dxa" w:w="2160"/>
          </w:tcPr>
          <w:p>
            <w:r>
              <w:t>9</w:t>
            </w:r>
          </w:p>
        </w:tc>
        <w:tc>
          <w:tcPr>
            <w:tcW w:type="dxa" w:w="2160"/>
          </w:tcPr>
          <w:p>
            <w:r>
              <w:t>5</w:t>
            </w:r>
          </w:p>
        </w:tc>
        <w:tc>
          <w:tcPr>
            <w:tcW w:type="dxa" w:w="2160"/>
          </w:tcPr>
          <w:p>
            <w:r>
              <w:t>0.025</w:t>
            </w:r>
          </w:p>
        </w:tc>
        <w:tc>
          <w:tcPr>
            <w:tcW w:type="dxa" w:w="2160"/>
          </w:tcPr>
          <w:p>
            <w:r>
              <w:t>2.5%</w:t>
            </w:r>
          </w:p>
        </w:tc>
      </w:tr>
      <w:tr>
        <w:tc>
          <w:tcPr>
            <w:tcW w:type="dxa" w:w="2160"/>
          </w:tcPr>
          <w:p>
            <w:r>
              <w:t>10</w:t>
            </w:r>
          </w:p>
        </w:tc>
        <w:tc>
          <w:tcPr>
            <w:tcW w:type="dxa" w:w="2160"/>
          </w:tcPr>
          <w:p>
            <w:r>
              <w:t>3</w:t>
            </w:r>
          </w:p>
        </w:tc>
        <w:tc>
          <w:tcPr>
            <w:tcW w:type="dxa" w:w="2160"/>
          </w:tcPr>
          <w:p>
            <w:r>
              <w:t>0.015</w:t>
            </w:r>
          </w:p>
        </w:tc>
        <w:tc>
          <w:tcPr>
            <w:tcW w:type="dxa" w:w="2160"/>
          </w:tcPr>
          <w:p>
            <w:r>
              <w:t>1.5%</w:t>
            </w:r>
          </w:p>
        </w:tc>
      </w:tr>
    </w:tbl>
    <w:p/>
    <w:p>
      <w:pPr>
        <w:pStyle w:val="Heading2"/>
      </w:pPr>
      <w:r>
        <w:t>Figure 36. Find point clusters: cluster hulls [80]</w:t>
      </w:r>
    </w:p>
    <w:tbl>
      <w:tblPr>
        <w:tblStyle w:val="LightGrid-Accent1"/>
        <w:tblW w:type="auto" w:w="0"/>
        <w:tblLook w:firstColumn="1" w:firstRow="1" w:lastColumn="0" w:lastRow="0" w:noHBand="0" w:noVBand="1" w:val="04A0"/>
      </w:tblPr>
      <w:tblGrid>
        <w:gridCol w:w="2160"/>
        <w:gridCol w:w="2160"/>
        <w:gridCol w:w="2160"/>
        <w:gridCol w:w="2160"/>
      </w:tblGrid>
      <w:tr>
        <w:tc>
          <w:tcPr>
            <w:tcW w:type="dxa" w:w="2160"/>
          </w:tcPr>
          <w:p>
            <w:r>
              <w:t>cluster</w:t>
            </w:r>
          </w:p>
        </w:tc>
        <w:tc>
          <w:tcPr>
            <w:tcW w:type="dxa" w:w="2160"/>
          </w:tcPr>
          <w:p>
            <w:r>
              <w:t>features</w:t>
            </w:r>
          </w:p>
        </w:tc>
        <w:tc>
          <w:tcPr>
            <w:tcW w:type="dxa" w:w="2160"/>
          </w:tcPr>
          <w:p>
            <w:r>
              <w:t>fraction</w:t>
            </w:r>
          </w:p>
        </w:tc>
        <w:tc>
          <w:tcPr>
            <w:tcW w:type="dxa" w:w="2160"/>
          </w:tcPr>
          <w:p>
            <w:r>
              <w:t>share</w:t>
            </w:r>
          </w:p>
        </w:tc>
      </w:tr>
      <w:tr>
        <w:tc>
          <w:tcPr>
            <w:tcW w:type="dxa" w:w="2160"/>
          </w:tcPr>
          <w:p>
            <w:r>
              <w:t>0</w:t>
            </w:r>
          </w:p>
        </w:tc>
        <w:tc>
          <w:tcPr>
            <w:tcW w:type="dxa" w:w="2160"/>
          </w:tcPr>
          <w:p>
            <w:r>
              <w:t>1</w:t>
            </w:r>
          </w:p>
        </w:tc>
        <w:tc>
          <w:tcPr>
            <w:tcW w:type="dxa" w:w="2160"/>
          </w:tcPr>
          <w:p>
            <w:r>
              <w:t>0.09091</w:t>
            </w:r>
          </w:p>
        </w:tc>
        <w:tc>
          <w:tcPr>
            <w:tcW w:type="dxa" w:w="2160"/>
          </w:tcPr>
          <w:p>
            <w:r>
              <w:t>9.1%</w:t>
            </w:r>
          </w:p>
        </w:tc>
      </w:tr>
      <w:tr>
        <w:tc>
          <w:tcPr>
            <w:tcW w:type="dxa" w:w="2160"/>
          </w:tcPr>
          <w:p>
            <w:r>
              <w:t>1</w:t>
            </w:r>
          </w:p>
        </w:tc>
        <w:tc>
          <w:tcPr>
            <w:tcW w:type="dxa" w:w="2160"/>
          </w:tcPr>
          <w:p>
            <w:r>
              <w:t>1</w:t>
            </w:r>
          </w:p>
        </w:tc>
        <w:tc>
          <w:tcPr>
            <w:tcW w:type="dxa" w:w="2160"/>
          </w:tcPr>
          <w:p>
            <w:r>
              <w:t>0.09091</w:t>
            </w:r>
          </w:p>
        </w:tc>
        <w:tc>
          <w:tcPr>
            <w:tcW w:type="dxa" w:w="2160"/>
          </w:tcPr>
          <w:p>
            <w:r>
              <w:t>9.1%</w:t>
            </w:r>
          </w:p>
        </w:tc>
      </w:tr>
      <w:tr>
        <w:tc>
          <w:tcPr>
            <w:tcW w:type="dxa" w:w="2160"/>
          </w:tcPr>
          <w:p>
            <w:r>
              <w:t>10</w:t>
            </w:r>
          </w:p>
        </w:tc>
        <w:tc>
          <w:tcPr>
            <w:tcW w:type="dxa" w:w="2160"/>
          </w:tcPr>
          <w:p>
            <w:r>
              <w:t>1</w:t>
            </w:r>
          </w:p>
        </w:tc>
        <w:tc>
          <w:tcPr>
            <w:tcW w:type="dxa" w:w="2160"/>
          </w:tcPr>
          <w:p>
            <w:r>
              <w:t>0.09091</w:t>
            </w:r>
          </w:p>
        </w:tc>
        <w:tc>
          <w:tcPr>
            <w:tcW w:type="dxa" w:w="2160"/>
          </w:tcPr>
          <w:p>
            <w:r>
              <w:t>9.1%</w:t>
            </w:r>
          </w:p>
        </w:tc>
      </w:tr>
      <w:tr>
        <w:tc>
          <w:tcPr>
            <w:tcW w:type="dxa" w:w="2160"/>
          </w:tcPr>
          <w:p>
            <w:r>
              <w:t>2</w:t>
            </w:r>
          </w:p>
        </w:tc>
        <w:tc>
          <w:tcPr>
            <w:tcW w:type="dxa" w:w="2160"/>
          </w:tcPr>
          <w:p>
            <w:r>
              <w:t>1</w:t>
            </w:r>
          </w:p>
        </w:tc>
        <w:tc>
          <w:tcPr>
            <w:tcW w:type="dxa" w:w="2160"/>
          </w:tcPr>
          <w:p>
            <w:r>
              <w:t>0.09091</w:t>
            </w:r>
          </w:p>
        </w:tc>
        <w:tc>
          <w:tcPr>
            <w:tcW w:type="dxa" w:w="2160"/>
          </w:tcPr>
          <w:p>
            <w:r>
              <w:t>9.1%</w:t>
            </w:r>
          </w:p>
        </w:tc>
      </w:tr>
      <w:tr>
        <w:tc>
          <w:tcPr>
            <w:tcW w:type="dxa" w:w="2160"/>
          </w:tcPr>
          <w:p>
            <w:r>
              <w:t>3</w:t>
            </w:r>
          </w:p>
        </w:tc>
        <w:tc>
          <w:tcPr>
            <w:tcW w:type="dxa" w:w="2160"/>
          </w:tcPr>
          <w:p>
            <w:r>
              <w:t>1</w:t>
            </w:r>
          </w:p>
        </w:tc>
        <w:tc>
          <w:tcPr>
            <w:tcW w:type="dxa" w:w="2160"/>
          </w:tcPr>
          <w:p>
            <w:r>
              <w:t>0.09091</w:t>
            </w:r>
          </w:p>
        </w:tc>
        <w:tc>
          <w:tcPr>
            <w:tcW w:type="dxa" w:w="2160"/>
          </w:tcPr>
          <w:p>
            <w:r>
              <w:t>9.1%</w:t>
            </w:r>
          </w:p>
        </w:tc>
      </w:tr>
      <w:tr>
        <w:tc>
          <w:tcPr>
            <w:tcW w:type="dxa" w:w="2160"/>
          </w:tcPr>
          <w:p>
            <w:r>
              <w:t>4</w:t>
            </w:r>
          </w:p>
        </w:tc>
        <w:tc>
          <w:tcPr>
            <w:tcW w:type="dxa" w:w="2160"/>
          </w:tcPr>
          <w:p>
            <w:r>
              <w:t>1</w:t>
            </w:r>
          </w:p>
        </w:tc>
        <w:tc>
          <w:tcPr>
            <w:tcW w:type="dxa" w:w="2160"/>
          </w:tcPr>
          <w:p>
            <w:r>
              <w:t>0.09091</w:t>
            </w:r>
          </w:p>
        </w:tc>
        <w:tc>
          <w:tcPr>
            <w:tcW w:type="dxa" w:w="2160"/>
          </w:tcPr>
          <w:p>
            <w:r>
              <w:t>9.1%</w:t>
            </w:r>
          </w:p>
        </w:tc>
      </w:tr>
      <w:tr>
        <w:tc>
          <w:tcPr>
            <w:tcW w:type="dxa" w:w="2160"/>
          </w:tcPr>
          <w:p>
            <w:r>
              <w:t>5</w:t>
            </w:r>
          </w:p>
        </w:tc>
        <w:tc>
          <w:tcPr>
            <w:tcW w:type="dxa" w:w="2160"/>
          </w:tcPr>
          <w:p>
            <w:r>
              <w:t>1</w:t>
            </w:r>
          </w:p>
        </w:tc>
        <w:tc>
          <w:tcPr>
            <w:tcW w:type="dxa" w:w="2160"/>
          </w:tcPr>
          <w:p>
            <w:r>
              <w:t>0.09091</w:t>
            </w:r>
          </w:p>
        </w:tc>
        <w:tc>
          <w:tcPr>
            <w:tcW w:type="dxa" w:w="2160"/>
          </w:tcPr>
          <w:p>
            <w:r>
              <w:t>9.1%</w:t>
            </w:r>
          </w:p>
        </w:tc>
      </w:tr>
      <w:tr>
        <w:tc>
          <w:tcPr>
            <w:tcW w:type="dxa" w:w="2160"/>
          </w:tcPr>
          <w:p>
            <w:r>
              <w:t>6</w:t>
            </w:r>
          </w:p>
        </w:tc>
        <w:tc>
          <w:tcPr>
            <w:tcW w:type="dxa" w:w="2160"/>
          </w:tcPr>
          <w:p>
            <w:r>
              <w:t>1</w:t>
            </w:r>
          </w:p>
        </w:tc>
        <w:tc>
          <w:tcPr>
            <w:tcW w:type="dxa" w:w="2160"/>
          </w:tcPr>
          <w:p>
            <w:r>
              <w:t>0.09091</w:t>
            </w:r>
          </w:p>
        </w:tc>
        <w:tc>
          <w:tcPr>
            <w:tcW w:type="dxa" w:w="2160"/>
          </w:tcPr>
          <w:p>
            <w:r>
              <w:t>9.1%</w:t>
            </w:r>
          </w:p>
        </w:tc>
      </w:tr>
      <w:tr>
        <w:tc>
          <w:tcPr>
            <w:tcW w:type="dxa" w:w="2160"/>
          </w:tcPr>
          <w:p>
            <w:r>
              <w:t>7</w:t>
            </w:r>
          </w:p>
        </w:tc>
        <w:tc>
          <w:tcPr>
            <w:tcW w:type="dxa" w:w="2160"/>
          </w:tcPr>
          <w:p>
            <w:r>
              <w:t>1</w:t>
            </w:r>
          </w:p>
        </w:tc>
        <w:tc>
          <w:tcPr>
            <w:tcW w:type="dxa" w:w="2160"/>
          </w:tcPr>
          <w:p>
            <w:r>
              <w:t>0.09091</w:t>
            </w:r>
          </w:p>
        </w:tc>
        <w:tc>
          <w:tcPr>
            <w:tcW w:type="dxa" w:w="2160"/>
          </w:tcPr>
          <w:p>
            <w:r>
              <w:t>9.1%</w:t>
            </w:r>
          </w:p>
        </w:tc>
      </w:tr>
      <w:tr>
        <w:tc>
          <w:tcPr>
            <w:tcW w:type="dxa" w:w="2160"/>
          </w:tcPr>
          <w:p>
            <w:r>
              <w:t>8</w:t>
            </w:r>
          </w:p>
        </w:tc>
        <w:tc>
          <w:tcPr>
            <w:tcW w:type="dxa" w:w="2160"/>
          </w:tcPr>
          <w:p>
            <w:r>
              <w:t>1</w:t>
            </w:r>
          </w:p>
        </w:tc>
        <w:tc>
          <w:tcPr>
            <w:tcW w:type="dxa" w:w="2160"/>
          </w:tcPr>
          <w:p>
            <w:r>
              <w:t>0.09091</w:t>
            </w:r>
          </w:p>
        </w:tc>
        <w:tc>
          <w:tcPr>
            <w:tcW w:type="dxa" w:w="2160"/>
          </w:tcPr>
          <w:p>
            <w:r>
              <w:t>9.1%</w:t>
            </w:r>
          </w:p>
        </w:tc>
      </w:tr>
      <w:tr>
        <w:tc>
          <w:tcPr>
            <w:tcW w:type="dxa" w:w="2160"/>
          </w:tcPr>
          <w:p>
            <w:r>
              <w:t>9</w:t>
            </w:r>
          </w:p>
        </w:tc>
        <w:tc>
          <w:tcPr>
            <w:tcW w:type="dxa" w:w="2160"/>
          </w:tcPr>
          <w:p>
            <w:r>
              <w:t>1</w:t>
            </w:r>
          </w:p>
        </w:tc>
        <w:tc>
          <w:tcPr>
            <w:tcW w:type="dxa" w:w="2160"/>
          </w:tcPr>
          <w:p>
            <w:r>
              <w:t>0.09091</w:t>
            </w:r>
          </w:p>
        </w:tc>
        <w:tc>
          <w:tcPr>
            <w:tcW w:type="dxa" w:w="2160"/>
          </w:tcPr>
          <w:p>
            <w:r>
              <w:t>9.1%</w:t>
            </w:r>
          </w:p>
        </w:tc>
      </w:tr>
    </w:tbl>
    <w:p/>
    <w:p>
      <w:pPr>
        <w:pStyle w:val="Heading2"/>
      </w:pPr>
      <w:r>
        <w:t>Figure 37. Calculate density: Schools [81]</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0.0812</w:t>
            </w:r>
          </w:p>
        </w:tc>
        <w:tc>
          <w:tcPr>
            <w:tcW w:type="dxa" w:w="2880"/>
          </w:tcPr>
          <w:p>
            <w:r>
              <w:t>186.1</w:t>
            </w:r>
          </w:p>
        </w:tc>
        <w:tc>
          <w:tcPr>
            <w:tcW w:type="dxa" w:w="2880"/>
          </w:tcPr>
          <w:p>
            <w:r>
              <w:t>29</w:t>
            </w:r>
          </w:p>
        </w:tc>
      </w:tr>
      <w:tr>
        <w:tc>
          <w:tcPr>
            <w:tcW w:type="dxa" w:w="2880"/>
          </w:tcPr>
          <w:p>
            <w:r>
              <w:t>186.1</w:t>
            </w:r>
          </w:p>
        </w:tc>
        <w:tc>
          <w:tcPr>
            <w:tcW w:type="dxa" w:w="2880"/>
          </w:tcPr>
          <w:p>
            <w:r>
              <w:t>372.1</w:t>
            </w:r>
          </w:p>
        </w:tc>
        <w:tc>
          <w:tcPr>
            <w:tcW w:type="dxa" w:w="2880"/>
          </w:tcPr>
          <w:p>
            <w:r>
              <w:t>10</w:t>
            </w:r>
          </w:p>
        </w:tc>
      </w:tr>
      <w:tr>
        <w:tc>
          <w:tcPr>
            <w:tcW w:type="dxa" w:w="2880"/>
          </w:tcPr>
          <w:p>
            <w:r>
              <w:t>372.1</w:t>
            </w:r>
          </w:p>
        </w:tc>
        <w:tc>
          <w:tcPr>
            <w:tcW w:type="dxa" w:w="2880"/>
          </w:tcPr>
          <w:p>
            <w:r>
              <w:t>558.1</w:t>
            </w:r>
          </w:p>
        </w:tc>
        <w:tc>
          <w:tcPr>
            <w:tcW w:type="dxa" w:w="2880"/>
          </w:tcPr>
          <w:p>
            <w:r>
              <w:t>12</w:t>
            </w:r>
          </w:p>
        </w:tc>
      </w:tr>
      <w:tr>
        <w:tc>
          <w:tcPr>
            <w:tcW w:type="dxa" w:w="2880"/>
          </w:tcPr>
          <w:p>
            <w:r>
              <w:t>558.1</w:t>
            </w:r>
          </w:p>
        </w:tc>
        <w:tc>
          <w:tcPr>
            <w:tcW w:type="dxa" w:w="2880"/>
          </w:tcPr>
          <w:p>
            <w:r>
              <w:t>744.2</w:t>
            </w:r>
          </w:p>
        </w:tc>
        <w:tc>
          <w:tcPr>
            <w:tcW w:type="dxa" w:w="2880"/>
          </w:tcPr>
          <w:p>
            <w:r>
              <w:t>6</w:t>
            </w:r>
          </w:p>
        </w:tc>
      </w:tr>
      <w:tr>
        <w:tc>
          <w:tcPr>
            <w:tcW w:type="dxa" w:w="2880"/>
          </w:tcPr>
          <w:p>
            <w:r>
              <w:t>744.2</w:t>
            </w:r>
          </w:p>
        </w:tc>
        <w:tc>
          <w:tcPr>
            <w:tcW w:type="dxa" w:w="2880"/>
          </w:tcPr>
          <w:p>
            <w:r>
              <w:t>930.2</w:t>
            </w:r>
          </w:p>
        </w:tc>
        <w:tc>
          <w:tcPr>
            <w:tcW w:type="dxa" w:w="2880"/>
          </w:tcPr>
          <w:p>
            <w:r>
              <w:t>9</w:t>
            </w:r>
          </w:p>
        </w:tc>
      </w:tr>
      <w:tr>
        <w:tc>
          <w:tcPr>
            <w:tcW w:type="dxa" w:w="2880"/>
          </w:tcPr>
          <w:p>
            <w:r>
              <w:t>930.2</w:t>
            </w:r>
          </w:p>
        </w:tc>
        <w:tc>
          <w:tcPr>
            <w:tcW w:type="dxa" w:w="2880"/>
          </w:tcPr>
          <w:p>
            <w:r>
              <w:t>1,116</w:t>
            </w:r>
          </w:p>
        </w:tc>
        <w:tc>
          <w:tcPr>
            <w:tcW w:type="dxa" w:w="2880"/>
          </w:tcPr>
          <w:p>
            <w:r>
              <w:t>6</w:t>
            </w:r>
          </w:p>
        </w:tc>
      </w:tr>
      <w:tr>
        <w:tc>
          <w:tcPr>
            <w:tcW w:type="dxa" w:w="2880"/>
          </w:tcPr>
          <w:p>
            <w:r>
              <w:t>1,116</w:t>
            </w:r>
          </w:p>
        </w:tc>
        <w:tc>
          <w:tcPr>
            <w:tcW w:type="dxa" w:w="2880"/>
          </w:tcPr>
          <w:p>
            <w:r>
              <w:t>1,302</w:t>
            </w:r>
          </w:p>
        </w:tc>
        <w:tc>
          <w:tcPr>
            <w:tcW w:type="dxa" w:w="2880"/>
          </w:tcPr>
          <w:p>
            <w:r>
              <w:t>4</w:t>
            </w:r>
          </w:p>
        </w:tc>
      </w:tr>
      <w:tr>
        <w:tc>
          <w:tcPr>
            <w:tcW w:type="dxa" w:w="2880"/>
          </w:tcPr>
          <w:p>
            <w:r>
              <w:t>1,302</w:t>
            </w:r>
          </w:p>
        </w:tc>
        <w:tc>
          <w:tcPr>
            <w:tcW w:type="dxa" w:w="2880"/>
          </w:tcPr>
          <w:p>
            <w:r>
              <w:t>1,488</w:t>
            </w:r>
          </w:p>
        </w:tc>
        <w:tc>
          <w:tcPr>
            <w:tcW w:type="dxa" w:w="2880"/>
          </w:tcPr>
          <w:p>
            <w:r>
              <w:t>4</w:t>
            </w:r>
          </w:p>
        </w:tc>
      </w:tr>
    </w:tbl>
    <w:p/>
    <w:p>
      <w:pPr>
        <w:pStyle w:val="Heading2"/>
      </w:pPr>
      <w:r>
        <w:t>Figure 38. Calculate density: Crashes [82]</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0</w:t>
            </w:r>
          </w:p>
        </w:tc>
        <w:tc>
          <w:tcPr>
            <w:tcW w:type="dxa" w:w="2880"/>
          </w:tcPr>
          <w:p>
            <w:r>
              <w:t>5.143</w:t>
            </w:r>
          </w:p>
        </w:tc>
        <w:tc>
          <w:tcPr>
            <w:tcW w:type="dxa" w:w="2880"/>
          </w:tcPr>
          <w:p>
            <w:r>
              <w:t>273</w:t>
            </w:r>
          </w:p>
        </w:tc>
      </w:tr>
      <w:tr>
        <w:tc>
          <w:tcPr>
            <w:tcW w:type="dxa" w:w="2880"/>
          </w:tcPr>
          <w:p>
            <w:r>
              <w:t>5.143</w:t>
            </w:r>
          </w:p>
        </w:tc>
        <w:tc>
          <w:tcPr>
            <w:tcW w:type="dxa" w:w="2880"/>
          </w:tcPr>
          <w:p>
            <w:r>
              <w:t>10.29</w:t>
            </w:r>
          </w:p>
        </w:tc>
        <w:tc>
          <w:tcPr>
            <w:tcW w:type="dxa" w:w="2880"/>
          </w:tcPr>
          <w:p>
            <w:r>
              <w:t>297</w:t>
            </w:r>
          </w:p>
        </w:tc>
      </w:tr>
      <w:tr>
        <w:tc>
          <w:tcPr>
            <w:tcW w:type="dxa" w:w="2880"/>
          </w:tcPr>
          <w:p>
            <w:r>
              <w:t>10.29</w:t>
            </w:r>
          </w:p>
        </w:tc>
        <w:tc>
          <w:tcPr>
            <w:tcW w:type="dxa" w:w="2880"/>
          </w:tcPr>
          <w:p>
            <w:r>
              <w:t>15.43</w:t>
            </w:r>
          </w:p>
        </w:tc>
        <w:tc>
          <w:tcPr>
            <w:tcW w:type="dxa" w:w="2880"/>
          </w:tcPr>
          <w:p>
            <w:r>
              <w:t>283</w:t>
            </w:r>
          </w:p>
        </w:tc>
      </w:tr>
      <w:tr>
        <w:tc>
          <w:tcPr>
            <w:tcW w:type="dxa" w:w="2880"/>
          </w:tcPr>
          <w:p>
            <w:r>
              <w:t>15.43</w:t>
            </w:r>
          </w:p>
        </w:tc>
        <w:tc>
          <w:tcPr>
            <w:tcW w:type="dxa" w:w="2880"/>
          </w:tcPr>
          <w:p>
            <w:r>
              <w:t>20.57</w:t>
            </w:r>
          </w:p>
        </w:tc>
        <w:tc>
          <w:tcPr>
            <w:tcW w:type="dxa" w:w="2880"/>
          </w:tcPr>
          <w:p>
            <w:r>
              <w:t>296</w:t>
            </w:r>
          </w:p>
        </w:tc>
      </w:tr>
      <w:tr>
        <w:tc>
          <w:tcPr>
            <w:tcW w:type="dxa" w:w="2880"/>
          </w:tcPr>
          <w:p>
            <w:r>
              <w:t>20.57</w:t>
            </w:r>
          </w:p>
        </w:tc>
        <w:tc>
          <w:tcPr>
            <w:tcW w:type="dxa" w:w="2880"/>
          </w:tcPr>
          <w:p>
            <w:r>
              <w:t>25.71</w:t>
            </w:r>
          </w:p>
        </w:tc>
        <w:tc>
          <w:tcPr>
            <w:tcW w:type="dxa" w:w="2880"/>
          </w:tcPr>
          <w:p>
            <w:r>
              <w:t>298</w:t>
            </w:r>
          </w:p>
        </w:tc>
      </w:tr>
      <w:tr>
        <w:tc>
          <w:tcPr>
            <w:tcW w:type="dxa" w:w="2880"/>
          </w:tcPr>
          <w:p>
            <w:r>
              <w:t>25.71</w:t>
            </w:r>
          </w:p>
        </w:tc>
        <w:tc>
          <w:tcPr>
            <w:tcW w:type="dxa" w:w="2880"/>
          </w:tcPr>
          <w:p>
            <w:r>
              <w:t>30.86</w:t>
            </w:r>
          </w:p>
        </w:tc>
        <w:tc>
          <w:tcPr>
            <w:tcW w:type="dxa" w:w="2880"/>
          </w:tcPr>
          <w:p>
            <w:r>
              <w:t>299</w:t>
            </w:r>
          </w:p>
        </w:tc>
      </w:tr>
      <w:tr>
        <w:tc>
          <w:tcPr>
            <w:tcW w:type="dxa" w:w="2880"/>
          </w:tcPr>
          <w:p>
            <w:r>
              <w:t>30.86</w:t>
            </w:r>
          </w:p>
        </w:tc>
        <w:tc>
          <w:tcPr>
            <w:tcW w:type="dxa" w:w="2880"/>
          </w:tcPr>
          <w:p>
            <w:r>
              <w:t>36</w:t>
            </w:r>
          </w:p>
        </w:tc>
        <w:tc>
          <w:tcPr>
            <w:tcW w:type="dxa" w:w="2880"/>
          </w:tcPr>
          <w:p>
            <w:r>
              <w:t>361</w:t>
            </w:r>
          </w:p>
        </w:tc>
      </w:tr>
      <w:tr>
        <w:tc>
          <w:tcPr>
            <w:tcW w:type="dxa" w:w="2880"/>
          </w:tcPr>
          <w:p>
            <w:r>
              <w:t>36</w:t>
            </w:r>
          </w:p>
        </w:tc>
        <w:tc>
          <w:tcPr>
            <w:tcW w:type="dxa" w:w="2880"/>
          </w:tcPr>
          <w:p>
            <w:r>
              <w:t>41.14</w:t>
            </w:r>
          </w:p>
        </w:tc>
        <w:tc>
          <w:tcPr>
            <w:tcW w:type="dxa" w:w="2880"/>
          </w:tcPr>
          <w:p>
            <w:r>
              <w:t>296</w:t>
            </w:r>
          </w:p>
        </w:tc>
      </w:tr>
      <w:tr>
        <w:tc>
          <w:tcPr>
            <w:tcW w:type="dxa" w:w="2880"/>
          </w:tcPr>
          <w:p>
            <w:r>
              <w:t>41.14</w:t>
            </w:r>
          </w:p>
        </w:tc>
        <w:tc>
          <w:tcPr>
            <w:tcW w:type="dxa" w:w="2880"/>
          </w:tcPr>
          <w:p>
            <w:r>
              <w:t>46.29</w:t>
            </w:r>
          </w:p>
        </w:tc>
        <w:tc>
          <w:tcPr>
            <w:tcW w:type="dxa" w:w="2880"/>
          </w:tcPr>
          <w:p>
            <w:r>
              <w:t>298</w:t>
            </w:r>
          </w:p>
        </w:tc>
      </w:tr>
      <w:tr>
        <w:tc>
          <w:tcPr>
            <w:tcW w:type="dxa" w:w="2880"/>
          </w:tcPr>
          <w:p>
            <w:r>
              <w:t>46.29</w:t>
            </w:r>
          </w:p>
        </w:tc>
        <w:tc>
          <w:tcPr>
            <w:tcW w:type="dxa" w:w="2880"/>
          </w:tcPr>
          <w:p>
            <w:r>
              <w:t>51.43</w:t>
            </w:r>
          </w:p>
        </w:tc>
        <w:tc>
          <w:tcPr>
            <w:tcW w:type="dxa" w:w="2880"/>
          </w:tcPr>
          <w:p>
            <w:r>
              <w:t>288</w:t>
            </w:r>
          </w:p>
        </w:tc>
      </w:tr>
      <w:tr>
        <w:tc>
          <w:tcPr>
            <w:tcW w:type="dxa" w:w="2880"/>
          </w:tcPr>
          <w:p>
            <w:r>
              <w:t>51.43</w:t>
            </w:r>
          </w:p>
        </w:tc>
        <w:tc>
          <w:tcPr>
            <w:tcW w:type="dxa" w:w="2880"/>
          </w:tcPr>
          <w:p>
            <w:r>
              <w:t>56.57</w:t>
            </w:r>
          </w:p>
        </w:tc>
        <w:tc>
          <w:tcPr>
            <w:tcW w:type="dxa" w:w="2880"/>
          </w:tcPr>
          <w:p>
            <w:r>
              <w:t>294</w:t>
            </w:r>
          </w:p>
        </w:tc>
      </w:tr>
      <w:tr>
        <w:tc>
          <w:tcPr>
            <w:tcW w:type="dxa" w:w="2880"/>
          </w:tcPr>
          <w:p>
            <w:r>
              <w:t>56.57</w:t>
            </w:r>
          </w:p>
        </w:tc>
        <w:tc>
          <w:tcPr>
            <w:tcW w:type="dxa" w:w="2880"/>
          </w:tcPr>
          <w:p>
            <w:r>
              <w:t>61.71</w:t>
            </w:r>
          </w:p>
        </w:tc>
        <w:tc>
          <w:tcPr>
            <w:tcW w:type="dxa" w:w="2880"/>
          </w:tcPr>
          <w:p>
            <w:r>
              <w:t>289</w:t>
            </w:r>
          </w:p>
        </w:tc>
      </w:tr>
      <w:tr>
        <w:tc>
          <w:tcPr>
            <w:tcW w:type="dxa" w:w="2880"/>
          </w:tcPr>
          <w:p>
            <w:r>
              <w:t>61.71</w:t>
            </w:r>
          </w:p>
        </w:tc>
        <w:tc>
          <w:tcPr>
            <w:tcW w:type="dxa" w:w="2880"/>
          </w:tcPr>
          <w:p>
            <w:r>
              <w:t>66.86</w:t>
            </w:r>
          </w:p>
        </w:tc>
        <w:tc>
          <w:tcPr>
            <w:tcW w:type="dxa" w:w="2880"/>
          </w:tcPr>
          <w:p>
            <w:r>
              <w:t>293</w:t>
            </w:r>
          </w:p>
        </w:tc>
      </w:tr>
      <w:tr>
        <w:tc>
          <w:tcPr>
            <w:tcW w:type="dxa" w:w="2880"/>
          </w:tcPr>
          <w:p>
            <w:r>
              <w:t>66.86</w:t>
            </w:r>
          </w:p>
        </w:tc>
        <w:tc>
          <w:tcPr>
            <w:tcW w:type="dxa" w:w="2880"/>
          </w:tcPr>
          <w:p>
            <w:r>
              <w:t>72</w:t>
            </w:r>
          </w:p>
        </w:tc>
        <w:tc>
          <w:tcPr>
            <w:tcW w:type="dxa" w:w="2880"/>
          </w:tcPr>
          <w:p>
            <w:r>
              <w:t>247</w:t>
            </w:r>
          </w:p>
        </w:tc>
      </w:tr>
    </w:tbl>
    <w:p/>
    <w:p>
      <w:pPr>
        <w:pStyle w:val="Heading2"/>
      </w:pPr>
      <w:r>
        <w:t>Figure 39. Calculate density: Pedestrian crossings [83]</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0</w:t>
            </w:r>
          </w:p>
        </w:tc>
        <w:tc>
          <w:tcPr>
            <w:tcW w:type="dxa" w:w="2880"/>
          </w:tcPr>
          <w:p>
            <w:r>
              <w:t>1.889</w:t>
            </w:r>
          </w:p>
        </w:tc>
        <w:tc>
          <w:tcPr>
            <w:tcW w:type="dxa" w:w="2880"/>
          </w:tcPr>
          <w:p>
            <w:r>
              <w:t>25</w:t>
            </w:r>
          </w:p>
        </w:tc>
      </w:tr>
      <w:tr>
        <w:tc>
          <w:tcPr>
            <w:tcW w:type="dxa" w:w="2880"/>
          </w:tcPr>
          <w:p>
            <w:r>
              <w:t>1.889</w:t>
            </w:r>
          </w:p>
        </w:tc>
        <w:tc>
          <w:tcPr>
            <w:tcW w:type="dxa" w:w="2880"/>
          </w:tcPr>
          <w:p>
            <w:r>
              <w:t>3.778</w:t>
            </w:r>
          </w:p>
        </w:tc>
        <w:tc>
          <w:tcPr>
            <w:tcW w:type="dxa" w:w="2880"/>
          </w:tcPr>
          <w:p>
            <w:r>
              <w:t>31</w:t>
            </w:r>
          </w:p>
        </w:tc>
      </w:tr>
      <w:tr>
        <w:tc>
          <w:tcPr>
            <w:tcW w:type="dxa" w:w="2880"/>
          </w:tcPr>
          <w:p>
            <w:r>
              <w:t>3.778</w:t>
            </w:r>
          </w:p>
        </w:tc>
        <w:tc>
          <w:tcPr>
            <w:tcW w:type="dxa" w:w="2880"/>
          </w:tcPr>
          <w:p>
            <w:r>
              <w:t>5.667</w:t>
            </w:r>
          </w:p>
        </w:tc>
        <w:tc>
          <w:tcPr>
            <w:tcW w:type="dxa" w:w="2880"/>
          </w:tcPr>
          <w:p>
            <w:r>
              <w:t>30</w:t>
            </w:r>
          </w:p>
        </w:tc>
      </w:tr>
      <w:tr>
        <w:tc>
          <w:tcPr>
            <w:tcW w:type="dxa" w:w="2880"/>
          </w:tcPr>
          <w:p>
            <w:r>
              <w:t>5.667</w:t>
            </w:r>
          </w:p>
        </w:tc>
        <w:tc>
          <w:tcPr>
            <w:tcW w:type="dxa" w:w="2880"/>
          </w:tcPr>
          <w:p>
            <w:r>
              <w:t>7.556</w:t>
            </w:r>
          </w:p>
        </w:tc>
        <w:tc>
          <w:tcPr>
            <w:tcW w:type="dxa" w:w="2880"/>
          </w:tcPr>
          <w:p>
            <w:r>
              <w:t>32</w:t>
            </w:r>
          </w:p>
        </w:tc>
      </w:tr>
      <w:tr>
        <w:tc>
          <w:tcPr>
            <w:tcW w:type="dxa" w:w="2880"/>
          </w:tcPr>
          <w:p>
            <w:r>
              <w:t>7.556</w:t>
            </w:r>
          </w:p>
        </w:tc>
        <w:tc>
          <w:tcPr>
            <w:tcW w:type="dxa" w:w="2880"/>
          </w:tcPr>
          <w:p>
            <w:r>
              <w:t>9.444</w:t>
            </w:r>
          </w:p>
        </w:tc>
        <w:tc>
          <w:tcPr>
            <w:tcW w:type="dxa" w:w="2880"/>
          </w:tcPr>
          <w:p>
            <w:r>
              <w:t>30</w:t>
            </w:r>
          </w:p>
        </w:tc>
      </w:tr>
      <w:tr>
        <w:tc>
          <w:tcPr>
            <w:tcW w:type="dxa" w:w="2880"/>
          </w:tcPr>
          <w:p>
            <w:r>
              <w:t>9.444</w:t>
            </w:r>
          </w:p>
        </w:tc>
        <w:tc>
          <w:tcPr>
            <w:tcW w:type="dxa" w:w="2880"/>
          </w:tcPr>
          <w:p>
            <w:r>
              <w:t>11.33</w:t>
            </w:r>
          </w:p>
        </w:tc>
        <w:tc>
          <w:tcPr>
            <w:tcW w:type="dxa" w:w="2880"/>
          </w:tcPr>
          <w:p>
            <w:r>
              <w:t>30</w:t>
            </w:r>
          </w:p>
        </w:tc>
      </w:tr>
      <w:tr>
        <w:tc>
          <w:tcPr>
            <w:tcW w:type="dxa" w:w="2880"/>
          </w:tcPr>
          <w:p>
            <w:r>
              <w:t>11.33</w:t>
            </w:r>
          </w:p>
        </w:tc>
        <w:tc>
          <w:tcPr>
            <w:tcW w:type="dxa" w:w="2880"/>
          </w:tcPr>
          <w:p>
            <w:r>
              <w:t>13.22</w:t>
            </w:r>
          </w:p>
        </w:tc>
        <w:tc>
          <w:tcPr>
            <w:tcW w:type="dxa" w:w="2880"/>
          </w:tcPr>
          <w:p>
            <w:r>
              <w:t>28</w:t>
            </w:r>
          </w:p>
        </w:tc>
      </w:tr>
      <w:tr>
        <w:tc>
          <w:tcPr>
            <w:tcW w:type="dxa" w:w="2880"/>
          </w:tcPr>
          <w:p>
            <w:r>
              <w:t>13.22</w:t>
            </w:r>
          </w:p>
        </w:tc>
        <w:tc>
          <w:tcPr>
            <w:tcW w:type="dxa" w:w="2880"/>
          </w:tcPr>
          <w:p>
            <w:r>
              <w:t>15.11</w:t>
            </w:r>
          </w:p>
        </w:tc>
        <w:tc>
          <w:tcPr>
            <w:tcW w:type="dxa" w:w="2880"/>
          </w:tcPr>
          <w:p>
            <w:r>
              <w:t>29</w:t>
            </w:r>
          </w:p>
        </w:tc>
      </w:tr>
      <w:tr>
        <w:tc>
          <w:tcPr>
            <w:tcW w:type="dxa" w:w="2880"/>
          </w:tcPr>
          <w:p>
            <w:r>
              <w:t>15.11</w:t>
            </w:r>
          </w:p>
        </w:tc>
        <w:tc>
          <w:tcPr>
            <w:tcW w:type="dxa" w:w="2880"/>
          </w:tcPr>
          <w:p>
            <w:r>
              <w:t>17</w:t>
            </w:r>
          </w:p>
        </w:tc>
        <w:tc>
          <w:tcPr>
            <w:tcW w:type="dxa" w:w="2880"/>
          </w:tcPr>
          <w:p>
            <w:r>
              <w:t>16</w:t>
            </w:r>
          </w:p>
        </w:tc>
      </w:tr>
    </w:tbl>
    <w:p/>
    <w:p>
      <w:pPr>
        <w:pStyle w:val="Heading2"/>
      </w:pPr>
      <w:r>
        <w:t>Figure 40. Hot spot analysis: Pedestrian crossings [84]</w:t>
      </w:r>
    </w:p>
    <w:tbl>
      <w:tblPr>
        <w:tblStyle w:val="LightGrid-Accent1"/>
        <w:tblW w:type="auto" w:w="0"/>
        <w:tblLook w:firstColumn="1" w:firstRow="1" w:lastColumn="0" w:lastRow="0" w:noHBand="0" w:noVBand="1" w:val="04A0"/>
      </w:tblPr>
      <w:tblGrid>
        <w:gridCol w:w="1728"/>
        <w:gridCol w:w="1728"/>
        <w:gridCol w:w="1728"/>
        <w:gridCol w:w="1728"/>
        <w:gridCol w:w="1728"/>
      </w:tblGrid>
      <w:tr>
        <w:tc>
          <w:tcPr>
            <w:tcW w:type="dxa" w:w="1728"/>
          </w:tcPr>
          <w:p>
            <w:r>
              <w:t>bin_start</w:t>
            </w:r>
          </w:p>
        </w:tc>
        <w:tc>
          <w:tcPr>
            <w:tcW w:type="dxa" w:w="1728"/>
          </w:tcPr>
          <w:p>
            <w:r>
              <w:t>bin_end</w:t>
            </w:r>
          </w:p>
        </w:tc>
        <w:tc>
          <w:tcPr>
            <w:tcW w:type="dxa" w:w="1728"/>
          </w:tcPr>
          <w:p>
            <w:r>
              <w:t>band</w:t>
            </w:r>
          </w:p>
        </w:tc>
        <w:tc>
          <w:tcPr>
            <w:tcW w:type="dxa" w:w="1728"/>
          </w:tcPr>
          <w:p>
            <w:r>
              <w:t>band_label</w:t>
            </w:r>
          </w:p>
        </w:tc>
        <w:tc>
          <w:tcPr>
            <w:tcW w:type="dxa" w:w="1728"/>
          </w:tcPr>
          <w:p>
            <w:r>
              <w:t>count</w:t>
            </w:r>
          </w:p>
        </w:tc>
      </w:tr>
      <w:tr>
        <w:tc>
          <w:tcPr>
            <w:tcW w:type="dxa" w:w="1728"/>
          </w:tcPr>
          <w:p>
            <w:r>
              <w:t>-1.5</w:t>
            </w:r>
          </w:p>
        </w:tc>
        <w:tc>
          <w:tcPr>
            <w:tcW w:type="dxa" w:w="1728"/>
          </w:tcPr>
          <w:p>
            <w:r>
              <w:t>-1</w:t>
            </w:r>
          </w:p>
        </w:tc>
        <w:tc>
          <w:tcPr>
            <w:tcW w:type="dxa" w:w="1728"/>
          </w:tcPr>
          <w:p>
            <w:r>
              <w:t>not_significant</w:t>
            </w:r>
          </w:p>
        </w:tc>
        <w:tc>
          <w:tcPr>
            <w:tcW w:type="dxa" w:w="1728"/>
          </w:tcPr>
          <w:p>
            <w:r>
              <w:t>Not significant</w:t>
            </w:r>
          </w:p>
        </w:tc>
        <w:tc>
          <w:tcPr>
            <w:tcW w:type="dxa" w:w="1728"/>
          </w:tcPr>
          <w:p>
            <w:r>
              <w:t>14</w:t>
            </w:r>
          </w:p>
        </w:tc>
      </w:tr>
      <w:tr>
        <w:tc>
          <w:tcPr>
            <w:tcW w:type="dxa" w:w="1728"/>
          </w:tcPr>
          <w:p>
            <w:r>
              <w:t>-1</w:t>
            </w:r>
          </w:p>
        </w:tc>
        <w:tc>
          <w:tcPr>
            <w:tcW w:type="dxa" w:w="1728"/>
          </w:tcPr>
          <w:p>
            <w:r>
              <w:t>-0.5</w:t>
            </w:r>
          </w:p>
        </w:tc>
        <w:tc>
          <w:tcPr>
            <w:tcW w:type="dxa" w:w="1728"/>
          </w:tcPr>
          <w:p>
            <w:r>
              <w:t>not_significant</w:t>
            </w:r>
          </w:p>
        </w:tc>
        <w:tc>
          <w:tcPr>
            <w:tcW w:type="dxa" w:w="1728"/>
          </w:tcPr>
          <w:p>
            <w:r>
              <w:t>Not significant</w:t>
            </w:r>
          </w:p>
        </w:tc>
        <w:tc>
          <w:tcPr>
            <w:tcW w:type="dxa" w:w="1728"/>
          </w:tcPr>
          <w:p>
            <w:r>
              <w:t>4</w:t>
            </w:r>
          </w:p>
        </w:tc>
      </w:tr>
      <w:tr>
        <w:tc>
          <w:tcPr>
            <w:tcW w:type="dxa" w:w="1728"/>
          </w:tcPr>
          <w:p>
            <w:r>
              <w:t>-0.5</w:t>
            </w:r>
          </w:p>
        </w:tc>
        <w:tc>
          <w:tcPr>
            <w:tcW w:type="dxa" w:w="1728"/>
          </w:tcPr>
          <w:p>
            <w:r>
              <w:t>0</w:t>
            </w:r>
          </w:p>
        </w:tc>
        <w:tc>
          <w:tcPr>
            <w:tcW w:type="dxa" w:w="1728"/>
          </w:tcPr>
          <w:p>
            <w:r>
              <w:t>not_significant</w:t>
            </w:r>
          </w:p>
        </w:tc>
        <w:tc>
          <w:tcPr>
            <w:tcW w:type="dxa" w:w="1728"/>
          </w:tcPr>
          <w:p>
            <w:r>
              <w:t>Not significant</w:t>
            </w:r>
          </w:p>
        </w:tc>
        <w:tc>
          <w:tcPr>
            <w:tcW w:type="dxa" w:w="1728"/>
          </w:tcPr>
          <w:p>
            <w:r>
              <w:t>9</w:t>
            </w:r>
          </w:p>
        </w:tc>
      </w:tr>
      <w:tr>
        <w:tc>
          <w:tcPr>
            <w:tcW w:type="dxa" w:w="1728"/>
          </w:tcPr>
          <w:p>
            <w:r>
              <w:t>0</w:t>
            </w:r>
          </w:p>
        </w:tc>
        <w:tc>
          <w:tcPr>
            <w:tcW w:type="dxa" w:w="1728"/>
          </w:tcPr>
          <w:p>
            <w:r>
              <w:t>0.5</w:t>
            </w:r>
          </w:p>
        </w:tc>
        <w:tc>
          <w:tcPr>
            <w:tcW w:type="dxa" w:w="1728"/>
          </w:tcPr>
          <w:p>
            <w:r>
              <w:t>not_significant</w:t>
            </w:r>
          </w:p>
        </w:tc>
        <w:tc>
          <w:tcPr>
            <w:tcW w:type="dxa" w:w="1728"/>
          </w:tcPr>
          <w:p>
            <w:r>
              <w:t>Not significant</w:t>
            </w:r>
          </w:p>
        </w:tc>
        <w:tc>
          <w:tcPr>
            <w:tcW w:type="dxa" w:w="1728"/>
          </w:tcPr>
          <w:p>
            <w:r>
              <w:t>14</w:t>
            </w:r>
          </w:p>
        </w:tc>
      </w:tr>
      <w:tr>
        <w:tc>
          <w:tcPr>
            <w:tcW w:type="dxa" w:w="1728"/>
          </w:tcPr>
          <w:p>
            <w:r>
              <w:t>0.5</w:t>
            </w:r>
          </w:p>
        </w:tc>
        <w:tc>
          <w:tcPr>
            <w:tcW w:type="dxa" w:w="1728"/>
          </w:tcPr>
          <w:p>
            <w:r>
              <w:t>1</w:t>
            </w:r>
          </w:p>
        </w:tc>
        <w:tc>
          <w:tcPr>
            <w:tcW w:type="dxa" w:w="1728"/>
          </w:tcPr>
          <w:p>
            <w:r>
              <w:t>not_significant</w:t>
            </w:r>
          </w:p>
        </w:tc>
        <w:tc>
          <w:tcPr>
            <w:tcW w:type="dxa" w:w="1728"/>
          </w:tcPr>
          <w:p>
            <w:r>
              <w:t>Not significant</w:t>
            </w:r>
          </w:p>
        </w:tc>
        <w:tc>
          <w:tcPr>
            <w:tcW w:type="dxa" w:w="1728"/>
          </w:tcPr>
          <w:p>
            <w:r>
              <w:t>5</w:t>
            </w:r>
          </w:p>
        </w:tc>
      </w:tr>
      <w:tr>
        <w:tc>
          <w:tcPr>
            <w:tcW w:type="dxa" w:w="1728"/>
          </w:tcPr>
          <w:p>
            <w:r>
              <w:t>1</w:t>
            </w:r>
          </w:p>
        </w:tc>
        <w:tc>
          <w:tcPr>
            <w:tcW w:type="dxa" w:w="1728"/>
          </w:tcPr>
          <w:p>
            <w:r>
              <w:t>1.5</w:t>
            </w:r>
          </w:p>
        </w:tc>
        <w:tc>
          <w:tcPr>
            <w:tcW w:type="dxa" w:w="1728"/>
          </w:tcPr>
          <w:p>
            <w:r>
              <w:t>not_significant</w:t>
            </w:r>
          </w:p>
        </w:tc>
        <w:tc>
          <w:tcPr>
            <w:tcW w:type="dxa" w:w="1728"/>
          </w:tcPr>
          <w:p>
            <w:r>
              <w:t>Not significant</w:t>
            </w:r>
          </w:p>
        </w:tc>
        <w:tc>
          <w:tcPr>
            <w:tcW w:type="dxa" w:w="1728"/>
          </w:tcPr>
          <w:p>
            <w:r>
              <w:t>4</w:t>
            </w:r>
          </w:p>
        </w:tc>
      </w:tr>
      <w:tr>
        <w:tc>
          <w:tcPr>
            <w:tcW w:type="dxa" w:w="1728"/>
          </w:tcPr>
          <w:p>
            <w:r>
              <w:t>1.5</w:t>
            </w:r>
          </w:p>
        </w:tc>
        <w:tc>
          <w:tcPr>
            <w:tcW w:type="dxa" w:w="1728"/>
          </w:tcPr>
          <w:p>
            <w:r>
              <w:t>2</w:t>
            </w:r>
          </w:p>
        </w:tc>
        <w:tc>
          <w:tcPr>
            <w:tcW w:type="dxa" w:w="1728"/>
          </w:tcPr>
          <w:p>
            <w:r>
              <w:t>hot_90</w:t>
            </w:r>
          </w:p>
        </w:tc>
        <w:tc>
          <w:tcPr>
            <w:tcW w:type="dxa" w:w="1728"/>
          </w:tcPr>
          <w:p>
            <w:r>
              <w:t>Hot spot, 90% confidence</w:t>
            </w:r>
          </w:p>
        </w:tc>
        <w:tc>
          <w:tcPr>
            <w:tcW w:type="dxa" w:w="1728"/>
          </w:tcPr>
          <w:p>
            <w:r>
              <w:t>1</w:t>
            </w:r>
          </w:p>
        </w:tc>
      </w:tr>
      <w:tr>
        <w:tc>
          <w:tcPr>
            <w:tcW w:type="dxa" w:w="1728"/>
          </w:tcPr>
          <w:p>
            <w:r>
              <w:t>2</w:t>
            </w:r>
          </w:p>
        </w:tc>
        <w:tc>
          <w:tcPr>
            <w:tcW w:type="dxa" w:w="1728"/>
          </w:tcPr>
          <w:p>
            <w:r>
              <w:t>2.5</w:t>
            </w:r>
          </w:p>
        </w:tc>
        <w:tc>
          <w:tcPr>
            <w:tcW w:type="dxa" w:w="1728"/>
          </w:tcPr>
          <w:p>
            <w:r>
              <w:t>hot_95</w:t>
            </w:r>
          </w:p>
        </w:tc>
        <w:tc>
          <w:tcPr>
            <w:tcW w:type="dxa" w:w="1728"/>
          </w:tcPr>
          <w:p>
            <w:r>
              <w:t>Hot spot, 95% confidence</w:t>
            </w:r>
          </w:p>
        </w:tc>
        <w:tc>
          <w:tcPr>
            <w:tcW w:type="dxa" w:w="1728"/>
          </w:tcPr>
          <w:p>
            <w:r>
              <w:t>2</w:t>
            </w:r>
          </w:p>
        </w:tc>
      </w:tr>
      <w:tr>
        <w:tc>
          <w:tcPr>
            <w:tcW w:type="dxa" w:w="1728"/>
          </w:tcPr>
          <w:p>
            <w:r>
              <w:t>2.5</w:t>
            </w:r>
          </w:p>
        </w:tc>
        <w:tc>
          <w:tcPr>
            <w:tcW w:type="dxa" w:w="1728"/>
          </w:tcPr>
          <w:p>
            <w:r>
              <w:t>3</w:t>
            </w:r>
          </w:p>
        </w:tc>
        <w:tc>
          <w:tcPr>
            <w:tcW w:type="dxa" w:w="1728"/>
          </w:tcPr>
          <w:p>
            <w:r>
              <w:t>hot_99</w:t>
            </w:r>
          </w:p>
        </w:tc>
        <w:tc>
          <w:tcPr>
            <w:tcW w:type="dxa" w:w="1728"/>
          </w:tcPr>
          <w:p>
            <w:r>
              <w:t>Hot spot, 99% confidence</w:t>
            </w:r>
          </w:p>
        </w:tc>
        <w:tc>
          <w:tcPr>
            <w:tcW w:type="dxa" w:w="1728"/>
          </w:tcPr>
          <w:p>
            <w:r>
              <w:t>1</w:t>
            </w:r>
          </w:p>
        </w:tc>
      </w:tr>
    </w:tbl>
    <w:p/>
    <w:p>
      <w:pPr>
        <w:pStyle w:val="Heading2"/>
      </w:pPr>
      <w:r>
        <w:t>Figure 41. Repeat and near repeat classification: Crashes [85]</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period</w:t>
            </w:r>
          </w:p>
        </w:tc>
        <w:tc>
          <w:tcPr>
            <w:tcW w:type="dxa" w:w="2880"/>
          </w:tcPr>
          <w:p>
            <w:r>
              <w:t>series</w:t>
            </w:r>
          </w:p>
        </w:tc>
        <w:tc>
          <w:tcPr>
            <w:tcW w:type="dxa" w:w="2880"/>
          </w:tcPr>
          <w:p>
            <w:r>
              <w:t>value</w:t>
            </w:r>
          </w:p>
        </w:tc>
      </w:tr>
      <w:tr>
        <w:tc>
          <w:tcPr>
            <w:tcW w:type="dxa" w:w="2880"/>
          </w:tcPr>
          <w:p>
            <w:r>
              <w:t>2024-10-01</w:t>
            </w:r>
          </w:p>
        </w:tc>
        <w:tc>
          <w:tcPr>
            <w:tcW w:type="dxa" w:w="2880"/>
          </w:tcPr>
          <w:p>
            <w:r>
              <w:t>motorcycle</w:t>
            </w:r>
          </w:p>
        </w:tc>
        <w:tc>
          <w:tcPr>
            <w:tcW w:type="dxa" w:w="2880"/>
          </w:tcPr>
          <w:p>
            <w:r>
              <w:t>32</w:t>
            </w:r>
          </w:p>
        </w:tc>
      </w:tr>
      <w:tr>
        <w:tc>
          <w:tcPr>
            <w:tcW w:type="dxa" w:w="2880"/>
          </w:tcPr>
          <w:p>
            <w:r>
              <w:t>2024-10-01</w:t>
            </w:r>
          </w:p>
        </w:tc>
        <w:tc>
          <w:tcPr>
            <w:tcW w:type="dxa" w:w="2880"/>
          </w:tcPr>
          <w:p>
            <w:r>
              <w:t>car</w:t>
            </w:r>
          </w:p>
        </w:tc>
        <w:tc>
          <w:tcPr>
            <w:tcW w:type="dxa" w:w="2880"/>
          </w:tcPr>
          <w:p>
            <w:r>
              <w:t>42</w:t>
            </w:r>
          </w:p>
        </w:tc>
      </w:tr>
      <w:tr>
        <w:tc>
          <w:tcPr>
            <w:tcW w:type="dxa" w:w="2880"/>
          </w:tcPr>
          <w:p>
            <w:r>
              <w:t>2024-10-01</w:t>
            </w:r>
          </w:p>
        </w:tc>
        <w:tc>
          <w:tcPr>
            <w:tcW w:type="dxa" w:w="2880"/>
          </w:tcPr>
          <w:p>
            <w:r>
              <w:t>pedestrian</w:t>
            </w:r>
          </w:p>
        </w:tc>
        <w:tc>
          <w:tcPr>
            <w:tcW w:type="dxa" w:w="2880"/>
          </w:tcPr>
          <w:p>
            <w:r>
              <w:t>9</w:t>
            </w:r>
          </w:p>
        </w:tc>
      </w:tr>
      <w:tr>
        <w:tc>
          <w:tcPr>
            <w:tcW w:type="dxa" w:w="2880"/>
          </w:tcPr>
          <w:p>
            <w:r>
              <w:t>2024-10-01</w:t>
            </w:r>
          </w:p>
        </w:tc>
        <w:tc>
          <w:tcPr>
            <w:tcW w:type="dxa" w:w="2880"/>
          </w:tcPr>
          <w:p>
            <w:r>
              <w:t>cyclist</w:t>
            </w:r>
          </w:p>
        </w:tc>
        <w:tc>
          <w:tcPr>
            <w:tcW w:type="dxa" w:w="2880"/>
          </w:tcPr>
          <w:p>
            <w:r>
              <w:t>2</w:t>
            </w:r>
          </w:p>
        </w:tc>
      </w:tr>
      <w:tr>
        <w:tc>
          <w:tcPr>
            <w:tcW w:type="dxa" w:w="2880"/>
          </w:tcPr>
          <w:p>
            <w:r>
              <w:t>2024-10-01</w:t>
            </w:r>
          </w:p>
        </w:tc>
        <w:tc>
          <w:tcPr>
            <w:tcW w:type="dxa" w:w="2880"/>
          </w:tcPr>
          <w:p>
            <w:r>
              <w:t>bus</w:t>
            </w:r>
          </w:p>
        </w:tc>
        <w:tc>
          <w:tcPr>
            <w:tcW w:type="dxa" w:w="2880"/>
          </w:tcPr>
          <w:p>
            <w:r>
              <w:t>4</w:t>
            </w:r>
          </w:p>
        </w:tc>
      </w:tr>
      <w:tr>
        <w:tc>
          <w:tcPr>
            <w:tcW w:type="dxa" w:w="2880"/>
          </w:tcPr>
          <w:p>
            <w:r>
              <w:t>2024-10-01</w:t>
            </w:r>
          </w:p>
        </w:tc>
        <w:tc>
          <w:tcPr>
            <w:tcW w:type="dxa" w:w="2880"/>
          </w:tcPr>
          <w:p>
            <w:r>
              <w:t>Other</w:t>
            </w:r>
          </w:p>
        </w:tc>
        <w:tc>
          <w:tcPr>
            <w:tcW w:type="dxa" w:w="2880"/>
          </w:tcPr>
          <w:p>
            <w:r>
              <w:t>3</w:t>
            </w:r>
          </w:p>
        </w:tc>
      </w:tr>
      <w:tr>
        <w:tc>
          <w:tcPr>
            <w:tcW w:type="dxa" w:w="2880"/>
          </w:tcPr>
          <w:p>
            <w:r>
              <w:t>2024-11-01</w:t>
            </w:r>
          </w:p>
        </w:tc>
        <w:tc>
          <w:tcPr>
            <w:tcW w:type="dxa" w:w="2880"/>
          </w:tcPr>
          <w:p>
            <w:r>
              <w:t>motorcycle</w:t>
            </w:r>
          </w:p>
        </w:tc>
        <w:tc>
          <w:tcPr>
            <w:tcW w:type="dxa" w:w="2880"/>
          </w:tcPr>
          <w:p>
            <w:r>
              <w:t>35</w:t>
            </w:r>
          </w:p>
        </w:tc>
      </w:tr>
      <w:tr>
        <w:tc>
          <w:tcPr>
            <w:tcW w:type="dxa" w:w="2880"/>
          </w:tcPr>
          <w:p>
            <w:r>
              <w:t>2024-11-01</w:t>
            </w:r>
          </w:p>
        </w:tc>
        <w:tc>
          <w:tcPr>
            <w:tcW w:type="dxa" w:w="2880"/>
          </w:tcPr>
          <w:p>
            <w:r>
              <w:t>car</w:t>
            </w:r>
          </w:p>
        </w:tc>
        <w:tc>
          <w:tcPr>
            <w:tcW w:type="dxa" w:w="2880"/>
          </w:tcPr>
          <w:p>
            <w:r>
              <w:t>36</w:t>
            </w:r>
          </w:p>
        </w:tc>
      </w:tr>
      <w:tr>
        <w:tc>
          <w:tcPr>
            <w:tcW w:type="dxa" w:w="2880"/>
          </w:tcPr>
          <w:p>
            <w:r>
              <w:t>2024-11-01</w:t>
            </w:r>
          </w:p>
        </w:tc>
        <w:tc>
          <w:tcPr>
            <w:tcW w:type="dxa" w:w="2880"/>
          </w:tcPr>
          <w:p>
            <w:r>
              <w:t>pedestrian</w:t>
            </w:r>
          </w:p>
        </w:tc>
        <w:tc>
          <w:tcPr>
            <w:tcW w:type="dxa" w:w="2880"/>
          </w:tcPr>
          <w:p>
            <w:r>
              <w:t>9</w:t>
            </w:r>
          </w:p>
        </w:tc>
      </w:tr>
      <w:tr>
        <w:tc>
          <w:tcPr>
            <w:tcW w:type="dxa" w:w="2880"/>
          </w:tcPr>
          <w:p>
            <w:r>
              <w:t>2024-11-01</w:t>
            </w:r>
          </w:p>
        </w:tc>
        <w:tc>
          <w:tcPr>
            <w:tcW w:type="dxa" w:w="2880"/>
          </w:tcPr>
          <w:p>
            <w:r>
              <w:t>cyclist</w:t>
            </w:r>
          </w:p>
        </w:tc>
        <w:tc>
          <w:tcPr>
            <w:tcW w:type="dxa" w:w="2880"/>
          </w:tcPr>
          <w:p>
            <w:r>
              <w:t>6</w:t>
            </w:r>
          </w:p>
        </w:tc>
      </w:tr>
      <w:tr>
        <w:tc>
          <w:tcPr>
            <w:tcW w:type="dxa" w:w="2880"/>
          </w:tcPr>
          <w:p>
            <w:r>
              <w:t>2024-11-01</w:t>
            </w:r>
          </w:p>
        </w:tc>
        <w:tc>
          <w:tcPr>
            <w:tcW w:type="dxa" w:w="2880"/>
          </w:tcPr>
          <w:p>
            <w:r>
              <w:t>bus</w:t>
            </w:r>
          </w:p>
        </w:tc>
        <w:tc>
          <w:tcPr>
            <w:tcW w:type="dxa" w:w="2880"/>
          </w:tcPr>
          <w:p>
            <w:r>
              <w:t>7</w:t>
            </w:r>
          </w:p>
        </w:tc>
      </w:tr>
      <w:tr>
        <w:tc>
          <w:tcPr>
            <w:tcW w:type="dxa" w:w="2880"/>
          </w:tcPr>
          <w:p>
            <w:r>
              <w:t>2024-11-01</w:t>
            </w:r>
          </w:p>
        </w:tc>
        <w:tc>
          <w:tcPr>
            <w:tcW w:type="dxa" w:w="2880"/>
          </w:tcPr>
          <w:p>
            <w:r>
              <w:t>Other</w:t>
            </w:r>
          </w:p>
        </w:tc>
        <w:tc>
          <w:tcPr>
            <w:tcW w:type="dxa" w:w="2880"/>
          </w:tcPr>
          <w:p>
            <w:r>
              <w:t>2</w:t>
            </w:r>
          </w:p>
        </w:tc>
      </w:tr>
      <w:tr>
        <w:tc>
          <w:tcPr>
            <w:tcW w:type="dxa" w:w="2880"/>
          </w:tcPr>
          <w:p>
            <w:r>
              <w:t>2024-12-01</w:t>
            </w:r>
          </w:p>
        </w:tc>
        <w:tc>
          <w:tcPr>
            <w:tcW w:type="dxa" w:w="2880"/>
          </w:tcPr>
          <w:p>
            <w:r>
              <w:t>motorcycle</w:t>
            </w:r>
          </w:p>
        </w:tc>
        <w:tc>
          <w:tcPr>
            <w:tcW w:type="dxa" w:w="2880"/>
          </w:tcPr>
          <w:p>
            <w:r>
              <w:t>37</w:t>
            </w:r>
          </w:p>
        </w:tc>
      </w:tr>
      <w:tr>
        <w:tc>
          <w:tcPr>
            <w:tcW w:type="dxa" w:w="2880"/>
          </w:tcPr>
          <w:p>
            <w:r>
              <w:t>2024-12-01</w:t>
            </w:r>
          </w:p>
        </w:tc>
        <w:tc>
          <w:tcPr>
            <w:tcW w:type="dxa" w:w="2880"/>
          </w:tcPr>
          <w:p>
            <w:r>
              <w:t>car</w:t>
            </w:r>
          </w:p>
        </w:tc>
        <w:tc>
          <w:tcPr>
            <w:tcW w:type="dxa" w:w="2880"/>
          </w:tcPr>
          <w:p>
            <w:r>
              <w:t>34</w:t>
            </w:r>
          </w:p>
        </w:tc>
      </w:tr>
      <w:tr>
        <w:tc>
          <w:tcPr>
            <w:tcW w:type="dxa" w:w="2880"/>
          </w:tcPr>
          <w:p>
            <w:r>
              <w:t>2024-12-01</w:t>
            </w:r>
          </w:p>
        </w:tc>
        <w:tc>
          <w:tcPr>
            <w:tcW w:type="dxa" w:w="2880"/>
          </w:tcPr>
          <w:p>
            <w:r>
              <w:t>pedestrian</w:t>
            </w:r>
          </w:p>
        </w:tc>
        <w:tc>
          <w:tcPr>
            <w:tcW w:type="dxa" w:w="2880"/>
          </w:tcPr>
          <w:p>
            <w:r>
              <w:t>17</w:t>
            </w:r>
          </w:p>
        </w:tc>
      </w:tr>
      <w:tr>
        <w:tc>
          <w:tcPr>
            <w:tcW w:type="dxa" w:w="2880"/>
          </w:tcPr>
          <w:p>
            <w:r>
              <w:t>2024-12-01</w:t>
            </w:r>
          </w:p>
        </w:tc>
        <w:tc>
          <w:tcPr>
            <w:tcW w:type="dxa" w:w="2880"/>
          </w:tcPr>
          <w:p>
            <w:r>
              <w:t>cyclist</w:t>
            </w:r>
          </w:p>
        </w:tc>
        <w:tc>
          <w:tcPr>
            <w:tcW w:type="dxa" w:w="2880"/>
          </w:tcPr>
          <w:p>
            <w:r>
              <w:t>8</w:t>
            </w:r>
          </w:p>
        </w:tc>
      </w:tr>
      <w:tr>
        <w:tc>
          <w:tcPr>
            <w:tcW w:type="dxa" w:w="2880"/>
          </w:tcPr>
          <w:p>
            <w:r>
              <w:t>2024-12-01</w:t>
            </w:r>
          </w:p>
        </w:tc>
        <w:tc>
          <w:tcPr>
            <w:tcW w:type="dxa" w:w="2880"/>
          </w:tcPr>
          <w:p>
            <w:r>
              <w:t>bus</w:t>
            </w:r>
          </w:p>
        </w:tc>
        <w:tc>
          <w:tcPr>
            <w:tcW w:type="dxa" w:w="2880"/>
          </w:tcPr>
          <w:p>
            <w:r>
              <w:t>1</w:t>
            </w:r>
          </w:p>
        </w:tc>
      </w:tr>
      <w:tr>
        <w:tc>
          <w:tcPr>
            <w:tcW w:type="dxa" w:w="2880"/>
          </w:tcPr>
          <w:p>
            <w:r>
              <w:t>2024-12-01</w:t>
            </w:r>
          </w:p>
        </w:tc>
        <w:tc>
          <w:tcPr>
            <w:tcW w:type="dxa" w:w="2880"/>
          </w:tcPr>
          <w:p>
            <w:r>
              <w:t>Other</w:t>
            </w:r>
          </w:p>
        </w:tc>
        <w:tc>
          <w:tcPr>
            <w:tcW w:type="dxa" w:w="2880"/>
          </w:tcPr>
          <w:p>
            <w:r>
              <w:t>8</w:t>
            </w:r>
          </w:p>
        </w:tc>
      </w:tr>
      <w:tr>
        <w:tc>
          <w:tcPr>
            <w:tcW w:type="dxa" w:w="2880"/>
          </w:tcPr>
          <w:p>
            <w:r>
              <w:t>2025-01-01</w:t>
            </w:r>
          </w:p>
        </w:tc>
        <w:tc>
          <w:tcPr>
            <w:tcW w:type="dxa" w:w="2880"/>
          </w:tcPr>
          <w:p>
            <w:r>
              <w:t>motorcycle</w:t>
            </w:r>
          </w:p>
        </w:tc>
        <w:tc>
          <w:tcPr>
            <w:tcW w:type="dxa" w:w="2880"/>
          </w:tcPr>
          <w:p>
            <w:r>
              <w:t>38</w:t>
            </w:r>
          </w:p>
        </w:tc>
      </w:tr>
      <w:tr>
        <w:tc>
          <w:tcPr>
            <w:tcW w:type="dxa" w:w="2880"/>
          </w:tcPr>
          <w:p>
            <w:r>
              <w:t>2025-01-01</w:t>
            </w:r>
          </w:p>
        </w:tc>
        <w:tc>
          <w:tcPr>
            <w:tcW w:type="dxa" w:w="2880"/>
          </w:tcPr>
          <w:p>
            <w:r>
              <w:t>car</w:t>
            </w:r>
          </w:p>
        </w:tc>
        <w:tc>
          <w:tcPr>
            <w:tcW w:type="dxa" w:w="2880"/>
          </w:tcPr>
          <w:p>
            <w:r>
              <w:t>26</w:t>
            </w:r>
          </w:p>
        </w:tc>
      </w:tr>
      <w:tr>
        <w:tc>
          <w:tcPr>
            <w:tcW w:type="dxa" w:w="2880"/>
          </w:tcPr>
          <w:p>
            <w:r>
              <w:t>2025-01-01</w:t>
            </w:r>
          </w:p>
        </w:tc>
        <w:tc>
          <w:tcPr>
            <w:tcW w:type="dxa" w:w="2880"/>
          </w:tcPr>
          <w:p>
            <w:r>
              <w:t>pedestrian</w:t>
            </w:r>
          </w:p>
        </w:tc>
        <w:tc>
          <w:tcPr>
            <w:tcW w:type="dxa" w:w="2880"/>
          </w:tcPr>
          <w:p>
            <w:r>
              <w:t>14</w:t>
            </w:r>
          </w:p>
        </w:tc>
      </w:tr>
      <w:tr>
        <w:tc>
          <w:tcPr>
            <w:tcW w:type="dxa" w:w="2880"/>
          </w:tcPr>
          <w:p>
            <w:r>
              <w:t>2025-01-01</w:t>
            </w:r>
          </w:p>
        </w:tc>
        <w:tc>
          <w:tcPr>
            <w:tcW w:type="dxa" w:w="2880"/>
          </w:tcPr>
          <w:p>
            <w:r>
              <w:t>cyclist</w:t>
            </w:r>
          </w:p>
        </w:tc>
        <w:tc>
          <w:tcPr>
            <w:tcW w:type="dxa" w:w="2880"/>
          </w:tcPr>
          <w:p>
            <w:r>
              <w:t>6</w:t>
            </w:r>
          </w:p>
        </w:tc>
      </w:tr>
      <w:tr>
        <w:tc>
          <w:tcPr>
            <w:tcW w:type="dxa" w:w="2880"/>
          </w:tcPr>
          <w:p>
            <w:r>
              <w:t>2025-01-01</w:t>
            </w:r>
          </w:p>
        </w:tc>
        <w:tc>
          <w:tcPr>
            <w:tcW w:type="dxa" w:w="2880"/>
          </w:tcPr>
          <w:p>
            <w:r>
              <w:t>bus</w:t>
            </w:r>
          </w:p>
        </w:tc>
        <w:tc>
          <w:tcPr>
            <w:tcW w:type="dxa" w:w="2880"/>
          </w:tcPr>
          <w:p>
            <w:r>
              <w:t>5</w:t>
            </w:r>
          </w:p>
        </w:tc>
      </w:tr>
      <w:tr>
        <w:tc>
          <w:tcPr>
            <w:tcW w:type="dxa" w:w="2880"/>
          </w:tcPr>
          <w:p>
            <w:r>
              <w:t>2025-01-01</w:t>
            </w:r>
          </w:p>
        </w:tc>
        <w:tc>
          <w:tcPr>
            <w:tcW w:type="dxa" w:w="2880"/>
          </w:tcPr>
          <w:p>
            <w:r>
              <w:t>Other</w:t>
            </w:r>
          </w:p>
        </w:tc>
        <w:tc>
          <w:tcPr>
            <w:tcW w:type="dxa" w:w="2880"/>
          </w:tcPr>
          <w:p>
            <w:r>
              <w:t>6</w:t>
            </w:r>
          </w:p>
        </w:tc>
      </w:tr>
      <w:tr>
        <w:tc>
          <w:tcPr>
            <w:tcW w:type="dxa" w:w="2880"/>
          </w:tcPr>
          <w:p>
            <w:r>
              <w:t>2025-02-01</w:t>
            </w:r>
          </w:p>
        </w:tc>
        <w:tc>
          <w:tcPr>
            <w:tcW w:type="dxa" w:w="2880"/>
          </w:tcPr>
          <w:p>
            <w:r>
              <w:t>motorcycle</w:t>
            </w:r>
          </w:p>
        </w:tc>
        <w:tc>
          <w:tcPr>
            <w:tcW w:type="dxa" w:w="2880"/>
          </w:tcPr>
          <w:p>
            <w:r>
              <w:t>31</w:t>
            </w:r>
          </w:p>
        </w:tc>
      </w:tr>
      <w:tr>
        <w:tc>
          <w:tcPr>
            <w:tcW w:type="dxa" w:w="2880"/>
          </w:tcPr>
          <w:p>
            <w:r>
              <w:t>2025-02-01</w:t>
            </w:r>
          </w:p>
        </w:tc>
        <w:tc>
          <w:tcPr>
            <w:tcW w:type="dxa" w:w="2880"/>
          </w:tcPr>
          <w:p>
            <w:r>
              <w:t>car</w:t>
            </w:r>
          </w:p>
        </w:tc>
        <w:tc>
          <w:tcPr>
            <w:tcW w:type="dxa" w:w="2880"/>
          </w:tcPr>
          <w:p>
            <w:r>
              <w:t>37</w:t>
            </w:r>
          </w:p>
        </w:tc>
      </w:tr>
      <w:tr>
        <w:tc>
          <w:tcPr>
            <w:tcW w:type="dxa" w:w="2880"/>
          </w:tcPr>
          <w:p>
            <w:r>
              <w:t>2025-02-01</w:t>
            </w:r>
          </w:p>
        </w:tc>
        <w:tc>
          <w:tcPr>
            <w:tcW w:type="dxa" w:w="2880"/>
          </w:tcPr>
          <w:p>
            <w:r>
              <w:t>pedestrian</w:t>
            </w:r>
          </w:p>
        </w:tc>
        <w:tc>
          <w:tcPr>
            <w:tcW w:type="dxa" w:w="2880"/>
          </w:tcPr>
          <w:p>
            <w:r>
              <w:t>8</w:t>
            </w:r>
          </w:p>
        </w:tc>
      </w:tr>
      <w:tr>
        <w:tc>
          <w:tcPr>
            <w:tcW w:type="dxa" w:w="2880"/>
          </w:tcPr>
          <w:p>
            <w:r>
              <w:t>2025-02-01</w:t>
            </w:r>
          </w:p>
        </w:tc>
        <w:tc>
          <w:tcPr>
            <w:tcW w:type="dxa" w:w="2880"/>
          </w:tcPr>
          <w:p>
            <w:r>
              <w:t>cyclist</w:t>
            </w:r>
          </w:p>
        </w:tc>
        <w:tc>
          <w:tcPr>
            <w:tcW w:type="dxa" w:w="2880"/>
          </w:tcPr>
          <w:p>
            <w:r>
              <w:t>5</w:t>
            </w:r>
          </w:p>
        </w:tc>
      </w:tr>
      <w:tr>
        <w:tc>
          <w:tcPr>
            <w:tcW w:type="dxa" w:w="2880"/>
          </w:tcPr>
          <w:p>
            <w:r>
              <w:t>2025-02-01</w:t>
            </w:r>
          </w:p>
        </w:tc>
        <w:tc>
          <w:tcPr>
            <w:tcW w:type="dxa" w:w="2880"/>
          </w:tcPr>
          <w:p>
            <w:r>
              <w:t>bus</w:t>
            </w:r>
          </w:p>
        </w:tc>
        <w:tc>
          <w:tcPr>
            <w:tcW w:type="dxa" w:w="2880"/>
          </w:tcPr>
          <w:p>
            <w:r>
              <w:t>6</w:t>
            </w:r>
          </w:p>
        </w:tc>
      </w:tr>
      <w:tr>
        <w:tc>
          <w:tcPr>
            <w:tcW w:type="dxa" w:w="2880"/>
          </w:tcPr>
          <w:p>
            <w:r>
              <w:t>2025-02-01</w:t>
            </w:r>
          </w:p>
        </w:tc>
        <w:tc>
          <w:tcPr>
            <w:tcW w:type="dxa" w:w="2880"/>
          </w:tcPr>
          <w:p>
            <w:r>
              <w:t>Other</w:t>
            </w:r>
          </w:p>
        </w:tc>
        <w:tc>
          <w:tcPr>
            <w:tcW w:type="dxa" w:w="2880"/>
          </w:tcPr>
          <w:p>
            <w:r>
              <w:t>6</w:t>
            </w:r>
          </w:p>
        </w:tc>
      </w:tr>
      <w:tr>
        <w:tc>
          <w:tcPr>
            <w:tcW w:type="dxa" w:w="2880"/>
          </w:tcPr>
          <w:p>
            <w:r>
              <w:t>2025-03-01</w:t>
            </w:r>
          </w:p>
        </w:tc>
        <w:tc>
          <w:tcPr>
            <w:tcW w:type="dxa" w:w="2880"/>
          </w:tcPr>
          <w:p>
            <w:r>
              <w:t>motorcycle</w:t>
            </w:r>
          </w:p>
        </w:tc>
        <w:tc>
          <w:tcPr>
            <w:tcW w:type="dxa" w:w="2880"/>
          </w:tcPr>
          <w:p>
            <w:r>
              <w:t>41</w:t>
            </w:r>
          </w:p>
        </w:tc>
      </w:tr>
      <w:tr>
        <w:tc>
          <w:tcPr>
            <w:tcW w:type="dxa" w:w="2880"/>
          </w:tcPr>
          <w:p>
            <w:r>
              <w:t>2025-03-01</w:t>
            </w:r>
          </w:p>
        </w:tc>
        <w:tc>
          <w:tcPr>
            <w:tcW w:type="dxa" w:w="2880"/>
          </w:tcPr>
          <w:p>
            <w:r>
              <w:t>car</w:t>
            </w:r>
          </w:p>
        </w:tc>
        <w:tc>
          <w:tcPr>
            <w:tcW w:type="dxa" w:w="2880"/>
          </w:tcPr>
          <w:p>
            <w:r>
              <w:t>30</w:t>
            </w:r>
          </w:p>
        </w:tc>
      </w:tr>
      <w:tr>
        <w:tc>
          <w:tcPr>
            <w:tcW w:type="dxa" w:w="2880"/>
          </w:tcPr>
          <w:p>
            <w:r>
              <w:t>2025-03-01</w:t>
            </w:r>
          </w:p>
        </w:tc>
        <w:tc>
          <w:tcPr>
            <w:tcW w:type="dxa" w:w="2880"/>
          </w:tcPr>
          <w:p>
            <w:r>
              <w:t>pedestrian</w:t>
            </w:r>
          </w:p>
        </w:tc>
        <w:tc>
          <w:tcPr>
            <w:tcW w:type="dxa" w:w="2880"/>
          </w:tcPr>
          <w:p>
            <w:r>
              <w:t>9</w:t>
            </w:r>
          </w:p>
        </w:tc>
      </w:tr>
      <w:tr>
        <w:tc>
          <w:tcPr>
            <w:tcW w:type="dxa" w:w="2880"/>
          </w:tcPr>
          <w:p>
            <w:r>
              <w:t>2025-03-01</w:t>
            </w:r>
          </w:p>
        </w:tc>
        <w:tc>
          <w:tcPr>
            <w:tcW w:type="dxa" w:w="2880"/>
          </w:tcPr>
          <w:p>
            <w:r>
              <w:t>cyclist</w:t>
            </w:r>
          </w:p>
        </w:tc>
        <w:tc>
          <w:tcPr>
            <w:tcW w:type="dxa" w:w="2880"/>
          </w:tcPr>
          <w:p>
            <w:r>
              <w:t>3</w:t>
            </w:r>
          </w:p>
        </w:tc>
      </w:tr>
      <w:tr>
        <w:tc>
          <w:tcPr>
            <w:tcW w:type="dxa" w:w="2880"/>
          </w:tcPr>
          <w:p>
            <w:r>
              <w:t>2025-03-01</w:t>
            </w:r>
          </w:p>
        </w:tc>
        <w:tc>
          <w:tcPr>
            <w:tcW w:type="dxa" w:w="2880"/>
          </w:tcPr>
          <w:p>
            <w:r>
              <w:t>bus</w:t>
            </w:r>
          </w:p>
        </w:tc>
        <w:tc>
          <w:tcPr>
            <w:tcW w:type="dxa" w:w="2880"/>
          </w:tcPr>
          <w:p>
            <w:r>
              <w:t>3</w:t>
            </w:r>
          </w:p>
        </w:tc>
      </w:tr>
      <w:tr>
        <w:tc>
          <w:tcPr>
            <w:tcW w:type="dxa" w:w="2880"/>
          </w:tcPr>
          <w:p>
            <w:r>
              <w:t>2025-03-01</w:t>
            </w:r>
          </w:p>
        </w:tc>
        <w:tc>
          <w:tcPr>
            <w:tcW w:type="dxa" w:w="2880"/>
          </w:tcPr>
          <w:p>
            <w:r>
              <w:t>Other</w:t>
            </w:r>
          </w:p>
        </w:tc>
        <w:tc>
          <w:tcPr>
            <w:tcW w:type="dxa" w:w="2880"/>
          </w:tcPr>
          <w:p>
            <w:r>
              <w:t>5</w:t>
            </w:r>
          </w:p>
        </w:tc>
      </w:tr>
      <w:tr>
        <w:tc>
          <w:tcPr>
            <w:tcW w:type="dxa" w:w="2880"/>
          </w:tcPr>
          <w:p>
            <w:r>
              <w:t>2025-04-01</w:t>
            </w:r>
          </w:p>
        </w:tc>
        <w:tc>
          <w:tcPr>
            <w:tcW w:type="dxa" w:w="2880"/>
          </w:tcPr>
          <w:p>
            <w:r>
              <w:t>motorcycle</w:t>
            </w:r>
          </w:p>
        </w:tc>
        <w:tc>
          <w:tcPr>
            <w:tcW w:type="dxa" w:w="2880"/>
          </w:tcPr>
          <w:p>
            <w:r>
              <w:t>30</w:t>
            </w:r>
          </w:p>
        </w:tc>
      </w:tr>
      <w:tr>
        <w:tc>
          <w:tcPr>
            <w:tcW w:type="dxa" w:w="2880"/>
          </w:tcPr>
          <w:p>
            <w:r>
              <w:t>2025-04-01</w:t>
            </w:r>
          </w:p>
        </w:tc>
        <w:tc>
          <w:tcPr>
            <w:tcW w:type="dxa" w:w="2880"/>
          </w:tcPr>
          <w:p>
            <w:r>
              <w:t>car</w:t>
            </w:r>
          </w:p>
        </w:tc>
        <w:tc>
          <w:tcPr>
            <w:tcW w:type="dxa" w:w="2880"/>
          </w:tcPr>
          <w:p>
            <w:r>
              <w:t>26</w:t>
            </w:r>
          </w:p>
        </w:tc>
      </w:tr>
      <w:tr>
        <w:tc>
          <w:tcPr>
            <w:tcW w:type="dxa" w:w="2880"/>
          </w:tcPr>
          <w:p>
            <w:r>
              <w:t>2025-04-01</w:t>
            </w:r>
          </w:p>
        </w:tc>
        <w:tc>
          <w:tcPr>
            <w:tcW w:type="dxa" w:w="2880"/>
          </w:tcPr>
          <w:p>
            <w:r>
              <w:t>pedestrian</w:t>
            </w:r>
          </w:p>
        </w:tc>
        <w:tc>
          <w:tcPr>
            <w:tcW w:type="dxa" w:w="2880"/>
          </w:tcPr>
          <w:p>
            <w:r>
              <w:t>8</w:t>
            </w:r>
          </w:p>
        </w:tc>
      </w:tr>
      <w:tr>
        <w:tc>
          <w:tcPr>
            <w:tcW w:type="dxa" w:w="2880"/>
          </w:tcPr>
          <w:p>
            <w:r>
              <w:t>2025-04-01</w:t>
            </w:r>
          </w:p>
        </w:tc>
        <w:tc>
          <w:tcPr>
            <w:tcW w:type="dxa" w:w="2880"/>
          </w:tcPr>
          <w:p>
            <w:r>
              <w:t>cyclist</w:t>
            </w:r>
          </w:p>
        </w:tc>
        <w:tc>
          <w:tcPr>
            <w:tcW w:type="dxa" w:w="2880"/>
          </w:tcPr>
          <w:p>
            <w:r>
              <w:t>4</w:t>
            </w:r>
          </w:p>
        </w:tc>
      </w:tr>
      <w:tr>
        <w:tc>
          <w:tcPr>
            <w:tcW w:type="dxa" w:w="2880"/>
          </w:tcPr>
          <w:p>
            <w:r>
              <w:t>2025-04-01</w:t>
            </w:r>
          </w:p>
        </w:tc>
        <w:tc>
          <w:tcPr>
            <w:tcW w:type="dxa" w:w="2880"/>
          </w:tcPr>
          <w:p>
            <w:r>
              <w:t>bus</w:t>
            </w:r>
          </w:p>
        </w:tc>
        <w:tc>
          <w:tcPr>
            <w:tcW w:type="dxa" w:w="2880"/>
          </w:tcPr>
          <w:p>
            <w:r>
              <w:t>2</w:t>
            </w:r>
          </w:p>
        </w:tc>
      </w:tr>
      <w:tr>
        <w:tc>
          <w:tcPr>
            <w:tcW w:type="dxa" w:w="2880"/>
          </w:tcPr>
          <w:p>
            <w:r>
              <w:t>2025-04-01</w:t>
            </w:r>
          </w:p>
        </w:tc>
        <w:tc>
          <w:tcPr>
            <w:tcW w:type="dxa" w:w="2880"/>
          </w:tcPr>
          <w:p>
            <w:r>
              <w:t>Other</w:t>
            </w:r>
          </w:p>
        </w:tc>
        <w:tc>
          <w:tcPr>
            <w:tcW w:type="dxa" w:w="2880"/>
          </w:tcPr>
          <w:p>
            <w:r>
              <w:t>7</w:t>
            </w:r>
          </w:p>
        </w:tc>
      </w:tr>
      <w:tr>
        <w:tc>
          <w:tcPr>
            <w:tcW w:type="dxa" w:w="2880"/>
          </w:tcPr>
          <w:p>
            <w:r>
              <w:t>2025-05-01</w:t>
            </w:r>
          </w:p>
        </w:tc>
        <w:tc>
          <w:tcPr>
            <w:tcW w:type="dxa" w:w="2880"/>
          </w:tcPr>
          <w:p>
            <w:r>
              <w:t>motorcycle</w:t>
            </w:r>
          </w:p>
        </w:tc>
        <w:tc>
          <w:tcPr>
            <w:tcW w:type="dxa" w:w="2880"/>
          </w:tcPr>
          <w:p>
            <w:r>
              <w:t>28</w:t>
            </w:r>
          </w:p>
        </w:tc>
      </w:tr>
      <w:tr>
        <w:tc>
          <w:tcPr>
            <w:tcW w:type="dxa" w:w="2880"/>
          </w:tcPr>
          <w:p>
            <w:r>
              <w:t>2025-05-01</w:t>
            </w:r>
          </w:p>
        </w:tc>
        <w:tc>
          <w:tcPr>
            <w:tcW w:type="dxa" w:w="2880"/>
          </w:tcPr>
          <w:p>
            <w:r>
              <w:t>car</w:t>
            </w:r>
          </w:p>
        </w:tc>
        <w:tc>
          <w:tcPr>
            <w:tcW w:type="dxa" w:w="2880"/>
          </w:tcPr>
          <w:p>
            <w:r>
              <w:t>21</w:t>
            </w:r>
          </w:p>
        </w:tc>
      </w:tr>
      <w:tr>
        <w:tc>
          <w:tcPr>
            <w:tcW w:type="dxa" w:w="2880"/>
          </w:tcPr>
          <w:p>
            <w:r>
              <w:t>2025-05-01</w:t>
            </w:r>
          </w:p>
        </w:tc>
        <w:tc>
          <w:tcPr>
            <w:tcW w:type="dxa" w:w="2880"/>
          </w:tcPr>
          <w:p>
            <w:r>
              <w:t>pedestrian</w:t>
            </w:r>
          </w:p>
        </w:tc>
        <w:tc>
          <w:tcPr>
            <w:tcW w:type="dxa" w:w="2880"/>
          </w:tcPr>
          <w:p>
            <w:r>
              <w:t>7</w:t>
            </w:r>
          </w:p>
        </w:tc>
      </w:tr>
      <w:tr>
        <w:tc>
          <w:tcPr>
            <w:tcW w:type="dxa" w:w="2880"/>
          </w:tcPr>
          <w:p>
            <w:r>
              <w:t>2025-05-01</w:t>
            </w:r>
          </w:p>
        </w:tc>
        <w:tc>
          <w:tcPr>
            <w:tcW w:type="dxa" w:w="2880"/>
          </w:tcPr>
          <w:p>
            <w:r>
              <w:t>cyclist</w:t>
            </w:r>
          </w:p>
        </w:tc>
        <w:tc>
          <w:tcPr>
            <w:tcW w:type="dxa" w:w="2880"/>
          </w:tcPr>
          <w:p>
            <w:r>
              <w:t>4</w:t>
            </w:r>
          </w:p>
        </w:tc>
      </w:tr>
      <w:tr>
        <w:tc>
          <w:tcPr>
            <w:tcW w:type="dxa" w:w="2880"/>
          </w:tcPr>
          <w:p>
            <w:r>
              <w:t>2025-05-01</w:t>
            </w:r>
          </w:p>
        </w:tc>
        <w:tc>
          <w:tcPr>
            <w:tcW w:type="dxa" w:w="2880"/>
          </w:tcPr>
          <w:p>
            <w:r>
              <w:t>bus</w:t>
            </w:r>
          </w:p>
        </w:tc>
        <w:tc>
          <w:tcPr>
            <w:tcW w:type="dxa" w:w="2880"/>
          </w:tcPr>
          <w:p>
            <w:r>
              <w:t>1</w:t>
            </w:r>
          </w:p>
        </w:tc>
      </w:tr>
      <w:tr>
        <w:tc>
          <w:tcPr>
            <w:tcW w:type="dxa" w:w="2880"/>
          </w:tcPr>
          <w:p>
            <w:r>
              <w:t>2025-05-01</w:t>
            </w:r>
          </w:p>
        </w:tc>
        <w:tc>
          <w:tcPr>
            <w:tcW w:type="dxa" w:w="2880"/>
          </w:tcPr>
          <w:p>
            <w:r>
              <w:t>Other</w:t>
            </w:r>
          </w:p>
        </w:tc>
        <w:tc>
          <w:tcPr>
            <w:tcW w:type="dxa" w:w="2880"/>
          </w:tcPr>
          <w:p>
            <w:r>
              <w:t>5</w:t>
            </w:r>
          </w:p>
        </w:tc>
      </w:tr>
      <w:tr>
        <w:tc>
          <w:tcPr>
            <w:tcW w:type="dxa" w:w="2880"/>
          </w:tcPr>
          <w:p>
            <w:r>
              <w:t>2025-06-01</w:t>
            </w:r>
          </w:p>
        </w:tc>
        <w:tc>
          <w:tcPr>
            <w:tcW w:type="dxa" w:w="2880"/>
          </w:tcPr>
          <w:p>
            <w:r>
              <w:t>motorcycle</w:t>
            </w:r>
          </w:p>
        </w:tc>
        <w:tc>
          <w:tcPr>
            <w:tcW w:type="dxa" w:w="2880"/>
          </w:tcPr>
          <w:p>
            <w:r>
              <w:t>36</w:t>
            </w:r>
          </w:p>
        </w:tc>
      </w:tr>
      <w:tr>
        <w:tc>
          <w:tcPr>
            <w:tcW w:type="dxa" w:w="2880"/>
          </w:tcPr>
          <w:p>
            <w:r>
              <w:t>2025-06-01</w:t>
            </w:r>
          </w:p>
        </w:tc>
        <w:tc>
          <w:tcPr>
            <w:tcW w:type="dxa" w:w="2880"/>
          </w:tcPr>
          <w:p>
            <w:r>
              <w:t>car</w:t>
            </w:r>
          </w:p>
        </w:tc>
        <w:tc>
          <w:tcPr>
            <w:tcW w:type="dxa" w:w="2880"/>
          </w:tcPr>
          <w:p>
            <w:r>
              <w:t>33</w:t>
            </w:r>
          </w:p>
        </w:tc>
      </w:tr>
      <w:tr>
        <w:tc>
          <w:tcPr>
            <w:tcW w:type="dxa" w:w="2880"/>
          </w:tcPr>
          <w:p>
            <w:r>
              <w:t>2025-06-01</w:t>
            </w:r>
          </w:p>
        </w:tc>
        <w:tc>
          <w:tcPr>
            <w:tcW w:type="dxa" w:w="2880"/>
          </w:tcPr>
          <w:p>
            <w:r>
              <w:t>pedestrian</w:t>
            </w:r>
          </w:p>
        </w:tc>
        <w:tc>
          <w:tcPr>
            <w:tcW w:type="dxa" w:w="2880"/>
          </w:tcPr>
          <w:p>
            <w:r>
              <w:t>5</w:t>
            </w:r>
          </w:p>
        </w:tc>
      </w:tr>
      <w:tr>
        <w:tc>
          <w:tcPr>
            <w:tcW w:type="dxa" w:w="2880"/>
          </w:tcPr>
          <w:p>
            <w:r>
              <w:t>2025-06-01</w:t>
            </w:r>
          </w:p>
        </w:tc>
        <w:tc>
          <w:tcPr>
            <w:tcW w:type="dxa" w:w="2880"/>
          </w:tcPr>
          <w:p>
            <w:r>
              <w:t>cyclist</w:t>
            </w:r>
          </w:p>
        </w:tc>
        <w:tc>
          <w:tcPr>
            <w:tcW w:type="dxa" w:w="2880"/>
          </w:tcPr>
          <w:p>
            <w:r>
              <w:t>3</w:t>
            </w:r>
          </w:p>
        </w:tc>
      </w:tr>
      <w:tr>
        <w:tc>
          <w:tcPr>
            <w:tcW w:type="dxa" w:w="2880"/>
          </w:tcPr>
          <w:p>
            <w:r>
              <w:t>2025-06-01</w:t>
            </w:r>
          </w:p>
        </w:tc>
        <w:tc>
          <w:tcPr>
            <w:tcW w:type="dxa" w:w="2880"/>
          </w:tcPr>
          <w:p>
            <w:r>
              <w:t>bus</w:t>
            </w:r>
          </w:p>
        </w:tc>
        <w:tc>
          <w:tcPr>
            <w:tcW w:type="dxa" w:w="2880"/>
          </w:tcPr>
          <w:p>
            <w:r>
              <w:t>4</w:t>
            </w:r>
          </w:p>
        </w:tc>
      </w:tr>
      <w:tr>
        <w:tc>
          <w:tcPr>
            <w:tcW w:type="dxa" w:w="2880"/>
          </w:tcPr>
          <w:p>
            <w:r>
              <w:t>2025-06-01</w:t>
            </w:r>
          </w:p>
        </w:tc>
        <w:tc>
          <w:tcPr>
            <w:tcW w:type="dxa" w:w="2880"/>
          </w:tcPr>
          <w:p>
            <w:r>
              <w:t>Other</w:t>
            </w:r>
          </w:p>
        </w:tc>
        <w:tc>
          <w:tcPr>
            <w:tcW w:type="dxa" w:w="2880"/>
          </w:tcPr>
          <w:p>
            <w:r>
              <w:t>4</w:t>
            </w:r>
          </w:p>
        </w:tc>
      </w:tr>
      <w:tr>
        <w:tc>
          <w:tcPr>
            <w:tcW w:type="dxa" w:w="2880"/>
          </w:tcPr>
          <w:p>
            <w:r>
              <w:t>2025-07-01</w:t>
            </w:r>
          </w:p>
        </w:tc>
        <w:tc>
          <w:tcPr>
            <w:tcW w:type="dxa" w:w="2880"/>
          </w:tcPr>
          <w:p>
            <w:r>
              <w:t>motorcycle</w:t>
            </w:r>
          </w:p>
        </w:tc>
        <w:tc>
          <w:tcPr>
            <w:tcW w:type="dxa" w:w="2880"/>
          </w:tcPr>
          <w:p>
            <w:r>
              <w:t>26</w:t>
            </w:r>
          </w:p>
        </w:tc>
      </w:tr>
      <w:tr>
        <w:tc>
          <w:tcPr>
            <w:tcW w:type="dxa" w:w="2880"/>
          </w:tcPr>
          <w:p>
            <w:r>
              <w:t>2025-07-01</w:t>
            </w:r>
          </w:p>
        </w:tc>
        <w:tc>
          <w:tcPr>
            <w:tcW w:type="dxa" w:w="2880"/>
          </w:tcPr>
          <w:p>
            <w:r>
              <w:t>car</w:t>
            </w:r>
          </w:p>
        </w:tc>
        <w:tc>
          <w:tcPr>
            <w:tcW w:type="dxa" w:w="2880"/>
          </w:tcPr>
          <w:p>
            <w:r>
              <w:t>31</w:t>
            </w:r>
          </w:p>
        </w:tc>
      </w:tr>
      <w:tr>
        <w:tc>
          <w:tcPr>
            <w:tcW w:type="dxa" w:w="2880"/>
          </w:tcPr>
          <w:p>
            <w:r>
              <w:t>2025-07-01</w:t>
            </w:r>
          </w:p>
        </w:tc>
        <w:tc>
          <w:tcPr>
            <w:tcW w:type="dxa" w:w="2880"/>
          </w:tcPr>
          <w:p>
            <w:r>
              <w:t>pedestrian</w:t>
            </w:r>
          </w:p>
        </w:tc>
        <w:tc>
          <w:tcPr>
            <w:tcW w:type="dxa" w:w="2880"/>
          </w:tcPr>
          <w:p>
            <w:r>
              <w:t>11</w:t>
            </w:r>
          </w:p>
        </w:tc>
      </w:tr>
      <w:tr>
        <w:tc>
          <w:tcPr>
            <w:tcW w:type="dxa" w:w="2880"/>
          </w:tcPr>
          <w:p>
            <w:r>
              <w:t>2025-07-01</w:t>
            </w:r>
          </w:p>
        </w:tc>
        <w:tc>
          <w:tcPr>
            <w:tcW w:type="dxa" w:w="2880"/>
          </w:tcPr>
          <w:p>
            <w:r>
              <w:t>cyclist</w:t>
            </w:r>
          </w:p>
        </w:tc>
        <w:tc>
          <w:tcPr>
            <w:tcW w:type="dxa" w:w="2880"/>
          </w:tcPr>
          <w:p>
            <w:r>
              <w:t>4</w:t>
            </w:r>
          </w:p>
        </w:tc>
      </w:tr>
      <w:tr>
        <w:tc>
          <w:tcPr>
            <w:tcW w:type="dxa" w:w="2880"/>
          </w:tcPr>
          <w:p>
            <w:r>
              <w:t>2025-07-01</w:t>
            </w:r>
          </w:p>
        </w:tc>
        <w:tc>
          <w:tcPr>
            <w:tcW w:type="dxa" w:w="2880"/>
          </w:tcPr>
          <w:p>
            <w:r>
              <w:t>bus</w:t>
            </w:r>
          </w:p>
        </w:tc>
        <w:tc>
          <w:tcPr>
            <w:tcW w:type="dxa" w:w="2880"/>
          </w:tcPr>
          <w:p>
            <w:r>
              <w:t>4</w:t>
            </w:r>
          </w:p>
        </w:tc>
      </w:tr>
      <w:tr>
        <w:tc>
          <w:tcPr>
            <w:tcW w:type="dxa" w:w="2880"/>
          </w:tcPr>
          <w:p>
            <w:r>
              <w:t>2025-07-01</w:t>
            </w:r>
          </w:p>
        </w:tc>
        <w:tc>
          <w:tcPr>
            <w:tcW w:type="dxa" w:w="2880"/>
          </w:tcPr>
          <w:p>
            <w:r>
              <w:t>Other</w:t>
            </w:r>
          </w:p>
        </w:tc>
        <w:tc>
          <w:tcPr>
            <w:tcW w:type="dxa" w:w="2880"/>
          </w:tcPr>
          <w:p>
            <w:r>
              <w:t>4</w:t>
            </w:r>
          </w:p>
        </w:tc>
      </w:tr>
      <w:tr>
        <w:tc>
          <w:tcPr>
            <w:tcW w:type="dxa" w:w="2880"/>
          </w:tcPr>
          <w:p>
            <w:r>
              <w:t>2025-08-01</w:t>
            </w:r>
          </w:p>
        </w:tc>
        <w:tc>
          <w:tcPr>
            <w:tcW w:type="dxa" w:w="2880"/>
          </w:tcPr>
          <w:p>
            <w:r>
              <w:t>motorcycle</w:t>
            </w:r>
          </w:p>
        </w:tc>
        <w:tc>
          <w:tcPr>
            <w:tcW w:type="dxa" w:w="2880"/>
          </w:tcPr>
          <w:p>
            <w:r>
              <w:t>30</w:t>
            </w:r>
          </w:p>
        </w:tc>
      </w:tr>
      <w:tr>
        <w:tc>
          <w:tcPr>
            <w:tcW w:type="dxa" w:w="2880"/>
          </w:tcPr>
          <w:p>
            <w:r>
              <w:t>2025-08-01</w:t>
            </w:r>
          </w:p>
        </w:tc>
        <w:tc>
          <w:tcPr>
            <w:tcW w:type="dxa" w:w="2880"/>
          </w:tcPr>
          <w:p>
            <w:r>
              <w:t>car</w:t>
            </w:r>
          </w:p>
        </w:tc>
        <w:tc>
          <w:tcPr>
            <w:tcW w:type="dxa" w:w="2880"/>
          </w:tcPr>
          <w:p>
            <w:r>
              <w:t>18</w:t>
            </w:r>
          </w:p>
        </w:tc>
      </w:tr>
      <w:tr>
        <w:tc>
          <w:tcPr>
            <w:tcW w:type="dxa" w:w="2880"/>
          </w:tcPr>
          <w:p>
            <w:r>
              <w:t>2025-08-01</w:t>
            </w:r>
          </w:p>
        </w:tc>
        <w:tc>
          <w:tcPr>
            <w:tcW w:type="dxa" w:w="2880"/>
          </w:tcPr>
          <w:p>
            <w:r>
              <w:t>pedestrian</w:t>
            </w:r>
          </w:p>
        </w:tc>
        <w:tc>
          <w:tcPr>
            <w:tcW w:type="dxa" w:w="2880"/>
          </w:tcPr>
          <w:p>
            <w:r>
              <w:t>6</w:t>
            </w:r>
          </w:p>
        </w:tc>
      </w:tr>
      <w:tr>
        <w:tc>
          <w:tcPr>
            <w:tcW w:type="dxa" w:w="2880"/>
          </w:tcPr>
          <w:p>
            <w:r>
              <w:t>2025-08-01</w:t>
            </w:r>
          </w:p>
        </w:tc>
        <w:tc>
          <w:tcPr>
            <w:tcW w:type="dxa" w:w="2880"/>
          </w:tcPr>
          <w:p>
            <w:r>
              <w:t>cyclist</w:t>
            </w:r>
          </w:p>
        </w:tc>
        <w:tc>
          <w:tcPr>
            <w:tcW w:type="dxa" w:w="2880"/>
          </w:tcPr>
          <w:p>
            <w:r>
              <w:t>8</w:t>
            </w:r>
          </w:p>
        </w:tc>
      </w:tr>
      <w:tr>
        <w:tc>
          <w:tcPr>
            <w:tcW w:type="dxa" w:w="2880"/>
          </w:tcPr>
          <w:p>
            <w:r>
              <w:t>2025-08-01</w:t>
            </w:r>
          </w:p>
        </w:tc>
        <w:tc>
          <w:tcPr>
            <w:tcW w:type="dxa" w:w="2880"/>
          </w:tcPr>
          <w:p>
            <w:r>
              <w:t>bus</w:t>
            </w:r>
          </w:p>
        </w:tc>
        <w:tc>
          <w:tcPr>
            <w:tcW w:type="dxa" w:w="2880"/>
          </w:tcPr>
          <w:p>
            <w:r>
              <w:t>4</w:t>
            </w:r>
          </w:p>
        </w:tc>
      </w:tr>
      <w:tr>
        <w:tc>
          <w:tcPr>
            <w:tcW w:type="dxa" w:w="2880"/>
          </w:tcPr>
          <w:p>
            <w:r>
              <w:t>2025-08-01</w:t>
            </w:r>
          </w:p>
        </w:tc>
        <w:tc>
          <w:tcPr>
            <w:tcW w:type="dxa" w:w="2880"/>
          </w:tcPr>
          <w:p>
            <w:r>
              <w:t>Other</w:t>
            </w:r>
          </w:p>
        </w:tc>
        <w:tc>
          <w:tcPr>
            <w:tcW w:type="dxa" w:w="2880"/>
          </w:tcPr>
          <w:p>
            <w:r>
              <w:t>5</w:t>
            </w:r>
          </w:p>
        </w:tc>
      </w:tr>
      <w:tr>
        <w:tc>
          <w:tcPr>
            <w:tcW w:type="dxa" w:w="2880"/>
          </w:tcPr>
          <w:p>
            <w:r>
              <w:t>2025-09-01</w:t>
            </w:r>
          </w:p>
        </w:tc>
        <w:tc>
          <w:tcPr>
            <w:tcW w:type="dxa" w:w="2880"/>
          </w:tcPr>
          <w:p>
            <w:r>
              <w:t>motorcycle</w:t>
            </w:r>
          </w:p>
        </w:tc>
        <w:tc>
          <w:tcPr>
            <w:tcW w:type="dxa" w:w="2880"/>
          </w:tcPr>
          <w:p>
            <w:r>
              <w:t>24</w:t>
            </w:r>
          </w:p>
        </w:tc>
      </w:tr>
      <w:tr>
        <w:tc>
          <w:tcPr>
            <w:tcW w:type="dxa" w:w="2880"/>
          </w:tcPr>
          <w:p>
            <w:r>
              <w:t>2025-09-01</w:t>
            </w:r>
          </w:p>
        </w:tc>
        <w:tc>
          <w:tcPr>
            <w:tcW w:type="dxa" w:w="2880"/>
          </w:tcPr>
          <w:p>
            <w:r>
              <w:t>car</w:t>
            </w:r>
          </w:p>
        </w:tc>
        <w:tc>
          <w:tcPr>
            <w:tcW w:type="dxa" w:w="2880"/>
          </w:tcPr>
          <w:p>
            <w:r>
              <w:t>29</w:t>
            </w:r>
          </w:p>
        </w:tc>
      </w:tr>
      <w:tr>
        <w:tc>
          <w:tcPr>
            <w:tcW w:type="dxa" w:w="2880"/>
          </w:tcPr>
          <w:p>
            <w:r>
              <w:t>2025-09-01</w:t>
            </w:r>
          </w:p>
        </w:tc>
        <w:tc>
          <w:tcPr>
            <w:tcW w:type="dxa" w:w="2880"/>
          </w:tcPr>
          <w:p>
            <w:r>
              <w:t>pedestrian</w:t>
            </w:r>
          </w:p>
        </w:tc>
        <w:tc>
          <w:tcPr>
            <w:tcW w:type="dxa" w:w="2880"/>
          </w:tcPr>
          <w:p>
            <w:r>
              <w:t>17</w:t>
            </w:r>
          </w:p>
        </w:tc>
      </w:tr>
      <w:tr>
        <w:tc>
          <w:tcPr>
            <w:tcW w:type="dxa" w:w="2880"/>
          </w:tcPr>
          <w:p>
            <w:r>
              <w:t>2025-09-01</w:t>
            </w:r>
          </w:p>
        </w:tc>
        <w:tc>
          <w:tcPr>
            <w:tcW w:type="dxa" w:w="2880"/>
          </w:tcPr>
          <w:p>
            <w:r>
              <w:t>cyclist</w:t>
            </w:r>
          </w:p>
        </w:tc>
        <w:tc>
          <w:tcPr>
            <w:tcW w:type="dxa" w:w="2880"/>
          </w:tcPr>
          <w:p>
            <w:r>
              <w:t>3</w:t>
            </w:r>
          </w:p>
        </w:tc>
      </w:tr>
      <w:tr>
        <w:tc>
          <w:tcPr>
            <w:tcW w:type="dxa" w:w="2880"/>
          </w:tcPr>
          <w:p>
            <w:r>
              <w:t>2025-09-01</w:t>
            </w:r>
          </w:p>
        </w:tc>
        <w:tc>
          <w:tcPr>
            <w:tcW w:type="dxa" w:w="2880"/>
          </w:tcPr>
          <w:p>
            <w:r>
              <w:t>bus</w:t>
            </w:r>
          </w:p>
        </w:tc>
        <w:tc>
          <w:tcPr>
            <w:tcW w:type="dxa" w:w="2880"/>
          </w:tcPr>
          <w:p>
            <w:r>
              <w:t>2</w:t>
            </w:r>
          </w:p>
        </w:tc>
      </w:tr>
      <w:tr>
        <w:tc>
          <w:tcPr>
            <w:tcW w:type="dxa" w:w="2880"/>
          </w:tcPr>
          <w:p>
            <w:r>
              <w:t>2025-09-01</w:t>
            </w:r>
          </w:p>
        </w:tc>
        <w:tc>
          <w:tcPr>
            <w:tcW w:type="dxa" w:w="2880"/>
          </w:tcPr>
          <w:p>
            <w:r>
              <w:t>Other</w:t>
            </w:r>
          </w:p>
        </w:tc>
        <w:tc>
          <w:tcPr>
            <w:tcW w:type="dxa" w:w="2880"/>
          </w:tcPr>
          <w:p>
            <w:r>
              <w:t>4</w:t>
            </w:r>
          </w:p>
        </w:tc>
      </w:tr>
      <w:tr>
        <w:tc>
          <w:tcPr>
            <w:tcW w:type="dxa" w:w="2880"/>
          </w:tcPr>
          <w:p>
            <w:r>
              <w:t>2025-10-01</w:t>
            </w:r>
          </w:p>
        </w:tc>
        <w:tc>
          <w:tcPr>
            <w:tcW w:type="dxa" w:w="2880"/>
          </w:tcPr>
          <w:p>
            <w:r>
              <w:t>motorcycle</w:t>
            </w:r>
          </w:p>
        </w:tc>
        <w:tc>
          <w:tcPr>
            <w:tcW w:type="dxa" w:w="2880"/>
          </w:tcPr>
          <w:p>
            <w:r>
              <w:t>23</w:t>
            </w:r>
          </w:p>
        </w:tc>
      </w:tr>
      <w:tr>
        <w:tc>
          <w:tcPr>
            <w:tcW w:type="dxa" w:w="2880"/>
          </w:tcPr>
          <w:p>
            <w:r>
              <w:t>2025-10-01</w:t>
            </w:r>
          </w:p>
        </w:tc>
        <w:tc>
          <w:tcPr>
            <w:tcW w:type="dxa" w:w="2880"/>
          </w:tcPr>
          <w:p>
            <w:r>
              <w:t>car</w:t>
            </w:r>
          </w:p>
        </w:tc>
        <w:tc>
          <w:tcPr>
            <w:tcW w:type="dxa" w:w="2880"/>
          </w:tcPr>
          <w:p>
            <w:r>
              <w:t>23</w:t>
            </w:r>
          </w:p>
        </w:tc>
      </w:tr>
      <w:tr>
        <w:tc>
          <w:tcPr>
            <w:tcW w:type="dxa" w:w="2880"/>
          </w:tcPr>
          <w:p>
            <w:r>
              <w:t>2025-10-01</w:t>
            </w:r>
          </w:p>
        </w:tc>
        <w:tc>
          <w:tcPr>
            <w:tcW w:type="dxa" w:w="2880"/>
          </w:tcPr>
          <w:p>
            <w:r>
              <w:t>pedestrian</w:t>
            </w:r>
          </w:p>
        </w:tc>
        <w:tc>
          <w:tcPr>
            <w:tcW w:type="dxa" w:w="2880"/>
          </w:tcPr>
          <w:p>
            <w:r>
              <w:t>14</w:t>
            </w:r>
          </w:p>
        </w:tc>
      </w:tr>
      <w:tr>
        <w:tc>
          <w:tcPr>
            <w:tcW w:type="dxa" w:w="2880"/>
          </w:tcPr>
          <w:p>
            <w:r>
              <w:t>2025-10-01</w:t>
            </w:r>
          </w:p>
        </w:tc>
        <w:tc>
          <w:tcPr>
            <w:tcW w:type="dxa" w:w="2880"/>
          </w:tcPr>
          <w:p>
            <w:r>
              <w:t>cyclist</w:t>
            </w:r>
          </w:p>
        </w:tc>
        <w:tc>
          <w:tcPr>
            <w:tcW w:type="dxa" w:w="2880"/>
          </w:tcPr>
          <w:p>
            <w:r>
              <w:t>6</w:t>
            </w:r>
          </w:p>
        </w:tc>
      </w:tr>
      <w:tr>
        <w:tc>
          <w:tcPr>
            <w:tcW w:type="dxa" w:w="2880"/>
          </w:tcPr>
          <w:p>
            <w:r>
              <w:t>2025-10-01</w:t>
            </w:r>
          </w:p>
        </w:tc>
        <w:tc>
          <w:tcPr>
            <w:tcW w:type="dxa" w:w="2880"/>
          </w:tcPr>
          <w:p>
            <w:r>
              <w:t>bus</w:t>
            </w:r>
          </w:p>
        </w:tc>
        <w:tc>
          <w:tcPr>
            <w:tcW w:type="dxa" w:w="2880"/>
          </w:tcPr>
          <w:p>
            <w:r>
              <w:t>3</w:t>
            </w:r>
          </w:p>
        </w:tc>
      </w:tr>
      <w:tr>
        <w:tc>
          <w:tcPr>
            <w:tcW w:type="dxa" w:w="2880"/>
          </w:tcPr>
          <w:p>
            <w:r>
              <w:t>2025-10-01</w:t>
            </w:r>
          </w:p>
        </w:tc>
        <w:tc>
          <w:tcPr>
            <w:tcW w:type="dxa" w:w="2880"/>
          </w:tcPr>
          <w:p>
            <w:r>
              <w:t>Other</w:t>
            </w:r>
          </w:p>
        </w:tc>
        <w:tc>
          <w:tcPr>
            <w:tcW w:type="dxa" w:w="2880"/>
          </w:tcPr>
          <w:p>
            <w:r>
              <w:t>4</w:t>
            </w:r>
          </w:p>
        </w:tc>
      </w:tr>
      <w:tr>
        <w:tc>
          <w:tcPr>
            <w:tcW w:type="dxa" w:w="2880"/>
          </w:tcPr>
          <w:p>
            <w:r>
              <w:t>2025-11-01</w:t>
            </w:r>
          </w:p>
        </w:tc>
        <w:tc>
          <w:tcPr>
            <w:tcW w:type="dxa" w:w="2880"/>
          </w:tcPr>
          <w:p>
            <w:r>
              <w:t>motorcycle</w:t>
            </w:r>
          </w:p>
        </w:tc>
        <w:tc>
          <w:tcPr>
            <w:tcW w:type="dxa" w:w="2880"/>
          </w:tcPr>
          <w:p>
            <w:r>
              <w:t>35</w:t>
            </w:r>
          </w:p>
        </w:tc>
      </w:tr>
      <w:tr>
        <w:tc>
          <w:tcPr>
            <w:tcW w:type="dxa" w:w="2880"/>
          </w:tcPr>
          <w:p>
            <w:r>
              <w:t>2025-11-01</w:t>
            </w:r>
          </w:p>
        </w:tc>
        <w:tc>
          <w:tcPr>
            <w:tcW w:type="dxa" w:w="2880"/>
          </w:tcPr>
          <w:p>
            <w:r>
              <w:t>car</w:t>
            </w:r>
          </w:p>
        </w:tc>
        <w:tc>
          <w:tcPr>
            <w:tcW w:type="dxa" w:w="2880"/>
          </w:tcPr>
          <w:p>
            <w:r>
              <w:t>35</w:t>
            </w:r>
          </w:p>
        </w:tc>
      </w:tr>
      <w:tr>
        <w:tc>
          <w:tcPr>
            <w:tcW w:type="dxa" w:w="2880"/>
          </w:tcPr>
          <w:p>
            <w:r>
              <w:t>2025-11-01</w:t>
            </w:r>
          </w:p>
        </w:tc>
        <w:tc>
          <w:tcPr>
            <w:tcW w:type="dxa" w:w="2880"/>
          </w:tcPr>
          <w:p>
            <w:r>
              <w:t>pedestrian</w:t>
            </w:r>
          </w:p>
        </w:tc>
        <w:tc>
          <w:tcPr>
            <w:tcW w:type="dxa" w:w="2880"/>
          </w:tcPr>
          <w:p>
            <w:r>
              <w:t>16</w:t>
            </w:r>
          </w:p>
        </w:tc>
      </w:tr>
      <w:tr>
        <w:tc>
          <w:tcPr>
            <w:tcW w:type="dxa" w:w="2880"/>
          </w:tcPr>
          <w:p>
            <w:r>
              <w:t>2025-11-01</w:t>
            </w:r>
          </w:p>
        </w:tc>
        <w:tc>
          <w:tcPr>
            <w:tcW w:type="dxa" w:w="2880"/>
          </w:tcPr>
          <w:p>
            <w:r>
              <w:t>cyclist</w:t>
            </w:r>
          </w:p>
        </w:tc>
        <w:tc>
          <w:tcPr>
            <w:tcW w:type="dxa" w:w="2880"/>
          </w:tcPr>
          <w:p>
            <w:r>
              <w:t>8</w:t>
            </w:r>
          </w:p>
        </w:tc>
      </w:tr>
      <w:tr>
        <w:tc>
          <w:tcPr>
            <w:tcW w:type="dxa" w:w="2880"/>
          </w:tcPr>
          <w:p>
            <w:r>
              <w:t>2025-11-01</w:t>
            </w:r>
          </w:p>
        </w:tc>
        <w:tc>
          <w:tcPr>
            <w:tcW w:type="dxa" w:w="2880"/>
          </w:tcPr>
          <w:p>
            <w:r>
              <w:t>bus</w:t>
            </w:r>
          </w:p>
        </w:tc>
        <w:tc>
          <w:tcPr>
            <w:tcW w:type="dxa" w:w="2880"/>
          </w:tcPr>
          <w:p>
            <w:r>
              <w:t>5</w:t>
            </w:r>
          </w:p>
        </w:tc>
      </w:tr>
      <w:tr>
        <w:tc>
          <w:tcPr>
            <w:tcW w:type="dxa" w:w="2880"/>
          </w:tcPr>
          <w:p>
            <w:r>
              <w:t>2025-11-01</w:t>
            </w:r>
          </w:p>
        </w:tc>
        <w:tc>
          <w:tcPr>
            <w:tcW w:type="dxa" w:w="2880"/>
          </w:tcPr>
          <w:p>
            <w:r>
              <w:t>Other</w:t>
            </w:r>
          </w:p>
        </w:tc>
        <w:tc>
          <w:tcPr>
            <w:tcW w:type="dxa" w:w="2880"/>
          </w:tcPr>
          <w:p>
            <w:r>
              <w:t>5</w:t>
            </w:r>
          </w:p>
        </w:tc>
      </w:tr>
      <w:tr>
        <w:tc>
          <w:tcPr>
            <w:tcW w:type="dxa" w:w="2880"/>
          </w:tcPr>
          <w:p>
            <w:r>
              <w:t>2025-12-01</w:t>
            </w:r>
          </w:p>
        </w:tc>
        <w:tc>
          <w:tcPr>
            <w:tcW w:type="dxa" w:w="2880"/>
          </w:tcPr>
          <w:p>
            <w:r>
              <w:t>motorcycle</w:t>
            </w:r>
          </w:p>
        </w:tc>
        <w:tc>
          <w:tcPr>
            <w:tcW w:type="dxa" w:w="2880"/>
          </w:tcPr>
          <w:p>
            <w:r>
              <w:t>48</w:t>
            </w:r>
          </w:p>
        </w:tc>
      </w:tr>
      <w:tr>
        <w:tc>
          <w:tcPr>
            <w:tcW w:type="dxa" w:w="2880"/>
          </w:tcPr>
          <w:p>
            <w:r>
              <w:t>2025-12-01</w:t>
            </w:r>
          </w:p>
        </w:tc>
        <w:tc>
          <w:tcPr>
            <w:tcW w:type="dxa" w:w="2880"/>
          </w:tcPr>
          <w:p>
            <w:r>
              <w:t>car</w:t>
            </w:r>
          </w:p>
        </w:tc>
        <w:tc>
          <w:tcPr>
            <w:tcW w:type="dxa" w:w="2880"/>
          </w:tcPr>
          <w:p>
            <w:r>
              <w:t>40</w:t>
            </w:r>
          </w:p>
        </w:tc>
      </w:tr>
      <w:tr>
        <w:tc>
          <w:tcPr>
            <w:tcW w:type="dxa" w:w="2880"/>
          </w:tcPr>
          <w:p>
            <w:r>
              <w:t>2025-12-01</w:t>
            </w:r>
          </w:p>
        </w:tc>
        <w:tc>
          <w:tcPr>
            <w:tcW w:type="dxa" w:w="2880"/>
          </w:tcPr>
          <w:p>
            <w:r>
              <w:t>pedestrian</w:t>
            </w:r>
          </w:p>
        </w:tc>
        <w:tc>
          <w:tcPr>
            <w:tcW w:type="dxa" w:w="2880"/>
          </w:tcPr>
          <w:p>
            <w:r>
              <w:t>13</w:t>
            </w:r>
          </w:p>
        </w:tc>
      </w:tr>
      <w:tr>
        <w:tc>
          <w:tcPr>
            <w:tcW w:type="dxa" w:w="2880"/>
          </w:tcPr>
          <w:p>
            <w:r>
              <w:t>2025-12-01</w:t>
            </w:r>
          </w:p>
        </w:tc>
        <w:tc>
          <w:tcPr>
            <w:tcW w:type="dxa" w:w="2880"/>
          </w:tcPr>
          <w:p>
            <w:r>
              <w:t>cyclist</w:t>
            </w:r>
          </w:p>
        </w:tc>
        <w:tc>
          <w:tcPr>
            <w:tcW w:type="dxa" w:w="2880"/>
          </w:tcPr>
          <w:p>
            <w:r>
              <w:t>4</w:t>
            </w:r>
          </w:p>
        </w:tc>
      </w:tr>
      <w:tr>
        <w:tc>
          <w:tcPr>
            <w:tcW w:type="dxa" w:w="2880"/>
          </w:tcPr>
          <w:p>
            <w:r>
              <w:t>2025-12-01</w:t>
            </w:r>
          </w:p>
        </w:tc>
        <w:tc>
          <w:tcPr>
            <w:tcW w:type="dxa" w:w="2880"/>
          </w:tcPr>
          <w:p>
            <w:r>
              <w:t>bus</w:t>
            </w:r>
          </w:p>
        </w:tc>
        <w:tc>
          <w:tcPr>
            <w:tcW w:type="dxa" w:w="2880"/>
          </w:tcPr>
          <w:p>
            <w:r>
              <w:t>10</w:t>
            </w:r>
          </w:p>
        </w:tc>
      </w:tr>
      <w:tr>
        <w:tc>
          <w:tcPr>
            <w:tcW w:type="dxa" w:w="2880"/>
          </w:tcPr>
          <w:p>
            <w:r>
              <w:t>2025-12-01</w:t>
            </w:r>
          </w:p>
        </w:tc>
        <w:tc>
          <w:tcPr>
            <w:tcW w:type="dxa" w:w="2880"/>
          </w:tcPr>
          <w:p>
            <w:r>
              <w:t>Other</w:t>
            </w:r>
          </w:p>
        </w:tc>
        <w:tc>
          <w:tcPr>
            <w:tcW w:type="dxa" w:w="2880"/>
          </w:tcPr>
          <w:p>
            <w:r>
              <w:t>6</w:t>
            </w:r>
          </w:p>
        </w:tc>
      </w:tr>
      <w:tr>
        <w:tc>
          <w:tcPr>
            <w:tcW w:type="dxa" w:w="2880"/>
          </w:tcPr>
          <w:p>
            <w:r>
              <w:t>2026-01-01</w:t>
            </w:r>
          </w:p>
        </w:tc>
        <w:tc>
          <w:tcPr>
            <w:tcW w:type="dxa" w:w="2880"/>
          </w:tcPr>
          <w:p>
            <w:r>
              <w:t>motorcycle</w:t>
            </w:r>
          </w:p>
        </w:tc>
        <w:tc>
          <w:tcPr>
            <w:tcW w:type="dxa" w:w="2880"/>
          </w:tcPr>
          <w:p>
            <w:r>
              <w:t>35</w:t>
            </w:r>
          </w:p>
        </w:tc>
      </w:tr>
      <w:tr>
        <w:tc>
          <w:tcPr>
            <w:tcW w:type="dxa" w:w="2880"/>
          </w:tcPr>
          <w:p>
            <w:r>
              <w:t>2026-01-01</w:t>
            </w:r>
          </w:p>
        </w:tc>
        <w:tc>
          <w:tcPr>
            <w:tcW w:type="dxa" w:w="2880"/>
          </w:tcPr>
          <w:p>
            <w:r>
              <w:t>car</w:t>
            </w:r>
          </w:p>
        </w:tc>
        <w:tc>
          <w:tcPr>
            <w:tcW w:type="dxa" w:w="2880"/>
          </w:tcPr>
          <w:p>
            <w:r>
              <w:t>37</w:t>
            </w:r>
          </w:p>
        </w:tc>
      </w:tr>
      <w:tr>
        <w:tc>
          <w:tcPr>
            <w:tcW w:type="dxa" w:w="2880"/>
          </w:tcPr>
          <w:p>
            <w:r>
              <w:t>2026-01-01</w:t>
            </w:r>
          </w:p>
        </w:tc>
        <w:tc>
          <w:tcPr>
            <w:tcW w:type="dxa" w:w="2880"/>
          </w:tcPr>
          <w:p>
            <w:r>
              <w:t>pedestrian</w:t>
            </w:r>
          </w:p>
        </w:tc>
        <w:tc>
          <w:tcPr>
            <w:tcW w:type="dxa" w:w="2880"/>
          </w:tcPr>
          <w:p>
            <w:r>
              <w:t>18</w:t>
            </w:r>
          </w:p>
        </w:tc>
      </w:tr>
      <w:tr>
        <w:tc>
          <w:tcPr>
            <w:tcW w:type="dxa" w:w="2880"/>
          </w:tcPr>
          <w:p>
            <w:r>
              <w:t>2026-01-01</w:t>
            </w:r>
          </w:p>
        </w:tc>
        <w:tc>
          <w:tcPr>
            <w:tcW w:type="dxa" w:w="2880"/>
          </w:tcPr>
          <w:p>
            <w:r>
              <w:t>cyclist</w:t>
            </w:r>
          </w:p>
        </w:tc>
        <w:tc>
          <w:tcPr>
            <w:tcW w:type="dxa" w:w="2880"/>
          </w:tcPr>
          <w:p>
            <w:r>
              <w:t>8</w:t>
            </w:r>
          </w:p>
        </w:tc>
      </w:tr>
      <w:tr>
        <w:tc>
          <w:tcPr>
            <w:tcW w:type="dxa" w:w="2880"/>
          </w:tcPr>
          <w:p>
            <w:r>
              <w:t>2026-01-01</w:t>
            </w:r>
          </w:p>
        </w:tc>
        <w:tc>
          <w:tcPr>
            <w:tcW w:type="dxa" w:w="2880"/>
          </w:tcPr>
          <w:p>
            <w:r>
              <w:t>bus</w:t>
            </w:r>
          </w:p>
        </w:tc>
        <w:tc>
          <w:tcPr>
            <w:tcW w:type="dxa" w:w="2880"/>
          </w:tcPr>
          <w:p>
            <w:r>
              <w:t>10</w:t>
            </w:r>
          </w:p>
        </w:tc>
      </w:tr>
      <w:tr>
        <w:tc>
          <w:tcPr>
            <w:tcW w:type="dxa" w:w="2880"/>
          </w:tcPr>
          <w:p>
            <w:r>
              <w:t>2026-01-01</w:t>
            </w:r>
          </w:p>
        </w:tc>
        <w:tc>
          <w:tcPr>
            <w:tcW w:type="dxa" w:w="2880"/>
          </w:tcPr>
          <w:p>
            <w:r>
              <w:t>Other</w:t>
            </w:r>
          </w:p>
        </w:tc>
        <w:tc>
          <w:tcPr>
            <w:tcW w:type="dxa" w:w="2880"/>
          </w:tcPr>
          <w:p>
            <w:r>
              <w:t>4</w:t>
            </w:r>
          </w:p>
        </w:tc>
      </w:tr>
      <w:tr>
        <w:tc>
          <w:tcPr>
            <w:tcW w:type="dxa" w:w="2880"/>
          </w:tcPr>
          <w:p>
            <w:r>
              <w:t>2026-02-01</w:t>
            </w:r>
          </w:p>
        </w:tc>
        <w:tc>
          <w:tcPr>
            <w:tcW w:type="dxa" w:w="2880"/>
          </w:tcPr>
          <w:p>
            <w:r>
              <w:t>motorcycle</w:t>
            </w:r>
          </w:p>
        </w:tc>
        <w:tc>
          <w:tcPr>
            <w:tcW w:type="dxa" w:w="2880"/>
          </w:tcPr>
          <w:p>
            <w:r>
              <w:t>28</w:t>
            </w:r>
          </w:p>
        </w:tc>
      </w:tr>
      <w:tr>
        <w:tc>
          <w:tcPr>
            <w:tcW w:type="dxa" w:w="2880"/>
          </w:tcPr>
          <w:p>
            <w:r>
              <w:t>2026-02-01</w:t>
            </w:r>
          </w:p>
        </w:tc>
        <w:tc>
          <w:tcPr>
            <w:tcW w:type="dxa" w:w="2880"/>
          </w:tcPr>
          <w:p>
            <w:r>
              <w:t>car</w:t>
            </w:r>
          </w:p>
        </w:tc>
        <w:tc>
          <w:tcPr>
            <w:tcW w:type="dxa" w:w="2880"/>
          </w:tcPr>
          <w:p>
            <w:r>
              <w:t>32</w:t>
            </w:r>
          </w:p>
        </w:tc>
      </w:tr>
      <w:tr>
        <w:tc>
          <w:tcPr>
            <w:tcW w:type="dxa" w:w="2880"/>
          </w:tcPr>
          <w:p>
            <w:r>
              <w:t>2026-02-01</w:t>
            </w:r>
          </w:p>
        </w:tc>
        <w:tc>
          <w:tcPr>
            <w:tcW w:type="dxa" w:w="2880"/>
          </w:tcPr>
          <w:p>
            <w:r>
              <w:t>pedestrian</w:t>
            </w:r>
          </w:p>
        </w:tc>
        <w:tc>
          <w:tcPr>
            <w:tcW w:type="dxa" w:w="2880"/>
          </w:tcPr>
          <w:p>
            <w:r>
              <w:t>17</w:t>
            </w:r>
          </w:p>
        </w:tc>
      </w:tr>
      <w:tr>
        <w:tc>
          <w:tcPr>
            <w:tcW w:type="dxa" w:w="2880"/>
          </w:tcPr>
          <w:p>
            <w:r>
              <w:t>2026-02-01</w:t>
            </w:r>
          </w:p>
        </w:tc>
        <w:tc>
          <w:tcPr>
            <w:tcW w:type="dxa" w:w="2880"/>
          </w:tcPr>
          <w:p>
            <w:r>
              <w:t>cyclist</w:t>
            </w:r>
          </w:p>
        </w:tc>
        <w:tc>
          <w:tcPr>
            <w:tcW w:type="dxa" w:w="2880"/>
          </w:tcPr>
          <w:p>
            <w:r>
              <w:t>5</w:t>
            </w:r>
          </w:p>
        </w:tc>
      </w:tr>
      <w:tr>
        <w:tc>
          <w:tcPr>
            <w:tcW w:type="dxa" w:w="2880"/>
          </w:tcPr>
          <w:p>
            <w:r>
              <w:t>2026-02-01</w:t>
            </w:r>
          </w:p>
        </w:tc>
        <w:tc>
          <w:tcPr>
            <w:tcW w:type="dxa" w:w="2880"/>
          </w:tcPr>
          <w:p>
            <w:r>
              <w:t>bus</w:t>
            </w:r>
          </w:p>
        </w:tc>
        <w:tc>
          <w:tcPr>
            <w:tcW w:type="dxa" w:w="2880"/>
          </w:tcPr>
          <w:p>
            <w:r>
              <w:t>4</w:t>
            </w:r>
          </w:p>
        </w:tc>
      </w:tr>
      <w:tr>
        <w:tc>
          <w:tcPr>
            <w:tcW w:type="dxa" w:w="2880"/>
          </w:tcPr>
          <w:p>
            <w:r>
              <w:t>2026-02-01</w:t>
            </w:r>
          </w:p>
        </w:tc>
        <w:tc>
          <w:tcPr>
            <w:tcW w:type="dxa" w:w="2880"/>
          </w:tcPr>
          <w:p>
            <w:r>
              <w:t>Other</w:t>
            </w:r>
          </w:p>
        </w:tc>
        <w:tc>
          <w:tcPr>
            <w:tcW w:type="dxa" w:w="2880"/>
          </w:tcPr>
          <w:p>
            <w:r>
              <w:t>8</w:t>
            </w:r>
          </w:p>
        </w:tc>
      </w:tr>
      <w:tr>
        <w:tc>
          <w:tcPr>
            <w:tcW w:type="dxa" w:w="2880"/>
          </w:tcPr>
          <w:p>
            <w:r>
              <w:t>2026-03-01</w:t>
            </w:r>
          </w:p>
        </w:tc>
        <w:tc>
          <w:tcPr>
            <w:tcW w:type="dxa" w:w="2880"/>
          </w:tcPr>
          <w:p>
            <w:r>
              <w:t>motorcycle</w:t>
            </w:r>
          </w:p>
        </w:tc>
        <w:tc>
          <w:tcPr>
            <w:tcW w:type="dxa" w:w="2880"/>
          </w:tcPr>
          <w:p>
            <w:r>
              <w:t>38</w:t>
            </w:r>
          </w:p>
        </w:tc>
      </w:tr>
      <w:tr>
        <w:tc>
          <w:tcPr>
            <w:tcW w:type="dxa" w:w="2880"/>
          </w:tcPr>
          <w:p>
            <w:r>
              <w:t>2026-03-01</w:t>
            </w:r>
          </w:p>
        </w:tc>
        <w:tc>
          <w:tcPr>
            <w:tcW w:type="dxa" w:w="2880"/>
          </w:tcPr>
          <w:p>
            <w:r>
              <w:t>car</w:t>
            </w:r>
          </w:p>
        </w:tc>
        <w:tc>
          <w:tcPr>
            <w:tcW w:type="dxa" w:w="2880"/>
          </w:tcPr>
          <w:p>
            <w:r>
              <w:t>32</w:t>
            </w:r>
          </w:p>
        </w:tc>
      </w:tr>
      <w:tr>
        <w:tc>
          <w:tcPr>
            <w:tcW w:type="dxa" w:w="2880"/>
          </w:tcPr>
          <w:p>
            <w:r>
              <w:t>2026-03-01</w:t>
            </w:r>
          </w:p>
        </w:tc>
        <w:tc>
          <w:tcPr>
            <w:tcW w:type="dxa" w:w="2880"/>
          </w:tcPr>
          <w:p>
            <w:r>
              <w:t>pedestrian</w:t>
            </w:r>
          </w:p>
        </w:tc>
        <w:tc>
          <w:tcPr>
            <w:tcW w:type="dxa" w:w="2880"/>
          </w:tcPr>
          <w:p>
            <w:r>
              <w:t>15</w:t>
            </w:r>
          </w:p>
        </w:tc>
      </w:tr>
      <w:tr>
        <w:tc>
          <w:tcPr>
            <w:tcW w:type="dxa" w:w="2880"/>
          </w:tcPr>
          <w:p>
            <w:r>
              <w:t>2026-03-01</w:t>
            </w:r>
          </w:p>
        </w:tc>
        <w:tc>
          <w:tcPr>
            <w:tcW w:type="dxa" w:w="2880"/>
          </w:tcPr>
          <w:p>
            <w:r>
              <w:t>cyclist</w:t>
            </w:r>
          </w:p>
        </w:tc>
        <w:tc>
          <w:tcPr>
            <w:tcW w:type="dxa" w:w="2880"/>
          </w:tcPr>
          <w:p>
            <w:r>
              <w:t>7</w:t>
            </w:r>
          </w:p>
        </w:tc>
      </w:tr>
      <w:tr>
        <w:tc>
          <w:tcPr>
            <w:tcW w:type="dxa" w:w="2880"/>
          </w:tcPr>
          <w:p>
            <w:r>
              <w:t>2026-03-01</w:t>
            </w:r>
          </w:p>
        </w:tc>
        <w:tc>
          <w:tcPr>
            <w:tcW w:type="dxa" w:w="2880"/>
          </w:tcPr>
          <w:p>
            <w:r>
              <w:t>bus</w:t>
            </w:r>
          </w:p>
        </w:tc>
        <w:tc>
          <w:tcPr>
            <w:tcW w:type="dxa" w:w="2880"/>
          </w:tcPr>
          <w:p>
            <w:r>
              <w:t>6</w:t>
            </w:r>
          </w:p>
        </w:tc>
      </w:tr>
      <w:tr>
        <w:tc>
          <w:tcPr>
            <w:tcW w:type="dxa" w:w="2880"/>
          </w:tcPr>
          <w:p>
            <w:r>
              <w:t>2026-03-01</w:t>
            </w:r>
          </w:p>
        </w:tc>
        <w:tc>
          <w:tcPr>
            <w:tcW w:type="dxa" w:w="2880"/>
          </w:tcPr>
          <w:p>
            <w:r>
              <w:t>Other</w:t>
            </w:r>
          </w:p>
        </w:tc>
        <w:tc>
          <w:tcPr>
            <w:tcW w:type="dxa" w:w="2880"/>
          </w:tcPr>
          <w:p>
            <w:r>
              <w:t>0</w:t>
            </w:r>
          </w:p>
        </w:tc>
      </w:tr>
      <w:tr>
        <w:tc>
          <w:tcPr>
            <w:tcW w:type="dxa" w:w="2880"/>
          </w:tcPr>
          <w:p>
            <w:r>
              <w:t>2026-04-01</w:t>
            </w:r>
          </w:p>
        </w:tc>
        <w:tc>
          <w:tcPr>
            <w:tcW w:type="dxa" w:w="2880"/>
          </w:tcPr>
          <w:p>
            <w:r>
              <w:t>motorcycle</w:t>
            </w:r>
          </w:p>
        </w:tc>
        <w:tc>
          <w:tcPr>
            <w:tcW w:type="dxa" w:w="2880"/>
          </w:tcPr>
          <w:p>
            <w:r>
              <w:t>24</w:t>
            </w:r>
          </w:p>
        </w:tc>
      </w:tr>
      <w:tr>
        <w:tc>
          <w:tcPr>
            <w:tcW w:type="dxa" w:w="2880"/>
          </w:tcPr>
          <w:p>
            <w:r>
              <w:t>2026-04-01</w:t>
            </w:r>
          </w:p>
        </w:tc>
        <w:tc>
          <w:tcPr>
            <w:tcW w:type="dxa" w:w="2880"/>
          </w:tcPr>
          <w:p>
            <w:r>
              <w:t>car</w:t>
            </w:r>
          </w:p>
        </w:tc>
        <w:tc>
          <w:tcPr>
            <w:tcW w:type="dxa" w:w="2880"/>
          </w:tcPr>
          <w:p>
            <w:r>
              <w:t>27</w:t>
            </w:r>
          </w:p>
        </w:tc>
      </w:tr>
      <w:tr>
        <w:tc>
          <w:tcPr>
            <w:tcW w:type="dxa" w:w="2880"/>
          </w:tcPr>
          <w:p>
            <w:r>
              <w:t>2026-04-01</w:t>
            </w:r>
          </w:p>
        </w:tc>
        <w:tc>
          <w:tcPr>
            <w:tcW w:type="dxa" w:w="2880"/>
          </w:tcPr>
          <w:p>
            <w:r>
              <w:t>pedestrian</w:t>
            </w:r>
          </w:p>
        </w:tc>
        <w:tc>
          <w:tcPr>
            <w:tcW w:type="dxa" w:w="2880"/>
          </w:tcPr>
          <w:p>
            <w:r>
              <w:t>16</w:t>
            </w:r>
          </w:p>
        </w:tc>
      </w:tr>
      <w:tr>
        <w:tc>
          <w:tcPr>
            <w:tcW w:type="dxa" w:w="2880"/>
          </w:tcPr>
          <w:p>
            <w:r>
              <w:t>2026-04-01</w:t>
            </w:r>
          </w:p>
        </w:tc>
        <w:tc>
          <w:tcPr>
            <w:tcW w:type="dxa" w:w="2880"/>
          </w:tcPr>
          <w:p>
            <w:r>
              <w:t>cyclist</w:t>
            </w:r>
          </w:p>
        </w:tc>
        <w:tc>
          <w:tcPr>
            <w:tcW w:type="dxa" w:w="2880"/>
          </w:tcPr>
          <w:p>
            <w:r>
              <w:t>2</w:t>
            </w:r>
          </w:p>
        </w:tc>
      </w:tr>
      <w:tr>
        <w:tc>
          <w:tcPr>
            <w:tcW w:type="dxa" w:w="2880"/>
          </w:tcPr>
          <w:p>
            <w:r>
              <w:t>2026-04-01</w:t>
            </w:r>
          </w:p>
        </w:tc>
        <w:tc>
          <w:tcPr>
            <w:tcW w:type="dxa" w:w="2880"/>
          </w:tcPr>
          <w:p>
            <w:r>
              <w:t>bus</w:t>
            </w:r>
          </w:p>
        </w:tc>
        <w:tc>
          <w:tcPr>
            <w:tcW w:type="dxa" w:w="2880"/>
          </w:tcPr>
          <w:p>
            <w:r>
              <w:t>4</w:t>
            </w:r>
          </w:p>
        </w:tc>
      </w:tr>
      <w:tr>
        <w:tc>
          <w:tcPr>
            <w:tcW w:type="dxa" w:w="2880"/>
          </w:tcPr>
          <w:p>
            <w:r>
              <w:t>2026-04-01</w:t>
            </w:r>
          </w:p>
        </w:tc>
        <w:tc>
          <w:tcPr>
            <w:tcW w:type="dxa" w:w="2880"/>
          </w:tcPr>
          <w:p>
            <w:r>
              <w:t>Other</w:t>
            </w:r>
          </w:p>
        </w:tc>
        <w:tc>
          <w:tcPr>
            <w:tcW w:type="dxa" w:w="2880"/>
          </w:tcPr>
          <w:p>
            <w:r>
              <w:t>1</w:t>
            </w:r>
          </w:p>
        </w:tc>
      </w:tr>
      <w:tr>
        <w:tc>
          <w:tcPr>
            <w:tcW w:type="dxa" w:w="2880"/>
          </w:tcPr>
          <w:p>
            <w:r>
              <w:t>2026-05-01</w:t>
            </w:r>
          </w:p>
        </w:tc>
        <w:tc>
          <w:tcPr>
            <w:tcW w:type="dxa" w:w="2880"/>
          </w:tcPr>
          <w:p>
            <w:r>
              <w:t>motorcycle</w:t>
            </w:r>
          </w:p>
        </w:tc>
        <w:tc>
          <w:tcPr>
            <w:tcW w:type="dxa" w:w="2880"/>
          </w:tcPr>
          <w:p>
            <w:r>
              <w:t>27</w:t>
            </w:r>
          </w:p>
        </w:tc>
      </w:tr>
      <w:tr>
        <w:tc>
          <w:tcPr>
            <w:tcW w:type="dxa" w:w="2880"/>
          </w:tcPr>
          <w:p>
            <w:r>
              <w:t>2026-05-01</w:t>
            </w:r>
          </w:p>
        </w:tc>
        <w:tc>
          <w:tcPr>
            <w:tcW w:type="dxa" w:w="2880"/>
          </w:tcPr>
          <w:p>
            <w:r>
              <w:t>car</w:t>
            </w:r>
          </w:p>
        </w:tc>
        <w:tc>
          <w:tcPr>
            <w:tcW w:type="dxa" w:w="2880"/>
          </w:tcPr>
          <w:p>
            <w:r>
              <w:t>31</w:t>
            </w:r>
          </w:p>
        </w:tc>
      </w:tr>
      <w:tr>
        <w:tc>
          <w:tcPr>
            <w:tcW w:type="dxa" w:w="2880"/>
          </w:tcPr>
          <w:p>
            <w:r>
              <w:t>2026-05-01</w:t>
            </w:r>
          </w:p>
        </w:tc>
        <w:tc>
          <w:tcPr>
            <w:tcW w:type="dxa" w:w="2880"/>
          </w:tcPr>
          <w:p>
            <w:r>
              <w:t>pedestrian</w:t>
            </w:r>
          </w:p>
        </w:tc>
        <w:tc>
          <w:tcPr>
            <w:tcW w:type="dxa" w:w="2880"/>
          </w:tcPr>
          <w:p>
            <w:r>
              <w:t>9</w:t>
            </w:r>
          </w:p>
        </w:tc>
      </w:tr>
      <w:tr>
        <w:tc>
          <w:tcPr>
            <w:tcW w:type="dxa" w:w="2880"/>
          </w:tcPr>
          <w:p>
            <w:r>
              <w:t>2026-05-01</w:t>
            </w:r>
          </w:p>
        </w:tc>
        <w:tc>
          <w:tcPr>
            <w:tcW w:type="dxa" w:w="2880"/>
          </w:tcPr>
          <w:p>
            <w:r>
              <w:t>cyclist</w:t>
            </w:r>
          </w:p>
        </w:tc>
        <w:tc>
          <w:tcPr>
            <w:tcW w:type="dxa" w:w="2880"/>
          </w:tcPr>
          <w:p>
            <w:r>
              <w:t>4</w:t>
            </w:r>
          </w:p>
        </w:tc>
      </w:tr>
      <w:tr>
        <w:tc>
          <w:tcPr>
            <w:tcW w:type="dxa" w:w="2880"/>
          </w:tcPr>
          <w:p>
            <w:r>
              <w:t>2026-05-01</w:t>
            </w:r>
          </w:p>
        </w:tc>
        <w:tc>
          <w:tcPr>
            <w:tcW w:type="dxa" w:w="2880"/>
          </w:tcPr>
          <w:p>
            <w:r>
              <w:t>bus</w:t>
            </w:r>
          </w:p>
        </w:tc>
        <w:tc>
          <w:tcPr>
            <w:tcW w:type="dxa" w:w="2880"/>
          </w:tcPr>
          <w:p>
            <w:r>
              <w:t>4</w:t>
            </w:r>
          </w:p>
        </w:tc>
      </w:tr>
      <w:tr>
        <w:tc>
          <w:tcPr>
            <w:tcW w:type="dxa" w:w="2880"/>
          </w:tcPr>
          <w:p>
            <w:r>
              <w:t>2026-05-01</w:t>
            </w:r>
          </w:p>
        </w:tc>
        <w:tc>
          <w:tcPr>
            <w:tcW w:type="dxa" w:w="2880"/>
          </w:tcPr>
          <w:p>
            <w:r>
              <w:t>Other</w:t>
            </w:r>
          </w:p>
        </w:tc>
        <w:tc>
          <w:tcPr>
            <w:tcW w:type="dxa" w:w="2880"/>
          </w:tcPr>
          <w:p>
            <w:r>
              <w:t>2</w:t>
            </w:r>
          </w:p>
        </w:tc>
      </w:tr>
      <w:tr>
        <w:tc>
          <w:tcPr>
            <w:tcW w:type="dxa" w:w="2880"/>
          </w:tcPr>
          <w:p>
            <w:r>
              <w:t>2026-06-01</w:t>
            </w:r>
          </w:p>
        </w:tc>
        <w:tc>
          <w:tcPr>
            <w:tcW w:type="dxa" w:w="2880"/>
          </w:tcPr>
          <w:p>
            <w:r>
              <w:t>motorcycle</w:t>
            </w:r>
          </w:p>
        </w:tc>
        <w:tc>
          <w:tcPr>
            <w:tcW w:type="dxa" w:w="2880"/>
          </w:tcPr>
          <w:p>
            <w:r>
              <w:t>27</w:t>
            </w:r>
          </w:p>
        </w:tc>
      </w:tr>
      <w:tr>
        <w:tc>
          <w:tcPr>
            <w:tcW w:type="dxa" w:w="2880"/>
          </w:tcPr>
          <w:p>
            <w:r>
              <w:t>2026-06-01</w:t>
            </w:r>
          </w:p>
        </w:tc>
        <w:tc>
          <w:tcPr>
            <w:tcW w:type="dxa" w:w="2880"/>
          </w:tcPr>
          <w:p>
            <w:r>
              <w:t>car</w:t>
            </w:r>
          </w:p>
        </w:tc>
        <w:tc>
          <w:tcPr>
            <w:tcW w:type="dxa" w:w="2880"/>
          </w:tcPr>
          <w:p>
            <w:r>
              <w:t>26</w:t>
            </w:r>
          </w:p>
        </w:tc>
      </w:tr>
      <w:tr>
        <w:tc>
          <w:tcPr>
            <w:tcW w:type="dxa" w:w="2880"/>
          </w:tcPr>
          <w:p>
            <w:r>
              <w:t>2026-06-01</w:t>
            </w:r>
          </w:p>
        </w:tc>
        <w:tc>
          <w:tcPr>
            <w:tcW w:type="dxa" w:w="2880"/>
          </w:tcPr>
          <w:p>
            <w:r>
              <w:t>pedestrian</w:t>
            </w:r>
          </w:p>
        </w:tc>
        <w:tc>
          <w:tcPr>
            <w:tcW w:type="dxa" w:w="2880"/>
          </w:tcPr>
          <w:p>
            <w:r>
              <w:t>10</w:t>
            </w:r>
          </w:p>
        </w:tc>
      </w:tr>
      <w:tr>
        <w:tc>
          <w:tcPr>
            <w:tcW w:type="dxa" w:w="2880"/>
          </w:tcPr>
          <w:p>
            <w:r>
              <w:t>2026-06-01</w:t>
            </w:r>
          </w:p>
        </w:tc>
        <w:tc>
          <w:tcPr>
            <w:tcW w:type="dxa" w:w="2880"/>
          </w:tcPr>
          <w:p>
            <w:r>
              <w:t>cyclist</w:t>
            </w:r>
          </w:p>
        </w:tc>
        <w:tc>
          <w:tcPr>
            <w:tcW w:type="dxa" w:w="2880"/>
          </w:tcPr>
          <w:p>
            <w:r>
              <w:t>3</w:t>
            </w:r>
          </w:p>
        </w:tc>
      </w:tr>
      <w:tr>
        <w:tc>
          <w:tcPr>
            <w:tcW w:type="dxa" w:w="2880"/>
          </w:tcPr>
          <w:p>
            <w:r>
              <w:t>2026-06-01</w:t>
            </w:r>
          </w:p>
        </w:tc>
        <w:tc>
          <w:tcPr>
            <w:tcW w:type="dxa" w:w="2880"/>
          </w:tcPr>
          <w:p>
            <w:r>
              <w:t>bus</w:t>
            </w:r>
          </w:p>
        </w:tc>
        <w:tc>
          <w:tcPr>
            <w:tcW w:type="dxa" w:w="2880"/>
          </w:tcPr>
          <w:p>
            <w:r>
              <w:t>3</w:t>
            </w:r>
          </w:p>
        </w:tc>
      </w:tr>
      <w:tr>
        <w:tc>
          <w:tcPr>
            <w:tcW w:type="dxa" w:w="2880"/>
          </w:tcPr>
          <w:p>
            <w:r>
              <w:t>2026-06-01</w:t>
            </w:r>
          </w:p>
        </w:tc>
        <w:tc>
          <w:tcPr>
            <w:tcW w:type="dxa" w:w="2880"/>
          </w:tcPr>
          <w:p>
            <w:r>
              <w:t>Other</w:t>
            </w:r>
          </w:p>
        </w:tc>
        <w:tc>
          <w:tcPr>
            <w:tcW w:type="dxa" w:w="2880"/>
          </w:tcPr>
          <w:p>
            <w:r>
              <w:t>3</w:t>
            </w:r>
          </w:p>
        </w:tc>
      </w:tr>
      <w:tr>
        <w:tc>
          <w:tcPr>
            <w:tcW w:type="dxa" w:w="2880"/>
          </w:tcPr>
          <w:p>
            <w:r>
              <w:t>2026-07-01</w:t>
            </w:r>
          </w:p>
        </w:tc>
        <w:tc>
          <w:tcPr>
            <w:tcW w:type="dxa" w:w="2880"/>
          </w:tcPr>
          <w:p>
            <w:r>
              <w:t>motorcycle</w:t>
            </w:r>
          </w:p>
        </w:tc>
        <w:tc>
          <w:tcPr>
            <w:tcW w:type="dxa" w:w="2880"/>
          </w:tcPr>
          <w:p>
            <w:r>
              <w:t>32</w:t>
            </w:r>
          </w:p>
        </w:tc>
      </w:tr>
      <w:tr>
        <w:tc>
          <w:tcPr>
            <w:tcW w:type="dxa" w:w="2880"/>
          </w:tcPr>
          <w:p>
            <w:r>
              <w:t>2026-07-01</w:t>
            </w:r>
          </w:p>
        </w:tc>
        <w:tc>
          <w:tcPr>
            <w:tcW w:type="dxa" w:w="2880"/>
          </w:tcPr>
          <w:p>
            <w:r>
              <w:t>car</w:t>
            </w:r>
          </w:p>
        </w:tc>
        <w:tc>
          <w:tcPr>
            <w:tcW w:type="dxa" w:w="2880"/>
          </w:tcPr>
          <w:p>
            <w:r>
              <w:t>23</w:t>
            </w:r>
          </w:p>
        </w:tc>
      </w:tr>
      <w:tr>
        <w:tc>
          <w:tcPr>
            <w:tcW w:type="dxa" w:w="2880"/>
          </w:tcPr>
          <w:p>
            <w:r>
              <w:t>2026-07-01</w:t>
            </w:r>
          </w:p>
        </w:tc>
        <w:tc>
          <w:tcPr>
            <w:tcW w:type="dxa" w:w="2880"/>
          </w:tcPr>
          <w:p>
            <w:r>
              <w:t>pedestrian</w:t>
            </w:r>
          </w:p>
        </w:tc>
        <w:tc>
          <w:tcPr>
            <w:tcW w:type="dxa" w:w="2880"/>
          </w:tcPr>
          <w:p>
            <w:r>
              <w:t>6</w:t>
            </w:r>
          </w:p>
        </w:tc>
      </w:tr>
      <w:tr>
        <w:tc>
          <w:tcPr>
            <w:tcW w:type="dxa" w:w="2880"/>
          </w:tcPr>
          <w:p>
            <w:r>
              <w:t>2026-07-01</w:t>
            </w:r>
          </w:p>
        </w:tc>
        <w:tc>
          <w:tcPr>
            <w:tcW w:type="dxa" w:w="2880"/>
          </w:tcPr>
          <w:p>
            <w:r>
              <w:t>cyclist</w:t>
            </w:r>
          </w:p>
        </w:tc>
        <w:tc>
          <w:tcPr>
            <w:tcW w:type="dxa" w:w="2880"/>
          </w:tcPr>
          <w:p>
            <w:r>
              <w:t>5</w:t>
            </w:r>
          </w:p>
        </w:tc>
      </w:tr>
      <w:tr>
        <w:tc>
          <w:tcPr>
            <w:tcW w:type="dxa" w:w="2880"/>
          </w:tcPr>
          <w:p>
            <w:r>
              <w:t>2026-07-01</w:t>
            </w:r>
          </w:p>
        </w:tc>
        <w:tc>
          <w:tcPr>
            <w:tcW w:type="dxa" w:w="2880"/>
          </w:tcPr>
          <w:p>
            <w:r>
              <w:t>bus</w:t>
            </w:r>
          </w:p>
        </w:tc>
        <w:tc>
          <w:tcPr>
            <w:tcW w:type="dxa" w:w="2880"/>
          </w:tcPr>
          <w:p>
            <w:r>
              <w:t>2</w:t>
            </w:r>
          </w:p>
        </w:tc>
      </w:tr>
      <w:tr>
        <w:tc>
          <w:tcPr>
            <w:tcW w:type="dxa" w:w="2880"/>
          </w:tcPr>
          <w:p>
            <w:r>
              <w:t>2026-07-01</w:t>
            </w:r>
          </w:p>
        </w:tc>
        <w:tc>
          <w:tcPr>
            <w:tcW w:type="dxa" w:w="2880"/>
          </w:tcPr>
          <w:p>
            <w:r>
              <w:t>Other</w:t>
            </w:r>
          </w:p>
        </w:tc>
        <w:tc>
          <w:tcPr>
            <w:tcW w:type="dxa" w:w="2880"/>
          </w:tcPr>
          <w:p>
            <w:r>
              <w:t>3</w:t>
            </w:r>
          </w:p>
        </w:tc>
      </w:tr>
      <w:tr>
        <w:tc>
          <w:tcPr>
            <w:tcW w:type="dxa" w:w="2880"/>
          </w:tcPr>
          <w:p>
            <w:r>
              <w:t>2026-08-01</w:t>
            </w:r>
          </w:p>
        </w:tc>
        <w:tc>
          <w:tcPr>
            <w:tcW w:type="dxa" w:w="2880"/>
          </w:tcPr>
          <w:p>
            <w:r>
              <w:t>motorcycle</w:t>
            </w:r>
          </w:p>
        </w:tc>
        <w:tc>
          <w:tcPr>
            <w:tcW w:type="dxa" w:w="2880"/>
          </w:tcPr>
          <w:p>
            <w:r>
              <w:t>35</w:t>
            </w:r>
          </w:p>
        </w:tc>
      </w:tr>
      <w:tr>
        <w:tc>
          <w:tcPr>
            <w:tcW w:type="dxa" w:w="2880"/>
          </w:tcPr>
          <w:p>
            <w:r>
              <w:t>2026-08-01</w:t>
            </w:r>
          </w:p>
        </w:tc>
        <w:tc>
          <w:tcPr>
            <w:tcW w:type="dxa" w:w="2880"/>
          </w:tcPr>
          <w:p>
            <w:r>
              <w:t>car</w:t>
            </w:r>
          </w:p>
        </w:tc>
        <w:tc>
          <w:tcPr>
            <w:tcW w:type="dxa" w:w="2880"/>
          </w:tcPr>
          <w:p>
            <w:r>
              <w:t>27</w:t>
            </w:r>
          </w:p>
        </w:tc>
      </w:tr>
      <w:tr>
        <w:tc>
          <w:tcPr>
            <w:tcW w:type="dxa" w:w="2880"/>
          </w:tcPr>
          <w:p>
            <w:r>
              <w:t>2026-08-01</w:t>
            </w:r>
          </w:p>
        </w:tc>
        <w:tc>
          <w:tcPr>
            <w:tcW w:type="dxa" w:w="2880"/>
          </w:tcPr>
          <w:p>
            <w:r>
              <w:t>pedestrian</w:t>
            </w:r>
          </w:p>
        </w:tc>
        <w:tc>
          <w:tcPr>
            <w:tcW w:type="dxa" w:w="2880"/>
          </w:tcPr>
          <w:p>
            <w:r>
              <w:t>14</w:t>
            </w:r>
          </w:p>
        </w:tc>
      </w:tr>
      <w:tr>
        <w:tc>
          <w:tcPr>
            <w:tcW w:type="dxa" w:w="2880"/>
          </w:tcPr>
          <w:p>
            <w:r>
              <w:t>2026-08-01</w:t>
            </w:r>
          </w:p>
        </w:tc>
        <w:tc>
          <w:tcPr>
            <w:tcW w:type="dxa" w:w="2880"/>
          </w:tcPr>
          <w:p>
            <w:r>
              <w:t>cyclist</w:t>
            </w:r>
          </w:p>
        </w:tc>
        <w:tc>
          <w:tcPr>
            <w:tcW w:type="dxa" w:w="2880"/>
          </w:tcPr>
          <w:p>
            <w:r>
              <w:t>5</w:t>
            </w:r>
          </w:p>
        </w:tc>
      </w:tr>
      <w:tr>
        <w:tc>
          <w:tcPr>
            <w:tcW w:type="dxa" w:w="2880"/>
          </w:tcPr>
          <w:p>
            <w:r>
              <w:t>2026-08-01</w:t>
            </w:r>
          </w:p>
        </w:tc>
        <w:tc>
          <w:tcPr>
            <w:tcW w:type="dxa" w:w="2880"/>
          </w:tcPr>
          <w:p>
            <w:r>
              <w:t>bus</w:t>
            </w:r>
          </w:p>
        </w:tc>
        <w:tc>
          <w:tcPr>
            <w:tcW w:type="dxa" w:w="2880"/>
          </w:tcPr>
          <w:p>
            <w:r>
              <w:t>7</w:t>
            </w:r>
          </w:p>
        </w:tc>
      </w:tr>
      <w:tr>
        <w:tc>
          <w:tcPr>
            <w:tcW w:type="dxa" w:w="2880"/>
          </w:tcPr>
          <w:p>
            <w:r>
              <w:t>2026-08-01</w:t>
            </w:r>
          </w:p>
        </w:tc>
        <w:tc>
          <w:tcPr>
            <w:tcW w:type="dxa" w:w="2880"/>
          </w:tcPr>
          <w:p>
            <w:r>
              <w:t>Other</w:t>
            </w:r>
          </w:p>
        </w:tc>
        <w:tc>
          <w:tcPr>
            <w:tcW w:type="dxa" w:w="2880"/>
          </w:tcPr>
          <w:p>
            <w:r>
              <w:t>1</w:t>
            </w:r>
          </w:p>
        </w:tc>
      </w:tr>
      <w:tr>
        <w:tc>
          <w:tcPr>
            <w:tcW w:type="dxa" w:w="2880"/>
          </w:tcPr>
          <w:p>
            <w:r>
              <w:t>2026-09-01</w:t>
            </w:r>
          </w:p>
        </w:tc>
        <w:tc>
          <w:tcPr>
            <w:tcW w:type="dxa" w:w="2880"/>
          </w:tcPr>
          <w:p>
            <w:r>
              <w:t>motorcycle</w:t>
            </w:r>
          </w:p>
        </w:tc>
        <w:tc>
          <w:tcPr>
            <w:tcW w:type="dxa" w:w="2880"/>
          </w:tcPr>
          <w:p>
            <w:r>
              <w:t>21</w:t>
            </w:r>
          </w:p>
        </w:tc>
      </w:tr>
      <w:tr>
        <w:tc>
          <w:tcPr>
            <w:tcW w:type="dxa" w:w="2880"/>
          </w:tcPr>
          <w:p>
            <w:r>
              <w:t>2026-09-01</w:t>
            </w:r>
          </w:p>
        </w:tc>
        <w:tc>
          <w:tcPr>
            <w:tcW w:type="dxa" w:w="2880"/>
          </w:tcPr>
          <w:p>
            <w:r>
              <w:t>car</w:t>
            </w:r>
          </w:p>
        </w:tc>
        <w:tc>
          <w:tcPr>
            <w:tcW w:type="dxa" w:w="2880"/>
          </w:tcPr>
          <w:p>
            <w:r>
              <w:t>32</w:t>
            </w:r>
          </w:p>
        </w:tc>
      </w:tr>
      <w:tr>
        <w:tc>
          <w:tcPr>
            <w:tcW w:type="dxa" w:w="2880"/>
          </w:tcPr>
          <w:p>
            <w:r>
              <w:t>2026-09-01</w:t>
            </w:r>
          </w:p>
        </w:tc>
        <w:tc>
          <w:tcPr>
            <w:tcW w:type="dxa" w:w="2880"/>
          </w:tcPr>
          <w:p>
            <w:r>
              <w:t>pedestrian</w:t>
            </w:r>
          </w:p>
        </w:tc>
        <w:tc>
          <w:tcPr>
            <w:tcW w:type="dxa" w:w="2880"/>
          </w:tcPr>
          <w:p>
            <w:r>
              <w:t>12</w:t>
            </w:r>
          </w:p>
        </w:tc>
      </w:tr>
      <w:tr>
        <w:tc>
          <w:tcPr>
            <w:tcW w:type="dxa" w:w="2880"/>
          </w:tcPr>
          <w:p>
            <w:r>
              <w:t>2026-09-01</w:t>
            </w:r>
          </w:p>
        </w:tc>
        <w:tc>
          <w:tcPr>
            <w:tcW w:type="dxa" w:w="2880"/>
          </w:tcPr>
          <w:p>
            <w:r>
              <w:t>cyclist</w:t>
            </w:r>
          </w:p>
        </w:tc>
        <w:tc>
          <w:tcPr>
            <w:tcW w:type="dxa" w:w="2880"/>
          </w:tcPr>
          <w:p>
            <w:r>
              <w:t>11</w:t>
            </w:r>
          </w:p>
        </w:tc>
      </w:tr>
      <w:tr>
        <w:tc>
          <w:tcPr>
            <w:tcW w:type="dxa" w:w="2880"/>
          </w:tcPr>
          <w:p>
            <w:r>
              <w:t>2026-09-01</w:t>
            </w:r>
          </w:p>
        </w:tc>
        <w:tc>
          <w:tcPr>
            <w:tcW w:type="dxa" w:w="2880"/>
          </w:tcPr>
          <w:p>
            <w:r>
              <w:t>bus</w:t>
            </w:r>
          </w:p>
        </w:tc>
        <w:tc>
          <w:tcPr>
            <w:tcW w:type="dxa" w:w="2880"/>
          </w:tcPr>
          <w:p>
            <w:r>
              <w:t>5</w:t>
            </w:r>
          </w:p>
        </w:tc>
      </w:tr>
      <w:tr>
        <w:tc>
          <w:tcPr>
            <w:tcW w:type="dxa" w:w="2880"/>
          </w:tcPr>
          <w:p>
            <w:r>
              <w:t>2026-09-01</w:t>
            </w:r>
          </w:p>
        </w:tc>
        <w:tc>
          <w:tcPr>
            <w:tcW w:type="dxa" w:w="2880"/>
          </w:tcPr>
          <w:p>
            <w:r>
              <w:t>Other</w:t>
            </w:r>
          </w:p>
        </w:tc>
        <w:tc>
          <w:tcPr>
            <w:tcW w:type="dxa" w:w="2880"/>
          </w:tcPr>
          <w:p>
            <w:r>
              <w:t>5</w:t>
            </w:r>
          </w:p>
        </w:tc>
      </w:tr>
    </w:tbl>
    <w:p/>
    <w:p>
      <w:pPr>
        <w:pStyle w:val="Heading2"/>
      </w:pPr>
      <w:r>
        <w:t>Figure 42. Summarize within: Traffic districts [86]</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bin_start</w:t>
            </w:r>
          </w:p>
        </w:tc>
        <w:tc>
          <w:tcPr>
            <w:tcW w:type="dxa" w:w="2880"/>
          </w:tcPr>
          <w:p>
            <w:r>
              <w:t>bin_end</w:t>
            </w:r>
          </w:p>
        </w:tc>
        <w:tc>
          <w:tcPr>
            <w:tcW w:type="dxa" w:w="2880"/>
          </w:tcPr>
          <w:p>
            <w:r>
              <w:t>count</w:t>
            </w:r>
          </w:p>
        </w:tc>
      </w:tr>
      <w:tr>
        <w:tc>
          <w:tcPr>
            <w:tcW w:type="dxa" w:w="2880"/>
          </w:tcPr>
          <w:p>
            <w:r>
              <w:t>4</w:t>
            </w:r>
          </w:p>
        </w:tc>
        <w:tc>
          <w:tcPr>
            <w:tcW w:type="dxa" w:w="2880"/>
          </w:tcPr>
          <w:p>
            <w:r>
              <w:t>9.4</w:t>
            </w:r>
          </w:p>
        </w:tc>
        <w:tc>
          <w:tcPr>
            <w:tcW w:type="dxa" w:w="2880"/>
          </w:tcPr>
          <w:p>
            <w:r>
              <w:t>3</w:t>
            </w:r>
          </w:p>
        </w:tc>
      </w:tr>
      <w:tr>
        <w:tc>
          <w:tcPr>
            <w:tcW w:type="dxa" w:w="2880"/>
          </w:tcPr>
          <w:p>
            <w:r>
              <w:t>9.4</w:t>
            </w:r>
          </w:p>
        </w:tc>
        <w:tc>
          <w:tcPr>
            <w:tcW w:type="dxa" w:w="2880"/>
          </w:tcPr>
          <w:p>
            <w:r>
              <w:t>14.8</w:t>
            </w:r>
          </w:p>
        </w:tc>
        <w:tc>
          <w:tcPr>
            <w:tcW w:type="dxa" w:w="2880"/>
          </w:tcPr>
          <w:p>
            <w:r>
              <w:t>2</w:t>
            </w:r>
          </w:p>
        </w:tc>
      </w:tr>
      <w:tr>
        <w:tc>
          <w:tcPr>
            <w:tcW w:type="dxa" w:w="2880"/>
          </w:tcPr>
          <w:p>
            <w:r>
              <w:t>14.8</w:t>
            </w:r>
          </w:p>
        </w:tc>
        <w:tc>
          <w:tcPr>
            <w:tcW w:type="dxa" w:w="2880"/>
          </w:tcPr>
          <w:p>
            <w:r>
              <w:t>20.2</w:t>
            </w:r>
          </w:p>
        </w:tc>
        <w:tc>
          <w:tcPr>
            <w:tcW w:type="dxa" w:w="2880"/>
          </w:tcPr>
          <w:p>
            <w:r>
              <w:t>3</w:t>
            </w:r>
          </w:p>
        </w:tc>
      </w:tr>
      <w:tr>
        <w:tc>
          <w:tcPr>
            <w:tcW w:type="dxa" w:w="2880"/>
          </w:tcPr>
          <w:p>
            <w:r>
              <w:t>20.2</w:t>
            </w:r>
          </w:p>
        </w:tc>
        <w:tc>
          <w:tcPr>
            <w:tcW w:type="dxa" w:w="2880"/>
          </w:tcPr>
          <w:p>
            <w:r>
              <w:t>25.6</w:t>
            </w:r>
          </w:p>
        </w:tc>
        <w:tc>
          <w:tcPr>
            <w:tcW w:type="dxa" w:w="2880"/>
          </w:tcPr>
          <w:p>
            <w:r>
              <w:t>2</w:t>
            </w:r>
          </w:p>
        </w:tc>
      </w:tr>
      <w:tr>
        <w:tc>
          <w:tcPr>
            <w:tcW w:type="dxa" w:w="2880"/>
          </w:tcPr>
          <w:p>
            <w:r>
              <w:t>25.6</w:t>
            </w:r>
          </w:p>
        </w:tc>
        <w:tc>
          <w:tcPr>
            <w:tcW w:type="dxa" w:w="2880"/>
          </w:tcPr>
          <w:p>
            <w:r>
              <w:t>31</w:t>
            </w:r>
          </w:p>
        </w:tc>
        <w:tc>
          <w:tcPr>
            <w:tcW w:type="dxa" w:w="2880"/>
          </w:tcPr>
          <w:p>
            <w:r>
              <w:t>2</w:t>
            </w:r>
          </w:p>
        </w:tc>
      </w:tr>
    </w:tbl>
    <w:p/>
    <w:p>
      <w:pPr>
        <w:pStyle w:val="Heading2"/>
      </w:pPr>
      <w:r>
        <w:t>Figure 43. Repeat and near repeat classification: Crashes over time [87]</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period</w:t>
            </w:r>
          </w:p>
        </w:tc>
        <w:tc>
          <w:tcPr>
            <w:tcW w:type="dxa" w:w="2880"/>
          </w:tcPr>
          <w:p>
            <w:r>
              <w:t>series</w:t>
            </w:r>
          </w:p>
        </w:tc>
        <w:tc>
          <w:tcPr>
            <w:tcW w:type="dxa" w:w="2880"/>
          </w:tcPr>
          <w:p>
            <w:r>
              <w:t>value</w:t>
            </w:r>
          </w:p>
        </w:tc>
      </w:tr>
      <w:tr>
        <w:tc>
          <w:tcPr>
            <w:tcW w:type="dxa" w:w="2880"/>
          </w:tcPr>
          <w:p>
            <w:r>
              <w:t>2024-10-01</w:t>
            </w:r>
          </w:p>
        </w:tc>
        <w:tc>
          <w:tcPr>
            <w:tcW w:type="dxa" w:w="2880"/>
          </w:tcPr>
          <w:p>
            <w:r>
              <w:t>motorcycle</w:t>
            </w:r>
          </w:p>
        </w:tc>
        <w:tc>
          <w:tcPr>
            <w:tcW w:type="dxa" w:w="2880"/>
          </w:tcPr>
          <w:p>
            <w:r>
              <w:t>32</w:t>
            </w:r>
          </w:p>
        </w:tc>
      </w:tr>
      <w:tr>
        <w:tc>
          <w:tcPr>
            <w:tcW w:type="dxa" w:w="2880"/>
          </w:tcPr>
          <w:p>
            <w:r>
              <w:t>2024-10-01</w:t>
            </w:r>
          </w:p>
        </w:tc>
        <w:tc>
          <w:tcPr>
            <w:tcW w:type="dxa" w:w="2880"/>
          </w:tcPr>
          <w:p>
            <w:r>
              <w:t>car</w:t>
            </w:r>
          </w:p>
        </w:tc>
        <w:tc>
          <w:tcPr>
            <w:tcW w:type="dxa" w:w="2880"/>
          </w:tcPr>
          <w:p>
            <w:r>
              <w:t>42</w:t>
            </w:r>
          </w:p>
        </w:tc>
      </w:tr>
      <w:tr>
        <w:tc>
          <w:tcPr>
            <w:tcW w:type="dxa" w:w="2880"/>
          </w:tcPr>
          <w:p>
            <w:r>
              <w:t>2024-10-01</w:t>
            </w:r>
          </w:p>
        </w:tc>
        <w:tc>
          <w:tcPr>
            <w:tcW w:type="dxa" w:w="2880"/>
          </w:tcPr>
          <w:p>
            <w:r>
              <w:t>pedestrian</w:t>
            </w:r>
          </w:p>
        </w:tc>
        <w:tc>
          <w:tcPr>
            <w:tcW w:type="dxa" w:w="2880"/>
          </w:tcPr>
          <w:p>
            <w:r>
              <w:t>9</w:t>
            </w:r>
          </w:p>
        </w:tc>
      </w:tr>
      <w:tr>
        <w:tc>
          <w:tcPr>
            <w:tcW w:type="dxa" w:w="2880"/>
          </w:tcPr>
          <w:p>
            <w:r>
              <w:t>2024-10-01</w:t>
            </w:r>
          </w:p>
        </w:tc>
        <w:tc>
          <w:tcPr>
            <w:tcW w:type="dxa" w:w="2880"/>
          </w:tcPr>
          <w:p>
            <w:r>
              <w:t>cyclist</w:t>
            </w:r>
          </w:p>
        </w:tc>
        <w:tc>
          <w:tcPr>
            <w:tcW w:type="dxa" w:w="2880"/>
          </w:tcPr>
          <w:p>
            <w:r>
              <w:t>2</w:t>
            </w:r>
          </w:p>
        </w:tc>
      </w:tr>
      <w:tr>
        <w:tc>
          <w:tcPr>
            <w:tcW w:type="dxa" w:w="2880"/>
          </w:tcPr>
          <w:p>
            <w:r>
              <w:t>2024-10-01</w:t>
            </w:r>
          </w:p>
        </w:tc>
        <w:tc>
          <w:tcPr>
            <w:tcW w:type="dxa" w:w="2880"/>
          </w:tcPr>
          <w:p>
            <w:r>
              <w:t>bus</w:t>
            </w:r>
          </w:p>
        </w:tc>
        <w:tc>
          <w:tcPr>
            <w:tcW w:type="dxa" w:w="2880"/>
          </w:tcPr>
          <w:p>
            <w:r>
              <w:t>4</w:t>
            </w:r>
          </w:p>
        </w:tc>
      </w:tr>
      <w:tr>
        <w:tc>
          <w:tcPr>
            <w:tcW w:type="dxa" w:w="2880"/>
          </w:tcPr>
          <w:p>
            <w:r>
              <w:t>2024-10-01</w:t>
            </w:r>
          </w:p>
        </w:tc>
        <w:tc>
          <w:tcPr>
            <w:tcW w:type="dxa" w:w="2880"/>
          </w:tcPr>
          <w:p>
            <w:r>
              <w:t>Other</w:t>
            </w:r>
          </w:p>
        </w:tc>
        <w:tc>
          <w:tcPr>
            <w:tcW w:type="dxa" w:w="2880"/>
          </w:tcPr>
          <w:p>
            <w:r>
              <w:t>3</w:t>
            </w:r>
          </w:p>
        </w:tc>
      </w:tr>
      <w:tr>
        <w:tc>
          <w:tcPr>
            <w:tcW w:type="dxa" w:w="2880"/>
          </w:tcPr>
          <w:p>
            <w:r>
              <w:t>2024-11-01</w:t>
            </w:r>
          </w:p>
        </w:tc>
        <w:tc>
          <w:tcPr>
            <w:tcW w:type="dxa" w:w="2880"/>
          </w:tcPr>
          <w:p>
            <w:r>
              <w:t>motorcycle</w:t>
            </w:r>
          </w:p>
        </w:tc>
        <w:tc>
          <w:tcPr>
            <w:tcW w:type="dxa" w:w="2880"/>
          </w:tcPr>
          <w:p>
            <w:r>
              <w:t>35</w:t>
            </w:r>
          </w:p>
        </w:tc>
      </w:tr>
      <w:tr>
        <w:tc>
          <w:tcPr>
            <w:tcW w:type="dxa" w:w="2880"/>
          </w:tcPr>
          <w:p>
            <w:r>
              <w:t>2024-11-01</w:t>
            </w:r>
          </w:p>
        </w:tc>
        <w:tc>
          <w:tcPr>
            <w:tcW w:type="dxa" w:w="2880"/>
          </w:tcPr>
          <w:p>
            <w:r>
              <w:t>car</w:t>
            </w:r>
          </w:p>
        </w:tc>
        <w:tc>
          <w:tcPr>
            <w:tcW w:type="dxa" w:w="2880"/>
          </w:tcPr>
          <w:p>
            <w:r>
              <w:t>36</w:t>
            </w:r>
          </w:p>
        </w:tc>
      </w:tr>
      <w:tr>
        <w:tc>
          <w:tcPr>
            <w:tcW w:type="dxa" w:w="2880"/>
          </w:tcPr>
          <w:p>
            <w:r>
              <w:t>2024-11-01</w:t>
            </w:r>
          </w:p>
        </w:tc>
        <w:tc>
          <w:tcPr>
            <w:tcW w:type="dxa" w:w="2880"/>
          </w:tcPr>
          <w:p>
            <w:r>
              <w:t>pedestrian</w:t>
            </w:r>
          </w:p>
        </w:tc>
        <w:tc>
          <w:tcPr>
            <w:tcW w:type="dxa" w:w="2880"/>
          </w:tcPr>
          <w:p>
            <w:r>
              <w:t>9</w:t>
            </w:r>
          </w:p>
        </w:tc>
      </w:tr>
      <w:tr>
        <w:tc>
          <w:tcPr>
            <w:tcW w:type="dxa" w:w="2880"/>
          </w:tcPr>
          <w:p>
            <w:r>
              <w:t>2024-11-01</w:t>
            </w:r>
          </w:p>
        </w:tc>
        <w:tc>
          <w:tcPr>
            <w:tcW w:type="dxa" w:w="2880"/>
          </w:tcPr>
          <w:p>
            <w:r>
              <w:t>cyclist</w:t>
            </w:r>
          </w:p>
        </w:tc>
        <w:tc>
          <w:tcPr>
            <w:tcW w:type="dxa" w:w="2880"/>
          </w:tcPr>
          <w:p>
            <w:r>
              <w:t>6</w:t>
            </w:r>
          </w:p>
        </w:tc>
      </w:tr>
      <w:tr>
        <w:tc>
          <w:tcPr>
            <w:tcW w:type="dxa" w:w="2880"/>
          </w:tcPr>
          <w:p>
            <w:r>
              <w:t>2024-11-01</w:t>
            </w:r>
          </w:p>
        </w:tc>
        <w:tc>
          <w:tcPr>
            <w:tcW w:type="dxa" w:w="2880"/>
          </w:tcPr>
          <w:p>
            <w:r>
              <w:t>bus</w:t>
            </w:r>
          </w:p>
        </w:tc>
        <w:tc>
          <w:tcPr>
            <w:tcW w:type="dxa" w:w="2880"/>
          </w:tcPr>
          <w:p>
            <w:r>
              <w:t>7</w:t>
            </w:r>
          </w:p>
        </w:tc>
      </w:tr>
      <w:tr>
        <w:tc>
          <w:tcPr>
            <w:tcW w:type="dxa" w:w="2880"/>
          </w:tcPr>
          <w:p>
            <w:r>
              <w:t>2024-11-01</w:t>
            </w:r>
          </w:p>
        </w:tc>
        <w:tc>
          <w:tcPr>
            <w:tcW w:type="dxa" w:w="2880"/>
          </w:tcPr>
          <w:p>
            <w:r>
              <w:t>Other</w:t>
            </w:r>
          </w:p>
        </w:tc>
        <w:tc>
          <w:tcPr>
            <w:tcW w:type="dxa" w:w="2880"/>
          </w:tcPr>
          <w:p>
            <w:r>
              <w:t>2</w:t>
            </w:r>
          </w:p>
        </w:tc>
      </w:tr>
      <w:tr>
        <w:tc>
          <w:tcPr>
            <w:tcW w:type="dxa" w:w="2880"/>
          </w:tcPr>
          <w:p>
            <w:r>
              <w:t>2024-12-01</w:t>
            </w:r>
          </w:p>
        </w:tc>
        <w:tc>
          <w:tcPr>
            <w:tcW w:type="dxa" w:w="2880"/>
          </w:tcPr>
          <w:p>
            <w:r>
              <w:t>motorcycle</w:t>
            </w:r>
          </w:p>
        </w:tc>
        <w:tc>
          <w:tcPr>
            <w:tcW w:type="dxa" w:w="2880"/>
          </w:tcPr>
          <w:p>
            <w:r>
              <w:t>37</w:t>
            </w:r>
          </w:p>
        </w:tc>
      </w:tr>
      <w:tr>
        <w:tc>
          <w:tcPr>
            <w:tcW w:type="dxa" w:w="2880"/>
          </w:tcPr>
          <w:p>
            <w:r>
              <w:t>2024-12-01</w:t>
            </w:r>
          </w:p>
        </w:tc>
        <w:tc>
          <w:tcPr>
            <w:tcW w:type="dxa" w:w="2880"/>
          </w:tcPr>
          <w:p>
            <w:r>
              <w:t>car</w:t>
            </w:r>
          </w:p>
        </w:tc>
        <w:tc>
          <w:tcPr>
            <w:tcW w:type="dxa" w:w="2880"/>
          </w:tcPr>
          <w:p>
            <w:r>
              <w:t>34</w:t>
            </w:r>
          </w:p>
        </w:tc>
      </w:tr>
      <w:tr>
        <w:tc>
          <w:tcPr>
            <w:tcW w:type="dxa" w:w="2880"/>
          </w:tcPr>
          <w:p>
            <w:r>
              <w:t>2024-12-01</w:t>
            </w:r>
          </w:p>
        </w:tc>
        <w:tc>
          <w:tcPr>
            <w:tcW w:type="dxa" w:w="2880"/>
          </w:tcPr>
          <w:p>
            <w:r>
              <w:t>pedestrian</w:t>
            </w:r>
          </w:p>
        </w:tc>
        <w:tc>
          <w:tcPr>
            <w:tcW w:type="dxa" w:w="2880"/>
          </w:tcPr>
          <w:p>
            <w:r>
              <w:t>17</w:t>
            </w:r>
          </w:p>
        </w:tc>
      </w:tr>
      <w:tr>
        <w:tc>
          <w:tcPr>
            <w:tcW w:type="dxa" w:w="2880"/>
          </w:tcPr>
          <w:p>
            <w:r>
              <w:t>2024-12-01</w:t>
            </w:r>
          </w:p>
        </w:tc>
        <w:tc>
          <w:tcPr>
            <w:tcW w:type="dxa" w:w="2880"/>
          </w:tcPr>
          <w:p>
            <w:r>
              <w:t>cyclist</w:t>
            </w:r>
          </w:p>
        </w:tc>
        <w:tc>
          <w:tcPr>
            <w:tcW w:type="dxa" w:w="2880"/>
          </w:tcPr>
          <w:p>
            <w:r>
              <w:t>8</w:t>
            </w:r>
          </w:p>
        </w:tc>
      </w:tr>
      <w:tr>
        <w:tc>
          <w:tcPr>
            <w:tcW w:type="dxa" w:w="2880"/>
          </w:tcPr>
          <w:p>
            <w:r>
              <w:t>2024-12-01</w:t>
            </w:r>
          </w:p>
        </w:tc>
        <w:tc>
          <w:tcPr>
            <w:tcW w:type="dxa" w:w="2880"/>
          </w:tcPr>
          <w:p>
            <w:r>
              <w:t>bus</w:t>
            </w:r>
          </w:p>
        </w:tc>
        <w:tc>
          <w:tcPr>
            <w:tcW w:type="dxa" w:w="2880"/>
          </w:tcPr>
          <w:p>
            <w:r>
              <w:t>1</w:t>
            </w:r>
          </w:p>
        </w:tc>
      </w:tr>
      <w:tr>
        <w:tc>
          <w:tcPr>
            <w:tcW w:type="dxa" w:w="2880"/>
          </w:tcPr>
          <w:p>
            <w:r>
              <w:t>2024-12-01</w:t>
            </w:r>
          </w:p>
        </w:tc>
        <w:tc>
          <w:tcPr>
            <w:tcW w:type="dxa" w:w="2880"/>
          </w:tcPr>
          <w:p>
            <w:r>
              <w:t>Other</w:t>
            </w:r>
          </w:p>
        </w:tc>
        <w:tc>
          <w:tcPr>
            <w:tcW w:type="dxa" w:w="2880"/>
          </w:tcPr>
          <w:p>
            <w:r>
              <w:t>8</w:t>
            </w:r>
          </w:p>
        </w:tc>
      </w:tr>
      <w:tr>
        <w:tc>
          <w:tcPr>
            <w:tcW w:type="dxa" w:w="2880"/>
          </w:tcPr>
          <w:p>
            <w:r>
              <w:t>2025-01-01</w:t>
            </w:r>
          </w:p>
        </w:tc>
        <w:tc>
          <w:tcPr>
            <w:tcW w:type="dxa" w:w="2880"/>
          </w:tcPr>
          <w:p>
            <w:r>
              <w:t>motorcycle</w:t>
            </w:r>
          </w:p>
        </w:tc>
        <w:tc>
          <w:tcPr>
            <w:tcW w:type="dxa" w:w="2880"/>
          </w:tcPr>
          <w:p>
            <w:r>
              <w:t>38</w:t>
            </w:r>
          </w:p>
        </w:tc>
      </w:tr>
      <w:tr>
        <w:tc>
          <w:tcPr>
            <w:tcW w:type="dxa" w:w="2880"/>
          </w:tcPr>
          <w:p>
            <w:r>
              <w:t>2025-01-01</w:t>
            </w:r>
          </w:p>
        </w:tc>
        <w:tc>
          <w:tcPr>
            <w:tcW w:type="dxa" w:w="2880"/>
          </w:tcPr>
          <w:p>
            <w:r>
              <w:t>car</w:t>
            </w:r>
          </w:p>
        </w:tc>
        <w:tc>
          <w:tcPr>
            <w:tcW w:type="dxa" w:w="2880"/>
          </w:tcPr>
          <w:p>
            <w:r>
              <w:t>26</w:t>
            </w:r>
          </w:p>
        </w:tc>
      </w:tr>
      <w:tr>
        <w:tc>
          <w:tcPr>
            <w:tcW w:type="dxa" w:w="2880"/>
          </w:tcPr>
          <w:p>
            <w:r>
              <w:t>2025-01-01</w:t>
            </w:r>
          </w:p>
        </w:tc>
        <w:tc>
          <w:tcPr>
            <w:tcW w:type="dxa" w:w="2880"/>
          </w:tcPr>
          <w:p>
            <w:r>
              <w:t>pedestrian</w:t>
            </w:r>
          </w:p>
        </w:tc>
        <w:tc>
          <w:tcPr>
            <w:tcW w:type="dxa" w:w="2880"/>
          </w:tcPr>
          <w:p>
            <w:r>
              <w:t>14</w:t>
            </w:r>
          </w:p>
        </w:tc>
      </w:tr>
      <w:tr>
        <w:tc>
          <w:tcPr>
            <w:tcW w:type="dxa" w:w="2880"/>
          </w:tcPr>
          <w:p>
            <w:r>
              <w:t>2025-01-01</w:t>
            </w:r>
          </w:p>
        </w:tc>
        <w:tc>
          <w:tcPr>
            <w:tcW w:type="dxa" w:w="2880"/>
          </w:tcPr>
          <w:p>
            <w:r>
              <w:t>cyclist</w:t>
            </w:r>
          </w:p>
        </w:tc>
        <w:tc>
          <w:tcPr>
            <w:tcW w:type="dxa" w:w="2880"/>
          </w:tcPr>
          <w:p>
            <w:r>
              <w:t>6</w:t>
            </w:r>
          </w:p>
        </w:tc>
      </w:tr>
      <w:tr>
        <w:tc>
          <w:tcPr>
            <w:tcW w:type="dxa" w:w="2880"/>
          </w:tcPr>
          <w:p>
            <w:r>
              <w:t>2025-01-01</w:t>
            </w:r>
          </w:p>
        </w:tc>
        <w:tc>
          <w:tcPr>
            <w:tcW w:type="dxa" w:w="2880"/>
          </w:tcPr>
          <w:p>
            <w:r>
              <w:t>bus</w:t>
            </w:r>
          </w:p>
        </w:tc>
        <w:tc>
          <w:tcPr>
            <w:tcW w:type="dxa" w:w="2880"/>
          </w:tcPr>
          <w:p>
            <w:r>
              <w:t>5</w:t>
            </w:r>
          </w:p>
        </w:tc>
      </w:tr>
      <w:tr>
        <w:tc>
          <w:tcPr>
            <w:tcW w:type="dxa" w:w="2880"/>
          </w:tcPr>
          <w:p>
            <w:r>
              <w:t>2025-01-01</w:t>
            </w:r>
          </w:p>
        </w:tc>
        <w:tc>
          <w:tcPr>
            <w:tcW w:type="dxa" w:w="2880"/>
          </w:tcPr>
          <w:p>
            <w:r>
              <w:t>Other</w:t>
            </w:r>
          </w:p>
        </w:tc>
        <w:tc>
          <w:tcPr>
            <w:tcW w:type="dxa" w:w="2880"/>
          </w:tcPr>
          <w:p>
            <w:r>
              <w:t>6</w:t>
            </w:r>
          </w:p>
        </w:tc>
      </w:tr>
      <w:tr>
        <w:tc>
          <w:tcPr>
            <w:tcW w:type="dxa" w:w="2880"/>
          </w:tcPr>
          <w:p>
            <w:r>
              <w:t>2025-02-01</w:t>
            </w:r>
          </w:p>
        </w:tc>
        <w:tc>
          <w:tcPr>
            <w:tcW w:type="dxa" w:w="2880"/>
          </w:tcPr>
          <w:p>
            <w:r>
              <w:t>motorcycle</w:t>
            </w:r>
          </w:p>
        </w:tc>
        <w:tc>
          <w:tcPr>
            <w:tcW w:type="dxa" w:w="2880"/>
          </w:tcPr>
          <w:p>
            <w:r>
              <w:t>31</w:t>
            </w:r>
          </w:p>
        </w:tc>
      </w:tr>
      <w:tr>
        <w:tc>
          <w:tcPr>
            <w:tcW w:type="dxa" w:w="2880"/>
          </w:tcPr>
          <w:p>
            <w:r>
              <w:t>2025-02-01</w:t>
            </w:r>
          </w:p>
        </w:tc>
        <w:tc>
          <w:tcPr>
            <w:tcW w:type="dxa" w:w="2880"/>
          </w:tcPr>
          <w:p>
            <w:r>
              <w:t>car</w:t>
            </w:r>
          </w:p>
        </w:tc>
        <w:tc>
          <w:tcPr>
            <w:tcW w:type="dxa" w:w="2880"/>
          </w:tcPr>
          <w:p>
            <w:r>
              <w:t>37</w:t>
            </w:r>
          </w:p>
        </w:tc>
      </w:tr>
      <w:tr>
        <w:tc>
          <w:tcPr>
            <w:tcW w:type="dxa" w:w="2880"/>
          </w:tcPr>
          <w:p>
            <w:r>
              <w:t>2025-02-01</w:t>
            </w:r>
          </w:p>
        </w:tc>
        <w:tc>
          <w:tcPr>
            <w:tcW w:type="dxa" w:w="2880"/>
          </w:tcPr>
          <w:p>
            <w:r>
              <w:t>pedestrian</w:t>
            </w:r>
          </w:p>
        </w:tc>
        <w:tc>
          <w:tcPr>
            <w:tcW w:type="dxa" w:w="2880"/>
          </w:tcPr>
          <w:p>
            <w:r>
              <w:t>8</w:t>
            </w:r>
          </w:p>
        </w:tc>
      </w:tr>
      <w:tr>
        <w:tc>
          <w:tcPr>
            <w:tcW w:type="dxa" w:w="2880"/>
          </w:tcPr>
          <w:p>
            <w:r>
              <w:t>2025-02-01</w:t>
            </w:r>
          </w:p>
        </w:tc>
        <w:tc>
          <w:tcPr>
            <w:tcW w:type="dxa" w:w="2880"/>
          </w:tcPr>
          <w:p>
            <w:r>
              <w:t>cyclist</w:t>
            </w:r>
          </w:p>
        </w:tc>
        <w:tc>
          <w:tcPr>
            <w:tcW w:type="dxa" w:w="2880"/>
          </w:tcPr>
          <w:p>
            <w:r>
              <w:t>5</w:t>
            </w:r>
          </w:p>
        </w:tc>
      </w:tr>
      <w:tr>
        <w:tc>
          <w:tcPr>
            <w:tcW w:type="dxa" w:w="2880"/>
          </w:tcPr>
          <w:p>
            <w:r>
              <w:t>2025-02-01</w:t>
            </w:r>
          </w:p>
        </w:tc>
        <w:tc>
          <w:tcPr>
            <w:tcW w:type="dxa" w:w="2880"/>
          </w:tcPr>
          <w:p>
            <w:r>
              <w:t>bus</w:t>
            </w:r>
          </w:p>
        </w:tc>
        <w:tc>
          <w:tcPr>
            <w:tcW w:type="dxa" w:w="2880"/>
          </w:tcPr>
          <w:p>
            <w:r>
              <w:t>6</w:t>
            </w:r>
          </w:p>
        </w:tc>
      </w:tr>
      <w:tr>
        <w:tc>
          <w:tcPr>
            <w:tcW w:type="dxa" w:w="2880"/>
          </w:tcPr>
          <w:p>
            <w:r>
              <w:t>2025-02-01</w:t>
            </w:r>
          </w:p>
        </w:tc>
        <w:tc>
          <w:tcPr>
            <w:tcW w:type="dxa" w:w="2880"/>
          </w:tcPr>
          <w:p>
            <w:r>
              <w:t>Other</w:t>
            </w:r>
          </w:p>
        </w:tc>
        <w:tc>
          <w:tcPr>
            <w:tcW w:type="dxa" w:w="2880"/>
          </w:tcPr>
          <w:p>
            <w:r>
              <w:t>6</w:t>
            </w:r>
          </w:p>
        </w:tc>
      </w:tr>
      <w:tr>
        <w:tc>
          <w:tcPr>
            <w:tcW w:type="dxa" w:w="2880"/>
          </w:tcPr>
          <w:p>
            <w:r>
              <w:t>2025-03-01</w:t>
            </w:r>
          </w:p>
        </w:tc>
        <w:tc>
          <w:tcPr>
            <w:tcW w:type="dxa" w:w="2880"/>
          </w:tcPr>
          <w:p>
            <w:r>
              <w:t>motorcycle</w:t>
            </w:r>
          </w:p>
        </w:tc>
        <w:tc>
          <w:tcPr>
            <w:tcW w:type="dxa" w:w="2880"/>
          </w:tcPr>
          <w:p>
            <w:r>
              <w:t>41</w:t>
            </w:r>
          </w:p>
        </w:tc>
      </w:tr>
      <w:tr>
        <w:tc>
          <w:tcPr>
            <w:tcW w:type="dxa" w:w="2880"/>
          </w:tcPr>
          <w:p>
            <w:r>
              <w:t>2025-03-01</w:t>
            </w:r>
          </w:p>
        </w:tc>
        <w:tc>
          <w:tcPr>
            <w:tcW w:type="dxa" w:w="2880"/>
          </w:tcPr>
          <w:p>
            <w:r>
              <w:t>car</w:t>
            </w:r>
          </w:p>
        </w:tc>
        <w:tc>
          <w:tcPr>
            <w:tcW w:type="dxa" w:w="2880"/>
          </w:tcPr>
          <w:p>
            <w:r>
              <w:t>30</w:t>
            </w:r>
          </w:p>
        </w:tc>
      </w:tr>
      <w:tr>
        <w:tc>
          <w:tcPr>
            <w:tcW w:type="dxa" w:w="2880"/>
          </w:tcPr>
          <w:p>
            <w:r>
              <w:t>2025-03-01</w:t>
            </w:r>
          </w:p>
        </w:tc>
        <w:tc>
          <w:tcPr>
            <w:tcW w:type="dxa" w:w="2880"/>
          </w:tcPr>
          <w:p>
            <w:r>
              <w:t>pedestrian</w:t>
            </w:r>
          </w:p>
        </w:tc>
        <w:tc>
          <w:tcPr>
            <w:tcW w:type="dxa" w:w="2880"/>
          </w:tcPr>
          <w:p>
            <w:r>
              <w:t>9</w:t>
            </w:r>
          </w:p>
        </w:tc>
      </w:tr>
      <w:tr>
        <w:tc>
          <w:tcPr>
            <w:tcW w:type="dxa" w:w="2880"/>
          </w:tcPr>
          <w:p>
            <w:r>
              <w:t>2025-03-01</w:t>
            </w:r>
          </w:p>
        </w:tc>
        <w:tc>
          <w:tcPr>
            <w:tcW w:type="dxa" w:w="2880"/>
          </w:tcPr>
          <w:p>
            <w:r>
              <w:t>cyclist</w:t>
            </w:r>
          </w:p>
        </w:tc>
        <w:tc>
          <w:tcPr>
            <w:tcW w:type="dxa" w:w="2880"/>
          </w:tcPr>
          <w:p>
            <w:r>
              <w:t>3</w:t>
            </w:r>
          </w:p>
        </w:tc>
      </w:tr>
      <w:tr>
        <w:tc>
          <w:tcPr>
            <w:tcW w:type="dxa" w:w="2880"/>
          </w:tcPr>
          <w:p>
            <w:r>
              <w:t>2025-03-01</w:t>
            </w:r>
          </w:p>
        </w:tc>
        <w:tc>
          <w:tcPr>
            <w:tcW w:type="dxa" w:w="2880"/>
          </w:tcPr>
          <w:p>
            <w:r>
              <w:t>bus</w:t>
            </w:r>
          </w:p>
        </w:tc>
        <w:tc>
          <w:tcPr>
            <w:tcW w:type="dxa" w:w="2880"/>
          </w:tcPr>
          <w:p>
            <w:r>
              <w:t>3</w:t>
            </w:r>
          </w:p>
        </w:tc>
      </w:tr>
      <w:tr>
        <w:tc>
          <w:tcPr>
            <w:tcW w:type="dxa" w:w="2880"/>
          </w:tcPr>
          <w:p>
            <w:r>
              <w:t>2025-03-01</w:t>
            </w:r>
          </w:p>
        </w:tc>
        <w:tc>
          <w:tcPr>
            <w:tcW w:type="dxa" w:w="2880"/>
          </w:tcPr>
          <w:p>
            <w:r>
              <w:t>Other</w:t>
            </w:r>
          </w:p>
        </w:tc>
        <w:tc>
          <w:tcPr>
            <w:tcW w:type="dxa" w:w="2880"/>
          </w:tcPr>
          <w:p>
            <w:r>
              <w:t>5</w:t>
            </w:r>
          </w:p>
        </w:tc>
      </w:tr>
      <w:tr>
        <w:tc>
          <w:tcPr>
            <w:tcW w:type="dxa" w:w="2880"/>
          </w:tcPr>
          <w:p>
            <w:r>
              <w:t>2025-04-01</w:t>
            </w:r>
          </w:p>
        </w:tc>
        <w:tc>
          <w:tcPr>
            <w:tcW w:type="dxa" w:w="2880"/>
          </w:tcPr>
          <w:p>
            <w:r>
              <w:t>motorcycle</w:t>
            </w:r>
          </w:p>
        </w:tc>
        <w:tc>
          <w:tcPr>
            <w:tcW w:type="dxa" w:w="2880"/>
          </w:tcPr>
          <w:p>
            <w:r>
              <w:t>30</w:t>
            </w:r>
          </w:p>
        </w:tc>
      </w:tr>
      <w:tr>
        <w:tc>
          <w:tcPr>
            <w:tcW w:type="dxa" w:w="2880"/>
          </w:tcPr>
          <w:p>
            <w:r>
              <w:t>2025-04-01</w:t>
            </w:r>
          </w:p>
        </w:tc>
        <w:tc>
          <w:tcPr>
            <w:tcW w:type="dxa" w:w="2880"/>
          </w:tcPr>
          <w:p>
            <w:r>
              <w:t>car</w:t>
            </w:r>
          </w:p>
        </w:tc>
        <w:tc>
          <w:tcPr>
            <w:tcW w:type="dxa" w:w="2880"/>
          </w:tcPr>
          <w:p>
            <w:r>
              <w:t>26</w:t>
            </w:r>
          </w:p>
        </w:tc>
      </w:tr>
      <w:tr>
        <w:tc>
          <w:tcPr>
            <w:tcW w:type="dxa" w:w="2880"/>
          </w:tcPr>
          <w:p>
            <w:r>
              <w:t>2025-04-01</w:t>
            </w:r>
          </w:p>
        </w:tc>
        <w:tc>
          <w:tcPr>
            <w:tcW w:type="dxa" w:w="2880"/>
          </w:tcPr>
          <w:p>
            <w:r>
              <w:t>pedestrian</w:t>
            </w:r>
          </w:p>
        </w:tc>
        <w:tc>
          <w:tcPr>
            <w:tcW w:type="dxa" w:w="2880"/>
          </w:tcPr>
          <w:p>
            <w:r>
              <w:t>8</w:t>
            </w:r>
          </w:p>
        </w:tc>
      </w:tr>
      <w:tr>
        <w:tc>
          <w:tcPr>
            <w:tcW w:type="dxa" w:w="2880"/>
          </w:tcPr>
          <w:p>
            <w:r>
              <w:t>2025-04-01</w:t>
            </w:r>
          </w:p>
        </w:tc>
        <w:tc>
          <w:tcPr>
            <w:tcW w:type="dxa" w:w="2880"/>
          </w:tcPr>
          <w:p>
            <w:r>
              <w:t>cyclist</w:t>
            </w:r>
          </w:p>
        </w:tc>
        <w:tc>
          <w:tcPr>
            <w:tcW w:type="dxa" w:w="2880"/>
          </w:tcPr>
          <w:p>
            <w:r>
              <w:t>4</w:t>
            </w:r>
          </w:p>
        </w:tc>
      </w:tr>
      <w:tr>
        <w:tc>
          <w:tcPr>
            <w:tcW w:type="dxa" w:w="2880"/>
          </w:tcPr>
          <w:p>
            <w:r>
              <w:t>2025-04-01</w:t>
            </w:r>
          </w:p>
        </w:tc>
        <w:tc>
          <w:tcPr>
            <w:tcW w:type="dxa" w:w="2880"/>
          </w:tcPr>
          <w:p>
            <w:r>
              <w:t>bus</w:t>
            </w:r>
          </w:p>
        </w:tc>
        <w:tc>
          <w:tcPr>
            <w:tcW w:type="dxa" w:w="2880"/>
          </w:tcPr>
          <w:p>
            <w:r>
              <w:t>2</w:t>
            </w:r>
          </w:p>
        </w:tc>
      </w:tr>
      <w:tr>
        <w:tc>
          <w:tcPr>
            <w:tcW w:type="dxa" w:w="2880"/>
          </w:tcPr>
          <w:p>
            <w:r>
              <w:t>2025-04-01</w:t>
            </w:r>
          </w:p>
        </w:tc>
        <w:tc>
          <w:tcPr>
            <w:tcW w:type="dxa" w:w="2880"/>
          </w:tcPr>
          <w:p>
            <w:r>
              <w:t>Other</w:t>
            </w:r>
          </w:p>
        </w:tc>
        <w:tc>
          <w:tcPr>
            <w:tcW w:type="dxa" w:w="2880"/>
          </w:tcPr>
          <w:p>
            <w:r>
              <w:t>7</w:t>
            </w:r>
          </w:p>
        </w:tc>
      </w:tr>
      <w:tr>
        <w:tc>
          <w:tcPr>
            <w:tcW w:type="dxa" w:w="2880"/>
          </w:tcPr>
          <w:p>
            <w:r>
              <w:t>2025-05-01</w:t>
            </w:r>
          </w:p>
        </w:tc>
        <w:tc>
          <w:tcPr>
            <w:tcW w:type="dxa" w:w="2880"/>
          </w:tcPr>
          <w:p>
            <w:r>
              <w:t>motorcycle</w:t>
            </w:r>
          </w:p>
        </w:tc>
        <w:tc>
          <w:tcPr>
            <w:tcW w:type="dxa" w:w="2880"/>
          </w:tcPr>
          <w:p>
            <w:r>
              <w:t>28</w:t>
            </w:r>
          </w:p>
        </w:tc>
      </w:tr>
      <w:tr>
        <w:tc>
          <w:tcPr>
            <w:tcW w:type="dxa" w:w="2880"/>
          </w:tcPr>
          <w:p>
            <w:r>
              <w:t>2025-05-01</w:t>
            </w:r>
          </w:p>
        </w:tc>
        <w:tc>
          <w:tcPr>
            <w:tcW w:type="dxa" w:w="2880"/>
          </w:tcPr>
          <w:p>
            <w:r>
              <w:t>car</w:t>
            </w:r>
          </w:p>
        </w:tc>
        <w:tc>
          <w:tcPr>
            <w:tcW w:type="dxa" w:w="2880"/>
          </w:tcPr>
          <w:p>
            <w:r>
              <w:t>21</w:t>
            </w:r>
          </w:p>
        </w:tc>
      </w:tr>
      <w:tr>
        <w:tc>
          <w:tcPr>
            <w:tcW w:type="dxa" w:w="2880"/>
          </w:tcPr>
          <w:p>
            <w:r>
              <w:t>2025-05-01</w:t>
            </w:r>
          </w:p>
        </w:tc>
        <w:tc>
          <w:tcPr>
            <w:tcW w:type="dxa" w:w="2880"/>
          </w:tcPr>
          <w:p>
            <w:r>
              <w:t>pedestrian</w:t>
            </w:r>
          </w:p>
        </w:tc>
        <w:tc>
          <w:tcPr>
            <w:tcW w:type="dxa" w:w="2880"/>
          </w:tcPr>
          <w:p>
            <w:r>
              <w:t>7</w:t>
            </w:r>
          </w:p>
        </w:tc>
      </w:tr>
      <w:tr>
        <w:tc>
          <w:tcPr>
            <w:tcW w:type="dxa" w:w="2880"/>
          </w:tcPr>
          <w:p>
            <w:r>
              <w:t>2025-05-01</w:t>
            </w:r>
          </w:p>
        </w:tc>
        <w:tc>
          <w:tcPr>
            <w:tcW w:type="dxa" w:w="2880"/>
          </w:tcPr>
          <w:p>
            <w:r>
              <w:t>cyclist</w:t>
            </w:r>
          </w:p>
        </w:tc>
        <w:tc>
          <w:tcPr>
            <w:tcW w:type="dxa" w:w="2880"/>
          </w:tcPr>
          <w:p>
            <w:r>
              <w:t>4</w:t>
            </w:r>
          </w:p>
        </w:tc>
      </w:tr>
      <w:tr>
        <w:tc>
          <w:tcPr>
            <w:tcW w:type="dxa" w:w="2880"/>
          </w:tcPr>
          <w:p>
            <w:r>
              <w:t>2025-05-01</w:t>
            </w:r>
          </w:p>
        </w:tc>
        <w:tc>
          <w:tcPr>
            <w:tcW w:type="dxa" w:w="2880"/>
          </w:tcPr>
          <w:p>
            <w:r>
              <w:t>bus</w:t>
            </w:r>
          </w:p>
        </w:tc>
        <w:tc>
          <w:tcPr>
            <w:tcW w:type="dxa" w:w="2880"/>
          </w:tcPr>
          <w:p>
            <w:r>
              <w:t>1</w:t>
            </w:r>
          </w:p>
        </w:tc>
      </w:tr>
      <w:tr>
        <w:tc>
          <w:tcPr>
            <w:tcW w:type="dxa" w:w="2880"/>
          </w:tcPr>
          <w:p>
            <w:r>
              <w:t>2025-05-01</w:t>
            </w:r>
          </w:p>
        </w:tc>
        <w:tc>
          <w:tcPr>
            <w:tcW w:type="dxa" w:w="2880"/>
          </w:tcPr>
          <w:p>
            <w:r>
              <w:t>Other</w:t>
            </w:r>
          </w:p>
        </w:tc>
        <w:tc>
          <w:tcPr>
            <w:tcW w:type="dxa" w:w="2880"/>
          </w:tcPr>
          <w:p>
            <w:r>
              <w:t>5</w:t>
            </w:r>
          </w:p>
        </w:tc>
      </w:tr>
      <w:tr>
        <w:tc>
          <w:tcPr>
            <w:tcW w:type="dxa" w:w="2880"/>
          </w:tcPr>
          <w:p>
            <w:r>
              <w:t>2025-06-01</w:t>
            </w:r>
          </w:p>
        </w:tc>
        <w:tc>
          <w:tcPr>
            <w:tcW w:type="dxa" w:w="2880"/>
          </w:tcPr>
          <w:p>
            <w:r>
              <w:t>motorcycle</w:t>
            </w:r>
          </w:p>
        </w:tc>
        <w:tc>
          <w:tcPr>
            <w:tcW w:type="dxa" w:w="2880"/>
          </w:tcPr>
          <w:p>
            <w:r>
              <w:t>36</w:t>
            </w:r>
          </w:p>
        </w:tc>
      </w:tr>
      <w:tr>
        <w:tc>
          <w:tcPr>
            <w:tcW w:type="dxa" w:w="2880"/>
          </w:tcPr>
          <w:p>
            <w:r>
              <w:t>2025-06-01</w:t>
            </w:r>
          </w:p>
        </w:tc>
        <w:tc>
          <w:tcPr>
            <w:tcW w:type="dxa" w:w="2880"/>
          </w:tcPr>
          <w:p>
            <w:r>
              <w:t>car</w:t>
            </w:r>
          </w:p>
        </w:tc>
        <w:tc>
          <w:tcPr>
            <w:tcW w:type="dxa" w:w="2880"/>
          </w:tcPr>
          <w:p>
            <w:r>
              <w:t>33</w:t>
            </w:r>
          </w:p>
        </w:tc>
      </w:tr>
      <w:tr>
        <w:tc>
          <w:tcPr>
            <w:tcW w:type="dxa" w:w="2880"/>
          </w:tcPr>
          <w:p>
            <w:r>
              <w:t>2025-06-01</w:t>
            </w:r>
          </w:p>
        </w:tc>
        <w:tc>
          <w:tcPr>
            <w:tcW w:type="dxa" w:w="2880"/>
          </w:tcPr>
          <w:p>
            <w:r>
              <w:t>pedestrian</w:t>
            </w:r>
          </w:p>
        </w:tc>
        <w:tc>
          <w:tcPr>
            <w:tcW w:type="dxa" w:w="2880"/>
          </w:tcPr>
          <w:p>
            <w:r>
              <w:t>5</w:t>
            </w:r>
          </w:p>
        </w:tc>
      </w:tr>
      <w:tr>
        <w:tc>
          <w:tcPr>
            <w:tcW w:type="dxa" w:w="2880"/>
          </w:tcPr>
          <w:p>
            <w:r>
              <w:t>2025-06-01</w:t>
            </w:r>
          </w:p>
        </w:tc>
        <w:tc>
          <w:tcPr>
            <w:tcW w:type="dxa" w:w="2880"/>
          </w:tcPr>
          <w:p>
            <w:r>
              <w:t>cyclist</w:t>
            </w:r>
          </w:p>
        </w:tc>
        <w:tc>
          <w:tcPr>
            <w:tcW w:type="dxa" w:w="2880"/>
          </w:tcPr>
          <w:p>
            <w:r>
              <w:t>3</w:t>
            </w:r>
          </w:p>
        </w:tc>
      </w:tr>
      <w:tr>
        <w:tc>
          <w:tcPr>
            <w:tcW w:type="dxa" w:w="2880"/>
          </w:tcPr>
          <w:p>
            <w:r>
              <w:t>2025-06-01</w:t>
            </w:r>
          </w:p>
        </w:tc>
        <w:tc>
          <w:tcPr>
            <w:tcW w:type="dxa" w:w="2880"/>
          </w:tcPr>
          <w:p>
            <w:r>
              <w:t>bus</w:t>
            </w:r>
          </w:p>
        </w:tc>
        <w:tc>
          <w:tcPr>
            <w:tcW w:type="dxa" w:w="2880"/>
          </w:tcPr>
          <w:p>
            <w:r>
              <w:t>4</w:t>
            </w:r>
          </w:p>
        </w:tc>
      </w:tr>
      <w:tr>
        <w:tc>
          <w:tcPr>
            <w:tcW w:type="dxa" w:w="2880"/>
          </w:tcPr>
          <w:p>
            <w:r>
              <w:t>2025-06-01</w:t>
            </w:r>
          </w:p>
        </w:tc>
        <w:tc>
          <w:tcPr>
            <w:tcW w:type="dxa" w:w="2880"/>
          </w:tcPr>
          <w:p>
            <w:r>
              <w:t>Other</w:t>
            </w:r>
          </w:p>
        </w:tc>
        <w:tc>
          <w:tcPr>
            <w:tcW w:type="dxa" w:w="2880"/>
          </w:tcPr>
          <w:p>
            <w:r>
              <w:t>4</w:t>
            </w:r>
          </w:p>
        </w:tc>
      </w:tr>
      <w:tr>
        <w:tc>
          <w:tcPr>
            <w:tcW w:type="dxa" w:w="2880"/>
          </w:tcPr>
          <w:p>
            <w:r>
              <w:t>2025-07-01</w:t>
            </w:r>
          </w:p>
        </w:tc>
        <w:tc>
          <w:tcPr>
            <w:tcW w:type="dxa" w:w="2880"/>
          </w:tcPr>
          <w:p>
            <w:r>
              <w:t>motorcycle</w:t>
            </w:r>
          </w:p>
        </w:tc>
        <w:tc>
          <w:tcPr>
            <w:tcW w:type="dxa" w:w="2880"/>
          </w:tcPr>
          <w:p>
            <w:r>
              <w:t>26</w:t>
            </w:r>
          </w:p>
        </w:tc>
      </w:tr>
      <w:tr>
        <w:tc>
          <w:tcPr>
            <w:tcW w:type="dxa" w:w="2880"/>
          </w:tcPr>
          <w:p>
            <w:r>
              <w:t>2025-07-01</w:t>
            </w:r>
          </w:p>
        </w:tc>
        <w:tc>
          <w:tcPr>
            <w:tcW w:type="dxa" w:w="2880"/>
          </w:tcPr>
          <w:p>
            <w:r>
              <w:t>car</w:t>
            </w:r>
          </w:p>
        </w:tc>
        <w:tc>
          <w:tcPr>
            <w:tcW w:type="dxa" w:w="2880"/>
          </w:tcPr>
          <w:p>
            <w:r>
              <w:t>31</w:t>
            </w:r>
          </w:p>
        </w:tc>
      </w:tr>
      <w:tr>
        <w:tc>
          <w:tcPr>
            <w:tcW w:type="dxa" w:w="2880"/>
          </w:tcPr>
          <w:p>
            <w:r>
              <w:t>2025-07-01</w:t>
            </w:r>
          </w:p>
        </w:tc>
        <w:tc>
          <w:tcPr>
            <w:tcW w:type="dxa" w:w="2880"/>
          </w:tcPr>
          <w:p>
            <w:r>
              <w:t>pedestrian</w:t>
            </w:r>
          </w:p>
        </w:tc>
        <w:tc>
          <w:tcPr>
            <w:tcW w:type="dxa" w:w="2880"/>
          </w:tcPr>
          <w:p>
            <w:r>
              <w:t>11</w:t>
            </w:r>
          </w:p>
        </w:tc>
      </w:tr>
      <w:tr>
        <w:tc>
          <w:tcPr>
            <w:tcW w:type="dxa" w:w="2880"/>
          </w:tcPr>
          <w:p>
            <w:r>
              <w:t>2025-07-01</w:t>
            </w:r>
          </w:p>
        </w:tc>
        <w:tc>
          <w:tcPr>
            <w:tcW w:type="dxa" w:w="2880"/>
          </w:tcPr>
          <w:p>
            <w:r>
              <w:t>cyclist</w:t>
            </w:r>
          </w:p>
        </w:tc>
        <w:tc>
          <w:tcPr>
            <w:tcW w:type="dxa" w:w="2880"/>
          </w:tcPr>
          <w:p>
            <w:r>
              <w:t>4</w:t>
            </w:r>
          </w:p>
        </w:tc>
      </w:tr>
      <w:tr>
        <w:tc>
          <w:tcPr>
            <w:tcW w:type="dxa" w:w="2880"/>
          </w:tcPr>
          <w:p>
            <w:r>
              <w:t>2025-07-01</w:t>
            </w:r>
          </w:p>
        </w:tc>
        <w:tc>
          <w:tcPr>
            <w:tcW w:type="dxa" w:w="2880"/>
          </w:tcPr>
          <w:p>
            <w:r>
              <w:t>bus</w:t>
            </w:r>
          </w:p>
        </w:tc>
        <w:tc>
          <w:tcPr>
            <w:tcW w:type="dxa" w:w="2880"/>
          </w:tcPr>
          <w:p>
            <w:r>
              <w:t>4</w:t>
            </w:r>
          </w:p>
        </w:tc>
      </w:tr>
      <w:tr>
        <w:tc>
          <w:tcPr>
            <w:tcW w:type="dxa" w:w="2880"/>
          </w:tcPr>
          <w:p>
            <w:r>
              <w:t>2025-07-01</w:t>
            </w:r>
          </w:p>
        </w:tc>
        <w:tc>
          <w:tcPr>
            <w:tcW w:type="dxa" w:w="2880"/>
          </w:tcPr>
          <w:p>
            <w:r>
              <w:t>Other</w:t>
            </w:r>
          </w:p>
        </w:tc>
        <w:tc>
          <w:tcPr>
            <w:tcW w:type="dxa" w:w="2880"/>
          </w:tcPr>
          <w:p>
            <w:r>
              <w:t>4</w:t>
            </w:r>
          </w:p>
        </w:tc>
      </w:tr>
      <w:tr>
        <w:tc>
          <w:tcPr>
            <w:tcW w:type="dxa" w:w="2880"/>
          </w:tcPr>
          <w:p>
            <w:r>
              <w:t>2025-08-01</w:t>
            </w:r>
          </w:p>
        </w:tc>
        <w:tc>
          <w:tcPr>
            <w:tcW w:type="dxa" w:w="2880"/>
          </w:tcPr>
          <w:p>
            <w:r>
              <w:t>motorcycle</w:t>
            </w:r>
          </w:p>
        </w:tc>
        <w:tc>
          <w:tcPr>
            <w:tcW w:type="dxa" w:w="2880"/>
          </w:tcPr>
          <w:p>
            <w:r>
              <w:t>30</w:t>
            </w:r>
          </w:p>
        </w:tc>
      </w:tr>
      <w:tr>
        <w:tc>
          <w:tcPr>
            <w:tcW w:type="dxa" w:w="2880"/>
          </w:tcPr>
          <w:p>
            <w:r>
              <w:t>2025-08-01</w:t>
            </w:r>
          </w:p>
        </w:tc>
        <w:tc>
          <w:tcPr>
            <w:tcW w:type="dxa" w:w="2880"/>
          </w:tcPr>
          <w:p>
            <w:r>
              <w:t>car</w:t>
            </w:r>
          </w:p>
        </w:tc>
        <w:tc>
          <w:tcPr>
            <w:tcW w:type="dxa" w:w="2880"/>
          </w:tcPr>
          <w:p>
            <w:r>
              <w:t>18</w:t>
            </w:r>
          </w:p>
        </w:tc>
      </w:tr>
      <w:tr>
        <w:tc>
          <w:tcPr>
            <w:tcW w:type="dxa" w:w="2880"/>
          </w:tcPr>
          <w:p>
            <w:r>
              <w:t>2025-08-01</w:t>
            </w:r>
          </w:p>
        </w:tc>
        <w:tc>
          <w:tcPr>
            <w:tcW w:type="dxa" w:w="2880"/>
          </w:tcPr>
          <w:p>
            <w:r>
              <w:t>pedestrian</w:t>
            </w:r>
          </w:p>
        </w:tc>
        <w:tc>
          <w:tcPr>
            <w:tcW w:type="dxa" w:w="2880"/>
          </w:tcPr>
          <w:p>
            <w:r>
              <w:t>6</w:t>
            </w:r>
          </w:p>
        </w:tc>
      </w:tr>
      <w:tr>
        <w:tc>
          <w:tcPr>
            <w:tcW w:type="dxa" w:w="2880"/>
          </w:tcPr>
          <w:p>
            <w:r>
              <w:t>2025-08-01</w:t>
            </w:r>
          </w:p>
        </w:tc>
        <w:tc>
          <w:tcPr>
            <w:tcW w:type="dxa" w:w="2880"/>
          </w:tcPr>
          <w:p>
            <w:r>
              <w:t>cyclist</w:t>
            </w:r>
          </w:p>
        </w:tc>
        <w:tc>
          <w:tcPr>
            <w:tcW w:type="dxa" w:w="2880"/>
          </w:tcPr>
          <w:p>
            <w:r>
              <w:t>8</w:t>
            </w:r>
          </w:p>
        </w:tc>
      </w:tr>
      <w:tr>
        <w:tc>
          <w:tcPr>
            <w:tcW w:type="dxa" w:w="2880"/>
          </w:tcPr>
          <w:p>
            <w:r>
              <w:t>2025-08-01</w:t>
            </w:r>
          </w:p>
        </w:tc>
        <w:tc>
          <w:tcPr>
            <w:tcW w:type="dxa" w:w="2880"/>
          </w:tcPr>
          <w:p>
            <w:r>
              <w:t>bus</w:t>
            </w:r>
          </w:p>
        </w:tc>
        <w:tc>
          <w:tcPr>
            <w:tcW w:type="dxa" w:w="2880"/>
          </w:tcPr>
          <w:p>
            <w:r>
              <w:t>4</w:t>
            </w:r>
          </w:p>
        </w:tc>
      </w:tr>
      <w:tr>
        <w:tc>
          <w:tcPr>
            <w:tcW w:type="dxa" w:w="2880"/>
          </w:tcPr>
          <w:p>
            <w:r>
              <w:t>2025-08-01</w:t>
            </w:r>
          </w:p>
        </w:tc>
        <w:tc>
          <w:tcPr>
            <w:tcW w:type="dxa" w:w="2880"/>
          </w:tcPr>
          <w:p>
            <w:r>
              <w:t>Other</w:t>
            </w:r>
          </w:p>
        </w:tc>
        <w:tc>
          <w:tcPr>
            <w:tcW w:type="dxa" w:w="2880"/>
          </w:tcPr>
          <w:p>
            <w:r>
              <w:t>5</w:t>
            </w:r>
          </w:p>
        </w:tc>
      </w:tr>
      <w:tr>
        <w:tc>
          <w:tcPr>
            <w:tcW w:type="dxa" w:w="2880"/>
          </w:tcPr>
          <w:p>
            <w:r>
              <w:t>2025-09-01</w:t>
            </w:r>
          </w:p>
        </w:tc>
        <w:tc>
          <w:tcPr>
            <w:tcW w:type="dxa" w:w="2880"/>
          </w:tcPr>
          <w:p>
            <w:r>
              <w:t>motorcycle</w:t>
            </w:r>
          </w:p>
        </w:tc>
        <w:tc>
          <w:tcPr>
            <w:tcW w:type="dxa" w:w="2880"/>
          </w:tcPr>
          <w:p>
            <w:r>
              <w:t>24</w:t>
            </w:r>
          </w:p>
        </w:tc>
      </w:tr>
      <w:tr>
        <w:tc>
          <w:tcPr>
            <w:tcW w:type="dxa" w:w="2880"/>
          </w:tcPr>
          <w:p>
            <w:r>
              <w:t>2025-09-01</w:t>
            </w:r>
          </w:p>
        </w:tc>
        <w:tc>
          <w:tcPr>
            <w:tcW w:type="dxa" w:w="2880"/>
          </w:tcPr>
          <w:p>
            <w:r>
              <w:t>car</w:t>
            </w:r>
          </w:p>
        </w:tc>
        <w:tc>
          <w:tcPr>
            <w:tcW w:type="dxa" w:w="2880"/>
          </w:tcPr>
          <w:p>
            <w:r>
              <w:t>29</w:t>
            </w:r>
          </w:p>
        </w:tc>
      </w:tr>
      <w:tr>
        <w:tc>
          <w:tcPr>
            <w:tcW w:type="dxa" w:w="2880"/>
          </w:tcPr>
          <w:p>
            <w:r>
              <w:t>2025-09-01</w:t>
            </w:r>
          </w:p>
        </w:tc>
        <w:tc>
          <w:tcPr>
            <w:tcW w:type="dxa" w:w="2880"/>
          </w:tcPr>
          <w:p>
            <w:r>
              <w:t>pedestrian</w:t>
            </w:r>
          </w:p>
        </w:tc>
        <w:tc>
          <w:tcPr>
            <w:tcW w:type="dxa" w:w="2880"/>
          </w:tcPr>
          <w:p>
            <w:r>
              <w:t>17</w:t>
            </w:r>
          </w:p>
        </w:tc>
      </w:tr>
      <w:tr>
        <w:tc>
          <w:tcPr>
            <w:tcW w:type="dxa" w:w="2880"/>
          </w:tcPr>
          <w:p>
            <w:r>
              <w:t>2025-09-01</w:t>
            </w:r>
          </w:p>
        </w:tc>
        <w:tc>
          <w:tcPr>
            <w:tcW w:type="dxa" w:w="2880"/>
          </w:tcPr>
          <w:p>
            <w:r>
              <w:t>cyclist</w:t>
            </w:r>
          </w:p>
        </w:tc>
        <w:tc>
          <w:tcPr>
            <w:tcW w:type="dxa" w:w="2880"/>
          </w:tcPr>
          <w:p>
            <w:r>
              <w:t>3</w:t>
            </w:r>
          </w:p>
        </w:tc>
      </w:tr>
      <w:tr>
        <w:tc>
          <w:tcPr>
            <w:tcW w:type="dxa" w:w="2880"/>
          </w:tcPr>
          <w:p>
            <w:r>
              <w:t>2025-09-01</w:t>
            </w:r>
          </w:p>
        </w:tc>
        <w:tc>
          <w:tcPr>
            <w:tcW w:type="dxa" w:w="2880"/>
          </w:tcPr>
          <w:p>
            <w:r>
              <w:t>bus</w:t>
            </w:r>
          </w:p>
        </w:tc>
        <w:tc>
          <w:tcPr>
            <w:tcW w:type="dxa" w:w="2880"/>
          </w:tcPr>
          <w:p>
            <w:r>
              <w:t>2</w:t>
            </w:r>
          </w:p>
        </w:tc>
      </w:tr>
      <w:tr>
        <w:tc>
          <w:tcPr>
            <w:tcW w:type="dxa" w:w="2880"/>
          </w:tcPr>
          <w:p>
            <w:r>
              <w:t>2025-09-01</w:t>
            </w:r>
          </w:p>
        </w:tc>
        <w:tc>
          <w:tcPr>
            <w:tcW w:type="dxa" w:w="2880"/>
          </w:tcPr>
          <w:p>
            <w:r>
              <w:t>Other</w:t>
            </w:r>
          </w:p>
        </w:tc>
        <w:tc>
          <w:tcPr>
            <w:tcW w:type="dxa" w:w="2880"/>
          </w:tcPr>
          <w:p>
            <w:r>
              <w:t>4</w:t>
            </w:r>
          </w:p>
        </w:tc>
      </w:tr>
      <w:tr>
        <w:tc>
          <w:tcPr>
            <w:tcW w:type="dxa" w:w="2880"/>
          </w:tcPr>
          <w:p>
            <w:r>
              <w:t>2025-10-01</w:t>
            </w:r>
          </w:p>
        </w:tc>
        <w:tc>
          <w:tcPr>
            <w:tcW w:type="dxa" w:w="2880"/>
          </w:tcPr>
          <w:p>
            <w:r>
              <w:t>motorcycle</w:t>
            </w:r>
          </w:p>
        </w:tc>
        <w:tc>
          <w:tcPr>
            <w:tcW w:type="dxa" w:w="2880"/>
          </w:tcPr>
          <w:p>
            <w:r>
              <w:t>23</w:t>
            </w:r>
          </w:p>
        </w:tc>
      </w:tr>
      <w:tr>
        <w:tc>
          <w:tcPr>
            <w:tcW w:type="dxa" w:w="2880"/>
          </w:tcPr>
          <w:p>
            <w:r>
              <w:t>2025-10-01</w:t>
            </w:r>
          </w:p>
        </w:tc>
        <w:tc>
          <w:tcPr>
            <w:tcW w:type="dxa" w:w="2880"/>
          </w:tcPr>
          <w:p>
            <w:r>
              <w:t>car</w:t>
            </w:r>
          </w:p>
        </w:tc>
        <w:tc>
          <w:tcPr>
            <w:tcW w:type="dxa" w:w="2880"/>
          </w:tcPr>
          <w:p>
            <w:r>
              <w:t>23</w:t>
            </w:r>
          </w:p>
        </w:tc>
      </w:tr>
      <w:tr>
        <w:tc>
          <w:tcPr>
            <w:tcW w:type="dxa" w:w="2880"/>
          </w:tcPr>
          <w:p>
            <w:r>
              <w:t>2025-10-01</w:t>
            </w:r>
          </w:p>
        </w:tc>
        <w:tc>
          <w:tcPr>
            <w:tcW w:type="dxa" w:w="2880"/>
          </w:tcPr>
          <w:p>
            <w:r>
              <w:t>pedestrian</w:t>
            </w:r>
          </w:p>
        </w:tc>
        <w:tc>
          <w:tcPr>
            <w:tcW w:type="dxa" w:w="2880"/>
          </w:tcPr>
          <w:p>
            <w:r>
              <w:t>14</w:t>
            </w:r>
          </w:p>
        </w:tc>
      </w:tr>
      <w:tr>
        <w:tc>
          <w:tcPr>
            <w:tcW w:type="dxa" w:w="2880"/>
          </w:tcPr>
          <w:p>
            <w:r>
              <w:t>2025-10-01</w:t>
            </w:r>
          </w:p>
        </w:tc>
        <w:tc>
          <w:tcPr>
            <w:tcW w:type="dxa" w:w="2880"/>
          </w:tcPr>
          <w:p>
            <w:r>
              <w:t>cyclist</w:t>
            </w:r>
          </w:p>
        </w:tc>
        <w:tc>
          <w:tcPr>
            <w:tcW w:type="dxa" w:w="2880"/>
          </w:tcPr>
          <w:p>
            <w:r>
              <w:t>6</w:t>
            </w:r>
          </w:p>
        </w:tc>
      </w:tr>
      <w:tr>
        <w:tc>
          <w:tcPr>
            <w:tcW w:type="dxa" w:w="2880"/>
          </w:tcPr>
          <w:p>
            <w:r>
              <w:t>2025-10-01</w:t>
            </w:r>
          </w:p>
        </w:tc>
        <w:tc>
          <w:tcPr>
            <w:tcW w:type="dxa" w:w="2880"/>
          </w:tcPr>
          <w:p>
            <w:r>
              <w:t>bus</w:t>
            </w:r>
          </w:p>
        </w:tc>
        <w:tc>
          <w:tcPr>
            <w:tcW w:type="dxa" w:w="2880"/>
          </w:tcPr>
          <w:p>
            <w:r>
              <w:t>3</w:t>
            </w:r>
          </w:p>
        </w:tc>
      </w:tr>
      <w:tr>
        <w:tc>
          <w:tcPr>
            <w:tcW w:type="dxa" w:w="2880"/>
          </w:tcPr>
          <w:p>
            <w:r>
              <w:t>2025-10-01</w:t>
            </w:r>
          </w:p>
        </w:tc>
        <w:tc>
          <w:tcPr>
            <w:tcW w:type="dxa" w:w="2880"/>
          </w:tcPr>
          <w:p>
            <w:r>
              <w:t>Other</w:t>
            </w:r>
          </w:p>
        </w:tc>
        <w:tc>
          <w:tcPr>
            <w:tcW w:type="dxa" w:w="2880"/>
          </w:tcPr>
          <w:p>
            <w:r>
              <w:t>4</w:t>
            </w:r>
          </w:p>
        </w:tc>
      </w:tr>
      <w:tr>
        <w:tc>
          <w:tcPr>
            <w:tcW w:type="dxa" w:w="2880"/>
          </w:tcPr>
          <w:p>
            <w:r>
              <w:t>2025-11-01</w:t>
            </w:r>
          </w:p>
        </w:tc>
        <w:tc>
          <w:tcPr>
            <w:tcW w:type="dxa" w:w="2880"/>
          </w:tcPr>
          <w:p>
            <w:r>
              <w:t>motorcycle</w:t>
            </w:r>
          </w:p>
        </w:tc>
        <w:tc>
          <w:tcPr>
            <w:tcW w:type="dxa" w:w="2880"/>
          </w:tcPr>
          <w:p>
            <w:r>
              <w:t>35</w:t>
            </w:r>
          </w:p>
        </w:tc>
      </w:tr>
      <w:tr>
        <w:tc>
          <w:tcPr>
            <w:tcW w:type="dxa" w:w="2880"/>
          </w:tcPr>
          <w:p>
            <w:r>
              <w:t>2025-11-01</w:t>
            </w:r>
          </w:p>
        </w:tc>
        <w:tc>
          <w:tcPr>
            <w:tcW w:type="dxa" w:w="2880"/>
          </w:tcPr>
          <w:p>
            <w:r>
              <w:t>car</w:t>
            </w:r>
          </w:p>
        </w:tc>
        <w:tc>
          <w:tcPr>
            <w:tcW w:type="dxa" w:w="2880"/>
          </w:tcPr>
          <w:p>
            <w:r>
              <w:t>35</w:t>
            </w:r>
          </w:p>
        </w:tc>
      </w:tr>
      <w:tr>
        <w:tc>
          <w:tcPr>
            <w:tcW w:type="dxa" w:w="2880"/>
          </w:tcPr>
          <w:p>
            <w:r>
              <w:t>2025-11-01</w:t>
            </w:r>
          </w:p>
        </w:tc>
        <w:tc>
          <w:tcPr>
            <w:tcW w:type="dxa" w:w="2880"/>
          </w:tcPr>
          <w:p>
            <w:r>
              <w:t>pedestrian</w:t>
            </w:r>
          </w:p>
        </w:tc>
        <w:tc>
          <w:tcPr>
            <w:tcW w:type="dxa" w:w="2880"/>
          </w:tcPr>
          <w:p>
            <w:r>
              <w:t>16</w:t>
            </w:r>
          </w:p>
        </w:tc>
      </w:tr>
      <w:tr>
        <w:tc>
          <w:tcPr>
            <w:tcW w:type="dxa" w:w="2880"/>
          </w:tcPr>
          <w:p>
            <w:r>
              <w:t>2025-11-01</w:t>
            </w:r>
          </w:p>
        </w:tc>
        <w:tc>
          <w:tcPr>
            <w:tcW w:type="dxa" w:w="2880"/>
          </w:tcPr>
          <w:p>
            <w:r>
              <w:t>cyclist</w:t>
            </w:r>
          </w:p>
        </w:tc>
        <w:tc>
          <w:tcPr>
            <w:tcW w:type="dxa" w:w="2880"/>
          </w:tcPr>
          <w:p>
            <w:r>
              <w:t>8</w:t>
            </w:r>
          </w:p>
        </w:tc>
      </w:tr>
      <w:tr>
        <w:tc>
          <w:tcPr>
            <w:tcW w:type="dxa" w:w="2880"/>
          </w:tcPr>
          <w:p>
            <w:r>
              <w:t>2025-11-01</w:t>
            </w:r>
          </w:p>
        </w:tc>
        <w:tc>
          <w:tcPr>
            <w:tcW w:type="dxa" w:w="2880"/>
          </w:tcPr>
          <w:p>
            <w:r>
              <w:t>bus</w:t>
            </w:r>
          </w:p>
        </w:tc>
        <w:tc>
          <w:tcPr>
            <w:tcW w:type="dxa" w:w="2880"/>
          </w:tcPr>
          <w:p>
            <w:r>
              <w:t>5</w:t>
            </w:r>
          </w:p>
        </w:tc>
      </w:tr>
      <w:tr>
        <w:tc>
          <w:tcPr>
            <w:tcW w:type="dxa" w:w="2880"/>
          </w:tcPr>
          <w:p>
            <w:r>
              <w:t>2025-11-01</w:t>
            </w:r>
          </w:p>
        </w:tc>
        <w:tc>
          <w:tcPr>
            <w:tcW w:type="dxa" w:w="2880"/>
          </w:tcPr>
          <w:p>
            <w:r>
              <w:t>Other</w:t>
            </w:r>
          </w:p>
        </w:tc>
        <w:tc>
          <w:tcPr>
            <w:tcW w:type="dxa" w:w="2880"/>
          </w:tcPr>
          <w:p>
            <w:r>
              <w:t>5</w:t>
            </w:r>
          </w:p>
        </w:tc>
      </w:tr>
      <w:tr>
        <w:tc>
          <w:tcPr>
            <w:tcW w:type="dxa" w:w="2880"/>
          </w:tcPr>
          <w:p>
            <w:r>
              <w:t>2025-12-01</w:t>
            </w:r>
          </w:p>
        </w:tc>
        <w:tc>
          <w:tcPr>
            <w:tcW w:type="dxa" w:w="2880"/>
          </w:tcPr>
          <w:p>
            <w:r>
              <w:t>motorcycle</w:t>
            </w:r>
          </w:p>
        </w:tc>
        <w:tc>
          <w:tcPr>
            <w:tcW w:type="dxa" w:w="2880"/>
          </w:tcPr>
          <w:p>
            <w:r>
              <w:t>48</w:t>
            </w:r>
          </w:p>
        </w:tc>
      </w:tr>
      <w:tr>
        <w:tc>
          <w:tcPr>
            <w:tcW w:type="dxa" w:w="2880"/>
          </w:tcPr>
          <w:p>
            <w:r>
              <w:t>2025-12-01</w:t>
            </w:r>
          </w:p>
        </w:tc>
        <w:tc>
          <w:tcPr>
            <w:tcW w:type="dxa" w:w="2880"/>
          </w:tcPr>
          <w:p>
            <w:r>
              <w:t>car</w:t>
            </w:r>
          </w:p>
        </w:tc>
        <w:tc>
          <w:tcPr>
            <w:tcW w:type="dxa" w:w="2880"/>
          </w:tcPr>
          <w:p>
            <w:r>
              <w:t>40</w:t>
            </w:r>
          </w:p>
        </w:tc>
      </w:tr>
      <w:tr>
        <w:tc>
          <w:tcPr>
            <w:tcW w:type="dxa" w:w="2880"/>
          </w:tcPr>
          <w:p>
            <w:r>
              <w:t>2025-12-01</w:t>
            </w:r>
          </w:p>
        </w:tc>
        <w:tc>
          <w:tcPr>
            <w:tcW w:type="dxa" w:w="2880"/>
          </w:tcPr>
          <w:p>
            <w:r>
              <w:t>pedestrian</w:t>
            </w:r>
          </w:p>
        </w:tc>
        <w:tc>
          <w:tcPr>
            <w:tcW w:type="dxa" w:w="2880"/>
          </w:tcPr>
          <w:p>
            <w:r>
              <w:t>13</w:t>
            </w:r>
          </w:p>
        </w:tc>
      </w:tr>
      <w:tr>
        <w:tc>
          <w:tcPr>
            <w:tcW w:type="dxa" w:w="2880"/>
          </w:tcPr>
          <w:p>
            <w:r>
              <w:t>2025-12-01</w:t>
            </w:r>
          </w:p>
        </w:tc>
        <w:tc>
          <w:tcPr>
            <w:tcW w:type="dxa" w:w="2880"/>
          </w:tcPr>
          <w:p>
            <w:r>
              <w:t>cyclist</w:t>
            </w:r>
          </w:p>
        </w:tc>
        <w:tc>
          <w:tcPr>
            <w:tcW w:type="dxa" w:w="2880"/>
          </w:tcPr>
          <w:p>
            <w:r>
              <w:t>4</w:t>
            </w:r>
          </w:p>
        </w:tc>
      </w:tr>
      <w:tr>
        <w:tc>
          <w:tcPr>
            <w:tcW w:type="dxa" w:w="2880"/>
          </w:tcPr>
          <w:p>
            <w:r>
              <w:t>2025-12-01</w:t>
            </w:r>
          </w:p>
        </w:tc>
        <w:tc>
          <w:tcPr>
            <w:tcW w:type="dxa" w:w="2880"/>
          </w:tcPr>
          <w:p>
            <w:r>
              <w:t>bus</w:t>
            </w:r>
          </w:p>
        </w:tc>
        <w:tc>
          <w:tcPr>
            <w:tcW w:type="dxa" w:w="2880"/>
          </w:tcPr>
          <w:p>
            <w:r>
              <w:t>10</w:t>
            </w:r>
          </w:p>
        </w:tc>
      </w:tr>
      <w:tr>
        <w:tc>
          <w:tcPr>
            <w:tcW w:type="dxa" w:w="2880"/>
          </w:tcPr>
          <w:p>
            <w:r>
              <w:t>2025-12-01</w:t>
            </w:r>
          </w:p>
        </w:tc>
        <w:tc>
          <w:tcPr>
            <w:tcW w:type="dxa" w:w="2880"/>
          </w:tcPr>
          <w:p>
            <w:r>
              <w:t>Other</w:t>
            </w:r>
          </w:p>
        </w:tc>
        <w:tc>
          <w:tcPr>
            <w:tcW w:type="dxa" w:w="2880"/>
          </w:tcPr>
          <w:p>
            <w:r>
              <w:t>6</w:t>
            </w:r>
          </w:p>
        </w:tc>
      </w:tr>
      <w:tr>
        <w:tc>
          <w:tcPr>
            <w:tcW w:type="dxa" w:w="2880"/>
          </w:tcPr>
          <w:p>
            <w:r>
              <w:t>2026-01-01</w:t>
            </w:r>
          </w:p>
        </w:tc>
        <w:tc>
          <w:tcPr>
            <w:tcW w:type="dxa" w:w="2880"/>
          </w:tcPr>
          <w:p>
            <w:r>
              <w:t>motorcycle</w:t>
            </w:r>
          </w:p>
        </w:tc>
        <w:tc>
          <w:tcPr>
            <w:tcW w:type="dxa" w:w="2880"/>
          </w:tcPr>
          <w:p>
            <w:r>
              <w:t>35</w:t>
            </w:r>
          </w:p>
        </w:tc>
      </w:tr>
      <w:tr>
        <w:tc>
          <w:tcPr>
            <w:tcW w:type="dxa" w:w="2880"/>
          </w:tcPr>
          <w:p>
            <w:r>
              <w:t>2026-01-01</w:t>
            </w:r>
          </w:p>
        </w:tc>
        <w:tc>
          <w:tcPr>
            <w:tcW w:type="dxa" w:w="2880"/>
          </w:tcPr>
          <w:p>
            <w:r>
              <w:t>car</w:t>
            </w:r>
          </w:p>
        </w:tc>
        <w:tc>
          <w:tcPr>
            <w:tcW w:type="dxa" w:w="2880"/>
          </w:tcPr>
          <w:p>
            <w:r>
              <w:t>37</w:t>
            </w:r>
          </w:p>
        </w:tc>
      </w:tr>
      <w:tr>
        <w:tc>
          <w:tcPr>
            <w:tcW w:type="dxa" w:w="2880"/>
          </w:tcPr>
          <w:p>
            <w:r>
              <w:t>2026-01-01</w:t>
            </w:r>
          </w:p>
        </w:tc>
        <w:tc>
          <w:tcPr>
            <w:tcW w:type="dxa" w:w="2880"/>
          </w:tcPr>
          <w:p>
            <w:r>
              <w:t>pedestrian</w:t>
            </w:r>
          </w:p>
        </w:tc>
        <w:tc>
          <w:tcPr>
            <w:tcW w:type="dxa" w:w="2880"/>
          </w:tcPr>
          <w:p>
            <w:r>
              <w:t>18</w:t>
            </w:r>
          </w:p>
        </w:tc>
      </w:tr>
      <w:tr>
        <w:tc>
          <w:tcPr>
            <w:tcW w:type="dxa" w:w="2880"/>
          </w:tcPr>
          <w:p>
            <w:r>
              <w:t>2026-01-01</w:t>
            </w:r>
          </w:p>
        </w:tc>
        <w:tc>
          <w:tcPr>
            <w:tcW w:type="dxa" w:w="2880"/>
          </w:tcPr>
          <w:p>
            <w:r>
              <w:t>cyclist</w:t>
            </w:r>
          </w:p>
        </w:tc>
        <w:tc>
          <w:tcPr>
            <w:tcW w:type="dxa" w:w="2880"/>
          </w:tcPr>
          <w:p>
            <w:r>
              <w:t>8</w:t>
            </w:r>
          </w:p>
        </w:tc>
      </w:tr>
      <w:tr>
        <w:tc>
          <w:tcPr>
            <w:tcW w:type="dxa" w:w="2880"/>
          </w:tcPr>
          <w:p>
            <w:r>
              <w:t>2026-01-01</w:t>
            </w:r>
          </w:p>
        </w:tc>
        <w:tc>
          <w:tcPr>
            <w:tcW w:type="dxa" w:w="2880"/>
          </w:tcPr>
          <w:p>
            <w:r>
              <w:t>bus</w:t>
            </w:r>
          </w:p>
        </w:tc>
        <w:tc>
          <w:tcPr>
            <w:tcW w:type="dxa" w:w="2880"/>
          </w:tcPr>
          <w:p>
            <w:r>
              <w:t>10</w:t>
            </w:r>
          </w:p>
        </w:tc>
      </w:tr>
      <w:tr>
        <w:tc>
          <w:tcPr>
            <w:tcW w:type="dxa" w:w="2880"/>
          </w:tcPr>
          <w:p>
            <w:r>
              <w:t>2026-01-01</w:t>
            </w:r>
          </w:p>
        </w:tc>
        <w:tc>
          <w:tcPr>
            <w:tcW w:type="dxa" w:w="2880"/>
          </w:tcPr>
          <w:p>
            <w:r>
              <w:t>Other</w:t>
            </w:r>
          </w:p>
        </w:tc>
        <w:tc>
          <w:tcPr>
            <w:tcW w:type="dxa" w:w="2880"/>
          </w:tcPr>
          <w:p>
            <w:r>
              <w:t>4</w:t>
            </w:r>
          </w:p>
        </w:tc>
      </w:tr>
      <w:tr>
        <w:tc>
          <w:tcPr>
            <w:tcW w:type="dxa" w:w="2880"/>
          </w:tcPr>
          <w:p>
            <w:r>
              <w:t>2026-02-01</w:t>
            </w:r>
          </w:p>
        </w:tc>
        <w:tc>
          <w:tcPr>
            <w:tcW w:type="dxa" w:w="2880"/>
          </w:tcPr>
          <w:p>
            <w:r>
              <w:t>motorcycle</w:t>
            </w:r>
          </w:p>
        </w:tc>
        <w:tc>
          <w:tcPr>
            <w:tcW w:type="dxa" w:w="2880"/>
          </w:tcPr>
          <w:p>
            <w:r>
              <w:t>28</w:t>
            </w:r>
          </w:p>
        </w:tc>
      </w:tr>
      <w:tr>
        <w:tc>
          <w:tcPr>
            <w:tcW w:type="dxa" w:w="2880"/>
          </w:tcPr>
          <w:p>
            <w:r>
              <w:t>2026-02-01</w:t>
            </w:r>
          </w:p>
        </w:tc>
        <w:tc>
          <w:tcPr>
            <w:tcW w:type="dxa" w:w="2880"/>
          </w:tcPr>
          <w:p>
            <w:r>
              <w:t>car</w:t>
            </w:r>
          </w:p>
        </w:tc>
        <w:tc>
          <w:tcPr>
            <w:tcW w:type="dxa" w:w="2880"/>
          </w:tcPr>
          <w:p>
            <w:r>
              <w:t>32</w:t>
            </w:r>
          </w:p>
        </w:tc>
      </w:tr>
      <w:tr>
        <w:tc>
          <w:tcPr>
            <w:tcW w:type="dxa" w:w="2880"/>
          </w:tcPr>
          <w:p>
            <w:r>
              <w:t>2026-02-01</w:t>
            </w:r>
          </w:p>
        </w:tc>
        <w:tc>
          <w:tcPr>
            <w:tcW w:type="dxa" w:w="2880"/>
          </w:tcPr>
          <w:p>
            <w:r>
              <w:t>pedestrian</w:t>
            </w:r>
          </w:p>
        </w:tc>
        <w:tc>
          <w:tcPr>
            <w:tcW w:type="dxa" w:w="2880"/>
          </w:tcPr>
          <w:p>
            <w:r>
              <w:t>17</w:t>
            </w:r>
          </w:p>
        </w:tc>
      </w:tr>
      <w:tr>
        <w:tc>
          <w:tcPr>
            <w:tcW w:type="dxa" w:w="2880"/>
          </w:tcPr>
          <w:p>
            <w:r>
              <w:t>2026-02-01</w:t>
            </w:r>
          </w:p>
        </w:tc>
        <w:tc>
          <w:tcPr>
            <w:tcW w:type="dxa" w:w="2880"/>
          </w:tcPr>
          <w:p>
            <w:r>
              <w:t>cyclist</w:t>
            </w:r>
          </w:p>
        </w:tc>
        <w:tc>
          <w:tcPr>
            <w:tcW w:type="dxa" w:w="2880"/>
          </w:tcPr>
          <w:p>
            <w:r>
              <w:t>5</w:t>
            </w:r>
          </w:p>
        </w:tc>
      </w:tr>
      <w:tr>
        <w:tc>
          <w:tcPr>
            <w:tcW w:type="dxa" w:w="2880"/>
          </w:tcPr>
          <w:p>
            <w:r>
              <w:t>2026-02-01</w:t>
            </w:r>
          </w:p>
        </w:tc>
        <w:tc>
          <w:tcPr>
            <w:tcW w:type="dxa" w:w="2880"/>
          </w:tcPr>
          <w:p>
            <w:r>
              <w:t>bus</w:t>
            </w:r>
          </w:p>
        </w:tc>
        <w:tc>
          <w:tcPr>
            <w:tcW w:type="dxa" w:w="2880"/>
          </w:tcPr>
          <w:p>
            <w:r>
              <w:t>4</w:t>
            </w:r>
          </w:p>
        </w:tc>
      </w:tr>
      <w:tr>
        <w:tc>
          <w:tcPr>
            <w:tcW w:type="dxa" w:w="2880"/>
          </w:tcPr>
          <w:p>
            <w:r>
              <w:t>2026-02-01</w:t>
            </w:r>
          </w:p>
        </w:tc>
        <w:tc>
          <w:tcPr>
            <w:tcW w:type="dxa" w:w="2880"/>
          </w:tcPr>
          <w:p>
            <w:r>
              <w:t>Other</w:t>
            </w:r>
          </w:p>
        </w:tc>
        <w:tc>
          <w:tcPr>
            <w:tcW w:type="dxa" w:w="2880"/>
          </w:tcPr>
          <w:p>
            <w:r>
              <w:t>8</w:t>
            </w:r>
          </w:p>
        </w:tc>
      </w:tr>
      <w:tr>
        <w:tc>
          <w:tcPr>
            <w:tcW w:type="dxa" w:w="2880"/>
          </w:tcPr>
          <w:p>
            <w:r>
              <w:t>2026-03-01</w:t>
            </w:r>
          </w:p>
        </w:tc>
        <w:tc>
          <w:tcPr>
            <w:tcW w:type="dxa" w:w="2880"/>
          </w:tcPr>
          <w:p>
            <w:r>
              <w:t>motorcycle</w:t>
            </w:r>
          </w:p>
        </w:tc>
        <w:tc>
          <w:tcPr>
            <w:tcW w:type="dxa" w:w="2880"/>
          </w:tcPr>
          <w:p>
            <w:r>
              <w:t>38</w:t>
            </w:r>
          </w:p>
        </w:tc>
      </w:tr>
      <w:tr>
        <w:tc>
          <w:tcPr>
            <w:tcW w:type="dxa" w:w="2880"/>
          </w:tcPr>
          <w:p>
            <w:r>
              <w:t>2026-03-01</w:t>
            </w:r>
          </w:p>
        </w:tc>
        <w:tc>
          <w:tcPr>
            <w:tcW w:type="dxa" w:w="2880"/>
          </w:tcPr>
          <w:p>
            <w:r>
              <w:t>car</w:t>
            </w:r>
          </w:p>
        </w:tc>
        <w:tc>
          <w:tcPr>
            <w:tcW w:type="dxa" w:w="2880"/>
          </w:tcPr>
          <w:p>
            <w:r>
              <w:t>32</w:t>
            </w:r>
          </w:p>
        </w:tc>
      </w:tr>
      <w:tr>
        <w:tc>
          <w:tcPr>
            <w:tcW w:type="dxa" w:w="2880"/>
          </w:tcPr>
          <w:p>
            <w:r>
              <w:t>2026-03-01</w:t>
            </w:r>
          </w:p>
        </w:tc>
        <w:tc>
          <w:tcPr>
            <w:tcW w:type="dxa" w:w="2880"/>
          </w:tcPr>
          <w:p>
            <w:r>
              <w:t>pedestrian</w:t>
            </w:r>
          </w:p>
        </w:tc>
        <w:tc>
          <w:tcPr>
            <w:tcW w:type="dxa" w:w="2880"/>
          </w:tcPr>
          <w:p>
            <w:r>
              <w:t>15</w:t>
            </w:r>
          </w:p>
        </w:tc>
      </w:tr>
      <w:tr>
        <w:tc>
          <w:tcPr>
            <w:tcW w:type="dxa" w:w="2880"/>
          </w:tcPr>
          <w:p>
            <w:r>
              <w:t>2026-03-01</w:t>
            </w:r>
          </w:p>
        </w:tc>
        <w:tc>
          <w:tcPr>
            <w:tcW w:type="dxa" w:w="2880"/>
          </w:tcPr>
          <w:p>
            <w:r>
              <w:t>cyclist</w:t>
            </w:r>
          </w:p>
        </w:tc>
        <w:tc>
          <w:tcPr>
            <w:tcW w:type="dxa" w:w="2880"/>
          </w:tcPr>
          <w:p>
            <w:r>
              <w:t>7</w:t>
            </w:r>
          </w:p>
        </w:tc>
      </w:tr>
      <w:tr>
        <w:tc>
          <w:tcPr>
            <w:tcW w:type="dxa" w:w="2880"/>
          </w:tcPr>
          <w:p>
            <w:r>
              <w:t>2026-03-01</w:t>
            </w:r>
          </w:p>
        </w:tc>
        <w:tc>
          <w:tcPr>
            <w:tcW w:type="dxa" w:w="2880"/>
          </w:tcPr>
          <w:p>
            <w:r>
              <w:t>bus</w:t>
            </w:r>
          </w:p>
        </w:tc>
        <w:tc>
          <w:tcPr>
            <w:tcW w:type="dxa" w:w="2880"/>
          </w:tcPr>
          <w:p>
            <w:r>
              <w:t>6</w:t>
            </w:r>
          </w:p>
        </w:tc>
      </w:tr>
      <w:tr>
        <w:tc>
          <w:tcPr>
            <w:tcW w:type="dxa" w:w="2880"/>
          </w:tcPr>
          <w:p>
            <w:r>
              <w:t>2026-03-01</w:t>
            </w:r>
          </w:p>
        </w:tc>
        <w:tc>
          <w:tcPr>
            <w:tcW w:type="dxa" w:w="2880"/>
          </w:tcPr>
          <w:p>
            <w:r>
              <w:t>Other</w:t>
            </w:r>
          </w:p>
        </w:tc>
        <w:tc>
          <w:tcPr>
            <w:tcW w:type="dxa" w:w="2880"/>
          </w:tcPr>
          <w:p>
            <w:r>
              <w:t>0</w:t>
            </w:r>
          </w:p>
        </w:tc>
      </w:tr>
      <w:tr>
        <w:tc>
          <w:tcPr>
            <w:tcW w:type="dxa" w:w="2880"/>
          </w:tcPr>
          <w:p>
            <w:r>
              <w:t>2026-04-01</w:t>
            </w:r>
          </w:p>
        </w:tc>
        <w:tc>
          <w:tcPr>
            <w:tcW w:type="dxa" w:w="2880"/>
          </w:tcPr>
          <w:p>
            <w:r>
              <w:t>motorcycle</w:t>
            </w:r>
          </w:p>
        </w:tc>
        <w:tc>
          <w:tcPr>
            <w:tcW w:type="dxa" w:w="2880"/>
          </w:tcPr>
          <w:p>
            <w:r>
              <w:t>24</w:t>
            </w:r>
          </w:p>
        </w:tc>
      </w:tr>
      <w:tr>
        <w:tc>
          <w:tcPr>
            <w:tcW w:type="dxa" w:w="2880"/>
          </w:tcPr>
          <w:p>
            <w:r>
              <w:t>2026-04-01</w:t>
            </w:r>
          </w:p>
        </w:tc>
        <w:tc>
          <w:tcPr>
            <w:tcW w:type="dxa" w:w="2880"/>
          </w:tcPr>
          <w:p>
            <w:r>
              <w:t>car</w:t>
            </w:r>
          </w:p>
        </w:tc>
        <w:tc>
          <w:tcPr>
            <w:tcW w:type="dxa" w:w="2880"/>
          </w:tcPr>
          <w:p>
            <w:r>
              <w:t>27</w:t>
            </w:r>
          </w:p>
        </w:tc>
      </w:tr>
      <w:tr>
        <w:tc>
          <w:tcPr>
            <w:tcW w:type="dxa" w:w="2880"/>
          </w:tcPr>
          <w:p>
            <w:r>
              <w:t>2026-04-01</w:t>
            </w:r>
          </w:p>
        </w:tc>
        <w:tc>
          <w:tcPr>
            <w:tcW w:type="dxa" w:w="2880"/>
          </w:tcPr>
          <w:p>
            <w:r>
              <w:t>pedestrian</w:t>
            </w:r>
          </w:p>
        </w:tc>
        <w:tc>
          <w:tcPr>
            <w:tcW w:type="dxa" w:w="2880"/>
          </w:tcPr>
          <w:p>
            <w:r>
              <w:t>16</w:t>
            </w:r>
          </w:p>
        </w:tc>
      </w:tr>
      <w:tr>
        <w:tc>
          <w:tcPr>
            <w:tcW w:type="dxa" w:w="2880"/>
          </w:tcPr>
          <w:p>
            <w:r>
              <w:t>2026-04-01</w:t>
            </w:r>
          </w:p>
        </w:tc>
        <w:tc>
          <w:tcPr>
            <w:tcW w:type="dxa" w:w="2880"/>
          </w:tcPr>
          <w:p>
            <w:r>
              <w:t>cyclist</w:t>
            </w:r>
          </w:p>
        </w:tc>
        <w:tc>
          <w:tcPr>
            <w:tcW w:type="dxa" w:w="2880"/>
          </w:tcPr>
          <w:p>
            <w:r>
              <w:t>2</w:t>
            </w:r>
          </w:p>
        </w:tc>
      </w:tr>
      <w:tr>
        <w:tc>
          <w:tcPr>
            <w:tcW w:type="dxa" w:w="2880"/>
          </w:tcPr>
          <w:p>
            <w:r>
              <w:t>2026-04-01</w:t>
            </w:r>
          </w:p>
        </w:tc>
        <w:tc>
          <w:tcPr>
            <w:tcW w:type="dxa" w:w="2880"/>
          </w:tcPr>
          <w:p>
            <w:r>
              <w:t>bus</w:t>
            </w:r>
          </w:p>
        </w:tc>
        <w:tc>
          <w:tcPr>
            <w:tcW w:type="dxa" w:w="2880"/>
          </w:tcPr>
          <w:p>
            <w:r>
              <w:t>4</w:t>
            </w:r>
          </w:p>
        </w:tc>
      </w:tr>
      <w:tr>
        <w:tc>
          <w:tcPr>
            <w:tcW w:type="dxa" w:w="2880"/>
          </w:tcPr>
          <w:p>
            <w:r>
              <w:t>2026-04-01</w:t>
            </w:r>
          </w:p>
        </w:tc>
        <w:tc>
          <w:tcPr>
            <w:tcW w:type="dxa" w:w="2880"/>
          </w:tcPr>
          <w:p>
            <w:r>
              <w:t>Other</w:t>
            </w:r>
          </w:p>
        </w:tc>
        <w:tc>
          <w:tcPr>
            <w:tcW w:type="dxa" w:w="2880"/>
          </w:tcPr>
          <w:p>
            <w:r>
              <w:t>1</w:t>
            </w:r>
          </w:p>
        </w:tc>
      </w:tr>
      <w:tr>
        <w:tc>
          <w:tcPr>
            <w:tcW w:type="dxa" w:w="2880"/>
          </w:tcPr>
          <w:p>
            <w:r>
              <w:t>2026-05-01</w:t>
            </w:r>
          </w:p>
        </w:tc>
        <w:tc>
          <w:tcPr>
            <w:tcW w:type="dxa" w:w="2880"/>
          </w:tcPr>
          <w:p>
            <w:r>
              <w:t>motorcycle</w:t>
            </w:r>
          </w:p>
        </w:tc>
        <w:tc>
          <w:tcPr>
            <w:tcW w:type="dxa" w:w="2880"/>
          </w:tcPr>
          <w:p>
            <w:r>
              <w:t>27</w:t>
            </w:r>
          </w:p>
        </w:tc>
      </w:tr>
      <w:tr>
        <w:tc>
          <w:tcPr>
            <w:tcW w:type="dxa" w:w="2880"/>
          </w:tcPr>
          <w:p>
            <w:r>
              <w:t>2026-05-01</w:t>
            </w:r>
          </w:p>
        </w:tc>
        <w:tc>
          <w:tcPr>
            <w:tcW w:type="dxa" w:w="2880"/>
          </w:tcPr>
          <w:p>
            <w:r>
              <w:t>car</w:t>
            </w:r>
          </w:p>
        </w:tc>
        <w:tc>
          <w:tcPr>
            <w:tcW w:type="dxa" w:w="2880"/>
          </w:tcPr>
          <w:p>
            <w:r>
              <w:t>31</w:t>
            </w:r>
          </w:p>
        </w:tc>
      </w:tr>
      <w:tr>
        <w:tc>
          <w:tcPr>
            <w:tcW w:type="dxa" w:w="2880"/>
          </w:tcPr>
          <w:p>
            <w:r>
              <w:t>2026-05-01</w:t>
            </w:r>
          </w:p>
        </w:tc>
        <w:tc>
          <w:tcPr>
            <w:tcW w:type="dxa" w:w="2880"/>
          </w:tcPr>
          <w:p>
            <w:r>
              <w:t>pedestrian</w:t>
            </w:r>
          </w:p>
        </w:tc>
        <w:tc>
          <w:tcPr>
            <w:tcW w:type="dxa" w:w="2880"/>
          </w:tcPr>
          <w:p>
            <w:r>
              <w:t>9</w:t>
            </w:r>
          </w:p>
        </w:tc>
      </w:tr>
      <w:tr>
        <w:tc>
          <w:tcPr>
            <w:tcW w:type="dxa" w:w="2880"/>
          </w:tcPr>
          <w:p>
            <w:r>
              <w:t>2026-05-01</w:t>
            </w:r>
          </w:p>
        </w:tc>
        <w:tc>
          <w:tcPr>
            <w:tcW w:type="dxa" w:w="2880"/>
          </w:tcPr>
          <w:p>
            <w:r>
              <w:t>cyclist</w:t>
            </w:r>
          </w:p>
        </w:tc>
        <w:tc>
          <w:tcPr>
            <w:tcW w:type="dxa" w:w="2880"/>
          </w:tcPr>
          <w:p>
            <w:r>
              <w:t>4</w:t>
            </w:r>
          </w:p>
        </w:tc>
      </w:tr>
      <w:tr>
        <w:tc>
          <w:tcPr>
            <w:tcW w:type="dxa" w:w="2880"/>
          </w:tcPr>
          <w:p>
            <w:r>
              <w:t>2026-05-01</w:t>
            </w:r>
          </w:p>
        </w:tc>
        <w:tc>
          <w:tcPr>
            <w:tcW w:type="dxa" w:w="2880"/>
          </w:tcPr>
          <w:p>
            <w:r>
              <w:t>bus</w:t>
            </w:r>
          </w:p>
        </w:tc>
        <w:tc>
          <w:tcPr>
            <w:tcW w:type="dxa" w:w="2880"/>
          </w:tcPr>
          <w:p>
            <w:r>
              <w:t>4</w:t>
            </w:r>
          </w:p>
        </w:tc>
      </w:tr>
      <w:tr>
        <w:tc>
          <w:tcPr>
            <w:tcW w:type="dxa" w:w="2880"/>
          </w:tcPr>
          <w:p>
            <w:r>
              <w:t>2026-05-01</w:t>
            </w:r>
          </w:p>
        </w:tc>
        <w:tc>
          <w:tcPr>
            <w:tcW w:type="dxa" w:w="2880"/>
          </w:tcPr>
          <w:p>
            <w:r>
              <w:t>Other</w:t>
            </w:r>
          </w:p>
        </w:tc>
        <w:tc>
          <w:tcPr>
            <w:tcW w:type="dxa" w:w="2880"/>
          </w:tcPr>
          <w:p>
            <w:r>
              <w:t>2</w:t>
            </w:r>
          </w:p>
        </w:tc>
      </w:tr>
      <w:tr>
        <w:tc>
          <w:tcPr>
            <w:tcW w:type="dxa" w:w="2880"/>
          </w:tcPr>
          <w:p>
            <w:r>
              <w:t>2026-06-01</w:t>
            </w:r>
          </w:p>
        </w:tc>
        <w:tc>
          <w:tcPr>
            <w:tcW w:type="dxa" w:w="2880"/>
          </w:tcPr>
          <w:p>
            <w:r>
              <w:t>motorcycle</w:t>
            </w:r>
          </w:p>
        </w:tc>
        <w:tc>
          <w:tcPr>
            <w:tcW w:type="dxa" w:w="2880"/>
          </w:tcPr>
          <w:p>
            <w:r>
              <w:t>27</w:t>
            </w:r>
          </w:p>
        </w:tc>
      </w:tr>
      <w:tr>
        <w:tc>
          <w:tcPr>
            <w:tcW w:type="dxa" w:w="2880"/>
          </w:tcPr>
          <w:p>
            <w:r>
              <w:t>2026-06-01</w:t>
            </w:r>
          </w:p>
        </w:tc>
        <w:tc>
          <w:tcPr>
            <w:tcW w:type="dxa" w:w="2880"/>
          </w:tcPr>
          <w:p>
            <w:r>
              <w:t>car</w:t>
            </w:r>
          </w:p>
        </w:tc>
        <w:tc>
          <w:tcPr>
            <w:tcW w:type="dxa" w:w="2880"/>
          </w:tcPr>
          <w:p>
            <w:r>
              <w:t>26</w:t>
            </w:r>
          </w:p>
        </w:tc>
      </w:tr>
      <w:tr>
        <w:tc>
          <w:tcPr>
            <w:tcW w:type="dxa" w:w="2880"/>
          </w:tcPr>
          <w:p>
            <w:r>
              <w:t>2026-06-01</w:t>
            </w:r>
          </w:p>
        </w:tc>
        <w:tc>
          <w:tcPr>
            <w:tcW w:type="dxa" w:w="2880"/>
          </w:tcPr>
          <w:p>
            <w:r>
              <w:t>pedestrian</w:t>
            </w:r>
          </w:p>
        </w:tc>
        <w:tc>
          <w:tcPr>
            <w:tcW w:type="dxa" w:w="2880"/>
          </w:tcPr>
          <w:p>
            <w:r>
              <w:t>10</w:t>
            </w:r>
          </w:p>
        </w:tc>
      </w:tr>
      <w:tr>
        <w:tc>
          <w:tcPr>
            <w:tcW w:type="dxa" w:w="2880"/>
          </w:tcPr>
          <w:p>
            <w:r>
              <w:t>2026-06-01</w:t>
            </w:r>
          </w:p>
        </w:tc>
        <w:tc>
          <w:tcPr>
            <w:tcW w:type="dxa" w:w="2880"/>
          </w:tcPr>
          <w:p>
            <w:r>
              <w:t>cyclist</w:t>
            </w:r>
          </w:p>
        </w:tc>
        <w:tc>
          <w:tcPr>
            <w:tcW w:type="dxa" w:w="2880"/>
          </w:tcPr>
          <w:p>
            <w:r>
              <w:t>3</w:t>
            </w:r>
          </w:p>
        </w:tc>
      </w:tr>
      <w:tr>
        <w:tc>
          <w:tcPr>
            <w:tcW w:type="dxa" w:w="2880"/>
          </w:tcPr>
          <w:p>
            <w:r>
              <w:t>2026-06-01</w:t>
            </w:r>
          </w:p>
        </w:tc>
        <w:tc>
          <w:tcPr>
            <w:tcW w:type="dxa" w:w="2880"/>
          </w:tcPr>
          <w:p>
            <w:r>
              <w:t>bus</w:t>
            </w:r>
          </w:p>
        </w:tc>
        <w:tc>
          <w:tcPr>
            <w:tcW w:type="dxa" w:w="2880"/>
          </w:tcPr>
          <w:p>
            <w:r>
              <w:t>3</w:t>
            </w:r>
          </w:p>
        </w:tc>
      </w:tr>
      <w:tr>
        <w:tc>
          <w:tcPr>
            <w:tcW w:type="dxa" w:w="2880"/>
          </w:tcPr>
          <w:p>
            <w:r>
              <w:t>2026-06-01</w:t>
            </w:r>
          </w:p>
        </w:tc>
        <w:tc>
          <w:tcPr>
            <w:tcW w:type="dxa" w:w="2880"/>
          </w:tcPr>
          <w:p>
            <w:r>
              <w:t>Other</w:t>
            </w:r>
          </w:p>
        </w:tc>
        <w:tc>
          <w:tcPr>
            <w:tcW w:type="dxa" w:w="2880"/>
          </w:tcPr>
          <w:p>
            <w:r>
              <w:t>3</w:t>
            </w:r>
          </w:p>
        </w:tc>
      </w:tr>
      <w:tr>
        <w:tc>
          <w:tcPr>
            <w:tcW w:type="dxa" w:w="2880"/>
          </w:tcPr>
          <w:p>
            <w:r>
              <w:t>2026-07-01</w:t>
            </w:r>
          </w:p>
        </w:tc>
        <w:tc>
          <w:tcPr>
            <w:tcW w:type="dxa" w:w="2880"/>
          </w:tcPr>
          <w:p>
            <w:r>
              <w:t>motorcycle</w:t>
            </w:r>
          </w:p>
        </w:tc>
        <w:tc>
          <w:tcPr>
            <w:tcW w:type="dxa" w:w="2880"/>
          </w:tcPr>
          <w:p>
            <w:r>
              <w:t>32</w:t>
            </w:r>
          </w:p>
        </w:tc>
      </w:tr>
      <w:tr>
        <w:tc>
          <w:tcPr>
            <w:tcW w:type="dxa" w:w="2880"/>
          </w:tcPr>
          <w:p>
            <w:r>
              <w:t>2026-07-01</w:t>
            </w:r>
          </w:p>
        </w:tc>
        <w:tc>
          <w:tcPr>
            <w:tcW w:type="dxa" w:w="2880"/>
          </w:tcPr>
          <w:p>
            <w:r>
              <w:t>car</w:t>
            </w:r>
          </w:p>
        </w:tc>
        <w:tc>
          <w:tcPr>
            <w:tcW w:type="dxa" w:w="2880"/>
          </w:tcPr>
          <w:p>
            <w:r>
              <w:t>23</w:t>
            </w:r>
          </w:p>
        </w:tc>
      </w:tr>
      <w:tr>
        <w:tc>
          <w:tcPr>
            <w:tcW w:type="dxa" w:w="2880"/>
          </w:tcPr>
          <w:p>
            <w:r>
              <w:t>2026-07-01</w:t>
            </w:r>
          </w:p>
        </w:tc>
        <w:tc>
          <w:tcPr>
            <w:tcW w:type="dxa" w:w="2880"/>
          </w:tcPr>
          <w:p>
            <w:r>
              <w:t>pedestrian</w:t>
            </w:r>
          </w:p>
        </w:tc>
        <w:tc>
          <w:tcPr>
            <w:tcW w:type="dxa" w:w="2880"/>
          </w:tcPr>
          <w:p>
            <w:r>
              <w:t>6</w:t>
            </w:r>
          </w:p>
        </w:tc>
      </w:tr>
      <w:tr>
        <w:tc>
          <w:tcPr>
            <w:tcW w:type="dxa" w:w="2880"/>
          </w:tcPr>
          <w:p>
            <w:r>
              <w:t>2026-07-01</w:t>
            </w:r>
          </w:p>
        </w:tc>
        <w:tc>
          <w:tcPr>
            <w:tcW w:type="dxa" w:w="2880"/>
          </w:tcPr>
          <w:p>
            <w:r>
              <w:t>cyclist</w:t>
            </w:r>
          </w:p>
        </w:tc>
        <w:tc>
          <w:tcPr>
            <w:tcW w:type="dxa" w:w="2880"/>
          </w:tcPr>
          <w:p>
            <w:r>
              <w:t>5</w:t>
            </w:r>
          </w:p>
        </w:tc>
      </w:tr>
      <w:tr>
        <w:tc>
          <w:tcPr>
            <w:tcW w:type="dxa" w:w="2880"/>
          </w:tcPr>
          <w:p>
            <w:r>
              <w:t>2026-07-01</w:t>
            </w:r>
          </w:p>
        </w:tc>
        <w:tc>
          <w:tcPr>
            <w:tcW w:type="dxa" w:w="2880"/>
          </w:tcPr>
          <w:p>
            <w:r>
              <w:t>bus</w:t>
            </w:r>
          </w:p>
        </w:tc>
        <w:tc>
          <w:tcPr>
            <w:tcW w:type="dxa" w:w="2880"/>
          </w:tcPr>
          <w:p>
            <w:r>
              <w:t>2</w:t>
            </w:r>
          </w:p>
        </w:tc>
      </w:tr>
      <w:tr>
        <w:tc>
          <w:tcPr>
            <w:tcW w:type="dxa" w:w="2880"/>
          </w:tcPr>
          <w:p>
            <w:r>
              <w:t>2026-07-01</w:t>
            </w:r>
          </w:p>
        </w:tc>
        <w:tc>
          <w:tcPr>
            <w:tcW w:type="dxa" w:w="2880"/>
          </w:tcPr>
          <w:p>
            <w:r>
              <w:t>Other</w:t>
            </w:r>
          </w:p>
        </w:tc>
        <w:tc>
          <w:tcPr>
            <w:tcW w:type="dxa" w:w="2880"/>
          </w:tcPr>
          <w:p>
            <w:r>
              <w:t>3</w:t>
            </w:r>
          </w:p>
        </w:tc>
      </w:tr>
      <w:tr>
        <w:tc>
          <w:tcPr>
            <w:tcW w:type="dxa" w:w="2880"/>
          </w:tcPr>
          <w:p>
            <w:r>
              <w:t>2026-08-01</w:t>
            </w:r>
          </w:p>
        </w:tc>
        <w:tc>
          <w:tcPr>
            <w:tcW w:type="dxa" w:w="2880"/>
          </w:tcPr>
          <w:p>
            <w:r>
              <w:t>motorcycle</w:t>
            </w:r>
          </w:p>
        </w:tc>
        <w:tc>
          <w:tcPr>
            <w:tcW w:type="dxa" w:w="2880"/>
          </w:tcPr>
          <w:p>
            <w:r>
              <w:t>35</w:t>
            </w:r>
          </w:p>
        </w:tc>
      </w:tr>
      <w:tr>
        <w:tc>
          <w:tcPr>
            <w:tcW w:type="dxa" w:w="2880"/>
          </w:tcPr>
          <w:p>
            <w:r>
              <w:t>2026-08-01</w:t>
            </w:r>
          </w:p>
        </w:tc>
        <w:tc>
          <w:tcPr>
            <w:tcW w:type="dxa" w:w="2880"/>
          </w:tcPr>
          <w:p>
            <w:r>
              <w:t>car</w:t>
            </w:r>
          </w:p>
        </w:tc>
        <w:tc>
          <w:tcPr>
            <w:tcW w:type="dxa" w:w="2880"/>
          </w:tcPr>
          <w:p>
            <w:r>
              <w:t>27</w:t>
            </w:r>
          </w:p>
        </w:tc>
      </w:tr>
      <w:tr>
        <w:tc>
          <w:tcPr>
            <w:tcW w:type="dxa" w:w="2880"/>
          </w:tcPr>
          <w:p>
            <w:r>
              <w:t>2026-08-01</w:t>
            </w:r>
          </w:p>
        </w:tc>
        <w:tc>
          <w:tcPr>
            <w:tcW w:type="dxa" w:w="2880"/>
          </w:tcPr>
          <w:p>
            <w:r>
              <w:t>pedestrian</w:t>
            </w:r>
          </w:p>
        </w:tc>
        <w:tc>
          <w:tcPr>
            <w:tcW w:type="dxa" w:w="2880"/>
          </w:tcPr>
          <w:p>
            <w:r>
              <w:t>14</w:t>
            </w:r>
          </w:p>
        </w:tc>
      </w:tr>
      <w:tr>
        <w:tc>
          <w:tcPr>
            <w:tcW w:type="dxa" w:w="2880"/>
          </w:tcPr>
          <w:p>
            <w:r>
              <w:t>2026-08-01</w:t>
            </w:r>
          </w:p>
        </w:tc>
        <w:tc>
          <w:tcPr>
            <w:tcW w:type="dxa" w:w="2880"/>
          </w:tcPr>
          <w:p>
            <w:r>
              <w:t>cyclist</w:t>
            </w:r>
          </w:p>
        </w:tc>
        <w:tc>
          <w:tcPr>
            <w:tcW w:type="dxa" w:w="2880"/>
          </w:tcPr>
          <w:p>
            <w:r>
              <w:t>5</w:t>
            </w:r>
          </w:p>
        </w:tc>
      </w:tr>
      <w:tr>
        <w:tc>
          <w:tcPr>
            <w:tcW w:type="dxa" w:w="2880"/>
          </w:tcPr>
          <w:p>
            <w:r>
              <w:t>2026-08-01</w:t>
            </w:r>
          </w:p>
        </w:tc>
        <w:tc>
          <w:tcPr>
            <w:tcW w:type="dxa" w:w="2880"/>
          </w:tcPr>
          <w:p>
            <w:r>
              <w:t>bus</w:t>
            </w:r>
          </w:p>
        </w:tc>
        <w:tc>
          <w:tcPr>
            <w:tcW w:type="dxa" w:w="2880"/>
          </w:tcPr>
          <w:p>
            <w:r>
              <w:t>7</w:t>
            </w:r>
          </w:p>
        </w:tc>
      </w:tr>
      <w:tr>
        <w:tc>
          <w:tcPr>
            <w:tcW w:type="dxa" w:w="2880"/>
          </w:tcPr>
          <w:p>
            <w:r>
              <w:t>2026-08-01</w:t>
            </w:r>
          </w:p>
        </w:tc>
        <w:tc>
          <w:tcPr>
            <w:tcW w:type="dxa" w:w="2880"/>
          </w:tcPr>
          <w:p>
            <w:r>
              <w:t>Other</w:t>
            </w:r>
          </w:p>
        </w:tc>
        <w:tc>
          <w:tcPr>
            <w:tcW w:type="dxa" w:w="2880"/>
          </w:tcPr>
          <w:p>
            <w:r>
              <w:t>1</w:t>
            </w:r>
          </w:p>
        </w:tc>
      </w:tr>
      <w:tr>
        <w:tc>
          <w:tcPr>
            <w:tcW w:type="dxa" w:w="2880"/>
          </w:tcPr>
          <w:p>
            <w:r>
              <w:t>2026-09-01</w:t>
            </w:r>
          </w:p>
        </w:tc>
        <w:tc>
          <w:tcPr>
            <w:tcW w:type="dxa" w:w="2880"/>
          </w:tcPr>
          <w:p>
            <w:r>
              <w:t>motorcycle</w:t>
            </w:r>
          </w:p>
        </w:tc>
        <w:tc>
          <w:tcPr>
            <w:tcW w:type="dxa" w:w="2880"/>
          </w:tcPr>
          <w:p>
            <w:r>
              <w:t>21</w:t>
            </w:r>
          </w:p>
        </w:tc>
      </w:tr>
      <w:tr>
        <w:tc>
          <w:tcPr>
            <w:tcW w:type="dxa" w:w="2880"/>
          </w:tcPr>
          <w:p>
            <w:r>
              <w:t>2026-09-01</w:t>
            </w:r>
          </w:p>
        </w:tc>
        <w:tc>
          <w:tcPr>
            <w:tcW w:type="dxa" w:w="2880"/>
          </w:tcPr>
          <w:p>
            <w:r>
              <w:t>car</w:t>
            </w:r>
          </w:p>
        </w:tc>
        <w:tc>
          <w:tcPr>
            <w:tcW w:type="dxa" w:w="2880"/>
          </w:tcPr>
          <w:p>
            <w:r>
              <w:t>32</w:t>
            </w:r>
          </w:p>
        </w:tc>
      </w:tr>
      <w:tr>
        <w:tc>
          <w:tcPr>
            <w:tcW w:type="dxa" w:w="2880"/>
          </w:tcPr>
          <w:p>
            <w:r>
              <w:t>2026-09-01</w:t>
            </w:r>
          </w:p>
        </w:tc>
        <w:tc>
          <w:tcPr>
            <w:tcW w:type="dxa" w:w="2880"/>
          </w:tcPr>
          <w:p>
            <w:r>
              <w:t>pedestrian</w:t>
            </w:r>
          </w:p>
        </w:tc>
        <w:tc>
          <w:tcPr>
            <w:tcW w:type="dxa" w:w="2880"/>
          </w:tcPr>
          <w:p>
            <w:r>
              <w:t>12</w:t>
            </w:r>
          </w:p>
        </w:tc>
      </w:tr>
      <w:tr>
        <w:tc>
          <w:tcPr>
            <w:tcW w:type="dxa" w:w="2880"/>
          </w:tcPr>
          <w:p>
            <w:r>
              <w:t>2026-09-01</w:t>
            </w:r>
          </w:p>
        </w:tc>
        <w:tc>
          <w:tcPr>
            <w:tcW w:type="dxa" w:w="2880"/>
          </w:tcPr>
          <w:p>
            <w:r>
              <w:t>cyclist</w:t>
            </w:r>
          </w:p>
        </w:tc>
        <w:tc>
          <w:tcPr>
            <w:tcW w:type="dxa" w:w="2880"/>
          </w:tcPr>
          <w:p>
            <w:r>
              <w:t>11</w:t>
            </w:r>
          </w:p>
        </w:tc>
      </w:tr>
      <w:tr>
        <w:tc>
          <w:tcPr>
            <w:tcW w:type="dxa" w:w="2880"/>
          </w:tcPr>
          <w:p>
            <w:r>
              <w:t>2026-09-01</w:t>
            </w:r>
          </w:p>
        </w:tc>
        <w:tc>
          <w:tcPr>
            <w:tcW w:type="dxa" w:w="2880"/>
          </w:tcPr>
          <w:p>
            <w:r>
              <w:t>bus</w:t>
            </w:r>
          </w:p>
        </w:tc>
        <w:tc>
          <w:tcPr>
            <w:tcW w:type="dxa" w:w="2880"/>
          </w:tcPr>
          <w:p>
            <w:r>
              <w:t>5</w:t>
            </w:r>
          </w:p>
        </w:tc>
      </w:tr>
      <w:tr>
        <w:tc>
          <w:tcPr>
            <w:tcW w:type="dxa" w:w="2880"/>
          </w:tcPr>
          <w:p>
            <w:r>
              <w:t>2026-09-01</w:t>
            </w:r>
          </w:p>
        </w:tc>
        <w:tc>
          <w:tcPr>
            <w:tcW w:type="dxa" w:w="2880"/>
          </w:tcPr>
          <w:p>
            <w:r>
              <w:t>Other</w:t>
            </w:r>
          </w:p>
        </w:tc>
        <w:tc>
          <w:tcPr>
            <w:tcW w:type="dxa" w:w="2880"/>
          </w:tcPr>
          <w:p>
            <w:r>
              <w:t>5</w:t>
            </w:r>
          </w:p>
        </w:tc>
      </w:tr>
    </w:tbl>
    <w:p/>
    <w:p>
      <w:pPr>
        <w:pStyle w:val="Heading2"/>
      </w:pPr>
      <w:r>
        <w:t>Figure 44. Find point clusters: Crashes over time [88]</w:t>
      </w:r>
    </w:p>
    <w:tbl>
      <w:tblPr>
        <w:tblStyle w:val="LightGrid-Accent1"/>
        <w:tblW w:type="auto" w:w="0"/>
        <w:tblLook w:firstColumn="1" w:firstRow="1" w:lastColumn="0" w:lastRow="0" w:noHBand="0" w:noVBand="1" w:val="04A0"/>
      </w:tblPr>
      <w:tblGrid>
        <w:gridCol w:w="2880"/>
        <w:gridCol w:w="2880"/>
        <w:gridCol w:w="2880"/>
      </w:tblGrid>
      <w:tr>
        <w:tc>
          <w:tcPr>
            <w:tcW w:type="dxa" w:w="2880"/>
          </w:tcPr>
          <w:p>
            <w:r>
              <w:t>period</w:t>
            </w:r>
          </w:p>
        </w:tc>
        <w:tc>
          <w:tcPr>
            <w:tcW w:type="dxa" w:w="2880"/>
          </w:tcPr>
          <w:p>
            <w:r>
              <w:t>series</w:t>
            </w:r>
          </w:p>
        </w:tc>
        <w:tc>
          <w:tcPr>
            <w:tcW w:type="dxa" w:w="2880"/>
          </w:tcPr>
          <w:p>
            <w:r>
              <w:t>value</w:t>
            </w:r>
          </w:p>
        </w:tc>
      </w:tr>
      <w:tr>
        <w:tc>
          <w:tcPr>
            <w:tcW w:type="dxa" w:w="2880"/>
          </w:tcPr>
          <w:p>
            <w:r>
              <w:t>2024-10-01</w:t>
            </w:r>
          </w:p>
        </w:tc>
        <w:tc>
          <w:tcPr>
            <w:tcW w:type="dxa" w:w="2880"/>
          </w:tcPr>
          <w:p>
            <w:r>
              <w:t>motorcycle</w:t>
            </w:r>
          </w:p>
        </w:tc>
        <w:tc>
          <w:tcPr>
            <w:tcW w:type="dxa" w:w="2880"/>
          </w:tcPr>
          <w:p>
            <w:r>
              <w:t>32</w:t>
            </w:r>
          </w:p>
        </w:tc>
      </w:tr>
      <w:tr>
        <w:tc>
          <w:tcPr>
            <w:tcW w:type="dxa" w:w="2880"/>
          </w:tcPr>
          <w:p>
            <w:r>
              <w:t>2024-10-01</w:t>
            </w:r>
          </w:p>
        </w:tc>
        <w:tc>
          <w:tcPr>
            <w:tcW w:type="dxa" w:w="2880"/>
          </w:tcPr>
          <w:p>
            <w:r>
              <w:t>car</w:t>
            </w:r>
          </w:p>
        </w:tc>
        <w:tc>
          <w:tcPr>
            <w:tcW w:type="dxa" w:w="2880"/>
          </w:tcPr>
          <w:p>
            <w:r>
              <w:t>42</w:t>
            </w:r>
          </w:p>
        </w:tc>
      </w:tr>
      <w:tr>
        <w:tc>
          <w:tcPr>
            <w:tcW w:type="dxa" w:w="2880"/>
          </w:tcPr>
          <w:p>
            <w:r>
              <w:t>2024-10-01</w:t>
            </w:r>
          </w:p>
        </w:tc>
        <w:tc>
          <w:tcPr>
            <w:tcW w:type="dxa" w:w="2880"/>
          </w:tcPr>
          <w:p>
            <w:r>
              <w:t>pedestrian</w:t>
            </w:r>
          </w:p>
        </w:tc>
        <w:tc>
          <w:tcPr>
            <w:tcW w:type="dxa" w:w="2880"/>
          </w:tcPr>
          <w:p>
            <w:r>
              <w:t>9</w:t>
            </w:r>
          </w:p>
        </w:tc>
      </w:tr>
      <w:tr>
        <w:tc>
          <w:tcPr>
            <w:tcW w:type="dxa" w:w="2880"/>
          </w:tcPr>
          <w:p>
            <w:r>
              <w:t>2024-10-01</w:t>
            </w:r>
          </w:p>
        </w:tc>
        <w:tc>
          <w:tcPr>
            <w:tcW w:type="dxa" w:w="2880"/>
          </w:tcPr>
          <w:p>
            <w:r>
              <w:t>cyclist</w:t>
            </w:r>
          </w:p>
        </w:tc>
        <w:tc>
          <w:tcPr>
            <w:tcW w:type="dxa" w:w="2880"/>
          </w:tcPr>
          <w:p>
            <w:r>
              <w:t>2</w:t>
            </w:r>
          </w:p>
        </w:tc>
      </w:tr>
      <w:tr>
        <w:tc>
          <w:tcPr>
            <w:tcW w:type="dxa" w:w="2880"/>
          </w:tcPr>
          <w:p>
            <w:r>
              <w:t>2024-10-01</w:t>
            </w:r>
          </w:p>
        </w:tc>
        <w:tc>
          <w:tcPr>
            <w:tcW w:type="dxa" w:w="2880"/>
          </w:tcPr>
          <w:p>
            <w:r>
              <w:t>bus</w:t>
            </w:r>
          </w:p>
        </w:tc>
        <w:tc>
          <w:tcPr>
            <w:tcW w:type="dxa" w:w="2880"/>
          </w:tcPr>
          <w:p>
            <w:r>
              <w:t>4</w:t>
            </w:r>
          </w:p>
        </w:tc>
      </w:tr>
      <w:tr>
        <w:tc>
          <w:tcPr>
            <w:tcW w:type="dxa" w:w="2880"/>
          </w:tcPr>
          <w:p>
            <w:r>
              <w:t>2024-10-01</w:t>
            </w:r>
          </w:p>
        </w:tc>
        <w:tc>
          <w:tcPr>
            <w:tcW w:type="dxa" w:w="2880"/>
          </w:tcPr>
          <w:p>
            <w:r>
              <w:t>Other</w:t>
            </w:r>
          </w:p>
        </w:tc>
        <w:tc>
          <w:tcPr>
            <w:tcW w:type="dxa" w:w="2880"/>
          </w:tcPr>
          <w:p>
            <w:r>
              <w:t>3</w:t>
            </w:r>
          </w:p>
        </w:tc>
      </w:tr>
      <w:tr>
        <w:tc>
          <w:tcPr>
            <w:tcW w:type="dxa" w:w="2880"/>
          </w:tcPr>
          <w:p>
            <w:r>
              <w:t>2024-11-01</w:t>
            </w:r>
          </w:p>
        </w:tc>
        <w:tc>
          <w:tcPr>
            <w:tcW w:type="dxa" w:w="2880"/>
          </w:tcPr>
          <w:p>
            <w:r>
              <w:t>motorcycle</w:t>
            </w:r>
          </w:p>
        </w:tc>
        <w:tc>
          <w:tcPr>
            <w:tcW w:type="dxa" w:w="2880"/>
          </w:tcPr>
          <w:p>
            <w:r>
              <w:t>35</w:t>
            </w:r>
          </w:p>
        </w:tc>
      </w:tr>
      <w:tr>
        <w:tc>
          <w:tcPr>
            <w:tcW w:type="dxa" w:w="2880"/>
          </w:tcPr>
          <w:p>
            <w:r>
              <w:t>2024-11-01</w:t>
            </w:r>
          </w:p>
        </w:tc>
        <w:tc>
          <w:tcPr>
            <w:tcW w:type="dxa" w:w="2880"/>
          </w:tcPr>
          <w:p>
            <w:r>
              <w:t>car</w:t>
            </w:r>
          </w:p>
        </w:tc>
        <w:tc>
          <w:tcPr>
            <w:tcW w:type="dxa" w:w="2880"/>
          </w:tcPr>
          <w:p>
            <w:r>
              <w:t>36</w:t>
            </w:r>
          </w:p>
        </w:tc>
      </w:tr>
      <w:tr>
        <w:tc>
          <w:tcPr>
            <w:tcW w:type="dxa" w:w="2880"/>
          </w:tcPr>
          <w:p>
            <w:r>
              <w:t>2024-11-01</w:t>
            </w:r>
          </w:p>
        </w:tc>
        <w:tc>
          <w:tcPr>
            <w:tcW w:type="dxa" w:w="2880"/>
          </w:tcPr>
          <w:p>
            <w:r>
              <w:t>pedestrian</w:t>
            </w:r>
          </w:p>
        </w:tc>
        <w:tc>
          <w:tcPr>
            <w:tcW w:type="dxa" w:w="2880"/>
          </w:tcPr>
          <w:p>
            <w:r>
              <w:t>9</w:t>
            </w:r>
          </w:p>
        </w:tc>
      </w:tr>
      <w:tr>
        <w:tc>
          <w:tcPr>
            <w:tcW w:type="dxa" w:w="2880"/>
          </w:tcPr>
          <w:p>
            <w:r>
              <w:t>2024-11-01</w:t>
            </w:r>
          </w:p>
        </w:tc>
        <w:tc>
          <w:tcPr>
            <w:tcW w:type="dxa" w:w="2880"/>
          </w:tcPr>
          <w:p>
            <w:r>
              <w:t>cyclist</w:t>
            </w:r>
          </w:p>
        </w:tc>
        <w:tc>
          <w:tcPr>
            <w:tcW w:type="dxa" w:w="2880"/>
          </w:tcPr>
          <w:p>
            <w:r>
              <w:t>6</w:t>
            </w:r>
          </w:p>
        </w:tc>
      </w:tr>
      <w:tr>
        <w:tc>
          <w:tcPr>
            <w:tcW w:type="dxa" w:w="2880"/>
          </w:tcPr>
          <w:p>
            <w:r>
              <w:t>2024-11-01</w:t>
            </w:r>
          </w:p>
        </w:tc>
        <w:tc>
          <w:tcPr>
            <w:tcW w:type="dxa" w:w="2880"/>
          </w:tcPr>
          <w:p>
            <w:r>
              <w:t>bus</w:t>
            </w:r>
          </w:p>
        </w:tc>
        <w:tc>
          <w:tcPr>
            <w:tcW w:type="dxa" w:w="2880"/>
          </w:tcPr>
          <w:p>
            <w:r>
              <w:t>7</w:t>
            </w:r>
          </w:p>
        </w:tc>
      </w:tr>
      <w:tr>
        <w:tc>
          <w:tcPr>
            <w:tcW w:type="dxa" w:w="2880"/>
          </w:tcPr>
          <w:p>
            <w:r>
              <w:t>2024-11-01</w:t>
            </w:r>
          </w:p>
        </w:tc>
        <w:tc>
          <w:tcPr>
            <w:tcW w:type="dxa" w:w="2880"/>
          </w:tcPr>
          <w:p>
            <w:r>
              <w:t>Other</w:t>
            </w:r>
          </w:p>
        </w:tc>
        <w:tc>
          <w:tcPr>
            <w:tcW w:type="dxa" w:w="2880"/>
          </w:tcPr>
          <w:p>
            <w:r>
              <w:t>2</w:t>
            </w:r>
          </w:p>
        </w:tc>
      </w:tr>
      <w:tr>
        <w:tc>
          <w:tcPr>
            <w:tcW w:type="dxa" w:w="2880"/>
          </w:tcPr>
          <w:p>
            <w:r>
              <w:t>2024-12-01</w:t>
            </w:r>
          </w:p>
        </w:tc>
        <w:tc>
          <w:tcPr>
            <w:tcW w:type="dxa" w:w="2880"/>
          </w:tcPr>
          <w:p>
            <w:r>
              <w:t>motorcycle</w:t>
            </w:r>
          </w:p>
        </w:tc>
        <w:tc>
          <w:tcPr>
            <w:tcW w:type="dxa" w:w="2880"/>
          </w:tcPr>
          <w:p>
            <w:r>
              <w:t>37</w:t>
            </w:r>
          </w:p>
        </w:tc>
      </w:tr>
      <w:tr>
        <w:tc>
          <w:tcPr>
            <w:tcW w:type="dxa" w:w="2880"/>
          </w:tcPr>
          <w:p>
            <w:r>
              <w:t>2024-12-01</w:t>
            </w:r>
          </w:p>
        </w:tc>
        <w:tc>
          <w:tcPr>
            <w:tcW w:type="dxa" w:w="2880"/>
          </w:tcPr>
          <w:p>
            <w:r>
              <w:t>car</w:t>
            </w:r>
          </w:p>
        </w:tc>
        <w:tc>
          <w:tcPr>
            <w:tcW w:type="dxa" w:w="2880"/>
          </w:tcPr>
          <w:p>
            <w:r>
              <w:t>34</w:t>
            </w:r>
          </w:p>
        </w:tc>
      </w:tr>
      <w:tr>
        <w:tc>
          <w:tcPr>
            <w:tcW w:type="dxa" w:w="2880"/>
          </w:tcPr>
          <w:p>
            <w:r>
              <w:t>2024-12-01</w:t>
            </w:r>
          </w:p>
        </w:tc>
        <w:tc>
          <w:tcPr>
            <w:tcW w:type="dxa" w:w="2880"/>
          </w:tcPr>
          <w:p>
            <w:r>
              <w:t>pedestrian</w:t>
            </w:r>
          </w:p>
        </w:tc>
        <w:tc>
          <w:tcPr>
            <w:tcW w:type="dxa" w:w="2880"/>
          </w:tcPr>
          <w:p>
            <w:r>
              <w:t>17</w:t>
            </w:r>
          </w:p>
        </w:tc>
      </w:tr>
      <w:tr>
        <w:tc>
          <w:tcPr>
            <w:tcW w:type="dxa" w:w="2880"/>
          </w:tcPr>
          <w:p>
            <w:r>
              <w:t>2024-12-01</w:t>
            </w:r>
          </w:p>
        </w:tc>
        <w:tc>
          <w:tcPr>
            <w:tcW w:type="dxa" w:w="2880"/>
          </w:tcPr>
          <w:p>
            <w:r>
              <w:t>cyclist</w:t>
            </w:r>
          </w:p>
        </w:tc>
        <w:tc>
          <w:tcPr>
            <w:tcW w:type="dxa" w:w="2880"/>
          </w:tcPr>
          <w:p>
            <w:r>
              <w:t>8</w:t>
            </w:r>
          </w:p>
        </w:tc>
      </w:tr>
      <w:tr>
        <w:tc>
          <w:tcPr>
            <w:tcW w:type="dxa" w:w="2880"/>
          </w:tcPr>
          <w:p>
            <w:r>
              <w:t>2024-12-01</w:t>
            </w:r>
          </w:p>
        </w:tc>
        <w:tc>
          <w:tcPr>
            <w:tcW w:type="dxa" w:w="2880"/>
          </w:tcPr>
          <w:p>
            <w:r>
              <w:t>bus</w:t>
            </w:r>
          </w:p>
        </w:tc>
        <w:tc>
          <w:tcPr>
            <w:tcW w:type="dxa" w:w="2880"/>
          </w:tcPr>
          <w:p>
            <w:r>
              <w:t>1</w:t>
            </w:r>
          </w:p>
        </w:tc>
      </w:tr>
      <w:tr>
        <w:tc>
          <w:tcPr>
            <w:tcW w:type="dxa" w:w="2880"/>
          </w:tcPr>
          <w:p>
            <w:r>
              <w:t>2024-12-01</w:t>
            </w:r>
          </w:p>
        </w:tc>
        <w:tc>
          <w:tcPr>
            <w:tcW w:type="dxa" w:w="2880"/>
          </w:tcPr>
          <w:p>
            <w:r>
              <w:t>Other</w:t>
            </w:r>
          </w:p>
        </w:tc>
        <w:tc>
          <w:tcPr>
            <w:tcW w:type="dxa" w:w="2880"/>
          </w:tcPr>
          <w:p>
            <w:r>
              <w:t>8</w:t>
            </w:r>
          </w:p>
        </w:tc>
      </w:tr>
      <w:tr>
        <w:tc>
          <w:tcPr>
            <w:tcW w:type="dxa" w:w="2880"/>
          </w:tcPr>
          <w:p>
            <w:r>
              <w:t>2025-01-01</w:t>
            </w:r>
          </w:p>
        </w:tc>
        <w:tc>
          <w:tcPr>
            <w:tcW w:type="dxa" w:w="2880"/>
          </w:tcPr>
          <w:p>
            <w:r>
              <w:t>motorcycle</w:t>
            </w:r>
          </w:p>
        </w:tc>
        <w:tc>
          <w:tcPr>
            <w:tcW w:type="dxa" w:w="2880"/>
          </w:tcPr>
          <w:p>
            <w:r>
              <w:t>38</w:t>
            </w:r>
          </w:p>
        </w:tc>
      </w:tr>
      <w:tr>
        <w:tc>
          <w:tcPr>
            <w:tcW w:type="dxa" w:w="2880"/>
          </w:tcPr>
          <w:p>
            <w:r>
              <w:t>2025-01-01</w:t>
            </w:r>
          </w:p>
        </w:tc>
        <w:tc>
          <w:tcPr>
            <w:tcW w:type="dxa" w:w="2880"/>
          </w:tcPr>
          <w:p>
            <w:r>
              <w:t>car</w:t>
            </w:r>
          </w:p>
        </w:tc>
        <w:tc>
          <w:tcPr>
            <w:tcW w:type="dxa" w:w="2880"/>
          </w:tcPr>
          <w:p>
            <w:r>
              <w:t>26</w:t>
            </w:r>
          </w:p>
        </w:tc>
      </w:tr>
      <w:tr>
        <w:tc>
          <w:tcPr>
            <w:tcW w:type="dxa" w:w="2880"/>
          </w:tcPr>
          <w:p>
            <w:r>
              <w:t>2025-01-01</w:t>
            </w:r>
          </w:p>
        </w:tc>
        <w:tc>
          <w:tcPr>
            <w:tcW w:type="dxa" w:w="2880"/>
          </w:tcPr>
          <w:p>
            <w:r>
              <w:t>pedestrian</w:t>
            </w:r>
          </w:p>
        </w:tc>
        <w:tc>
          <w:tcPr>
            <w:tcW w:type="dxa" w:w="2880"/>
          </w:tcPr>
          <w:p>
            <w:r>
              <w:t>14</w:t>
            </w:r>
          </w:p>
        </w:tc>
      </w:tr>
      <w:tr>
        <w:tc>
          <w:tcPr>
            <w:tcW w:type="dxa" w:w="2880"/>
          </w:tcPr>
          <w:p>
            <w:r>
              <w:t>2025-01-01</w:t>
            </w:r>
          </w:p>
        </w:tc>
        <w:tc>
          <w:tcPr>
            <w:tcW w:type="dxa" w:w="2880"/>
          </w:tcPr>
          <w:p>
            <w:r>
              <w:t>cyclist</w:t>
            </w:r>
          </w:p>
        </w:tc>
        <w:tc>
          <w:tcPr>
            <w:tcW w:type="dxa" w:w="2880"/>
          </w:tcPr>
          <w:p>
            <w:r>
              <w:t>6</w:t>
            </w:r>
          </w:p>
        </w:tc>
      </w:tr>
      <w:tr>
        <w:tc>
          <w:tcPr>
            <w:tcW w:type="dxa" w:w="2880"/>
          </w:tcPr>
          <w:p>
            <w:r>
              <w:t>2025-01-01</w:t>
            </w:r>
          </w:p>
        </w:tc>
        <w:tc>
          <w:tcPr>
            <w:tcW w:type="dxa" w:w="2880"/>
          </w:tcPr>
          <w:p>
            <w:r>
              <w:t>bus</w:t>
            </w:r>
          </w:p>
        </w:tc>
        <w:tc>
          <w:tcPr>
            <w:tcW w:type="dxa" w:w="2880"/>
          </w:tcPr>
          <w:p>
            <w:r>
              <w:t>5</w:t>
            </w:r>
          </w:p>
        </w:tc>
      </w:tr>
      <w:tr>
        <w:tc>
          <w:tcPr>
            <w:tcW w:type="dxa" w:w="2880"/>
          </w:tcPr>
          <w:p>
            <w:r>
              <w:t>2025-01-01</w:t>
            </w:r>
          </w:p>
        </w:tc>
        <w:tc>
          <w:tcPr>
            <w:tcW w:type="dxa" w:w="2880"/>
          </w:tcPr>
          <w:p>
            <w:r>
              <w:t>Other</w:t>
            </w:r>
          </w:p>
        </w:tc>
        <w:tc>
          <w:tcPr>
            <w:tcW w:type="dxa" w:w="2880"/>
          </w:tcPr>
          <w:p>
            <w:r>
              <w:t>6</w:t>
            </w:r>
          </w:p>
        </w:tc>
      </w:tr>
      <w:tr>
        <w:tc>
          <w:tcPr>
            <w:tcW w:type="dxa" w:w="2880"/>
          </w:tcPr>
          <w:p>
            <w:r>
              <w:t>2025-02-01</w:t>
            </w:r>
          </w:p>
        </w:tc>
        <w:tc>
          <w:tcPr>
            <w:tcW w:type="dxa" w:w="2880"/>
          </w:tcPr>
          <w:p>
            <w:r>
              <w:t>motorcycle</w:t>
            </w:r>
          </w:p>
        </w:tc>
        <w:tc>
          <w:tcPr>
            <w:tcW w:type="dxa" w:w="2880"/>
          </w:tcPr>
          <w:p>
            <w:r>
              <w:t>31</w:t>
            </w:r>
          </w:p>
        </w:tc>
      </w:tr>
      <w:tr>
        <w:tc>
          <w:tcPr>
            <w:tcW w:type="dxa" w:w="2880"/>
          </w:tcPr>
          <w:p>
            <w:r>
              <w:t>2025-02-01</w:t>
            </w:r>
          </w:p>
        </w:tc>
        <w:tc>
          <w:tcPr>
            <w:tcW w:type="dxa" w:w="2880"/>
          </w:tcPr>
          <w:p>
            <w:r>
              <w:t>car</w:t>
            </w:r>
          </w:p>
        </w:tc>
        <w:tc>
          <w:tcPr>
            <w:tcW w:type="dxa" w:w="2880"/>
          </w:tcPr>
          <w:p>
            <w:r>
              <w:t>37</w:t>
            </w:r>
          </w:p>
        </w:tc>
      </w:tr>
      <w:tr>
        <w:tc>
          <w:tcPr>
            <w:tcW w:type="dxa" w:w="2880"/>
          </w:tcPr>
          <w:p>
            <w:r>
              <w:t>2025-02-01</w:t>
            </w:r>
          </w:p>
        </w:tc>
        <w:tc>
          <w:tcPr>
            <w:tcW w:type="dxa" w:w="2880"/>
          </w:tcPr>
          <w:p>
            <w:r>
              <w:t>pedestrian</w:t>
            </w:r>
          </w:p>
        </w:tc>
        <w:tc>
          <w:tcPr>
            <w:tcW w:type="dxa" w:w="2880"/>
          </w:tcPr>
          <w:p>
            <w:r>
              <w:t>8</w:t>
            </w:r>
          </w:p>
        </w:tc>
      </w:tr>
      <w:tr>
        <w:tc>
          <w:tcPr>
            <w:tcW w:type="dxa" w:w="2880"/>
          </w:tcPr>
          <w:p>
            <w:r>
              <w:t>2025-02-01</w:t>
            </w:r>
          </w:p>
        </w:tc>
        <w:tc>
          <w:tcPr>
            <w:tcW w:type="dxa" w:w="2880"/>
          </w:tcPr>
          <w:p>
            <w:r>
              <w:t>cyclist</w:t>
            </w:r>
          </w:p>
        </w:tc>
        <w:tc>
          <w:tcPr>
            <w:tcW w:type="dxa" w:w="2880"/>
          </w:tcPr>
          <w:p>
            <w:r>
              <w:t>5</w:t>
            </w:r>
          </w:p>
        </w:tc>
      </w:tr>
      <w:tr>
        <w:tc>
          <w:tcPr>
            <w:tcW w:type="dxa" w:w="2880"/>
          </w:tcPr>
          <w:p>
            <w:r>
              <w:t>2025-02-01</w:t>
            </w:r>
          </w:p>
        </w:tc>
        <w:tc>
          <w:tcPr>
            <w:tcW w:type="dxa" w:w="2880"/>
          </w:tcPr>
          <w:p>
            <w:r>
              <w:t>bus</w:t>
            </w:r>
          </w:p>
        </w:tc>
        <w:tc>
          <w:tcPr>
            <w:tcW w:type="dxa" w:w="2880"/>
          </w:tcPr>
          <w:p>
            <w:r>
              <w:t>6</w:t>
            </w:r>
          </w:p>
        </w:tc>
      </w:tr>
      <w:tr>
        <w:tc>
          <w:tcPr>
            <w:tcW w:type="dxa" w:w="2880"/>
          </w:tcPr>
          <w:p>
            <w:r>
              <w:t>2025-02-01</w:t>
            </w:r>
          </w:p>
        </w:tc>
        <w:tc>
          <w:tcPr>
            <w:tcW w:type="dxa" w:w="2880"/>
          </w:tcPr>
          <w:p>
            <w:r>
              <w:t>Other</w:t>
            </w:r>
          </w:p>
        </w:tc>
        <w:tc>
          <w:tcPr>
            <w:tcW w:type="dxa" w:w="2880"/>
          </w:tcPr>
          <w:p>
            <w:r>
              <w:t>6</w:t>
            </w:r>
          </w:p>
        </w:tc>
      </w:tr>
      <w:tr>
        <w:tc>
          <w:tcPr>
            <w:tcW w:type="dxa" w:w="2880"/>
          </w:tcPr>
          <w:p>
            <w:r>
              <w:t>2025-03-01</w:t>
            </w:r>
          </w:p>
        </w:tc>
        <w:tc>
          <w:tcPr>
            <w:tcW w:type="dxa" w:w="2880"/>
          </w:tcPr>
          <w:p>
            <w:r>
              <w:t>motorcycle</w:t>
            </w:r>
          </w:p>
        </w:tc>
        <w:tc>
          <w:tcPr>
            <w:tcW w:type="dxa" w:w="2880"/>
          </w:tcPr>
          <w:p>
            <w:r>
              <w:t>41</w:t>
            </w:r>
          </w:p>
        </w:tc>
      </w:tr>
      <w:tr>
        <w:tc>
          <w:tcPr>
            <w:tcW w:type="dxa" w:w="2880"/>
          </w:tcPr>
          <w:p>
            <w:r>
              <w:t>2025-03-01</w:t>
            </w:r>
          </w:p>
        </w:tc>
        <w:tc>
          <w:tcPr>
            <w:tcW w:type="dxa" w:w="2880"/>
          </w:tcPr>
          <w:p>
            <w:r>
              <w:t>car</w:t>
            </w:r>
          </w:p>
        </w:tc>
        <w:tc>
          <w:tcPr>
            <w:tcW w:type="dxa" w:w="2880"/>
          </w:tcPr>
          <w:p>
            <w:r>
              <w:t>30</w:t>
            </w:r>
          </w:p>
        </w:tc>
      </w:tr>
      <w:tr>
        <w:tc>
          <w:tcPr>
            <w:tcW w:type="dxa" w:w="2880"/>
          </w:tcPr>
          <w:p>
            <w:r>
              <w:t>2025-03-01</w:t>
            </w:r>
          </w:p>
        </w:tc>
        <w:tc>
          <w:tcPr>
            <w:tcW w:type="dxa" w:w="2880"/>
          </w:tcPr>
          <w:p>
            <w:r>
              <w:t>pedestrian</w:t>
            </w:r>
          </w:p>
        </w:tc>
        <w:tc>
          <w:tcPr>
            <w:tcW w:type="dxa" w:w="2880"/>
          </w:tcPr>
          <w:p>
            <w:r>
              <w:t>9</w:t>
            </w:r>
          </w:p>
        </w:tc>
      </w:tr>
      <w:tr>
        <w:tc>
          <w:tcPr>
            <w:tcW w:type="dxa" w:w="2880"/>
          </w:tcPr>
          <w:p>
            <w:r>
              <w:t>2025-03-01</w:t>
            </w:r>
          </w:p>
        </w:tc>
        <w:tc>
          <w:tcPr>
            <w:tcW w:type="dxa" w:w="2880"/>
          </w:tcPr>
          <w:p>
            <w:r>
              <w:t>cyclist</w:t>
            </w:r>
          </w:p>
        </w:tc>
        <w:tc>
          <w:tcPr>
            <w:tcW w:type="dxa" w:w="2880"/>
          </w:tcPr>
          <w:p>
            <w:r>
              <w:t>3</w:t>
            </w:r>
          </w:p>
        </w:tc>
      </w:tr>
      <w:tr>
        <w:tc>
          <w:tcPr>
            <w:tcW w:type="dxa" w:w="2880"/>
          </w:tcPr>
          <w:p>
            <w:r>
              <w:t>2025-03-01</w:t>
            </w:r>
          </w:p>
        </w:tc>
        <w:tc>
          <w:tcPr>
            <w:tcW w:type="dxa" w:w="2880"/>
          </w:tcPr>
          <w:p>
            <w:r>
              <w:t>bus</w:t>
            </w:r>
          </w:p>
        </w:tc>
        <w:tc>
          <w:tcPr>
            <w:tcW w:type="dxa" w:w="2880"/>
          </w:tcPr>
          <w:p>
            <w:r>
              <w:t>3</w:t>
            </w:r>
          </w:p>
        </w:tc>
      </w:tr>
      <w:tr>
        <w:tc>
          <w:tcPr>
            <w:tcW w:type="dxa" w:w="2880"/>
          </w:tcPr>
          <w:p>
            <w:r>
              <w:t>2025-03-01</w:t>
            </w:r>
          </w:p>
        </w:tc>
        <w:tc>
          <w:tcPr>
            <w:tcW w:type="dxa" w:w="2880"/>
          </w:tcPr>
          <w:p>
            <w:r>
              <w:t>Other</w:t>
            </w:r>
          </w:p>
        </w:tc>
        <w:tc>
          <w:tcPr>
            <w:tcW w:type="dxa" w:w="2880"/>
          </w:tcPr>
          <w:p>
            <w:r>
              <w:t>5</w:t>
            </w:r>
          </w:p>
        </w:tc>
      </w:tr>
      <w:tr>
        <w:tc>
          <w:tcPr>
            <w:tcW w:type="dxa" w:w="2880"/>
          </w:tcPr>
          <w:p>
            <w:r>
              <w:t>2025-04-01</w:t>
            </w:r>
          </w:p>
        </w:tc>
        <w:tc>
          <w:tcPr>
            <w:tcW w:type="dxa" w:w="2880"/>
          </w:tcPr>
          <w:p>
            <w:r>
              <w:t>motorcycle</w:t>
            </w:r>
          </w:p>
        </w:tc>
        <w:tc>
          <w:tcPr>
            <w:tcW w:type="dxa" w:w="2880"/>
          </w:tcPr>
          <w:p>
            <w:r>
              <w:t>30</w:t>
            </w:r>
          </w:p>
        </w:tc>
      </w:tr>
      <w:tr>
        <w:tc>
          <w:tcPr>
            <w:tcW w:type="dxa" w:w="2880"/>
          </w:tcPr>
          <w:p>
            <w:r>
              <w:t>2025-04-01</w:t>
            </w:r>
          </w:p>
        </w:tc>
        <w:tc>
          <w:tcPr>
            <w:tcW w:type="dxa" w:w="2880"/>
          </w:tcPr>
          <w:p>
            <w:r>
              <w:t>car</w:t>
            </w:r>
          </w:p>
        </w:tc>
        <w:tc>
          <w:tcPr>
            <w:tcW w:type="dxa" w:w="2880"/>
          </w:tcPr>
          <w:p>
            <w:r>
              <w:t>26</w:t>
            </w:r>
          </w:p>
        </w:tc>
      </w:tr>
      <w:tr>
        <w:tc>
          <w:tcPr>
            <w:tcW w:type="dxa" w:w="2880"/>
          </w:tcPr>
          <w:p>
            <w:r>
              <w:t>2025-04-01</w:t>
            </w:r>
          </w:p>
        </w:tc>
        <w:tc>
          <w:tcPr>
            <w:tcW w:type="dxa" w:w="2880"/>
          </w:tcPr>
          <w:p>
            <w:r>
              <w:t>pedestrian</w:t>
            </w:r>
          </w:p>
        </w:tc>
        <w:tc>
          <w:tcPr>
            <w:tcW w:type="dxa" w:w="2880"/>
          </w:tcPr>
          <w:p>
            <w:r>
              <w:t>8</w:t>
            </w:r>
          </w:p>
        </w:tc>
      </w:tr>
      <w:tr>
        <w:tc>
          <w:tcPr>
            <w:tcW w:type="dxa" w:w="2880"/>
          </w:tcPr>
          <w:p>
            <w:r>
              <w:t>2025-04-01</w:t>
            </w:r>
          </w:p>
        </w:tc>
        <w:tc>
          <w:tcPr>
            <w:tcW w:type="dxa" w:w="2880"/>
          </w:tcPr>
          <w:p>
            <w:r>
              <w:t>cyclist</w:t>
            </w:r>
          </w:p>
        </w:tc>
        <w:tc>
          <w:tcPr>
            <w:tcW w:type="dxa" w:w="2880"/>
          </w:tcPr>
          <w:p>
            <w:r>
              <w:t>4</w:t>
            </w:r>
          </w:p>
        </w:tc>
      </w:tr>
      <w:tr>
        <w:tc>
          <w:tcPr>
            <w:tcW w:type="dxa" w:w="2880"/>
          </w:tcPr>
          <w:p>
            <w:r>
              <w:t>2025-04-01</w:t>
            </w:r>
          </w:p>
        </w:tc>
        <w:tc>
          <w:tcPr>
            <w:tcW w:type="dxa" w:w="2880"/>
          </w:tcPr>
          <w:p>
            <w:r>
              <w:t>bus</w:t>
            </w:r>
          </w:p>
        </w:tc>
        <w:tc>
          <w:tcPr>
            <w:tcW w:type="dxa" w:w="2880"/>
          </w:tcPr>
          <w:p>
            <w:r>
              <w:t>2</w:t>
            </w:r>
          </w:p>
        </w:tc>
      </w:tr>
      <w:tr>
        <w:tc>
          <w:tcPr>
            <w:tcW w:type="dxa" w:w="2880"/>
          </w:tcPr>
          <w:p>
            <w:r>
              <w:t>2025-04-01</w:t>
            </w:r>
          </w:p>
        </w:tc>
        <w:tc>
          <w:tcPr>
            <w:tcW w:type="dxa" w:w="2880"/>
          </w:tcPr>
          <w:p>
            <w:r>
              <w:t>Other</w:t>
            </w:r>
          </w:p>
        </w:tc>
        <w:tc>
          <w:tcPr>
            <w:tcW w:type="dxa" w:w="2880"/>
          </w:tcPr>
          <w:p>
            <w:r>
              <w:t>7</w:t>
            </w:r>
          </w:p>
        </w:tc>
      </w:tr>
      <w:tr>
        <w:tc>
          <w:tcPr>
            <w:tcW w:type="dxa" w:w="2880"/>
          </w:tcPr>
          <w:p>
            <w:r>
              <w:t>2025-05-01</w:t>
            </w:r>
          </w:p>
        </w:tc>
        <w:tc>
          <w:tcPr>
            <w:tcW w:type="dxa" w:w="2880"/>
          </w:tcPr>
          <w:p>
            <w:r>
              <w:t>motorcycle</w:t>
            </w:r>
          </w:p>
        </w:tc>
        <w:tc>
          <w:tcPr>
            <w:tcW w:type="dxa" w:w="2880"/>
          </w:tcPr>
          <w:p>
            <w:r>
              <w:t>28</w:t>
            </w:r>
          </w:p>
        </w:tc>
      </w:tr>
      <w:tr>
        <w:tc>
          <w:tcPr>
            <w:tcW w:type="dxa" w:w="2880"/>
          </w:tcPr>
          <w:p>
            <w:r>
              <w:t>2025-05-01</w:t>
            </w:r>
          </w:p>
        </w:tc>
        <w:tc>
          <w:tcPr>
            <w:tcW w:type="dxa" w:w="2880"/>
          </w:tcPr>
          <w:p>
            <w:r>
              <w:t>car</w:t>
            </w:r>
          </w:p>
        </w:tc>
        <w:tc>
          <w:tcPr>
            <w:tcW w:type="dxa" w:w="2880"/>
          </w:tcPr>
          <w:p>
            <w:r>
              <w:t>21</w:t>
            </w:r>
          </w:p>
        </w:tc>
      </w:tr>
      <w:tr>
        <w:tc>
          <w:tcPr>
            <w:tcW w:type="dxa" w:w="2880"/>
          </w:tcPr>
          <w:p>
            <w:r>
              <w:t>2025-05-01</w:t>
            </w:r>
          </w:p>
        </w:tc>
        <w:tc>
          <w:tcPr>
            <w:tcW w:type="dxa" w:w="2880"/>
          </w:tcPr>
          <w:p>
            <w:r>
              <w:t>pedestrian</w:t>
            </w:r>
          </w:p>
        </w:tc>
        <w:tc>
          <w:tcPr>
            <w:tcW w:type="dxa" w:w="2880"/>
          </w:tcPr>
          <w:p>
            <w:r>
              <w:t>7</w:t>
            </w:r>
          </w:p>
        </w:tc>
      </w:tr>
      <w:tr>
        <w:tc>
          <w:tcPr>
            <w:tcW w:type="dxa" w:w="2880"/>
          </w:tcPr>
          <w:p>
            <w:r>
              <w:t>2025-05-01</w:t>
            </w:r>
          </w:p>
        </w:tc>
        <w:tc>
          <w:tcPr>
            <w:tcW w:type="dxa" w:w="2880"/>
          </w:tcPr>
          <w:p>
            <w:r>
              <w:t>cyclist</w:t>
            </w:r>
          </w:p>
        </w:tc>
        <w:tc>
          <w:tcPr>
            <w:tcW w:type="dxa" w:w="2880"/>
          </w:tcPr>
          <w:p>
            <w:r>
              <w:t>4</w:t>
            </w:r>
          </w:p>
        </w:tc>
      </w:tr>
      <w:tr>
        <w:tc>
          <w:tcPr>
            <w:tcW w:type="dxa" w:w="2880"/>
          </w:tcPr>
          <w:p>
            <w:r>
              <w:t>2025-05-01</w:t>
            </w:r>
          </w:p>
        </w:tc>
        <w:tc>
          <w:tcPr>
            <w:tcW w:type="dxa" w:w="2880"/>
          </w:tcPr>
          <w:p>
            <w:r>
              <w:t>bus</w:t>
            </w:r>
          </w:p>
        </w:tc>
        <w:tc>
          <w:tcPr>
            <w:tcW w:type="dxa" w:w="2880"/>
          </w:tcPr>
          <w:p>
            <w:r>
              <w:t>1</w:t>
            </w:r>
          </w:p>
        </w:tc>
      </w:tr>
      <w:tr>
        <w:tc>
          <w:tcPr>
            <w:tcW w:type="dxa" w:w="2880"/>
          </w:tcPr>
          <w:p>
            <w:r>
              <w:t>2025-05-01</w:t>
            </w:r>
          </w:p>
        </w:tc>
        <w:tc>
          <w:tcPr>
            <w:tcW w:type="dxa" w:w="2880"/>
          </w:tcPr>
          <w:p>
            <w:r>
              <w:t>Other</w:t>
            </w:r>
          </w:p>
        </w:tc>
        <w:tc>
          <w:tcPr>
            <w:tcW w:type="dxa" w:w="2880"/>
          </w:tcPr>
          <w:p>
            <w:r>
              <w:t>5</w:t>
            </w:r>
          </w:p>
        </w:tc>
      </w:tr>
      <w:tr>
        <w:tc>
          <w:tcPr>
            <w:tcW w:type="dxa" w:w="2880"/>
          </w:tcPr>
          <w:p>
            <w:r>
              <w:t>2025-06-01</w:t>
            </w:r>
          </w:p>
        </w:tc>
        <w:tc>
          <w:tcPr>
            <w:tcW w:type="dxa" w:w="2880"/>
          </w:tcPr>
          <w:p>
            <w:r>
              <w:t>motorcycle</w:t>
            </w:r>
          </w:p>
        </w:tc>
        <w:tc>
          <w:tcPr>
            <w:tcW w:type="dxa" w:w="2880"/>
          </w:tcPr>
          <w:p>
            <w:r>
              <w:t>36</w:t>
            </w:r>
          </w:p>
        </w:tc>
      </w:tr>
      <w:tr>
        <w:tc>
          <w:tcPr>
            <w:tcW w:type="dxa" w:w="2880"/>
          </w:tcPr>
          <w:p>
            <w:r>
              <w:t>2025-06-01</w:t>
            </w:r>
          </w:p>
        </w:tc>
        <w:tc>
          <w:tcPr>
            <w:tcW w:type="dxa" w:w="2880"/>
          </w:tcPr>
          <w:p>
            <w:r>
              <w:t>car</w:t>
            </w:r>
          </w:p>
        </w:tc>
        <w:tc>
          <w:tcPr>
            <w:tcW w:type="dxa" w:w="2880"/>
          </w:tcPr>
          <w:p>
            <w:r>
              <w:t>33</w:t>
            </w:r>
          </w:p>
        </w:tc>
      </w:tr>
      <w:tr>
        <w:tc>
          <w:tcPr>
            <w:tcW w:type="dxa" w:w="2880"/>
          </w:tcPr>
          <w:p>
            <w:r>
              <w:t>2025-06-01</w:t>
            </w:r>
          </w:p>
        </w:tc>
        <w:tc>
          <w:tcPr>
            <w:tcW w:type="dxa" w:w="2880"/>
          </w:tcPr>
          <w:p>
            <w:r>
              <w:t>pedestrian</w:t>
            </w:r>
          </w:p>
        </w:tc>
        <w:tc>
          <w:tcPr>
            <w:tcW w:type="dxa" w:w="2880"/>
          </w:tcPr>
          <w:p>
            <w:r>
              <w:t>5</w:t>
            </w:r>
          </w:p>
        </w:tc>
      </w:tr>
      <w:tr>
        <w:tc>
          <w:tcPr>
            <w:tcW w:type="dxa" w:w="2880"/>
          </w:tcPr>
          <w:p>
            <w:r>
              <w:t>2025-06-01</w:t>
            </w:r>
          </w:p>
        </w:tc>
        <w:tc>
          <w:tcPr>
            <w:tcW w:type="dxa" w:w="2880"/>
          </w:tcPr>
          <w:p>
            <w:r>
              <w:t>cyclist</w:t>
            </w:r>
          </w:p>
        </w:tc>
        <w:tc>
          <w:tcPr>
            <w:tcW w:type="dxa" w:w="2880"/>
          </w:tcPr>
          <w:p>
            <w:r>
              <w:t>3</w:t>
            </w:r>
          </w:p>
        </w:tc>
      </w:tr>
      <w:tr>
        <w:tc>
          <w:tcPr>
            <w:tcW w:type="dxa" w:w="2880"/>
          </w:tcPr>
          <w:p>
            <w:r>
              <w:t>2025-06-01</w:t>
            </w:r>
          </w:p>
        </w:tc>
        <w:tc>
          <w:tcPr>
            <w:tcW w:type="dxa" w:w="2880"/>
          </w:tcPr>
          <w:p>
            <w:r>
              <w:t>bus</w:t>
            </w:r>
          </w:p>
        </w:tc>
        <w:tc>
          <w:tcPr>
            <w:tcW w:type="dxa" w:w="2880"/>
          </w:tcPr>
          <w:p>
            <w:r>
              <w:t>4</w:t>
            </w:r>
          </w:p>
        </w:tc>
      </w:tr>
      <w:tr>
        <w:tc>
          <w:tcPr>
            <w:tcW w:type="dxa" w:w="2880"/>
          </w:tcPr>
          <w:p>
            <w:r>
              <w:t>2025-06-01</w:t>
            </w:r>
          </w:p>
        </w:tc>
        <w:tc>
          <w:tcPr>
            <w:tcW w:type="dxa" w:w="2880"/>
          </w:tcPr>
          <w:p>
            <w:r>
              <w:t>Other</w:t>
            </w:r>
          </w:p>
        </w:tc>
        <w:tc>
          <w:tcPr>
            <w:tcW w:type="dxa" w:w="2880"/>
          </w:tcPr>
          <w:p>
            <w:r>
              <w:t>4</w:t>
            </w:r>
          </w:p>
        </w:tc>
      </w:tr>
      <w:tr>
        <w:tc>
          <w:tcPr>
            <w:tcW w:type="dxa" w:w="2880"/>
          </w:tcPr>
          <w:p>
            <w:r>
              <w:t>2025-07-01</w:t>
            </w:r>
          </w:p>
        </w:tc>
        <w:tc>
          <w:tcPr>
            <w:tcW w:type="dxa" w:w="2880"/>
          </w:tcPr>
          <w:p>
            <w:r>
              <w:t>motorcycle</w:t>
            </w:r>
          </w:p>
        </w:tc>
        <w:tc>
          <w:tcPr>
            <w:tcW w:type="dxa" w:w="2880"/>
          </w:tcPr>
          <w:p>
            <w:r>
              <w:t>26</w:t>
            </w:r>
          </w:p>
        </w:tc>
      </w:tr>
      <w:tr>
        <w:tc>
          <w:tcPr>
            <w:tcW w:type="dxa" w:w="2880"/>
          </w:tcPr>
          <w:p>
            <w:r>
              <w:t>2025-07-01</w:t>
            </w:r>
          </w:p>
        </w:tc>
        <w:tc>
          <w:tcPr>
            <w:tcW w:type="dxa" w:w="2880"/>
          </w:tcPr>
          <w:p>
            <w:r>
              <w:t>car</w:t>
            </w:r>
          </w:p>
        </w:tc>
        <w:tc>
          <w:tcPr>
            <w:tcW w:type="dxa" w:w="2880"/>
          </w:tcPr>
          <w:p>
            <w:r>
              <w:t>31</w:t>
            </w:r>
          </w:p>
        </w:tc>
      </w:tr>
      <w:tr>
        <w:tc>
          <w:tcPr>
            <w:tcW w:type="dxa" w:w="2880"/>
          </w:tcPr>
          <w:p>
            <w:r>
              <w:t>2025-07-01</w:t>
            </w:r>
          </w:p>
        </w:tc>
        <w:tc>
          <w:tcPr>
            <w:tcW w:type="dxa" w:w="2880"/>
          </w:tcPr>
          <w:p>
            <w:r>
              <w:t>pedestrian</w:t>
            </w:r>
          </w:p>
        </w:tc>
        <w:tc>
          <w:tcPr>
            <w:tcW w:type="dxa" w:w="2880"/>
          </w:tcPr>
          <w:p>
            <w:r>
              <w:t>11</w:t>
            </w:r>
          </w:p>
        </w:tc>
      </w:tr>
      <w:tr>
        <w:tc>
          <w:tcPr>
            <w:tcW w:type="dxa" w:w="2880"/>
          </w:tcPr>
          <w:p>
            <w:r>
              <w:t>2025-07-01</w:t>
            </w:r>
          </w:p>
        </w:tc>
        <w:tc>
          <w:tcPr>
            <w:tcW w:type="dxa" w:w="2880"/>
          </w:tcPr>
          <w:p>
            <w:r>
              <w:t>cyclist</w:t>
            </w:r>
          </w:p>
        </w:tc>
        <w:tc>
          <w:tcPr>
            <w:tcW w:type="dxa" w:w="2880"/>
          </w:tcPr>
          <w:p>
            <w:r>
              <w:t>4</w:t>
            </w:r>
          </w:p>
        </w:tc>
      </w:tr>
      <w:tr>
        <w:tc>
          <w:tcPr>
            <w:tcW w:type="dxa" w:w="2880"/>
          </w:tcPr>
          <w:p>
            <w:r>
              <w:t>2025-07-01</w:t>
            </w:r>
          </w:p>
        </w:tc>
        <w:tc>
          <w:tcPr>
            <w:tcW w:type="dxa" w:w="2880"/>
          </w:tcPr>
          <w:p>
            <w:r>
              <w:t>bus</w:t>
            </w:r>
          </w:p>
        </w:tc>
        <w:tc>
          <w:tcPr>
            <w:tcW w:type="dxa" w:w="2880"/>
          </w:tcPr>
          <w:p>
            <w:r>
              <w:t>4</w:t>
            </w:r>
          </w:p>
        </w:tc>
      </w:tr>
      <w:tr>
        <w:tc>
          <w:tcPr>
            <w:tcW w:type="dxa" w:w="2880"/>
          </w:tcPr>
          <w:p>
            <w:r>
              <w:t>2025-07-01</w:t>
            </w:r>
          </w:p>
        </w:tc>
        <w:tc>
          <w:tcPr>
            <w:tcW w:type="dxa" w:w="2880"/>
          </w:tcPr>
          <w:p>
            <w:r>
              <w:t>Other</w:t>
            </w:r>
          </w:p>
        </w:tc>
        <w:tc>
          <w:tcPr>
            <w:tcW w:type="dxa" w:w="2880"/>
          </w:tcPr>
          <w:p>
            <w:r>
              <w:t>4</w:t>
            </w:r>
          </w:p>
        </w:tc>
      </w:tr>
      <w:tr>
        <w:tc>
          <w:tcPr>
            <w:tcW w:type="dxa" w:w="2880"/>
          </w:tcPr>
          <w:p>
            <w:r>
              <w:t>2025-08-01</w:t>
            </w:r>
          </w:p>
        </w:tc>
        <w:tc>
          <w:tcPr>
            <w:tcW w:type="dxa" w:w="2880"/>
          </w:tcPr>
          <w:p>
            <w:r>
              <w:t>motorcycle</w:t>
            </w:r>
          </w:p>
        </w:tc>
        <w:tc>
          <w:tcPr>
            <w:tcW w:type="dxa" w:w="2880"/>
          </w:tcPr>
          <w:p>
            <w:r>
              <w:t>30</w:t>
            </w:r>
          </w:p>
        </w:tc>
      </w:tr>
      <w:tr>
        <w:tc>
          <w:tcPr>
            <w:tcW w:type="dxa" w:w="2880"/>
          </w:tcPr>
          <w:p>
            <w:r>
              <w:t>2025-08-01</w:t>
            </w:r>
          </w:p>
        </w:tc>
        <w:tc>
          <w:tcPr>
            <w:tcW w:type="dxa" w:w="2880"/>
          </w:tcPr>
          <w:p>
            <w:r>
              <w:t>car</w:t>
            </w:r>
          </w:p>
        </w:tc>
        <w:tc>
          <w:tcPr>
            <w:tcW w:type="dxa" w:w="2880"/>
          </w:tcPr>
          <w:p>
            <w:r>
              <w:t>18</w:t>
            </w:r>
          </w:p>
        </w:tc>
      </w:tr>
      <w:tr>
        <w:tc>
          <w:tcPr>
            <w:tcW w:type="dxa" w:w="2880"/>
          </w:tcPr>
          <w:p>
            <w:r>
              <w:t>2025-08-01</w:t>
            </w:r>
          </w:p>
        </w:tc>
        <w:tc>
          <w:tcPr>
            <w:tcW w:type="dxa" w:w="2880"/>
          </w:tcPr>
          <w:p>
            <w:r>
              <w:t>pedestrian</w:t>
            </w:r>
          </w:p>
        </w:tc>
        <w:tc>
          <w:tcPr>
            <w:tcW w:type="dxa" w:w="2880"/>
          </w:tcPr>
          <w:p>
            <w:r>
              <w:t>6</w:t>
            </w:r>
          </w:p>
        </w:tc>
      </w:tr>
      <w:tr>
        <w:tc>
          <w:tcPr>
            <w:tcW w:type="dxa" w:w="2880"/>
          </w:tcPr>
          <w:p>
            <w:r>
              <w:t>2025-08-01</w:t>
            </w:r>
          </w:p>
        </w:tc>
        <w:tc>
          <w:tcPr>
            <w:tcW w:type="dxa" w:w="2880"/>
          </w:tcPr>
          <w:p>
            <w:r>
              <w:t>cyclist</w:t>
            </w:r>
          </w:p>
        </w:tc>
        <w:tc>
          <w:tcPr>
            <w:tcW w:type="dxa" w:w="2880"/>
          </w:tcPr>
          <w:p>
            <w:r>
              <w:t>8</w:t>
            </w:r>
          </w:p>
        </w:tc>
      </w:tr>
      <w:tr>
        <w:tc>
          <w:tcPr>
            <w:tcW w:type="dxa" w:w="2880"/>
          </w:tcPr>
          <w:p>
            <w:r>
              <w:t>2025-08-01</w:t>
            </w:r>
          </w:p>
        </w:tc>
        <w:tc>
          <w:tcPr>
            <w:tcW w:type="dxa" w:w="2880"/>
          </w:tcPr>
          <w:p>
            <w:r>
              <w:t>bus</w:t>
            </w:r>
          </w:p>
        </w:tc>
        <w:tc>
          <w:tcPr>
            <w:tcW w:type="dxa" w:w="2880"/>
          </w:tcPr>
          <w:p>
            <w:r>
              <w:t>4</w:t>
            </w:r>
          </w:p>
        </w:tc>
      </w:tr>
      <w:tr>
        <w:tc>
          <w:tcPr>
            <w:tcW w:type="dxa" w:w="2880"/>
          </w:tcPr>
          <w:p>
            <w:r>
              <w:t>2025-08-01</w:t>
            </w:r>
          </w:p>
        </w:tc>
        <w:tc>
          <w:tcPr>
            <w:tcW w:type="dxa" w:w="2880"/>
          </w:tcPr>
          <w:p>
            <w:r>
              <w:t>Other</w:t>
            </w:r>
          </w:p>
        </w:tc>
        <w:tc>
          <w:tcPr>
            <w:tcW w:type="dxa" w:w="2880"/>
          </w:tcPr>
          <w:p>
            <w:r>
              <w:t>5</w:t>
            </w:r>
          </w:p>
        </w:tc>
      </w:tr>
      <w:tr>
        <w:tc>
          <w:tcPr>
            <w:tcW w:type="dxa" w:w="2880"/>
          </w:tcPr>
          <w:p>
            <w:r>
              <w:t>2025-09-01</w:t>
            </w:r>
          </w:p>
        </w:tc>
        <w:tc>
          <w:tcPr>
            <w:tcW w:type="dxa" w:w="2880"/>
          </w:tcPr>
          <w:p>
            <w:r>
              <w:t>motorcycle</w:t>
            </w:r>
          </w:p>
        </w:tc>
        <w:tc>
          <w:tcPr>
            <w:tcW w:type="dxa" w:w="2880"/>
          </w:tcPr>
          <w:p>
            <w:r>
              <w:t>24</w:t>
            </w:r>
          </w:p>
        </w:tc>
      </w:tr>
      <w:tr>
        <w:tc>
          <w:tcPr>
            <w:tcW w:type="dxa" w:w="2880"/>
          </w:tcPr>
          <w:p>
            <w:r>
              <w:t>2025-09-01</w:t>
            </w:r>
          </w:p>
        </w:tc>
        <w:tc>
          <w:tcPr>
            <w:tcW w:type="dxa" w:w="2880"/>
          </w:tcPr>
          <w:p>
            <w:r>
              <w:t>car</w:t>
            </w:r>
          </w:p>
        </w:tc>
        <w:tc>
          <w:tcPr>
            <w:tcW w:type="dxa" w:w="2880"/>
          </w:tcPr>
          <w:p>
            <w:r>
              <w:t>29</w:t>
            </w:r>
          </w:p>
        </w:tc>
      </w:tr>
      <w:tr>
        <w:tc>
          <w:tcPr>
            <w:tcW w:type="dxa" w:w="2880"/>
          </w:tcPr>
          <w:p>
            <w:r>
              <w:t>2025-09-01</w:t>
            </w:r>
          </w:p>
        </w:tc>
        <w:tc>
          <w:tcPr>
            <w:tcW w:type="dxa" w:w="2880"/>
          </w:tcPr>
          <w:p>
            <w:r>
              <w:t>pedestrian</w:t>
            </w:r>
          </w:p>
        </w:tc>
        <w:tc>
          <w:tcPr>
            <w:tcW w:type="dxa" w:w="2880"/>
          </w:tcPr>
          <w:p>
            <w:r>
              <w:t>17</w:t>
            </w:r>
          </w:p>
        </w:tc>
      </w:tr>
      <w:tr>
        <w:tc>
          <w:tcPr>
            <w:tcW w:type="dxa" w:w="2880"/>
          </w:tcPr>
          <w:p>
            <w:r>
              <w:t>2025-09-01</w:t>
            </w:r>
          </w:p>
        </w:tc>
        <w:tc>
          <w:tcPr>
            <w:tcW w:type="dxa" w:w="2880"/>
          </w:tcPr>
          <w:p>
            <w:r>
              <w:t>cyclist</w:t>
            </w:r>
          </w:p>
        </w:tc>
        <w:tc>
          <w:tcPr>
            <w:tcW w:type="dxa" w:w="2880"/>
          </w:tcPr>
          <w:p>
            <w:r>
              <w:t>3</w:t>
            </w:r>
          </w:p>
        </w:tc>
      </w:tr>
      <w:tr>
        <w:tc>
          <w:tcPr>
            <w:tcW w:type="dxa" w:w="2880"/>
          </w:tcPr>
          <w:p>
            <w:r>
              <w:t>2025-09-01</w:t>
            </w:r>
          </w:p>
        </w:tc>
        <w:tc>
          <w:tcPr>
            <w:tcW w:type="dxa" w:w="2880"/>
          </w:tcPr>
          <w:p>
            <w:r>
              <w:t>bus</w:t>
            </w:r>
          </w:p>
        </w:tc>
        <w:tc>
          <w:tcPr>
            <w:tcW w:type="dxa" w:w="2880"/>
          </w:tcPr>
          <w:p>
            <w:r>
              <w:t>2</w:t>
            </w:r>
          </w:p>
        </w:tc>
      </w:tr>
      <w:tr>
        <w:tc>
          <w:tcPr>
            <w:tcW w:type="dxa" w:w="2880"/>
          </w:tcPr>
          <w:p>
            <w:r>
              <w:t>2025-09-01</w:t>
            </w:r>
          </w:p>
        </w:tc>
        <w:tc>
          <w:tcPr>
            <w:tcW w:type="dxa" w:w="2880"/>
          </w:tcPr>
          <w:p>
            <w:r>
              <w:t>Other</w:t>
            </w:r>
          </w:p>
        </w:tc>
        <w:tc>
          <w:tcPr>
            <w:tcW w:type="dxa" w:w="2880"/>
          </w:tcPr>
          <w:p>
            <w:r>
              <w:t>4</w:t>
            </w:r>
          </w:p>
        </w:tc>
      </w:tr>
      <w:tr>
        <w:tc>
          <w:tcPr>
            <w:tcW w:type="dxa" w:w="2880"/>
          </w:tcPr>
          <w:p>
            <w:r>
              <w:t>2025-10-01</w:t>
            </w:r>
          </w:p>
        </w:tc>
        <w:tc>
          <w:tcPr>
            <w:tcW w:type="dxa" w:w="2880"/>
          </w:tcPr>
          <w:p>
            <w:r>
              <w:t>motorcycle</w:t>
            </w:r>
          </w:p>
        </w:tc>
        <w:tc>
          <w:tcPr>
            <w:tcW w:type="dxa" w:w="2880"/>
          </w:tcPr>
          <w:p>
            <w:r>
              <w:t>23</w:t>
            </w:r>
          </w:p>
        </w:tc>
      </w:tr>
      <w:tr>
        <w:tc>
          <w:tcPr>
            <w:tcW w:type="dxa" w:w="2880"/>
          </w:tcPr>
          <w:p>
            <w:r>
              <w:t>2025-10-01</w:t>
            </w:r>
          </w:p>
        </w:tc>
        <w:tc>
          <w:tcPr>
            <w:tcW w:type="dxa" w:w="2880"/>
          </w:tcPr>
          <w:p>
            <w:r>
              <w:t>car</w:t>
            </w:r>
          </w:p>
        </w:tc>
        <w:tc>
          <w:tcPr>
            <w:tcW w:type="dxa" w:w="2880"/>
          </w:tcPr>
          <w:p>
            <w:r>
              <w:t>23</w:t>
            </w:r>
          </w:p>
        </w:tc>
      </w:tr>
      <w:tr>
        <w:tc>
          <w:tcPr>
            <w:tcW w:type="dxa" w:w="2880"/>
          </w:tcPr>
          <w:p>
            <w:r>
              <w:t>2025-10-01</w:t>
            </w:r>
          </w:p>
        </w:tc>
        <w:tc>
          <w:tcPr>
            <w:tcW w:type="dxa" w:w="2880"/>
          </w:tcPr>
          <w:p>
            <w:r>
              <w:t>pedestrian</w:t>
            </w:r>
          </w:p>
        </w:tc>
        <w:tc>
          <w:tcPr>
            <w:tcW w:type="dxa" w:w="2880"/>
          </w:tcPr>
          <w:p>
            <w:r>
              <w:t>14</w:t>
            </w:r>
          </w:p>
        </w:tc>
      </w:tr>
      <w:tr>
        <w:tc>
          <w:tcPr>
            <w:tcW w:type="dxa" w:w="2880"/>
          </w:tcPr>
          <w:p>
            <w:r>
              <w:t>2025-10-01</w:t>
            </w:r>
          </w:p>
        </w:tc>
        <w:tc>
          <w:tcPr>
            <w:tcW w:type="dxa" w:w="2880"/>
          </w:tcPr>
          <w:p>
            <w:r>
              <w:t>cyclist</w:t>
            </w:r>
          </w:p>
        </w:tc>
        <w:tc>
          <w:tcPr>
            <w:tcW w:type="dxa" w:w="2880"/>
          </w:tcPr>
          <w:p>
            <w:r>
              <w:t>6</w:t>
            </w:r>
          </w:p>
        </w:tc>
      </w:tr>
      <w:tr>
        <w:tc>
          <w:tcPr>
            <w:tcW w:type="dxa" w:w="2880"/>
          </w:tcPr>
          <w:p>
            <w:r>
              <w:t>2025-10-01</w:t>
            </w:r>
          </w:p>
        </w:tc>
        <w:tc>
          <w:tcPr>
            <w:tcW w:type="dxa" w:w="2880"/>
          </w:tcPr>
          <w:p>
            <w:r>
              <w:t>bus</w:t>
            </w:r>
          </w:p>
        </w:tc>
        <w:tc>
          <w:tcPr>
            <w:tcW w:type="dxa" w:w="2880"/>
          </w:tcPr>
          <w:p>
            <w:r>
              <w:t>3</w:t>
            </w:r>
          </w:p>
        </w:tc>
      </w:tr>
      <w:tr>
        <w:tc>
          <w:tcPr>
            <w:tcW w:type="dxa" w:w="2880"/>
          </w:tcPr>
          <w:p>
            <w:r>
              <w:t>2025-10-01</w:t>
            </w:r>
          </w:p>
        </w:tc>
        <w:tc>
          <w:tcPr>
            <w:tcW w:type="dxa" w:w="2880"/>
          </w:tcPr>
          <w:p>
            <w:r>
              <w:t>Other</w:t>
            </w:r>
          </w:p>
        </w:tc>
        <w:tc>
          <w:tcPr>
            <w:tcW w:type="dxa" w:w="2880"/>
          </w:tcPr>
          <w:p>
            <w:r>
              <w:t>4</w:t>
            </w:r>
          </w:p>
        </w:tc>
      </w:tr>
      <w:tr>
        <w:tc>
          <w:tcPr>
            <w:tcW w:type="dxa" w:w="2880"/>
          </w:tcPr>
          <w:p>
            <w:r>
              <w:t>2025-11-01</w:t>
            </w:r>
          </w:p>
        </w:tc>
        <w:tc>
          <w:tcPr>
            <w:tcW w:type="dxa" w:w="2880"/>
          </w:tcPr>
          <w:p>
            <w:r>
              <w:t>motorcycle</w:t>
            </w:r>
          </w:p>
        </w:tc>
        <w:tc>
          <w:tcPr>
            <w:tcW w:type="dxa" w:w="2880"/>
          </w:tcPr>
          <w:p>
            <w:r>
              <w:t>35</w:t>
            </w:r>
          </w:p>
        </w:tc>
      </w:tr>
      <w:tr>
        <w:tc>
          <w:tcPr>
            <w:tcW w:type="dxa" w:w="2880"/>
          </w:tcPr>
          <w:p>
            <w:r>
              <w:t>2025-11-01</w:t>
            </w:r>
          </w:p>
        </w:tc>
        <w:tc>
          <w:tcPr>
            <w:tcW w:type="dxa" w:w="2880"/>
          </w:tcPr>
          <w:p>
            <w:r>
              <w:t>car</w:t>
            </w:r>
          </w:p>
        </w:tc>
        <w:tc>
          <w:tcPr>
            <w:tcW w:type="dxa" w:w="2880"/>
          </w:tcPr>
          <w:p>
            <w:r>
              <w:t>35</w:t>
            </w:r>
          </w:p>
        </w:tc>
      </w:tr>
      <w:tr>
        <w:tc>
          <w:tcPr>
            <w:tcW w:type="dxa" w:w="2880"/>
          </w:tcPr>
          <w:p>
            <w:r>
              <w:t>2025-11-01</w:t>
            </w:r>
          </w:p>
        </w:tc>
        <w:tc>
          <w:tcPr>
            <w:tcW w:type="dxa" w:w="2880"/>
          </w:tcPr>
          <w:p>
            <w:r>
              <w:t>pedestrian</w:t>
            </w:r>
          </w:p>
        </w:tc>
        <w:tc>
          <w:tcPr>
            <w:tcW w:type="dxa" w:w="2880"/>
          </w:tcPr>
          <w:p>
            <w:r>
              <w:t>16</w:t>
            </w:r>
          </w:p>
        </w:tc>
      </w:tr>
      <w:tr>
        <w:tc>
          <w:tcPr>
            <w:tcW w:type="dxa" w:w="2880"/>
          </w:tcPr>
          <w:p>
            <w:r>
              <w:t>2025-11-01</w:t>
            </w:r>
          </w:p>
        </w:tc>
        <w:tc>
          <w:tcPr>
            <w:tcW w:type="dxa" w:w="2880"/>
          </w:tcPr>
          <w:p>
            <w:r>
              <w:t>cyclist</w:t>
            </w:r>
          </w:p>
        </w:tc>
        <w:tc>
          <w:tcPr>
            <w:tcW w:type="dxa" w:w="2880"/>
          </w:tcPr>
          <w:p>
            <w:r>
              <w:t>8</w:t>
            </w:r>
          </w:p>
        </w:tc>
      </w:tr>
      <w:tr>
        <w:tc>
          <w:tcPr>
            <w:tcW w:type="dxa" w:w="2880"/>
          </w:tcPr>
          <w:p>
            <w:r>
              <w:t>2025-11-01</w:t>
            </w:r>
          </w:p>
        </w:tc>
        <w:tc>
          <w:tcPr>
            <w:tcW w:type="dxa" w:w="2880"/>
          </w:tcPr>
          <w:p>
            <w:r>
              <w:t>bus</w:t>
            </w:r>
          </w:p>
        </w:tc>
        <w:tc>
          <w:tcPr>
            <w:tcW w:type="dxa" w:w="2880"/>
          </w:tcPr>
          <w:p>
            <w:r>
              <w:t>5</w:t>
            </w:r>
          </w:p>
        </w:tc>
      </w:tr>
      <w:tr>
        <w:tc>
          <w:tcPr>
            <w:tcW w:type="dxa" w:w="2880"/>
          </w:tcPr>
          <w:p>
            <w:r>
              <w:t>2025-11-01</w:t>
            </w:r>
          </w:p>
        </w:tc>
        <w:tc>
          <w:tcPr>
            <w:tcW w:type="dxa" w:w="2880"/>
          </w:tcPr>
          <w:p>
            <w:r>
              <w:t>Other</w:t>
            </w:r>
          </w:p>
        </w:tc>
        <w:tc>
          <w:tcPr>
            <w:tcW w:type="dxa" w:w="2880"/>
          </w:tcPr>
          <w:p>
            <w:r>
              <w:t>5</w:t>
            </w:r>
          </w:p>
        </w:tc>
      </w:tr>
      <w:tr>
        <w:tc>
          <w:tcPr>
            <w:tcW w:type="dxa" w:w="2880"/>
          </w:tcPr>
          <w:p>
            <w:r>
              <w:t>2025-12-01</w:t>
            </w:r>
          </w:p>
        </w:tc>
        <w:tc>
          <w:tcPr>
            <w:tcW w:type="dxa" w:w="2880"/>
          </w:tcPr>
          <w:p>
            <w:r>
              <w:t>motorcycle</w:t>
            </w:r>
          </w:p>
        </w:tc>
        <w:tc>
          <w:tcPr>
            <w:tcW w:type="dxa" w:w="2880"/>
          </w:tcPr>
          <w:p>
            <w:r>
              <w:t>48</w:t>
            </w:r>
          </w:p>
        </w:tc>
      </w:tr>
      <w:tr>
        <w:tc>
          <w:tcPr>
            <w:tcW w:type="dxa" w:w="2880"/>
          </w:tcPr>
          <w:p>
            <w:r>
              <w:t>2025-12-01</w:t>
            </w:r>
          </w:p>
        </w:tc>
        <w:tc>
          <w:tcPr>
            <w:tcW w:type="dxa" w:w="2880"/>
          </w:tcPr>
          <w:p>
            <w:r>
              <w:t>car</w:t>
            </w:r>
          </w:p>
        </w:tc>
        <w:tc>
          <w:tcPr>
            <w:tcW w:type="dxa" w:w="2880"/>
          </w:tcPr>
          <w:p>
            <w:r>
              <w:t>40</w:t>
            </w:r>
          </w:p>
        </w:tc>
      </w:tr>
      <w:tr>
        <w:tc>
          <w:tcPr>
            <w:tcW w:type="dxa" w:w="2880"/>
          </w:tcPr>
          <w:p>
            <w:r>
              <w:t>2025-12-01</w:t>
            </w:r>
          </w:p>
        </w:tc>
        <w:tc>
          <w:tcPr>
            <w:tcW w:type="dxa" w:w="2880"/>
          </w:tcPr>
          <w:p>
            <w:r>
              <w:t>pedestrian</w:t>
            </w:r>
          </w:p>
        </w:tc>
        <w:tc>
          <w:tcPr>
            <w:tcW w:type="dxa" w:w="2880"/>
          </w:tcPr>
          <w:p>
            <w:r>
              <w:t>13</w:t>
            </w:r>
          </w:p>
        </w:tc>
      </w:tr>
      <w:tr>
        <w:tc>
          <w:tcPr>
            <w:tcW w:type="dxa" w:w="2880"/>
          </w:tcPr>
          <w:p>
            <w:r>
              <w:t>2025-12-01</w:t>
            </w:r>
          </w:p>
        </w:tc>
        <w:tc>
          <w:tcPr>
            <w:tcW w:type="dxa" w:w="2880"/>
          </w:tcPr>
          <w:p>
            <w:r>
              <w:t>cyclist</w:t>
            </w:r>
          </w:p>
        </w:tc>
        <w:tc>
          <w:tcPr>
            <w:tcW w:type="dxa" w:w="2880"/>
          </w:tcPr>
          <w:p>
            <w:r>
              <w:t>4</w:t>
            </w:r>
          </w:p>
        </w:tc>
      </w:tr>
      <w:tr>
        <w:tc>
          <w:tcPr>
            <w:tcW w:type="dxa" w:w="2880"/>
          </w:tcPr>
          <w:p>
            <w:r>
              <w:t>2025-12-01</w:t>
            </w:r>
          </w:p>
        </w:tc>
        <w:tc>
          <w:tcPr>
            <w:tcW w:type="dxa" w:w="2880"/>
          </w:tcPr>
          <w:p>
            <w:r>
              <w:t>bus</w:t>
            </w:r>
          </w:p>
        </w:tc>
        <w:tc>
          <w:tcPr>
            <w:tcW w:type="dxa" w:w="2880"/>
          </w:tcPr>
          <w:p>
            <w:r>
              <w:t>10</w:t>
            </w:r>
          </w:p>
        </w:tc>
      </w:tr>
      <w:tr>
        <w:tc>
          <w:tcPr>
            <w:tcW w:type="dxa" w:w="2880"/>
          </w:tcPr>
          <w:p>
            <w:r>
              <w:t>2025-12-01</w:t>
            </w:r>
          </w:p>
        </w:tc>
        <w:tc>
          <w:tcPr>
            <w:tcW w:type="dxa" w:w="2880"/>
          </w:tcPr>
          <w:p>
            <w:r>
              <w:t>Other</w:t>
            </w:r>
          </w:p>
        </w:tc>
        <w:tc>
          <w:tcPr>
            <w:tcW w:type="dxa" w:w="2880"/>
          </w:tcPr>
          <w:p>
            <w:r>
              <w:t>6</w:t>
            </w:r>
          </w:p>
        </w:tc>
      </w:tr>
      <w:tr>
        <w:tc>
          <w:tcPr>
            <w:tcW w:type="dxa" w:w="2880"/>
          </w:tcPr>
          <w:p>
            <w:r>
              <w:t>2026-01-01</w:t>
            </w:r>
          </w:p>
        </w:tc>
        <w:tc>
          <w:tcPr>
            <w:tcW w:type="dxa" w:w="2880"/>
          </w:tcPr>
          <w:p>
            <w:r>
              <w:t>motorcycle</w:t>
            </w:r>
          </w:p>
        </w:tc>
        <w:tc>
          <w:tcPr>
            <w:tcW w:type="dxa" w:w="2880"/>
          </w:tcPr>
          <w:p>
            <w:r>
              <w:t>35</w:t>
            </w:r>
          </w:p>
        </w:tc>
      </w:tr>
      <w:tr>
        <w:tc>
          <w:tcPr>
            <w:tcW w:type="dxa" w:w="2880"/>
          </w:tcPr>
          <w:p>
            <w:r>
              <w:t>2026-01-01</w:t>
            </w:r>
          </w:p>
        </w:tc>
        <w:tc>
          <w:tcPr>
            <w:tcW w:type="dxa" w:w="2880"/>
          </w:tcPr>
          <w:p>
            <w:r>
              <w:t>car</w:t>
            </w:r>
          </w:p>
        </w:tc>
        <w:tc>
          <w:tcPr>
            <w:tcW w:type="dxa" w:w="2880"/>
          </w:tcPr>
          <w:p>
            <w:r>
              <w:t>37</w:t>
            </w:r>
          </w:p>
        </w:tc>
      </w:tr>
      <w:tr>
        <w:tc>
          <w:tcPr>
            <w:tcW w:type="dxa" w:w="2880"/>
          </w:tcPr>
          <w:p>
            <w:r>
              <w:t>2026-01-01</w:t>
            </w:r>
          </w:p>
        </w:tc>
        <w:tc>
          <w:tcPr>
            <w:tcW w:type="dxa" w:w="2880"/>
          </w:tcPr>
          <w:p>
            <w:r>
              <w:t>pedestrian</w:t>
            </w:r>
          </w:p>
        </w:tc>
        <w:tc>
          <w:tcPr>
            <w:tcW w:type="dxa" w:w="2880"/>
          </w:tcPr>
          <w:p>
            <w:r>
              <w:t>18</w:t>
            </w:r>
          </w:p>
        </w:tc>
      </w:tr>
      <w:tr>
        <w:tc>
          <w:tcPr>
            <w:tcW w:type="dxa" w:w="2880"/>
          </w:tcPr>
          <w:p>
            <w:r>
              <w:t>2026-01-01</w:t>
            </w:r>
          </w:p>
        </w:tc>
        <w:tc>
          <w:tcPr>
            <w:tcW w:type="dxa" w:w="2880"/>
          </w:tcPr>
          <w:p>
            <w:r>
              <w:t>cyclist</w:t>
            </w:r>
          </w:p>
        </w:tc>
        <w:tc>
          <w:tcPr>
            <w:tcW w:type="dxa" w:w="2880"/>
          </w:tcPr>
          <w:p>
            <w:r>
              <w:t>8</w:t>
            </w:r>
          </w:p>
        </w:tc>
      </w:tr>
      <w:tr>
        <w:tc>
          <w:tcPr>
            <w:tcW w:type="dxa" w:w="2880"/>
          </w:tcPr>
          <w:p>
            <w:r>
              <w:t>2026-01-01</w:t>
            </w:r>
          </w:p>
        </w:tc>
        <w:tc>
          <w:tcPr>
            <w:tcW w:type="dxa" w:w="2880"/>
          </w:tcPr>
          <w:p>
            <w:r>
              <w:t>bus</w:t>
            </w:r>
          </w:p>
        </w:tc>
        <w:tc>
          <w:tcPr>
            <w:tcW w:type="dxa" w:w="2880"/>
          </w:tcPr>
          <w:p>
            <w:r>
              <w:t>10</w:t>
            </w:r>
          </w:p>
        </w:tc>
      </w:tr>
      <w:tr>
        <w:tc>
          <w:tcPr>
            <w:tcW w:type="dxa" w:w="2880"/>
          </w:tcPr>
          <w:p>
            <w:r>
              <w:t>2026-01-01</w:t>
            </w:r>
          </w:p>
        </w:tc>
        <w:tc>
          <w:tcPr>
            <w:tcW w:type="dxa" w:w="2880"/>
          </w:tcPr>
          <w:p>
            <w:r>
              <w:t>Other</w:t>
            </w:r>
          </w:p>
        </w:tc>
        <w:tc>
          <w:tcPr>
            <w:tcW w:type="dxa" w:w="2880"/>
          </w:tcPr>
          <w:p>
            <w:r>
              <w:t>4</w:t>
            </w:r>
          </w:p>
        </w:tc>
      </w:tr>
      <w:tr>
        <w:tc>
          <w:tcPr>
            <w:tcW w:type="dxa" w:w="2880"/>
          </w:tcPr>
          <w:p>
            <w:r>
              <w:t>2026-02-01</w:t>
            </w:r>
          </w:p>
        </w:tc>
        <w:tc>
          <w:tcPr>
            <w:tcW w:type="dxa" w:w="2880"/>
          </w:tcPr>
          <w:p>
            <w:r>
              <w:t>motorcycle</w:t>
            </w:r>
          </w:p>
        </w:tc>
        <w:tc>
          <w:tcPr>
            <w:tcW w:type="dxa" w:w="2880"/>
          </w:tcPr>
          <w:p>
            <w:r>
              <w:t>28</w:t>
            </w:r>
          </w:p>
        </w:tc>
      </w:tr>
      <w:tr>
        <w:tc>
          <w:tcPr>
            <w:tcW w:type="dxa" w:w="2880"/>
          </w:tcPr>
          <w:p>
            <w:r>
              <w:t>2026-02-01</w:t>
            </w:r>
          </w:p>
        </w:tc>
        <w:tc>
          <w:tcPr>
            <w:tcW w:type="dxa" w:w="2880"/>
          </w:tcPr>
          <w:p>
            <w:r>
              <w:t>car</w:t>
            </w:r>
          </w:p>
        </w:tc>
        <w:tc>
          <w:tcPr>
            <w:tcW w:type="dxa" w:w="2880"/>
          </w:tcPr>
          <w:p>
            <w:r>
              <w:t>32</w:t>
            </w:r>
          </w:p>
        </w:tc>
      </w:tr>
      <w:tr>
        <w:tc>
          <w:tcPr>
            <w:tcW w:type="dxa" w:w="2880"/>
          </w:tcPr>
          <w:p>
            <w:r>
              <w:t>2026-02-01</w:t>
            </w:r>
          </w:p>
        </w:tc>
        <w:tc>
          <w:tcPr>
            <w:tcW w:type="dxa" w:w="2880"/>
          </w:tcPr>
          <w:p>
            <w:r>
              <w:t>pedestrian</w:t>
            </w:r>
          </w:p>
        </w:tc>
        <w:tc>
          <w:tcPr>
            <w:tcW w:type="dxa" w:w="2880"/>
          </w:tcPr>
          <w:p>
            <w:r>
              <w:t>17</w:t>
            </w:r>
          </w:p>
        </w:tc>
      </w:tr>
      <w:tr>
        <w:tc>
          <w:tcPr>
            <w:tcW w:type="dxa" w:w="2880"/>
          </w:tcPr>
          <w:p>
            <w:r>
              <w:t>2026-02-01</w:t>
            </w:r>
          </w:p>
        </w:tc>
        <w:tc>
          <w:tcPr>
            <w:tcW w:type="dxa" w:w="2880"/>
          </w:tcPr>
          <w:p>
            <w:r>
              <w:t>cyclist</w:t>
            </w:r>
          </w:p>
        </w:tc>
        <w:tc>
          <w:tcPr>
            <w:tcW w:type="dxa" w:w="2880"/>
          </w:tcPr>
          <w:p>
            <w:r>
              <w:t>5</w:t>
            </w:r>
          </w:p>
        </w:tc>
      </w:tr>
      <w:tr>
        <w:tc>
          <w:tcPr>
            <w:tcW w:type="dxa" w:w="2880"/>
          </w:tcPr>
          <w:p>
            <w:r>
              <w:t>2026-02-01</w:t>
            </w:r>
          </w:p>
        </w:tc>
        <w:tc>
          <w:tcPr>
            <w:tcW w:type="dxa" w:w="2880"/>
          </w:tcPr>
          <w:p>
            <w:r>
              <w:t>bus</w:t>
            </w:r>
          </w:p>
        </w:tc>
        <w:tc>
          <w:tcPr>
            <w:tcW w:type="dxa" w:w="2880"/>
          </w:tcPr>
          <w:p>
            <w:r>
              <w:t>4</w:t>
            </w:r>
          </w:p>
        </w:tc>
      </w:tr>
      <w:tr>
        <w:tc>
          <w:tcPr>
            <w:tcW w:type="dxa" w:w="2880"/>
          </w:tcPr>
          <w:p>
            <w:r>
              <w:t>2026-02-01</w:t>
            </w:r>
          </w:p>
        </w:tc>
        <w:tc>
          <w:tcPr>
            <w:tcW w:type="dxa" w:w="2880"/>
          </w:tcPr>
          <w:p>
            <w:r>
              <w:t>Other</w:t>
            </w:r>
          </w:p>
        </w:tc>
        <w:tc>
          <w:tcPr>
            <w:tcW w:type="dxa" w:w="2880"/>
          </w:tcPr>
          <w:p>
            <w:r>
              <w:t>8</w:t>
            </w:r>
          </w:p>
        </w:tc>
      </w:tr>
      <w:tr>
        <w:tc>
          <w:tcPr>
            <w:tcW w:type="dxa" w:w="2880"/>
          </w:tcPr>
          <w:p>
            <w:r>
              <w:t>2026-03-01</w:t>
            </w:r>
          </w:p>
        </w:tc>
        <w:tc>
          <w:tcPr>
            <w:tcW w:type="dxa" w:w="2880"/>
          </w:tcPr>
          <w:p>
            <w:r>
              <w:t>motorcycle</w:t>
            </w:r>
          </w:p>
        </w:tc>
        <w:tc>
          <w:tcPr>
            <w:tcW w:type="dxa" w:w="2880"/>
          </w:tcPr>
          <w:p>
            <w:r>
              <w:t>38</w:t>
            </w:r>
          </w:p>
        </w:tc>
      </w:tr>
      <w:tr>
        <w:tc>
          <w:tcPr>
            <w:tcW w:type="dxa" w:w="2880"/>
          </w:tcPr>
          <w:p>
            <w:r>
              <w:t>2026-03-01</w:t>
            </w:r>
          </w:p>
        </w:tc>
        <w:tc>
          <w:tcPr>
            <w:tcW w:type="dxa" w:w="2880"/>
          </w:tcPr>
          <w:p>
            <w:r>
              <w:t>car</w:t>
            </w:r>
          </w:p>
        </w:tc>
        <w:tc>
          <w:tcPr>
            <w:tcW w:type="dxa" w:w="2880"/>
          </w:tcPr>
          <w:p>
            <w:r>
              <w:t>32</w:t>
            </w:r>
          </w:p>
        </w:tc>
      </w:tr>
      <w:tr>
        <w:tc>
          <w:tcPr>
            <w:tcW w:type="dxa" w:w="2880"/>
          </w:tcPr>
          <w:p>
            <w:r>
              <w:t>2026-03-01</w:t>
            </w:r>
          </w:p>
        </w:tc>
        <w:tc>
          <w:tcPr>
            <w:tcW w:type="dxa" w:w="2880"/>
          </w:tcPr>
          <w:p>
            <w:r>
              <w:t>pedestrian</w:t>
            </w:r>
          </w:p>
        </w:tc>
        <w:tc>
          <w:tcPr>
            <w:tcW w:type="dxa" w:w="2880"/>
          </w:tcPr>
          <w:p>
            <w:r>
              <w:t>15</w:t>
            </w:r>
          </w:p>
        </w:tc>
      </w:tr>
      <w:tr>
        <w:tc>
          <w:tcPr>
            <w:tcW w:type="dxa" w:w="2880"/>
          </w:tcPr>
          <w:p>
            <w:r>
              <w:t>2026-03-01</w:t>
            </w:r>
          </w:p>
        </w:tc>
        <w:tc>
          <w:tcPr>
            <w:tcW w:type="dxa" w:w="2880"/>
          </w:tcPr>
          <w:p>
            <w:r>
              <w:t>cyclist</w:t>
            </w:r>
          </w:p>
        </w:tc>
        <w:tc>
          <w:tcPr>
            <w:tcW w:type="dxa" w:w="2880"/>
          </w:tcPr>
          <w:p>
            <w:r>
              <w:t>7</w:t>
            </w:r>
          </w:p>
        </w:tc>
      </w:tr>
      <w:tr>
        <w:tc>
          <w:tcPr>
            <w:tcW w:type="dxa" w:w="2880"/>
          </w:tcPr>
          <w:p>
            <w:r>
              <w:t>2026-03-01</w:t>
            </w:r>
          </w:p>
        </w:tc>
        <w:tc>
          <w:tcPr>
            <w:tcW w:type="dxa" w:w="2880"/>
          </w:tcPr>
          <w:p>
            <w:r>
              <w:t>bus</w:t>
            </w:r>
          </w:p>
        </w:tc>
        <w:tc>
          <w:tcPr>
            <w:tcW w:type="dxa" w:w="2880"/>
          </w:tcPr>
          <w:p>
            <w:r>
              <w:t>6</w:t>
            </w:r>
          </w:p>
        </w:tc>
      </w:tr>
      <w:tr>
        <w:tc>
          <w:tcPr>
            <w:tcW w:type="dxa" w:w="2880"/>
          </w:tcPr>
          <w:p>
            <w:r>
              <w:t>2026-03-01</w:t>
            </w:r>
          </w:p>
        </w:tc>
        <w:tc>
          <w:tcPr>
            <w:tcW w:type="dxa" w:w="2880"/>
          </w:tcPr>
          <w:p>
            <w:r>
              <w:t>Other</w:t>
            </w:r>
          </w:p>
        </w:tc>
        <w:tc>
          <w:tcPr>
            <w:tcW w:type="dxa" w:w="2880"/>
          </w:tcPr>
          <w:p>
            <w:r>
              <w:t>0</w:t>
            </w:r>
          </w:p>
        </w:tc>
      </w:tr>
      <w:tr>
        <w:tc>
          <w:tcPr>
            <w:tcW w:type="dxa" w:w="2880"/>
          </w:tcPr>
          <w:p>
            <w:r>
              <w:t>2026-04-01</w:t>
            </w:r>
          </w:p>
        </w:tc>
        <w:tc>
          <w:tcPr>
            <w:tcW w:type="dxa" w:w="2880"/>
          </w:tcPr>
          <w:p>
            <w:r>
              <w:t>motorcycle</w:t>
            </w:r>
          </w:p>
        </w:tc>
        <w:tc>
          <w:tcPr>
            <w:tcW w:type="dxa" w:w="2880"/>
          </w:tcPr>
          <w:p>
            <w:r>
              <w:t>24</w:t>
            </w:r>
          </w:p>
        </w:tc>
      </w:tr>
      <w:tr>
        <w:tc>
          <w:tcPr>
            <w:tcW w:type="dxa" w:w="2880"/>
          </w:tcPr>
          <w:p>
            <w:r>
              <w:t>2026-04-01</w:t>
            </w:r>
          </w:p>
        </w:tc>
        <w:tc>
          <w:tcPr>
            <w:tcW w:type="dxa" w:w="2880"/>
          </w:tcPr>
          <w:p>
            <w:r>
              <w:t>car</w:t>
            </w:r>
          </w:p>
        </w:tc>
        <w:tc>
          <w:tcPr>
            <w:tcW w:type="dxa" w:w="2880"/>
          </w:tcPr>
          <w:p>
            <w:r>
              <w:t>27</w:t>
            </w:r>
          </w:p>
        </w:tc>
      </w:tr>
      <w:tr>
        <w:tc>
          <w:tcPr>
            <w:tcW w:type="dxa" w:w="2880"/>
          </w:tcPr>
          <w:p>
            <w:r>
              <w:t>2026-04-01</w:t>
            </w:r>
          </w:p>
        </w:tc>
        <w:tc>
          <w:tcPr>
            <w:tcW w:type="dxa" w:w="2880"/>
          </w:tcPr>
          <w:p>
            <w:r>
              <w:t>pedestrian</w:t>
            </w:r>
          </w:p>
        </w:tc>
        <w:tc>
          <w:tcPr>
            <w:tcW w:type="dxa" w:w="2880"/>
          </w:tcPr>
          <w:p>
            <w:r>
              <w:t>16</w:t>
            </w:r>
          </w:p>
        </w:tc>
      </w:tr>
      <w:tr>
        <w:tc>
          <w:tcPr>
            <w:tcW w:type="dxa" w:w="2880"/>
          </w:tcPr>
          <w:p>
            <w:r>
              <w:t>2026-04-01</w:t>
            </w:r>
          </w:p>
        </w:tc>
        <w:tc>
          <w:tcPr>
            <w:tcW w:type="dxa" w:w="2880"/>
          </w:tcPr>
          <w:p>
            <w:r>
              <w:t>cyclist</w:t>
            </w:r>
          </w:p>
        </w:tc>
        <w:tc>
          <w:tcPr>
            <w:tcW w:type="dxa" w:w="2880"/>
          </w:tcPr>
          <w:p>
            <w:r>
              <w:t>2</w:t>
            </w:r>
          </w:p>
        </w:tc>
      </w:tr>
      <w:tr>
        <w:tc>
          <w:tcPr>
            <w:tcW w:type="dxa" w:w="2880"/>
          </w:tcPr>
          <w:p>
            <w:r>
              <w:t>2026-04-01</w:t>
            </w:r>
          </w:p>
        </w:tc>
        <w:tc>
          <w:tcPr>
            <w:tcW w:type="dxa" w:w="2880"/>
          </w:tcPr>
          <w:p>
            <w:r>
              <w:t>bus</w:t>
            </w:r>
          </w:p>
        </w:tc>
        <w:tc>
          <w:tcPr>
            <w:tcW w:type="dxa" w:w="2880"/>
          </w:tcPr>
          <w:p>
            <w:r>
              <w:t>4</w:t>
            </w:r>
          </w:p>
        </w:tc>
      </w:tr>
      <w:tr>
        <w:tc>
          <w:tcPr>
            <w:tcW w:type="dxa" w:w="2880"/>
          </w:tcPr>
          <w:p>
            <w:r>
              <w:t>2026-04-01</w:t>
            </w:r>
          </w:p>
        </w:tc>
        <w:tc>
          <w:tcPr>
            <w:tcW w:type="dxa" w:w="2880"/>
          </w:tcPr>
          <w:p>
            <w:r>
              <w:t>Other</w:t>
            </w:r>
          </w:p>
        </w:tc>
        <w:tc>
          <w:tcPr>
            <w:tcW w:type="dxa" w:w="2880"/>
          </w:tcPr>
          <w:p>
            <w:r>
              <w:t>1</w:t>
            </w:r>
          </w:p>
        </w:tc>
      </w:tr>
      <w:tr>
        <w:tc>
          <w:tcPr>
            <w:tcW w:type="dxa" w:w="2880"/>
          </w:tcPr>
          <w:p>
            <w:r>
              <w:t>2026-05-01</w:t>
            </w:r>
          </w:p>
        </w:tc>
        <w:tc>
          <w:tcPr>
            <w:tcW w:type="dxa" w:w="2880"/>
          </w:tcPr>
          <w:p>
            <w:r>
              <w:t>motorcycle</w:t>
            </w:r>
          </w:p>
        </w:tc>
        <w:tc>
          <w:tcPr>
            <w:tcW w:type="dxa" w:w="2880"/>
          </w:tcPr>
          <w:p>
            <w:r>
              <w:t>27</w:t>
            </w:r>
          </w:p>
        </w:tc>
      </w:tr>
      <w:tr>
        <w:tc>
          <w:tcPr>
            <w:tcW w:type="dxa" w:w="2880"/>
          </w:tcPr>
          <w:p>
            <w:r>
              <w:t>2026-05-01</w:t>
            </w:r>
          </w:p>
        </w:tc>
        <w:tc>
          <w:tcPr>
            <w:tcW w:type="dxa" w:w="2880"/>
          </w:tcPr>
          <w:p>
            <w:r>
              <w:t>car</w:t>
            </w:r>
          </w:p>
        </w:tc>
        <w:tc>
          <w:tcPr>
            <w:tcW w:type="dxa" w:w="2880"/>
          </w:tcPr>
          <w:p>
            <w:r>
              <w:t>31</w:t>
            </w:r>
          </w:p>
        </w:tc>
      </w:tr>
      <w:tr>
        <w:tc>
          <w:tcPr>
            <w:tcW w:type="dxa" w:w="2880"/>
          </w:tcPr>
          <w:p>
            <w:r>
              <w:t>2026-05-01</w:t>
            </w:r>
          </w:p>
        </w:tc>
        <w:tc>
          <w:tcPr>
            <w:tcW w:type="dxa" w:w="2880"/>
          </w:tcPr>
          <w:p>
            <w:r>
              <w:t>pedestrian</w:t>
            </w:r>
          </w:p>
        </w:tc>
        <w:tc>
          <w:tcPr>
            <w:tcW w:type="dxa" w:w="2880"/>
          </w:tcPr>
          <w:p>
            <w:r>
              <w:t>9</w:t>
            </w:r>
          </w:p>
        </w:tc>
      </w:tr>
      <w:tr>
        <w:tc>
          <w:tcPr>
            <w:tcW w:type="dxa" w:w="2880"/>
          </w:tcPr>
          <w:p>
            <w:r>
              <w:t>2026-05-01</w:t>
            </w:r>
          </w:p>
        </w:tc>
        <w:tc>
          <w:tcPr>
            <w:tcW w:type="dxa" w:w="2880"/>
          </w:tcPr>
          <w:p>
            <w:r>
              <w:t>cyclist</w:t>
            </w:r>
          </w:p>
        </w:tc>
        <w:tc>
          <w:tcPr>
            <w:tcW w:type="dxa" w:w="2880"/>
          </w:tcPr>
          <w:p>
            <w:r>
              <w:t>4</w:t>
            </w:r>
          </w:p>
        </w:tc>
      </w:tr>
      <w:tr>
        <w:tc>
          <w:tcPr>
            <w:tcW w:type="dxa" w:w="2880"/>
          </w:tcPr>
          <w:p>
            <w:r>
              <w:t>2026-05-01</w:t>
            </w:r>
          </w:p>
        </w:tc>
        <w:tc>
          <w:tcPr>
            <w:tcW w:type="dxa" w:w="2880"/>
          </w:tcPr>
          <w:p>
            <w:r>
              <w:t>bus</w:t>
            </w:r>
          </w:p>
        </w:tc>
        <w:tc>
          <w:tcPr>
            <w:tcW w:type="dxa" w:w="2880"/>
          </w:tcPr>
          <w:p>
            <w:r>
              <w:t>4</w:t>
            </w:r>
          </w:p>
        </w:tc>
      </w:tr>
      <w:tr>
        <w:tc>
          <w:tcPr>
            <w:tcW w:type="dxa" w:w="2880"/>
          </w:tcPr>
          <w:p>
            <w:r>
              <w:t>2026-05-01</w:t>
            </w:r>
          </w:p>
        </w:tc>
        <w:tc>
          <w:tcPr>
            <w:tcW w:type="dxa" w:w="2880"/>
          </w:tcPr>
          <w:p>
            <w:r>
              <w:t>Other</w:t>
            </w:r>
          </w:p>
        </w:tc>
        <w:tc>
          <w:tcPr>
            <w:tcW w:type="dxa" w:w="2880"/>
          </w:tcPr>
          <w:p>
            <w:r>
              <w:t>2</w:t>
            </w:r>
          </w:p>
        </w:tc>
      </w:tr>
      <w:tr>
        <w:tc>
          <w:tcPr>
            <w:tcW w:type="dxa" w:w="2880"/>
          </w:tcPr>
          <w:p>
            <w:r>
              <w:t>2026-06-01</w:t>
            </w:r>
          </w:p>
        </w:tc>
        <w:tc>
          <w:tcPr>
            <w:tcW w:type="dxa" w:w="2880"/>
          </w:tcPr>
          <w:p>
            <w:r>
              <w:t>motorcycle</w:t>
            </w:r>
          </w:p>
        </w:tc>
        <w:tc>
          <w:tcPr>
            <w:tcW w:type="dxa" w:w="2880"/>
          </w:tcPr>
          <w:p>
            <w:r>
              <w:t>27</w:t>
            </w:r>
          </w:p>
        </w:tc>
      </w:tr>
      <w:tr>
        <w:tc>
          <w:tcPr>
            <w:tcW w:type="dxa" w:w="2880"/>
          </w:tcPr>
          <w:p>
            <w:r>
              <w:t>2026-06-01</w:t>
            </w:r>
          </w:p>
        </w:tc>
        <w:tc>
          <w:tcPr>
            <w:tcW w:type="dxa" w:w="2880"/>
          </w:tcPr>
          <w:p>
            <w:r>
              <w:t>car</w:t>
            </w:r>
          </w:p>
        </w:tc>
        <w:tc>
          <w:tcPr>
            <w:tcW w:type="dxa" w:w="2880"/>
          </w:tcPr>
          <w:p>
            <w:r>
              <w:t>26</w:t>
            </w:r>
          </w:p>
        </w:tc>
      </w:tr>
      <w:tr>
        <w:tc>
          <w:tcPr>
            <w:tcW w:type="dxa" w:w="2880"/>
          </w:tcPr>
          <w:p>
            <w:r>
              <w:t>2026-06-01</w:t>
            </w:r>
          </w:p>
        </w:tc>
        <w:tc>
          <w:tcPr>
            <w:tcW w:type="dxa" w:w="2880"/>
          </w:tcPr>
          <w:p>
            <w:r>
              <w:t>pedestrian</w:t>
            </w:r>
          </w:p>
        </w:tc>
        <w:tc>
          <w:tcPr>
            <w:tcW w:type="dxa" w:w="2880"/>
          </w:tcPr>
          <w:p>
            <w:r>
              <w:t>10</w:t>
            </w:r>
          </w:p>
        </w:tc>
      </w:tr>
      <w:tr>
        <w:tc>
          <w:tcPr>
            <w:tcW w:type="dxa" w:w="2880"/>
          </w:tcPr>
          <w:p>
            <w:r>
              <w:t>2026-06-01</w:t>
            </w:r>
          </w:p>
        </w:tc>
        <w:tc>
          <w:tcPr>
            <w:tcW w:type="dxa" w:w="2880"/>
          </w:tcPr>
          <w:p>
            <w:r>
              <w:t>cyclist</w:t>
            </w:r>
          </w:p>
        </w:tc>
        <w:tc>
          <w:tcPr>
            <w:tcW w:type="dxa" w:w="2880"/>
          </w:tcPr>
          <w:p>
            <w:r>
              <w:t>3</w:t>
            </w:r>
          </w:p>
        </w:tc>
      </w:tr>
      <w:tr>
        <w:tc>
          <w:tcPr>
            <w:tcW w:type="dxa" w:w="2880"/>
          </w:tcPr>
          <w:p>
            <w:r>
              <w:t>2026-06-01</w:t>
            </w:r>
          </w:p>
        </w:tc>
        <w:tc>
          <w:tcPr>
            <w:tcW w:type="dxa" w:w="2880"/>
          </w:tcPr>
          <w:p>
            <w:r>
              <w:t>bus</w:t>
            </w:r>
          </w:p>
        </w:tc>
        <w:tc>
          <w:tcPr>
            <w:tcW w:type="dxa" w:w="2880"/>
          </w:tcPr>
          <w:p>
            <w:r>
              <w:t>3</w:t>
            </w:r>
          </w:p>
        </w:tc>
      </w:tr>
      <w:tr>
        <w:tc>
          <w:tcPr>
            <w:tcW w:type="dxa" w:w="2880"/>
          </w:tcPr>
          <w:p>
            <w:r>
              <w:t>2026-06-01</w:t>
            </w:r>
          </w:p>
        </w:tc>
        <w:tc>
          <w:tcPr>
            <w:tcW w:type="dxa" w:w="2880"/>
          </w:tcPr>
          <w:p>
            <w:r>
              <w:t>Other</w:t>
            </w:r>
          </w:p>
        </w:tc>
        <w:tc>
          <w:tcPr>
            <w:tcW w:type="dxa" w:w="2880"/>
          </w:tcPr>
          <w:p>
            <w:r>
              <w:t>3</w:t>
            </w:r>
          </w:p>
        </w:tc>
      </w:tr>
      <w:tr>
        <w:tc>
          <w:tcPr>
            <w:tcW w:type="dxa" w:w="2880"/>
          </w:tcPr>
          <w:p>
            <w:r>
              <w:t>2026-07-01</w:t>
            </w:r>
          </w:p>
        </w:tc>
        <w:tc>
          <w:tcPr>
            <w:tcW w:type="dxa" w:w="2880"/>
          </w:tcPr>
          <w:p>
            <w:r>
              <w:t>motorcycle</w:t>
            </w:r>
          </w:p>
        </w:tc>
        <w:tc>
          <w:tcPr>
            <w:tcW w:type="dxa" w:w="2880"/>
          </w:tcPr>
          <w:p>
            <w:r>
              <w:t>32</w:t>
            </w:r>
          </w:p>
        </w:tc>
      </w:tr>
      <w:tr>
        <w:tc>
          <w:tcPr>
            <w:tcW w:type="dxa" w:w="2880"/>
          </w:tcPr>
          <w:p>
            <w:r>
              <w:t>2026-07-01</w:t>
            </w:r>
          </w:p>
        </w:tc>
        <w:tc>
          <w:tcPr>
            <w:tcW w:type="dxa" w:w="2880"/>
          </w:tcPr>
          <w:p>
            <w:r>
              <w:t>car</w:t>
            </w:r>
          </w:p>
        </w:tc>
        <w:tc>
          <w:tcPr>
            <w:tcW w:type="dxa" w:w="2880"/>
          </w:tcPr>
          <w:p>
            <w:r>
              <w:t>23</w:t>
            </w:r>
          </w:p>
        </w:tc>
      </w:tr>
      <w:tr>
        <w:tc>
          <w:tcPr>
            <w:tcW w:type="dxa" w:w="2880"/>
          </w:tcPr>
          <w:p>
            <w:r>
              <w:t>2026-07-01</w:t>
            </w:r>
          </w:p>
        </w:tc>
        <w:tc>
          <w:tcPr>
            <w:tcW w:type="dxa" w:w="2880"/>
          </w:tcPr>
          <w:p>
            <w:r>
              <w:t>pedestrian</w:t>
            </w:r>
          </w:p>
        </w:tc>
        <w:tc>
          <w:tcPr>
            <w:tcW w:type="dxa" w:w="2880"/>
          </w:tcPr>
          <w:p>
            <w:r>
              <w:t>6</w:t>
            </w:r>
          </w:p>
        </w:tc>
      </w:tr>
      <w:tr>
        <w:tc>
          <w:tcPr>
            <w:tcW w:type="dxa" w:w="2880"/>
          </w:tcPr>
          <w:p>
            <w:r>
              <w:t>2026-07-01</w:t>
            </w:r>
          </w:p>
        </w:tc>
        <w:tc>
          <w:tcPr>
            <w:tcW w:type="dxa" w:w="2880"/>
          </w:tcPr>
          <w:p>
            <w:r>
              <w:t>cyclist</w:t>
            </w:r>
          </w:p>
        </w:tc>
        <w:tc>
          <w:tcPr>
            <w:tcW w:type="dxa" w:w="2880"/>
          </w:tcPr>
          <w:p>
            <w:r>
              <w:t>5</w:t>
            </w:r>
          </w:p>
        </w:tc>
      </w:tr>
      <w:tr>
        <w:tc>
          <w:tcPr>
            <w:tcW w:type="dxa" w:w="2880"/>
          </w:tcPr>
          <w:p>
            <w:r>
              <w:t>2026-07-01</w:t>
            </w:r>
          </w:p>
        </w:tc>
        <w:tc>
          <w:tcPr>
            <w:tcW w:type="dxa" w:w="2880"/>
          </w:tcPr>
          <w:p>
            <w:r>
              <w:t>bus</w:t>
            </w:r>
          </w:p>
        </w:tc>
        <w:tc>
          <w:tcPr>
            <w:tcW w:type="dxa" w:w="2880"/>
          </w:tcPr>
          <w:p>
            <w:r>
              <w:t>2</w:t>
            </w:r>
          </w:p>
        </w:tc>
      </w:tr>
      <w:tr>
        <w:tc>
          <w:tcPr>
            <w:tcW w:type="dxa" w:w="2880"/>
          </w:tcPr>
          <w:p>
            <w:r>
              <w:t>2026-07-01</w:t>
            </w:r>
          </w:p>
        </w:tc>
        <w:tc>
          <w:tcPr>
            <w:tcW w:type="dxa" w:w="2880"/>
          </w:tcPr>
          <w:p>
            <w:r>
              <w:t>Other</w:t>
            </w:r>
          </w:p>
        </w:tc>
        <w:tc>
          <w:tcPr>
            <w:tcW w:type="dxa" w:w="2880"/>
          </w:tcPr>
          <w:p>
            <w:r>
              <w:t>3</w:t>
            </w:r>
          </w:p>
        </w:tc>
      </w:tr>
      <w:tr>
        <w:tc>
          <w:tcPr>
            <w:tcW w:type="dxa" w:w="2880"/>
          </w:tcPr>
          <w:p>
            <w:r>
              <w:t>2026-08-01</w:t>
            </w:r>
          </w:p>
        </w:tc>
        <w:tc>
          <w:tcPr>
            <w:tcW w:type="dxa" w:w="2880"/>
          </w:tcPr>
          <w:p>
            <w:r>
              <w:t>motorcycle</w:t>
            </w:r>
          </w:p>
        </w:tc>
        <w:tc>
          <w:tcPr>
            <w:tcW w:type="dxa" w:w="2880"/>
          </w:tcPr>
          <w:p>
            <w:r>
              <w:t>35</w:t>
            </w:r>
          </w:p>
        </w:tc>
      </w:tr>
      <w:tr>
        <w:tc>
          <w:tcPr>
            <w:tcW w:type="dxa" w:w="2880"/>
          </w:tcPr>
          <w:p>
            <w:r>
              <w:t>2026-08-01</w:t>
            </w:r>
          </w:p>
        </w:tc>
        <w:tc>
          <w:tcPr>
            <w:tcW w:type="dxa" w:w="2880"/>
          </w:tcPr>
          <w:p>
            <w:r>
              <w:t>car</w:t>
            </w:r>
          </w:p>
        </w:tc>
        <w:tc>
          <w:tcPr>
            <w:tcW w:type="dxa" w:w="2880"/>
          </w:tcPr>
          <w:p>
            <w:r>
              <w:t>27</w:t>
            </w:r>
          </w:p>
        </w:tc>
      </w:tr>
      <w:tr>
        <w:tc>
          <w:tcPr>
            <w:tcW w:type="dxa" w:w="2880"/>
          </w:tcPr>
          <w:p>
            <w:r>
              <w:t>2026-08-01</w:t>
            </w:r>
          </w:p>
        </w:tc>
        <w:tc>
          <w:tcPr>
            <w:tcW w:type="dxa" w:w="2880"/>
          </w:tcPr>
          <w:p>
            <w:r>
              <w:t>pedestrian</w:t>
            </w:r>
          </w:p>
        </w:tc>
        <w:tc>
          <w:tcPr>
            <w:tcW w:type="dxa" w:w="2880"/>
          </w:tcPr>
          <w:p>
            <w:r>
              <w:t>14</w:t>
            </w:r>
          </w:p>
        </w:tc>
      </w:tr>
      <w:tr>
        <w:tc>
          <w:tcPr>
            <w:tcW w:type="dxa" w:w="2880"/>
          </w:tcPr>
          <w:p>
            <w:r>
              <w:t>2026-08-01</w:t>
            </w:r>
          </w:p>
        </w:tc>
        <w:tc>
          <w:tcPr>
            <w:tcW w:type="dxa" w:w="2880"/>
          </w:tcPr>
          <w:p>
            <w:r>
              <w:t>cyclist</w:t>
            </w:r>
          </w:p>
        </w:tc>
        <w:tc>
          <w:tcPr>
            <w:tcW w:type="dxa" w:w="2880"/>
          </w:tcPr>
          <w:p>
            <w:r>
              <w:t>5</w:t>
            </w:r>
          </w:p>
        </w:tc>
      </w:tr>
      <w:tr>
        <w:tc>
          <w:tcPr>
            <w:tcW w:type="dxa" w:w="2880"/>
          </w:tcPr>
          <w:p>
            <w:r>
              <w:t>2026-08-01</w:t>
            </w:r>
          </w:p>
        </w:tc>
        <w:tc>
          <w:tcPr>
            <w:tcW w:type="dxa" w:w="2880"/>
          </w:tcPr>
          <w:p>
            <w:r>
              <w:t>bus</w:t>
            </w:r>
          </w:p>
        </w:tc>
        <w:tc>
          <w:tcPr>
            <w:tcW w:type="dxa" w:w="2880"/>
          </w:tcPr>
          <w:p>
            <w:r>
              <w:t>7</w:t>
            </w:r>
          </w:p>
        </w:tc>
      </w:tr>
      <w:tr>
        <w:tc>
          <w:tcPr>
            <w:tcW w:type="dxa" w:w="2880"/>
          </w:tcPr>
          <w:p>
            <w:r>
              <w:t>2026-08-01</w:t>
            </w:r>
          </w:p>
        </w:tc>
        <w:tc>
          <w:tcPr>
            <w:tcW w:type="dxa" w:w="2880"/>
          </w:tcPr>
          <w:p>
            <w:r>
              <w:t>Other</w:t>
            </w:r>
          </w:p>
        </w:tc>
        <w:tc>
          <w:tcPr>
            <w:tcW w:type="dxa" w:w="2880"/>
          </w:tcPr>
          <w:p>
            <w:r>
              <w:t>1</w:t>
            </w:r>
          </w:p>
        </w:tc>
      </w:tr>
      <w:tr>
        <w:tc>
          <w:tcPr>
            <w:tcW w:type="dxa" w:w="2880"/>
          </w:tcPr>
          <w:p>
            <w:r>
              <w:t>2026-09-01</w:t>
            </w:r>
          </w:p>
        </w:tc>
        <w:tc>
          <w:tcPr>
            <w:tcW w:type="dxa" w:w="2880"/>
          </w:tcPr>
          <w:p>
            <w:r>
              <w:t>motorcycle</w:t>
            </w:r>
          </w:p>
        </w:tc>
        <w:tc>
          <w:tcPr>
            <w:tcW w:type="dxa" w:w="2880"/>
          </w:tcPr>
          <w:p>
            <w:r>
              <w:t>21</w:t>
            </w:r>
          </w:p>
        </w:tc>
      </w:tr>
      <w:tr>
        <w:tc>
          <w:tcPr>
            <w:tcW w:type="dxa" w:w="2880"/>
          </w:tcPr>
          <w:p>
            <w:r>
              <w:t>2026-09-01</w:t>
            </w:r>
          </w:p>
        </w:tc>
        <w:tc>
          <w:tcPr>
            <w:tcW w:type="dxa" w:w="2880"/>
          </w:tcPr>
          <w:p>
            <w:r>
              <w:t>car</w:t>
            </w:r>
          </w:p>
        </w:tc>
        <w:tc>
          <w:tcPr>
            <w:tcW w:type="dxa" w:w="2880"/>
          </w:tcPr>
          <w:p>
            <w:r>
              <w:t>32</w:t>
            </w:r>
          </w:p>
        </w:tc>
      </w:tr>
      <w:tr>
        <w:tc>
          <w:tcPr>
            <w:tcW w:type="dxa" w:w="2880"/>
          </w:tcPr>
          <w:p>
            <w:r>
              <w:t>2026-09-01</w:t>
            </w:r>
          </w:p>
        </w:tc>
        <w:tc>
          <w:tcPr>
            <w:tcW w:type="dxa" w:w="2880"/>
          </w:tcPr>
          <w:p>
            <w:r>
              <w:t>pedestrian</w:t>
            </w:r>
          </w:p>
        </w:tc>
        <w:tc>
          <w:tcPr>
            <w:tcW w:type="dxa" w:w="2880"/>
          </w:tcPr>
          <w:p>
            <w:r>
              <w:t>12</w:t>
            </w:r>
          </w:p>
        </w:tc>
      </w:tr>
      <w:tr>
        <w:tc>
          <w:tcPr>
            <w:tcW w:type="dxa" w:w="2880"/>
          </w:tcPr>
          <w:p>
            <w:r>
              <w:t>2026-09-01</w:t>
            </w:r>
          </w:p>
        </w:tc>
        <w:tc>
          <w:tcPr>
            <w:tcW w:type="dxa" w:w="2880"/>
          </w:tcPr>
          <w:p>
            <w:r>
              <w:t>cyclist</w:t>
            </w:r>
          </w:p>
        </w:tc>
        <w:tc>
          <w:tcPr>
            <w:tcW w:type="dxa" w:w="2880"/>
          </w:tcPr>
          <w:p>
            <w:r>
              <w:t>11</w:t>
            </w:r>
          </w:p>
        </w:tc>
      </w:tr>
      <w:tr>
        <w:tc>
          <w:tcPr>
            <w:tcW w:type="dxa" w:w="2880"/>
          </w:tcPr>
          <w:p>
            <w:r>
              <w:t>2026-09-01</w:t>
            </w:r>
          </w:p>
        </w:tc>
        <w:tc>
          <w:tcPr>
            <w:tcW w:type="dxa" w:w="2880"/>
          </w:tcPr>
          <w:p>
            <w:r>
              <w:t>bus</w:t>
            </w:r>
          </w:p>
        </w:tc>
        <w:tc>
          <w:tcPr>
            <w:tcW w:type="dxa" w:w="2880"/>
          </w:tcPr>
          <w:p>
            <w:r>
              <w:t>5</w:t>
            </w:r>
          </w:p>
        </w:tc>
      </w:tr>
      <w:tr>
        <w:tc>
          <w:tcPr>
            <w:tcW w:type="dxa" w:w="2880"/>
          </w:tcPr>
          <w:p>
            <w:r>
              <w:t>2026-09-01</w:t>
            </w:r>
          </w:p>
        </w:tc>
        <w:tc>
          <w:tcPr>
            <w:tcW w:type="dxa" w:w="2880"/>
          </w:tcPr>
          <w:p>
            <w:r>
              <w:t>Other</w:t>
            </w:r>
          </w:p>
        </w:tc>
        <w:tc>
          <w:tcPr>
            <w:tcW w:type="dxa" w:w="2880"/>
          </w:tcPr>
          <w:p>
            <w:r>
              <w:t>5</w:t>
            </w:r>
          </w:p>
        </w:tc>
      </w:tr>
    </w:tbl>
    <w:p/>
    <w:sectPr w:rsidR="00FC693F" w:rsidRPr="0006063C" w:rsidSect="00034616">
      <w:footerReference w:type="default" r:id="rId5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GeoBit Large Spatial Model | Sample: Transportation safety, Sao Paulo | report version 1</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 Id="rId18" Type="http://schemas.openxmlformats.org/officeDocument/2006/relationships/image" Target="media/image10.jpg"/><Relationship Id="rId19" Type="http://schemas.openxmlformats.org/officeDocument/2006/relationships/image" Target="media/image11.jpg"/><Relationship Id="rId20" Type="http://schemas.openxmlformats.org/officeDocument/2006/relationships/image" Target="media/image12.jpg"/><Relationship Id="rId21" Type="http://schemas.openxmlformats.org/officeDocument/2006/relationships/image" Target="media/image13.jpg"/><Relationship Id="rId22" Type="http://schemas.openxmlformats.org/officeDocument/2006/relationships/image" Target="media/image14.jpg"/><Relationship Id="rId23" Type="http://schemas.openxmlformats.org/officeDocument/2006/relationships/image" Target="media/image15.jpg"/><Relationship Id="rId24" Type="http://schemas.openxmlformats.org/officeDocument/2006/relationships/image" Target="media/image16.jpg"/><Relationship Id="rId25" Type="http://schemas.openxmlformats.org/officeDocument/2006/relationships/image" Target="media/image17.jpg"/><Relationship Id="rId26" Type="http://schemas.openxmlformats.org/officeDocument/2006/relationships/image" Target="media/image18.jpg"/><Relationship Id="rId27" Type="http://schemas.openxmlformats.org/officeDocument/2006/relationships/image" Target="media/image19.jpg"/><Relationship Id="rId28" Type="http://schemas.openxmlformats.org/officeDocument/2006/relationships/image" Target="media/image20.jpg"/><Relationship Id="rId29" Type="http://schemas.openxmlformats.org/officeDocument/2006/relationships/image" Target="media/image21.jpg"/><Relationship Id="rId30" Type="http://schemas.openxmlformats.org/officeDocument/2006/relationships/image" Target="media/image22.jpg"/><Relationship Id="rId31" Type="http://schemas.openxmlformats.org/officeDocument/2006/relationships/image" Target="media/image23.jpg"/><Relationship Id="rId32" Type="http://schemas.openxmlformats.org/officeDocument/2006/relationships/image" Target="media/image24.jpg"/><Relationship Id="rId33" Type="http://schemas.openxmlformats.org/officeDocument/2006/relationships/image" Target="media/image25.jpg"/><Relationship Id="rId34" Type="http://schemas.openxmlformats.org/officeDocument/2006/relationships/image" Target="media/image26.jpg"/><Relationship Id="rId35" Type="http://schemas.openxmlformats.org/officeDocument/2006/relationships/image" Target="media/image27.jpg"/><Relationship Id="rId36" Type="http://schemas.openxmlformats.org/officeDocument/2006/relationships/image" Target="media/image28.jpg"/><Relationship Id="rId37" Type="http://schemas.openxmlformats.org/officeDocument/2006/relationships/image" Target="media/image29.jpg"/><Relationship Id="rId38" Type="http://schemas.openxmlformats.org/officeDocument/2006/relationships/image" Target="media/image30.jpg"/><Relationship Id="rId39" Type="http://schemas.openxmlformats.org/officeDocument/2006/relationships/image" Target="media/image31.jpg"/><Relationship Id="rId40" Type="http://schemas.openxmlformats.org/officeDocument/2006/relationships/image" Target="media/image32.jpg"/><Relationship Id="rId41" Type="http://schemas.openxmlformats.org/officeDocument/2006/relationships/image" Target="media/image33.jpg"/><Relationship Id="rId42" Type="http://schemas.openxmlformats.org/officeDocument/2006/relationships/image" Target="media/image34.jpg"/><Relationship Id="rId43" Type="http://schemas.openxmlformats.org/officeDocument/2006/relationships/image" Target="media/image35.jpg"/><Relationship Id="rId44" Type="http://schemas.openxmlformats.org/officeDocument/2006/relationships/image" Target="media/image36.jpg"/><Relationship Id="rId45" Type="http://schemas.openxmlformats.org/officeDocument/2006/relationships/image" Target="media/image37.jpg"/><Relationship Id="rId46" Type="http://schemas.openxmlformats.org/officeDocument/2006/relationships/image" Target="media/image38.jpg"/><Relationship Id="rId47" Type="http://schemas.openxmlformats.org/officeDocument/2006/relationships/image" Target="media/image39.jpg"/><Relationship Id="rId48" Type="http://schemas.openxmlformats.org/officeDocument/2006/relationships/image" Target="media/image40.jpg"/><Relationship Id="rId49" Type="http://schemas.openxmlformats.org/officeDocument/2006/relationships/image" Target="media/image41.jpg"/><Relationship Id="rId50" Type="http://schemas.openxmlformats.org/officeDocument/2006/relationships/image" Target="media/image42.jpg"/><Relationship Id="rId51" Type="http://schemas.openxmlformats.org/officeDocument/2006/relationships/image" Target="media/image43.jpg"/><Relationship Id="rId52"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Sample: Transportation safety, Sao Paulo: report</dc:title>
  <dc:subject>Describe the project Sample: Transportation safety, Sao Paulo: run the analyses that tell the most about its data, draw every result, and write a cited report.</dc:subject>
  <dc:creator>GeoBit Large Spatial Model</dc:creator>
  <cp:keywords/>
  <dc:description>generated by python-docx</dc:description>
  <cp:lastModifiedBy/>
  <cp:revision>1</cp:revision>
  <dcterms:created xsi:type="dcterms:W3CDTF">2013-12-23T23:15:00Z</dcterms:created>
  <dcterms:modified xsi:type="dcterms:W3CDTF">2013-12-23T23:15:00Z</dcterms:modified>
  <cp:category/>
</cp:coreProperties>
</file>