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Corporate security and travel risk, Mexico City: report</w:t>
      </w:r>
    </w:p>
    <w:p>
      <w:r>
        <w:rPr>
          <w:color w:val="525252"/>
          <w:sz w:val="18"/>
        </w:rPr>
        <w:t>Project: Sample: Corporate security and travel risk, Mexico City</w:t>
      </w:r>
      <w:r>
        <w:rPr>
          <w:color w:val="525252"/>
          <w:sz w:val="18"/>
        </w:rPr>
        <w:br/>
        <w:t>Goal: Describe the project Sample: Corporate security and travel risk, Mexico City: run the analyses that tell the most about its data, draw every result, and write a cited report.</w:t>
      </w:r>
      <w:r>
        <w:rPr>
          <w:color w:val="525252"/>
          <w:sz w:val="18"/>
        </w:rPr>
        <w:br/>
        <w:t>Run: 294d550b-9eea-4398-b429-6280256992ba (running, 11 agent run(s))</w:t>
      </w:r>
      <w:r>
        <w:rPr>
          <w:color w:val="525252"/>
          <w:sz w:val="18"/>
        </w:rPr>
        <w:br/>
        <w:t>Generated: 2026-10-18T05:29:33Z,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Company sites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8 point features; 'type' has 4 values (top: office 3, warehouse 2, client 2); 'security_level' has 2 values (top: standard 6, enhanced 2); 'staff' 8 to 420 (mean 97.5); named by 'name' (e.g. Head office, Distribution center, Sales office Norte); extent -99.1652,19.4107 to -99.1046,19.4578. Point locations of Company sites by type.</w:t>
            </w:r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Hotels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 point features; 'approved' has 2 values (top: True 17, False 13); 'stars' 3 to 5 (mean 4.067); named by 'name' (e.g. Hotel Los Pinos 1, Hotel El Cerro 2, Hotel La Fuente 3); extent -99.1728,19.4108 to -99.1024,19.4643. Point locations of Hotels by approved.</w:t>
            </w:r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Travel routes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 line features; 'mode' has 2 values (top: approved taxi 8, company car 2); 'typical_min' 19 to 44 (mean 30.2); named by 'name' (e.g. Airport to Head office, Airport to Hotel Los Pinos 1, Hotel Los Pinos 1 to Head office); total length 51.24 km; extent -99.1652,19.4105 to -99.0901,19.4643. Lines (Travel routes) such as routes or networks.</w:t>
            </w:r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Security incidents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1,700</w:t>
            </w:r>
          </w:p>
        </w:tc>
        <w:tc>
          <w:tcPr>
            <w:tcW w:type="dxa" w:w="1440"/>
          </w:tcPr>
          <w:p>
            <w:r>
              <w:t>2025-10-01 to 2026-09-30</w:t>
            </w:r>
          </w:p>
        </w:tc>
        <w:tc>
          <w:tcPr>
            <w:tcW w:type="dxa" w:w="1440"/>
          </w:tcPr>
          <w:p>
            <w:r>
              <w:t>1,700 point features; dated by 'occurred_at' from 2025-10-01 to 2026-09-30; 'type' has 8 values (top: robbery 456, theft 390, vandalism 252); 'severity' has 3 values (top: low 832, medium 610, high 258); extent -99.1802,19.3971 to -99.0859,19.4682. Dated point events by type: where and when Security incidents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Risk zones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polygon (area) features; 'night_travel' has 3 values (top: escort 5, allowed 5, avoid 4); 'risk_score' 1 to 10 (mean 6.143); named by 'name' (e.g. La Ribera, Los Pinos, El Cerro); total area 80.06 km2; extent -99.1809,19.3964 to -99.0856,19.4688. Areas (Risk zones) with risk_score to compare and map.</w:t>
            </w:r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Hospitals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 point features; 'english_speaking' has 2 values (top: False 9, True 6); 'trauma_level' 1 to 3 (mean 1.6); named by 'name' (e.g. Hospital Las Acacias, Hospital El Puerto Viejo, Hospital La Alameda); extent -99.1691,19.4018 to -99.0923,19.4672. Point locations of Hospitals by english_speaking.</w:t>
            </w:r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Safe havens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 point features; 'type' has 4 values (top: partner office 4, embassy 4, hotel 3); 'open_24h' has 2 values (top: True 6, False 6); extent -99.1732,19.4029 to -99.0999,19.4675. Point locations of Safe havens by type.</w:t>
            </w:r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Protest events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>
              <w:t>2026-01-05 to 2026-09-28</w:t>
            </w:r>
          </w:p>
        </w:tc>
        <w:tc>
          <w:tcPr>
            <w:tcW w:type="dxa" w:w="1440"/>
          </w:tcPr>
          <w:p>
            <w:r>
              <w:t>80 point features; dated by 'date' from 2026-01-05 to 2026-09-28; 'size' has 3 values (top: large 32, small 28, medium 20); 'theme' has 4 values (top: education 23, water 22, labor 21); extent -99.1465,19.4258 to -99.1195,19.4519. Dated point events by size: where and when Protest events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Travel log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400</w:t>
            </w:r>
          </w:p>
        </w:tc>
        <w:tc>
          <w:tcPr>
            <w:tcW w:type="dxa" w:w="1440"/>
          </w:tcPr>
          <w:p>
            <w:r>
              <w:t>2025-10-01 to 2026-09-30</w:t>
            </w:r>
          </w:p>
        </w:tc>
        <w:tc>
          <w:tcPr>
            <w:tcW w:type="dxa" w:w="1440"/>
          </w:tcPr>
          <w:p>
            <w:r>
              <w:t>Table of 400 rows and 6 columns without geometry; dated by 'date' from 2025-10-01 to 2026-09-30; 'incident_reported' has 2 values (top: False 390, True 10); 'travellers' 1 to 4 (mean 2.56); 'delay_min' 0 to 24 (mean 6.668). A table of Travel log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Site guard roster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16 rows and 4 columns without geometry; 'shift' has 2 values (top: day 8, night 8); 'armed' has 2 values (top: False 15, True 1); 'guards' 1 to 6 (mean 4.188). A table of Site guard roster without locations.</w:t>
            </w:r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Country security briefing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pdf document 'Country security briefing'; language en; mentions 7 place(s): Head office to Distribution center (1), Head of (1), Distribution (1), La Ribera (1), Head office (1). A document about Head office to Distribution center, Head of, Distribution.</w:t>
            </w:r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Hotel security assessment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'Hotel security assessment'; language en; mentions 4 place(s): Hotel Los Pinos 1 (1), Hotel El Cerro 2 (1), Head office (1), Hotel La Fuente 3 (1). A document about Hotel Los Pinos 1, Hotel El Cerro 2, Head office.</w:t>
            </w:r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Sample: Corporate security and travel risk, Mexico City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Hot spot analysis: Protest events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Hot spot analysis: Hotels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Hot spot analysis: Security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353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Emerging hot spots: Protest events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Emerging hot spots: Security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Repeat and near repeat classification: Protest events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Summarize within: Risk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  <w:tr>
        <w:tc>
          <w:tcPr>
            <w:tcW w:type="dxa" w:w="1440"/>
          </w:tcPr>
          <w:p>
            <w:r>
              <w:t>Summarize within: Risk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[124]</w:t>
            </w:r>
          </w:p>
        </w:tc>
      </w:tr>
      <w:tr>
        <w:tc>
          <w:tcPr>
            <w:tcW w:type="dxa" w:w="1440"/>
          </w:tcPr>
          <w:p>
            <w:r>
              <w:t>Summarize within: Risk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[125]</w:t>
            </w:r>
          </w:p>
        </w:tc>
      </w:tr>
      <w:tr>
        <w:tc>
          <w:tcPr>
            <w:tcW w:type="dxa" w:w="1440"/>
          </w:tcPr>
          <w:p>
            <w:r>
              <w:t>Find point clusters: Hospitals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[126]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[127]</w:t>
            </w:r>
          </w:p>
        </w:tc>
      </w:tr>
      <w:tr>
        <w:tc>
          <w:tcPr>
            <w:tcW w:type="dxa" w:w="1440"/>
          </w:tcPr>
          <w:p>
            <w:r>
              <w:t>Find point clusters: Safe havens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[128]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[129]</w:t>
            </w:r>
          </w:p>
        </w:tc>
      </w:tr>
      <w:tr>
        <w:tc>
          <w:tcPr>
            <w:tcW w:type="dxa" w:w="1440"/>
          </w:tcPr>
          <w:p>
            <w:r>
              <w:t>Find point clusters: Protest events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[130]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[131]</w:t>
            </w:r>
          </w:p>
        </w:tc>
      </w:tr>
      <w:tr>
        <w:tc>
          <w:tcPr>
            <w:tcW w:type="dxa" w:w="1440"/>
          </w:tcPr>
          <w:p>
            <w:r>
              <w:t>Calculate density: Protest events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386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[132]</w:t>
            </w:r>
          </w:p>
        </w:tc>
      </w:tr>
      <w:tr>
        <w:tc>
          <w:tcPr>
            <w:tcW w:type="dxa" w:w="1440"/>
          </w:tcPr>
          <w:p>
            <w:r>
              <w:t>Calculate density: Hotels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[133]</w:t>
            </w:r>
          </w:p>
        </w:tc>
      </w:tr>
      <w:tr>
        <w:tc>
          <w:tcPr>
            <w:tcW w:type="dxa" w:w="1440"/>
          </w:tcPr>
          <w:p>
            <w:r>
              <w:t>Calculate density: Security incidents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2,240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[134]</w:t>
            </w:r>
          </w:p>
        </w:tc>
      </w:tr>
      <w:tr>
        <w:tc>
          <w:tcPr>
            <w:tcW w:type="dxa" w:w="1440"/>
          </w:tcPr>
          <w:p>
            <w:r>
              <w:t>Find outliers: Risk zones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[135]</w:t>
            </w:r>
          </w:p>
        </w:tc>
      </w:tr>
      <w:tr>
        <w:tc>
          <w:tcPr>
            <w:tcW w:type="dxa" w:w="1440"/>
          </w:tcPr>
          <w:p>
            <w:r>
              <w:t>Find nearest: Hospitals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[136]</w:t>
            </w:r>
          </w:p>
        </w:tc>
      </w:tr>
      <w:tr>
        <w:tc>
          <w:tcPr>
            <w:tcW w:type="dxa" w:w="1440"/>
          </w:tcPr>
          <w:p>
            <w:r>
              <w:t>Find nearest: Hospitals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[137]</w:t>
            </w:r>
          </w:p>
        </w:tc>
      </w:tr>
      <w:tr>
        <w:tc>
          <w:tcPr>
            <w:tcW w:type="dxa" w:w="1440"/>
          </w:tcPr>
          <w:p>
            <w:r>
              <w:t>Find nearest: Hospitals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[138]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31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week by dataset [1]. Per week, 2025-09-29 to 2026-09-28. Source: Security incidents, Protest events, Travel log (2,180 features). The data is in the appendix.</w:t>
      </w:r>
    </w:p>
    <w:p>
      <w:r>
        <w:rPr>
          <w:i w:val="0"/>
        </w:rPr>
        <w:t>The timeline counts 2,180 dated events in Security incidents, Protest events, Travel log per week, from week of 2025-09-29 to week of 2026-09-28 [1][2][3][4]. By dataset: Security incidents 1,700; Travel log 400; Protest events 80 [1]. The trend is +0.105 events per week; the second half of the weeks has 1,079 against 1,078 in the first (+0.1%) [1].</w:t>
      </w:r>
    </w:p>
    <w:p>
      <w:r>
        <w:rPr>
          <w:b/>
        </w:rPr>
        <w:t>Busiest weeks</w:t>
      </w:r>
    </w:p>
    <w:p>
      <w:pPr>
        <w:pStyle w:val="ListBullet"/>
      </w:pPr>
      <w:r>
        <w:t>week of 2026-03-02: 123 events [1]</w:t>
      </w:r>
    </w:p>
    <w:p>
      <w:pPr>
        <w:pStyle w:val="ListBullet"/>
      </w:pPr>
      <w:r>
        <w:t>week of 2026-06-08: 120 events [1]</w:t>
      </w:r>
    </w:p>
    <w:p>
      <w:pPr>
        <w:pStyle w:val="ListBullet"/>
      </w:pPr>
      <w:r>
        <w:t>week of 2026-04-27: 110 events [1]</w:t>
      </w:r>
    </w:p>
    <w:p>
      <w:r>
        <w:rPr>
          <w:b/>
        </w:rPr>
        <w:t>Quietest weeks</w:t>
      </w:r>
    </w:p>
    <w:p>
      <w:pPr>
        <w:pStyle w:val="ListBullet"/>
      </w:pPr>
      <w:r>
        <w:t>week of 2026-09-28: 19 events [1]</w:t>
      </w:r>
    </w:p>
    <w:p>
      <w:pPr>
        <w:pStyle w:val="ListBullet"/>
      </w:pPr>
      <w:r>
        <w:t>week of 2025-10-20: 21 events [1]</w:t>
      </w:r>
    </w:p>
    <w:p>
      <w:pPr>
        <w:pStyle w:val="ListBullet"/>
      </w:pPr>
      <w:r>
        <w:t>week of 2026-07-20: 22 events [1]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80 points: Getis-Ord Gi* tests whether the concentrations in Protest events are statistically significant [6].</w:t>
      </w:r>
    </w:p>
    <w:p>
      <w:r>
        <w:rPr>
          <w:b/>
        </w:rPr>
        <w:t xml:space="preserve">What it found. </w:t>
      </w:r>
      <w:r>
        <w:rPr>
          <w:i w:val="0"/>
        </w:rPr>
        <w:t>Hot spots on Protest events: Hot spot analysis: 1 layer saved: Hot spot analysis: Protest events (29 features) [7][8]. It reported result, bins 29; result, count 29; result, elapsed ms 5; result, cell size m 500; result, incidents used 80; result, distance band m 1,000 [7].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Protest events: Hot spot analysis: 1 layer saved: Hot spot analysis: Protest events (29 features) 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29; result, count 29; result, elapsed ms 5; result, cell size m 500; result, incidents used 80; result, distance band m 1,000 [7].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gp_hot_spots; parameters {"project": "188436ed-c19a-4e7c-ab43-b58fe7291e56", "features": {"layer": "Protest events (cf75e6b1)"}, "aggregation": "hexagon", "cell_size_m": 500.0, "distance_band_m": 1000.0}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30 points: Getis-Ord Gi* tests whether the concentrations in Hotels are statistically significant [9].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generated 14 features [10] after processing the Hotels layer [11]. The analysis used 30 incidents and set both the distance band and cell size to 2,000 m [10]. The process completed quickly, taking 2 ms [10]. The billing for this analysis was 0.0506 [10].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Hotels: Hot spot analysis: 1 layer saved: Hot spot analysis: Hotels (14 features) [10][11].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14; result, count 14; result, elapsed ms 2; result, cell size m 2,000; result, incidents used 30; result, distance band m 2,000 [10].</w:t>
      </w:r>
    </w:p>
    <w:p>
      <w:r>
        <w:rPr>
          <w:i/>
          <w:color w:val="525252"/>
          <w:sz w:val="17"/>
        </w:rPr>
        <w:t>Tool gp_hot_spots; parameters {"project": "188436ed-c19a-4e7c-ab43-b58fe7291e56", "features": {"layer": "Hotels (28842e9c)"}, "aggregation": "hexagon", "cell_size_m": 2000.0,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1700 points: Getis-Ord Gi* tests whether the concentrations in Security incidents are statistically significant [12].</w:t>
      </w:r>
    </w:p>
    <w:p>
      <w:r>
        <w:rPr>
          <w:b/>
        </w:rPr>
        <w:t xml:space="preserve">What it found. </w:t>
      </w:r>
      <w:r>
        <w:rPr>
          <w:i w:val="0"/>
        </w:rPr>
        <w:t>Hot spots on Security incidents: Hot spot analysis: 1 layer saved: Hot spot analysis: Security incidents (353 features) [13][14]. It reported result, bins 353; result, count 353; result, elapsed ms 18; result, cell size m 500; result, incidents used 1,700; result, distance band m 500 [13].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353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353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1,700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Security incidents: Hot spot analysis: 1 layer saved: Hot spot analysis: Security incidents (353 features) [13][14].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353; result, count 353; result, elapsed ms 18; result, cell size m 500; result, incidents used 1,700; result, distance band m 500 [13].</w:t>
      </w:r>
    </w:p>
    <w:p>
      <w:r>
        <w:rPr>
          <w:i/>
          <w:color w:val="525252"/>
          <w:sz w:val="17"/>
        </w:rPr>
        <w:t>Tool gp_hot_spots; parameters {"project": "188436ed-c19a-4e7c-ab43-b58fe7291e56", "features": {"layer": "Security incidents (afb5d90c)"}, "aggregation": "hexagon", "cell_size_m": 500.0, "distance_band_m": 500.0}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[15]. In ArcGIS it is Emerging Hot Spot Analysis or Create Space Time Cube [15].</w:t>
      </w:r>
    </w:p>
    <w:p>
      <w:r>
        <w:rPr>
          <w:b/>
        </w:rPr>
        <w:t xml:space="preserve">Why it was run on this data. </w:t>
      </w:r>
      <w:r>
        <w:rPr>
          <w:i w:val="0"/>
        </w:rPr>
        <w:t>Protest events carry dates in 'date': emerging hot spot analysis finds new, intensifying and fading hot spots per week [16].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Protest events: Emerging hot spots: 1 layer saved: Emerging hot spots: Protest events (14 features) [8][17]. It reported result, count 14; result, elapsed ms 4; result, resolution 8; result, features used 80; result, time neighbors 0; billing, cost 0.104 [17].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Protest events: Emerging hot spots: 1 layer saved: Emerging hot spots: Protest events (14 features) [8][17].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4; result, resolution 8; result, features used 80; result, time neighbors 0; billing, cost 0.104 [17].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gp_space_time_hot_spots; parameters {"project": "188436ed-c19a-4e7c-ab43-b58fe7291e56", "features": {"layer": "Protest events (cf75e6b1)"}, "interval": "week", "bin_shape": "h3", "resolution": 8, "time_field": "date"}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[15]. In ArcGIS it is Emerging Hot Spot Analysis or Create Space Time Cube [15].</w:t>
      </w:r>
    </w:p>
    <w:p>
      <w:r>
        <w:rPr>
          <w:b/>
        </w:rPr>
        <w:t xml:space="preserve">Why it was run on this data. </w:t>
      </w:r>
      <w:r>
        <w:rPr>
          <w:i w:val="0"/>
        </w:rPr>
        <w:t>Security incidents carry dates in 'occurred_at': emerging hot spot analysis finds new, intensifying and fading hot spots per week [18].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Security incidents: Emerging hot spots: 1 layer saved: Emerging hot spots: Security incidents (108 features) [14][19]. It reported result, count 108; result, elapsed ms 21; result, resolution 8; result, features used 1,700; result, time neighbors 0; billing, cost 0.185 [19].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1,700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0.185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0.185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Security incidents: Emerging hot spots: 1 layer saved: Emerging hot spots: Security incidents (108 features) [14][19].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108; result, elapsed ms 21; result, resolution 8; result, features used 1,700; result, time neighbors 0; billing, cost 0.185 [19].</w:t>
      </w:r>
    </w:p>
    <w:p>
      <w:r>
        <w:rPr>
          <w:i/>
          <w:color w:val="525252"/>
          <w:sz w:val="17"/>
        </w:rPr>
        <w:t>Tool gp_space_time_hot_spots; parameters {"project": "188436ed-c19a-4e7c-ab43-b58fe7291e56", "features": {"layer": "Security incidents (afb5d90c)"}, "interval": "week", "bin_shape": "h3", "resolution": 8, "time_field": "occurred_at"}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[20]. In ArcGIS it is Repeat and Near Repeat Classification or Near Repeat Calculator [20].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Protest events close in space also follow each other within 27 days [21].</w:t>
      </w:r>
    </w:p>
    <w:p>
      <w:r>
        <w:rPr>
          <w:b/>
        </w:rPr>
        <w:t xml:space="preserve">What it found. </w:t>
      </w:r>
      <w:r>
        <w:rPr>
          <w:i w:val="0"/>
        </w:rPr>
        <w:t>The tool executed used the Protest events data [8] to classify near repeats [22]. The resulting dataset contained a count of 80 pairs [22], with 11 total chains identified [22]. Furthermore, 15 pairs were linked, and the average distance was reported as 200 m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27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Protest events: Repeat and near repeat classification: 1 layer saved: Repeat and near repeat classification: Protest events (80 features) [8][22].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27; result, count 80; result, chains 11; result, distance m 200; result, elapsed ms 4; result, pairs linked 15 [22].</w:t>
      </w:r>
    </w:p>
    <w:p>
      <w:r>
        <w:rPr>
          <w:i/>
          <w:color w:val="525252"/>
          <w:sz w:val="17"/>
        </w:rPr>
        <w:t>Tool gp_near_repeat; parameters {"days": 27, "project": "188436ed-c19a-4e7c-ab43-b58fe7291e56", "features": {"layer": "Protest events (cf75e6b1)"}, "distance_m": 200.0, "time_field": "date"}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[23]. In ArcGIS it is Summarize Within or Aggregate Points; in QGIS, native:countpointsinpolygon or native:sumlinelengths [23].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Hospitals inside each feature of Risk zones by english_speaking; the counts map as a choropleth (natural breaks, sequential colors) [24].</w:t>
      </w:r>
    </w:p>
    <w:p>
      <w:r>
        <w:rPr>
          <w:b/>
        </w:rPr>
        <w:t xml:space="preserve">What it found. </w:t>
      </w:r>
      <w:r>
        <w:rPr>
          <w:i w:val="0"/>
        </w:rPr>
        <w:t>Summarize within on Hospitals, Risk zones: Summarize within: 1 layer saved: Summarize within: Risk zones (14 features) [25][26][27]. It reported result, count 14; result, elapsed ms 0; billing, cost 0.0106; billing, list price 0.0106; billing, upstream cost 0 [25].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Hospitals, Risk zones: Summarize within: 1 layer saved: Summarize within: Risk zones (14 features) [25][26][27].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0; billing, cost 0.0106; billing, list price 0.0106; billing, upstream cost 0 [25].</w:t>
      </w:r>
    </w:p>
    <w:p>
      <w:r>
        <w:rPr>
          <w:i/>
          <w:color w:val="525252"/>
          <w:sz w:val="17"/>
        </w:rPr>
        <w:t>Tool gp_summarize_within; parameters {"stats": [{"stat": "sum", "field": "trauma_level"}], "project": "188436ed-c19a-4e7c-ab43-b58fe7291e56", "features": {"layer": "Hospitals (8a96a3d4)"}, "group_by": "english_speaking", "polygons": {"layer": "Risk zones (a4d2e294)"}}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[23]. In ArcGIS it is Summarize Within or Aggregate Points; in QGIS, native:countpointsinpolygon or native:sumlinelengths [23].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Hospitals inside each feature of Risk zones by english_speaking; the counts map as a choropleth (natural breaks, sequential colors) [24].</w:t>
      </w:r>
    </w:p>
    <w:p>
      <w:r>
        <w:rPr>
          <w:b/>
        </w:rPr>
        <w:t xml:space="preserve">What it found. </w:t>
      </w:r>
      <w:r>
        <w:rPr>
          <w:i w:val="0"/>
        </w:rPr>
        <w:t>Summarize within on Safe havens, Risk zones: Summarize within: 1 layer saved: Summarize within: Risk zones (14 features) [27][28][29]. It reported result, count 14; result, elapsed ms 0; billing, cost 0.01052; billing, list price 0.01052; billing, upstream cost 0 [28].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Safe havens, Risk zones: Summarize within: 1 layer saved: Summarize within: Risk zones (14 features) [27][28][29].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0; billing, cost 0.01052; billing, list price 0.01052; billing, upstream cost 0 [28].</w:t>
      </w:r>
    </w:p>
    <w:p>
      <w:r>
        <w:rPr>
          <w:i/>
          <w:color w:val="525252"/>
          <w:sz w:val="17"/>
        </w:rPr>
        <w:t>Tool gp_summarize_within; parameters {"stats": [], "project": "188436ed-c19a-4e7c-ab43-b58fe7291e56", "features": {"layer": "Safe havens (d7ec6bb0)"}, "group_by": "type", "polygons": {"layer": "Risk zones (a4d2e294)"}}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[23]. In ArcGIS it is Summarize Within or Aggregate Points; in QGIS, native:countpointsinpolygon or native:sumlinelengths [23].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Hospitals inside each feature of Risk zones by english_speaking; the counts map as a choropleth (natural breaks, sequential colors) [24].</w:t>
      </w:r>
    </w:p>
    <w:p>
      <w:r>
        <w:rPr>
          <w:b/>
        </w:rPr>
        <w:t xml:space="preserve">What it found. </w:t>
      </w:r>
      <w:r>
        <w:rPr>
          <w:i w:val="0"/>
        </w:rPr>
        <w:t>The analysis employed the `gp_summarize_within` tool [30], accepting Protest events [8] and Risk zones [27] as inputs [30]. This process yielded a result count of 14 [30].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0.01188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0.01188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Protest events, Risk zones: Summarize within: 1 layer saved: Summarize within: Risk zones (14 features) [8][27][30].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0; billing, cost 0.01188; billing, list price 0.01188; billing, upstream cost 0 [30].</w:t>
      </w:r>
    </w:p>
    <w:p>
      <w:r>
        <w:rPr>
          <w:i/>
          <w:color w:val="525252"/>
          <w:sz w:val="17"/>
        </w:rPr>
        <w:t>Tool gp_summarize_within; parameters {"stats": [], "project": "188436ed-c19a-4e7c-ab43-b58fe7291e56", "features": {"layer": "Protest events (cf75e6b1)"}, "group_by": "size", "polygons": {"layer": "Risk zones (a4d2e294)"}}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[31]. In ArcGIS it is Find Point Clusters or Density-based Clustering; in QGIS, native:dbscanclustering or native:stdbscanclustering [31].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Hospitals and separates noise [32].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Hospitals: Find point clusters: 2 layers saved: Find point clusters: Hospitals (15 features); Find point clusters: cluster hulls (1 feature) [26][33]. It reported result, count 15; result, noise 4; result, distance m 2,000; result, elapsed ms 2; result, min points 3; billing, cost 0.0503 [33].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Hospitals: Find point clusters: 2 layers saved: Find point clusters: Hospitals (15 features); Find point clusters: cluster hulls (1 feature) [26][33].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15; result, noise 4; result, distance m 2,000; result, elapsed ms 2; result, min points 3; billing, cost 0.0503 [33].</w:t>
      </w:r>
    </w:p>
    <w:p>
      <w:r>
        <w:rPr>
          <w:i/>
          <w:color w:val="525252"/>
          <w:sz w:val="17"/>
        </w:rPr>
        <w:t>Tool gp_find_point_clusters; parameters {"method": "dbscan", "project": "188436ed-c19a-4e7c-ab43-b58fe7291e56", "features": {"layer": "Hospitals (8a96a3d4)"},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[31]. In ArcGIS it is Find Point Clusters or Density-based Clustering; in QGIS, native:dbscanclustering or native:stdbscanclustering [31].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Safe havens and separates noise [34].</w:t>
      </w:r>
    </w:p>
    <w:p>
      <w:r>
        <w:rPr>
          <w:b/>
        </w:rPr>
        <w:t xml:space="preserve">What it found. </w:t>
      </w:r>
      <w:r>
        <w:rPr>
          <w:i w:val="0"/>
        </w:rPr>
        <w:t>The tool saved 2 layers: Find point clusters: Safe havens found 12 features, and Find point clusters: cluster hulls found 2 features [35]. The process resulted in 12 points, with 4 points categorized as noise [35].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Safe havens: Find point clusters: 2 layers saved: Find point clusters: Safe havens (12 features); Find point clusters: cluster hulls (2 features) [29][35].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noise 4; result, distance m 2,000; result, elapsed ms 1; result, min points 3; billing, cost 0.05024 [35].</w:t>
      </w:r>
    </w:p>
    <w:p>
      <w:r>
        <w:rPr>
          <w:i/>
          <w:color w:val="525252"/>
          <w:sz w:val="17"/>
        </w:rPr>
        <w:t>Tool gp_find_point_clusters; parameters {"method": "dbscan", "project": "188436ed-c19a-4e7c-ab43-b58fe7291e56", "features": {"layer": "Safe havens (d7ec6bb0)"},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[31]. In ArcGIS it is Find Point Clusters or Density-based Clustering; in QGIS, native:dbscanclustering or native:stdbscanclustering [31].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Protest events and separates noise [36].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Protest events: Find point clusters: 2 layers saved: Find point clusters: Protest events (80 features); Find point clusters: cluster hulls (1 feature) [8][37]. It reported result, count 80; result, noise 3; result, distance m 500; result, elapsed ms 2; result, min points 3; billing, cost 0.0516 [37].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Protest events: Find point clusters: 2 layers saved: Find point clusters: Protest events (80 features); Find point clusters: cluster hulls (1 feature) [8][37].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80; result, noise 3; result, distance m 500; result, elapsed ms 2; result, min points 3; billing, cost 0.0516 [37].</w:t>
      </w:r>
    </w:p>
    <w:p>
      <w:r>
        <w:rPr>
          <w:i/>
          <w:color w:val="525252"/>
          <w:sz w:val="17"/>
        </w:rPr>
        <w:t>Tool gp_find_point_clusters; parameters {"method": "dbscan", "project": "188436ed-c19a-4e7c-ab43-b58fe7291e56", "features": {"layer": "Protest events (cf75e6b1)"}, "distance_m": 500.0, "min_points": 3}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[38]. In ArcGIS it is Calculate Density or Kernel Density; in QGIS, native:heatmapkerneldensityestimation [38].</w:t>
      </w:r>
    </w:p>
    <w:p>
      <w:r>
        <w:rPr>
          <w:b/>
        </w:rPr>
        <w:t xml:space="preserve">Why it was run on this data. </w:t>
      </w:r>
      <w:r>
        <w:rPr>
          <w:i w:val="0"/>
        </w:rPr>
        <w:t>80 points in Protest events: a density surface shows where they concentrate [39].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Protest events: Calculate density: 1 layer saved: Calculate density: Protest events (386 features) [8][40]. It reported result, count 386; result, elapsed ms 11; result, bandwidth m 1,000; result, cell size m 200; result, excluded null 0; result, max density per km2 29.94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386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29.94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Protest events: Calculate density: 1 layer saved: Calculate density: Protest events (386 features) [8][40].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386; result, elapsed ms 11; result, bandwidth m 1,000; result, cell size m 200; result, excluded null 0; result, max density per km2 29.94 [40].</w:t>
      </w:r>
    </w:p>
    <w:p>
      <w:r>
        <w:rPr>
          <w:i/>
          <w:color w:val="525252"/>
          <w:sz w:val="17"/>
        </w:rPr>
        <w:t>Tool gp_calculate_density; parameters {"kernel": "quartic", "project": "188436ed-c19a-4e7c-ab43-b58fe7291e56", "features": {"layer": "Protest events (cf75e6b1)"}, "bandwidth_m": 1000.0,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[38]. In ArcGIS it is Calculate Density or Kernel Density; in QGIS, native:heatmapkerneldensityestimation [38].</w:t>
      </w:r>
    </w:p>
    <w:p>
      <w:r>
        <w:rPr>
          <w:b/>
        </w:rPr>
        <w:t xml:space="preserve">Why it was run on this data. </w:t>
      </w:r>
      <w:r>
        <w:rPr>
          <w:i w:val="0"/>
        </w:rPr>
        <w:t>30 points in Hotels: a density surface shows where they concentrate [41].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was run on the Hotels layer [11] by utilizing the `gp_calculate_density` tool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1.819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Hotels: Calculate density: 1 layer saved: Calculate density: Hotels (82 features) [11][42].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82; result, elapsed ms 3; result, bandwidth m 2,000; result, cell size m 1,000; result, excluded null 0; result, max density per km2 1.819 [42].</w:t>
      </w:r>
    </w:p>
    <w:p>
      <w:r>
        <w:rPr>
          <w:i/>
          <w:color w:val="525252"/>
          <w:sz w:val="17"/>
        </w:rPr>
        <w:t>Tool gp_calculate_density; parameters {"kernel": "quartic", "project": "188436ed-c19a-4e7c-ab43-b58fe7291e56", "features": {"layer": "Hotels (28842e9c)"}, "bandwidth_m": 2000.0,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[38]. In ArcGIS it is Calculate Density or Kernel Density; in QGIS, native:heatmapkerneldensityestimation [38].</w:t>
      </w:r>
    </w:p>
    <w:p>
      <w:r>
        <w:rPr>
          <w:b/>
        </w:rPr>
        <w:t xml:space="preserve">Why it was run on this data. </w:t>
      </w:r>
      <w:r>
        <w:rPr>
          <w:i w:val="0"/>
        </w:rPr>
        <w:t>1700 points in Security incidents: a density surface shows where they concentrate [43].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Security incidents: Calculate density: 1 layer saved: Calculate density: Security incidents (2240 features) [14][44]. It reported result, count 2,240; result, elapsed ms 60; result, bandwidth m 500; result, cell size m 200; result, excluded null 0; result, max density per km2 267.9 [44].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2,240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60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267.9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Security incidents: Calculate density: 1 layer saved: Calculate density: Security incidents (2240 features) [14][44].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2,240; result, elapsed ms 60; result, bandwidth m 500; result, cell size m 200; result, excluded null 0; result, max density per km2 267.9 [44].</w:t>
      </w:r>
    </w:p>
    <w:p>
      <w:r>
        <w:rPr>
          <w:i/>
          <w:color w:val="525252"/>
          <w:sz w:val="17"/>
        </w:rPr>
        <w:t>Tool gp_calculate_density; parameters {"kernel": "quartic", "project": "188436ed-c19a-4e7c-ab43-b58fe7291e56", "features": {"layer": "Security incidents (afb5d90c)"}, "bandwidth_m": 500.0, "cell_size_m": 200.0}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[45]. In ArcGIS it is Find Outliers or Cluster and Outlier Analysis (Anselin Local Moran’s I) [45].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'risk_score' [46].</w:t>
      </w:r>
    </w:p>
    <w:p>
      <w:r>
        <w:rPr>
          <w:b/>
        </w:rPr>
        <w:t xml:space="preserve">What it found. </w:t>
      </w:r>
      <w:r>
        <w:rPr>
          <w:i w:val="0"/>
        </w:rPr>
        <w:t>Outliers on Risk zones: Find outliers: 1 layer saved: Find outliers: Risk zones (14 features) [27][47]. It reported result, count 14; result, elapsed ms 2; result, permutations 199; result, excluded null 0; result, distance band m 2,548; billing, cost 0.05042 [47].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2,548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Risk zones: Find outliers: 1 layer saved: Find outliers: Risk zones (14 features) [27][47].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2; result, permutations 199; result, excluded null 0; result, distance band m 2,548; billing, cost 0.05042 [47].</w:t>
      </w:r>
    </w:p>
    <w:p>
      <w:r>
        <w:rPr>
          <w:i/>
          <w:color w:val="525252"/>
          <w:sz w:val="17"/>
        </w:rPr>
        <w:t>Tool gp_outliers; parameters {"field": "risk_score", "project": "188436ed-c19a-4e7c-ab43-b58fe7291e56", "features": {"layer": "Risk zones (a4d2e294)"}, "aggregation": "hexagon"}</w:t>
      </w:r>
    </w:p>
    <w:p>
      <w:pPr>
        <w:pStyle w:val="Heading1"/>
      </w:pPr>
      <w:r>
        <w:t>Spatial autocorrelation</w:t>
      </w:r>
    </w:p>
    <w:p>
      <w:r>
        <w:rPr>
          <w:b/>
        </w:rPr>
        <w:t xml:space="preserve">What this analysis is. </w:t>
      </w:r>
      <w:r>
        <w:rPr>
          <w:i w:val="0"/>
        </w:rPr>
        <w:t>Spatial autocorrelation: Global Moran’s I: is the pattern clustered, dispersed or random [48]. In ArcGIS it is Spatial Autocorrelation (Global Moran’s I) [48].</w:t>
      </w:r>
    </w:p>
    <w:p>
      <w:r>
        <w:rPr>
          <w:b/>
        </w:rPr>
        <w:t xml:space="preserve">Why it was run on this data. </w:t>
      </w:r>
      <w:r>
        <w:rPr>
          <w:i w:val="0"/>
        </w:rPr>
        <w:t>Global Moran's I says whether similar values of 'risk_score' sit next to each other [49].</w:t>
      </w:r>
    </w:p>
    <w:p>
      <w:r>
        <w:rPr>
          <w:b/>
        </w:rPr>
        <w:t xml:space="preserve">What it found. </w:t>
      </w:r>
      <w:r>
        <w:rPr>
          <w:i w:val="0"/>
        </w:rPr>
        <w:t>The spatial autocorrelation tool was run using the Risk zones input [27], completing without generating a map output [50].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0.6185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-0.498</w:t>
            </w:r>
          </w:p>
        </w:tc>
      </w:tr>
      <w:tr>
        <w:tc>
          <w:tcPr>
            <w:tcW w:type="dxa" w:w="4320"/>
          </w:tcPr>
          <w:p>
            <w:r>
              <w:t>result, morans i</w:t>
            </w:r>
          </w:p>
        </w:tc>
        <w:tc>
          <w:tcPr>
            <w:tcW w:type="dxa" w:w="4320"/>
          </w:tcPr>
          <w:p>
            <w:r>
              <w:t>-0.2235</w:t>
            </w:r>
          </w:p>
        </w:tc>
      </w:tr>
      <w:tr>
        <w:tc>
          <w:tcPr>
            <w:tcW w:type="dxa" w:w="4320"/>
          </w:tcPr>
          <w:p>
            <w:r>
              <w:t>result, variance</w:t>
            </w:r>
          </w:p>
        </w:tc>
        <w:tc>
          <w:tcPr>
            <w:tcW w:type="dxa" w:w="4320"/>
          </w:tcPr>
          <w:p>
            <w:r>
              <w:t>0.08664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expected i</w:t>
            </w:r>
          </w:p>
        </w:tc>
        <w:tc>
          <w:tcPr>
            <w:tcW w:type="dxa" w:w="4320"/>
          </w:tcPr>
          <w:p>
            <w:r>
              <w:t>-0.07692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2,548</w:t>
            </w:r>
          </w:p>
        </w:tc>
      </w:tr>
      <w:tr>
        <w:tc>
          <w:tcPr>
            <w:tcW w:type="dxa" w:w="4320"/>
          </w:tcPr>
          <w:p>
            <w:r>
              <w:t>result, p value normality</w:t>
            </w:r>
          </w:p>
        </w:tc>
        <w:tc>
          <w:tcPr>
            <w:tcW w:type="dxa" w:w="4320"/>
          </w:tcPr>
          <w:p>
            <w:r>
              <w:t>0.6003</w:t>
            </w:r>
          </w:p>
        </w:tc>
      </w:tr>
      <w:tr>
        <w:tc>
          <w:tcPr>
            <w:tcW w:type="dxa" w:w="4320"/>
          </w:tcPr>
          <w:p>
            <w:r>
              <w:t>result, z score normality</w:t>
            </w:r>
          </w:p>
        </w:tc>
        <w:tc>
          <w:tcPr>
            <w:tcW w:type="dxa" w:w="4320"/>
          </w:tcPr>
          <w:p>
            <w:r>
              <w:t>-0.5239</w:t>
            </w:r>
          </w:p>
        </w:tc>
      </w:tr>
      <w:tr>
        <w:tc>
          <w:tcPr>
            <w:tcW w:type="dxa" w:w="4320"/>
          </w:tcPr>
          <w:p>
            <w:r>
              <w:t>result, variance normality</w:t>
            </w:r>
          </w:p>
        </w:tc>
        <w:tc>
          <w:tcPr>
            <w:tcW w:type="dxa" w:w="4320"/>
          </w:tcPr>
          <w:p>
            <w:r>
              <w:t>0.0783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autocorrelation on Risk zones: Spatial autocorrelation: done; no map output [27][50].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14; result, p value 0.6185; result, z score -0.498; result, morans i -0.2235; result, variance 0.08664; result, elapsed ms 1 [50].</w:t>
      </w:r>
    </w:p>
    <w:p>
      <w:r>
        <w:rPr>
          <w:i/>
          <w:color w:val="525252"/>
          <w:sz w:val="17"/>
        </w:rPr>
        <w:t>Tool gp_spatial_autocorrelation; parameters {"field": "risk_score", "project": "188436ed-c19a-4e7c-ab43-b58fe7291e56", "features": {"layer": "Risk zones (a4d2e294)"}}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[51]. In ArcGIS it is Find Nearest or Near; in QGIS, native:joinbynearest or native:nearestneighbouranalysis [51].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Travel routes to each of Hospitals, with distances [52].</w:t>
      </w:r>
    </w:p>
    <w:p>
      <w:r>
        <w:rPr>
          <w:b/>
        </w:rPr>
        <w:t xml:space="preserve">What it found. </w:t>
      </w:r>
      <w:r>
        <w:rPr>
          <w:i w:val="0"/>
        </w:rPr>
        <w:t>Find nearest on Travel routes, Hospitals: Find nearest: 1 layer saved: Find nearest: Hospitals (14 features) [26][53][54]. It reported result, count 14; result, elapsed ms 10; billing, cost 0.0105; billing, list price 0.0105; billing, upstream cost 0 [53].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Travel routes, Hospitals: Find nearest: 1 layer saved: Find nearest: Hospitals (14 features) [26][53][54].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10; billing, cost 0.0105; billing, list price 0.0105; billing, upstream cost 0 [53].</w:t>
      </w:r>
    </w:p>
    <w:p>
      <w:r>
        <w:rPr>
          <w:i/>
          <w:color w:val="525252"/>
          <w:sz w:val="17"/>
        </w:rPr>
        <w:t>Tool gp_find_nearest; parameters {"k": 1, "to": {"layer": "Travel routes (17118d2e)"}, "from": {"layer": "Hospitals (8a96a3d4)"}, "project": "188436ed-c19a-4e7c-ab43-b58fe7291e56", "max_distance_m": 2000.0}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[51]. In ArcGIS it is Find Nearest or Near; in QGIS, native:joinbynearest or native:nearestneighbouranalysis [51].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Travel routes to each of Hospitals, with distances [52].</w:t>
      </w:r>
    </w:p>
    <w:p>
      <w:r>
        <w:rPr>
          <w:b/>
        </w:rPr>
        <w:t xml:space="preserve">What it found. </w:t>
      </w:r>
      <w:r>
        <w:rPr>
          <w:i w:val="0"/>
        </w:rPr>
        <w:t>Find nearest on Safe havens, Hospitals: Find nearest: 1 layer saved: Find nearest: Hospitals (14 features) [26][29][55]. It reported result, count 14; result, elapsed ms 1; billing, cost 0.01054; billing, list price 0.01054; billing, upstream cost 0 [55].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Safe havens, Hospitals: Find nearest: 1 layer saved: Find nearest: Hospitals (14 features) [26][29][55].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1; billing, cost 0.01054; billing, list price 0.01054; billing, upstream cost 0 [55].</w:t>
      </w:r>
    </w:p>
    <w:p>
      <w:r>
        <w:rPr>
          <w:i/>
          <w:color w:val="525252"/>
          <w:sz w:val="17"/>
        </w:rPr>
        <w:t>Tool gp_find_nearest; parameters {"k": 1, "to": {"layer": "Safe havens (d7ec6bb0)"}, "from": {"layer": "Hospitals (8a96a3d4)"}, "project": "188436ed-c19a-4e7c-ab43-b58fe7291e56", "max_distance_m": 2000.0}</w:t>
      </w:r>
    </w:p>
    <w:p>
      <w:pPr>
        <w:pStyle w:val="Heading1"/>
      </w:pPr>
      <w:r>
        <w:t>Find nearest</w:t>
      </w:r>
    </w:p>
    <w:p>
      <w:r>
        <w:rPr>
          <w:b/>
        </w:rPr>
        <w:t xml:space="preserve">What this analysis is. </w:t>
      </w:r>
      <w:r>
        <w:rPr>
          <w:i w:val="0"/>
        </w:rPr>
        <w:t>Find nearest: The k nearest features for each input, with geodesic distance and bearing [51]. In ArcGIS it is Find Nearest or Near; in QGIS, native:joinbynearest or native:nearestneighbouranalysis [51].</w:t>
      </w:r>
    </w:p>
    <w:p>
      <w:r>
        <w:rPr>
          <w:b/>
        </w:rPr>
        <w:t xml:space="preserve">Why it was run on this data. </w:t>
      </w:r>
      <w:r>
        <w:rPr>
          <w:i w:val="0"/>
        </w:rPr>
        <w:t>The nearest of Travel routes to each of Hospitals, with distances [52].</w:t>
      </w:r>
    </w:p>
    <w:p>
      <w:r>
        <w:rPr>
          <w:b/>
        </w:rPr>
        <w:t xml:space="preserve">What it found. </w:t>
      </w:r>
      <w:r>
        <w:rPr>
          <w:i w:val="0"/>
        </w:rPr>
        <w:t>The `gp_find_nearest` tool was utilized with Protest events [8] and Hospitals [26] [56]. This process found 6 results [56]. The execution was quick, completing in 1 elapsed ms [56]. The billing cost associated with this operation was 0.0119 [56].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nearest on Protest events, Hospitals: Find nearest: 1 layer saved: Find nearest: Hospitals (6 features) [8][26][56].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6; result, elapsed ms 1; billing, cost 0.0119; billing, list price 0.0119; billing, upstream cost 0 [56].</w:t>
      </w:r>
    </w:p>
    <w:p>
      <w:r>
        <w:rPr>
          <w:i/>
          <w:color w:val="525252"/>
          <w:sz w:val="17"/>
        </w:rPr>
        <w:t>Tool gp_find_nearest; parameters {"k": 1, "to": {"layer": "Protest events (cf75e6b1)"}, "from": {"layer": "Hospitals (8a96a3d4)"}, "project": "188436ed-c19a-4e7c-ab43-b58fe7291e56", "max_distance_m": 2000.0}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23 map image(s) [57][58][59][60][61][62][63][64][65][66][67][68][69][70][71][72][73][74][75][76][77][78][79] and 27 chart(s) [80][81][82][83][84][85][86][87][88][89][90][91][92][93][94][95][96][97][98][99][100][101][102][103][104][105][106].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Hot spot analysis: Protest events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Hot spot analysis: Hotels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Hot spot analysis: Security incidents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Emerging hot spots: Protest events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Emerging hot spots: Security incidents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Repeat and near repeat classification: Protest events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Summarize within: Risk zones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Summarize within: Risk zones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Summarize within: Risk zones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Find point clusters: Hospitals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Find point clusters: cluster hulls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Find point clusters: Safe havens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cluster hulls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Protest events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cluster hulls [71]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Calculate density: Protest events [72]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Calculate density: Hotels [73]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Calculate density: Security incidents [74]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Risk zones by risk_score [75]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Find outliers: Risk zones [76]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Find nearest: Hospitals [77]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Find nearest: Hospitals [78]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Find nearest: Hospitals [79]</w:t>
      </w:r>
    </w:p>
    <w:p>
      <w:r>
        <w:rPr>
          <w:b/>
        </w:rPr>
        <w:t xml:space="preserve">What the map shows. </w:t>
      </w:r>
      <w:r>
        <w:rPr>
          <w:i/>
        </w:rPr>
        <w:t>This map, titled "Emerging hot spots: Protest events," analyzes a specific geographic area running from longitude -99.15818 to -99.10583 and latitude 19.41925 to 19.45709. The analysis indicates that there is no identifiable pattern of "Emerging [60]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020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Security incidents over time (occurred_at) [80]. Per week, 2025-09-29 to 2026-09-28. Source: Security incidents (1,700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Protest events over time (date) [81]. Per week, 2026-01-05 to 2026-09-28. Source: Protest events (80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011168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Travel log over time (date) [82]. Per week, 2025-09-29 to 2026-09-28. Source: Travel log (400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37718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1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Hot spot analysis: Protest events [83]. Source: Hot spot analysis: Protest events (29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Hot spot analysis: Hotels [84]. Source: Hot spot analysis: Hotels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85616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6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Hot spot analysis: Security incidents [85]. Source: Hot spot analysis: Security incidents (353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Emerging hot spots: Protest events [86]. Source: Emerging hot spots: Protest events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Emerging hot spots: Security incidents [87]. Source: Emerging hot spots: Security incidents (108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Repeat and near repeat classification: Protest events [88]. Per week, 2026-01-05 to 2026-09-28. Source: Repeat and near repeat classification: Protest events (80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Summarize within: Risk zones [89]. Source: Summarize within: Risk zones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Summarize within: Risk zones [90]. Source: Summarize within: Risk zones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Summarize within: Risk zones [91]. Source: Summarize within: Risk zones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Hospitals [92]. Source: Find point clusters: Hospitals (15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cluster hulls [93].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16408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Safe havens [94]. Source: Find point clusters: Safe havens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cluster hulls [95]. Source: Find point clusters: cluster hulls (2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point clusters: Protest events [96]. Period: 2026-01-05 to 2026-09-28 (date). Source: Find point clusters: Protest events (80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point clusters: cluster hulls [97].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4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Calculate density: Protest events [98]. Source: Calculate density: Protest events (386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5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Calculate density: Hotels [99]. Source: Calculate density: Hotels (82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Calculate density: Security incidents [100]. Source: Calculate density: Security incidents (2,240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91328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7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Find outliers: Risk zones [101]. Source: Find outliers: Risk zones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96824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8.jp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Find nearest: Hospitals [102]. Source: Find nearest: Hospitals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96824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9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48. Find nearest: Hospitals [103]. Source: Find nearest: Hospitals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048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0.jp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49. Find nearest: Hospitals over time [104]. Per week, 2026-01-26 to 2026-06-22. Source: Find nearest: Hospitals (6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1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50. Find point clusters: Protest events over time [105]. Per week, 2026-01-05 to 2026-09-28. Source: Find point clusters: Protest events (80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51. Repeat and near repeat classification: Protest events over time [106]. Per week, 2026-01-05 to 2026-09-28. Source: Repeat and near repeat classification: Protest events (80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week by dataset. 159 rows (id f07ed5b6-9486-4c24-a7ad-e2c1b9a45323)</w:t>
      </w:r>
    </w:p>
    <w:p>
      <w:pPr>
        <w:spacing w:after="40"/>
      </w:pPr>
      <w:r>
        <w:t>[2] Dataset: Security incidents. vector, 1700 rows (id e157aa87-0056-48e2-affe-2abe8c8f035b)</w:t>
      </w:r>
    </w:p>
    <w:p>
      <w:pPr>
        <w:spacing w:after="40"/>
      </w:pPr>
      <w:r>
        <w:t>[3] Dataset: Protest events. vector, 80 rows (id 61b11bf6-a94e-410d-bc75-a441daea9e2e)</w:t>
      </w:r>
    </w:p>
    <w:p>
      <w:pPr>
        <w:spacing w:after="40"/>
      </w:pPr>
      <w:r>
        <w:t>[4] Dataset: Travel log. table, 400 rows (id 91769657-5256-4993-90ae-bea93e5d9277)</w:t>
      </w:r>
    </w:p>
    <w:p>
      <w:pPr>
        <w:spacing w:after="40"/>
      </w:pPr>
      <w:r>
        <w:t>[5]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[6] Plan: Hot spots of Protest events (the Start plan's candidate c_e4c60efa6297). 80 points: Getis-Ord Gi* tests whether the concentrations in Protest events are statistically significant. (id 2f94775f-544a-4c5f-9cbe-3a9e3ee974e2:c_e4c60efa6297)</w:t>
      </w:r>
    </w:p>
    <w:p>
      <w:pPr>
        <w:spacing w:after="40"/>
      </w:pPr>
      <w:r>
        <w:t>[7] Tool result: gp_hot_spots, step 0. Hot spot analysis: 1 layer saved: Hot spot analysis: Protest events (29 features). (id cb954b77-a9f1-40f9-ba2a-8936e0981670:0)</w:t>
      </w:r>
    </w:p>
    <w:p>
      <w:pPr>
        <w:spacing w:after="40"/>
      </w:pPr>
      <w:r>
        <w:t>[8] Layer: Protest events. 80 features (id cf75e6b1-838e-4795-85d8-20e39702882e)</w:t>
      </w:r>
    </w:p>
    <w:p>
      <w:pPr>
        <w:spacing w:after="40"/>
      </w:pPr>
      <w:r>
        <w:t>[9] Plan: Hot spots of Hotels (the Start plan's candidate c_d9214e0b2e9c). 30 points: Getis-Ord Gi* tests whether the concentrations in Hotels are statistically significant. (id 2f94775f-544a-4c5f-9cbe-3a9e3ee974e2:c_d9214e0b2e9c)</w:t>
      </w:r>
    </w:p>
    <w:p>
      <w:pPr>
        <w:spacing w:after="40"/>
      </w:pPr>
      <w:r>
        <w:t>[10] Tool result: gp_hot_spots, step 1. Hot spot analysis: 1 layer saved: Hot spot analysis: Hotels (14 features). (id cb954b77-a9f1-40f9-ba2a-8936e0981670:1)</w:t>
      </w:r>
    </w:p>
    <w:p>
      <w:pPr>
        <w:spacing w:after="40"/>
      </w:pPr>
      <w:r>
        <w:t>[11] Layer: Hotels. 30 features (id 28842e9c-fa0f-4fa0-ab60-50616b38e2eb)</w:t>
      </w:r>
    </w:p>
    <w:p>
      <w:pPr>
        <w:spacing w:after="40"/>
      </w:pPr>
      <w:r>
        <w:t>[12] Plan: Hot spots of Security incidents (the Start plan's candidate c_2cf7cb199846). 1700 points: Getis-Ord Gi* tests whether the concentrations in Security incidents are statistically significant. (id 2f94775f-544a-4c5f-9cbe-3a9e3ee974e2:c_2cf7cb199846)</w:t>
      </w:r>
    </w:p>
    <w:p>
      <w:pPr>
        <w:spacing w:after="40"/>
      </w:pPr>
      <w:r>
        <w:t>[13] Tool result: gp_hot_spots, step 2. Hot spot analysis: 1 layer saved: Hot spot analysis: Security incidents (353 features). (id cb954b77-a9f1-40f9-ba2a-8936e0981670:2)</w:t>
      </w:r>
    </w:p>
    <w:p>
      <w:pPr>
        <w:spacing w:after="40"/>
      </w:pPr>
      <w:r>
        <w:t>[14] Layer: Security incidents. 1,700 features (id afb5d90c-b04a-45b5-86de-02dd48a97b15)</w:t>
      </w:r>
    </w:p>
    <w:p>
      <w:pPr>
        <w:spacing w:after="40"/>
      </w:pPr>
      <w:r>
        <w:t>[15]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[16] Plan: Space time hot spots of Protest events (the Start plan's candidate c_7097f355a4d8). Protest events carry dates in 'date': emerging hot spot analysis finds new, intensifying and fading hot spots per week. (id 2f94775f-544a-4c5f-9cbe-3a9e3ee974e2:c_7097f355a4d8)</w:t>
      </w:r>
    </w:p>
    <w:p>
      <w:pPr>
        <w:spacing w:after="40"/>
      </w:pPr>
      <w:r>
        <w:t>[17] Tool result: gp_space_time_hot_spots, step 0. Emerging hot spots: 1 layer saved: Emerging hot spots: Protest events (14 features). (id 4ce981f8-e618-4a52-ab5e-deb572cf8a18:0)</w:t>
      </w:r>
    </w:p>
    <w:p>
      <w:pPr>
        <w:spacing w:after="40"/>
      </w:pPr>
      <w:r>
        <w:t>[18] Plan: Space time hot spots of Security incidents (the Start plan's candidate c_333ac7b0a6a6). Security incidents carry dates in 'occurred_at': emerging hot spot analysis finds new, intensifying and fading hot spots per week. (id 2f94775f-544a-4c5f-9cbe-3a9e3ee974e2:c_333ac7b0a6a6)</w:t>
      </w:r>
    </w:p>
    <w:p>
      <w:pPr>
        <w:spacing w:after="40"/>
      </w:pPr>
      <w:r>
        <w:t>[19] Tool result: gp_space_time_hot_spots, step 1. Emerging hot spots: 1 layer saved: Emerging hot spots: Security incidents (108 features). (id 4ce981f8-e618-4a52-ab5e-deb572cf8a18:1)</w:t>
      </w:r>
    </w:p>
    <w:p>
      <w:pPr>
        <w:spacing w:after="40"/>
      </w:pPr>
      <w:r>
        <w:t>[20]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[21] Plan: Near repeat of Protest events (the Start plan's candidate c_f95b4db5e496). Near repeat analysis tests whether Protest events close in space also follow each other within 27 days. (id 2f94775f-544a-4c5f-9cbe-3a9e3ee974e2:c_f95b4db5e496)</w:t>
      </w:r>
    </w:p>
    <w:p>
      <w:pPr>
        <w:spacing w:after="40"/>
      </w:pPr>
      <w:r>
        <w:t>[22] Tool result: gp_near_repeat, step 2. Repeat and near repeat classification: 1 layer saved: Repeat and near repeat classification: Protest events (80 features). (id 4ce981f8-e618-4a52-ab5e-deb572cf8a18:2)</w:t>
      </w:r>
    </w:p>
    <w:p>
      <w:pPr>
        <w:spacing w:after="40"/>
      </w:pPr>
      <w:r>
        <w:t>[23]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[24] Plan: Hospitals per feature of Risk zones (the Start plan's candidate c_6520524d187a). Count Hospitals inside each feature of Risk zones by english_speaking; the counts map as a choropleth (natural breaks, sequential colors). (id 2f94775f-544a-4c5f-9cbe-3a9e3ee974e2:c_6520524d187a)</w:t>
      </w:r>
    </w:p>
    <w:p>
      <w:pPr>
        <w:spacing w:after="40"/>
      </w:pPr>
      <w:r>
        <w:t>[25] Tool result: gp_summarize_within, step 0. Summarize within: 1 layer saved: Summarize within: Risk zones (14 features). (id 4db35232-a32c-47e1-9154-89fbc3620126:0)</w:t>
      </w:r>
    </w:p>
    <w:p>
      <w:pPr>
        <w:spacing w:after="40"/>
      </w:pPr>
      <w:r>
        <w:t>[26] Layer: Hospitals. 15 features (id 8a96a3d4-1867-4c29-8033-2a6817b92b2c)</w:t>
      </w:r>
    </w:p>
    <w:p>
      <w:pPr>
        <w:spacing w:after="40"/>
      </w:pPr>
      <w:r>
        <w:t>[27] Layer: Risk zones. 14 features (id a4d2e294-c13c-4572-b6fc-2b8ef4e9c955)</w:t>
      </w:r>
    </w:p>
    <w:p>
      <w:pPr>
        <w:spacing w:after="40"/>
      </w:pPr>
      <w:r>
        <w:t>[28] Tool result: gp_summarize_within, step 1. Summarize within: 1 layer saved: Summarize within: Risk zones (14 features). (id 4db35232-a32c-47e1-9154-89fbc3620126:1)</w:t>
      </w:r>
    </w:p>
    <w:p>
      <w:pPr>
        <w:spacing w:after="40"/>
      </w:pPr>
      <w:r>
        <w:t>[29] Layer: Safe havens. 12 features (id d7ec6bb0-8b36-474d-8157-931bdc40122a)</w:t>
      </w:r>
    </w:p>
    <w:p>
      <w:pPr>
        <w:spacing w:after="40"/>
      </w:pPr>
      <w:r>
        <w:t>[30] Tool result: gp_summarize_within, step 2. Summarize within: 1 layer saved: Summarize within: Risk zones (14 features). (id 4db35232-a32c-47e1-9154-89fbc3620126:2)</w:t>
      </w:r>
    </w:p>
    <w:p>
      <w:pPr>
        <w:spacing w:after="40"/>
      </w:pPr>
      <w:r>
        <w:t>[31]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[32] Plan: Cluster points of Hospitals (the Start plan's candidate c_65a1f33e9e5e). DBSCAN finds dense groups of Hospitals and separates noise. (id 2f94775f-544a-4c5f-9cbe-3a9e3ee974e2:c_65a1f33e9e5e)</w:t>
      </w:r>
    </w:p>
    <w:p>
      <w:pPr>
        <w:spacing w:after="40"/>
      </w:pPr>
      <w:r>
        <w:t>[33] Tool result: gp_find_point_clusters, step 0. Find point clusters: 2 layers saved: Find point clusters: Hospitals (15 features); Find point clusters: cluster hulls (1 feature). (id 86c36cc2-95cb-4bfa-aac6-db9cc2913cc1:0)</w:t>
      </w:r>
    </w:p>
    <w:p>
      <w:pPr>
        <w:spacing w:after="40"/>
      </w:pPr>
      <w:r>
        <w:t>[34] Plan: Cluster points of Safe havens (the Start plan's candidate c_5ba3c571cd04). DBSCAN finds dense groups of Safe havens and separates noise. (id 2f94775f-544a-4c5f-9cbe-3a9e3ee974e2:c_5ba3c571cd04)</w:t>
      </w:r>
    </w:p>
    <w:p>
      <w:pPr>
        <w:spacing w:after="40"/>
      </w:pPr>
      <w:r>
        <w:t>[35] Tool result: gp_find_point_clusters, step 1. Find point clusters: 2 layers saved: Find point clusters: Safe havens (12 features); Find point clusters: cluster hulls (2 features). (id 86c36cc2-95cb-4bfa-aac6-db9cc2913cc1:1)</w:t>
      </w:r>
    </w:p>
    <w:p>
      <w:pPr>
        <w:spacing w:after="40"/>
      </w:pPr>
      <w:r>
        <w:t>[36] Plan: Cluster points of Protest events (the Start plan's candidate c_ae60a45625a8). DBSCAN finds dense groups of Protest events and separates noise. (id 2f94775f-544a-4c5f-9cbe-3a9e3ee974e2:c_ae60a45625a8)</w:t>
      </w:r>
    </w:p>
    <w:p>
      <w:pPr>
        <w:spacing w:after="40"/>
      </w:pPr>
      <w:r>
        <w:t>[37] Tool result: gp_find_point_clusters, step 2. Find point clusters: 2 layers saved: Find point clusters: Protest events (80 features); Find point clusters: cluster hulls (1 feature). (id 86c36cc2-95cb-4bfa-aac6-db9cc2913cc1:2)</w:t>
      </w:r>
    </w:p>
    <w:p>
      <w:pPr>
        <w:spacing w:after="40"/>
      </w:pPr>
      <w:r>
        <w:t>[38]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[39] Plan: Kernel density of Protest events (the Start plan's candidate c_7c8acce6dd51). 80 points in Protest events: a density surface shows where they concentrate. (id 2f94775f-544a-4c5f-9cbe-3a9e3ee974e2:c_7c8acce6dd51)</w:t>
      </w:r>
    </w:p>
    <w:p>
      <w:pPr>
        <w:spacing w:after="40"/>
      </w:pPr>
      <w:r>
        <w:t>[40] Tool result: gp_calculate_density, step 0. Calculate density: 1 layer saved: Calculate density: Protest events (386 features). (id 72e7e894-08fe-429b-84d0-f973eac006a1:0)</w:t>
      </w:r>
    </w:p>
    <w:p>
      <w:pPr>
        <w:spacing w:after="40"/>
      </w:pPr>
      <w:r>
        <w:t>[41] Plan: Kernel density of Hotels (the Start plan's candidate c_fb39ef5f9446). 30 points in Hotels: a density surface shows where they concentrate. (id 2f94775f-544a-4c5f-9cbe-3a9e3ee974e2:c_fb39ef5f9446)</w:t>
      </w:r>
    </w:p>
    <w:p>
      <w:pPr>
        <w:spacing w:after="40"/>
      </w:pPr>
      <w:r>
        <w:t>[42] Tool result: gp_calculate_density, step 1. Calculate density: 1 layer saved: Calculate density: Hotels (82 features). (id 72e7e894-08fe-429b-84d0-f973eac006a1:1)</w:t>
      </w:r>
    </w:p>
    <w:p>
      <w:pPr>
        <w:spacing w:after="40"/>
      </w:pPr>
      <w:r>
        <w:t>[43] Plan: Kernel density of Security incidents (the Start plan's candidate c_8b75d0e8f5bf). 1700 points in Security incidents: a density surface shows where they concentrate. (id 2f94775f-544a-4c5f-9cbe-3a9e3ee974e2:c_8b75d0e8f5bf)</w:t>
      </w:r>
    </w:p>
    <w:p>
      <w:pPr>
        <w:spacing w:after="40"/>
      </w:pPr>
      <w:r>
        <w:t>[44] Tool result: gp_calculate_density, step 2. Calculate density: 1 layer saved: Calculate density: Security incidents (2240 features). (id 72e7e894-08fe-429b-84d0-f973eac006a1:2)</w:t>
      </w:r>
    </w:p>
    <w:p>
      <w:pPr>
        <w:spacing w:after="40"/>
      </w:pPr>
      <w:r>
        <w:t>[45]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[46] Plan: Local morans i of Risk zones (the Start plan's candidate c_b57bb9ae247a). Local Moran's I maps clusters and outliers of 'risk_score'. (id 2f94775f-544a-4c5f-9cbe-3a9e3ee974e2:c_b57bb9ae247a)</w:t>
      </w:r>
    </w:p>
    <w:p>
      <w:pPr>
        <w:spacing w:after="40"/>
      </w:pPr>
      <w:r>
        <w:t>[47] Tool result: gp_outliers, step 0. Find outliers: 1 layer saved: Find outliers: Risk zones (14 features). (id 8804c2f2-0669-4232-a6ea-33b246fdbe10:0)</w:t>
      </w:r>
    </w:p>
    <w:p>
      <w:pPr>
        <w:spacing w:after="40"/>
      </w:pPr>
      <w:r>
        <w:t>[48] Catalog: Spatial autocorrelation (operation catalog, gp_spatial_autocorrelation). Global Moran’s I: is the pattern clustered, dispersed or random. ArcGIS: Spatial Autocorrelation (Global Moran’s I). (id gp_spatial_autocorrelation)</w:t>
      </w:r>
    </w:p>
    <w:p>
      <w:pPr>
        <w:spacing w:after="40"/>
      </w:pPr>
      <w:r>
        <w:t>[49] Plan: Global morans i of Risk zones (the Start plan's candidate c_e8c49b66ee35). Global Moran's I says whether similar values of 'risk_score' sit next to each other. (id 2f94775f-544a-4c5f-9cbe-3a9e3ee974e2:c_e8c49b66ee35)</w:t>
      </w:r>
    </w:p>
    <w:p>
      <w:pPr>
        <w:spacing w:after="40"/>
      </w:pPr>
      <w:r>
        <w:t>[50] Tool result: gp_spatial_autocorrelation, step 1. Spatial autocorrelation: done; no map output. (id 8804c2f2-0669-4232-a6ea-33b246fdbe10:1)</w:t>
      </w:r>
    </w:p>
    <w:p>
      <w:pPr>
        <w:spacing w:after="40"/>
      </w:pPr>
      <w:r>
        <w:t>[51] Catalog: Find nearest (operation catalog, gp_find_nearest). The k nearest features for each input, with geodesic distance and bearing. ArcGIS: Find Nearest, Near, Generate Near Table. QGIS: native:joinbynearest, native:nearestneighbouranalysis. (id gp_find_nearest)</w:t>
      </w:r>
    </w:p>
    <w:p>
      <w:pPr>
        <w:spacing w:after="40"/>
      </w:pPr>
      <w:r>
        <w:t>[52] Plan: Find nearest of Hospitals and Travel routes (the Start plan's candidate c_6c9de7d7d3b4). The nearest of Travel routes to each of Hospitals, with distances. (id 2f94775f-544a-4c5f-9cbe-3a9e3ee974e2:c_6c9de7d7d3b4)</w:t>
      </w:r>
    </w:p>
    <w:p>
      <w:pPr>
        <w:spacing w:after="40"/>
      </w:pPr>
      <w:r>
        <w:t>[53] Tool result: gp_find_nearest, step 0. Find nearest: 1 layer saved: Find nearest: Hospitals (14 features). (id d72a65fe-570d-4b7e-bb1f-3397ddd3dff0:0)</w:t>
      </w:r>
    </w:p>
    <w:p>
      <w:pPr>
        <w:spacing w:after="40"/>
      </w:pPr>
      <w:r>
        <w:t>[54] Layer: Travel routes. 10 features (id 17118d2e-4c8a-4e58-a365-56ed0dccddeb)</w:t>
      </w:r>
    </w:p>
    <w:p>
      <w:pPr>
        <w:spacing w:after="40"/>
      </w:pPr>
      <w:r>
        <w:t>[55] Tool result: gp_find_nearest, step 1. Find nearest: 1 layer saved: Find nearest: Hospitals (14 features). (id d72a65fe-570d-4b7e-bb1f-3397ddd3dff0:1)</w:t>
      </w:r>
    </w:p>
    <w:p>
      <w:pPr>
        <w:spacing w:after="40"/>
      </w:pPr>
      <w:r>
        <w:t>[56] Tool result: gp_find_nearest, step 2. Find nearest: 1 layer saved: Find nearest: Hospitals (6 features). (id d72a65fe-570d-4b7e-bb1f-3397ddd3dff0:2)</w:t>
      </w:r>
    </w:p>
    <w:p>
      <w:pPr>
        <w:spacing w:after="40"/>
      </w:pPr>
      <w:r>
        <w:t>[57] Rendering: Map: Hot spot analysis: Protest events (id 500df2bf-0773-4df4-997b-e52faf1d7b86)</w:t>
      </w:r>
    </w:p>
    <w:p>
      <w:pPr>
        <w:spacing w:after="40"/>
      </w:pPr>
      <w:r>
        <w:t>[58] Rendering: Map: Hot spot analysis: Hotels (id a9b20642-0e6f-4981-a664-da575f4c0f47)</w:t>
      </w:r>
    </w:p>
    <w:p>
      <w:pPr>
        <w:spacing w:after="40"/>
      </w:pPr>
      <w:r>
        <w:t>[59] Rendering: Map: Hot spot analysis: Security incidents (id dfc0443f-8eec-4850-bcf5-b167e4b25bb2)</w:t>
      </w:r>
    </w:p>
    <w:p>
      <w:pPr>
        <w:spacing w:after="40"/>
      </w:pPr>
      <w:r>
        <w:t>[60] Rendering: Map: Emerging hot spots: Protest events (id 0099fe22-7871-4a15-a0e8-1feae00a5bfe)</w:t>
      </w:r>
    </w:p>
    <w:p>
      <w:pPr>
        <w:spacing w:after="40"/>
      </w:pPr>
      <w:r>
        <w:t>[61] Rendering: Map: Emerging hot spots: Security incidents (id ac12c726-afc7-4f73-bcad-180032253879)</w:t>
      </w:r>
    </w:p>
    <w:p>
      <w:pPr>
        <w:spacing w:after="40"/>
      </w:pPr>
      <w:r>
        <w:t>[62] Rendering: Map: Repeat and near repeat classification: Protest events (id 88da8834-5528-4120-a9c9-c2d8f343794a)</w:t>
      </w:r>
    </w:p>
    <w:p>
      <w:pPr>
        <w:spacing w:after="40"/>
      </w:pPr>
      <w:r>
        <w:t>[63] Rendering: Map: Summarize within: Risk zones (id 00bc1476-064e-4f9d-b9df-58b7176702f7)</w:t>
      </w:r>
    </w:p>
    <w:p>
      <w:pPr>
        <w:spacing w:after="40"/>
      </w:pPr>
      <w:r>
        <w:t>[64] Rendering: Map: Summarize within: Risk zones (id 097e7003-7459-4810-8b27-5f7a0070cb99)</w:t>
      </w:r>
    </w:p>
    <w:p>
      <w:pPr>
        <w:spacing w:after="40"/>
      </w:pPr>
      <w:r>
        <w:t>[65] Rendering: Map: Summarize within: Risk zones (id 0f0f8452-fff5-40e3-9da5-e4b1a4e0c9c3)</w:t>
      </w:r>
    </w:p>
    <w:p>
      <w:pPr>
        <w:spacing w:after="40"/>
      </w:pPr>
      <w:r>
        <w:t>[66] Rendering: Map: Find point clusters: Hospitals (id 47eb8a01-1990-4474-b495-5bf2f8a9ea58)</w:t>
      </w:r>
    </w:p>
    <w:p>
      <w:pPr>
        <w:spacing w:after="40"/>
      </w:pPr>
      <w:r>
        <w:t>[67] Rendering: Map: Find point clusters: cluster hulls (id 9199cde6-d3cd-466f-bbdb-c545c614f5d9)</w:t>
      </w:r>
    </w:p>
    <w:p>
      <w:pPr>
        <w:spacing w:after="40"/>
      </w:pPr>
      <w:r>
        <w:t>[68] Rendering: Map: Find point clusters: Safe havens (id b7163651-cc15-45dd-85df-b9a1e1a0c2ab)</w:t>
      </w:r>
    </w:p>
    <w:p>
      <w:pPr>
        <w:spacing w:after="40"/>
      </w:pPr>
      <w:r>
        <w:t>[69] Rendering: Map: Find point clusters: cluster hulls (id b07c64b4-3212-4751-b9fe-884c92e2af0b)</w:t>
      </w:r>
    </w:p>
    <w:p>
      <w:pPr>
        <w:spacing w:after="40"/>
      </w:pPr>
      <w:r>
        <w:t>[70] Rendering: Map: Find point clusters: Protest events (id 09c181e5-fd50-4a4d-8fb9-c372f05b7087)</w:t>
      </w:r>
    </w:p>
    <w:p>
      <w:pPr>
        <w:spacing w:after="40"/>
      </w:pPr>
      <w:r>
        <w:t>[71] Rendering: Map: Find point clusters: cluster hulls (id 837965dd-bd8f-4eda-8fc0-9ce4211449eb)</w:t>
      </w:r>
    </w:p>
    <w:p>
      <w:pPr>
        <w:spacing w:after="40"/>
      </w:pPr>
      <w:r>
        <w:t>[72] Rendering: Map: Calculate density: Protest events (id 26c2dd95-9903-4e3a-9502-b9d59a00d91f)</w:t>
      </w:r>
    </w:p>
    <w:p>
      <w:pPr>
        <w:spacing w:after="40"/>
      </w:pPr>
      <w:r>
        <w:t>[73] Rendering: Map: Calculate density: Hotels (id 87642b35-e16d-4168-a04d-24944d0ea7c8)</w:t>
      </w:r>
    </w:p>
    <w:p>
      <w:pPr>
        <w:spacing w:after="40"/>
      </w:pPr>
      <w:r>
        <w:t>[74] Rendering: Map: Calculate density: Security incidents (id db714770-2476-4110-af9b-826c0fda7266)</w:t>
      </w:r>
    </w:p>
    <w:p>
      <w:pPr>
        <w:spacing w:after="40"/>
      </w:pPr>
      <w:r>
        <w:t>[75] Rendering: Map: Risk zones by risk_score (id acd51039-768b-4034-9aa3-0fa9355f4884)</w:t>
      </w:r>
    </w:p>
    <w:p>
      <w:pPr>
        <w:spacing w:after="40"/>
      </w:pPr>
      <w:r>
        <w:t>[76] Rendering: Map: Find outliers: Risk zones (id 5323e5c1-28e1-44b3-8f9c-44f34efbf17f)</w:t>
      </w:r>
    </w:p>
    <w:p>
      <w:pPr>
        <w:spacing w:after="40"/>
      </w:pPr>
      <w:r>
        <w:t>[77] Rendering: Map: Find nearest: Hospitals (id a1567a83-3fb0-4dcf-8d6c-71ba8b4ed7d7)</w:t>
      </w:r>
    </w:p>
    <w:p>
      <w:pPr>
        <w:spacing w:after="40"/>
      </w:pPr>
      <w:r>
        <w:t>[78] Rendering: Map: Find nearest: Hospitals (id b16977bf-56c6-43a5-bf88-4d5b01a2648c)</w:t>
      </w:r>
    </w:p>
    <w:p>
      <w:pPr>
        <w:spacing w:after="40"/>
      </w:pPr>
      <w:r>
        <w:t>[79] Rendering: Map: Find nearest: Hospitals (id 11bfd2f1-7879-4693-a32a-915be104a231)</w:t>
      </w:r>
    </w:p>
    <w:p>
      <w:pPr>
        <w:spacing w:after="40"/>
      </w:pPr>
      <w:r>
        <w:t>[80] Rendering: Chart: Security incidents over time (occurred_at). 318 rows (id e4bbd9ee-6938-4976-afea-98b10b22455f)</w:t>
      </w:r>
    </w:p>
    <w:p>
      <w:pPr>
        <w:spacing w:after="40"/>
      </w:pPr>
      <w:r>
        <w:t>[81] Rendering: Chart: Protest events over time (date). 117 rows (id f828e7a2-d14d-4bc3-b257-85cd520ee1ef)</w:t>
      </w:r>
    </w:p>
    <w:p>
      <w:pPr>
        <w:spacing w:after="40"/>
      </w:pPr>
      <w:r>
        <w:t>[82] Rendering: Chart: Travel log over time (date). 106 rows (id 66c88c61-6c69-4dc0-a55d-5c961369ab06)</w:t>
      </w:r>
    </w:p>
    <w:p>
      <w:pPr>
        <w:spacing w:after="40"/>
      </w:pPr>
      <w:r>
        <w:t>[83] Rendering: Chart: Hot spot analysis: Protest events. 11 rows (id 66439a0c-ac69-4219-b24e-6f7ff88f70d2)</w:t>
      </w:r>
    </w:p>
    <w:p>
      <w:pPr>
        <w:spacing w:after="40"/>
      </w:pPr>
      <w:r>
        <w:t>[84] Rendering: Chart: Hot spot analysis: Hotels. 6 rows (id c52e7b32-d25d-4aed-abe8-9ebb7f603bfd)</w:t>
      </w:r>
    </w:p>
    <w:p>
      <w:pPr>
        <w:spacing w:after="40"/>
      </w:pPr>
      <w:r>
        <w:t>[85] Rendering: Chart: Hot spot analysis: Security incidents. 16 rows (id ca9f7204-df1a-4b6c-b63a-414bc07961a3)</w:t>
      </w:r>
    </w:p>
    <w:p>
      <w:pPr>
        <w:spacing w:after="40"/>
      </w:pPr>
      <w:r>
        <w:t>[86] Rendering: Chart: Emerging hot spots: Protest events. 5 rows (id a0edbd15-0e36-4d00-9145-33631fafb0d4)</w:t>
      </w:r>
    </w:p>
    <w:p>
      <w:pPr>
        <w:spacing w:after="40"/>
      </w:pPr>
      <w:r>
        <w:t>[87] Rendering: Chart: Emerging hot spots: Security incidents. 8 rows (id 0b5d890b-d25b-4e32-8200-951dc01149f7)</w:t>
      </w:r>
    </w:p>
    <w:p>
      <w:pPr>
        <w:spacing w:after="40"/>
      </w:pPr>
      <w:r>
        <w:t>[88] Rendering: Chart: Repeat and near repeat classification: Protest events. 117 rows (id 2306aa49-d791-4cd3-8d4c-28e6660067db)</w:t>
      </w:r>
    </w:p>
    <w:p>
      <w:pPr>
        <w:spacing w:after="40"/>
      </w:pPr>
      <w:r>
        <w:t>[89] Rendering: Chart: Summarize within: Risk zones. 5 rows (id c94ab553-318c-4a5e-bfe3-5ceb6088a6d2)</w:t>
      </w:r>
    </w:p>
    <w:p>
      <w:pPr>
        <w:spacing w:after="40"/>
      </w:pPr>
      <w:r>
        <w:t>[90] Rendering: Chart: Summarize within: Risk zones. 5 rows (id 67037acd-9bb9-4174-b327-02e297418724)</w:t>
      </w:r>
    </w:p>
    <w:p>
      <w:pPr>
        <w:spacing w:after="40"/>
      </w:pPr>
      <w:r>
        <w:t>[91] Rendering: Chart: Summarize within: Risk zones. 5 rows (id 923af0d1-ab6e-4ce5-b3d9-81d29ab8cc03)</w:t>
      </w:r>
    </w:p>
    <w:p>
      <w:pPr>
        <w:spacing w:after="40"/>
      </w:pPr>
      <w:r>
        <w:t>[92] Rendering: Chart: Find point clusters: Hospitals. 2 rows (id 20d9b93a-9f38-4502-8832-0c3847923a24)</w:t>
      </w:r>
    </w:p>
    <w:p>
      <w:pPr>
        <w:spacing w:after="40"/>
      </w:pPr>
      <w:r>
        <w:t>[93] Rendering: Chart: Find point clusters: cluster hulls. 1 rows (id f9da01d9-7689-4ba1-b714-0a48053eb1ae)</w:t>
      </w:r>
    </w:p>
    <w:p>
      <w:pPr>
        <w:spacing w:after="40"/>
      </w:pPr>
      <w:r>
        <w:t>[94] Rendering: Chart: Find point clusters: Safe havens. 3 rows (id b1d7e3a3-1643-4aea-87c6-3d0616a865de)</w:t>
      </w:r>
    </w:p>
    <w:p>
      <w:pPr>
        <w:spacing w:after="40"/>
      </w:pPr>
      <w:r>
        <w:t>[95] Rendering: Chart: Find point clusters: cluster hulls. 2 rows (id 4093c918-1c9f-481a-8b57-2adef8395ab8)</w:t>
      </w:r>
    </w:p>
    <w:p>
      <w:pPr>
        <w:spacing w:after="40"/>
      </w:pPr>
      <w:r>
        <w:t>[96] Rendering: Chart: Find point clusters: Protest events. 2 rows (id 83853866-50d0-468b-8c71-7faa0aa71c50)</w:t>
      </w:r>
    </w:p>
    <w:p>
      <w:pPr>
        <w:spacing w:after="40"/>
      </w:pPr>
      <w:r>
        <w:t>[97] Rendering: Chart: Find point clusters: cluster hulls. 1 rows (id e5bfd36e-59ac-4d44-805f-ba7f25c9358d)</w:t>
      </w:r>
    </w:p>
    <w:p>
      <w:pPr>
        <w:spacing w:after="40"/>
      </w:pPr>
      <w:r>
        <w:t>[98] Rendering: Chart: Calculate density: Protest events. 10 rows (id 73671b82-b4a3-42c0-a8ae-b1d27cba0ec2)</w:t>
      </w:r>
    </w:p>
    <w:p>
      <w:pPr>
        <w:spacing w:after="40"/>
      </w:pPr>
      <w:r>
        <w:t>[99] Rendering: Chart: Calculate density: Hotels. 8 rows (id c0aefbfb-9735-4f03-a2e6-d27fabd30313)</w:t>
      </w:r>
    </w:p>
    <w:p>
      <w:pPr>
        <w:spacing w:after="40"/>
      </w:pPr>
      <w:r>
        <w:t>[100] Rendering: Chart: Calculate density: Security incidents. 13 rows (id a8231907-9048-4318-9575-1e7364e4238a)</w:t>
      </w:r>
    </w:p>
    <w:p>
      <w:pPr>
        <w:spacing w:after="40"/>
      </w:pPr>
      <w:r>
        <w:t>[101] Rendering: Chart: Find outliers: Risk zones. 14 rows (id 491c699f-46c0-4622-98ad-1183374f76e1)</w:t>
      </w:r>
    </w:p>
    <w:p>
      <w:pPr>
        <w:spacing w:after="40"/>
      </w:pPr>
      <w:r>
        <w:t>[102] Rendering: Chart: Find nearest: Hospitals. 14 rows (id 9cc7d0a7-efe8-4e46-9c45-e42681c0944f)</w:t>
      </w:r>
    </w:p>
    <w:p>
      <w:pPr>
        <w:spacing w:after="40"/>
      </w:pPr>
      <w:r>
        <w:t>[103] Rendering: Chart: Find nearest: Hospitals. 14 rows (id e56bd3f0-499e-402f-a74a-cca2f35b3bc9)</w:t>
      </w:r>
    </w:p>
    <w:p>
      <w:pPr>
        <w:spacing w:after="40"/>
      </w:pPr>
      <w:r>
        <w:t>[104] Rendering: Chart: Find nearest: Hospitals over time. 66 rows (id 51a6266c-78a0-4146-87ab-d79e4d6ba260)</w:t>
      </w:r>
    </w:p>
    <w:p>
      <w:pPr>
        <w:spacing w:after="40"/>
      </w:pPr>
      <w:r>
        <w:t>[105] Rendering: Chart: Find point clusters: Protest events over time. 117 rows (id 86bdb528-cab1-4fff-aa57-5ee0311a2b43)</w:t>
      </w:r>
    </w:p>
    <w:p>
      <w:pPr>
        <w:spacing w:after="40"/>
      </w:pPr>
      <w:r>
        <w:t>[106] Rendering: Chart: Repeat and near repeat classification: Protest events over time. 117 rows (id 4dfde3d2-01b3-45b2-90c2-09129de0912c)</w:t>
      </w:r>
    </w:p>
    <w:p>
      <w:pPr>
        <w:spacing w:after="40"/>
      </w:pPr>
      <w:r>
        <w:t>[107] Dataset: Company sites. vector, 8 rows (id a57e5e2e-a25d-409d-9272-6ca1c1ae23ab)</w:t>
      </w:r>
    </w:p>
    <w:p>
      <w:pPr>
        <w:spacing w:after="40"/>
      </w:pPr>
      <w:r>
        <w:t>[108] Dataset: Hotels. vector, 30 rows (id 960da6f9-a119-47d2-8c4c-73faa6425317)</w:t>
      </w:r>
    </w:p>
    <w:p>
      <w:pPr>
        <w:spacing w:after="40"/>
      </w:pPr>
      <w:r>
        <w:t>[109] Dataset: Travel routes. vector, 10 rows (id 1008679c-3d12-45ea-a8ce-be53355c90d8)</w:t>
      </w:r>
    </w:p>
    <w:p>
      <w:pPr>
        <w:spacing w:after="40"/>
      </w:pPr>
      <w:r>
        <w:t>[110] Dataset: Risk zones. vector, 14 rows (id a6555125-2ca1-45ce-8a48-57ce5705423b)</w:t>
      </w:r>
    </w:p>
    <w:p>
      <w:pPr>
        <w:spacing w:after="40"/>
      </w:pPr>
      <w:r>
        <w:t>[111] Dataset: Hospitals. vector, 15 rows (id 03c9ffea-5a0a-4d80-8965-c0709759aff3)</w:t>
      </w:r>
    </w:p>
    <w:p>
      <w:pPr>
        <w:spacing w:after="40"/>
      </w:pPr>
      <w:r>
        <w:t>[112] Dataset: Safe havens. vector, 12 rows (id 511f2fd6-d838-46cc-a47c-c29f431a83c0)</w:t>
      </w:r>
    </w:p>
    <w:p>
      <w:pPr>
        <w:spacing w:after="40"/>
      </w:pPr>
      <w:r>
        <w:t>[113] Dataset: Site guard roster. table, 16 rows (id 19276383-dfed-4594-b706-1f9d7ba7b072)</w:t>
      </w:r>
    </w:p>
    <w:p>
      <w:pPr>
        <w:spacing w:after="40"/>
      </w:pPr>
      <w:r>
        <w:t>[114] Dataset: Country security briefing. document, ? rows (id f20d3f16-9057-4bc4-a33a-b2d8b53657a0)</w:t>
      </w:r>
    </w:p>
    <w:p>
      <w:pPr>
        <w:spacing w:after="40"/>
      </w:pPr>
      <w:r>
        <w:t>[115] Dataset: Hotel security assessment. document, ? rows (id e794bded-1be4-41a5-bbf2-086e1a0791f3)</w:t>
      </w:r>
    </w:p>
    <w:p>
      <w:pPr>
        <w:spacing w:after="40"/>
      </w:pPr>
      <w:r>
        <w:t>[116] Record: Sample: Corporate security and travel risk, Mexico City (id 188436ed-c19a-4e7c-ab43-b58fe7291e56)</w:t>
      </w:r>
    </w:p>
    <w:p>
      <w:pPr>
        <w:spacing w:after="40"/>
      </w:pPr>
      <w:r>
        <w:t>[117] Layer: Hot spot analysis: Protest events. 29 features (id db1e7e50-0b84-4c23-a7f1-70d712d84483)</w:t>
      </w:r>
    </w:p>
    <w:p>
      <w:pPr>
        <w:spacing w:after="40"/>
      </w:pPr>
      <w:r>
        <w:t>[118] Layer: Hot spot analysis: Hotels. 14 features (id 236b49e6-718b-468e-9414-fec05e2fd046)</w:t>
      </w:r>
    </w:p>
    <w:p>
      <w:pPr>
        <w:spacing w:after="40"/>
      </w:pPr>
      <w:r>
        <w:t>[119] Layer: Hot spot analysis: Security incidents. 353 features (id 354043da-a305-407a-bbe0-c2d077f68fed)</w:t>
      </w:r>
    </w:p>
    <w:p>
      <w:pPr>
        <w:spacing w:after="40"/>
      </w:pPr>
      <w:r>
        <w:t>[120] Layer: Emerging hot spots: Protest events. 14 features (id d4e930d7-f5cc-45e0-b105-ee6ff35846d6)</w:t>
      </w:r>
    </w:p>
    <w:p>
      <w:pPr>
        <w:spacing w:after="40"/>
      </w:pPr>
      <w:r>
        <w:t>[121] Layer: Emerging hot spots: Security incidents. 108 features (id 7d258e9e-7357-4428-8775-a97375d60dd3)</w:t>
      </w:r>
    </w:p>
    <w:p>
      <w:pPr>
        <w:spacing w:after="40"/>
      </w:pPr>
      <w:r>
        <w:t>[122] Layer: Repeat and near repeat classification: Protest events. 80 features (id c15ea26d-f7bf-43bf-987f-05e0d75a4a76)</w:t>
      </w:r>
    </w:p>
    <w:p>
      <w:pPr>
        <w:spacing w:after="40"/>
      </w:pPr>
      <w:r>
        <w:t>[123] Layer: Summarize within: Risk zones. 14 features (id 46424976-b4de-430a-93e8-53723336e3a7)</w:t>
      </w:r>
    </w:p>
    <w:p>
      <w:pPr>
        <w:spacing w:after="40"/>
      </w:pPr>
      <w:r>
        <w:t>[124] Layer: Summarize within: Risk zones. 14 features (id 66d57619-49ef-4eb7-831b-bedc47b571d1)</w:t>
      </w:r>
    </w:p>
    <w:p>
      <w:pPr>
        <w:spacing w:after="40"/>
      </w:pPr>
      <w:r>
        <w:t>[125] Layer: Summarize within: Risk zones. 14 features (id 705e651a-1e75-493d-a532-0c8927aa40cd)</w:t>
      </w:r>
    </w:p>
    <w:p>
      <w:pPr>
        <w:spacing w:after="40"/>
      </w:pPr>
      <w:r>
        <w:t>[126] Layer: Find point clusters: Hospitals. 15 features (id 991c0297-f207-49c1-9361-29e0d01cd1f5)</w:t>
      </w:r>
    </w:p>
    <w:p>
      <w:pPr>
        <w:spacing w:after="40"/>
      </w:pPr>
      <w:r>
        <w:t>[127] Layer: Find point clusters: cluster hulls. 1 features (id e06a131f-7989-4c9a-bad5-98f65d8d13ee)</w:t>
      </w:r>
    </w:p>
    <w:p>
      <w:pPr>
        <w:spacing w:after="40"/>
      </w:pPr>
      <w:r>
        <w:t>[128] Layer: Find point clusters: Safe havens. 12 features (id 1da076c5-d608-4691-b2c6-0458f1989d7e)</w:t>
      </w:r>
    </w:p>
    <w:p>
      <w:pPr>
        <w:spacing w:after="40"/>
      </w:pPr>
      <w:r>
        <w:t>[129] Layer: Find point clusters: cluster hulls. 2 features (id cb9419c5-0ee1-4dba-a62a-5b39176bab51)</w:t>
      </w:r>
    </w:p>
    <w:p>
      <w:pPr>
        <w:spacing w:after="40"/>
      </w:pPr>
      <w:r>
        <w:t>[130] Layer: Find point clusters: Protest events. 80 features (id 84d6cdb7-cfe3-4875-8ab3-4c85027ca7be)</w:t>
      </w:r>
    </w:p>
    <w:p>
      <w:pPr>
        <w:spacing w:after="40"/>
      </w:pPr>
      <w:r>
        <w:t>[131] Layer: Find point clusters: cluster hulls. 1 features (id baa8dcc7-143d-4f94-a316-947abdb534cf)</w:t>
      </w:r>
    </w:p>
    <w:p>
      <w:pPr>
        <w:spacing w:after="40"/>
      </w:pPr>
      <w:r>
        <w:t>[132] Layer: Calculate density: Protest events. 386 features (id 54008367-d33a-4511-b5e1-8c4a55915ad0)</w:t>
      </w:r>
    </w:p>
    <w:p>
      <w:pPr>
        <w:spacing w:after="40"/>
      </w:pPr>
      <w:r>
        <w:t>[133] Layer: Calculate density: Hotels. 82 features (id c4eba0a4-6712-445b-bc6c-cf0c26bb9cac)</w:t>
      </w:r>
    </w:p>
    <w:p>
      <w:pPr>
        <w:spacing w:after="40"/>
      </w:pPr>
      <w:r>
        <w:t>[134] Layer: Calculate density: Security incidents. 2,240 features (id 57bb3eed-15a3-4c3d-b425-89ac6f7edeaf)</w:t>
      </w:r>
    </w:p>
    <w:p>
      <w:pPr>
        <w:spacing w:after="40"/>
      </w:pPr>
      <w:r>
        <w:t>[135] Layer: Find outliers: Risk zones. 14 features (id e8ee4af5-2649-4990-8578-af9a7ca2a1e6)</w:t>
      </w:r>
    </w:p>
    <w:p>
      <w:pPr>
        <w:spacing w:after="40"/>
      </w:pPr>
      <w:r>
        <w:t>[136] Layer: Find nearest: Hospitals. 14 features (id cc3abbbe-dedb-4bf4-a08f-10d4882a63d2)</w:t>
      </w:r>
    </w:p>
    <w:p>
      <w:pPr>
        <w:spacing w:after="40"/>
      </w:pPr>
      <w:r>
        <w:t>[137] Layer: Find nearest: Hospitals. 14 features (id 39cac909-2a3f-47b4-9123-524c237e05eb)</w:t>
      </w:r>
    </w:p>
    <w:p>
      <w:pPr>
        <w:spacing w:after="40"/>
      </w:pPr>
      <w:r>
        <w:t>[138] Layer: Find nearest: Hospitals. 6 features (id 5b28ce74-706d-460a-b867-4b1ce5f6ed98)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week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78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110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102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97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Security incidents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Travel log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Protest events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25. Security incidents over time (occurred_at)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robbery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theft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vandalism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road blockade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vehicle theft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Other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26. Protest events over time (date)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27. Travel log over time (date)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False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True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28. Hot spot analysis: Protest events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Hot spot analysis: Hotels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30. Hot spot analysis: Security incidents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41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203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78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7.5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8.5</w:t>
            </w:r>
          </w:p>
        </w:tc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31. Emerging hot spots: Protest events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-0.608</w:t>
            </w:r>
          </w:p>
        </w:tc>
        <w:tc>
          <w:tcPr>
            <w:tcW w:type="dxa" w:w="2880"/>
          </w:tcPr>
          <w:p>
            <w:r>
              <w:t>-0.3794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-0.3794</w:t>
            </w:r>
          </w:p>
        </w:tc>
        <w:tc>
          <w:tcPr>
            <w:tcW w:type="dxa" w:w="2880"/>
          </w:tcPr>
          <w:p>
            <w:r>
              <w:t>-0.1508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-0.1508</w:t>
            </w:r>
          </w:p>
        </w:tc>
        <w:tc>
          <w:tcPr>
            <w:tcW w:type="dxa" w:w="2880"/>
          </w:tcPr>
          <w:p>
            <w:r>
              <w:t>0.0778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0.0778</w:t>
            </w:r>
          </w:p>
        </w:tc>
        <w:tc>
          <w:tcPr>
            <w:tcW w:type="dxa" w:w="2880"/>
          </w:tcPr>
          <w:p>
            <w:r>
              <w:t>0.3064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0.3064</w:t>
            </w:r>
          </w:p>
        </w:tc>
        <w:tc>
          <w:tcPr>
            <w:tcW w:type="dxa" w:w="2880"/>
          </w:tcPr>
          <w:p>
            <w:r>
              <w:t>0.535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</w:tbl>
    <w:p/>
    <w:p>
      <w:pPr>
        <w:pStyle w:val="Heading2"/>
      </w:pPr>
      <w:r>
        <w:t>Figure 32. Emerging hot spots: Security incidents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-0.663</w:t>
            </w:r>
          </w:p>
        </w:tc>
        <w:tc>
          <w:tcPr>
            <w:tcW w:type="dxa" w:w="2880"/>
          </w:tcPr>
          <w:p>
            <w:r>
              <w:t>-0.3824</w:t>
            </w:r>
          </w:p>
        </w:tc>
        <w:tc>
          <w:tcPr>
            <w:tcW w:type="dxa" w:w="2880"/>
          </w:tcPr>
          <w:p>
            <w:r>
              <w:t>38</w:t>
            </w:r>
          </w:p>
        </w:tc>
      </w:tr>
      <w:tr>
        <w:tc>
          <w:tcPr>
            <w:tcW w:type="dxa" w:w="2880"/>
          </w:tcPr>
          <w:p>
            <w:r>
              <w:t>-0.3824</w:t>
            </w:r>
          </w:p>
        </w:tc>
        <w:tc>
          <w:tcPr>
            <w:tcW w:type="dxa" w:w="2880"/>
          </w:tcPr>
          <w:p>
            <w:r>
              <w:t>-0.1017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-0.1017</w:t>
            </w:r>
          </w:p>
        </w:tc>
        <w:tc>
          <w:tcPr>
            <w:tcW w:type="dxa" w:w="2880"/>
          </w:tcPr>
          <w:p>
            <w:r>
              <w:t>0.1789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0.1789</w:t>
            </w:r>
          </w:p>
        </w:tc>
        <w:tc>
          <w:tcPr>
            <w:tcW w:type="dxa" w:w="2880"/>
          </w:tcPr>
          <w:p>
            <w:r>
              <w:t>0.4595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0.4595</w:t>
            </w:r>
          </w:p>
        </w:tc>
        <w:tc>
          <w:tcPr>
            <w:tcW w:type="dxa" w:w="2880"/>
          </w:tcPr>
          <w:p>
            <w:r>
              <w:t>0.7401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0.7401</w:t>
            </w:r>
          </w:p>
        </w:tc>
        <w:tc>
          <w:tcPr>
            <w:tcW w:type="dxa" w:w="2880"/>
          </w:tcPr>
          <w:p>
            <w:r>
              <w:t>1.021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1.021</w:t>
            </w:r>
          </w:p>
        </w:tc>
        <w:tc>
          <w:tcPr>
            <w:tcW w:type="dxa" w:w="2880"/>
          </w:tcPr>
          <w:p>
            <w:r>
              <w:t>1.301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1.301</w:t>
            </w:r>
          </w:p>
        </w:tc>
        <w:tc>
          <w:tcPr>
            <w:tcW w:type="dxa" w:w="2880"/>
          </w:tcPr>
          <w:p>
            <w:r>
              <w:t>1.582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33. Repeat and near repeat classification: Protest events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34. Summarize within: Risk zones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35. Summarize within: Risk zones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0.6</w:t>
            </w:r>
          </w:p>
        </w:tc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1.2</w:t>
            </w:r>
          </w:p>
        </w:tc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1.8</w:t>
            </w:r>
          </w:p>
        </w:tc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2.4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36. Summarize within: Risk zones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30</w:t>
            </w:r>
          </w:p>
        </w:tc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45</w:t>
            </w:r>
          </w:p>
        </w:tc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60</w:t>
            </w:r>
          </w:p>
        </w:tc>
        <w:tc>
          <w:tcPr>
            <w:tcW w:type="dxa" w:w="2880"/>
          </w:tcPr>
          <w:p>
            <w:r>
              <w:t>75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37. Find point clusters: Hospitals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0.7333</w:t>
            </w:r>
          </w:p>
        </w:tc>
        <w:tc>
          <w:tcPr>
            <w:tcW w:type="dxa" w:w="2160"/>
          </w:tcPr>
          <w:p>
            <w:r>
              <w:t>73.3%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0.2667</w:t>
            </w:r>
          </w:p>
        </w:tc>
        <w:tc>
          <w:tcPr>
            <w:tcW w:type="dxa" w:w="2160"/>
          </w:tcPr>
          <w:p>
            <w:r>
              <w:t>26.7%</w:t>
            </w:r>
          </w:p>
        </w:tc>
      </w:tr>
    </w:tbl>
    <w:p/>
    <w:p>
      <w:pPr>
        <w:pStyle w:val="Heading2"/>
      </w:pPr>
      <w:r>
        <w:t>Figure 38. Find point clusters: cluster hulls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39. Find point clusters: Safe havens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0.4167</w:t>
            </w:r>
          </w:p>
        </w:tc>
        <w:tc>
          <w:tcPr>
            <w:tcW w:type="dxa" w:w="2160"/>
          </w:tcPr>
          <w:p>
            <w:r>
              <w:t>41.7%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0.3333</w:t>
            </w:r>
          </w:p>
        </w:tc>
        <w:tc>
          <w:tcPr>
            <w:tcW w:type="dxa" w:w="2160"/>
          </w:tcPr>
          <w:p>
            <w:r>
              <w:t>33.3%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  <w:tc>
          <w:tcPr>
            <w:tcW w:type="dxa" w:w="2160"/>
          </w:tcPr>
          <w:p>
            <w:r>
              <w:t>25.0%</w:t>
            </w:r>
          </w:p>
        </w:tc>
      </w:tr>
    </w:tbl>
    <w:p/>
    <w:p>
      <w:pPr>
        <w:pStyle w:val="Heading2"/>
      </w:pPr>
      <w:r>
        <w:t>Figure 40. Find point clusters: cluster hulls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</w:tbl>
    <w:p/>
    <w:p>
      <w:pPr>
        <w:pStyle w:val="Heading2"/>
      </w:pPr>
      <w:r>
        <w:t>Figure 41. Find point clusters: Protest events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77</w:t>
            </w:r>
          </w:p>
        </w:tc>
        <w:tc>
          <w:tcPr>
            <w:tcW w:type="dxa" w:w="2160"/>
          </w:tcPr>
          <w:p>
            <w:r>
              <w:t>0.9625</w:t>
            </w:r>
          </w:p>
        </w:tc>
        <w:tc>
          <w:tcPr>
            <w:tcW w:type="dxa" w:w="2160"/>
          </w:tcPr>
          <w:p>
            <w:r>
              <w:t>96.2%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0.0375</w:t>
            </w:r>
          </w:p>
        </w:tc>
        <w:tc>
          <w:tcPr>
            <w:tcW w:type="dxa" w:w="2160"/>
          </w:tcPr>
          <w:p>
            <w:r>
              <w:t>3.8%</w:t>
            </w:r>
          </w:p>
        </w:tc>
      </w:tr>
    </w:tbl>
    <w:p/>
    <w:p>
      <w:pPr>
        <w:pStyle w:val="Heading2"/>
      </w:pPr>
      <w:r>
        <w:t>Figure 42. Find point clusters: cluster hulls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43. Calculate density: Protest events [98]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2.3</w:t>
            </w:r>
          </w:p>
        </w:tc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4.6</w:t>
            </w:r>
          </w:p>
        </w:tc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6.9</w:t>
            </w:r>
          </w:p>
        </w:tc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68</w:t>
            </w:r>
          </w:p>
        </w:tc>
      </w:tr>
      <w:tr>
        <w:tc>
          <w:tcPr>
            <w:tcW w:type="dxa" w:w="2880"/>
          </w:tcPr>
          <w:p>
            <w:r>
              <w:t>9.2</w:t>
            </w:r>
          </w:p>
        </w:tc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11.5</w:t>
            </w:r>
          </w:p>
        </w:tc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13.8</w:t>
            </w:r>
          </w:p>
        </w:tc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16.1</w:t>
            </w:r>
          </w:p>
        </w:tc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18.4</w:t>
            </w:r>
          </w:p>
        </w:tc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20.7</w:t>
            </w:r>
          </w:p>
        </w:tc>
        <w:tc>
          <w:tcPr>
            <w:tcW w:type="dxa" w:w="2880"/>
          </w:tcPr>
          <w:p>
            <w:r>
              <w:t>23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</w:tbl>
    <w:p/>
    <w:p>
      <w:pPr>
        <w:pStyle w:val="Heading2"/>
      </w:pPr>
      <w:r>
        <w:t>Figure 44. Calculate density: Hotels [99]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0.0002631</w:t>
            </w:r>
          </w:p>
        </w:tc>
        <w:tc>
          <w:tcPr>
            <w:tcW w:type="dxa" w:w="2880"/>
          </w:tcPr>
          <w:p>
            <w:r>
              <w:t>0.2276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0.2276</w:t>
            </w:r>
          </w:p>
        </w:tc>
        <w:tc>
          <w:tcPr>
            <w:tcW w:type="dxa" w:w="2880"/>
          </w:tcPr>
          <w:p>
            <w:r>
              <w:t>0.455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0.455</w:t>
            </w:r>
          </w:p>
        </w:tc>
        <w:tc>
          <w:tcPr>
            <w:tcW w:type="dxa" w:w="2880"/>
          </w:tcPr>
          <w:p>
            <w:r>
              <w:t>0.6823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0.6823</w:t>
            </w:r>
          </w:p>
        </w:tc>
        <w:tc>
          <w:tcPr>
            <w:tcW w:type="dxa" w:w="2880"/>
          </w:tcPr>
          <w:p>
            <w:r>
              <w:t>0.9096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0.9096</w:t>
            </w:r>
          </w:p>
        </w:tc>
        <w:tc>
          <w:tcPr>
            <w:tcW w:type="dxa" w:w="2880"/>
          </w:tcPr>
          <w:p>
            <w:r>
              <w:t>1.137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1.137</w:t>
            </w:r>
          </w:p>
        </w:tc>
        <w:tc>
          <w:tcPr>
            <w:tcW w:type="dxa" w:w="2880"/>
          </w:tcPr>
          <w:p>
            <w:r>
              <w:t>1.364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1.364</w:t>
            </w:r>
          </w:p>
        </w:tc>
        <w:tc>
          <w:tcPr>
            <w:tcW w:type="dxa" w:w="2880"/>
          </w:tcPr>
          <w:p>
            <w:r>
              <w:t>1.592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1.592</w:t>
            </w:r>
          </w:p>
        </w:tc>
        <w:tc>
          <w:tcPr>
            <w:tcW w:type="dxa" w:w="2880"/>
          </w:tcPr>
          <w:p>
            <w:r>
              <w:t>1.819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45. Calculate density: Security incidents [100]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4.077</w:t>
            </w:r>
          </w:p>
        </w:tc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169</w:t>
            </w:r>
          </w:p>
        </w:tc>
      </w:tr>
      <w:tr>
        <w:tc>
          <w:tcPr>
            <w:tcW w:type="dxa" w:w="2880"/>
          </w:tcPr>
          <w:p>
            <w:r>
              <w:t>8.154</w:t>
            </w:r>
          </w:p>
        </w:tc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166</w:t>
            </w:r>
          </w:p>
        </w:tc>
      </w:tr>
      <w:tr>
        <w:tc>
          <w:tcPr>
            <w:tcW w:type="dxa" w:w="2880"/>
          </w:tcPr>
          <w:p>
            <w:r>
              <w:t>12.23</w:t>
            </w:r>
          </w:p>
        </w:tc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169</w:t>
            </w:r>
          </w:p>
        </w:tc>
      </w:tr>
      <w:tr>
        <w:tc>
          <w:tcPr>
            <w:tcW w:type="dxa" w:w="2880"/>
          </w:tcPr>
          <w:p>
            <w:r>
              <w:t>16.31</w:t>
            </w:r>
          </w:p>
        </w:tc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169</w:t>
            </w:r>
          </w:p>
        </w:tc>
      </w:tr>
      <w:tr>
        <w:tc>
          <w:tcPr>
            <w:tcW w:type="dxa" w:w="2880"/>
          </w:tcPr>
          <w:p>
            <w:r>
              <w:t>20.38</w:t>
            </w:r>
          </w:p>
        </w:tc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174</w:t>
            </w:r>
          </w:p>
        </w:tc>
      </w:tr>
      <w:tr>
        <w:tc>
          <w:tcPr>
            <w:tcW w:type="dxa" w:w="2880"/>
          </w:tcPr>
          <w:p>
            <w:r>
              <w:t>24.46</w:t>
            </w:r>
          </w:p>
        </w:tc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28.54</w:t>
            </w:r>
          </w:p>
        </w:tc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175</w:t>
            </w:r>
          </w:p>
        </w:tc>
      </w:tr>
      <w:tr>
        <w:tc>
          <w:tcPr>
            <w:tcW w:type="dxa" w:w="2880"/>
          </w:tcPr>
          <w:p>
            <w:r>
              <w:t>32.62</w:t>
            </w:r>
          </w:p>
        </w:tc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173</w:t>
            </w:r>
          </w:p>
        </w:tc>
      </w:tr>
      <w:tr>
        <w:tc>
          <w:tcPr>
            <w:tcW w:type="dxa" w:w="2880"/>
          </w:tcPr>
          <w:p>
            <w:r>
              <w:t>36.69</w:t>
            </w:r>
          </w:p>
        </w:tc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171</w:t>
            </w:r>
          </w:p>
        </w:tc>
      </w:tr>
      <w:tr>
        <w:tc>
          <w:tcPr>
            <w:tcW w:type="dxa" w:w="2880"/>
          </w:tcPr>
          <w:p>
            <w:r>
              <w:t>40.77</w:t>
            </w:r>
          </w:p>
        </w:tc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169</w:t>
            </w:r>
          </w:p>
        </w:tc>
      </w:tr>
      <w:tr>
        <w:tc>
          <w:tcPr>
            <w:tcW w:type="dxa" w:w="2880"/>
          </w:tcPr>
          <w:p>
            <w:r>
              <w:t>44.85</w:t>
            </w:r>
          </w:p>
        </w:tc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174</w:t>
            </w:r>
          </w:p>
        </w:tc>
      </w:tr>
      <w:tr>
        <w:tc>
          <w:tcPr>
            <w:tcW w:type="dxa" w:w="2880"/>
          </w:tcPr>
          <w:p>
            <w:r>
              <w:t>48.92</w:t>
            </w:r>
          </w:p>
        </w:tc>
        <w:tc>
          <w:tcPr>
            <w:tcW w:type="dxa" w:w="2880"/>
          </w:tcPr>
          <w:p>
            <w:r>
              <w:t>53</w:t>
            </w:r>
          </w:p>
        </w:tc>
        <w:tc>
          <w:tcPr>
            <w:tcW w:type="dxa" w:w="2880"/>
          </w:tcPr>
          <w:p>
            <w:r>
              <w:t>198</w:t>
            </w:r>
          </w:p>
        </w:tc>
      </w:tr>
    </w:tbl>
    <w:p/>
    <w:p>
      <w:pPr>
        <w:pStyle w:val="Heading2"/>
      </w:pPr>
      <w:r>
        <w:t>Figure 46. Find outliers: Risk zones [101]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-1.242</w:t>
            </w:r>
          </w:p>
        </w:tc>
        <w:tc>
          <w:tcPr>
            <w:tcW w:type="dxa" w:w="2880"/>
          </w:tcPr>
          <w:p>
            <w:r>
              <w:t>0.7068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0.257</w:t>
            </w:r>
          </w:p>
        </w:tc>
        <w:tc>
          <w:tcPr>
            <w:tcW w:type="dxa" w:w="2880"/>
          </w:tcPr>
          <w:p>
            <w:r>
              <w:t>-0.3427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-0.9424</w:t>
            </w:r>
          </w:p>
        </w:tc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0.8567</w:t>
            </w:r>
          </w:p>
        </w:tc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-1.542</w:t>
            </w:r>
          </w:p>
        </w:tc>
        <w:tc>
          <w:tcPr>
            <w:tcW w:type="dxa" w:w="2880"/>
          </w:tcPr>
          <w:p>
            <w:r>
              <w:t>0.257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0.257</w:t>
            </w:r>
          </w:p>
        </w:tc>
        <w:tc>
          <w:tcPr>
            <w:tcW w:type="dxa" w:w="2880"/>
          </w:tcPr>
          <w:p>
            <w:r>
              <w:t>-0.0428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0.5569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-0.0428</w:t>
            </w:r>
          </w:p>
        </w:tc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0.8567</w:t>
            </w:r>
          </w:p>
        </w:tc>
        <w:tc>
          <w:tcPr>
            <w:tcW w:type="dxa" w:w="2880"/>
          </w:tcPr>
          <w:p>
            <w:r>
              <w:t>-0.3427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-1.092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-0.9424</w:t>
            </w:r>
          </w:p>
        </w:tc>
        <w:tc>
          <w:tcPr>
            <w:tcW w:type="dxa" w:w="2880"/>
          </w:tcPr>
          <w:p>
            <w:r>
              <w:t>0.8567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-1.542</w:t>
            </w:r>
          </w:p>
        </w:tc>
        <w:tc>
          <w:tcPr>
            <w:tcW w:type="dxa" w:w="2880"/>
          </w:tcPr>
          <w:p>
            <w:r>
              <w:t>0.5569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1.157</w:t>
            </w:r>
          </w:p>
        </w:tc>
        <w:tc>
          <w:tcPr>
            <w:tcW w:type="dxa" w:w="2880"/>
          </w:tcPr>
          <w:p>
            <w:r>
              <w:t>0.4069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0.5569</w:t>
            </w:r>
          </w:p>
        </w:tc>
        <w:tc>
          <w:tcPr>
            <w:tcW w:type="dxa" w:w="2880"/>
          </w:tcPr>
          <w:p>
            <w:r>
              <w:t>-1.542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47. Find nearest: Hospitals [102]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company car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approved taxi</w:t>
            </w:r>
          </w:p>
        </w:tc>
      </w:tr>
    </w:tbl>
    <w:p/>
    <w:p>
      <w:pPr>
        <w:pStyle w:val="Heading2"/>
      </w:pPr>
      <w:r>
        <w:t>Figure 48. Find nearest: Hospitals [103]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rank</w:t>
            </w:r>
          </w:p>
        </w:tc>
        <w:tc>
          <w:tcPr>
            <w:tcW w:type="dxa" w:w="4320"/>
          </w:tcPr>
          <w:p>
            <w:r>
              <w:t>name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embassy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embassy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hotel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embassy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hotel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hotel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embassy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partner office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hotel</w:t>
            </w:r>
          </w:p>
        </w:tc>
      </w:tr>
    </w:tbl>
    <w:p/>
    <w:p>
      <w:pPr>
        <w:pStyle w:val="Heading2"/>
      </w:pPr>
      <w:r>
        <w:t>Figure 49. Find nearest: Hospitals over time [104]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50. Find point clusters: Protest events over time [105]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51. Repeat and near repeat classification: Protest events over time [106]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large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small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medium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sectPr w:rsidR="00FC693F" w:rsidRPr="0006063C" w:rsidSect="00034616">
      <w:footerReference w:type="default" r:id="rId5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Corporate security and travel risk, Mexico City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Corporate security and travel risk, Mexico City: report</dc:title>
  <dc:subject>Describe the project Sample: Corporate security and travel risk, Mexico City: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