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Telecom, Medellin: report</w:t>
      </w:r>
    </w:p>
    <w:p>
      <w:r>
        <w:rPr>
          <w:color w:val="525252"/>
          <w:sz w:val="18"/>
        </w:rPr>
        <w:t>Project: Sample: Telecom, Medellin</w:t>
      </w:r>
      <w:r>
        <w:rPr>
          <w:color w:val="525252"/>
          <w:sz w:val="18"/>
        </w:rPr>
        <w:br/>
        <w:t>Goal: Describe the project Sample: Telecom, Medellin: run the analyses that tell the most about its data, draw every result, and write a cited report.</w:t>
      </w:r>
      <w:r>
        <w:rPr>
          <w:color w:val="525252"/>
          <w:sz w:val="18"/>
        </w:rPr>
        <w:br/>
        <w:t>Run: de496ddc-3bd2-4d81-bcc0-e58d35927cfd (running, 19 agent run(s))</w:t>
      </w:r>
      <w:r>
        <w:rPr>
          <w:color w:val="525252"/>
          <w:sz w:val="18"/>
        </w:rPr>
        <w:br/>
        <w:t>Generated: 2026-10-19T04:49:11Z,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Neighborhoods</w:t>
            </w:r>
          </w:p>
        </w:tc>
        <w:tc>
          <w:tcPr>
            <w:tcW w:type="dxa" w:w="1440"/>
          </w:tcPr>
          <w:p>
            <w:r>
              <w:t>vector, Polygon</w:t>
            </w:r>
          </w:p>
        </w:tc>
        <w:tc>
          <w:tcPr>
            <w:tcW w:type="dxa" w:w="1440"/>
          </w:tcPr>
          <w:p>
            <w:r>
              <w:t>16</w:t>
            </w:r>
          </w:p>
        </w:tc>
        <w:tc>
          <w:tcPr>
            <w:tcW w:type="dxa" w:w="1440"/>
          </w:tcPr>
          <w:p>
            <w:r/>
          </w:p>
        </w:tc>
        <w:tc>
          <w:tcPr>
            <w:tcW w:type="dxa" w:w="1440"/>
          </w:tcPr>
          <w:p>
            <w:r>
              <w:t>16 polygon (area) features; 'population' 27,852 to 74,163 (mean 4.98e+04); 'subscribers' 7,873 to 29,047 (mean 1.72e+04); named by 'name' (e.g. Barrio Norte, Las Flores, El Molino); total area 72.05 km2; extent -75.6219,6.2080 to -75.5405,6.2804. Areas (Neighborhoods) with population to compare and map.</w:t>
            </w:r>
          </w:p>
        </w:tc>
        <w:tc>
          <w:tcPr>
            <w:tcW w:type="dxa" w:w="1440"/>
          </w:tcPr>
          <w:p>
            <w:r>
              <w:t>[329]</w:t>
            </w:r>
          </w:p>
        </w:tc>
      </w:tr>
      <w:tr>
        <w:tc>
          <w:tcPr>
            <w:tcW w:type="dxa" w:w="1440"/>
          </w:tcPr>
          <w:p>
            <w:r>
              <w:t>Towers</w:t>
            </w:r>
          </w:p>
        </w:tc>
        <w:tc>
          <w:tcPr>
            <w:tcW w:type="dxa" w:w="1440"/>
          </w:tcPr>
          <w:p>
            <w:r>
              <w:t>vector, Point</w:t>
            </w:r>
          </w:p>
        </w:tc>
        <w:tc>
          <w:tcPr>
            <w:tcW w:type="dxa" w:w="1440"/>
          </w:tcPr>
          <w:p>
            <w:r>
              <w:t>14</w:t>
            </w:r>
          </w:p>
        </w:tc>
        <w:tc>
          <w:tcPr>
            <w:tcW w:type="dxa" w:w="1440"/>
          </w:tcPr>
          <w:p>
            <w:r/>
          </w:p>
        </w:tc>
        <w:tc>
          <w:tcPr>
            <w:tcW w:type="dxa" w:w="1440"/>
          </w:tcPr>
          <w:p>
            <w:r>
              <w:t>14 point features; 'technology' has 2 values (top: 4G/5G 7, 4G 7); 'height_m' 25 to 40 (mean 33.93); 'ground_m' 1490 to 2270 (mean 1768); 'sectors' 3 to 3 (mean 3); named by 'name' (e.g. Tower 01 La Estacion, Tower 02 La Ribera, Tower 03 La Fuente); extent -75.6097,6.2153 to -75.5641,6.2746. Point locations of Towers by technology.</w:t>
            </w:r>
          </w:p>
        </w:tc>
        <w:tc>
          <w:tcPr>
            <w:tcW w:type="dxa" w:w="1440"/>
          </w:tcPr>
          <w:p>
            <w:r>
              <w:t>[330]</w:t>
            </w:r>
          </w:p>
        </w:tc>
      </w:tr>
      <w:tr>
        <w:tc>
          <w:tcPr>
            <w:tcW w:type="dxa" w:w="1440"/>
          </w:tcPr>
          <w:p>
            <w:r>
              <w:t>Dropped calls</w:t>
            </w:r>
          </w:p>
        </w:tc>
        <w:tc>
          <w:tcPr>
            <w:tcW w:type="dxa" w:w="1440"/>
          </w:tcPr>
          <w:p>
            <w:r>
              <w:t>vector, Point</w:t>
            </w:r>
          </w:p>
        </w:tc>
        <w:tc>
          <w:tcPr>
            <w:tcW w:type="dxa" w:w="1440"/>
          </w:tcPr>
          <w:p>
            <w:r>
              <w:t>1,800</w:t>
            </w:r>
          </w:p>
        </w:tc>
        <w:tc>
          <w:tcPr>
            <w:tcW w:type="dxa" w:w="1440"/>
          </w:tcPr>
          <w:p>
            <w:r>
              <w:t>2026-08-03 to 2026-09-27</w:t>
            </w:r>
          </w:p>
        </w:tc>
        <w:tc>
          <w:tcPr>
            <w:tcW w:type="dxa" w:w="1440"/>
          </w:tcPr>
          <w:p>
            <w:r>
              <w:t>1,800 point features; dated by 'occurred_at' from 2026-08-03 to 2026-09-27; 'cause' has 4 values (top: coverage 646, handover 617, congestion 341); 'technology' has 3 values (top: 4G 895, 5G 455, 3G 450); 'signal_dbm' -128.6 to -73 (mean -103.4); extent -75.6212,6.2088 to -75.5413,6.2798. Dated point events by cause: where and when Dropped calls happen.</w:t>
            </w:r>
          </w:p>
        </w:tc>
        <w:tc>
          <w:tcPr>
            <w:tcW w:type="dxa" w:w="1440"/>
          </w:tcPr>
          <w:p>
            <w:r>
              <w:t>[2]</w:t>
            </w:r>
          </w:p>
        </w:tc>
      </w:tr>
      <w:tr>
        <w:tc>
          <w:tcPr>
            <w:tcW w:type="dxa" w:w="1440"/>
          </w:tcPr>
          <w:p>
            <w:r>
              <w:t>Coverage complaints</w:t>
            </w:r>
          </w:p>
        </w:tc>
        <w:tc>
          <w:tcPr>
            <w:tcW w:type="dxa" w:w="1440"/>
          </w:tcPr>
          <w:p>
            <w:r>
              <w:t>vector, Point</w:t>
            </w:r>
          </w:p>
        </w:tc>
        <w:tc>
          <w:tcPr>
            <w:tcW w:type="dxa" w:w="1440"/>
          </w:tcPr>
          <w:p>
            <w:r>
              <w:t>420</w:t>
            </w:r>
          </w:p>
        </w:tc>
        <w:tc>
          <w:tcPr>
            <w:tcW w:type="dxa" w:w="1440"/>
          </w:tcPr>
          <w:p>
            <w:r>
              <w:t>2026-03-01 to 2026-09-30</w:t>
            </w:r>
          </w:p>
        </w:tc>
        <w:tc>
          <w:tcPr>
            <w:tcW w:type="dxa" w:w="1440"/>
          </w:tcPr>
          <w:p>
            <w:r>
              <w:t>420 point features; dated by 'date' from 2026-03-01 to 2026-09-30; 'issue' has 3 values (top: slow data 154, calls drop 140, no signal indoors 126); 'plan' has 3 values (top: prepaid 147, postpaid 137, business 136); extent -75.6212,6.2087 to -75.5421,6.2796. Dated point events by issue: where and when Coverage complaints happen.</w:t>
            </w:r>
          </w:p>
        </w:tc>
        <w:tc>
          <w:tcPr>
            <w:tcW w:type="dxa" w:w="1440"/>
          </w:tcPr>
          <w:p>
            <w:r>
              <w:t>[3]</w:t>
            </w:r>
          </w:p>
        </w:tc>
      </w:tr>
      <w:tr>
        <w:tc>
          <w:tcPr>
            <w:tcW w:type="dxa" w:w="1440"/>
          </w:tcPr>
          <w:p>
            <w:r>
              <w:t>Fiber routes</w:t>
            </w:r>
          </w:p>
        </w:tc>
        <w:tc>
          <w:tcPr>
            <w:tcW w:type="dxa" w:w="1440"/>
          </w:tcPr>
          <w:p>
            <w:r>
              <w:t>vector, LineString</w:t>
            </w:r>
          </w:p>
        </w:tc>
        <w:tc>
          <w:tcPr>
            <w:tcW w:type="dxa" w:w="1440"/>
          </w:tcPr>
          <w:p>
            <w:r>
              <w:t>19</w:t>
            </w:r>
          </w:p>
        </w:tc>
        <w:tc>
          <w:tcPr>
            <w:tcW w:type="dxa" w:w="1440"/>
          </w:tcPr>
          <w:p>
            <w:r/>
          </w:p>
        </w:tc>
        <w:tc>
          <w:tcPr>
            <w:tcW w:type="dxa" w:w="1440"/>
          </w:tcPr>
          <w:p>
            <w:r>
              <w:t>19 line features; 'owner' has 2 values (top: leased 13, own 6); 'fibres' 24 to 96 (mean 72); total length 61.98 km; extent -75.6097,6.2153 to -75.5641,6.2746. Lines (Fiber routes) such as routes or networks.</w:t>
            </w:r>
          </w:p>
        </w:tc>
        <w:tc>
          <w:tcPr>
            <w:tcW w:type="dxa" w:w="1440"/>
          </w:tcPr>
          <w:p>
            <w:r>
              <w:t>[331]</w:t>
            </w:r>
          </w:p>
        </w:tc>
      </w:tr>
      <w:tr>
        <w:tc>
          <w:tcPr>
            <w:tcW w:type="dxa" w:w="1440"/>
          </w:tcPr>
          <w:p>
            <w:r>
              <w:t>Small cells</w:t>
            </w:r>
          </w:p>
        </w:tc>
        <w:tc>
          <w:tcPr>
            <w:tcW w:type="dxa" w:w="1440"/>
          </w:tcPr>
          <w:p>
            <w:r>
              <w:t>vector, Point</w:t>
            </w:r>
          </w:p>
        </w:tc>
        <w:tc>
          <w:tcPr>
            <w:tcW w:type="dxa" w:w="1440"/>
          </w:tcPr>
          <w:p>
            <w:r>
              <w:t>40</w:t>
            </w:r>
          </w:p>
        </w:tc>
        <w:tc>
          <w:tcPr>
            <w:tcW w:type="dxa" w:w="1440"/>
          </w:tcPr>
          <w:p>
            <w:r/>
          </w:p>
        </w:tc>
        <w:tc>
          <w:tcPr>
            <w:tcW w:type="dxa" w:w="1440"/>
          </w:tcPr>
          <w:p>
            <w:r>
              <w:t>40 point features; 'status' has 2 values (top: planned 30, live 10); 'band' has 2 values (top: n78 21, B7 19); extent -75.6198,6.2095 to -75.5410,6.2782. Point locations of Small cells by status.</w:t>
            </w:r>
          </w:p>
        </w:tc>
        <w:tc>
          <w:tcPr>
            <w:tcW w:type="dxa" w:w="1440"/>
          </w:tcPr>
          <w:p>
            <w:r>
              <w:t>[332]</w:t>
            </w:r>
          </w:p>
        </w:tc>
      </w:tr>
      <w:tr>
        <w:tc>
          <w:tcPr>
            <w:tcW w:type="dxa" w:w="1440"/>
          </w:tcPr>
          <w:p>
            <w:r>
              <w:t>Valley terrain model (DEM)</w:t>
            </w:r>
          </w:p>
        </w:tc>
        <w:tc>
          <w:tcPr>
            <w:tcW w:type="dxa" w:w="1440"/>
          </w:tcPr>
          <w:p>
            <w:r>
              <w:t>raster</w:t>
            </w:r>
          </w:p>
        </w:tc>
        <w:tc>
          <w:tcPr>
            <w:tcW w:type="dxa" w:w="1440"/>
          </w:tcPr>
          <w:p>
            <w:r/>
          </w:p>
        </w:tc>
        <w:tc>
          <w:tcPr>
            <w:tcW w:type="dxa" w:w="1440"/>
          </w:tcPr>
          <w:p>
            <w:r/>
          </w:p>
        </w:tc>
        <w:tc>
          <w:tcPr>
            <w:tcW w:type="dxa" w:w="1440"/>
          </w:tcPr>
          <w:p>
            <w:r>
              <w:t>1-band float32 raster (dem), 300 x 267 cells; resolution 30; band 1 1475 to 2759; extent -75.6219,6.2079 to -75.5405,6.2804. An elevation surface for terrain analysis.</w:t>
            </w:r>
          </w:p>
        </w:tc>
        <w:tc>
          <w:tcPr>
            <w:tcW w:type="dxa" w:w="1440"/>
          </w:tcPr>
          <w:p>
            <w:r>
              <w:t>[333]</w:t>
            </w:r>
          </w:p>
        </w:tc>
      </w:tr>
      <w:tr>
        <w:tc>
          <w:tcPr>
            <w:tcW w:type="dxa" w:w="1440"/>
          </w:tcPr>
          <w:p>
            <w:r>
              <w:t>Cell KPIs by day</w:t>
            </w:r>
          </w:p>
        </w:tc>
        <w:tc>
          <w:tcPr>
            <w:tcW w:type="dxa" w:w="1440"/>
          </w:tcPr>
          <w:p>
            <w:r>
              <w:t>table</w:t>
            </w:r>
          </w:p>
        </w:tc>
        <w:tc>
          <w:tcPr>
            <w:tcW w:type="dxa" w:w="1440"/>
          </w:tcPr>
          <w:p>
            <w:r>
              <w:t>784</w:t>
            </w:r>
          </w:p>
        </w:tc>
        <w:tc>
          <w:tcPr>
            <w:tcW w:type="dxa" w:w="1440"/>
          </w:tcPr>
          <w:p>
            <w:r>
              <w:t>2026-08-03 to 2026-09-27</w:t>
            </w:r>
          </w:p>
        </w:tc>
        <w:tc>
          <w:tcPr>
            <w:tcW w:type="dxa" w:w="1440"/>
          </w:tcPr>
          <w:p>
            <w:r>
              <w:t>Table of 784 rows and 5 columns without geometry; dated by 'date' from 2026-08-03 to 2026-09-27; 'traffic_gb' 429.6 to 2612 (mean 1036); 'drop_rate_pct' 0.1 to 3.81 (mean 1.437); 'availability_pct' 98.43 to 100 (mean 99.57). A table of Cell KPIs by day without locations.</w:t>
            </w:r>
          </w:p>
        </w:tc>
        <w:tc>
          <w:tcPr>
            <w:tcW w:type="dxa" w:w="1440"/>
          </w:tcPr>
          <w:p>
            <w:r>
              <w:t>[4]</w:t>
            </w:r>
          </w:p>
        </w:tc>
      </w:tr>
      <w:tr>
        <w:tc>
          <w:tcPr>
            <w:tcW w:type="dxa" w:w="1440"/>
          </w:tcPr>
          <w:p>
            <w:r>
              <w:t>Site leases</w:t>
            </w:r>
          </w:p>
        </w:tc>
        <w:tc>
          <w:tcPr>
            <w:tcW w:type="dxa" w:w="1440"/>
          </w:tcPr>
          <w:p>
            <w:r>
              <w:t>table</w:t>
            </w:r>
          </w:p>
        </w:tc>
        <w:tc>
          <w:tcPr>
            <w:tcW w:type="dxa" w:w="1440"/>
          </w:tcPr>
          <w:p>
            <w:r>
              <w:t>14</w:t>
            </w:r>
          </w:p>
        </w:tc>
        <w:tc>
          <w:tcPr>
            <w:tcW w:type="dxa" w:w="1440"/>
          </w:tcPr>
          <w:p>
            <w:r/>
          </w:p>
        </w:tc>
        <w:tc>
          <w:tcPr>
            <w:tcW w:type="dxa" w:w="1440"/>
          </w:tcPr>
          <w:p>
            <w:r>
              <w:t>Table of 14 rows and 4 columns without geometry; 'landlord_type' has 4 values (top: private 5, municipal 4, church 3); 'lease_end_year' 2,027 to 2,033 (mean 2030); 'monthly_rent_cop' 2,362,560 to 5,612,144 (mean 3,912,966). A table of Site leases without locations.</w:t>
            </w:r>
          </w:p>
        </w:tc>
        <w:tc>
          <w:tcPr>
            <w:tcW w:type="dxa" w:w="1440"/>
          </w:tcPr>
          <w:p>
            <w:r>
              <w:t>[334]</w:t>
            </w:r>
          </w:p>
        </w:tc>
      </w:tr>
      <w:tr>
        <w:tc>
          <w:tcPr>
            <w:tcW w:type="dxa" w:w="1440"/>
          </w:tcPr>
          <w:p>
            <w:r>
              <w:t>Network performance review</w:t>
            </w:r>
          </w:p>
        </w:tc>
        <w:tc>
          <w:tcPr>
            <w:tcW w:type="dxa" w:w="1440"/>
          </w:tcPr>
          <w:p>
            <w:r>
              <w:t>document</w:t>
            </w:r>
          </w:p>
        </w:tc>
        <w:tc>
          <w:tcPr>
            <w:tcW w:type="dxa" w:w="1440"/>
          </w:tcPr>
          <w:p>
            <w:r/>
          </w:p>
        </w:tc>
        <w:tc>
          <w:tcPr>
            <w:tcW w:type="dxa" w:w="1440"/>
          </w:tcPr>
          <w:p>
            <w:r/>
          </w:p>
        </w:tc>
        <w:tc>
          <w:tcPr>
            <w:tcW w:type="dxa" w:w="1440"/>
          </w:tcPr>
          <w:p>
            <w:r>
              <w:t>1-page md document 'Network performance review, August and September 2026'; language en; mentions 7 place(s): Los Olivos (1), 6.24785, -75.55517 (1), Tower 03 La Fuente (1), Tower (1), Tower 13 Los Pinos (1). A document about Los Olivos, 6.24785, -75.55517, Tower 03 La Fuente; it names event terms congestion, coverage, live.</w:t>
            </w:r>
          </w:p>
        </w:tc>
        <w:tc>
          <w:tcPr>
            <w:tcW w:type="dxa" w:w="1440"/>
          </w:tcPr>
          <w:p>
            <w:r>
              <w:t>[335]</w:t>
            </w:r>
          </w:p>
        </w:tc>
      </w:tr>
      <w:tr>
        <w:tc>
          <w:tcPr>
            <w:tcW w:type="dxa" w:w="1440"/>
          </w:tcPr>
          <w:p>
            <w:r>
              <w:t>Sample: Telecom, Medellin</w:t>
            </w:r>
          </w:p>
        </w:tc>
        <w:tc>
          <w:tcPr>
            <w:tcW w:type="dxa" w:w="1440"/>
          </w:tcPr>
          <w:p>
            <w:r>
              <w:t>record</w:t>
            </w:r>
          </w:p>
        </w:tc>
        <w:tc>
          <w:tcPr>
            <w:tcW w:type="dxa" w:w="1440"/>
          </w:tcPr>
          <w:p>
            <w:r/>
          </w:p>
        </w:tc>
        <w:tc>
          <w:tcPr>
            <w:tcW w:type="dxa" w:w="1440"/>
          </w:tcPr>
          <w:p>
            <w:r/>
          </w:p>
        </w:tc>
        <w:tc>
          <w:tcPr>
            <w:tcW w:type="dxa" w:w="1440"/>
          </w:tcPr>
          <w:p>
            <w:r/>
          </w:p>
        </w:tc>
        <w:tc>
          <w:tcPr>
            <w:tcW w:type="dxa" w:w="1440"/>
          </w:tcPr>
          <w:p>
            <w:r>
              <w:t>[336]</w:t>
            </w:r>
          </w:p>
        </w:tc>
      </w:tr>
      <w:tr>
        <w:tc>
          <w:tcPr>
            <w:tcW w:type="dxa" w:w="1440"/>
          </w:tcPr>
          <w:p>
            <w:r>
              <w:t>Terrain: Hillshade</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[97]</w:t>
            </w:r>
          </w:p>
        </w:tc>
      </w:tr>
      <w:tr>
        <w:tc>
          <w:tcPr>
            <w:tcW w:type="dxa" w:w="1440"/>
          </w:tcPr>
          <w:p>
            <w:r>
              <w:t>Terrain: Elevation (m)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[23]</w:t>
            </w:r>
          </w:p>
        </w:tc>
      </w:tr>
      <w:tr>
        <w:tc>
          <w:tcPr>
            <w:tcW w:type="dxa" w:w="1440"/>
          </w:tcPr>
          <w:p>
            <w:r>
              <w:t>Terrain: Contours (100 m)</w:t>
            </w:r>
          </w:p>
        </w:tc>
        <w:tc>
          <w:tcPr>
            <w:tcW w:type="dxa" w:w="1440"/>
          </w:tcPr>
          <w:p>
            <w:r>
              <w:t>layer, LineString</w:t>
            </w:r>
          </w:p>
        </w:tc>
        <w:tc>
          <w:tcPr>
            <w:tcW w:type="dxa" w:w="1440"/>
          </w:tcPr>
          <w:p>
            <w:r>
              <w:t>24</w:t>
            </w:r>
          </w:p>
        </w:tc>
        <w:tc>
          <w:tcPr>
            <w:tcW w:type="dxa" w:w="1440"/>
          </w:tcPr>
          <w:p>
            <w:r/>
          </w:p>
        </w:tc>
        <w:tc>
          <w:tcPr>
            <w:tcW w:type="dxa" w:w="1440"/>
          </w:tcPr>
          <w:p>
            <w:r/>
          </w:p>
        </w:tc>
        <w:tc>
          <w:tcPr>
            <w:tcW w:type="dxa" w:w="1440"/>
          </w:tcPr>
          <w:p>
            <w:r>
              <w:t>[100]</w:t>
            </w:r>
          </w:p>
        </w:tc>
      </w:tr>
      <w:tr>
        <w:tc>
          <w:tcPr>
            <w:tcW w:type="dxa" w:w="1440"/>
          </w:tcPr>
          <w:p>
            <w:r>
              <w:t>Terrain: Dominant heights</w:t>
            </w:r>
          </w:p>
        </w:tc>
        <w:tc>
          <w:tcPr>
            <w:tcW w:type="dxa" w:w="1440"/>
          </w:tcPr>
          <w:p>
            <w:r>
              <w:t>layer, Point</w:t>
            </w:r>
          </w:p>
        </w:tc>
        <w:tc>
          <w:tcPr>
            <w:tcW w:type="dxa" w:w="1440"/>
          </w:tcPr>
          <w:p>
            <w:r>
              <w:t>5</w:t>
            </w:r>
          </w:p>
        </w:tc>
        <w:tc>
          <w:tcPr>
            <w:tcW w:type="dxa" w:w="1440"/>
          </w:tcPr>
          <w:p>
            <w:r/>
          </w:p>
        </w:tc>
        <w:tc>
          <w:tcPr>
            <w:tcW w:type="dxa" w:w="1440"/>
          </w:tcPr>
          <w:p>
            <w:r/>
          </w:p>
        </w:tc>
        <w:tc>
          <w:tcPr>
            <w:tcW w:type="dxa" w:w="1440"/>
          </w:tcPr>
          <w:p>
            <w:r>
              <w:t>[22]</w:t>
            </w:r>
          </w:p>
        </w:tc>
      </w:tr>
      <w:tr>
        <w:tc>
          <w:tcPr>
            <w:tcW w:type="dxa" w:w="1440"/>
          </w:tcPr>
          <w:p>
            <w:r>
              <w:t>Terrain: Slope (degrees)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[99]</w:t>
            </w:r>
          </w:p>
        </w:tc>
      </w:tr>
      <w:tr>
        <w:tc>
          <w:tcPr>
            <w:tcW w:type="dxa" w:w="1440"/>
          </w:tcPr>
          <w:p>
            <w:r>
              <w:t>Terrain: Aspect (degrees from north)</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[98]</w:t>
            </w:r>
          </w:p>
        </w:tc>
      </w:tr>
      <w:tr>
        <w:tc>
          <w:tcPr>
            <w:tcW w:type="dxa" w:w="1440"/>
          </w:tcPr>
          <w:p>
            <w:r>
              <w:t>Terrain: Landforms (geomorphons)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[93]</w:t>
            </w:r>
          </w:p>
        </w:tc>
      </w:tr>
      <w:tr>
        <w:tc>
          <w:tcPr>
            <w:tcW w:type="dxa" w:w="1440"/>
          </w:tcPr>
          <w:p>
            <w:r>
              <w:t>Terrain: Flow accumulation (upstream cells)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[87]</w:t>
            </w:r>
          </w:p>
        </w:tc>
      </w:tr>
      <w:tr>
        <w:tc>
          <w:tcPr>
            <w:tcW w:type="dxa" w:w="1440"/>
          </w:tcPr>
          <w:p>
            <w:r>
              <w:t>Terrain: Watershed boundaries</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[82]</w:t>
            </w:r>
          </w:p>
        </w:tc>
      </w:tr>
      <w:tr>
        <w:tc>
          <w:tcPr>
            <w:tcW w:type="dxa" w:w="1440"/>
          </w:tcPr>
          <w:p>
            <w:r>
              <w:t>Terrain: Flood-prone areas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[77]</w:t>
            </w:r>
          </w:p>
        </w:tc>
      </w:tr>
      <w:tr>
        <w:tc>
          <w:tcPr>
            <w:tcW w:type="dxa" w:w="1440"/>
          </w:tcPr>
          <w:p>
            <w:r>
              <w:t>Terrain: Streams (Strahler order)</w:t>
            </w:r>
          </w:p>
        </w:tc>
        <w:tc>
          <w:tcPr>
            <w:tcW w:type="dxa" w:w="1440"/>
          </w:tcPr>
          <w:p>
            <w:r>
              <w:t>layer, LineString</w:t>
            </w:r>
          </w:p>
        </w:tc>
        <w:tc>
          <w:tcPr>
            <w:tcW w:type="dxa" w:w="1440"/>
          </w:tcPr>
          <w:p>
            <w:r>
              <w:t>9</w:t>
            </w:r>
          </w:p>
        </w:tc>
        <w:tc>
          <w:tcPr>
            <w:tcW w:type="dxa" w:w="1440"/>
          </w:tcPr>
          <w:p>
            <w:r/>
          </w:p>
        </w:tc>
        <w:tc>
          <w:tcPr>
            <w:tcW w:type="dxa" w:w="1440"/>
          </w:tcPr>
          <w:p>
            <w:r/>
          </w:p>
        </w:tc>
        <w:tc>
          <w:tcPr>
            <w:tcW w:type="dxa" w:w="1440"/>
          </w:tcPr>
          <w:p>
            <w:r>
              <w:t>[85]</w:t>
            </w:r>
          </w:p>
        </w:tc>
      </w:tr>
      <w:tr>
        <w:tc>
          <w:tcPr>
            <w:tcW w:type="dxa" w:w="1440"/>
          </w:tcPr>
          <w:p>
            <w:r>
              <w:t>Terrain: MCOO going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[67]</w:t>
            </w:r>
          </w:p>
        </w:tc>
      </w:tr>
      <w:tr>
        <w:tc>
          <w:tcPr>
            <w:tcW w:type="dxa" w:w="1440"/>
          </w:tcPr>
          <w:p>
            <w:r>
              <w:t>Terrain: Mobility corridors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[65]</w:t>
            </w:r>
          </w:p>
        </w:tc>
      </w:tr>
      <w:tr>
        <w:tc>
          <w:tcPr>
            <w:tcW w:type="dxa" w:w="1440"/>
          </w:tcPr>
          <w:p>
            <w:r>
              <w:t>Terrain: Avenues of approach</w:t>
            </w:r>
          </w:p>
        </w:tc>
        <w:tc>
          <w:tcPr>
            <w:tcW w:type="dxa" w:w="1440"/>
          </w:tcPr>
          <w:p>
            <w:r>
              <w:t>layer, LineString</w:t>
            </w:r>
          </w:p>
        </w:tc>
        <w:tc>
          <w:tcPr>
            <w:tcW w:type="dxa" w:w="1440"/>
          </w:tcPr>
          <w:p>
            <w:r>
              <w:t>3</w:t>
            </w:r>
          </w:p>
        </w:tc>
        <w:tc>
          <w:tcPr>
            <w:tcW w:type="dxa" w:w="1440"/>
          </w:tcPr>
          <w:p>
            <w:r/>
          </w:p>
        </w:tc>
        <w:tc>
          <w:tcPr>
            <w:tcW w:type="dxa" w:w="1440"/>
          </w:tcPr>
          <w:p>
            <w:r/>
          </w:p>
        </w:tc>
        <w:tc>
          <w:tcPr>
            <w:tcW w:type="dxa" w:w="1440"/>
          </w:tcPr>
          <w:p>
            <w:r>
              <w:t>[62]</w:t>
            </w:r>
          </w:p>
        </w:tc>
      </w:tr>
      <w:tr>
        <w:tc>
          <w:tcPr>
            <w:tcW w:type="dxa" w:w="1440"/>
          </w:tcPr>
          <w:p>
            <w:r>
              <w:t>Terrain: Corridor constrictions</w:t>
            </w:r>
          </w:p>
        </w:tc>
        <w:tc>
          <w:tcPr>
            <w:tcW w:type="dxa" w:w="1440"/>
          </w:tcPr>
          <w:p>
            <w:r>
              <w:t>layer, Point</w:t>
            </w:r>
          </w:p>
        </w:tc>
        <w:tc>
          <w:tcPr>
            <w:tcW w:type="dxa" w:w="1440"/>
          </w:tcPr>
          <w:p>
            <w:r>
              <w:t>3</w:t>
            </w:r>
          </w:p>
        </w:tc>
        <w:tc>
          <w:tcPr>
            <w:tcW w:type="dxa" w:w="1440"/>
          </w:tcPr>
          <w:p>
            <w:r/>
          </w:p>
        </w:tc>
        <w:tc>
          <w:tcPr>
            <w:tcW w:type="dxa" w:w="1440"/>
          </w:tcPr>
          <w:p>
            <w:r/>
          </w:p>
        </w:tc>
        <w:tc>
          <w:tcPr>
            <w:tcW w:type="dxa" w:w="1440"/>
          </w:tcPr>
          <w:p>
            <w:r>
              <w:t>[63]</w:t>
            </w:r>
          </w:p>
        </w:tc>
      </w:tr>
      <w:tr>
        <w:tc>
          <w:tcPr>
            <w:tcW w:type="dxa" w:w="1440"/>
          </w:tcPr>
          <w:p>
            <w:r>
              <w:t>Terrain heights: Visible area</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[59]</w:t>
            </w:r>
          </w:p>
        </w:tc>
      </w:tr>
      <w:tr>
        <w:tc>
          <w:tcPr>
            <w:tcW w:type="dxa" w:w="1440"/>
          </w:tcPr>
          <w:p>
            <w:r>
              <w:t>Terrain: Open flat ground</w:t>
            </w:r>
          </w:p>
        </w:tc>
        <w:tc>
          <w:tcPr>
            <w:tcW w:type="dxa" w:w="1440"/>
          </w:tcPr>
          <w:p>
            <w:r>
              <w:t>layer, Polygon</w:t>
            </w:r>
          </w:p>
        </w:tc>
        <w:tc>
          <w:tcPr>
            <w:tcW w:type="dxa" w:w="1440"/>
          </w:tcPr>
          <w:p>
            <w:r>
              <w:t>9</w:t>
            </w:r>
          </w:p>
        </w:tc>
        <w:tc>
          <w:tcPr>
            <w:tcW w:type="dxa" w:w="1440"/>
          </w:tcPr>
          <w:p>
            <w:r/>
          </w:p>
        </w:tc>
        <w:tc>
          <w:tcPr>
            <w:tcW w:type="dxa" w:w="1440"/>
          </w:tcPr>
          <w:p>
            <w:r/>
          </w:p>
        </w:tc>
        <w:tc>
          <w:tcPr>
            <w:tcW w:type="dxa" w:w="1440"/>
          </w:tcPr>
          <w:p>
            <w:r>
              <w:t>[89]</w:t>
            </w:r>
          </w:p>
        </w:tc>
      </w:tr>
      <w:tr>
        <w:tc>
          <w:tcPr>
            <w:tcW w:type="dxa" w:w="1440"/>
          </w:tcPr>
          <w:p>
            <w:r>
              <w:t>Terrain: Key terrain candidates</w:t>
            </w:r>
          </w:p>
        </w:tc>
        <w:tc>
          <w:tcPr>
            <w:tcW w:type="dxa" w:w="1440"/>
          </w:tcPr>
          <w:p>
            <w:r>
              <w:t>layer, Point</w:t>
            </w:r>
          </w:p>
        </w:tc>
        <w:tc>
          <w:tcPr>
            <w:tcW w:type="dxa" w:w="1440"/>
          </w:tcPr>
          <w:p>
            <w:r>
              <w:t>2</w:t>
            </w:r>
          </w:p>
        </w:tc>
        <w:tc>
          <w:tcPr>
            <w:tcW w:type="dxa" w:w="1440"/>
          </w:tcPr>
          <w:p>
            <w:r/>
          </w:p>
        </w:tc>
        <w:tc>
          <w:tcPr>
            <w:tcW w:type="dxa" w:w="1440"/>
          </w:tcPr>
          <w:p>
            <w:r/>
          </w:p>
        </w:tc>
        <w:tc>
          <w:tcPr>
            <w:tcW w:type="dxa" w:w="1440"/>
          </w:tcPr>
          <w:p>
            <w:r>
              <w:t>[64]</w:t>
            </w:r>
          </w:p>
        </w:tc>
      </w:tr>
      <w:tr>
        <w:tc>
          <w:tcPr>
            <w:tcW w:type="dxa" w:w="1440"/>
          </w:tcPr>
          <w:p>
            <w:r>
              <w:t>Terrain: Total curvature</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[96]</w:t>
            </w:r>
          </w:p>
        </w:tc>
      </w:tr>
      <w:tr>
        <w:tc>
          <w:tcPr>
            <w:tcW w:type="dxa" w:w="1440"/>
          </w:tcPr>
          <w:p>
            <w:r>
              <w:t>Terrain: Terrain ruggedness (m)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[95]</w:t>
            </w:r>
          </w:p>
        </w:tc>
      </w:tr>
      <w:tr>
        <w:tc>
          <w:tcPr>
            <w:tcW w:type="dxa" w:w="1440"/>
          </w:tcPr>
          <w:p>
            <w:r>
              <w:t>Terrain: Topographic position (m)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[94]</w:t>
            </w:r>
          </w:p>
        </w:tc>
      </w:tr>
      <w:tr>
        <w:tc>
          <w:tcPr>
            <w:tcW w:type="dxa" w:w="1440"/>
          </w:tcPr>
          <w:p>
            <w:r>
              <w:t>Terrain: Ravines</w:t>
            </w:r>
          </w:p>
        </w:tc>
        <w:tc>
          <w:tcPr>
            <w:tcW w:type="dxa" w:w="1440"/>
          </w:tcPr>
          <w:p>
            <w:r>
              <w:t>layer, LineString</w:t>
            </w:r>
          </w:p>
        </w:tc>
        <w:tc>
          <w:tcPr>
            <w:tcW w:type="dxa" w:w="1440"/>
          </w:tcPr>
          <w:p>
            <w:r>
              <w:t>5</w:t>
            </w:r>
          </w:p>
        </w:tc>
        <w:tc>
          <w:tcPr>
            <w:tcW w:type="dxa" w:w="1440"/>
          </w:tcPr>
          <w:p>
            <w:r/>
          </w:p>
        </w:tc>
        <w:tc>
          <w:tcPr>
            <w:tcW w:type="dxa" w:w="1440"/>
          </w:tcPr>
          <w:p>
            <w:r/>
          </w:p>
        </w:tc>
        <w:tc>
          <w:tcPr>
            <w:tcW w:type="dxa" w:w="1440"/>
          </w:tcPr>
          <w:p>
            <w:r>
              <w:t>[92]</w:t>
            </w:r>
          </w:p>
        </w:tc>
      </w:tr>
      <w:tr>
        <w:tc>
          <w:tcPr>
            <w:tcW w:type="dxa" w:w="1440"/>
          </w:tcPr>
          <w:p>
            <w:r>
              <w:t>Terrain: Ridges</w:t>
            </w:r>
          </w:p>
        </w:tc>
        <w:tc>
          <w:tcPr>
            <w:tcW w:type="dxa" w:w="1440"/>
          </w:tcPr>
          <w:p>
            <w:r>
              <w:t>layer, LineString</w:t>
            </w:r>
          </w:p>
        </w:tc>
        <w:tc>
          <w:tcPr>
            <w:tcW w:type="dxa" w:w="1440"/>
          </w:tcPr>
          <w:p>
            <w:r>
              <w:t>36</w:t>
            </w:r>
          </w:p>
        </w:tc>
        <w:tc>
          <w:tcPr>
            <w:tcW w:type="dxa" w:w="1440"/>
          </w:tcPr>
          <w:p>
            <w:r/>
          </w:p>
        </w:tc>
        <w:tc>
          <w:tcPr>
            <w:tcW w:type="dxa" w:w="1440"/>
          </w:tcPr>
          <w:p>
            <w:r/>
          </w:p>
        </w:tc>
        <w:tc>
          <w:tcPr>
            <w:tcW w:type="dxa" w:w="1440"/>
          </w:tcPr>
          <w:p>
            <w:r>
              <w:t>[91]</w:t>
            </w:r>
          </w:p>
        </w:tc>
      </w:tr>
      <w:tr>
        <w:tc>
          <w:tcPr>
            <w:tcW w:type="dxa" w:w="1440"/>
          </w:tcPr>
          <w:p>
            <w:r>
              <w:t>Terrain: Observation points</w:t>
            </w:r>
          </w:p>
        </w:tc>
        <w:tc>
          <w:tcPr>
            <w:tcW w:type="dxa" w:w="1440"/>
          </w:tcPr>
          <w:p>
            <w:r>
              <w:t>layer, Point</w:t>
            </w:r>
          </w:p>
        </w:tc>
        <w:tc>
          <w:tcPr>
            <w:tcW w:type="dxa" w:w="1440"/>
          </w:tcPr>
          <w:p>
            <w:r>
              <w:t>2</w:t>
            </w:r>
          </w:p>
        </w:tc>
        <w:tc>
          <w:tcPr>
            <w:tcW w:type="dxa" w:w="1440"/>
          </w:tcPr>
          <w:p>
            <w:r/>
          </w:p>
        </w:tc>
        <w:tc>
          <w:tcPr>
            <w:tcW w:type="dxa" w:w="1440"/>
          </w:tcPr>
          <w:p>
            <w:r/>
          </w:p>
        </w:tc>
        <w:tc>
          <w:tcPr>
            <w:tcW w:type="dxa" w:w="1440"/>
          </w:tcPr>
          <w:p>
            <w:r>
              <w:t>[90]</w:t>
            </w:r>
          </w:p>
        </w:tc>
      </w:tr>
      <w:tr>
        <w:tc>
          <w:tcPr>
            <w:tcW w:type="dxa" w:w="1440"/>
          </w:tcPr>
          <w:p>
            <w:r>
              <w:t>Terrain: Terrain masking (cover)</w:t>
            </w:r>
          </w:p>
        </w:tc>
        <w:tc>
          <w:tcPr>
            <w:tcW w:type="dxa" w:w="1440"/>
          </w:tcPr>
          <w:p>
            <w:r>
              <w:t>layer, Polygon</w:t>
            </w:r>
          </w:p>
        </w:tc>
        <w:tc>
          <w:tcPr>
            <w:tcW w:type="dxa" w:w="1440"/>
          </w:tcPr>
          <w:p>
            <w:r>
              <w:t>5</w:t>
            </w:r>
          </w:p>
        </w:tc>
        <w:tc>
          <w:tcPr>
            <w:tcW w:type="dxa" w:w="1440"/>
          </w:tcPr>
          <w:p>
            <w:r/>
          </w:p>
        </w:tc>
        <w:tc>
          <w:tcPr>
            <w:tcW w:type="dxa" w:w="1440"/>
          </w:tcPr>
          <w:p>
            <w:r/>
          </w:p>
        </w:tc>
        <w:tc>
          <w:tcPr>
            <w:tcW w:type="dxa" w:w="1440"/>
          </w:tcPr>
          <w:p>
            <w:r>
              <w:t>[88]</w:t>
            </w:r>
          </w:p>
        </w:tc>
      </w:tr>
      <w:tr>
        <w:tc>
          <w:tcPr>
            <w:tcW w:type="dxa" w:w="1440"/>
          </w:tcPr>
          <w:p>
            <w:r>
              <w:t>Terrain: Flow direction (D8)</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[86]</w:t>
            </w:r>
          </w:p>
        </w:tc>
      </w:tr>
      <w:tr>
        <w:tc>
          <w:tcPr>
            <w:tcW w:type="dxa" w:w="1440"/>
          </w:tcPr>
          <w:p>
            <w:r>
              <w:t>Terrain: Pour points</w:t>
            </w:r>
          </w:p>
        </w:tc>
        <w:tc>
          <w:tcPr>
            <w:tcW w:type="dxa" w:w="1440"/>
          </w:tcPr>
          <w:p>
            <w:r>
              <w:t>layer, Point</w:t>
            </w:r>
          </w:p>
        </w:tc>
        <w:tc>
          <w:tcPr>
            <w:tcW w:type="dxa" w:w="1440"/>
          </w:tcPr>
          <w:p>
            <w:r>
              <w:t>3</w:t>
            </w:r>
          </w:p>
        </w:tc>
        <w:tc>
          <w:tcPr>
            <w:tcW w:type="dxa" w:w="1440"/>
          </w:tcPr>
          <w:p>
            <w:r/>
          </w:p>
        </w:tc>
        <w:tc>
          <w:tcPr>
            <w:tcW w:type="dxa" w:w="1440"/>
          </w:tcPr>
          <w:p>
            <w:r/>
          </w:p>
        </w:tc>
        <w:tc>
          <w:tcPr>
            <w:tcW w:type="dxa" w:w="1440"/>
          </w:tcPr>
          <w:p>
            <w:r>
              <w:t>[84]</w:t>
            </w:r>
          </w:p>
        </w:tc>
      </w:tr>
      <w:tr>
        <w:tc>
          <w:tcPr>
            <w:tcW w:type="dxa" w:w="1440"/>
          </w:tcPr>
          <w:p>
            <w:r>
              <w:t>Terrain: Watersheds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[83]</w:t>
            </w:r>
          </w:p>
        </w:tc>
      </w:tr>
      <w:tr>
        <w:tc>
          <w:tcPr>
            <w:tcW w:type="dxa" w:w="1440"/>
          </w:tcPr>
          <w:p>
            <w:r>
              <w:t>Terrain: Pour points (snapped)</w:t>
            </w:r>
          </w:p>
        </w:tc>
        <w:tc>
          <w:tcPr>
            <w:tcW w:type="dxa" w:w="1440"/>
          </w:tcPr>
          <w:p>
            <w:r>
              <w:t>layer, Point</w:t>
            </w:r>
          </w:p>
        </w:tc>
        <w:tc>
          <w:tcPr>
            <w:tcW w:type="dxa" w:w="1440"/>
          </w:tcPr>
          <w:p>
            <w:r>
              <w:t>3</w:t>
            </w:r>
          </w:p>
        </w:tc>
        <w:tc>
          <w:tcPr>
            <w:tcW w:type="dxa" w:w="1440"/>
          </w:tcPr>
          <w:p>
            <w:r/>
          </w:p>
        </w:tc>
        <w:tc>
          <w:tcPr>
            <w:tcW w:type="dxa" w:w="1440"/>
          </w:tcPr>
          <w:p>
            <w:r/>
          </w:p>
        </w:tc>
        <w:tc>
          <w:tcPr>
            <w:tcW w:type="dxa" w:w="1440"/>
          </w:tcPr>
          <w:p>
            <w:r>
              <w:t>[81]</w:t>
            </w:r>
          </w:p>
        </w:tc>
      </w:tr>
      <w:tr>
        <w:tc>
          <w:tcPr>
            <w:tcW w:type="dxa" w:w="1440"/>
          </w:tcPr>
          <w:p>
            <w:r>
              <w:t>Slope (degrees)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[179]</w:t>
            </w:r>
          </w:p>
        </w:tc>
      </w:tr>
      <w:tr>
        <w:tc>
          <w:tcPr>
            <w:tcW w:type="dxa" w:w="1440"/>
          </w:tcPr>
          <w:p>
            <w:r>
              <w:t>Hot spot analysis: Coverage complaints</w:t>
            </w:r>
          </w:p>
        </w:tc>
        <w:tc>
          <w:tcPr>
            <w:tcW w:type="dxa" w:w="1440"/>
          </w:tcPr>
          <w:p>
            <w:r>
              <w:t>layer, Polygon</w:t>
            </w:r>
          </w:p>
        </w:tc>
        <w:tc>
          <w:tcPr>
            <w:tcW w:type="dxa" w:w="1440"/>
          </w:tcPr>
          <w:p>
            <w:r>
              <w:t>305</w:t>
            </w:r>
          </w:p>
        </w:tc>
        <w:tc>
          <w:tcPr>
            <w:tcW w:type="dxa" w:w="1440"/>
          </w:tcPr>
          <w:p>
            <w:r/>
          </w:p>
        </w:tc>
        <w:tc>
          <w:tcPr>
            <w:tcW w:type="dxa" w:w="1440"/>
          </w:tcPr>
          <w:p>
            <w:r/>
          </w:p>
        </w:tc>
        <w:tc>
          <w:tcPr>
            <w:tcW w:type="dxa" w:w="1440"/>
          </w:tcPr>
          <w:p>
            <w:r>
              <w:t>[337]</w:t>
            </w:r>
          </w:p>
        </w:tc>
      </w:tr>
      <w:tr>
        <w:tc>
          <w:tcPr>
            <w:tcW w:type="dxa" w:w="1440"/>
          </w:tcPr>
          <w:p>
            <w:r>
              <w:t>Terrain: Streams (Strahler order)</w:t>
            </w:r>
          </w:p>
        </w:tc>
        <w:tc>
          <w:tcPr>
            <w:tcW w:type="dxa" w:w="1440"/>
          </w:tcPr>
          <w:p>
            <w:r>
              <w:t>layer, LineString</w:t>
            </w:r>
          </w:p>
        </w:tc>
        <w:tc>
          <w:tcPr>
            <w:tcW w:type="dxa" w:w="1440"/>
          </w:tcPr>
          <w:p>
            <w:r>
              <w:t>9</w:t>
            </w:r>
          </w:p>
        </w:tc>
        <w:tc>
          <w:tcPr>
            <w:tcW w:type="dxa" w:w="1440"/>
          </w:tcPr>
          <w:p>
            <w:r/>
          </w:p>
        </w:tc>
        <w:tc>
          <w:tcPr>
            <w:tcW w:type="dxa" w:w="1440"/>
          </w:tcPr>
          <w:p>
            <w:r/>
          </w:p>
        </w:tc>
        <w:tc>
          <w:tcPr>
            <w:tcW w:type="dxa" w:w="1440"/>
          </w:tcPr>
          <w:p>
            <w:r>
              <w:t>[78]</w:t>
            </w:r>
          </w:p>
        </w:tc>
      </w:tr>
      <w:tr>
        <w:tc>
          <w:tcPr>
            <w:tcW w:type="dxa" w:w="1440"/>
          </w:tcPr>
          <w:p>
            <w:r>
              <w:t>Terrain dismounted: Obstacles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[74]</w:t>
            </w:r>
          </w:p>
        </w:tc>
      </w:tr>
      <w:tr>
        <w:tc>
          <w:tcPr>
            <w:tcW w:type="dxa" w:w="1440"/>
          </w:tcPr>
          <w:p>
            <w:r>
              <w:t>Terrain wheeled: Obstacles</w:t>
            </w:r>
          </w:p>
        </w:tc>
        <w:tc>
          <w:tcPr>
            <w:tcW w:type="dxa" w:w="1440"/>
          </w:tcPr>
          <w:p>
            <w:r>
              <w:t>layer, Polygon</w:t>
            </w:r>
          </w:p>
        </w:tc>
        <w:tc>
          <w:tcPr>
            <w:tcW w:type="dxa" w:w="1440"/>
          </w:tcPr>
          <w:p>
            <w:r>
              <w:t>10</w:t>
            </w:r>
          </w:p>
        </w:tc>
        <w:tc>
          <w:tcPr>
            <w:tcW w:type="dxa" w:w="1440"/>
          </w:tcPr>
          <w:p>
            <w:r/>
          </w:p>
        </w:tc>
        <w:tc>
          <w:tcPr>
            <w:tcW w:type="dxa" w:w="1440"/>
          </w:tcPr>
          <w:p>
            <w:r/>
          </w:p>
        </w:tc>
        <w:tc>
          <w:tcPr>
            <w:tcW w:type="dxa" w:w="1440"/>
          </w:tcPr>
          <w:p>
            <w:r>
              <w:t>[71]</w:t>
            </w:r>
          </w:p>
        </w:tc>
      </w:tr>
      <w:tr>
        <w:tc>
          <w:tcPr>
            <w:tcW w:type="dxa" w:w="1440"/>
          </w:tcPr>
          <w:p>
            <w:r>
              <w:t>Terrain tracked: Obstacles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[68]</w:t>
            </w:r>
          </w:p>
        </w:tc>
      </w:tr>
      <w:tr>
        <w:tc>
          <w:tcPr>
            <w:tcW w:type="dxa" w:w="1440"/>
          </w:tcPr>
          <w:p>
            <w:r>
              <w:t>Terrain: Obstacles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[66]</w:t>
            </w:r>
          </w:p>
        </w:tc>
      </w:tr>
      <w:tr>
        <w:tc>
          <w:tcPr>
            <w:tcW w:type="dxa" w:w="1440"/>
          </w:tcPr>
          <w:p>
            <w:r>
              <w:t>Terrain DH-1 DH-2: Sightline</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[57]</w:t>
            </w:r>
          </w:p>
        </w:tc>
      </w:tr>
      <w:tr>
        <w:tc>
          <w:tcPr>
            <w:tcW w:type="dxa" w:w="1440"/>
          </w:tcPr>
          <w:p>
            <w:r>
              <w:t>Terrain DH-1 DH-3: Sightline</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[56]</w:t>
            </w:r>
          </w:p>
        </w:tc>
      </w:tr>
      <w:tr>
        <w:tc>
          <w:tcPr>
            <w:tcW w:type="dxa" w:w="1440"/>
          </w:tcPr>
          <w:p>
            <w:r>
              <w:t>Terrain heights: Observers</w:t>
            </w:r>
          </w:p>
        </w:tc>
        <w:tc>
          <w:tcPr>
            <w:tcW w:type="dxa" w:w="1440"/>
          </w:tcPr>
          <w:p>
            <w:r>
              <w:t>layer, Point</w:t>
            </w:r>
          </w:p>
        </w:tc>
        <w:tc>
          <w:tcPr>
            <w:tcW w:type="dxa" w:w="1440"/>
          </w:tcPr>
          <w:p>
            <w:r>
              <w:t>5</w:t>
            </w:r>
          </w:p>
        </w:tc>
        <w:tc>
          <w:tcPr>
            <w:tcW w:type="dxa" w:w="1440"/>
          </w:tcPr>
          <w:p>
            <w:r/>
          </w:p>
        </w:tc>
        <w:tc>
          <w:tcPr>
            <w:tcW w:type="dxa" w:w="1440"/>
          </w:tcPr>
          <w:p>
            <w:r/>
          </w:p>
        </w:tc>
        <w:tc>
          <w:tcPr>
            <w:tcW w:type="dxa" w:w="1440"/>
          </w:tcPr>
          <w:p>
            <w:r>
              <w:t>[58]</w:t>
            </w:r>
          </w:p>
        </w:tc>
      </w:tr>
      <w:tr>
        <w:tc>
          <w:tcPr>
            <w:tcW w:type="dxa" w:w="1440"/>
          </w:tcPr>
          <w:p>
            <w:r>
              <w:t>Terrain DH-1 DH-3: Ground visible from the observer</w:t>
            </w:r>
          </w:p>
        </w:tc>
        <w:tc>
          <w:tcPr>
            <w:tcW w:type="dxa" w:w="1440"/>
          </w:tcPr>
          <w:p>
            <w:r>
              <w:t>layer, LineString</w:t>
            </w:r>
          </w:p>
        </w:tc>
        <w:tc>
          <w:tcPr>
            <w:tcW w:type="dxa" w:w="1440"/>
          </w:tcPr>
          <w:p>
            <w:r>
              <w:t>3</w:t>
            </w:r>
          </w:p>
        </w:tc>
        <w:tc>
          <w:tcPr>
            <w:tcW w:type="dxa" w:w="1440"/>
          </w:tcPr>
          <w:p>
            <w:r/>
          </w:p>
        </w:tc>
        <w:tc>
          <w:tcPr>
            <w:tcW w:type="dxa" w:w="1440"/>
          </w:tcPr>
          <w:p>
            <w:r/>
          </w:p>
        </w:tc>
        <w:tc>
          <w:tcPr>
            <w:tcW w:type="dxa" w:w="1440"/>
          </w:tcPr>
          <w:p>
            <w:r>
              <w:t>[55]</w:t>
            </w:r>
          </w:p>
        </w:tc>
      </w:tr>
      <w:tr>
        <w:tc>
          <w:tcPr>
            <w:tcW w:type="dxa" w:w="1440"/>
          </w:tcPr>
          <w:p>
            <w:r>
              <w:t>Terrain DH-2 DH-3: Sightline</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[54]</w:t>
            </w:r>
          </w:p>
        </w:tc>
      </w:tr>
      <w:tr>
        <w:tc>
          <w:tcPr>
            <w:tcW w:type="dxa" w:w="1440"/>
          </w:tcPr>
          <w:p>
            <w:r>
              <w:t>Terrain axis: Least-cost routes</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[53]</w:t>
            </w:r>
          </w:p>
        </w:tc>
      </w:tr>
      <w:tr>
        <w:tc>
          <w:tcPr>
            <w:tcW w:type="dxa" w:w="1440"/>
          </w:tcPr>
          <w:p>
            <w:r>
              <w:t>Terrain: Best buildability areas</w:t>
            </w:r>
          </w:p>
        </w:tc>
        <w:tc>
          <w:tcPr>
            <w:tcW w:type="dxa" w:w="1440"/>
          </w:tcPr>
          <w:p>
            <w:r>
              <w:t>layer, Polygon</w:t>
            </w:r>
          </w:p>
        </w:tc>
        <w:tc>
          <w:tcPr>
            <w:tcW w:type="dxa" w:w="1440"/>
          </w:tcPr>
          <w:p>
            <w:r>
              <w:t>88</w:t>
            </w:r>
          </w:p>
        </w:tc>
        <w:tc>
          <w:tcPr>
            <w:tcW w:type="dxa" w:w="1440"/>
          </w:tcPr>
          <w:p>
            <w:r/>
          </w:p>
        </w:tc>
        <w:tc>
          <w:tcPr>
            <w:tcW w:type="dxa" w:w="1440"/>
          </w:tcPr>
          <w:p>
            <w:r/>
          </w:p>
        </w:tc>
        <w:tc>
          <w:tcPr>
            <w:tcW w:type="dxa" w:w="1440"/>
          </w:tcPr>
          <w:p>
            <w:r>
              <w:t>[37]</w:t>
            </w:r>
          </w:p>
        </w:tc>
      </w:tr>
      <w:tr>
        <w:tc>
          <w:tcPr>
            <w:tcW w:type="dxa" w:w="1440"/>
          </w:tcPr>
          <w:p>
            <w:r>
              <w:t>Terrain summits: Least-cost routes</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[52]</w:t>
            </w:r>
          </w:p>
        </w:tc>
      </w:tr>
      <w:tr>
        <w:tc>
          <w:tcPr>
            <w:tcW w:type="dxa" w:w="1440"/>
          </w:tcPr>
          <w:p>
            <w:r>
              <w:t>Terrain axis: Profile line</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[51]</w:t>
            </w:r>
          </w:p>
        </w:tc>
      </w:tr>
      <w:tr>
        <w:tc>
          <w:tcPr>
            <w:tcW w:type="dxa" w:w="1440"/>
          </w:tcPr>
          <w:p>
            <w:r>
              <w:t>Terrain: Height above the nearest stream (m)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[80]</w:t>
            </w:r>
          </w:p>
        </w:tc>
      </w:tr>
      <w:tr>
        <w:tc>
          <w:tcPr>
            <w:tcW w:type="dxa" w:w="1440"/>
          </w:tcPr>
          <w:p>
            <w:r>
              <w:t>Terrain: Best mineability areas</w:t>
            </w:r>
          </w:p>
        </w:tc>
        <w:tc>
          <w:tcPr>
            <w:tcW w:type="dxa" w:w="1440"/>
          </w:tcPr>
          <w:p>
            <w:r>
              <w:t>layer, Polygon</w:t>
            </w:r>
          </w:p>
        </w:tc>
        <w:tc>
          <w:tcPr>
            <w:tcW w:type="dxa" w:w="1440"/>
          </w:tcPr>
          <w:p>
            <w:r>
              <w:t>15</w:t>
            </w:r>
          </w:p>
        </w:tc>
        <w:tc>
          <w:tcPr>
            <w:tcW w:type="dxa" w:w="1440"/>
          </w:tcPr>
          <w:p>
            <w:r/>
          </w:p>
        </w:tc>
        <w:tc>
          <w:tcPr>
            <w:tcW w:type="dxa" w:w="1440"/>
          </w:tcPr>
          <w:p>
            <w:r/>
          </w:p>
        </w:tc>
        <w:tc>
          <w:tcPr>
            <w:tcW w:type="dxa" w:w="1440"/>
          </w:tcPr>
          <w:p>
            <w:r>
              <w:t>[32]</w:t>
            </w:r>
          </w:p>
        </w:tc>
      </w:tr>
      <w:tr>
        <w:tc>
          <w:tcPr>
            <w:tcW w:type="dxa" w:w="1440"/>
          </w:tcPr>
          <w:p>
            <w:r>
              <w:t>Terrain summits: Profile line</w:t>
            </w:r>
          </w:p>
        </w:tc>
        <w:tc>
          <w:tcPr>
            <w:tcW w:type="dxa" w:w="1440"/>
          </w:tcPr>
          <w:p>
            <w:r>
              <w:t>layer, LineString</w:t>
            </w:r>
          </w:p>
        </w:tc>
        <w:tc>
          <w:tcPr>
            <w:tcW w:type="dxa" w:w="1440"/>
          </w:tcPr>
          <w:p>
            <w:r>
              <w:t>1</w:t>
            </w:r>
          </w:p>
        </w:tc>
        <w:tc>
          <w:tcPr>
            <w:tcW w:type="dxa" w:w="1440"/>
          </w:tcPr>
          <w:p>
            <w:r/>
          </w:p>
        </w:tc>
        <w:tc>
          <w:tcPr>
            <w:tcW w:type="dxa" w:w="1440"/>
          </w:tcPr>
          <w:p>
            <w:r/>
          </w:p>
        </w:tc>
        <w:tc>
          <w:tcPr>
            <w:tcW w:type="dxa" w:w="1440"/>
          </w:tcPr>
          <w:p>
            <w:r>
              <w:t>[50]</w:t>
            </w:r>
          </w:p>
        </w:tc>
      </w:tr>
      <w:tr>
        <w:tc>
          <w:tcPr>
            <w:tcW w:type="dxa" w:w="1440"/>
          </w:tcPr>
          <w:p>
            <w:r>
              <w:t>Terrain: Landing zone candidates</w:t>
            </w:r>
          </w:p>
        </w:tc>
        <w:tc>
          <w:tcPr>
            <w:tcW w:type="dxa" w:w="1440"/>
          </w:tcPr>
          <w:p>
            <w:r>
              <w:t>layer, Point</w:t>
            </w:r>
          </w:p>
        </w:tc>
        <w:tc>
          <w:tcPr>
            <w:tcW w:type="dxa" w:w="1440"/>
          </w:tcPr>
          <w:p>
            <w:r>
              <w:t>6</w:t>
            </w:r>
          </w:p>
        </w:tc>
        <w:tc>
          <w:tcPr>
            <w:tcW w:type="dxa" w:w="1440"/>
          </w:tcPr>
          <w:p>
            <w:r/>
          </w:p>
        </w:tc>
        <w:tc>
          <w:tcPr>
            <w:tcW w:type="dxa" w:w="1440"/>
          </w:tcPr>
          <w:p>
            <w:r/>
          </w:p>
        </w:tc>
        <w:tc>
          <w:tcPr>
            <w:tcW w:type="dxa" w:w="1440"/>
          </w:tcPr>
          <w:p>
            <w:r>
              <w:t>[29]</w:t>
            </w:r>
          </w:p>
        </w:tc>
      </w:tr>
      <w:tr>
        <w:tc>
          <w:tcPr>
            <w:tcW w:type="dxa" w:w="1440"/>
          </w:tcPr>
          <w:p>
            <w:r>
              <w:t>Terrain: Flood-prone ground (within 3 m of the stream)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[79]</w:t>
            </w:r>
          </w:p>
        </w:tc>
      </w:tr>
      <w:tr>
        <w:tc>
          <w:tcPr>
            <w:tcW w:type="dxa" w:w="1440"/>
          </w:tcPr>
          <w:p>
            <w:r>
              <w:t>Terrain: Landing points</w:t>
            </w:r>
          </w:p>
        </w:tc>
        <w:tc>
          <w:tcPr>
            <w:tcW w:type="dxa" w:w="1440"/>
          </w:tcPr>
          <w:p>
            <w:r>
              <w:t>layer, Polygon</w:t>
            </w:r>
          </w:p>
        </w:tc>
        <w:tc>
          <w:tcPr>
            <w:tcW w:type="dxa" w:w="1440"/>
          </w:tcPr>
          <w:p>
            <w:r>
              <w:t>6</w:t>
            </w:r>
          </w:p>
        </w:tc>
        <w:tc>
          <w:tcPr>
            <w:tcW w:type="dxa" w:w="1440"/>
          </w:tcPr>
          <w:p>
            <w:r/>
          </w:p>
        </w:tc>
        <w:tc>
          <w:tcPr>
            <w:tcW w:type="dxa" w:w="1440"/>
          </w:tcPr>
          <w:p>
            <w:r/>
          </w:p>
        </w:tc>
        <w:tc>
          <w:tcPr>
            <w:tcW w:type="dxa" w:w="1440"/>
          </w:tcPr>
          <w:p>
            <w:r>
              <w:t>[28]</w:t>
            </w:r>
          </w:p>
        </w:tc>
      </w:tr>
      <w:tr>
        <w:tc>
          <w:tcPr>
            <w:tcW w:type="dxa" w:w="1440"/>
          </w:tcPr>
          <w:p>
            <w:r>
              <w:t>Terrain: Visible area</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[25]</w:t>
            </w:r>
          </w:p>
        </w:tc>
      </w:tr>
      <w:tr>
        <w:tc>
          <w:tcPr>
            <w:tcW w:type="dxa" w:w="1440"/>
          </w:tcPr>
          <w:p>
            <w:r>
              <w:t>Terrain: Observers</w:t>
            </w:r>
          </w:p>
        </w:tc>
        <w:tc>
          <w:tcPr>
            <w:tcW w:type="dxa" w:w="1440"/>
          </w:tcPr>
          <w:p>
            <w:r>
              <w:t>layer, Point</w:t>
            </w:r>
          </w:p>
        </w:tc>
        <w:tc>
          <w:tcPr>
            <w:tcW w:type="dxa" w:w="1440"/>
          </w:tcPr>
          <w:p>
            <w:r>
              <w:t>14</w:t>
            </w:r>
          </w:p>
        </w:tc>
        <w:tc>
          <w:tcPr>
            <w:tcW w:type="dxa" w:w="1440"/>
          </w:tcPr>
          <w:p>
            <w:r/>
          </w:p>
        </w:tc>
        <w:tc>
          <w:tcPr>
            <w:tcW w:type="dxa" w:w="1440"/>
          </w:tcPr>
          <w:p>
            <w:r/>
          </w:p>
        </w:tc>
        <w:tc>
          <w:tcPr>
            <w:tcW w:type="dxa" w:w="1440"/>
          </w:tcPr>
          <w:p>
            <w:r>
              <w:t>[24]</w:t>
            </w:r>
          </w:p>
        </w:tc>
      </w:tr>
      <w:tr>
        <w:tc>
          <w:tcPr>
            <w:tcW w:type="dxa" w:w="1440"/>
          </w:tcPr>
          <w:p>
            <w:r>
              <w:t>Terrain dismounted: Going (dismounted)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[76]</w:t>
            </w:r>
          </w:p>
        </w:tc>
      </w:tr>
      <w:tr>
        <w:tc>
          <w:tcPr>
            <w:tcW w:type="dxa" w:w="1440"/>
          </w:tcPr>
          <w:p>
            <w:r>
              <w:t>Terrain: Terrain findings</w:t>
            </w:r>
          </w:p>
        </w:tc>
        <w:tc>
          <w:tcPr>
            <w:tcW w:type="dxa" w:w="1440"/>
          </w:tcPr>
          <w:p>
            <w:r>
              <w:t>layer, Point</w:t>
            </w:r>
          </w:p>
        </w:tc>
        <w:tc>
          <w:tcPr>
            <w:tcW w:type="dxa" w:w="1440"/>
          </w:tcPr>
          <w:p>
            <w:r>
              <w:t>9</w:t>
            </w:r>
          </w:p>
        </w:tc>
        <w:tc>
          <w:tcPr>
            <w:tcW w:type="dxa" w:w="1440"/>
          </w:tcPr>
          <w:p>
            <w:r/>
          </w:p>
        </w:tc>
        <w:tc>
          <w:tcPr>
            <w:tcW w:type="dxa" w:w="1440"/>
          </w:tcPr>
          <w:p>
            <w:r/>
          </w:p>
        </w:tc>
        <w:tc>
          <w:tcPr>
            <w:tcW w:type="dxa" w:w="1440"/>
          </w:tcPr>
          <w:p>
            <w:r>
              <w:t>[21]</w:t>
            </w:r>
          </w:p>
        </w:tc>
      </w:tr>
      <w:tr>
        <w:tc>
          <w:tcPr>
            <w:tcW w:type="dxa" w:w="1440"/>
          </w:tcPr>
          <w:p>
            <w:r>
              <w:t>Terrain dismounted: Off-road speed (km/h)</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[75]</w:t>
            </w:r>
          </w:p>
        </w:tc>
      </w:tr>
      <w:tr>
        <w:tc>
          <w:tcPr>
            <w:tcW w:type="dxa" w:w="1440"/>
          </w:tcPr>
          <w:p>
            <w:r>
              <w:t>Terrain wheeled: Going (wheeled)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[73]</w:t>
            </w:r>
          </w:p>
        </w:tc>
      </w:tr>
      <w:tr>
        <w:tc>
          <w:tcPr>
            <w:tcW w:type="dxa" w:w="1440"/>
          </w:tcPr>
          <w:p>
            <w:r>
              <w:t>Terrain wheeled: Off-road speed (km/h)</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[72]</w:t>
            </w:r>
          </w:p>
        </w:tc>
      </w:tr>
      <w:tr>
        <w:tc>
          <w:tcPr>
            <w:tcW w:type="dxa" w:w="1440"/>
          </w:tcPr>
          <w:p>
            <w:r>
              <w:t>Terrain tracked: Going (tracked)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[70]</w:t>
            </w:r>
          </w:p>
        </w:tc>
      </w:tr>
      <w:tr>
        <w:tc>
          <w:tcPr>
            <w:tcW w:type="dxa" w:w="1440"/>
          </w:tcPr>
          <w:p>
            <w:r>
              <w:t>Terrain tracked: Off-road speed (km/h)</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[69]</w:t>
            </w:r>
          </w:p>
        </w:tc>
      </w:tr>
      <w:tr>
        <w:tc>
          <w:tcPr>
            <w:tcW w:type="dxa" w:w="1440"/>
          </w:tcPr>
          <w:p>
            <w:r>
              <w:t>Terrain heights: Viewshed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[61]</w:t>
            </w:r>
          </w:p>
        </w:tc>
      </w:tr>
      <w:tr>
        <w:tc>
          <w:tcPr>
            <w:tcW w:type="dxa" w:w="1440"/>
          </w:tcPr>
          <w:p>
            <w:r>
              <w:t>Terrain heights: Observers that see each cell</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[60]</w:t>
            </w:r>
          </w:p>
        </w:tc>
      </w:tr>
      <w:tr>
        <w:tc>
          <w:tcPr>
            <w:tcW w:type="dxa" w:w="1440"/>
          </w:tcPr>
          <w:p>
            <w:r>
              <w:t>Terrain: Clear-sky insolation (kWh/m2/day)</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[49]</w:t>
            </w:r>
          </w:p>
        </w:tc>
      </w:tr>
      <w:tr>
        <w:tc>
          <w:tcPr>
            <w:tcW w:type="dxa" w:w="1440"/>
          </w:tcPr>
          <w:p>
            <w:r>
              <w:t>Terrain: Sky view factor</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[48]</w:t>
            </w:r>
          </w:p>
        </w:tc>
      </w:tr>
      <w:tr>
        <w:tc>
          <w:tcPr>
            <w:tcW w:type="dxa" w:w="1440"/>
          </w:tcPr>
          <w:p>
            <w:r>
              <w:t>Terrain: Solar siting class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[47]</w:t>
            </w:r>
          </w:p>
        </w:tc>
      </w:tr>
      <w:tr>
        <w:tc>
          <w:tcPr>
            <w:tcW w:type="dxa" w:w="1440"/>
          </w:tcPr>
          <w:p>
            <w:r>
              <w:t>Terrain: Factor of safety (capped at 100)</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[46]</w:t>
            </w:r>
          </w:p>
        </w:tc>
      </w:tr>
      <w:tr>
        <w:tc>
          <w:tcPr>
            <w:tcW w:type="dxa" w:w="1440"/>
          </w:tcPr>
          <w:p>
            <w:r>
              <w:t>Terrain: Stability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[45]</w:t>
            </w:r>
          </w:p>
        </w:tc>
      </w:tr>
      <w:tr>
        <w:tc>
          <w:tcPr>
            <w:tcW w:type="dxa" w:w="1440"/>
          </w:tcPr>
          <w:p>
            <w:r>
              <w:t>Terrain: Susceptibility index (0-1)</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[44]</w:t>
            </w:r>
          </w:p>
        </w:tc>
      </w:tr>
      <w:tr>
        <w:tc>
          <w:tcPr>
            <w:tcW w:type="dxa" w:w="1440"/>
          </w:tcPr>
          <w:p>
            <w:r>
              <w:t>Terrain: Susceptibility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[43]</w:t>
            </w:r>
          </w:p>
        </w:tc>
      </w:tr>
      <w:tr>
        <w:tc>
          <w:tcPr>
            <w:tcW w:type="dxa" w:w="1440"/>
          </w:tcPr>
          <w:p>
            <w:r>
              <w:t>Terrain: Soil loss (t/ha/yr)</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[42]</w:t>
            </w:r>
          </w:p>
        </w:tc>
      </w:tr>
      <w:tr>
        <w:tc>
          <w:tcPr>
            <w:tcW w:type="dxa" w:w="1440"/>
          </w:tcPr>
          <w:p>
            <w:r>
              <w:t>Terrain: Erosion risk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[41]</w:t>
            </w:r>
          </w:p>
        </w:tc>
      </w:tr>
      <w:tr>
        <w:tc>
          <w:tcPr>
            <w:tcW w:type="dxa" w:w="1440"/>
          </w:tcPr>
          <w:p>
            <w:r>
              <w:t>Terrain: LS factor</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[40]</w:t>
            </w:r>
          </w:p>
        </w:tc>
      </w:tr>
      <w:tr>
        <w:tc>
          <w:tcPr>
            <w:tcW w:type="dxa" w:w="1440"/>
          </w:tcPr>
          <w:p>
            <w:r>
              <w:t>Terrain: Buildability score (0-100)</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[39]</w:t>
            </w:r>
          </w:p>
        </w:tc>
      </w:tr>
      <w:tr>
        <w:tc>
          <w:tcPr>
            <w:tcW w:type="dxa" w:w="1440"/>
          </w:tcPr>
          <w:p>
            <w:r>
              <w:t>Terrain: Buildability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[38]</w:t>
            </w:r>
          </w:p>
        </w:tc>
      </w:tr>
      <w:tr>
        <w:tc>
          <w:tcPr>
            <w:tcW w:type="dxa" w:w="1440"/>
          </w:tcPr>
          <w:p>
            <w:r>
              <w:t>Terrain: Site suitability score (0-100)</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[36]</w:t>
            </w:r>
          </w:p>
        </w:tc>
      </w:tr>
      <w:tr>
        <w:tc>
          <w:tcPr>
            <w:tcW w:type="dxa" w:w="1440"/>
          </w:tcPr>
          <w:p>
            <w:r>
              <w:t>Terrain: Site suitability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[35]</w:t>
            </w:r>
          </w:p>
        </w:tc>
      </w:tr>
      <w:tr>
        <w:tc>
          <w:tcPr>
            <w:tcW w:type="dxa" w:w="1440"/>
          </w:tcPr>
          <w:p>
            <w:r>
              <w:t>Terrain: Mineability score (0-100)</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[34]</w:t>
            </w:r>
          </w:p>
        </w:tc>
      </w:tr>
      <w:tr>
        <w:tc>
          <w:tcPr>
            <w:tcW w:type="dxa" w:w="1440"/>
          </w:tcPr>
          <w:p>
            <w:r>
              <w:t>Terrain: Mineability classes</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[33]</w:t>
            </w:r>
          </w:p>
        </w:tc>
      </w:tr>
      <w:tr>
        <w:tc>
          <w:tcPr>
            <w:tcW w:type="dxa" w:w="1440"/>
          </w:tcPr>
          <w:p>
            <w:r>
              <w:t>Terrain: Landing ground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[31]</w:t>
            </w:r>
          </w:p>
        </w:tc>
      </w:tr>
      <w:tr>
        <w:tc>
          <w:tcPr>
            <w:tcW w:type="dxa" w:w="1440"/>
          </w:tcPr>
          <w:p>
            <w:r>
              <w:t>Terrain: Clear ground radius (m)</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[30]</w:t>
            </w:r>
          </w:p>
        </w:tc>
      </w:tr>
      <w:tr>
        <w:tc>
          <w:tcPr>
            <w:tcW w:type="dxa" w:w="1440"/>
          </w:tcPr>
          <w:p>
            <w:r>
              <w:t>Terrain: Viewshed</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[27]</w:t>
            </w:r>
          </w:p>
        </w:tc>
      </w:tr>
      <w:tr>
        <w:tc>
          <w:tcPr>
            <w:tcW w:type="dxa" w:w="1440"/>
          </w:tcPr>
          <w:p>
            <w:r>
              <w:t>Terrain: Observers that see each cell</w:t>
            </w:r>
          </w:p>
        </w:tc>
        <w:tc>
          <w:tcPr>
            <w:tcW w:type="dxa" w:w="1440"/>
          </w:tcPr>
          <w:p>
            <w:r>
              <w:t>layer</w:t>
            </w:r>
          </w:p>
        </w:tc>
        <w:tc>
          <w:tcPr>
            <w:tcW w:type="dxa" w:w="1440"/>
          </w:tcPr>
          <w:p>
            <w:r>
              <w:t>0</w:t>
            </w:r>
          </w:p>
        </w:tc>
        <w:tc>
          <w:tcPr>
            <w:tcW w:type="dxa" w:w="1440"/>
          </w:tcPr>
          <w:p>
            <w:r/>
          </w:p>
        </w:tc>
        <w:tc>
          <w:tcPr>
            <w:tcW w:type="dxa" w:w="1440"/>
          </w:tcPr>
          <w:p>
            <w:r/>
          </w:p>
        </w:tc>
        <w:tc>
          <w:tcPr>
            <w:tcW w:type="dxa" w:w="1440"/>
          </w:tcPr>
          <w:p>
            <w:r>
              <w:t>[26]</w:t>
            </w:r>
          </w:p>
        </w:tc>
      </w:tr>
      <w:tr>
        <w:tc>
          <w:tcPr>
            <w:tcW w:type="dxa" w:w="1440"/>
          </w:tcPr>
          <w:p>
            <w:r>
              <w:t>Hot spot analysis: Dropped calls</w:t>
            </w:r>
          </w:p>
        </w:tc>
        <w:tc>
          <w:tcPr>
            <w:tcW w:type="dxa" w:w="1440"/>
          </w:tcPr>
          <w:p>
            <w:r>
              <w:t>layer, Polygon</w:t>
            </w:r>
          </w:p>
        </w:tc>
        <w:tc>
          <w:tcPr>
            <w:tcW w:type="dxa" w:w="1440"/>
          </w:tcPr>
          <w:p>
            <w:r>
              <w:t>1,798</w:t>
            </w:r>
          </w:p>
        </w:tc>
        <w:tc>
          <w:tcPr>
            <w:tcW w:type="dxa" w:w="1440"/>
          </w:tcPr>
          <w:p>
            <w:r/>
          </w:p>
        </w:tc>
        <w:tc>
          <w:tcPr>
            <w:tcW w:type="dxa" w:w="1440"/>
          </w:tcPr>
          <w:p>
            <w:r/>
          </w:p>
        </w:tc>
        <w:tc>
          <w:tcPr>
            <w:tcW w:type="dxa" w:w="1440"/>
          </w:tcPr>
          <w:p>
            <w:r>
              <w:t>[242]</w:t>
            </w:r>
          </w:p>
        </w:tc>
      </w:tr>
      <w:tr>
        <w:tc>
          <w:tcPr>
            <w:tcW w:type="dxa" w:w="1440"/>
          </w:tcPr>
          <w:p>
            <w:r>
              <w:t>Hot spot analysis: Small cells</w:t>
            </w:r>
          </w:p>
        </w:tc>
        <w:tc>
          <w:tcPr>
            <w:tcW w:type="dxa" w:w="1440"/>
          </w:tcPr>
          <w:p>
            <w:r>
              <w:t>layer, Polygon</w:t>
            </w:r>
          </w:p>
        </w:tc>
        <w:tc>
          <w:tcPr>
            <w:tcW w:type="dxa" w:w="1440"/>
          </w:tcPr>
          <w:p>
            <w:r>
              <w:t>21</w:t>
            </w:r>
          </w:p>
        </w:tc>
        <w:tc>
          <w:tcPr>
            <w:tcW w:type="dxa" w:w="1440"/>
          </w:tcPr>
          <w:p>
            <w:r/>
          </w:p>
        </w:tc>
        <w:tc>
          <w:tcPr>
            <w:tcW w:type="dxa" w:w="1440"/>
          </w:tcPr>
          <w:p>
            <w:r/>
          </w:p>
        </w:tc>
        <w:tc>
          <w:tcPr>
            <w:tcW w:type="dxa" w:w="1440"/>
          </w:tcPr>
          <w:p>
            <w:r>
              <w:t>[338]</w:t>
            </w:r>
          </w:p>
        </w:tc>
      </w:tr>
      <w:tr>
        <w:tc>
          <w:tcPr>
            <w:tcW w:type="dxa" w:w="1440"/>
          </w:tcPr>
          <w:p>
            <w:r>
              <w:t>Emerging hot spots: Coverage complaints</w:t>
            </w:r>
          </w:p>
        </w:tc>
        <w:tc>
          <w:tcPr>
            <w:tcW w:type="dxa" w:w="1440"/>
          </w:tcPr>
          <w:p>
            <w:r>
              <w:t>layer, Polygon</w:t>
            </w:r>
          </w:p>
        </w:tc>
        <w:tc>
          <w:tcPr>
            <w:tcW w:type="dxa" w:w="1440"/>
          </w:tcPr>
          <w:p>
            <w:r>
              <w:t>94</w:t>
            </w:r>
          </w:p>
        </w:tc>
        <w:tc>
          <w:tcPr>
            <w:tcW w:type="dxa" w:w="1440"/>
          </w:tcPr>
          <w:p>
            <w:r/>
          </w:p>
        </w:tc>
        <w:tc>
          <w:tcPr>
            <w:tcW w:type="dxa" w:w="1440"/>
          </w:tcPr>
          <w:p>
            <w:r/>
          </w:p>
        </w:tc>
        <w:tc>
          <w:tcPr>
            <w:tcW w:type="dxa" w:w="1440"/>
          </w:tcPr>
          <w:p>
            <w:r>
              <w:t>[339]</w:t>
            </w:r>
          </w:p>
        </w:tc>
      </w:tr>
      <w:tr>
        <w:tc>
          <w:tcPr>
            <w:tcW w:type="dxa" w:w="1440"/>
          </w:tcPr>
          <w:p>
            <w:r>
              <w:t>Emerging hot spots: Dropped calls</w:t>
            </w:r>
          </w:p>
        </w:tc>
        <w:tc>
          <w:tcPr>
            <w:tcW w:type="dxa" w:w="1440"/>
          </w:tcPr>
          <w:p>
            <w:r>
              <w:t>layer, Polygon</w:t>
            </w:r>
          </w:p>
        </w:tc>
        <w:tc>
          <w:tcPr>
            <w:tcW w:type="dxa" w:w="1440"/>
          </w:tcPr>
          <w:p>
            <w:r>
              <w:t>109</w:t>
            </w:r>
          </w:p>
        </w:tc>
        <w:tc>
          <w:tcPr>
            <w:tcW w:type="dxa" w:w="1440"/>
          </w:tcPr>
          <w:p>
            <w:r/>
          </w:p>
        </w:tc>
        <w:tc>
          <w:tcPr>
            <w:tcW w:type="dxa" w:w="1440"/>
          </w:tcPr>
          <w:p>
            <w:r/>
          </w:p>
        </w:tc>
        <w:tc>
          <w:tcPr>
            <w:tcW w:type="dxa" w:w="1440"/>
          </w:tcPr>
          <w:p>
            <w:r>
              <w:t>[340]</w:t>
            </w:r>
          </w:p>
        </w:tc>
      </w:tr>
      <w:tr>
        <w:tc>
          <w:tcPr>
            <w:tcW w:type="dxa" w:w="1440"/>
          </w:tcPr>
          <w:p>
            <w:r>
              <w:t>Summarize within: Neighborhoods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[341]</w:t>
            </w:r>
          </w:p>
        </w:tc>
      </w:tr>
      <w:tr>
        <w:tc>
          <w:tcPr>
            <w:tcW w:type="dxa" w:w="1440"/>
          </w:tcPr>
          <w:p>
            <w:r>
              <w:t>Summarize within: Neighborhoods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[342]</w:t>
            </w:r>
          </w:p>
        </w:tc>
      </w:tr>
      <w:tr>
        <w:tc>
          <w:tcPr>
            <w:tcW w:type="dxa" w:w="1440"/>
          </w:tcPr>
          <w:p>
            <w:r>
              <w:t>Summarize within: Neighborhoods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[236]</w:t>
            </w:r>
          </w:p>
        </w:tc>
      </w:tr>
      <w:tr>
        <w:tc>
          <w:tcPr>
            <w:tcW w:type="dxa" w:w="1440"/>
          </w:tcPr>
          <w:p>
            <w:r>
              <w:t>Period change: Dropped calls (week of 2026-08-24 to week of 2026-08-31)</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[8]</w:t>
            </w:r>
          </w:p>
        </w:tc>
      </w:tr>
      <w:tr>
        <w:tc>
          <w:tcPr>
            <w:tcW w:type="dxa" w:w="1440"/>
          </w:tcPr>
          <w:p>
            <w:r>
              <w:t>Period change: Coverage complaints (week of 2026-08-10 to week of 2026-08-17)</w:t>
            </w:r>
          </w:p>
        </w:tc>
        <w:tc>
          <w:tcPr>
            <w:tcW w:type="dxa" w:w="1440"/>
          </w:tcPr>
          <w:p>
            <w:r>
              <w:t>layer, Polygon</w:t>
            </w:r>
          </w:p>
        </w:tc>
        <w:tc>
          <w:tcPr>
            <w:tcW w:type="dxa" w:w="1440"/>
          </w:tcPr>
          <w:p>
            <w:r>
              <w:t>8</w:t>
            </w:r>
          </w:p>
        </w:tc>
        <w:tc>
          <w:tcPr>
            <w:tcW w:type="dxa" w:w="1440"/>
          </w:tcPr>
          <w:p>
            <w:r/>
          </w:p>
        </w:tc>
        <w:tc>
          <w:tcPr>
            <w:tcW w:type="dxa" w:w="1440"/>
          </w:tcPr>
          <w:p>
            <w:r/>
          </w:p>
        </w:tc>
        <w:tc>
          <w:tcPr>
            <w:tcW w:type="dxa" w:w="1440"/>
          </w:tcPr>
          <w:p>
            <w:r>
              <w:t>[10]</w:t>
            </w:r>
          </w:p>
        </w:tc>
      </w:tr>
      <w:tr>
        <w:tc>
          <w:tcPr>
            <w:tcW w:type="dxa" w:w="1440"/>
          </w:tcPr>
          <w:p>
            <w:r>
              <w:t>Seasonality of Dropped calls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[208]</w:t>
            </w:r>
          </w:p>
        </w:tc>
      </w:tr>
      <w:tr>
        <w:tc>
          <w:tcPr>
            <w:tcW w:type="dxa" w:w="1440"/>
          </w:tcPr>
          <w:p>
            <w:r>
              <w:t>Calculate density: Dropped calls</w:t>
            </w:r>
          </w:p>
        </w:tc>
        <w:tc>
          <w:tcPr>
            <w:tcW w:type="dxa" w:w="1440"/>
          </w:tcPr>
          <w:p>
            <w:r>
              <w:t>layer, Polygon</w:t>
            </w:r>
          </w:p>
        </w:tc>
        <w:tc>
          <w:tcPr>
            <w:tcW w:type="dxa" w:w="1440"/>
          </w:tcPr>
          <w:p>
            <w:r>
              <w:t>2,034</w:t>
            </w:r>
          </w:p>
        </w:tc>
        <w:tc>
          <w:tcPr>
            <w:tcW w:type="dxa" w:w="1440"/>
          </w:tcPr>
          <w:p>
            <w:r/>
          </w:p>
        </w:tc>
        <w:tc>
          <w:tcPr>
            <w:tcW w:type="dxa" w:w="1440"/>
          </w:tcPr>
          <w:p>
            <w:r/>
          </w:p>
        </w:tc>
        <w:tc>
          <w:tcPr>
            <w:tcW w:type="dxa" w:w="1440"/>
          </w:tcPr>
          <w:p>
            <w:r>
              <w:t>[343]</w:t>
            </w:r>
          </w:p>
        </w:tc>
      </w:tr>
      <w:tr>
        <w:tc>
          <w:tcPr>
            <w:tcW w:type="dxa" w:w="1440"/>
          </w:tcPr>
          <w:p>
            <w:r>
              <w:t>Calculate density: Coverage complaints</w:t>
            </w:r>
          </w:p>
        </w:tc>
        <w:tc>
          <w:tcPr>
            <w:tcW w:type="dxa" w:w="1440"/>
          </w:tcPr>
          <w:p>
            <w:r>
              <w:t>layer, Polygon</w:t>
            </w:r>
          </w:p>
        </w:tc>
        <w:tc>
          <w:tcPr>
            <w:tcW w:type="dxa" w:w="1440"/>
          </w:tcPr>
          <w:p>
            <w:r>
              <w:t>383</w:t>
            </w:r>
          </w:p>
        </w:tc>
        <w:tc>
          <w:tcPr>
            <w:tcW w:type="dxa" w:w="1440"/>
          </w:tcPr>
          <w:p>
            <w:r/>
          </w:p>
        </w:tc>
        <w:tc>
          <w:tcPr>
            <w:tcW w:type="dxa" w:w="1440"/>
          </w:tcPr>
          <w:p>
            <w:r/>
          </w:p>
        </w:tc>
        <w:tc>
          <w:tcPr>
            <w:tcW w:type="dxa" w:w="1440"/>
          </w:tcPr>
          <w:p>
            <w:r>
              <w:t>[239]</w:t>
            </w:r>
          </w:p>
        </w:tc>
      </w:tr>
      <w:tr>
        <w:tc>
          <w:tcPr>
            <w:tcW w:type="dxa" w:w="1440"/>
          </w:tcPr>
          <w:p>
            <w:r>
              <w:t>Dense areas of coverage complaints</w:t>
            </w:r>
          </w:p>
        </w:tc>
        <w:tc>
          <w:tcPr>
            <w:tcW w:type="dxa" w:w="1440"/>
          </w:tcPr>
          <w:p>
            <w:r>
              <w:t>layer, MultiPolygon</w:t>
            </w:r>
          </w:p>
        </w:tc>
        <w:tc>
          <w:tcPr>
            <w:tcW w:type="dxa" w:w="1440"/>
          </w:tcPr>
          <w:p>
            <w:r>
              <w:t>5</w:t>
            </w:r>
          </w:p>
        </w:tc>
        <w:tc>
          <w:tcPr>
            <w:tcW w:type="dxa" w:w="1440"/>
          </w:tcPr>
          <w:p>
            <w:r/>
          </w:p>
        </w:tc>
        <w:tc>
          <w:tcPr>
            <w:tcW w:type="dxa" w:w="1440"/>
          </w:tcPr>
          <w:p>
            <w:r/>
          </w:p>
        </w:tc>
        <w:tc>
          <w:tcPr>
            <w:tcW w:type="dxa" w:w="1440"/>
          </w:tcPr>
          <w:p>
            <w:r>
              <w:t>[252]</w:t>
            </w:r>
          </w:p>
        </w:tc>
      </w:tr>
      <w:tr>
        <w:tc>
          <w:tcPr>
            <w:tcW w:type="dxa" w:w="1440"/>
          </w:tcPr>
          <w:p>
            <w:r>
              <w:t>Calculate density: Small cells</w:t>
            </w:r>
          </w:p>
        </w:tc>
        <w:tc>
          <w:tcPr>
            <w:tcW w:type="dxa" w:w="1440"/>
          </w:tcPr>
          <w:p>
            <w:r>
              <w:t>layer, Polygon</w:t>
            </w:r>
          </w:p>
        </w:tc>
        <w:tc>
          <w:tcPr>
            <w:tcW w:type="dxa" w:w="1440"/>
          </w:tcPr>
          <w:p>
            <w:r>
              <w:t>117</w:t>
            </w:r>
          </w:p>
        </w:tc>
        <w:tc>
          <w:tcPr>
            <w:tcW w:type="dxa" w:w="1440"/>
          </w:tcPr>
          <w:p>
            <w:r/>
          </w:p>
        </w:tc>
        <w:tc>
          <w:tcPr>
            <w:tcW w:type="dxa" w:w="1440"/>
          </w:tcPr>
          <w:p>
            <w:r/>
          </w:p>
        </w:tc>
        <w:tc>
          <w:tcPr>
            <w:tcW w:type="dxa" w:w="1440"/>
          </w:tcPr>
          <w:p>
            <w:r>
              <w:t>[344]</w:t>
            </w:r>
          </w:p>
        </w:tc>
      </w:tr>
      <w:tr>
        <w:tc>
          <w:tcPr>
            <w:tcW w:type="dxa" w:w="1440"/>
          </w:tcPr>
          <w:p>
            <w:r>
              <w:t>Find point clusters: cluster hulls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[247]</w:t>
            </w:r>
          </w:p>
        </w:tc>
      </w:tr>
      <w:tr>
        <w:tc>
          <w:tcPr>
            <w:tcW w:type="dxa" w:w="1440"/>
          </w:tcPr>
          <w:p>
            <w:r>
              <w:t>Find point clusters: Dropped calls</w:t>
            </w:r>
          </w:p>
        </w:tc>
        <w:tc>
          <w:tcPr>
            <w:tcW w:type="dxa" w:w="1440"/>
          </w:tcPr>
          <w:p>
            <w:r>
              <w:t>layer, Point</w:t>
            </w:r>
          </w:p>
        </w:tc>
        <w:tc>
          <w:tcPr>
            <w:tcW w:type="dxa" w:w="1440"/>
          </w:tcPr>
          <w:p>
            <w:r>
              <w:t>1,800</w:t>
            </w:r>
          </w:p>
        </w:tc>
        <w:tc>
          <w:tcPr>
            <w:tcW w:type="dxa" w:w="1440"/>
          </w:tcPr>
          <w:p>
            <w:r/>
          </w:p>
        </w:tc>
        <w:tc>
          <w:tcPr>
            <w:tcW w:type="dxa" w:w="1440"/>
          </w:tcPr>
          <w:p>
            <w:r/>
          </w:p>
        </w:tc>
        <w:tc>
          <w:tcPr>
            <w:tcW w:type="dxa" w:w="1440"/>
          </w:tcPr>
          <w:p>
            <w:r>
              <w:t>[345]</w:t>
            </w:r>
          </w:p>
        </w:tc>
      </w:tr>
      <w:tr>
        <w:tc>
          <w:tcPr>
            <w:tcW w:type="dxa" w:w="1440"/>
          </w:tcPr>
          <w:p>
            <w:r>
              <w:t>Find point clusters: cluster hulls</w:t>
            </w:r>
          </w:p>
        </w:tc>
        <w:tc>
          <w:tcPr>
            <w:tcW w:type="dxa" w:w="1440"/>
          </w:tcPr>
          <w:p>
            <w:r>
              <w:t>layer, Polygon</w:t>
            </w:r>
          </w:p>
        </w:tc>
        <w:tc>
          <w:tcPr>
            <w:tcW w:type="dxa" w:w="1440"/>
          </w:tcPr>
          <w:p>
            <w:r>
              <w:t>1</w:t>
            </w:r>
          </w:p>
        </w:tc>
        <w:tc>
          <w:tcPr>
            <w:tcW w:type="dxa" w:w="1440"/>
          </w:tcPr>
          <w:p>
            <w:r/>
          </w:p>
        </w:tc>
        <w:tc>
          <w:tcPr>
            <w:tcW w:type="dxa" w:w="1440"/>
          </w:tcPr>
          <w:p>
            <w:r/>
          </w:p>
        </w:tc>
        <w:tc>
          <w:tcPr>
            <w:tcW w:type="dxa" w:w="1440"/>
          </w:tcPr>
          <w:p>
            <w:r>
              <w:t>[346]</w:t>
            </w:r>
          </w:p>
        </w:tc>
      </w:tr>
      <w:tr>
        <w:tc>
          <w:tcPr>
            <w:tcW w:type="dxa" w:w="1440"/>
          </w:tcPr>
          <w:p>
            <w:r>
              <w:t>Find point clusters: Coverage complaints</w:t>
            </w:r>
          </w:p>
        </w:tc>
        <w:tc>
          <w:tcPr>
            <w:tcW w:type="dxa" w:w="1440"/>
          </w:tcPr>
          <w:p>
            <w:r>
              <w:t>layer, Point</w:t>
            </w:r>
          </w:p>
        </w:tc>
        <w:tc>
          <w:tcPr>
            <w:tcW w:type="dxa" w:w="1440"/>
          </w:tcPr>
          <w:p>
            <w:r>
              <w:t>420</w:t>
            </w:r>
          </w:p>
        </w:tc>
        <w:tc>
          <w:tcPr>
            <w:tcW w:type="dxa" w:w="1440"/>
          </w:tcPr>
          <w:p>
            <w:r/>
          </w:p>
        </w:tc>
        <w:tc>
          <w:tcPr>
            <w:tcW w:type="dxa" w:w="1440"/>
          </w:tcPr>
          <w:p>
            <w:r/>
          </w:p>
        </w:tc>
        <w:tc>
          <w:tcPr>
            <w:tcW w:type="dxa" w:w="1440"/>
          </w:tcPr>
          <w:p>
            <w:r>
              <w:t>[347]</w:t>
            </w:r>
          </w:p>
        </w:tc>
      </w:tr>
      <w:tr>
        <w:tc>
          <w:tcPr>
            <w:tcW w:type="dxa" w:w="1440"/>
          </w:tcPr>
          <w:p>
            <w:r>
              <w:t>Find outliers: Neighborhoods</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[348]</w:t>
            </w:r>
          </w:p>
        </w:tc>
      </w:tr>
      <w:tr>
        <w:tc>
          <w:tcPr>
            <w:tcW w:type="dxa" w:w="1440"/>
          </w:tcPr>
          <w:p>
            <w:r>
              <w:t>Change beside the counts per neighborhood</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[237]</w:t>
            </w:r>
          </w:p>
        </w:tc>
      </w:tr>
      <w:tr>
        <w:tc>
          <w:tcPr>
            <w:tcW w:type="dxa" w:w="1440"/>
          </w:tcPr>
          <w:p>
            <w:r>
              <w:t>Change of dropped calls where density is high</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[240]</w:t>
            </w:r>
          </w:p>
        </w:tc>
      </w:tr>
      <w:tr>
        <w:tc>
          <w:tcPr>
            <w:tcW w:type="dxa" w:w="1440"/>
          </w:tcPr>
          <w:p>
            <w:r>
              <w:t>Hot cells of dropped calls per neighborhood</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[243]</w:t>
            </w:r>
          </w:p>
        </w:tc>
      </w:tr>
      <w:tr>
        <w:tc>
          <w:tcPr>
            <w:tcW w:type="dxa" w:w="1440"/>
          </w:tcPr>
          <w:p>
            <w:r>
              <w:t>Nearest tower to each cluster of dropped calls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[248]</w:t>
            </w:r>
          </w:p>
        </w:tc>
      </w:tr>
      <w:tr>
        <w:tc>
          <w:tcPr>
            <w:tcW w:type="dxa" w:w="1440"/>
          </w:tcPr>
          <w:p>
            <w:r>
              <w:t>Change of coverage complaints per neighborhood</w:t>
            </w:r>
          </w:p>
        </w:tc>
        <w:tc>
          <w:tcPr>
            <w:tcW w:type="dxa" w:w="1440"/>
          </w:tcPr>
          <w:p>
            <w:r>
              <w:t>layer, Polygon</w:t>
            </w:r>
          </w:p>
        </w:tc>
        <w:tc>
          <w:tcPr>
            <w:tcW w:type="dxa" w:w="1440"/>
          </w:tcPr>
          <w:p>
            <w:r>
              <w:t>16</w:t>
            </w:r>
          </w:p>
        </w:tc>
        <w:tc>
          <w:tcPr>
            <w:tcW w:type="dxa" w:w="1440"/>
          </w:tcPr>
          <w:p>
            <w:r/>
          </w:p>
        </w:tc>
        <w:tc>
          <w:tcPr>
            <w:tcW w:type="dxa" w:w="1440"/>
          </w:tcPr>
          <w:p>
            <w:r/>
          </w:p>
        </w:tc>
        <w:tc>
          <w:tcPr>
            <w:tcW w:type="dxa" w:w="1440"/>
          </w:tcPr>
          <w:p>
            <w:r>
              <w:t>[254]</w:t>
            </w:r>
          </w:p>
        </w:tc>
      </w:tr>
      <w:tr>
        <w:tc>
          <w:tcPr>
            <w:tcW w:type="dxa" w:w="1440"/>
          </w:tcPr>
          <w:p>
            <w:r>
              <w:t>Find point clusters: cluster hulls</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[257]</w:t>
            </w:r>
          </w:p>
        </w:tc>
      </w:tr>
      <w:tr>
        <w:tc>
          <w:tcPr>
            <w:tcW w:type="dxa" w:w="1440"/>
          </w:tcPr>
          <w:p>
            <w:r>
              <w:t>Clusters of all inputs together: dropped calls and coverage complaints</w:t>
            </w:r>
          </w:p>
        </w:tc>
        <w:tc>
          <w:tcPr>
            <w:tcW w:type="dxa" w:w="1440"/>
          </w:tcPr>
          <w:p>
            <w:r>
              <w:t>layer, Point</w:t>
            </w:r>
          </w:p>
        </w:tc>
        <w:tc>
          <w:tcPr>
            <w:tcW w:type="dxa" w:w="1440"/>
          </w:tcPr>
          <w:p>
            <w:r>
              <w:t>2,220</w:t>
            </w:r>
          </w:p>
        </w:tc>
        <w:tc>
          <w:tcPr>
            <w:tcW w:type="dxa" w:w="1440"/>
          </w:tcPr>
          <w:p>
            <w:r/>
          </w:p>
        </w:tc>
        <w:tc>
          <w:tcPr>
            <w:tcW w:type="dxa" w:w="1440"/>
          </w:tcPr>
          <w:p>
            <w:r/>
          </w:p>
        </w:tc>
        <w:tc>
          <w:tcPr>
            <w:tcW w:type="dxa" w:w="1440"/>
          </w:tcPr>
          <w:p>
            <w:r>
              <w:t>[258]</w:t>
            </w:r>
          </w:p>
        </w:tc>
      </w:tr>
      <w:tr>
        <w:tc>
          <w:tcPr>
            <w:tcW w:type="dxa" w:w="1440"/>
          </w:tcPr>
          <w:p>
            <w:r>
              <w:t>Towers within 250 m of each cluster of dropped calls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[261]</w:t>
            </w:r>
          </w:p>
        </w:tc>
      </w:tr>
    </w:tbl>
    <w:p/>
    <w:p>
      <w:pPr>
        <w:pStyle w:val="Heading1"/>
      </w:pPr>
      <w:r>
        <w:t>Timeline</w:t>
      </w:r>
    </w:p>
    <w:p>
      <w:pPr>
        <w:jc w:val="center"/>
      </w:pPr>
      <w:r>
        <w:drawing>
          <wp:inline xmlns:a="http://schemas.openxmlformats.org/drawingml/2006/main" xmlns:pic="http://schemas.openxmlformats.org/drawingml/2006/picture">
            <wp:extent cx="5486400" cy="3694176"/>
            <wp:docPr id="1" name="Picture 1"/>
            <wp:cNvGraphicFramePr>
              <a:graphicFrameLocks noChangeAspect="1"/>
            </wp:cNvGraphicFramePr>
            <a:graphic>
              <a:graphicData uri="http://schemas.openxmlformats.org/drawingml/2006/picture">
                <pic:pic>
                  <pic:nvPicPr>
                    <pic:cNvPr id="0" name="221.jpg"/>
                    <pic:cNvPicPr/>
                  </pic:nvPicPr>
                  <pic:blipFill>
                    <a:blip r:embed="rId9"/>
                    <a:stretch>
                      <a:fillRect/>
                    </a:stretch>
                  </pic:blipFill>
                  <pic:spPr>
                    <a:xfrm>
                      <a:off x="0" y="0"/>
                      <a:ext cx="5486400" cy="3694176"/>
                    </a:xfrm>
                    <a:prstGeom prst="rect"/>
                  </pic:spPr>
                </pic:pic>
              </a:graphicData>
            </a:graphic>
          </wp:inline>
        </w:drawing>
      </w:r>
    </w:p>
    <w:p>
      <w:r>
        <w:rPr>
          <w:i/>
          <w:color w:val="525252"/>
          <w:sz w:val="17"/>
        </w:rPr>
        <w:t>Figure 1. Timeline: events per week by dataset [1]. Per week, 2026-02-23 to 2026-09-28. Source: Dropped calls, Coverage complaints, Cell KPIs by day (3,004 features). The data is in the appendix.</w:t>
      </w:r>
    </w:p>
    <w:p>
      <w:pPr>
        <w:jc w:val="center"/>
      </w:pPr>
      <w:r>
        <w:drawing>
          <wp:inline xmlns:a="http://schemas.openxmlformats.org/drawingml/2006/main" xmlns:pic="http://schemas.openxmlformats.org/drawingml/2006/picture">
            <wp:extent cx="5486400" cy="1786128"/>
            <wp:docPr id="2" name="Picture 2"/>
            <wp:cNvGraphicFramePr>
              <a:graphicFrameLocks noChangeAspect="1"/>
            </wp:cNvGraphicFramePr>
            <a:graphic>
              <a:graphicData uri="http://schemas.openxmlformats.org/drawingml/2006/picture">
                <pic:pic>
                  <pic:nvPicPr>
                    <pic:cNvPr id="0" name="222.jpg"/>
                    <pic:cNvPicPr/>
                  </pic:nvPicPr>
                  <pic:blipFill>
                    <a:blip r:embed="rId10"/>
                    <a:stretch>
                      <a:fillRect/>
                    </a:stretch>
                  </pic:blipFill>
                  <pic:spPr>
                    <a:xfrm>
                      <a:off x="0" y="0"/>
                      <a:ext cx="5486400" cy="1786128"/>
                    </a:xfrm>
                    <a:prstGeom prst="rect"/>
                  </pic:spPr>
                </pic:pic>
              </a:graphicData>
            </a:graphic>
          </wp:inline>
        </w:drawing>
      </w:r>
    </w:p>
    <w:p>
      <w:r>
        <w:rPr>
          <w:i/>
          <w:color w:val="525252"/>
          <w:sz w:val="17"/>
        </w:rPr>
        <w:t>Figure 2. Timeline lanes: events per week by dataset [5]. Per week, 2026-02-23 to 2026-09-28. Source: Dropped calls, Coverage complaints, Cell KPIs by day (3,004 features). The data is in the appendix.</w:t>
      </w:r>
    </w:p>
    <w:p>
      <w:pPr>
        <w:jc w:val="center"/>
      </w:pPr>
      <w:r>
        <w:drawing>
          <wp:inline xmlns:a="http://schemas.openxmlformats.org/drawingml/2006/main" xmlns:pic="http://schemas.openxmlformats.org/drawingml/2006/picture">
            <wp:extent cx="5486400" cy="2523744"/>
            <wp:docPr id="3" name="Picture 3"/>
            <wp:cNvGraphicFramePr>
              <a:graphicFrameLocks noChangeAspect="1"/>
            </wp:cNvGraphicFramePr>
            <a:graphic>
              <a:graphicData uri="http://schemas.openxmlformats.org/drawingml/2006/picture">
                <pic:pic>
                  <pic:nvPicPr>
                    <pic:cNvPr id="0" name="223.jpg"/>
                    <pic:cNvPicPr/>
                  </pic:nvPicPr>
                  <pic:blipFill>
                    <a:blip r:embed="rId11"/>
                    <a:stretch>
                      <a:fillRect/>
                    </a:stretch>
                  </pic:blipFill>
                  <pic:spPr>
                    <a:xfrm>
                      <a:off x="0" y="0"/>
                      <a:ext cx="5486400" cy="2523744"/>
                    </a:xfrm>
                    <a:prstGeom prst="rect"/>
                  </pic:spPr>
                </pic:pic>
              </a:graphicData>
            </a:graphic>
          </wp:inline>
        </w:drawing>
      </w:r>
    </w:p>
    <w:p>
      <w:r>
        <w:rPr>
          <w:i/>
          <w:color w:val="525252"/>
          <w:sz w:val="17"/>
        </w:rPr>
        <w:t>Figure 3. Timeline: change from one week to the next [6]. Per week, 2026-03-02 to 2026-09-28. Source: Dropped calls, Coverage complaints, Cell KPIs by day (3,004 features). The data is in the appendix.</w:t>
      </w:r>
    </w:p>
    <w:p>
      <w:r>
        <w:rPr>
          <w:i w:val="0"/>
        </w:rPr>
        <w:t>The timeline counts 3,004 dated events in Dropped calls, Coverage complaints, Cell KPIs by day per week, from week of 2026-02-23 to week of 2026-09-28 [1][2][3][4]. By dataset: Dropped calls 1,800; Cell KPIs by day 784; Coverage complaints 420 [1][5]. The trend is +10.5 events per week; the second half of the weeks has 2,806 against 198 in the first (+1317.2%) [1]. Week over week, the largest rise was from week of 2026-07-27 to week of 2026-08-03 (16 to 351, +335) and the largest fall was from week of 2026-09-21 to week of 2026-09-28 (338 to 7, -331) [1][6]. The count rose from 200 in week of 2026-08-24 to 242 in week of 2026-08-31 (+21.0%), within what chance would give (p = 0.051) [7][8]. Between the two, the largest rise was in Los Olivos (28 to 41, +13) and the largest fall in Barrio Norte (12 to 5, -7) [7][8]. The count rose from 9 in week of 2026-08-10 to 17 in week of 2026-08-17 (+88.9%), within what chance would give (p = 0.169) [9][10]. Between the two, the largest rise was in El Puerto Viejo (0 to 3, +3) and the largest fall in La Ribera (2 to 1, -1) [9][10].</w:t>
      </w:r>
    </w:p>
    <w:p>
      <w:r>
        <w:rPr>
          <w:b/>
        </w:rPr>
        <w:t>Busiest weeks</w:t>
      </w:r>
    </w:p>
    <w:p>
      <w:pPr>
        <w:pStyle w:val="ListBullet"/>
      </w:pPr>
      <w:r>
        <w:t>week of 2026-08-31: 355 events [1]</w:t>
      </w:r>
    </w:p>
    <w:p>
      <w:pPr>
        <w:pStyle w:val="ListBullet"/>
      </w:pPr>
      <w:r>
        <w:t>week of 2026-08-03: 351 events [1]</w:t>
      </w:r>
    </w:p>
    <w:p>
      <w:pPr>
        <w:pStyle w:val="ListBullet"/>
      </w:pPr>
      <w:r>
        <w:t>week of 2026-08-10: 339 events [1]</w:t>
      </w:r>
    </w:p>
    <w:p>
      <w:r>
        <w:rPr>
          <w:b/>
        </w:rPr>
        <w:t>Quietest weeks</w:t>
      </w:r>
    </w:p>
    <w:p>
      <w:pPr>
        <w:pStyle w:val="ListBullet"/>
      </w:pPr>
      <w:r>
        <w:t>week of 2026-02-23: 4 events [1]</w:t>
      </w:r>
    </w:p>
    <w:p>
      <w:pPr>
        <w:pStyle w:val="ListBullet"/>
      </w:pPr>
      <w:r>
        <w:t>week of 2026-09-28: 7 events [1]</w:t>
      </w:r>
    </w:p>
    <w:p>
      <w:pPr>
        <w:pStyle w:val="ListBullet"/>
      </w:pPr>
      <w:r>
        <w:t>week of 2026-06-01: 8 events [1]</w:t>
      </w:r>
    </w:p>
    <w:p>
      <w:pPr>
        <w:pStyle w:val="Heading1"/>
      </w:pPr>
      <w:r>
        <w:t>Overview</w:t>
      </w:r>
    </w:p>
    <w:p>
      <w:r>
        <w:rPr>
          <w:i w:val="0"/>
        </w:rPr>
        <w:t>Overview: the top 3 results in the report's order, each in one distinct color, over Neighborhoods as context [11].</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15.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Overview: the top 3 results [11]</w:t>
      </w:r>
    </w:p>
    <w:p>
      <w:pPr>
        <w:pStyle w:val="Heading1"/>
      </w:pPr>
      <w:r>
        <w:t>Spatial structure</w:t>
      </w:r>
    </w:p>
    <w:p>
      <w:r>
        <w:rPr>
          <w:i w:val="0"/>
        </w:rPr>
        <w:t>Neighborhoods are 16 areas of 4.503 km2 on average, covering 100 percent of their extent, with no overlap [12]. Towers are evenly spread (dispersed) (nearest-neighbor ratio 1.82, z = +5.8; features lie 1.396 km apart on average against 768 m if random) [13]. Dropped calls are clustered (nearest-neighbor ratio 0.87, z = -10.7; features lie 85.2 m apart on average against 98.1 m if random) [14]. Coverage complaints are clustered (nearest-neighbor ratio 0.87, z = -5.0; features lie 177 m apart on average against 202 m if random) [15]. Coverage complaints are dated by 'date' from 2026-03-01 to 2026-09-30 at a week grain [15]. Over time the pattern changes: the earlier half is clustered (ratio 0.873) and the later half random (ratio 0.9552); the center moved 305 m [15]. Fiber routes form a connected network: 19 lines with 7 junctions and 84 crossings in 1 connected part, 61.98 km in all [16]. Small cells are spread at random (nearest-neighbor ratio 1.07, z = +0.8; features lie 686 m apart on average against 643 m if random) [17]. 100 percent of Coverage complaints lie inside Neighborhoods (420 of 420) [12][15]. 100 percent of Dropped calls lie inside Neighborhoods (1800 of 1800) [12][14]. 100 percent of Fiber routes lie inside Neighborhoods (19 of 19) [12][16]. 100 percent of Small cells lie inside Neighborhoods (40 of 40) [12][17]. 100 percent of Towers lie inside Neighborhoods (14 of 14) [12][13]. Towers lie 0 m from the nearest of Fiber routes (median); 86 percent lie within 100 m [13][16]. Coverage complaints lie 62.7 m from the nearest of Dropped calls (median); 64 percent lie within 100 m [14][15]. Small cells lie 91.5 m from the nearest of Dropped calls (median); 52 percent lie within 100 m [14][17]. Towers lie 134 m from the nearest of Dropped calls (median); 100 percent lie within 500 m [13][14]. Dropped calls lie 170 m from the nearest of Coverage complaints (median); 94 percent lie within 500 m [14][15].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layers profiled</w:t>
            </w:r>
          </w:p>
        </w:tc>
        <w:tc>
          <w:tcPr>
            <w:tcW w:type="dxa" w:w="4320"/>
          </w:tcPr>
          <w:p>
            <w:r>
              <w:t>6</w:t>
            </w:r>
          </w:p>
        </w:tc>
      </w:tr>
      <w:tr>
        <w:tc>
          <w:tcPr>
            <w:tcW w:type="dxa" w:w="4320"/>
          </w:tcPr>
          <w:p>
            <w:r>
              <w:t>clustered point layers</w:t>
            </w:r>
          </w:p>
        </w:tc>
        <w:tc>
          <w:tcPr>
            <w:tcW w:type="dxa" w:w="4320"/>
          </w:tcPr>
          <w:p>
            <w:r>
              <w:t>2</w:t>
            </w:r>
          </w:p>
        </w:tc>
      </w:tr>
      <w:tr>
        <w:tc>
          <w:tcPr>
            <w:tcW w:type="dxa" w:w="4320"/>
          </w:tcPr>
          <w:p>
            <w:r>
              <w:t>dispersed point layers</w:t>
            </w:r>
          </w:p>
        </w:tc>
        <w:tc>
          <w:tcPr>
            <w:tcW w:type="dxa" w:w="4320"/>
          </w:tcPr>
          <w:p>
            <w:r>
              <w:t>1</w:t>
            </w:r>
          </w:p>
        </w:tc>
      </w:tr>
      <w:tr>
        <w:tc>
          <w:tcPr>
            <w:tcW w:type="dxa" w:w="4320"/>
          </w:tcPr>
          <w:p>
            <w:r>
              <w:t>random point layers</w:t>
            </w:r>
          </w:p>
        </w:tc>
        <w:tc>
          <w:tcPr>
            <w:tcW w:type="dxa" w:w="4320"/>
          </w:tcPr>
          <w:p>
            <w:r>
              <w:t>1</w:t>
            </w:r>
          </w:p>
        </w:tc>
      </w:tr>
    </w:tbl>
    <w:p/>
    <w:p>
      <w:r>
        <w:rPr>
          <w:b/>
        </w:rPr>
        <w:t>Findings</w:t>
      </w:r>
    </w:p>
    <w:p>
      <w:pPr>
        <w:pStyle w:val="ListBullet"/>
      </w:pPr>
      <w:r>
        <w:rPr>
          <w:b/>
        </w:rPr>
        <w:t xml:space="preserve">Evidenced: </w:t>
      </w:r>
      <w:r>
        <w:t>Neighborhoods are 16 areas of 4.503 km2 on average, covering 100 percent of their extent, with no overlap [12].</w:t>
      </w:r>
    </w:p>
    <w:p>
      <w:pPr>
        <w:pStyle w:val="ListBullet"/>
      </w:pPr>
      <w:r>
        <w:rPr>
          <w:b/>
        </w:rPr>
        <w:t xml:space="preserve">Evidenced: </w:t>
      </w:r>
      <w:r>
        <w:t>Towers are evenly spread (dispersed) (nearest-neighbor ratio 1.82, z = +5.8; features lie 1.396 km apart on average against 768 m if random) [13].</w:t>
      </w:r>
    </w:p>
    <w:p>
      <w:pPr>
        <w:pStyle w:val="ListBullet"/>
      </w:pPr>
      <w:r>
        <w:rPr>
          <w:b/>
        </w:rPr>
        <w:t xml:space="preserve">Evidenced: </w:t>
      </w:r>
      <w:r>
        <w:t>Dropped calls are clustered (nearest-neighbor ratio 0.87, z = -10.7; features lie 85.2 m apart on average against 98.1 m if random) [14].</w:t>
      </w:r>
    </w:p>
    <w:p>
      <w:pPr>
        <w:pStyle w:val="ListBullet"/>
      </w:pPr>
      <w:r>
        <w:rPr>
          <w:b/>
        </w:rPr>
        <w:t xml:space="preserve">Evidenced: </w:t>
      </w:r>
      <w:r>
        <w:t>Coverage complaints are clustered (nearest-neighbor ratio 0.87, z = -5.0; features lie 177 m apart on average against 202 m if random) [15].</w:t>
      </w:r>
    </w:p>
    <w:p>
      <w:pPr>
        <w:pStyle w:val="ListBullet"/>
      </w:pPr>
      <w:r>
        <w:rPr>
          <w:b/>
        </w:rPr>
        <w:t xml:space="preserve">Evidenced: </w:t>
      </w:r>
      <w:r>
        <w:t>Coverage complaints are dated by 'date' from 2026-03-01 to 2026-09-30 at a week grain [15].</w:t>
      </w:r>
    </w:p>
    <w:p>
      <w:pPr>
        <w:pStyle w:val="ListBullet"/>
      </w:pPr>
      <w:r>
        <w:rPr>
          <w:b/>
        </w:rPr>
        <w:t xml:space="preserve">Evidenced: </w:t>
      </w:r>
      <w:r>
        <w:t>Over time the pattern changes: the earlier half is clustered (ratio 0.873) and the later half random (ratio 0.9552); the center moved 305 m [15].</w:t>
      </w:r>
    </w:p>
    <w:p>
      <w:pPr>
        <w:pStyle w:val="ListBullet"/>
      </w:pPr>
      <w:r>
        <w:rPr>
          <w:b/>
        </w:rPr>
        <w:t xml:space="preserve">Evidenced: </w:t>
      </w:r>
      <w:r>
        <w:t>Fiber routes form a connected network: 19 lines with 7 junctions and 84 crossings in 1 connected part, 61.98 km in all [16].</w:t>
      </w:r>
    </w:p>
    <w:p>
      <w:pPr>
        <w:pStyle w:val="ListBullet"/>
      </w:pPr>
      <w:r>
        <w:rPr>
          <w:b/>
        </w:rPr>
        <w:t xml:space="preserve">Evidenced: </w:t>
      </w:r>
      <w:r>
        <w:t>Small cells are spread at random (nearest-neighbor ratio 1.07, z = +0.8; features lie 686 m apart on average against 643 m if random) [17].</w:t>
      </w:r>
    </w:p>
    <w:p>
      <w:pPr>
        <w:pStyle w:val="ListBullet"/>
      </w:pPr>
      <w:r>
        <w:rPr>
          <w:b/>
        </w:rPr>
        <w:t xml:space="preserve">Evidenced: </w:t>
      </w:r>
      <w:r>
        <w:t>100 percent of Coverage complaints lie inside Neighborhoods (420 of 420) [12][15].</w:t>
      </w:r>
    </w:p>
    <w:p>
      <w:pPr>
        <w:pStyle w:val="ListBullet"/>
      </w:pPr>
      <w:r>
        <w:rPr>
          <w:b/>
        </w:rPr>
        <w:t xml:space="preserve">Evidenced: </w:t>
      </w:r>
      <w:r>
        <w:t>100 percent of Dropped calls lie inside Neighborhoods (1800 of 1800) [12][14].</w:t>
      </w:r>
    </w:p>
    <w:p>
      <w:pPr>
        <w:pStyle w:val="ListBullet"/>
      </w:pPr>
      <w:r>
        <w:rPr>
          <w:b/>
        </w:rPr>
        <w:t xml:space="preserve">Evidenced: </w:t>
      </w:r>
      <w:r>
        <w:t>100 percent of Fiber routes lie inside Neighborhoods (19 of 19) [12][16].</w:t>
      </w:r>
    </w:p>
    <w:p>
      <w:pPr>
        <w:pStyle w:val="ListBullet"/>
      </w:pPr>
      <w:r>
        <w:rPr>
          <w:b/>
        </w:rPr>
        <w:t xml:space="preserve">Evidenced: </w:t>
      </w:r>
      <w:r>
        <w:t>100 percent of Small cells lie inside Neighborhoods (40 of 40) [12][17].</w:t>
      </w:r>
    </w:p>
    <w:p>
      <w:pPr>
        <w:pStyle w:val="ListBullet"/>
      </w:pPr>
      <w:r>
        <w:rPr>
          <w:b/>
        </w:rPr>
        <w:t xml:space="preserve">Evidenced: </w:t>
      </w:r>
      <w:r>
        <w:t>100 percent of Towers lie inside Neighborhoods (14 of 14) [12][13].</w:t>
      </w:r>
    </w:p>
    <w:p>
      <w:pPr>
        <w:pStyle w:val="ListBullet"/>
      </w:pPr>
      <w:r>
        <w:rPr>
          <w:b/>
        </w:rPr>
        <w:t xml:space="preserve">Evidenced: </w:t>
      </w:r>
      <w:r>
        <w:t>Towers lie 0 m from the nearest of Fiber routes (median); 86 percent lie within 100 m [13][16].</w:t>
      </w:r>
    </w:p>
    <w:p>
      <w:pPr>
        <w:pStyle w:val="ListBullet"/>
      </w:pPr>
      <w:r>
        <w:rPr>
          <w:b/>
        </w:rPr>
        <w:t xml:space="preserve">Evidenced: </w:t>
      </w:r>
      <w:r>
        <w:t>Coverage complaints lie 62.7 m from the nearest of Dropped calls (median); 64 percent lie within 100 m [14][15].</w:t>
      </w:r>
    </w:p>
    <w:p>
      <w:pPr>
        <w:pStyle w:val="ListBullet"/>
      </w:pPr>
      <w:r>
        <w:rPr>
          <w:b/>
        </w:rPr>
        <w:t xml:space="preserve">Evidenced: </w:t>
      </w:r>
      <w:r>
        <w:t>Small cells lie 91.5 m from the nearest of Dropped calls (median); 52 percent lie within 100 m [14][17].</w:t>
      </w:r>
    </w:p>
    <w:p>
      <w:pPr>
        <w:pStyle w:val="ListBullet"/>
      </w:pPr>
      <w:r>
        <w:rPr>
          <w:b/>
        </w:rPr>
        <w:t xml:space="preserve">Evidenced: </w:t>
      </w:r>
      <w:r>
        <w:t>Towers lie 134 m from the nearest of Dropped calls (median); 100 percent lie within 500 m [13][14].</w:t>
      </w:r>
    </w:p>
    <w:p>
      <w:pPr>
        <w:pStyle w:val="ListBullet"/>
      </w:pPr>
      <w:r>
        <w:rPr>
          <w:b/>
        </w:rPr>
        <w:t xml:space="preserve">Evidenced: </w:t>
      </w:r>
      <w:r>
        <w:t>Dropped calls lie 170 m from the nearest of Coverage complaints (median); 94 percent lie within 500 m [14][15].</w:t>
      </w:r>
    </w:p>
    <w:p>
      <w:pPr>
        <w:pStyle w:val="Heading1"/>
      </w:pPr>
      <w:r>
        <w:t>Terrain analysis</w:t>
      </w:r>
    </w:p>
    <w:p>
      <w:r>
        <w:rPr>
          <w:b/>
        </w:rPr>
        <w:t xml:space="preserve">What this analysis is. </w:t>
      </w:r>
      <w:r>
        <w:rPr>
          <w:i w:val="0"/>
        </w:rPr>
        <w:t>Terrain analysis: The automatic terrain analysis of an area, with no model call: by default every terrain tool (everything), or a subset (general, mobility, observation, hydrology, site), then the elevation layer, the hypsometric curve, slope distribution, aspect rose and route profiles, the dominant heights, the cited terrain findings (key terrain, chokepoints, corridors, flood-prone ground) and the terrain maps [18]. Large areas run coarser with the factor reported [18]. In ArcGIS it is No single tool (terrain analysis workflow: Surface Parameters, Viewshed, Hydrology, Distance Accumulation); in QGIS, No single tool (Processing model of GDAL DEM, r.viewshed, r.watershed and r.cost) [18].</w:t>
      </w:r>
    </w:p>
    <w:p>
      <w:r>
        <w:rPr>
          <w:b/>
        </w:rPr>
        <w:t xml:space="preserve">Why it was run on this data. </w:t>
      </w:r>
      <w:r>
        <w:rPr>
          <w:i w:val="0"/>
        </w:rPr>
        <w:t>Automatic terrain analysis (everything) on the project's DEM Valley terrain model (DEM); observers from the 14 point(s) of Towers: every terrain tool: relief, slope, aspect, hillshade, curvature, roughness, landforms, ravines and ridges, strategic points, hydrology (flow, streams, pour points, watersheds, flood-prone ground), mobility for every mover, the MCOO, viewsheds and lines of sight from th [19].</w:t>
      </w:r>
    </w:p>
    <w:p>
      <w:r>
        <w:rPr>
          <w:b/>
        </w:rPr>
        <w:t xml:space="preserve">What it found. </w:t>
      </w:r>
      <w:r>
        <w:rPr>
          <w:i w:val="0"/>
        </w:rPr>
        <w:t>Terrain analysis produced Terrain: Terrain findings (9 features), Terrain: Dominant heights (5 features), Terrain: Elevation (m) (0 features) [20][21][22][23]. It reported tokens, usd 0.737; tokens, tokens 737; tokens, tokens in 1; tokens, tokens out 184; numbers, maps 7; numbers, charts 4 [20]. The chart Hypsometric curve is drawn from 20 rows [131]. The chart Slope distribution is drawn from 6 rows [132]. The chart Aspect rose is drawn from 8 rows [133]. The chart Elevation along the routes is drawn from 320 rows [134]. The chart Terrain: Contours (100 m) is drawn from 6 rows [135]. The chart Terrain: Ravines is drawn from 5 rows [136]. The chart Terrain: Ridges is drawn from 7 rows [137]. The chart Terrain: Observation points is drawn from 5 rows [138]. The chart Terrain: Open flat ground is drawn from 5 rows [139]. The chart Terrain: Terrain masking (cover) is drawn from 5 rows [140]. The chart Terrain: Streams (Strahler order) is drawn from 5 rows [141]. The chart Terrain: Pour points is drawn from 5 rows [142]. The chart Terrain: Watershed boundaries is drawn from 5 rows [143]. The chart Terrain: Pour points (snapped) is drawn from 5 rows [144]. The chart Terrain: Streams (Strahler order) is drawn from 5 rows [145]. The chart Terrain: Flood-prone areas is drawn from 5 rows [146]. The chart Terrain dismounted: Obstacles is drawn from 1 rows [147]. The chart Terrain wheeled: Obstacles is drawn from 5 rows [148]. The chart Terrain tracked: Obstacles is drawn from 1 rows [149]. The chart Terrain: Obstacles is drawn from 1 rows [150]. The chart Terrain: Mobility corridors is drawn from 5 rows [151]. The chart Terrain: Key terrain candidates is drawn from 5 rows [152]. The chart Terrain: Corridor constrictions is drawn from 5 rows [153]. The chart Terrain: Avenues of approach is drawn from 5 rows [154]. The chart Terrain heights: Visible area is drawn from 5 rows [155]. The chart Terrain heights: Observers is drawn from 5 rows [156]. The chart Terrain DH-1 DH-2: Sightline is drawn from 1 rows [157]. The chart Terrain DH-1 DH-3: Sightline is drawn from 1 rows [158]. The chart Terrain DH-1 DH-3: Ground visible from the observer is drawn from 5 rows [159]. The chart Terrain DH-2 DH-3: Sightline is drawn from 1 rows [160]. The chart Terrain axis: Least-cost routes is drawn from 1 rows [161]. The chart Terrain summits: Least-cost routes is drawn from 1 rows [162]. The chart Terrain axis: Profile line is drawn from 1 rows [163]. The chart Terrain summits: Profile line is drawn from 1 rows [164]. The chart Terrain: Best buildability areas is drawn from 8 rows [165]. The chart Terrain: Best mineability areas is drawn from 5 rows [166]. The chart Terrain: Landing zone candidates is drawn from 5 rows [167]. The chart Terrain: Landing points is drawn from 1 rows [168]. The chart Terrain: Visible area is drawn from 1 rows [169]. The chart Terrain: Observers is drawn from 5 rows [170]. The chart Terrain: Dominant heights is drawn from 5 rows [171].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tokens, usd</w:t>
            </w:r>
          </w:p>
        </w:tc>
        <w:tc>
          <w:tcPr>
            <w:tcW w:type="dxa" w:w="4320"/>
          </w:tcPr>
          <w:p>
            <w:r>
              <w:t>0.737</w:t>
            </w:r>
          </w:p>
        </w:tc>
      </w:tr>
      <w:tr>
        <w:tc>
          <w:tcPr>
            <w:tcW w:type="dxa" w:w="4320"/>
          </w:tcPr>
          <w:p>
            <w:r>
              <w:t>tokens, tokens</w:t>
            </w:r>
          </w:p>
        </w:tc>
        <w:tc>
          <w:tcPr>
            <w:tcW w:type="dxa" w:w="4320"/>
          </w:tcPr>
          <w:p>
            <w:r>
              <w:t>737</w:t>
            </w:r>
          </w:p>
        </w:tc>
      </w:tr>
      <w:tr>
        <w:tc>
          <w:tcPr>
            <w:tcW w:type="dxa" w:w="4320"/>
          </w:tcPr>
          <w:p>
            <w:r>
              <w:t>tokens, tokens in</w:t>
            </w:r>
          </w:p>
        </w:tc>
        <w:tc>
          <w:tcPr>
            <w:tcW w:type="dxa" w:w="4320"/>
          </w:tcPr>
          <w:p>
            <w:r>
              <w:t>1</w:t>
            </w:r>
          </w:p>
        </w:tc>
      </w:tr>
      <w:tr>
        <w:tc>
          <w:tcPr>
            <w:tcW w:type="dxa" w:w="4320"/>
          </w:tcPr>
          <w:p>
            <w:r>
              <w:t>tokens, tokens out</w:t>
            </w:r>
          </w:p>
        </w:tc>
        <w:tc>
          <w:tcPr>
            <w:tcW w:type="dxa" w:w="4320"/>
          </w:tcPr>
          <w:p>
            <w:r>
              <w:t>184</w:t>
            </w:r>
          </w:p>
        </w:tc>
      </w:tr>
      <w:tr>
        <w:tc>
          <w:tcPr>
            <w:tcW w:type="dxa" w:w="4320"/>
          </w:tcPr>
          <w:p>
            <w:r>
              <w:t>numbers, maps</w:t>
            </w:r>
          </w:p>
        </w:tc>
        <w:tc>
          <w:tcPr>
            <w:tcW w:type="dxa" w:w="4320"/>
          </w:tcPr>
          <w:p>
            <w:r>
              <w:t>7</w:t>
            </w:r>
          </w:p>
        </w:tc>
      </w:tr>
      <w:tr>
        <w:tc>
          <w:tcPr>
            <w:tcW w:type="dxa" w:w="4320"/>
          </w:tcPr>
          <w:p>
            <w:r>
              <w:t>numbers, charts</w:t>
            </w:r>
          </w:p>
        </w:tc>
        <w:tc>
          <w:tcPr>
            <w:tcW w:type="dxa" w:w="4320"/>
          </w:tcPr>
          <w:p>
            <w:r>
              <w:t>4</w:t>
            </w:r>
          </w:p>
        </w:tc>
      </w:tr>
      <w:tr>
        <w:tc>
          <w:tcPr>
            <w:tcW w:type="dxa" w:w="4320"/>
          </w:tcPr>
          <w:p>
            <w:r>
              <w:t>numbers, layers</w:t>
            </w:r>
          </w:p>
        </w:tc>
        <w:tc>
          <w:tcPr>
            <w:tcW w:type="dxa" w:w="4320"/>
          </w:tcPr>
          <w:p>
            <w:r>
              <w:t>80</w:t>
            </w:r>
          </w:p>
        </w:tc>
      </w:tr>
      <w:tr>
        <w:tc>
          <w:tcPr>
            <w:tcW w:type="dxa" w:w="4320"/>
          </w:tcPr>
          <w:p>
            <w:r>
              <w:t>numbers, area km2</w:t>
            </w:r>
          </w:p>
        </w:tc>
        <w:tc>
          <w:tcPr>
            <w:tcW w:type="dxa" w:w="4320"/>
          </w:tcPr>
          <w:p>
            <w:r>
              <w:t>72.09</w:t>
            </w:r>
          </w:p>
        </w:tc>
      </w:tr>
      <w:tr>
        <w:tc>
          <w:tcPr>
            <w:tcW w:type="dxa" w:w="4320"/>
          </w:tcPr>
          <w:p>
            <w:r>
              <w:t>numbers, findings</w:t>
            </w:r>
          </w:p>
        </w:tc>
        <w:tc>
          <w:tcPr>
            <w:tcW w:type="dxa" w:w="4320"/>
          </w:tcPr>
          <w:p>
            <w:r>
              <w:t>55</w:t>
            </w:r>
          </w:p>
        </w:tc>
      </w:tr>
      <w:tr>
        <w:tc>
          <w:tcPr>
            <w:tcW w:type="dxa" w:w="4320"/>
          </w:tcPr>
          <w:p>
            <w:r>
              <w:t>numbers, flat pct</w:t>
            </w:r>
          </w:p>
        </w:tc>
        <w:tc>
          <w:tcPr>
            <w:tcW w:type="dxa" w:w="4320"/>
          </w:tcPr>
          <w:p>
            <w:r>
              <w:t>0.273</w:t>
            </w:r>
          </w:p>
        </w:tc>
      </w:tr>
      <w:tr>
        <w:tc>
          <w:tcPr>
            <w:tcW w:type="dxa" w:w="4320"/>
          </w:tcPr>
          <w:p>
            <w:r>
              <w:t>numbers, relief m</w:t>
            </w:r>
          </w:p>
        </w:tc>
        <w:tc>
          <w:tcPr>
            <w:tcW w:type="dxa" w:w="4320"/>
          </w:tcPr>
          <w:p>
            <w:r>
              <w:t>1,284</w:t>
            </w:r>
          </w:p>
        </w:tc>
      </w:tr>
      <w:tr>
        <w:tc>
          <w:tcPr>
            <w:tcW w:type="dxa" w:w="4320"/>
          </w:tcPr>
          <w:p>
            <w:r>
              <w:t>numbers, corridors</w:t>
            </w:r>
          </w:p>
        </w:tc>
        <w:tc>
          <w:tcPr>
            <w:tcW w:type="dxa" w:w="4320"/>
          </w:tcPr>
          <w:p>
            <w:r>
              <w:t>2</w:t>
            </w:r>
          </w:p>
        </w:tc>
      </w:tr>
      <w:tr>
        <w:tc>
          <w:tcPr>
            <w:tcW w:type="dxa" w:w="4320"/>
          </w:tcPr>
          <w:p>
            <w:r>
              <w:t>numbers, steps run</w:t>
            </w:r>
          </w:p>
        </w:tc>
        <w:tc>
          <w:tcPr>
            <w:tcW w:type="dxa" w:w="4320"/>
          </w:tcPr>
          <w:p>
            <w:r>
              <w:t>35</w:t>
            </w:r>
          </w:p>
        </w:tc>
      </w:tr>
      <w:tr>
        <w:tc>
          <w:tcPr>
            <w:tcW w:type="dxa" w:w="4320"/>
          </w:tcPr>
          <w:p>
            <w:r>
              <w:t>numbers, tools run</w:t>
            </w:r>
          </w:p>
        </w:tc>
        <w:tc>
          <w:tcPr>
            <w:tcW w:type="dxa" w:w="4320"/>
          </w:tcPr>
          <w:p>
            <w:r>
              <w:t>28</w:t>
            </w:r>
          </w:p>
        </w:tc>
      </w:tr>
      <w:tr>
        <w:tc>
          <w:tcPr>
            <w:tcW w:type="dxa" w:w="4320"/>
          </w:tcPr>
          <w:p>
            <w:r>
              <w:t>numbers, chokepoints</w:t>
            </w:r>
          </w:p>
        </w:tc>
        <w:tc>
          <w:tcPr>
            <w:tcW w:type="dxa" w:w="4320"/>
          </w:tcPr>
          <w:p>
            <w:r>
              <w:t>3</w:t>
            </w:r>
          </w:p>
        </w:tc>
      </w:tr>
      <w:tr>
        <w:tc>
          <w:tcPr>
            <w:tcW w:type="dxa" w:w="4320"/>
          </w:tcPr>
          <w:p>
            <w:r>
              <w:t>numbers, key terrain</w:t>
            </w:r>
          </w:p>
        </w:tc>
        <w:tc>
          <w:tcPr>
            <w:tcW w:type="dxa" w:w="4320"/>
          </w:tcPr>
          <w:p>
            <w:r>
              <w:t>2</w:t>
            </w:r>
          </w:p>
        </w:tc>
      </w:tr>
      <w:tr>
        <w:tc>
          <w:tcPr>
            <w:tcW w:type="dxa" w:w="4320"/>
          </w:tcPr>
          <w:p>
            <w:r>
              <w:t>numbers, steps failed</w:t>
            </w:r>
          </w:p>
        </w:tc>
        <w:tc>
          <w:tcPr>
            <w:tcW w:type="dxa" w:w="4320"/>
          </w:tcPr>
          <w:p>
            <w:r>
              <w:t>1</w:t>
            </w:r>
          </w:p>
        </w:tc>
      </w:tr>
      <w:tr>
        <w:tc>
          <w:tcPr>
            <w:tcW w:type="dxa" w:w="4320"/>
          </w:tcPr>
          <w:p>
            <w:r>
              <w:t>numbers, calls skipped</w:t>
            </w:r>
          </w:p>
        </w:tc>
        <w:tc>
          <w:tcPr>
            <w:tcW w:type="dxa" w:w="4320"/>
          </w:tcPr>
          <w:p>
            <w:r>
              <w:t>0</w:t>
            </w:r>
          </w:p>
        </w:tc>
      </w:tr>
      <w:tr>
        <w:tc>
          <w:tcPr>
            <w:tcW w:type="dxa" w:w="4320"/>
          </w:tcPr>
          <w:p>
            <w:r>
              <w:t>numbers, mean slope deg</w:t>
            </w:r>
          </w:p>
        </w:tc>
        <w:tc>
          <w:tcPr>
            <w:tcW w:type="dxa" w:w="4320"/>
          </w:tcPr>
          <w:p>
            <w:r>
              <w:t>13.16</w:t>
            </w:r>
          </w:p>
        </w:tc>
      </w:tr>
      <w:tr>
        <w:tc>
          <w:tcPr>
            <w:tcW w:type="dxa" w:w="4320"/>
          </w:tcPr>
          <w:p>
            <w:r>
              <w:t>numbers, elevation max m</w:t>
            </w:r>
          </w:p>
        </w:tc>
        <w:tc>
          <w:tcPr>
            <w:tcW w:type="dxa" w:w="4320"/>
          </w:tcPr>
          <w:p>
            <w:r>
              <w:t>2,759</w:t>
            </w:r>
          </w:p>
        </w:tc>
      </w:tr>
    </w:tbl>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1.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Terrain: elevation with hillshade [101]</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2.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Terrain: slope [102]</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6.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Terrain analysis [103]</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05.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Terrain: aspect [104]</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8.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Terrain analysis (continued 1) [105]</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0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Terrain: landforms [106]</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21.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Terrain analysis (continued 2) [107]</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08.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Terrain: hydrology [108]</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2.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Terrain analysis (continued 3) [109]</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10.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Terrain: mobility [110]</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5.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Terrain analysis (continued 4) [111]</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13.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Terrain: key terrain [112]</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26.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Terrain analysis (continued 5) [113]</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28.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Terrain analysis (continued 6) [114]</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0.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Terrain analysis (continued 7) [115]</w:t>
      </w:r>
    </w:p>
    <w:p>
      <w:pPr>
        <w:jc w:val="center"/>
      </w:pPr>
      <w:r>
        <w:drawing>
          <wp:inline xmlns:a="http://schemas.openxmlformats.org/drawingml/2006/main" xmlns:pic="http://schemas.openxmlformats.org/drawingml/2006/picture">
            <wp:extent cx="5760720" cy="3840480"/>
            <wp:docPr id="20" name="Picture 20"/>
            <wp:cNvGraphicFramePr>
              <a:graphicFrameLocks noChangeAspect="1"/>
            </wp:cNvGraphicFramePr>
            <a:graphic>
              <a:graphicData uri="http://schemas.openxmlformats.org/drawingml/2006/picture">
                <pic:pic>
                  <pic:nvPicPr>
                    <pic:cNvPr id="0" name="032.jpg"/>
                    <pic:cNvPicPr/>
                  </pic:nvPicPr>
                  <pic:blipFill>
                    <a:blip r:embed="rId28"/>
                    <a:stretch>
                      <a:fillRect/>
                    </a:stretch>
                  </pic:blipFill>
                  <pic:spPr>
                    <a:xfrm>
                      <a:off x="0" y="0"/>
                      <a:ext cx="5760720" cy="3840480"/>
                    </a:xfrm>
                    <a:prstGeom prst="rect"/>
                  </pic:spPr>
                </pic:pic>
              </a:graphicData>
            </a:graphic>
          </wp:inline>
        </w:drawing>
      </w:r>
    </w:p>
    <w:p>
      <w:r>
        <w:rPr>
          <w:i/>
          <w:color w:val="525252"/>
          <w:sz w:val="17"/>
        </w:rPr>
        <w:t>Figure 20. Terrain analysis (continued 8) [116]</w:t>
      </w:r>
    </w:p>
    <w:p>
      <w:pPr>
        <w:jc w:val="center"/>
      </w:pPr>
      <w:r>
        <w:drawing>
          <wp:inline xmlns:a="http://schemas.openxmlformats.org/drawingml/2006/main" xmlns:pic="http://schemas.openxmlformats.org/drawingml/2006/picture">
            <wp:extent cx="5760720" cy="3840480"/>
            <wp:docPr id="21" name="Picture 21"/>
            <wp:cNvGraphicFramePr>
              <a:graphicFrameLocks noChangeAspect="1"/>
            </wp:cNvGraphicFramePr>
            <a:graphic>
              <a:graphicData uri="http://schemas.openxmlformats.org/drawingml/2006/picture">
                <pic:pic>
                  <pic:nvPicPr>
                    <pic:cNvPr id="0" name="034.jpg"/>
                    <pic:cNvPicPr/>
                  </pic:nvPicPr>
                  <pic:blipFill>
                    <a:blip r:embed="rId29"/>
                    <a:stretch>
                      <a:fillRect/>
                    </a:stretch>
                  </pic:blipFill>
                  <pic:spPr>
                    <a:xfrm>
                      <a:off x="0" y="0"/>
                      <a:ext cx="5760720" cy="3840480"/>
                    </a:xfrm>
                    <a:prstGeom prst="rect"/>
                  </pic:spPr>
                </pic:pic>
              </a:graphicData>
            </a:graphic>
          </wp:inline>
        </w:drawing>
      </w:r>
    </w:p>
    <w:p>
      <w:r>
        <w:rPr>
          <w:i/>
          <w:color w:val="525252"/>
          <w:sz w:val="17"/>
        </w:rPr>
        <w:t>Figure 21. Terrain analysis (continued 9) [117]</w:t>
      </w:r>
    </w:p>
    <w:p>
      <w:pPr>
        <w:jc w:val="center"/>
      </w:pPr>
      <w:r>
        <w:drawing>
          <wp:inline xmlns:a="http://schemas.openxmlformats.org/drawingml/2006/main" xmlns:pic="http://schemas.openxmlformats.org/drawingml/2006/picture">
            <wp:extent cx="5760720" cy="3840480"/>
            <wp:docPr id="22" name="Picture 22"/>
            <wp:cNvGraphicFramePr>
              <a:graphicFrameLocks noChangeAspect="1"/>
            </wp:cNvGraphicFramePr>
            <a:graphic>
              <a:graphicData uri="http://schemas.openxmlformats.org/drawingml/2006/picture">
                <pic:pic>
                  <pic:nvPicPr>
                    <pic:cNvPr id="0" name="037.jpg"/>
                    <pic:cNvPicPr/>
                  </pic:nvPicPr>
                  <pic:blipFill>
                    <a:blip r:embed="rId30"/>
                    <a:stretch>
                      <a:fillRect/>
                    </a:stretch>
                  </pic:blipFill>
                  <pic:spPr>
                    <a:xfrm>
                      <a:off x="0" y="0"/>
                      <a:ext cx="5760720" cy="3840480"/>
                    </a:xfrm>
                    <a:prstGeom prst="rect"/>
                  </pic:spPr>
                </pic:pic>
              </a:graphicData>
            </a:graphic>
          </wp:inline>
        </w:drawing>
      </w:r>
    </w:p>
    <w:p>
      <w:r>
        <w:rPr>
          <w:i/>
          <w:color w:val="525252"/>
          <w:sz w:val="17"/>
        </w:rPr>
        <w:t>Figure 22. Terrain analysis (continued 10) [118]</w:t>
      </w:r>
    </w:p>
    <w:p>
      <w:pPr>
        <w:jc w:val="center"/>
      </w:pPr>
      <w:r>
        <w:drawing>
          <wp:inline xmlns:a="http://schemas.openxmlformats.org/drawingml/2006/main" xmlns:pic="http://schemas.openxmlformats.org/drawingml/2006/picture">
            <wp:extent cx="5760720" cy="3840480"/>
            <wp:docPr id="23" name="Picture 23"/>
            <wp:cNvGraphicFramePr>
              <a:graphicFrameLocks noChangeAspect="1"/>
            </wp:cNvGraphicFramePr>
            <a:graphic>
              <a:graphicData uri="http://schemas.openxmlformats.org/drawingml/2006/picture">
                <pic:pic>
                  <pic:nvPicPr>
                    <pic:cNvPr id="0" name="038.jpg"/>
                    <pic:cNvPicPr/>
                  </pic:nvPicPr>
                  <pic:blipFill>
                    <a:blip r:embed="rId31"/>
                    <a:stretch>
                      <a:fillRect/>
                    </a:stretch>
                  </pic:blipFill>
                  <pic:spPr>
                    <a:xfrm>
                      <a:off x="0" y="0"/>
                      <a:ext cx="5760720" cy="3840480"/>
                    </a:xfrm>
                    <a:prstGeom prst="rect"/>
                  </pic:spPr>
                </pic:pic>
              </a:graphicData>
            </a:graphic>
          </wp:inline>
        </w:drawing>
      </w:r>
    </w:p>
    <w:p>
      <w:r>
        <w:rPr>
          <w:i/>
          <w:color w:val="525252"/>
          <w:sz w:val="17"/>
        </w:rPr>
        <w:t>Figure 23. Terrain analysis (continued 11) [119]</w:t>
      </w:r>
    </w:p>
    <w:p>
      <w:pPr>
        <w:jc w:val="center"/>
      </w:pPr>
      <w:r>
        <w:drawing>
          <wp:inline xmlns:a="http://schemas.openxmlformats.org/drawingml/2006/main" xmlns:pic="http://schemas.openxmlformats.org/drawingml/2006/picture">
            <wp:extent cx="5760720" cy="3840480"/>
            <wp:docPr id="24" name="Picture 24"/>
            <wp:cNvGraphicFramePr>
              <a:graphicFrameLocks noChangeAspect="1"/>
            </wp:cNvGraphicFramePr>
            <a:graphic>
              <a:graphicData uri="http://schemas.openxmlformats.org/drawingml/2006/picture">
                <pic:pic>
                  <pic:nvPicPr>
                    <pic:cNvPr id="0" name="041.jpg"/>
                    <pic:cNvPicPr/>
                  </pic:nvPicPr>
                  <pic:blipFill>
                    <a:blip r:embed="rId32"/>
                    <a:stretch>
                      <a:fillRect/>
                    </a:stretch>
                  </pic:blipFill>
                  <pic:spPr>
                    <a:xfrm>
                      <a:off x="0" y="0"/>
                      <a:ext cx="5760720" cy="3840480"/>
                    </a:xfrm>
                    <a:prstGeom prst="rect"/>
                  </pic:spPr>
                </pic:pic>
              </a:graphicData>
            </a:graphic>
          </wp:inline>
        </w:drawing>
      </w:r>
    </w:p>
    <w:p>
      <w:r>
        <w:rPr>
          <w:i/>
          <w:color w:val="525252"/>
          <w:sz w:val="17"/>
        </w:rPr>
        <w:t>Figure 24. Terrain analysis (continued 12) [120]</w:t>
      </w:r>
    </w:p>
    <w:p>
      <w:pPr>
        <w:jc w:val="center"/>
      </w:pPr>
      <w:r>
        <w:drawing>
          <wp:inline xmlns:a="http://schemas.openxmlformats.org/drawingml/2006/main" xmlns:pic="http://schemas.openxmlformats.org/drawingml/2006/picture">
            <wp:extent cx="5760720" cy="3840480"/>
            <wp:docPr id="25" name="Picture 25"/>
            <wp:cNvGraphicFramePr>
              <a:graphicFrameLocks noChangeAspect="1"/>
            </wp:cNvGraphicFramePr>
            <a:graphic>
              <a:graphicData uri="http://schemas.openxmlformats.org/drawingml/2006/picture">
                <pic:pic>
                  <pic:nvPicPr>
                    <pic:cNvPr id="0" name="043.jpg"/>
                    <pic:cNvPicPr/>
                  </pic:nvPicPr>
                  <pic:blipFill>
                    <a:blip r:embed="rId33"/>
                    <a:stretch>
                      <a:fillRect/>
                    </a:stretch>
                  </pic:blipFill>
                  <pic:spPr>
                    <a:xfrm>
                      <a:off x="0" y="0"/>
                      <a:ext cx="5760720" cy="3840480"/>
                    </a:xfrm>
                    <a:prstGeom prst="rect"/>
                  </pic:spPr>
                </pic:pic>
              </a:graphicData>
            </a:graphic>
          </wp:inline>
        </w:drawing>
      </w:r>
    </w:p>
    <w:p>
      <w:r>
        <w:rPr>
          <w:i/>
          <w:color w:val="525252"/>
          <w:sz w:val="17"/>
        </w:rPr>
        <w:t>Figure 25. Terrain analysis (continued 13) [121]</w:t>
      </w:r>
    </w:p>
    <w:p>
      <w:pPr>
        <w:jc w:val="center"/>
      </w:pPr>
      <w:r>
        <w:drawing>
          <wp:inline xmlns:a="http://schemas.openxmlformats.org/drawingml/2006/main" xmlns:pic="http://schemas.openxmlformats.org/drawingml/2006/picture">
            <wp:extent cx="5760720" cy="3840480"/>
            <wp:docPr id="26" name="Picture 26"/>
            <wp:cNvGraphicFramePr>
              <a:graphicFrameLocks noChangeAspect="1"/>
            </wp:cNvGraphicFramePr>
            <a:graphic>
              <a:graphicData uri="http://schemas.openxmlformats.org/drawingml/2006/picture">
                <pic:pic>
                  <pic:nvPicPr>
                    <pic:cNvPr id="0" name="045.jpg"/>
                    <pic:cNvPicPr/>
                  </pic:nvPicPr>
                  <pic:blipFill>
                    <a:blip r:embed="rId34"/>
                    <a:stretch>
                      <a:fillRect/>
                    </a:stretch>
                  </pic:blipFill>
                  <pic:spPr>
                    <a:xfrm>
                      <a:off x="0" y="0"/>
                      <a:ext cx="5760720" cy="3840480"/>
                    </a:xfrm>
                    <a:prstGeom prst="rect"/>
                  </pic:spPr>
                </pic:pic>
              </a:graphicData>
            </a:graphic>
          </wp:inline>
        </w:drawing>
      </w:r>
    </w:p>
    <w:p>
      <w:r>
        <w:rPr>
          <w:i/>
          <w:color w:val="525252"/>
          <w:sz w:val="17"/>
        </w:rPr>
        <w:t>Figure 26. Terrain analysis (continued 14) [122]</w:t>
      </w:r>
    </w:p>
    <w:p>
      <w:pPr>
        <w:jc w:val="center"/>
      </w:pPr>
      <w:r>
        <w:drawing>
          <wp:inline xmlns:a="http://schemas.openxmlformats.org/drawingml/2006/main" xmlns:pic="http://schemas.openxmlformats.org/drawingml/2006/picture">
            <wp:extent cx="5760720" cy="3840480"/>
            <wp:docPr id="27" name="Picture 27"/>
            <wp:cNvGraphicFramePr>
              <a:graphicFrameLocks noChangeAspect="1"/>
            </wp:cNvGraphicFramePr>
            <a:graphic>
              <a:graphicData uri="http://schemas.openxmlformats.org/drawingml/2006/picture">
                <pic:pic>
                  <pic:nvPicPr>
                    <pic:cNvPr id="0" name="046.jpg"/>
                    <pic:cNvPicPr/>
                  </pic:nvPicPr>
                  <pic:blipFill>
                    <a:blip r:embed="rId35"/>
                    <a:stretch>
                      <a:fillRect/>
                    </a:stretch>
                  </pic:blipFill>
                  <pic:spPr>
                    <a:xfrm>
                      <a:off x="0" y="0"/>
                      <a:ext cx="5760720" cy="3840480"/>
                    </a:xfrm>
                    <a:prstGeom prst="rect"/>
                  </pic:spPr>
                </pic:pic>
              </a:graphicData>
            </a:graphic>
          </wp:inline>
        </w:drawing>
      </w:r>
    </w:p>
    <w:p>
      <w:r>
        <w:rPr>
          <w:i/>
          <w:color w:val="525252"/>
          <w:sz w:val="17"/>
        </w:rPr>
        <w:t>Figure 27. Terrain analysis (continued 15) [123]</w:t>
      </w:r>
    </w:p>
    <w:p>
      <w:pPr>
        <w:jc w:val="center"/>
      </w:pPr>
      <w:r>
        <w:drawing>
          <wp:inline xmlns:a="http://schemas.openxmlformats.org/drawingml/2006/main" xmlns:pic="http://schemas.openxmlformats.org/drawingml/2006/picture">
            <wp:extent cx="5760720" cy="3840480"/>
            <wp:docPr id="28" name="Picture 28"/>
            <wp:cNvGraphicFramePr>
              <a:graphicFrameLocks noChangeAspect="1"/>
            </wp:cNvGraphicFramePr>
            <a:graphic>
              <a:graphicData uri="http://schemas.openxmlformats.org/drawingml/2006/picture">
                <pic:pic>
                  <pic:nvPicPr>
                    <pic:cNvPr id="0" name="049.jpg"/>
                    <pic:cNvPicPr/>
                  </pic:nvPicPr>
                  <pic:blipFill>
                    <a:blip r:embed="rId36"/>
                    <a:stretch>
                      <a:fillRect/>
                    </a:stretch>
                  </pic:blipFill>
                  <pic:spPr>
                    <a:xfrm>
                      <a:off x="0" y="0"/>
                      <a:ext cx="5760720" cy="3840480"/>
                    </a:xfrm>
                    <a:prstGeom prst="rect"/>
                  </pic:spPr>
                </pic:pic>
              </a:graphicData>
            </a:graphic>
          </wp:inline>
        </w:drawing>
      </w:r>
    </w:p>
    <w:p>
      <w:r>
        <w:rPr>
          <w:i/>
          <w:color w:val="525252"/>
          <w:sz w:val="17"/>
        </w:rPr>
        <w:t>Figure 28. Terrain analysis (continued 16) [124]</w:t>
      </w:r>
    </w:p>
    <w:p>
      <w:pPr>
        <w:jc w:val="center"/>
      </w:pPr>
      <w:r>
        <w:drawing>
          <wp:inline xmlns:a="http://schemas.openxmlformats.org/drawingml/2006/main" xmlns:pic="http://schemas.openxmlformats.org/drawingml/2006/picture">
            <wp:extent cx="5760720" cy="3840480"/>
            <wp:docPr id="29" name="Picture 29"/>
            <wp:cNvGraphicFramePr>
              <a:graphicFrameLocks noChangeAspect="1"/>
            </wp:cNvGraphicFramePr>
            <a:graphic>
              <a:graphicData uri="http://schemas.openxmlformats.org/drawingml/2006/picture">
                <pic:pic>
                  <pic:nvPicPr>
                    <pic:cNvPr id="0" name="050.jpg"/>
                    <pic:cNvPicPr/>
                  </pic:nvPicPr>
                  <pic:blipFill>
                    <a:blip r:embed="rId37"/>
                    <a:stretch>
                      <a:fillRect/>
                    </a:stretch>
                  </pic:blipFill>
                  <pic:spPr>
                    <a:xfrm>
                      <a:off x="0" y="0"/>
                      <a:ext cx="5760720" cy="3840480"/>
                    </a:xfrm>
                    <a:prstGeom prst="rect"/>
                  </pic:spPr>
                </pic:pic>
              </a:graphicData>
            </a:graphic>
          </wp:inline>
        </w:drawing>
      </w:r>
    </w:p>
    <w:p>
      <w:r>
        <w:rPr>
          <w:i/>
          <w:color w:val="525252"/>
          <w:sz w:val="17"/>
        </w:rPr>
        <w:t>Figure 29. Terrain analysis (continued 17) [125]</w:t>
      </w:r>
    </w:p>
    <w:p>
      <w:pPr>
        <w:jc w:val="center"/>
      </w:pPr>
      <w:r>
        <w:drawing>
          <wp:inline xmlns:a="http://schemas.openxmlformats.org/drawingml/2006/main" xmlns:pic="http://schemas.openxmlformats.org/drawingml/2006/picture">
            <wp:extent cx="5760720" cy="3840480"/>
            <wp:docPr id="30" name="Picture 30"/>
            <wp:cNvGraphicFramePr>
              <a:graphicFrameLocks noChangeAspect="1"/>
            </wp:cNvGraphicFramePr>
            <a:graphic>
              <a:graphicData uri="http://schemas.openxmlformats.org/drawingml/2006/picture">
                <pic:pic>
                  <pic:nvPicPr>
                    <pic:cNvPr id="0" name="052.jpg"/>
                    <pic:cNvPicPr/>
                  </pic:nvPicPr>
                  <pic:blipFill>
                    <a:blip r:embed="rId38"/>
                    <a:stretch>
                      <a:fillRect/>
                    </a:stretch>
                  </pic:blipFill>
                  <pic:spPr>
                    <a:xfrm>
                      <a:off x="0" y="0"/>
                      <a:ext cx="5760720" cy="3840480"/>
                    </a:xfrm>
                    <a:prstGeom prst="rect"/>
                  </pic:spPr>
                </pic:pic>
              </a:graphicData>
            </a:graphic>
          </wp:inline>
        </w:drawing>
      </w:r>
    </w:p>
    <w:p>
      <w:r>
        <w:rPr>
          <w:i/>
          <w:color w:val="525252"/>
          <w:sz w:val="17"/>
        </w:rPr>
        <w:t>Figure 30. Terrain analysis (continued 18) [126]</w:t>
      </w:r>
    </w:p>
    <w:p>
      <w:pPr>
        <w:jc w:val="center"/>
      </w:pPr>
      <w:r>
        <w:drawing>
          <wp:inline xmlns:a="http://schemas.openxmlformats.org/drawingml/2006/main" xmlns:pic="http://schemas.openxmlformats.org/drawingml/2006/picture">
            <wp:extent cx="5760720" cy="3840480"/>
            <wp:docPr id="31" name="Picture 31"/>
            <wp:cNvGraphicFramePr>
              <a:graphicFrameLocks noChangeAspect="1"/>
            </wp:cNvGraphicFramePr>
            <a:graphic>
              <a:graphicData uri="http://schemas.openxmlformats.org/drawingml/2006/picture">
                <pic:pic>
                  <pic:nvPicPr>
                    <pic:cNvPr id="0" name="054.jpg"/>
                    <pic:cNvPicPr/>
                  </pic:nvPicPr>
                  <pic:blipFill>
                    <a:blip r:embed="rId39"/>
                    <a:stretch>
                      <a:fillRect/>
                    </a:stretch>
                  </pic:blipFill>
                  <pic:spPr>
                    <a:xfrm>
                      <a:off x="0" y="0"/>
                      <a:ext cx="5760720" cy="3840480"/>
                    </a:xfrm>
                    <a:prstGeom prst="rect"/>
                  </pic:spPr>
                </pic:pic>
              </a:graphicData>
            </a:graphic>
          </wp:inline>
        </w:drawing>
      </w:r>
    </w:p>
    <w:p>
      <w:r>
        <w:rPr>
          <w:i/>
          <w:color w:val="525252"/>
          <w:sz w:val="17"/>
        </w:rPr>
        <w:t>Figure 31. Terrain analysis (continued 19) [127]</w:t>
      </w:r>
    </w:p>
    <w:p>
      <w:pPr>
        <w:jc w:val="center"/>
      </w:pPr>
      <w:r>
        <w:drawing>
          <wp:inline xmlns:a="http://schemas.openxmlformats.org/drawingml/2006/main" xmlns:pic="http://schemas.openxmlformats.org/drawingml/2006/picture">
            <wp:extent cx="5760720" cy="3840480"/>
            <wp:docPr id="32" name="Picture 32"/>
            <wp:cNvGraphicFramePr>
              <a:graphicFrameLocks noChangeAspect="1"/>
            </wp:cNvGraphicFramePr>
            <a:graphic>
              <a:graphicData uri="http://schemas.openxmlformats.org/drawingml/2006/picture">
                <pic:pic>
                  <pic:nvPicPr>
                    <pic:cNvPr id="0" name="056.jpg"/>
                    <pic:cNvPicPr/>
                  </pic:nvPicPr>
                  <pic:blipFill>
                    <a:blip r:embed="rId40"/>
                    <a:stretch>
                      <a:fillRect/>
                    </a:stretch>
                  </pic:blipFill>
                  <pic:spPr>
                    <a:xfrm>
                      <a:off x="0" y="0"/>
                      <a:ext cx="5760720" cy="3840480"/>
                    </a:xfrm>
                    <a:prstGeom prst="rect"/>
                  </pic:spPr>
                </pic:pic>
              </a:graphicData>
            </a:graphic>
          </wp:inline>
        </w:drawing>
      </w:r>
    </w:p>
    <w:p>
      <w:r>
        <w:rPr>
          <w:i/>
          <w:color w:val="525252"/>
          <w:sz w:val="17"/>
        </w:rPr>
        <w:t>Figure 32. Terrain analysis (continued 20) [128]</w:t>
      </w:r>
    </w:p>
    <w:p>
      <w:pPr>
        <w:jc w:val="center"/>
      </w:pPr>
      <w:r>
        <w:drawing>
          <wp:inline xmlns:a="http://schemas.openxmlformats.org/drawingml/2006/main" xmlns:pic="http://schemas.openxmlformats.org/drawingml/2006/picture">
            <wp:extent cx="5760720" cy="3840480"/>
            <wp:docPr id="33" name="Picture 33"/>
            <wp:cNvGraphicFramePr>
              <a:graphicFrameLocks noChangeAspect="1"/>
            </wp:cNvGraphicFramePr>
            <a:graphic>
              <a:graphicData uri="http://schemas.openxmlformats.org/drawingml/2006/picture">
                <pic:pic>
                  <pic:nvPicPr>
                    <pic:cNvPr id="0" name="058.jpg"/>
                    <pic:cNvPicPr/>
                  </pic:nvPicPr>
                  <pic:blipFill>
                    <a:blip r:embed="rId41"/>
                    <a:stretch>
                      <a:fillRect/>
                    </a:stretch>
                  </pic:blipFill>
                  <pic:spPr>
                    <a:xfrm>
                      <a:off x="0" y="0"/>
                      <a:ext cx="5760720" cy="3840480"/>
                    </a:xfrm>
                    <a:prstGeom prst="rect"/>
                  </pic:spPr>
                </pic:pic>
              </a:graphicData>
            </a:graphic>
          </wp:inline>
        </w:drawing>
      </w:r>
    </w:p>
    <w:p>
      <w:r>
        <w:rPr>
          <w:i/>
          <w:color w:val="525252"/>
          <w:sz w:val="17"/>
        </w:rPr>
        <w:t>Figure 33. Terrain analysis (continued 21) [129]</w:t>
      </w:r>
    </w:p>
    <w:p>
      <w:pPr>
        <w:jc w:val="center"/>
      </w:pPr>
      <w:r>
        <w:drawing>
          <wp:inline xmlns:a="http://schemas.openxmlformats.org/drawingml/2006/main" xmlns:pic="http://schemas.openxmlformats.org/drawingml/2006/picture">
            <wp:extent cx="5760720" cy="3840480"/>
            <wp:docPr id="34" name="Picture 34"/>
            <wp:cNvGraphicFramePr>
              <a:graphicFrameLocks noChangeAspect="1"/>
            </wp:cNvGraphicFramePr>
            <a:graphic>
              <a:graphicData uri="http://schemas.openxmlformats.org/drawingml/2006/picture">
                <pic:pic>
                  <pic:nvPicPr>
                    <pic:cNvPr id="0" name="061.jpg"/>
                    <pic:cNvPicPr/>
                  </pic:nvPicPr>
                  <pic:blipFill>
                    <a:blip r:embed="rId42"/>
                    <a:stretch>
                      <a:fillRect/>
                    </a:stretch>
                  </pic:blipFill>
                  <pic:spPr>
                    <a:xfrm>
                      <a:off x="0" y="0"/>
                      <a:ext cx="5760720" cy="3840480"/>
                    </a:xfrm>
                    <a:prstGeom prst="rect"/>
                  </pic:spPr>
                </pic:pic>
              </a:graphicData>
            </a:graphic>
          </wp:inline>
        </w:drawing>
      </w:r>
    </w:p>
    <w:p>
      <w:r>
        <w:rPr>
          <w:i/>
          <w:color w:val="525252"/>
          <w:sz w:val="17"/>
        </w:rPr>
        <w:t>Figure 34. Terrain analysis (continued 22) [130]</w:t>
      </w:r>
    </w:p>
    <w:p>
      <w:r>
        <w:rPr>
          <w:b/>
        </w:rPr>
        <w:t xml:space="preserve">What the map shows. </w:t>
      </w:r>
      <w:r>
        <w:rPr>
          <w:i w:val="0"/>
        </w:rPr>
        <w:t>The map shades Terrain: Hillshade on a continuous ramp from 0 to 255 [101]. The map shades Terrain: Elevation (m) on a continuous ramp from 1,475 m to 2,759 m [101]. The map draws Terrain: Contours (100 m) by elev_m in 5 classes: 1,500 to 1,700, 1,700 to 1,900, 1,900 to 2,200, 2,200 to 2,500, 2,500 to 2,700 [101]. The map draws Terrain: Dominant heights by elev_m in 4 classes: 2,268 to 2,271, 2,271 to 2,330, 2,330 to 2,702, 2,702 to 2,759 [101]. It draws 29 features [101]. It covers longitude -75.643 to -75.519 and latitude 6.197 to 6.289, at about 1:57,116 [101].</w:t>
      </w:r>
    </w:p>
    <w:p>
      <w:pPr>
        <w:jc w:val="center"/>
      </w:pPr>
      <w:r>
        <w:drawing>
          <wp:inline xmlns:a="http://schemas.openxmlformats.org/drawingml/2006/main" xmlns:pic="http://schemas.openxmlformats.org/drawingml/2006/picture">
            <wp:extent cx="5486400" cy="3822192"/>
            <wp:docPr id="35" name="Picture 35"/>
            <wp:cNvGraphicFramePr>
              <a:graphicFrameLocks noChangeAspect="1"/>
            </wp:cNvGraphicFramePr>
            <a:graphic>
              <a:graphicData uri="http://schemas.openxmlformats.org/drawingml/2006/picture">
                <pic:pic>
                  <pic:nvPicPr>
                    <pic:cNvPr id="0" name="148.jpg"/>
                    <pic:cNvPicPr/>
                  </pic:nvPicPr>
                  <pic:blipFill>
                    <a:blip r:embed="rId43"/>
                    <a:stretch>
                      <a:fillRect/>
                    </a:stretch>
                  </pic:blipFill>
                  <pic:spPr>
                    <a:xfrm>
                      <a:off x="0" y="0"/>
                      <a:ext cx="5486400" cy="3822192"/>
                    </a:xfrm>
                    <a:prstGeom prst="rect"/>
                  </pic:spPr>
                </pic:pic>
              </a:graphicData>
            </a:graphic>
          </wp:inline>
        </w:drawing>
      </w:r>
    </w:p>
    <w:p>
      <w:r>
        <w:rPr>
          <w:i/>
          <w:color w:val="525252"/>
          <w:sz w:val="17"/>
        </w:rPr>
        <w:t>Figure 35. Hypsometric curve [131]. 30 m cells from the project DEM (full resolution): 269 x 302 = 81,238 cells. 30 m cells from Valley terrain model (DEM). The data is in the appendix.</w:t>
      </w:r>
    </w:p>
    <w:p>
      <w:pPr>
        <w:jc w:val="center"/>
      </w:pPr>
      <w:r>
        <w:drawing>
          <wp:inline xmlns:a="http://schemas.openxmlformats.org/drawingml/2006/main" xmlns:pic="http://schemas.openxmlformats.org/drawingml/2006/picture">
            <wp:extent cx="5486400" cy="4669536"/>
            <wp:docPr id="36" name="Picture 36"/>
            <wp:cNvGraphicFramePr>
              <a:graphicFrameLocks noChangeAspect="1"/>
            </wp:cNvGraphicFramePr>
            <a:graphic>
              <a:graphicData uri="http://schemas.openxmlformats.org/drawingml/2006/picture">
                <pic:pic>
                  <pic:nvPicPr>
                    <pic:cNvPr id="0" name="149.jpg"/>
                    <pic:cNvPicPr/>
                  </pic:nvPicPr>
                  <pic:blipFill>
                    <a:blip r:embed="rId44"/>
                    <a:stretch>
                      <a:fillRect/>
                    </a:stretch>
                  </pic:blipFill>
                  <pic:spPr>
                    <a:xfrm>
                      <a:off x="0" y="0"/>
                      <a:ext cx="5486400" cy="4669536"/>
                    </a:xfrm>
                    <a:prstGeom prst="rect"/>
                  </pic:spPr>
                </pic:pic>
              </a:graphicData>
            </a:graphic>
          </wp:inline>
        </w:drawing>
      </w:r>
    </w:p>
    <w:p>
      <w:r>
        <w:rPr>
          <w:i/>
          <w:color w:val="525252"/>
          <w:sz w:val="17"/>
        </w:rPr>
        <w:t>Figure 36. Slope distribution [132]. 30 m cells from the project DEM (full resolution): 269 x 302 = 81,238 cells. 30 m cells from Valley terrain model (DEM). The data is in the appendix.</w:t>
      </w:r>
    </w:p>
    <w:p>
      <w:pPr>
        <w:jc w:val="center"/>
      </w:pPr>
      <w:r>
        <w:drawing>
          <wp:inline xmlns:a="http://schemas.openxmlformats.org/drawingml/2006/main" xmlns:pic="http://schemas.openxmlformats.org/drawingml/2006/picture">
            <wp:extent cx="5486400" cy="4931664"/>
            <wp:docPr id="37" name="Picture 37"/>
            <wp:cNvGraphicFramePr>
              <a:graphicFrameLocks noChangeAspect="1"/>
            </wp:cNvGraphicFramePr>
            <a:graphic>
              <a:graphicData uri="http://schemas.openxmlformats.org/drawingml/2006/picture">
                <pic:pic>
                  <pic:nvPicPr>
                    <pic:cNvPr id="0" name="150.jpg"/>
                    <pic:cNvPicPr/>
                  </pic:nvPicPr>
                  <pic:blipFill>
                    <a:blip r:embed="rId45"/>
                    <a:stretch>
                      <a:fillRect/>
                    </a:stretch>
                  </pic:blipFill>
                  <pic:spPr>
                    <a:xfrm>
                      <a:off x="0" y="0"/>
                      <a:ext cx="5486400" cy="4931664"/>
                    </a:xfrm>
                    <a:prstGeom prst="rect"/>
                  </pic:spPr>
                </pic:pic>
              </a:graphicData>
            </a:graphic>
          </wp:inline>
        </w:drawing>
      </w:r>
    </w:p>
    <w:p>
      <w:r>
        <w:rPr>
          <w:i/>
          <w:color w:val="525252"/>
          <w:sz w:val="17"/>
        </w:rPr>
        <w:t>Figure 37. Aspect rose [133]. 30 m cells from the project DEM (full resolution): 269 x 302 = 81,238 cells. 30 m cells from Valley terrain model (DEM). The data is in the appendix.</w:t>
      </w:r>
    </w:p>
    <w:p>
      <w:pPr>
        <w:jc w:val="center"/>
      </w:pPr>
      <w:r>
        <w:drawing>
          <wp:inline xmlns:a="http://schemas.openxmlformats.org/drawingml/2006/main" xmlns:pic="http://schemas.openxmlformats.org/drawingml/2006/picture">
            <wp:extent cx="5486400" cy="4145280"/>
            <wp:docPr id="38" name="Picture 38"/>
            <wp:cNvGraphicFramePr>
              <a:graphicFrameLocks noChangeAspect="1"/>
            </wp:cNvGraphicFramePr>
            <a:graphic>
              <a:graphicData uri="http://schemas.openxmlformats.org/drawingml/2006/picture">
                <pic:pic>
                  <pic:nvPicPr>
                    <pic:cNvPr id="0" name="151.jpg"/>
                    <pic:cNvPicPr/>
                  </pic:nvPicPr>
                  <pic:blipFill>
                    <a:blip r:embed="rId46"/>
                    <a:stretch>
                      <a:fillRect/>
                    </a:stretch>
                  </pic:blipFill>
                  <pic:spPr>
                    <a:xfrm>
                      <a:off x="0" y="0"/>
                      <a:ext cx="5486400" cy="4145280"/>
                    </a:xfrm>
                    <a:prstGeom prst="rect"/>
                  </pic:spPr>
                </pic:pic>
              </a:graphicData>
            </a:graphic>
          </wp:inline>
        </w:drawing>
      </w:r>
    </w:p>
    <w:p>
      <w:r>
        <w:rPr>
          <w:i/>
          <w:color w:val="525252"/>
          <w:sz w:val="17"/>
        </w:rPr>
        <w:t>Figure 38. Elevation along the routes [134]. 30 m cells from the project DEM (full resolution): 269 x 302 = 81,238 cells. 30 m cells from Valley terrain model (DEM). The data is in the appendix.</w:t>
      </w:r>
    </w:p>
    <w:p>
      <w:pPr>
        <w:jc w:val="center"/>
      </w:pPr>
      <w:r>
        <w:drawing>
          <wp:inline xmlns:a="http://schemas.openxmlformats.org/drawingml/2006/main" xmlns:pic="http://schemas.openxmlformats.org/drawingml/2006/picture">
            <wp:extent cx="5486400" cy="3675888"/>
            <wp:docPr id="39" name="Picture 39"/>
            <wp:cNvGraphicFramePr>
              <a:graphicFrameLocks noChangeAspect="1"/>
            </wp:cNvGraphicFramePr>
            <a:graphic>
              <a:graphicData uri="http://schemas.openxmlformats.org/drawingml/2006/picture">
                <pic:pic>
                  <pic:nvPicPr>
                    <pic:cNvPr id="0" name="162.jpg"/>
                    <pic:cNvPicPr/>
                  </pic:nvPicPr>
                  <pic:blipFill>
                    <a:blip r:embed="rId47"/>
                    <a:stretch>
                      <a:fillRect/>
                    </a:stretch>
                  </pic:blipFill>
                  <pic:spPr>
                    <a:xfrm>
                      <a:off x="0" y="0"/>
                      <a:ext cx="5486400" cy="3675888"/>
                    </a:xfrm>
                    <a:prstGeom prst="rect"/>
                  </pic:spPr>
                </pic:pic>
              </a:graphicData>
            </a:graphic>
          </wp:inline>
        </w:drawing>
      </w:r>
    </w:p>
    <w:p>
      <w:r>
        <w:rPr>
          <w:i/>
          <w:color w:val="525252"/>
          <w:sz w:val="17"/>
        </w:rPr>
        <w:t>Figure 39. Terrain: Contours (100 m) [135]. Source: Terrain: Contours (100 m) (24 features). The data is in the appendix.</w:t>
      </w:r>
    </w:p>
    <w:p>
      <w:pPr>
        <w:jc w:val="center"/>
      </w:pPr>
      <w:r>
        <w:drawing>
          <wp:inline xmlns:a="http://schemas.openxmlformats.org/drawingml/2006/main" xmlns:pic="http://schemas.openxmlformats.org/drawingml/2006/picture">
            <wp:extent cx="5486400" cy="3639312"/>
            <wp:docPr id="40" name="Picture 40"/>
            <wp:cNvGraphicFramePr>
              <a:graphicFrameLocks noChangeAspect="1"/>
            </wp:cNvGraphicFramePr>
            <a:graphic>
              <a:graphicData uri="http://schemas.openxmlformats.org/drawingml/2006/picture">
                <pic:pic>
                  <pic:nvPicPr>
                    <pic:cNvPr id="0" name="163.jpg"/>
                    <pic:cNvPicPr/>
                  </pic:nvPicPr>
                  <pic:blipFill>
                    <a:blip r:embed="rId48"/>
                    <a:stretch>
                      <a:fillRect/>
                    </a:stretch>
                  </pic:blipFill>
                  <pic:spPr>
                    <a:xfrm>
                      <a:off x="0" y="0"/>
                      <a:ext cx="5486400" cy="3639312"/>
                    </a:xfrm>
                    <a:prstGeom prst="rect"/>
                  </pic:spPr>
                </pic:pic>
              </a:graphicData>
            </a:graphic>
          </wp:inline>
        </w:drawing>
      </w:r>
    </w:p>
    <w:p>
      <w:r>
        <w:rPr>
          <w:i/>
          <w:color w:val="525252"/>
          <w:sz w:val="17"/>
        </w:rPr>
        <w:t>Figure 40. Terrain: Ravines [136]. Source: Terrain: Ravines (5 features). The data is in the appendix.</w:t>
      </w:r>
    </w:p>
    <w:p>
      <w:pPr>
        <w:jc w:val="center"/>
      </w:pPr>
      <w:r>
        <w:drawing>
          <wp:inline xmlns:a="http://schemas.openxmlformats.org/drawingml/2006/main" xmlns:pic="http://schemas.openxmlformats.org/drawingml/2006/picture">
            <wp:extent cx="5486400" cy="3688080"/>
            <wp:docPr id="41" name="Picture 41"/>
            <wp:cNvGraphicFramePr>
              <a:graphicFrameLocks noChangeAspect="1"/>
            </wp:cNvGraphicFramePr>
            <a:graphic>
              <a:graphicData uri="http://schemas.openxmlformats.org/drawingml/2006/picture">
                <pic:pic>
                  <pic:nvPicPr>
                    <pic:cNvPr id="0" name="164.jpg"/>
                    <pic:cNvPicPr/>
                  </pic:nvPicPr>
                  <pic:blipFill>
                    <a:blip r:embed="rId49"/>
                    <a:stretch>
                      <a:fillRect/>
                    </a:stretch>
                  </pic:blipFill>
                  <pic:spPr>
                    <a:xfrm>
                      <a:off x="0" y="0"/>
                      <a:ext cx="5486400" cy="3688080"/>
                    </a:xfrm>
                    <a:prstGeom prst="rect"/>
                  </pic:spPr>
                </pic:pic>
              </a:graphicData>
            </a:graphic>
          </wp:inline>
        </w:drawing>
      </w:r>
    </w:p>
    <w:p>
      <w:r>
        <w:rPr>
          <w:i/>
          <w:color w:val="525252"/>
          <w:sz w:val="17"/>
        </w:rPr>
        <w:t>Figure 41. Terrain: Ridges [137]. Source: Terrain: Ridges (36 features). The data is in the appendix.</w:t>
      </w:r>
    </w:p>
    <w:p>
      <w:pPr>
        <w:jc w:val="center"/>
      </w:pPr>
      <w:r>
        <w:drawing>
          <wp:inline xmlns:a="http://schemas.openxmlformats.org/drawingml/2006/main" xmlns:pic="http://schemas.openxmlformats.org/drawingml/2006/picture">
            <wp:extent cx="5486400" cy="3639312"/>
            <wp:docPr id="42" name="Picture 42"/>
            <wp:cNvGraphicFramePr>
              <a:graphicFrameLocks noChangeAspect="1"/>
            </wp:cNvGraphicFramePr>
            <a:graphic>
              <a:graphicData uri="http://schemas.openxmlformats.org/drawingml/2006/picture">
                <pic:pic>
                  <pic:nvPicPr>
                    <pic:cNvPr id="0" name="165.jpg"/>
                    <pic:cNvPicPr/>
                  </pic:nvPicPr>
                  <pic:blipFill>
                    <a:blip r:embed="rId50"/>
                    <a:stretch>
                      <a:fillRect/>
                    </a:stretch>
                  </pic:blipFill>
                  <pic:spPr>
                    <a:xfrm>
                      <a:off x="0" y="0"/>
                      <a:ext cx="5486400" cy="3639312"/>
                    </a:xfrm>
                    <a:prstGeom prst="rect"/>
                  </pic:spPr>
                </pic:pic>
              </a:graphicData>
            </a:graphic>
          </wp:inline>
        </w:drawing>
      </w:r>
    </w:p>
    <w:p>
      <w:r>
        <w:rPr>
          <w:i/>
          <w:color w:val="525252"/>
          <w:sz w:val="17"/>
        </w:rPr>
        <w:t>Figure 42. Terrain: Observation points [138]. Source: Terrain: Observation points (2 features). The data is in the appendix.</w:t>
      </w:r>
    </w:p>
    <w:p>
      <w:pPr>
        <w:jc w:val="center"/>
      </w:pPr>
      <w:r>
        <w:drawing>
          <wp:inline xmlns:a="http://schemas.openxmlformats.org/drawingml/2006/main" xmlns:pic="http://schemas.openxmlformats.org/drawingml/2006/picture">
            <wp:extent cx="5486400" cy="3688080"/>
            <wp:docPr id="43" name="Picture 43"/>
            <wp:cNvGraphicFramePr>
              <a:graphicFrameLocks noChangeAspect="1"/>
            </wp:cNvGraphicFramePr>
            <a:graphic>
              <a:graphicData uri="http://schemas.openxmlformats.org/drawingml/2006/picture">
                <pic:pic>
                  <pic:nvPicPr>
                    <pic:cNvPr id="0" name="166.jpg"/>
                    <pic:cNvPicPr/>
                  </pic:nvPicPr>
                  <pic:blipFill>
                    <a:blip r:embed="rId51"/>
                    <a:stretch>
                      <a:fillRect/>
                    </a:stretch>
                  </pic:blipFill>
                  <pic:spPr>
                    <a:xfrm>
                      <a:off x="0" y="0"/>
                      <a:ext cx="5486400" cy="3688080"/>
                    </a:xfrm>
                    <a:prstGeom prst="rect"/>
                  </pic:spPr>
                </pic:pic>
              </a:graphicData>
            </a:graphic>
          </wp:inline>
        </w:drawing>
      </w:r>
    </w:p>
    <w:p>
      <w:r>
        <w:rPr>
          <w:i/>
          <w:color w:val="525252"/>
          <w:sz w:val="17"/>
        </w:rPr>
        <w:t>Figure 43. Terrain: Open flat ground [139]. Source: Terrain: Open flat ground (9 features). The data is in the appendix.</w:t>
      </w:r>
    </w:p>
    <w:p>
      <w:pPr>
        <w:jc w:val="center"/>
      </w:pPr>
      <w:r>
        <w:drawing>
          <wp:inline xmlns:a="http://schemas.openxmlformats.org/drawingml/2006/main" xmlns:pic="http://schemas.openxmlformats.org/drawingml/2006/picture">
            <wp:extent cx="5486400" cy="3639312"/>
            <wp:docPr id="44" name="Picture 44"/>
            <wp:cNvGraphicFramePr>
              <a:graphicFrameLocks noChangeAspect="1"/>
            </wp:cNvGraphicFramePr>
            <a:graphic>
              <a:graphicData uri="http://schemas.openxmlformats.org/drawingml/2006/picture">
                <pic:pic>
                  <pic:nvPicPr>
                    <pic:cNvPr id="0" name="167.jpg"/>
                    <pic:cNvPicPr/>
                  </pic:nvPicPr>
                  <pic:blipFill>
                    <a:blip r:embed="rId52"/>
                    <a:stretch>
                      <a:fillRect/>
                    </a:stretch>
                  </pic:blipFill>
                  <pic:spPr>
                    <a:xfrm>
                      <a:off x="0" y="0"/>
                      <a:ext cx="5486400" cy="3639312"/>
                    </a:xfrm>
                    <a:prstGeom prst="rect"/>
                  </pic:spPr>
                </pic:pic>
              </a:graphicData>
            </a:graphic>
          </wp:inline>
        </w:drawing>
      </w:r>
    </w:p>
    <w:p>
      <w:r>
        <w:rPr>
          <w:i/>
          <w:color w:val="525252"/>
          <w:sz w:val="17"/>
        </w:rPr>
        <w:t>Figure 44. Terrain: Terrain masking (cover) [140]. Source: Terrain: Terrain masking (cover) (5 features). The data is in the appendix.</w:t>
      </w:r>
    </w:p>
    <w:p>
      <w:pPr>
        <w:jc w:val="center"/>
      </w:pPr>
      <w:r>
        <w:drawing>
          <wp:inline xmlns:a="http://schemas.openxmlformats.org/drawingml/2006/main" xmlns:pic="http://schemas.openxmlformats.org/drawingml/2006/picture">
            <wp:extent cx="5486400" cy="3639312"/>
            <wp:docPr id="45" name="Picture 45"/>
            <wp:cNvGraphicFramePr>
              <a:graphicFrameLocks noChangeAspect="1"/>
            </wp:cNvGraphicFramePr>
            <a:graphic>
              <a:graphicData uri="http://schemas.openxmlformats.org/drawingml/2006/picture">
                <pic:pic>
                  <pic:nvPicPr>
                    <pic:cNvPr id="0" name="168.jpg"/>
                    <pic:cNvPicPr/>
                  </pic:nvPicPr>
                  <pic:blipFill>
                    <a:blip r:embed="rId53"/>
                    <a:stretch>
                      <a:fillRect/>
                    </a:stretch>
                  </pic:blipFill>
                  <pic:spPr>
                    <a:xfrm>
                      <a:off x="0" y="0"/>
                      <a:ext cx="5486400" cy="3639312"/>
                    </a:xfrm>
                    <a:prstGeom prst="rect"/>
                  </pic:spPr>
                </pic:pic>
              </a:graphicData>
            </a:graphic>
          </wp:inline>
        </w:drawing>
      </w:r>
    </w:p>
    <w:p>
      <w:r>
        <w:rPr>
          <w:i/>
          <w:color w:val="525252"/>
          <w:sz w:val="17"/>
        </w:rPr>
        <w:t>Figure 45. Terrain: Streams (Strahler order) [141]. Source: Terrain: Streams (Strahler order) (9 features). The data is in the appendix.</w:t>
      </w:r>
    </w:p>
    <w:p>
      <w:pPr>
        <w:jc w:val="center"/>
      </w:pPr>
      <w:r>
        <w:drawing>
          <wp:inline xmlns:a="http://schemas.openxmlformats.org/drawingml/2006/main" xmlns:pic="http://schemas.openxmlformats.org/drawingml/2006/picture">
            <wp:extent cx="5486400" cy="3639312"/>
            <wp:docPr id="46" name="Picture 46"/>
            <wp:cNvGraphicFramePr>
              <a:graphicFrameLocks noChangeAspect="1"/>
            </wp:cNvGraphicFramePr>
            <a:graphic>
              <a:graphicData uri="http://schemas.openxmlformats.org/drawingml/2006/picture">
                <pic:pic>
                  <pic:nvPicPr>
                    <pic:cNvPr id="0" name="169.jpg"/>
                    <pic:cNvPicPr/>
                  </pic:nvPicPr>
                  <pic:blipFill>
                    <a:blip r:embed="rId54"/>
                    <a:stretch>
                      <a:fillRect/>
                    </a:stretch>
                  </pic:blipFill>
                  <pic:spPr>
                    <a:xfrm>
                      <a:off x="0" y="0"/>
                      <a:ext cx="5486400" cy="3639312"/>
                    </a:xfrm>
                    <a:prstGeom prst="rect"/>
                  </pic:spPr>
                </pic:pic>
              </a:graphicData>
            </a:graphic>
          </wp:inline>
        </w:drawing>
      </w:r>
    </w:p>
    <w:p>
      <w:r>
        <w:rPr>
          <w:i/>
          <w:color w:val="525252"/>
          <w:sz w:val="17"/>
        </w:rPr>
        <w:t>Figure 46. Terrain: Pour points [142]. Source: Terrain: Pour points (3 features). The data is in the appendix.</w:t>
      </w:r>
    </w:p>
    <w:p>
      <w:pPr>
        <w:jc w:val="center"/>
      </w:pPr>
      <w:r>
        <w:drawing>
          <wp:inline xmlns:a="http://schemas.openxmlformats.org/drawingml/2006/main" xmlns:pic="http://schemas.openxmlformats.org/drawingml/2006/picture">
            <wp:extent cx="5486400" cy="3639312"/>
            <wp:docPr id="47" name="Picture 47"/>
            <wp:cNvGraphicFramePr>
              <a:graphicFrameLocks noChangeAspect="1"/>
            </wp:cNvGraphicFramePr>
            <a:graphic>
              <a:graphicData uri="http://schemas.openxmlformats.org/drawingml/2006/picture">
                <pic:pic>
                  <pic:nvPicPr>
                    <pic:cNvPr id="0" name="170.jpg"/>
                    <pic:cNvPicPr/>
                  </pic:nvPicPr>
                  <pic:blipFill>
                    <a:blip r:embed="rId55"/>
                    <a:stretch>
                      <a:fillRect/>
                    </a:stretch>
                  </pic:blipFill>
                  <pic:spPr>
                    <a:xfrm>
                      <a:off x="0" y="0"/>
                      <a:ext cx="5486400" cy="3639312"/>
                    </a:xfrm>
                    <a:prstGeom prst="rect"/>
                  </pic:spPr>
                </pic:pic>
              </a:graphicData>
            </a:graphic>
          </wp:inline>
        </w:drawing>
      </w:r>
    </w:p>
    <w:p>
      <w:r>
        <w:rPr>
          <w:i/>
          <w:color w:val="525252"/>
          <w:sz w:val="17"/>
        </w:rPr>
        <w:t>Figure 47. Terrain: Watershed boundaries [143]. Source: Terrain: Watershed boundaries (3 features). The data is in the appendix.</w:t>
      </w:r>
    </w:p>
    <w:p>
      <w:pPr>
        <w:jc w:val="center"/>
      </w:pPr>
      <w:r>
        <w:drawing>
          <wp:inline xmlns:a="http://schemas.openxmlformats.org/drawingml/2006/main" xmlns:pic="http://schemas.openxmlformats.org/drawingml/2006/picture">
            <wp:extent cx="5486400" cy="3639312"/>
            <wp:docPr id="48" name="Picture 48"/>
            <wp:cNvGraphicFramePr>
              <a:graphicFrameLocks noChangeAspect="1"/>
            </wp:cNvGraphicFramePr>
            <a:graphic>
              <a:graphicData uri="http://schemas.openxmlformats.org/drawingml/2006/picture">
                <pic:pic>
                  <pic:nvPicPr>
                    <pic:cNvPr id="0" name="171.jpg"/>
                    <pic:cNvPicPr/>
                  </pic:nvPicPr>
                  <pic:blipFill>
                    <a:blip r:embed="rId56"/>
                    <a:stretch>
                      <a:fillRect/>
                    </a:stretch>
                  </pic:blipFill>
                  <pic:spPr>
                    <a:xfrm>
                      <a:off x="0" y="0"/>
                      <a:ext cx="5486400" cy="3639312"/>
                    </a:xfrm>
                    <a:prstGeom prst="rect"/>
                  </pic:spPr>
                </pic:pic>
              </a:graphicData>
            </a:graphic>
          </wp:inline>
        </w:drawing>
      </w:r>
    </w:p>
    <w:p>
      <w:r>
        <w:rPr>
          <w:i/>
          <w:color w:val="525252"/>
          <w:sz w:val="17"/>
        </w:rPr>
        <w:t>Figure 48. Terrain: Pour points (snapped) [144]. Source: Terrain: Pour points (snapped) (3 features). The data is in the appendix.</w:t>
      </w:r>
    </w:p>
    <w:p>
      <w:pPr>
        <w:jc w:val="center"/>
      </w:pPr>
      <w:r>
        <w:drawing>
          <wp:inline xmlns:a="http://schemas.openxmlformats.org/drawingml/2006/main" xmlns:pic="http://schemas.openxmlformats.org/drawingml/2006/picture">
            <wp:extent cx="5486400" cy="3639312"/>
            <wp:docPr id="49" name="Picture 49"/>
            <wp:cNvGraphicFramePr>
              <a:graphicFrameLocks noChangeAspect="1"/>
            </wp:cNvGraphicFramePr>
            <a:graphic>
              <a:graphicData uri="http://schemas.openxmlformats.org/drawingml/2006/picture">
                <pic:pic>
                  <pic:nvPicPr>
                    <pic:cNvPr id="0" name="168.jpg"/>
                    <pic:cNvPicPr/>
                  </pic:nvPicPr>
                  <pic:blipFill>
                    <a:blip r:embed="rId53"/>
                    <a:stretch>
                      <a:fillRect/>
                    </a:stretch>
                  </pic:blipFill>
                  <pic:spPr>
                    <a:xfrm>
                      <a:off x="0" y="0"/>
                      <a:ext cx="5486400" cy="3639312"/>
                    </a:xfrm>
                    <a:prstGeom prst="rect"/>
                  </pic:spPr>
                </pic:pic>
              </a:graphicData>
            </a:graphic>
          </wp:inline>
        </w:drawing>
      </w:r>
    </w:p>
    <w:p>
      <w:r>
        <w:rPr>
          <w:i/>
          <w:color w:val="525252"/>
          <w:sz w:val="17"/>
        </w:rPr>
        <w:t>Figure 49. Terrain: Streams (Strahler order) [145]. Source: Terrain: Streams (Strahler order) (9 features). The data is in the appendix.</w:t>
      </w:r>
    </w:p>
    <w:p>
      <w:pPr>
        <w:jc w:val="center"/>
      </w:pPr>
      <w:r>
        <w:drawing>
          <wp:inline xmlns:a="http://schemas.openxmlformats.org/drawingml/2006/main" xmlns:pic="http://schemas.openxmlformats.org/drawingml/2006/picture">
            <wp:extent cx="5486400" cy="3639312"/>
            <wp:docPr id="50" name="Picture 50"/>
            <wp:cNvGraphicFramePr>
              <a:graphicFrameLocks noChangeAspect="1"/>
            </wp:cNvGraphicFramePr>
            <a:graphic>
              <a:graphicData uri="http://schemas.openxmlformats.org/drawingml/2006/picture">
                <pic:pic>
                  <pic:nvPicPr>
                    <pic:cNvPr id="0" name="173.jpg"/>
                    <pic:cNvPicPr/>
                  </pic:nvPicPr>
                  <pic:blipFill>
                    <a:blip r:embed="rId57"/>
                    <a:stretch>
                      <a:fillRect/>
                    </a:stretch>
                  </pic:blipFill>
                  <pic:spPr>
                    <a:xfrm>
                      <a:off x="0" y="0"/>
                      <a:ext cx="5486400" cy="3639312"/>
                    </a:xfrm>
                    <a:prstGeom prst="rect"/>
                  </pic:spPr>
                </pic:pic>
              </a:graphicData>
            </a:graphic>
          </wp:inline>
        </w:drawing>
      </w:r>
    </w:p>
    <w:p>
      <w:r>
        <w:rPr>
          <w:i/>
          <w:color w:val="525252"/>
          <w:sz w:val="17"/>
        </w:rPr>
        <w:t>Figure 50. Terrain: Flood-prone areas [146]. Source: Terrain: Flood-prone areas (2 features). The data is in the appendix.</w:t>
      </w:r>
    </w:p>
    <w:p>
      <w:pPr>
        <w:jc w:val="center"/>
      </w:pPr>
      <w:r>
        <w:drawing>
          <wp:inline xmlns:a="http://schemas.openxmlformats.org/drawingml/2006/main" xmlns:pic="http://schemas.openxmlformats.org/drawingml/2006/picture">
            <wp:extent cx="5486400" cy="3633216"/>
            <wp:docPr id="51" name="Picture 51"/>
            <wp:cNvGraphicFramePr>
              <a:graphicFrameLocks noChangeAspect="1"/>
            </wp:cNvGraphicFramePr>
            <a:graphic>
              <a:graphicData uri="http://schemas.openxmlformats.org/drawingml/2006/picture">
                <pic:pic>
                  <pic:nvPicPr>
                    <pic:cNvPr id="0" name="174.jpg"/>
                    <pic:cNvPicPr/>
                  </pic:nvPicPr>
                  <pic:blipFill>
                    <a:blip r:embed="rId58"/>
                    <a:stretch>
                      <a:fillRect/>
                    </a:stretch>
                  </pic:blipFill>
                  <pic:spPr>
                    <a:xfrm>
                      <a:off x="0" y="0"/>
                      <a:ext cx="5486400" cy="3633216"/>
                    </a:xfrm>
                    <a:prstGeom prst="rect"/>
                  </pic:spPr>
                </pic:pic>
              </a:graphicData>
            </a:graphic>
          </wp:inline>
        </w:drawing>
      </w:r>
    </w:p>
    <w:p>
      <w:r>
        <w:rPr>
          <w:i/>
          <w:color w:val="525252"/>
          <w:sz w:val="17"/>
        </w:rPr>
        <w:t>Figure 51. Terrain dismounted: Obstacles [147]. Source: Terrain dismounted: Obstacles (1 features). The data is in the appendix.</w:t>
      </w:r>
    </w:p>
    <w:p>
      <w:pPr>
        <w:jc w:val="center"/>
      </w:pPr>
      <w:r>
        <w:drawing>
          <wp:inline xmlns:a="http://schemas.openxmlformats.org/drawingml/2006/main" xmlns:pic="http://schemas.openxmlformats.org/drawingml/2006/picture">
            <wp:extent cx="5486400" cy="3639312"/>
            <wp:docPr id="52" name="Picture 52"/>
            <wp:cNvGraphicFramePr>
              <a:graphicFrameLocks noChangeAspect="1"/>
            </wp:cNvGraphicFramePr>
            <a:graphic>
              <a:graphicData uri="http://schemas.openxmlformats.org/drawingml/2006/picture">
                <pic:pic>
                  <pic:nvPicPr>
                    <pic:cNvPr id="0" name="175.jpg"/>
                    <pic:cNvPicPr/>
                  </pic:nvPicPr>
                  <pic:blipFill>
                    <a:blip r:embed="rId59"/>
                    <a:stretch>
                      <a:fillRect/>
                    </a:stretch>
                  </pic:blipFill>
                  <pic:spPr>
                    <a:xfrm>
                      <a:off x="0" y="0"/>
                      <a:ext cx="5486400" cy="3639312"/>
                    </a:xfrm>
                    <a:prstGeom prst="rect"/>
                  </pic:spPr>
                </pic:pic>
              </a:graphicData>
            </a:graphic>
          </wp:inline>
        </w:drawing>
      </w:r>
    </w:p>
    <w:p>
      <w:r>
        <w:rPr>
          <w:i/>
          <w:color w:val="525252"/>
          <w:sz w:val="17"/>
        </w:rPr>
        <w:t>Figure 52. Terrain wheeled: Obstacles [148]. Source: Terrain wheeled: Obstacles (10 features). The data is in the appendix.</w:t>
      </w:r>
    </w:p>
    <w:p>
      <w:pPr>
        <w:jc w:val="center"/>
      </w:pPr>
      <w:r>
        <w:drawing>
          <wp:inline xmlns:a="http://schemas.openxmlformats.org/drawingml/2006/main" xmlns:pic="http://schemas.openxmlformats.org/drawingml/2006/picture">
            <wp:extent cx="5486400" cy="3633216"/>
            <wp:docPr id="53" name="Picture 53"/>
            <wp:cNvGraphicFramePr>
              <a:graphicFrameLocks noChangeAspect="1"/>
            </wp:cNvGraphicFramePr>
            <a:graphic>
              <a:graphicData uri="http://schemas.openxmlformats.org/drawingml/2006/picture">
                <pic:pic>
                  <pic:nvPicPr>
                    <pic:cNvPr id="0" name="176.jpg"/>
                    <pic:cNvPicPr/>
                  </pic:nvPicPr>
                  <pic:blipFill>
                    <a:blip r:embed="rId60"/>
                    <a:stretch>
                      <a:fillRect/>
                    </a:stretch>
                  </pic:blipFill>
                  <pic:spPr>
                    <a:xfrm>
                      <a:off x="0" y="0"/>
                      <a:ext cx="5486400" cy="3633216"/>
                    </a:xfrm>
                    <a:prstGeom prst="rect"/>
                  </pic:spPr>
                </pic:pic>
              </a:graphicData>
            </a:graphic>
          </wp:inline>
        </w:drawing>
      </w:r>
    </w:p>
    <w:p>
      <w:r>
        <w:rPr>
          <w:i/>
          <w:color w:val="525252"/>
          <w:sz w:val="17"/>
        </w:rPr>
        <w:t>Figure 53. Terrain tracked: Obstacles [149]. Source: Terrain tracked: Obstacles (1 features). The data is in the appendix.</w:t>
      </w:r>
    </w:p>
    <w:p>
      <w:pPr>
        <w:jc w:val="center"/>
      </w:pPr>
      <w:r>
        <w:drawing>
          <wp:inline xmlns:a="http://schemas.openxmlformats.org/drawingml/2006/main" xmlns:pic="http://schemas.openxmlformats.org/drawingml/2006/picture">
            <wp:extent cx="5486400" cy="3633216"/>
            <wp:docPr id="54" name="Picture 54"/>
            <wp:cNvGraphicFramePr>
              <a:graphicFrameLocks noChangeAspect="1"/>
            </wp:cNvGraphicFramePr>
            <a:graphic>
              <a:graphicData uri="http://schemas.openxmlformats.org/drawingml/2006/picture">
                <pic:pic>
                  <pic:nvPicPr>
                    <pic:cNvPr id="0" name="177.jpg"/>
                    <pic:cNvPicPr/>
                  </pic:nvPicPr>
                  <pic:blipFill>
                    <a:blip r:embed="rId61"/>
                    <a:stretch>
                      <a:fillRect/>
                    </a:stretch>
                  </pic:blipFill>
                  <pic:spPr>
                    <a:xfrm>
                      <a:off x="0" y="0"/>
                      <a:ext cx="5486400" cy="3633216"/>
                    </a:xfrm>
                    <a:prstGeom prst="rect"/>
                  </pic:spPr>
                </pic:pic>
              </a:graphicData>
            </a:graphic>
          </wp:inline>
        </w:drawing>
      </w:r>
    </w:p>
    <w:p>
      <w:r>
        <w:rPr>
          <w:i/>
          <w:color w:val="525252"/>
          <w:sz w:val="17"/>
        </w:rPr>
        <w:t>Figure 54. Terrain: Obstacles [150]. Source: Terrain: Obstacles (1 features). The data is in the appendix.</w:t>
      </w:r>
    </w:p>
    <w:p>
      <w:pPr>
        <w:jc w:val="center"/>
      </w:pPr>
      <w:r>
        <w:drawing>
          <wp:inline xmlns:a="http://schemas.openxmlformats.org/drawingml/2006/main" xmlns:pic="http://schemas.openxmlformats.org/drawingml/2006/picture">
            <wp:extent cx="5486400" cy="3639312"/>
            <wp:docPr id="55" name="Picture 55"/>
            <wp:cNvGraphicFramePr>
              <a:graphicFrameLocks noChangeAspect="1"/>
            </wp:cNvGraphicFramePr>
            <a:graphic>
              <a:graphicData uri="http://schemas.openxmlformats.org/drawingml/2006/picture">
                <pic:pic>
                  <pic:nvPicPr>
                    <pic:cNvPr id="0" name="178.jpg"/>
                    <pic:cNvPicPr/>
                  </pic:nvPicPr>
                  <pic:blipFill>
                    <a:blip r:embed="rId62"/>
                    <a:stretch>
                      <a:fillRect/>
                    </a:stretch>
                  </pic:blipFill>
                  <pic:spPr>
                    <a:xfrm>
                      <a:off x="0" y="0"/>
                      <a:ext cx="5486400" cy="3639312"/>
                    </a:xfrm>
                    <a:prstGeom prst="rect"/>
                  </pic:spPr>
                </pic:pic>
              </a:graphicData>
            </a:graphic>
          </wp:inline>
        </w:drawing>
      </w:r>
    </w:p>
    <w:p>
      <w:r>
        <w:rPr>
          <w:i/>
          <w:color w:val="525252"/>
          <w:sz w:val="17"/>
        </w:rPr>
        <w:t>Figure 55. Terrain: Mobility corridors [151]. Source: Terrain: Mobility corridors (2 features). The data is in the appendix.</w:t>
      </w:r>
    </w:p>
    <w:p>
      <w:pPr>
        <w:jc w:val="center"/>
      </w:pPr>
      <w:r>
        <w:drawing>
          <wp:inline xmlns:a="http://schemas.openxmlformats.org/drawingml/2006/main" xmlns:pic="http://schemas.openxmlformats.org/drawingml/2006/picture">
            <wp:extent cx="5486400" cy="3639312"/>
            <wp:docPr id="56" name="Picture 56"/>
            <wp:cNvGraphicFramePr>
              <a:graphicFrameLocks noChangeAspect="1"/>
            </wp:cNvGraphicFramePr>
            <a:graphic>
              <a:graphicData uri="http://schemas.openxmlformats.org/drawingml/2006/picture">
                <pic:pic>
                  <pic:nvPicPr>
                    <pic:cNvPr id="0" name="179.jpg"/>
                    <pic:cNvPicPr/>
                  </pic:nvPicPr>
                  <pic:blipFill>
                    <a:blip r:embed="rId63"/>
                    <a:stretch>
                      <a:fillRect/>
                    </a:stretch>
                  </pic:blipFill>
                  <pic:spPr>
                    <a:xfrm>
                      <a:off x="0" y="0"/>
                      <a:ext cx="5486400" cy="3639312"/>
                    </a:xfrm>
                    <a:prstGeom prst="rect"/>
                  </pic:spPr>
                </pic:pic>
              </a:graphicData>
            </a:graphic>
          </wp:inline>
        </w:drawing>
      </w:r>
    </w:p>
    <w:p>
      <w:r>
        <w:rPr>
          <w:i/>
          <w:color w:val="525252"/>
          <w:sz w:val="17"/>
        </w:rPr>
        <w:t>Figure 56. Terrain: Key terrain candidates [152]. Source: Terrain: Key terrain candidates (2 features). The data is in the appendix.</w:t>
      </w:r>
    </w:p>
    <w:p>
      <w:pPr>
        <w:jc w:val="center"/>
      </w:pPr>
      <w:r>
        <w:drawing>
          <wp:inline xmlns:a="http://schemas.openxmlformats.org/drawingml/2006/main" xmlns:pic="http://schemas.openxmlformats.org/drawingml/2006/picture">
            <wp:extent cx="5486400" cy="3639312"/>
            <wp:docPr id="57" name="Picture 57"/>
            <wp:cNvGraphicFramePr>
              <a:graphicFrameLocks noChangeAspect="1"/>
            </wp:cNvGraphicFramePr>
            <a:graphic>
              <a:graphicData uri="http://schemas.openxmlformats.org/drawingml/2006/picture">
                <pic:pic>
                  <pic:nvPicPr>
                    <pic:cNvPr id="0" name="180.jpg"/>
                    <pic:cNvPicPr/>
                  </pic:nvPicPr>
                  <pic:blipFill>
                    <a:blip r:embed="rId64"/>
                    <a:stretch>
                      <a:fillRect/>
                    </a:stretch>
                  </pic:blipFill>
                  <pic:spPr>
                    <a:xfrm>
                      <a:off x="0" y="0"/>
                      <a:ext cx="5486400" cy="3639312"/>
                    </a:xfrm>
                    <a:prstGeom prst="rect"/>
                  </pic:spPr>
                </pic:pic>
              </a:graphicData>
            </a:graphic>
          </wp:inline>
        </w:drawing>
      </w:r>
    </w:p>
    <w:p>
      <w:r>
        <w:rPr>
          <w:i/>
          <w:color w:val="525252"/>
          <w:sz w:val="17"/>
        </w:rPr>
        <w:t>Figure 57. Terrain: Corridor constrictions [153]. Source: Terrain: Corridor constrictions (3 features). The data is in the appendix.</w:t>
      </w:r>
    </w:p>
    <w:p>
      <w:pPr>
        <w:jc w:val="center"/>
      </w:pPr>
      <w:r>
        <w:drawing>
          <wp:inline xmlns:a="http://schemas.openxmlformats.org/drawingml/2006/main" xmlns:pic="http://schemas.openxmlformats.org/drawingml/2006/picture">
            <wp:extent cx="5486400" cy="3633216"/>
            <wp:docPr id="58" name="Picture 58"/>
            <wp:cNvGraphicFramePr>
              <a:graphicFrameLocks noChangeAspect="1"/>
            </wp:cNvGraphicFramePr>
            <a:graphic>
              <a:graphicData uri="http://schemas.openxmlformats.org/drawingml/2006/picture">
                <pic:pic>
                  <pic:nvPicPr>
                    <pic:cNvPr id="0" name="181.jpg"/>
                    <pic:cNvPicPr/>
                  </pic:nvPicPr>
                  <pic:blipFill>
                    <a:blip r:embed="rId65"/>
                    <a:stretch>
                      <a:fillRect/>
                    </a:stretch>
                  </pic:blipFill>
                  <pic:spPr>
                    <a:xfrm>
                      <a:off x="0" y="0"/>
                      <a:ext cx="5486400" cy="3633216"/>
                    </a:xfrm>
                    <a:prstGeom prst="rect"/>
                  </pic:spPr>
                </pic:pic>
              </a:graphicData>
            </a:graphic>
          </wp:inline>
        </w:drawing>
      </w:r>
    </w:p>
    <w:p>
      <w:r>
        <w:rPr>
          <w:i/>
          <w:color w:val="525252"/>
          <w:sz w:val="17"/>
        </w:rPr>
        <w:t>Figure 58. Terrain: Avenues of approach [154]. Source: Terrain: Avenues of approach (3 features). The data is in the appendix.</w:t>
      </w:r>
    </w:p>
    <w:p>
      <w:pPr>
        <w:jc w:val="center"/>
      </w:pPr>
      <w:r>
        <w:drawing>
          <wp:inline xmlns:a="http://schemas.openxmlformats.org/drawingml/2006/main" xmlns:pic="http://schemas.openxmlformats.org/drawingml/2006/picture">
            <wp:extent cx="5486400" cy="3688080"/>
            <wp:docPr id="59" name="Picture 59"/>
            <wp:cNvGraphicFramePr>
              <a:graphicFrameLocks noChangeAspect="1"/>
            </wp:cNvGraphicFramePr>
            <a:graphic>
              <a:graphicData uri="http://schemas.openxmlformats.org/drawingml/2006/picture">
                <pic:pic>
                  <pic:nvPicPr>
                    <pic:cNvPr id="0" name="182.jpg"/>
                    <pic:cNvPicPr/>
                  </pic:nvPicPr>
                  <pic:blipFill>
                    <a:blip r:embed="rId66"/>
                    <a:stretch>
                      <a:fillRect/>
                    </a:stretch>
                  </pic:blipFill>
                  <pic:spPr>
                    <a:xfrm>
                      <a:off x="0" y="0"/>
                      <a:ext cx="5486400" cy="3688080"/>
                    </a:xfrm>
                    <a:prstGeom prst="rect"/>
                  </pic:spPr>
                </pic:pic>
              </a:graphicData>
            </a:graphic>
          </wp:inline>
        </w:drawing>
      </w:r>
    </w:p>
    <w:p>
      <w:r>
        <w:rPr>
          <w:i/>
          <w:color w:val="525252"/>
          <w:sz w:val="17"/>
        </w:rPr>
        <w:t>Figure 59. Terrain heights: Visible area [155]. Source: Terrain heights: Visible area (5 features). The data is in the appendix.</w:t>
      </w:r>
    </w:p>
    <w:p>
      <w:pPr>
        <w:jc w:val="center"/>
      </w:pPr>
      <w:r>
        <w:drawing>
          <wp:inline xmlns:a="http://schemas.openxmlformats.org/drawingml/2006/main" xmlns:pic="http://schemas.openxmlformats.org/drawingml/2006/picture">
            <wp:extent cx="5486400" cy="3639312"/>
            <wp:docPr id="60" name="Picture 60"/>
            <wp:cNvGraphicFramePr>
              <a:graphicFrameLocks noChangeAspect="1"/>
            </wp:cNvGraphicFramePr>
            <a:graphic>
              <a:graphicData uri="http://schemas.openxmlformats.org/drawingml/2006/picture">
                <pic:pic>
                  <pic:nvPicPr>
                    <pic:cNvPr id="0" name="183.jpg"/>
                    <pic:cNvPicPr/>
                  </pic:nvPicPr>
                  <pic:blipFill>
                    <a:blip r:embed="rId67"/>
                    <a:stretch>
                      <a:fillRect/>
                    </a:stretch>
                  </pic:blipFill>
                  <pic:spPr>
                    <a:xfrm>
                      <a:off x="0" y="0"/>
                      <a:ext cx="5486400" cy="3639312"/>
                    </a:xfrm>
                    <a:prstGeom prst="rect"/>
                  </pic:spPr>
                </pic:pic>
              </a:graphicData>
            </a:graphic>
          </wp:inline>
        </w:drawing>
      </w:r>
    </w:p>
    <w:p>
      <w:r>
        <w:rPr>
          <w:i/>
          <w:color w:val="525252"/>
          <w:sz w:val="17"/>
        </w:rPr>
        <w:t>Figure 60. Terrain heights: Observers [156]. Source: Terrain heights: Observers (5 features). The data is in the appendix.</w:t>
      </w:r>
    </w:p>
    <w:p>
      <w:pPr>
        <w:jc w:val="center"/>
      </w:pPr>
      <w:r>
        <w:drawing>
          <wp:inline xmlns:a="http://schemas.openxmlformats.org/drawingml/2006/main" xmlns:pic="http://schemas.openxmlformats.org/drawingml/2006/picture">
            <wp:extent cx="5486400" cy="3633216"/>
            <wp:docPr id="61" name="Picture 61"/>
            <wp:cNvGraphicFramePr>
              <a:graphicFrameLocks noChangeAspect="1"/>
            </wp:cNvGraphicFramePr>
            <a:graphic>
              <a:graphicData uri="http://schemas.openxmlformats.org/drawingml/2006/picture">
                <pic:pic>
                  <pic:nvPicPr>
                    <pic:cNvPr id="0" name="184.jpg"/>
                    <pic:cNvPicPr/>
                  </pic:nvPicPr>
                  <pic:blipFill>
                    <a:blip r:embed="rId68"/>
                    <a:stretch>
                      <a:fillRect/>
                    </a:stretch>
                  </pic:blipFill>
                  <pic:spPr>
                    <a:xfrm>
                      <a:off x="0" y="0"/>
                      <a:ext cx="5486400" cy="3633216"/>
                    </a:xfrm>
                    <a:prstGeom prst="rect"/>
                  </pic:spPr>
                </pic:pic>
              </a:graphicData>
            </a:graphic>
          </wp:inline>
        </w:drawing>
      </w:r>
    </w:p>
    <w:p>
      <w:r>
        <w:rPr>
          <w:i/>
          <w:color w:val="525252"/>
          <w:sz w:val="17"/>
        </w:rPr>
        <w:t>Figure 61. Terrain DH-1 DH-2: Sightline [157]. Source: Terrain DH-1 DH-2: Sightline (1 features). The data is in the appendix.</w:t>
      </w:r>
    </w:p>
    <w:p>
      <w:pPr>
        <w:jc w:val="center"/>
      </w:pPr>
      <w:r>
        <w:drawing>
          <wp:inline xmlns:a="http://schemas.openxmlformats.org/drawingml/2006/main" xmlns:pic="http://schemas.openxmlformats.org/drawingml/2006/picture">
            <wp:extent cx="5486400" cy="3633216"/>
            <wp:docPr id="62" name="Picture 62"/>
            <wp:cNvGraphicFramePr>
              <a:graphicFrameLocks noChangeAspect="1"/>
            </wp:cNvGraphicFramePr>
            <a:graphic>
              <a:graphicData uri="http://schemas.openxmlformats.org/drawingml/2006/picture">
                <pic:pic>
                  <pic:nvPicPr>
                    <pic:cNvPr id="0" name="185.jpg"/>
                    <pic:cNvPicPr/>
                  </pic:nvPicPr>
                  <pic:blipFill>
                    <a:blip r:embed="rId69"/>
                    <a:stretch>
                      <a:fillRect/>
                    </a:stretch>
                  </pic:blipFill>
                  <pic:spPr>
                    <a:xfrm>
                      <a:off x="0" y="0"/>
                      <a:ext cx="5486400" cy="3633216"/>
                    </a:xfrm>
                    <a:prstGeom prst="rect"/>
                  </pic:spPr>
                </pic:pic>
              </a:graphicData>
            </a:graphic>
          </wp:inline>
        </w:drawing>
      </w:r>
    </w:p>
    <w:p>
      <w:r>
        <w:rPr>
          <w:i/>
          <w:color w:val="525252"/>
          <w:sz w:val="17"/>
        </w:rPr>
        <w:t>Figure 62. Terrain DH-1 DH-3: Sightline [158]. Source: Terrain DH-1 DH-3: Sightline (1 features). The data is in the appendix.</w:t>
      </w:r>
    </w:p>
    <w:p>
      <w:pPr>
        <w:jc w:val="center"/>
      </w:pPr>
      <w:r>
        <w:drawing>
          <wp:inline xmlns:a="http://schemas.openxmlformats.org/drawingml/2006/main" xmlns:pic="http://schemas.openxmlformats.org/drawingml/2006/picture">
            <wp:extent cx="5486400" cy="3639312"/>
            <wp:docPr id="63" name="Picture 63"/>
            <wp:cNvGraphicFramePr>
              <a:graphicFrameLocks noChangeAspect="1"/>
            </wp:cNvGraphicFramePr>
            <a:graphic>
              <a:graphicData uri="http://schemas.openxmlformats.org/drawingml/2006/picture">
                <pic:pic>
                  <pic:nvPicPr>
                    <pic:cNvPr id="0" name="186.jpg"/>
                    <pic:cNvPicPr/>
                  </pic:nvPicPr>
                  <pic:blipFill>
                    <a:blip r:embed="rId70"/>
                    <a:stretch>
                      <a:fillRect/>
                    </a:stretch>
                  </pic:blipFill>
                  <pic:spPr>
                    <a:xfrm>
                      <a:off x="0" y="0"/>
                      <a:ext cx="5486400" cy="3639312"/>
                    </a:xfrm>
                    <a:prstGeom prst="rect"/>
                  </pic:spPr>
                </pic:pic>
              </a:graphicData>
            </a:graphic>
          </wp:inline>
        </w:drawing>
      </w:r>
    </w:p>
    <w:p>
      <w:r>
        <w:rPr>
          <w:i/>
          <w:color w:val="525252"/>
          <w:sz w:val="17"/>
        </w:rPr>
        <w:t>Figure 63. Terrain DH-1 DH-3: Ground visible from the observer [159]. Source: Terrain DH-1 DH-3: Ground visible from the observer (3 features). The data is in the appendix.</w:t>
      </w:r>
    </w:p>
    <w:p>
      <w:pPr>
        <w:jc w:val="center"/>
      </w:pPr>
      <w:r>
        <w:drawing>
          <wp:inline xmlns:a="http://schemas.openxmlformats.org/drawingml/2006/main" xmlns:pic="http://schemas.openxmlformats.org/drawingml/2006/picture">
            <wp:extent cx="5486400" cy="3633216"/>
            <wp:docPr id="64" name="Picture 64"/>
            <wp:cNvGraphicFramePr>
              <a:graphicFrameLocks noChangeAspect="1"/>
            </wp:cNvGraphicFramePr>
            <a:graphic>
              <a:graphicData uri="http://schemas.openxmlformats.org/drawingml/2006/picture">
                <pic:pic>
                  <pic:nvPicPr>
                    <pic:cNvPr id="0" name="187.jpg"/>
                    <pic:cNvPicPr/>
                  </pic:nvPicPr>
                  <pic:blipFill>
                    <a:blip r:embed="rId71"/>
                    <a:stretch>
                      <a:fillRect/>
                    </a:stretch>
                  </pic:blipFill>
                  <pic:spPr>
                    <a:xfrm>
                      <a:off x="0" y="0"/>
                      <a:ext cx="5486400" cy="3633216"/>
                    </a:xfrm>
                    <a:prstGeom prst="rect"/>
                  </pic:spPr>
                </pic:pic>
              </a:graphicData>
            </a:graphic>
          </wp:inline>
        </w:drawing>
      </w:r>
    </w:p>
    <w:p>
      <w:r>
        <w:rPr>
          <w:i/>
          <w:color w:val="525252"/>
          <w:sz w:val="17"/>
        </w:rPr>
        <w:t>Figure 64. Terrain DH-2 DH-3: Sightline [160]. Source: Terrain DH-2 DH-3: Sightline (1 features). The data is in the appendix.</w:t>
      </w:r>
    </w:p>
    <w:p>
      <w:pPr>
        <w:jc w:val="center"/>
      </w:pPr>
      <w:r>
        <w:drawing>
          <wp:inline xmlns:a="http://schemas.openxmlformats.org/drawingml/2006/main" xmlns:pic="http://schemas.openxmlformats.org/drawingml/2006/picture">
            <wp:extent cx="5486400" cy="3633216"/>
            <wp:docPr id="65" name="Picture 65"/>
            <wp:cNvGraphicFramePr>
              <a:graphicFrameLocks noChangeAspect="1"/>
            </wp:cNvGraphicFramePr>
            <a:graphic>
              <a:graphicData uri="http://schemas.openxmlformats.org/drawingml/2006/picture">
                <pic:pic>
                  <pic:nvPicPr>
                    <pic:cNvPr id="0" name="188.jpg"/>
                    <pic:cNvPicPr/>
                  </pic:nvPicPr>
                  <pic:blipFill>
                    <a:blip r:embed="rId72"/>
                    <a:stretch>
                      <a:fillRect/>
                    </a:stretch>
                  </pic:blipFill>
                  <pic:spPr>
                    <a:xfrm>
                      <a:off x="0" y="0"/>
                      <a:ext cx="5486400" cy="3633216"/>
                    </a:xfrm>
                    <a:prstGeom prst="rect"/>
                  </pic:spPr>
                </pic:pic>
              </a:graphicData>
            </a:graphic>
          </wp:inline>
        </w:drawing>
      </w:r>
    </w:p>
    <w:p>
      <w:r>
        <w:rPr>
          <w:i/>
          <w:color w:val="525252"/>
          <w:sz w:val="17"/>
        </w:rPr>
        <w:t>Figure 65. Terrain axis: Least-cost routes [161]. Source: Terrain axis: Least-cost routes (1 features). The data is in the appendix.</w:t>
      </w:r>
    </w:p>
    <w:p>
      <w:pPr>
        <w:jc w:val="center"/>
      </w:pPr>
      <w:r>
        <w:drawing>
          <wp:inline xmlns:a="http://schemas.openxmlformats.org/drawingml/2006/main" xmlns:pic="http://schemas.openxmlformats.org/drawingml/2006/picture">
            <wp:extent cx="5486400" cy="3633216"/>
            <wp:docPr id="66" name="Picture 66"/>
            <wp:cNvGraphicFramePr>
              <a:graphicFrameLocks noChangeAspect="1"/>
            </wp:cNvGraphicFramePr>
            <a:graphic>
              <a:graphicData uri="http://schemas.openxmlformats.org/drawingml/2006/picture">
                <pic:pic>
                  <pic:nvPicPr>
                    <pic:cNvPr id="0" name="189.jpg"/>
                    <pic:cNvPicPr/>
                  </pic:nvPicPr>
                  <pic:blipFill>
                    <a:blip r:embed="rId73"/>
                    <a:stretch>
                      <a:fillRect/>
                    </a:stretch>
                  </pic:blipFill>
                  <pic:spPr>
                    <a:xfrm>
                      <a:off x="0" y="0"/>
                      <a:ext cx="5486400" cy="3633216"/>
                    </a:xfrm>
                    <a:prstGeom prst="rect"/>
                  </pic:spPr>
                </pic:pic>
              </a:graphicData>
            </a:graphic>
          </wp:inline>
        </w:drawing>
      </w:r>
    </w:p>
    <w:p>
      <w:r>
        <w:rPr>
          <w:i/>
          <w:color w:val="525252"/>
          <w:sz w:val="17"/>
        </w:rPr>
        <w:t>Figure 66. Terrain summits: Least-cost routes [162]. Source: Terrain summits: Least-cost routes (1 features). The data is in the appendix.</w:t>
      </w:r>
    </w:p>
    <w:p>
      <w:pPr>
        <w:jc w:val="center"/>
      </w:pPr>
      <w:r>
        <w:drawing>
          <wp:inline xmlns:a="http://schemas.openxmlformats.org/drawingml/2006/main" xmlns:pic="http://schemas.openxmlformats.org/drawingml/2006/picture">
            <wp:extent cx="5486400" cy="3633216"/>
            <wp:docPr id="67" name="Picture 67"/>
            <wp:cNvGraphicFramePr>
              <a:graphicFrameLocks noChangeAspect="1"/>
            </wp:cNvGraphicFramePr>
            <a:graphic>
              <a:graphicData uri="http://schemas.openxmlformats.org/drawingml/2006/picture">
                <pic:pic>
                  <pic:nvPicPr>
                    <pic:cNvPr id="0" name="190.jpg"/>
                    <pic:cNvPicPr/>
                  </pic:nvPicPr>
                  <pic:blipFill>
                    <a:blip r:embed="rId74"/>
                    <a:stretch>
                      <a:fillRect/>
                    </a:stretch>
                  </pic:blipFill>
                  <pic:spPr>
                    <a:xfrm>
                      <a:off x="0" y="0"/>
                      <a:ext cx="5486400" cy="3633216"/>
                    </a:xfrm>
                    <a:prstGeom prst="rect"/>
                  </pic:spPr>
                </pic:pic>
              </a:graphicData>
            </a:graphic>
          </wp:inline>
        </w:drawing>
      </w:r>
    </w:p>
    <w:p>
      <w:r>
        <w:rPr>
          <w:i/>
          <w:color w:val="525252"/>
          <w:sz w:val="17"/>
        </w:rPr>
        <w:t>Figure 67. Terrain axis: Profile line [163]. Source: Terrain axis: Profile line (1 features). The data is in the appendix.</w:t>
      </w:r>
    </w:p>
    <w:p>
      <w:pPr>
        <w:jc w:val="center"/>
      </w:pPr>
      <w:r>
        <w:drawing>
          <wp:inline xmlns:a="http://schemas.openxmlformats.org/drawingml/2006/main" xmlns:pic="http://schemas.openxmlformats.org/drawingml/2006/picture">
            <wp:extent cx="5486400" cy="3633216"/>
            <wp:docPr id="68" name="Picture 68"/>
            <wp:cNvGraphicFramePr>
              <a:graphicFrameLocks noChangeAspect="1"/>
            </wp:cNvGraphicFramePr>
            <a:graphic>
              <a:graphicData uri="http://schemas.openxmlformats.org/drawingml/2006/picture">
                <pic:pic>
                  <pic:nvPicPr>
                    <pic:cNvPr id="0" name="191.jpg"/>
                    <pic:cNvPicPr/>
                  </pic:nvPicPr>
                  <pic:blipFill>
                    <a:blip r:embed="rId75"/>
                    <a:stretch>
                      <a:fillRect/>
                    </a:stretch>
                  </pic:blipFill>
                  <pic:spPr>
                    <a:xfrm>
                      <a:off x="0" y="0"/>
                      <a:ext cx="5486400" cy="3633216"/>
                    </a:xfrm>
                    <a:prstGeom prst="rect"/>
                  </pic:spPr>
                </pic:pic>
              </a:graphicData>
            </a:graphic>
          </wp:inline>
        </w:drawing>
      </w:r>
    </w:p>
    <w:p>
      <w:r>
        <w:rPr>
          <w:i/>
          <w:color w:val="525252"/>
          <w:sz w:val="17"/>
        </w:rPr>
        <w:t>Figure 68. Terrain summits: Profile line [164]. Source: Terrain summits: Profile line (1 features). The data is in the appendix.</w:t>
      </w:r>
    </w:p>
    <w:p>
      <w:pPr>
        <w:jc w:val="center"/>
      </w:pPr>
      <w:r>
        <w:drawing>
          <wp:inline xmlns:a="http://schemas.openxmlformats.org/drawingml/2006/main" xmlns:pic="http://schemas.openxmlformats.org/drawingml/2006/picture">
            <wp:extent cx="5486400" cy="3621024"/>
            <wp:docPr id="69" name="Picture 69"/>
            <wp:cNvGraphicFramePr>
              <a:graphicFrameLocks noChangeAspect="1"/>
            </wp:cNvGraphicFramePr>
            <a:graphic>
              <a:graphicData uri="http://schemas.openxmlformats.org/drawingml/2006/picture">
                <pic:pic>
                  <pic:nvPicPr>
                    <pic:cNvPr id="0" name="192.jpg"/>
                    <pic:cNvPicPr/>
                  </pic:nvPicPr>
                  <pic:blipFill>
                    <a:blip r:embed="rId76"/>
                    <a:stretch>
                      <a:fillRect/>
                    </a:stretch>
                  </pic:blipFill>
                  <pic:spPr>
                    <a:xfrm>
                      <a:off x="0" y="0"/>
                      <a:ext cx="5486400" cy="3621024"/>
                    </a:xfrm>
                    <a:prstGeom prst="rect"/>
                  </pic:spPr>
                </pic:pic>
              </a:graphicData>
            </a:graphic>
          </wp:inline>
        </w:drawing>
      </w:r>
    </w:p>
    <w:p>
      <w:r>
        <w:rPr>
          <w:i/>
          <w:color w:val="525252"/>
          <w:sz w:val="17"/>
        </w:rPr>
        <w:t>Figure 69. Terrain: Best buildability areas [165]. Source: Terrain: Best buildability areas (88 features). The data is in the appendix.</w:t>
      </w:r>
    </w:p>
    <w:p>
      <w:pPr>
        <w:jc w:val="center"/>
      </w:pPr>
      <w:r>
        <w:drawing>
          <wp:inline xmlns:a="http://schemas.openxmlformats.org/drawingml/2006/main" xmlns:pic="http://schemas.openxmlformats.org/drawingml/2006/picture">
            <wp:extent cx="5486400" cy="3669792"/>
            <wp:docPr id="70" name="Picture 70"/>
            <wp:cNvGraphicFramePr>
              <a:graphicFrameLocks noChangeAspect="1"/>
            </wp:cNvGraphicFramePr>
            <a:graphic>
              <a:graphicData uri="http://schemas.openxmlformats.org/drawingml/2006/picture">
                <pic:pic>
                  <pic:nvPicPr>
                    <pic:cNvPr id="0" name="193.jpg"/>
                    <pic:cNvPicPr/>
                  </pic:nvPicPr>
                  <pic:blipFill>
                    <a:blip r:embed="rId77"/>
                    <a:stretch>
                      <a:fillRect/>
                    </a:stretch>
                  </pic:blipFill>
                  <pic:spPr>
                    <a:xfrm>
                      <a:off x="0" y="0"/>
                      <a:ext cx="5486400" cy="3669792"/>
                    </a:xfrm>
                    <a:prstGeom prst="rect"/>
                  </pic:spPr>
                </pic:pic>
              </a:graphicData>
            </a:graphic>
          </wp:inline>
        </w:drawing>
      </w:r>
    </w:p>
    <w:p>
      <w:r>
        <w:rPr>
          <w:i/>
          <w:color w:val="525252"/>
          <w:sz w:val="17"/>
        </w:rPr>
        <w:t>Figure 70. Terrain: Best mineability areas [166]. Source: Terrain: Best mineability areas (15 features). The data is in the appendix.</w:t>
      </w:r>
    </w:p>
    <w:p>
      <w:pPr>
        <w:jc w:val="center"/>
      </w:pPr>
      <w:r>
        <w:drawing>
          <wp:inline xmlns:a="http://schemas.openxmlformats.org/drawingml/2006/main" xmlns:pic="http://schemas.openxmlformats.org/drawingml/2006/picture">
            <wp:extent cx="5486400" cy="3639312"/>
            <wp:docPr id="71" name="Picture 71"/>
            <wp:cNvGraphicFramePr>
              <a:graphicFrameLocks noChangeAspect="1"/>
            </wp:cNvGraphicFramePr>
            <a:graphic>
              <a:graphicData uri="http://schemas.openxmlformats.org/drawingml/2006/picture">
                <pic:pic>
                  <pic:nvPicPr>
                    <pic:cNvPr id="0" name="194.jpg"/>
                    <pic:cNvPicPr/>
                  </pic:nvPicPr>
                  <pic:blipFill>
                    <a:blip r:embed="rId78"/>
                    <a:stretch>
                      <a:fillRect/>
                    </a:stretch>
                  </pic:blipFill>
                  <pic:spPr>
                    <a:xfrm>
                      <a:off x="0" y="0"/>
                      <a:ext cx="5486400" cy="3639312"/>
                    </a:xfrm>
                    <a:prstGeom prst="rect"/>
                  </pic:spPr>
                </pic:pic>
              </a:graphicData>
            </a:graphic>
          </wp:inline>
        </w:drawing>
      </w:r>
    </w:p>
    <w:p>
      <w:r>
        <w:rPr>
          <w:i/>
          <w:color w:val="525252"/>
          <w:sz w:val="17"/>
        </w:rPr>
        <w:t>Figure 71. Terrain: Landing zone candidates [167]. Source: Terrain: Landing zone candidates (6 features). The data is in the appendix.</w:t>
      </w:r>
    </w:p>
    <w:p>
      <w:pPr>
        <w:jc w:val="center"/>
      </w:pPr>
      <w:r>
        <w:drawing>
          <wp:inline xmlns:a="http://schemas.openxmlformats.org/drawingml/2006/main" xmlns:pic="http://schemas.openxmlformats.org/drawingml/2006/picture">
            <wp:extent cx="5486400" cy="3681984"/>
            <wp:docPr id="72" name="Picture 72"/>
            <wp:cNvGraphicFramePr>
              <a:graphicFrameLocks noChangeAspect="1"/>
            </wp:cNvGraphicFramePr>
            <a:graphic>
              <a:graphicData uri="http://schemas.openxmlformats.org/drawingml/2006/picture">
                <pic:pic>
                  <pic:nvPicPr>
                    <pic:cNvPr id="0" name="195.jpg"/>
                    <pic:cNvPicPr/>
                  </pic:nvPicPr>
                  <pic:blipFill>
                    <a:blip r:embed="rId79"/>
                    <a:stretch>
                      <a:fillRect/>
                    </a:stretch>
                  </pic:blipFill>
                  <pic:spPr>
                    <a:xfrm>
                      <a:off x="0" y="0"/>
                      <a:ext cx="5486400" cy="3681984"/>
                    </a:xfrm>
                    <a:prstGeom prst="rect"/>
                  </pic:spPr>
                </pic:pic>
              </a:graphicData>
            </a:graphic>
          </wp:inline>
        </w:drawing>
      </w:r>
    </w:p>
    <w:p>
      <w:r>
        <w:rPr>
          <w:i/>
          <w:color w:val="525252"/>
          <w:sz w:val="17"/>
        </w:rPr>
        <w:t>Figure 72. Terrain: Landing points [168]. Source: Terrain: Landing points (6 features). The data is in the appendix.</w:t>
      </w:r>
    </w:p>
    <w:p>
      <w:pPr>
        <w:jc w:val="center"/>
      </w:pPr>
      <w:r>
        <w:drawing>
          <wp:inline xmlns:a="http://schemas.openxmlformats.org/drawingml/2006/main" xmlns:pic="http://schemas.openxmlformats.org/drawingml/2006/picture">
            <wp:extent cx="5486400" cy="3633216"/>
            <wp:docPr id="73" name="Picture 73"/>
            <wp:cNvGraphicFramePr>
              <a:graphicFrameLocks noChangeAspect="1"/>
            </wp:cNvGraphicFramePr>
            <a:graphic>
              <a:graphicData uri="http://schemas.openxmlformats.org/drawingml/2006/picture">
                <pic:pic>
                  <pic:nvPicPr>
                    <pic:cNvPr id="0" name="196.jpg"/>
                    <pic:cNvPicPr/>
                  </pic:nvPicPr>
                  <pic:blipFill>
                    <a:blip r:embed="rId80"/>
                    <a:stretch>
                      <a:fillRect/>
                    </a:stretch>
                  </pic:blipFill>
                  <pic:spPr>
                    <a:xfrm>
                      <a:off x="0" y="0"/>
                      <a:ext cx="5486400" cy="3633216"/>
                    </a:xfrm>
                    <a:prstGeom prst="rect"/>
                  </pic:spPr>
                </pic:pic>
              </a:graphicData>
            </a:graphic>
          </wp:inline>
        </w:drawing>
      </w:r>
    </w:p>
    <w:p>
      <w:r>
        <w:rPr>
          <w:i/>
          <w:color w:val="525252"/>
          <w:sz w:val="17"/>
        </w:rPr>
        <w:t>Figure 73. Terrain: Visible area [169]. Source: Terrain: Visible area (1 features). The data is in the appendix.</w:t>
      </w:r>
    </w:p>
    <w:p>
      <w:pPr>
        <w:jc w:val="center"/>
      </w:pPr>
      <w:r>
        <w:drawing>
          <wp:inline xmlns:a="http://schemas.openxmlformats.org/drawingml/2006/main" xmlns:pic="http://schemas.openxmlformats.org/drawingml/2006/picture">
            <wp:extent cx="5486400" cy="3688080"/>
            <wp:docPr id="74" name="Picture 74"/>
            <wp:cNvGraphicFramePr>
              <a:graphicFrameLocks noChangeAspect="1"/>
            </wp:cNvGraphicFramePr>
            <a:graphic>
              <a:graphicData uri="http://schemas.openxmlformats.org/drawingml/2006/picture">
                <pic:pic>
                  <pic:nvPicPr>
                    <pic:cNvPr id="0" name="197.jpg"/>
                    <pic:cNvPicPr/>
                  </pic:nvPicPr>
                  <pic:blipFill>
                    <a:blip r:embed="rId81"/>
                    <a:stretch>
                      <a:fillRect/>
                    </a:stretch>
                  </pic:blipFill>
                  <pic:spPr>
                    <a:xfrm>
                      <a:off x="0" y="0"/>
                      <a:ext cx="5486400" cy="3688080"/>
                    </a:xfrm>
                    <a:prstGeom prst="rect"/>
                  </pic:spPr>
                </pic:pic>
              </a:graphicData>
            </a:graphic>
          </wp:inline>
        </w:drawing>
      </w:r>
    </w:p>
    <w:p>
      <w:r>
        <w:rPr>
          <w:i/>
          <w:color w:val="525252"/>
          <w:sz w:val="17"/>
        </w:rPr>
        <w:t>Figure 74. Terrain: Observers [170]. Source: Terrain: Observers (14 features). The data is in the appendix.</w:t>
      </w:r>
    </w:p>
    <w:p>
      <w:pPr>
        <w:jc w:val="center"/>
      </w:pPr>
      <w:r>
        <w:drawing>
          <wp:inline xmlns:a="http://schemas.openxmlformats.org/drawingml/2006/main" xmlns:pic="http://schemas.openxmlformats.org/drawingml/2006/picture">
            <wp:extent cx="5486400" cy="3639312"/>
            <wp:docPr id="75" name="Picture 75"/>
            <wp:cNvGraphicFramePr>
              <a:graphicFrameLocks noChangeAspect="1"/>
            </wp:cNvGraphicFramePr>
            <a:graphic>
              <a:graphicData uri="http://schemas.openxmlformats.org/drawingml/2006/picture">
                <pic:pic>
                  <pic:nvPicPr>
                    <pic:cNvPr id="0" name="198.jpg"/>
                    <pic:cNvPicPr/>
                  </pic:nvPicPr>
                  <pic:blipFill>
                    <a:blip r:embed="rId82"/>
                    <a:stretch>
                      <a:fillRect/>
                    </a:stretch>
                  </pic:blipFill>
                  <pic:spPr>
                    <a:xfrm>
                      <a:off x="0" y="0"/>
                      <a:ext cx="5486400" cy="3639312"/>
                    </a:xfrm>
                    <a:prstGeom prst="rect"/>
                  </pic:spPr>
                </pic:pic>
              </a:graphicData>
            </a:graphic>
          </wp:inline>
        </w:drawing>
      </w:r>
    </w:p>
    <w:p>
      <w:r>
        <w:rPr>
          <w:i/>
          <w:color w:val="525252"/>
          <w:sz w:val="17"/>
        </w:rPr>
        <w:t>Figure 75. Terrain: Dominant heights [171]. Source: Terrain: Dominant heights (5 features). The data is in the appendix.</w:t>
      </w:r>
    </w:p>
    <w:p>
      <w:r>
        <w:rPr>
          <w:b/>
        </w:rPr>
        <w:t>Findings</w:t>
      </w:r>
    </w:p>
    <w:p>
      <w:pPr>
        <w:pStyle w:val="ListBullet"/>
      </w:pPr>
      <w:r>
        <w:rPr>
          <w:b/>
        </w:rPr>
        <w:t xml:space="preserve">Evidenced: </w:t>
      </w:r>
      <w:r>
        <w:t>Terrain analysis produced Terrain: Terrain findings (9 features), Terrain: Dominant heights (5 features), Terrain: Elevation (m) (0 features) [20][21][22][23].</w:t>
      </w:r>
    </w:p>
    <w:p>
      <w:pPr>
        <w:pStyle w:val="ListBullet"/>
      </w:pPr>
      <w:r>
        <w:rPr>
          <w:b/>
        </w:rPr>
        <w:t xml:space="preserve">Evidenced: </w:t>
      </w:r>
      <w:r>
        <w:t>It reported tokens, usd 0.737; tokens, tokens 737; tokens, tokens in 1; tokens, tokens out 184; numbers, maps 7; numbers, charts 4 [20].</w:t>
      </w:r>
    </w:p>
    <w:p>
      <w:pPr>
        <w:pStyle w:val="ListBullet"/>
      </w:pPr>
      <w:r>
        <w:rPr>
          <w:b/>
        </w:rPr>
        <w:t xml:space="preserve">Evidenced: </w:t>
      </w:r>
      <w:r>
        <w:t>The chart Hypsometric curve is drawn from 20 rows [131].</w:t>
      </w:r>
    </w:p>
    <w:p>
      <w:pPr>
        <w:pStyle w:val="ListBullet"/>
      </w:pPr>
      <w:r>
        <w:rPr>
          <w:b/>
        </w:rPr>
        <w:t xml:space="preserve">Evidenced: </w:t>
      </w:r>
      <w:r>
        <w:t>The chart Slope distribution is drawn from 6 rows [132].</w:t>
      </w:r>
    </w:p>
    <w:p>
      <w:pPr>
        <w:pStyle w:val="ListBullet"/>
      </w:pPr>
      <w:r>
        <w:rPr>
          <w:b/>
        </w:rPr>
        <w:t xml:space="preserve">Evidenced: </w:t>
      </w:r>
      <w:r>
        <w:t>The chart Aspect rose is drawn from 8 rows [133].</w:t>
      </w:r>
    </w:p>
    <w:p>
      <w:pPr>
        <w:pStyle w:val="ListBullet"/>
      </w:pPr>
      <w:r>
        <w:rPr>
          <w:b/>
        </w:rPr>
        <w:t xml:space="preserve">Evidenced: </w:t>
      </w:r>
      <w:r>
        <w:t>The chart Elevation along the routes is drawn from 320 rows [134].</w:t>
      </w:r>
    </w:p>
    <w:p>
      <w:pPr>
        <w:pStyle w:val="ListBullet"/>
      </w:pPr>
      <w:r>
        <w:rPr>
          <w:b/>
        </w:rPr>
        <w:t xml:space="preserve">Evidenced: </w:t>
      </w:r>
      <w:r>
        <w:t>The chart Terrain: Contours (100 m) is drawn from 6 rows [135].</w:t>
      </w:r>
    </w:p>
    <w:p>
      <w:pPr>
        <w:pStyle w:val="ListBullet"/>
      </w:pPr>
      <w:r>
        <w:rPr>
          <w:b/>
        </w:rPr>
        <w:t xml:space="preserve">Evidenced: </w:t>
      </w:r>
      <w:r>
        <w:t>The chart Terrain: Ravines is drawn from 5 rows [136].</w:t>
      </w:r>
    </w:p>
    <w:p>
      <w:pPr>
        <w:pStyle w:val="ListBullet"/>
      </w:pPr>
      <w:r>
        <w:rPr>
          <w:b/>
        </w:rPr>
        <w:t xml:space="preserve">Evidenced: </w:t>
      </w:r>
      <w:r>
        <w:t>The chart Terrain: Ridges is drawn from 7 rows [137].</w:t>
      </w:r>
    </w:p>
    <w:p>
      <w:pPr>
        <w:pStyle w:val="ListBullet"/>
      </w:pPr>
      <w:r>
        <w:rPr>
          <w:b/>
        </w:rPr>
        <w:t xml:space="preserve">Evidenced: </w:t>
      </w:r>
      <w:r>
        <w:t>The chart Terrain: Observation points is drawn from 5 rows [138].</w:t>
      </w:r>
    </w:p>
    <w:p>
      <w:pPr>
        <w:pStyle w:val="ListBullet"/>
      </w:pPr>
      <w:r>
        <w:rPr>
          <w:b/>
        </w:rPr>
        <w:t xml:space="preserve">Evidenced: </w:t>
      </w:r>
      <w:r>
        <w:t>The chart Terrain: Open flat ground is drawn from 5 rows [139].</w:t>
      </w:r>
    </w:p>
    <w:p>
      <w:pPr>
        <w:pStyle w:val="ListBullet"/>
      </w:pPr>
      <w:r>
        <w:rPr>
          <w:b/>
        </w:rPr>
        <w:t xml:space="preserve">Evidenced: </w:t>
      </w:r>
      <w:r>
        <w:t>The chart Terrain: Terrain masking (cover) is drawn from 5 rows [140].</w:t>
      </w:r>
    </w:p>
    <w:p>
      <w:pPr>
        <w:pStyle w:val="ListBullet"/>
      </w:pPr>
      <w:r>
        <w:rPr>
          <w:b/>
        </w:rPr>
        <w:t xml:space="preserve">Evidenced: </w:t>
      </w:r>
      <w:r>
        <w:t>The chart Terrain: Streams (Strahler order) is drawn from 5 rows [141].</w:t>
      </w:r>
    </w:p>
    <w:p>
      <w:pPr>
        <w:pStyle w:val="ListBullet"/>
      </w:pPr>
      <w:r>
        <w:rPr>
          <w:b/>
        </w:rPr>
        <w:t xml:space="preserve">Evidenced: </w:t>
      </w:r>
      <w:r>
        <w:t>The chart Terrain: Pour points is drawn from 5 rows [142].</w:t>
      </w:r>
    </w:p>
    <w:p>
      <w:pPr>
        <w:pStyle w:val="ListBullet"/>
      </w:pPr>
      <w:r>
        <w:rPr>
          <w:b/>
        </w:rPr>
        <w:t xml:space="preserve">Evidenced: </w:t>
      </w:r>
      <w:r>
        <w:t>The chart Terrain: Watershed boundaries is drawn from 5 rows [143].</w:t>
      </w:r>
    </w:p>
    <w:p>
      <w:pPr>
        <w:pStyle w:val="ListBullet"/>
      </w:pPr>
      <w:r>
        <w:rPr>
          <w:b/>
        </w:rPr>
        <w:t xml:space="preserve">Evidenced: </w:t>
      </w:r>
      <w:r>
        <w:t>The chart Terrain: Pour points (snapped) is drawn from 5 rows [144].</w:t>
      </w:r>
    </w:p>
    <w:p>
      <w:pPr>
        <w:pStyle w:val="ListBullet"/>
      </w:pPr>
      <w:r>
        <w:rPr>
          <w:b/>
        </w:rPr>
        <w:t xml:space="preserve">Evidenced: </w:t>
      </w:r>
      <w:r>
        <w:t>The chart Terrain: Streams (Strahler order) is drawn from 5 rows [145].</w:t>
      </w:r>
    </w:p>
    <w:p>
      <w:pPr>
        <w:pStyle w:val="ListBullet"/>
      </w:pPr>
      <w:r>
        <w:rPr>
          <w:b/>
        </w:rPr>
        <w:t xml:space="preserve">Evidenced: </w:t>
      </w:r>
      <w:r>
        <w:t>The chart Terrain: Flood-prone areas is drawn from 5 rows [146].</w:t>
      </w:r>
    </w:p>
    <w:p>
      <w:pPr>
        <w:pStyle w:val="ListBullet"/>
      </w:pPr>
      <w:r>
        <w:rPr>
          <w:b/>
        </w:rPr>
        <w:t xml:space="preserve">Evidenced: </w:t>
      </w:r>
      <w:r>
        <w:t>The chart Terrain dismounted: Obstacles is drawn from 1 rows [147].</w:t>
      </w:r>
    </w:p>
    <w:p>
      <w:pPr>
        <w:pStyle w:val="ListBullet"/>
      </w:pPr>
      <w:r>
        <w:rPr>
          <w:b/>
        </w:rPr>
        <w:t xml:space="preserve">Evidenced: </w:t>
      </w:r>
      <w:r>
        <w:t>The chart Terrain wheeled: Obstacles is drawn from 5 rows [148].</w:t>
      </w:r>
    </w:p>
    <w:p>
      <w:pPr>
        <w:pStyle w:val="ListBullet"/>
      </w:pPr>
      <w:r>
        <w:rPr>
          <w:b/>
        </w:rPr>
        <w:t xml:space="preserve">Evidenced: </w:t>
      </w:r>
      <w:r>
        <w:t>The chart Terrain tracked: Obstacles is drawn from 1 rows [149].</w:t>
      </w:r>
    </w:p>
    <w:p>
      <w:pPr>
        <w:pStyle w:val="ListBullet"/>
      </w:pPr>
      <w:r>
        <w:rPr>
          <w:b/>
        </w:rPr>
        <w:t xml:space="preserve">Evidenced: </w:t>
      </w:r>
      <w:r>
        <w:t>The chart Terrain: Obstacles is drawn from 1 rows [150].</w:t>
      </w:r>
    </w:p>
    <w:p>
      <w:pPr>
        <w:pStyle w:val="ListBullet"/>
      </w:pPr>
      <w:r>
        <w:rPr>
          <w:b/>
        </w:rPr>
        <w:t xml:space="preserve">Evidenced: </w:t>
      </w:r>
      <w:r>
        <w:t>The chart Terrain: Mobility corridors is drawn from 5 rows [151].</w:t>
      </w:r>
    </w:p>
    <w:p>
      <w:pPr>
        <w:pStyle w:val="ListBullet"/>
      </w:pPr>
      <w:r>
        <w:rPr>
          <w:b/>
        </w:rPr>
        <w:t xml:space="preserve">Evidenced: </w:t>
      </w:r>
      <w:r>
        <w:t>The chart Terrain: Key terrain candidates is drawn from 5 rows [152].</w:t>
      </w:r>
    </w:p>
    <w:p>
      <w:pPr>
        <w:pStyle w:val="ListBullet"/>
      </w:pPr>
      <w:r>
        <w:rPr>
          <w:b/>
        </w:rPr>
        <w:t xml:space="preserve">Evidenced: </w:t>
      </w:r>
      <w:r>
        <w:t>The chart Terrain: Corridor constrictions is drawn from 5 rows [153].</w:t>
      </w:r>
    </w:p>
    <w:p>
      <w:pPr>
        <w:pStyle w:val="ListBullet"/>
      </w:pPr>
      <w:r>
        <w:rPr>
          <w:b/>
        </w:rPr>
        <w:t xml:space="preserve">Evidenced: </w:t>
      </w:r>
      <w:r>
        <w:t>The chart Terrain: Avenues of approach is drawn from 5 rows [154].</w:t>
      </w:r>
    </w:p>
    <w:p>
      <w:pPr>
        <w:pStyle w:val="ListBullet"/>
      </w:pPr>
      <w:r>
        <w:rPr>
          <w:b/>
        </w:rPr>
        <w:t xml:space="preserve">Evidenced: </w:t>
      </w:r>
      <w:r>
        <w:t>The chart Terrain heights: Visible area is drawn from 5 rows [155].</w:t>
      </w:r>
    </w:p>
    <w:p>
      <w:pPr>
        <w:pStyle w:val="ListBullet"/>
      </w:pPr>
      <w:r>
        <w:rPr>
          <w:b/>
        </w:rPr>
        <w:t xml:space="preserve">Evidenced: </w:t>
      </w:r>
      <w:r>
        <w:t>The chart Terrain heights: Observers is drawn from 5 rows [156].</w:t>
      </w:r>
    </w:p>
    <w:p>
      <w:pPr>
        <w:pStyle w:val="ListBullet"/>
      </w:pPr>
      <w:r>
        <w:rPr>
          <w:b/>
        </w:rPr>
        <w:t xml:space="preserve">Evidenced: </w:t>
      </w:r>
      <w:r>
        <w:t>The chart Terrain DH-1 DH-2: Sightline is drawn from 1 rows [157].</w:t>
      </w:r>
    </w:p>
    <w:p>
      <w:pPr>
        <w:pStyle w:val="ListBullet"/>
      </w:pPr>
      <w:r>
        <w:rPr>
          <w:b/>
        </w:rPr>
        <w:t xml:space="preserve">Evidenced: </w:t>
      </w:r>
      <w:r>
        <w:t>The chart Terrain DH-1 DH-3: Sightline is drawn from 1 rows [158].</w:t>
      </w:r>
    </w:p>
    <w:p>
      <w:pPr>
        <w:pStyle w:val="ListBullet"/>
      </w:pPr>
      <w:r>
        <w:rPr>
          <w:b/>
        </w:rPr>
        <w:t xml:space="preserve">Evidenced: </w:t>
      </w:r>
      <w:r>
        <w:t>The chart Terrain DH-1 DH-3: Ground visible from the observer is drawn from 5 rows [159].</w:t>
      </w:r>
    </w:p>
    <w:p>
      <w:pPr>
        <w:pStyle w:val="ListBullet"/>
      </w:pPr>
      <w:r>
        <w:rPr>
          <w:b/>
        </w:rPr>
        <w:t xml:space="preserve">Evidenced: </w:t>
      </w:r>
      <w:r>
        <w:t>The chart Terrain DH-2 DH-3: Sightline is drawn from 1 rows [160].</w:t>
      </w:r>
    </w:p>
    <w:p>
      <w:pPr>
        <w:pStyle w:val="ListBullet"/>
      </w:pPr>
      <w:r>
        <w:rPr>
          <w:b/>
        </w:rPr>
        <w:t xml:space="preserve">Evidenced: </w:t>
      </w:r>
      <w:r>
        <w:t>The chart Terrain axis: Least-cost routes is drawn from 1 rows [161].</w:t>
      </w:r>
    </w:p>
    <w:p>
      <w:pPr>
        <w:pStyle w:val="ListBullet"/>
      </w:pPr>
      <w:r>
        <w:rPr>
          <w:b/>
        </w:rPr>
        <w:t xml:space="preserve">Evidenced: </w:t>
      </w:r>
      <w:r>
        <w:t>The chart Terrain summits: Least-cost routes is drawn from 1 rows [162].</w:t>
      </w:r>
    </w:p>
    <w:p>
      <w:pPr>
        <w:pStyle w:val="ListBullet"/>
      </w:pPr>
      <w:r>
        <w:rPr>
          <w:b/>
        </w:rPr>
        <w:t xml:space="preserve">Evidenced: </w:t>
      </w:r>
      <w:r>
        <w:t>The chart Terrain axis: Profile line is drawn from 1 rows [163].</w:t>
      </w:r>
    </w:p>
    <w:p>
      <w:pPr>
        <w:pStyle w:val="ListBullet"/>
      </w:pPr>
      <w:r>
        <w:rPr>
          <w:b/>
        </w:rPr>
        <w:t xml:space="preserve">Evidenced: </w:t>
      </w:r>
      <w:r>
        <w:t>The chart Terrain summits: Profile line is drawn from 1 rows [164].</w:t>
      </w:r>
    </w:p>
    <w:p>
      <w:pPr>
        <w:pStyle w:val="ListBullet"/>
      </w:pPr>
      <w:r>
        <w:rPr>
          <w:b/>
        </w:rPr>
        <w:t xml:space="preserve">Evidenced: </w:t>
      </w:r>
      <w:r>
        <w:t>The chart Terrain: Best buildability areas is drawn from 8 rows [165].</w:t>
      </w:r>
    </w:p>
    <w:p>
      <w:pPr>
        <w:pStyle w:val="ListBullet"/>
      </w:pPr>
      <w:r>
        <w:rPr>
          <w:b/>
        </w:rPr>
        <w:t xml:space="preserve">Evidenced: </w:t>
      </w:r>
      <w:r>
        <w:t>The chart Terrain: Best mineability areas is drawn from 5 rows [166].</w:t>
      </w:r>
    </w:p>
    <w:p>
      <w:pPr>
        <w:pStyle w:val="ListBullet"/>
      </w:pPr>
      <w:r>
        <w:rPr>
          <w:b/>
        </w:rPr>
        <w:t xml:space="preserve">Evidenced: </w:t>
      </w:r>
      <w:r>
        <w:t>The chart Terrain: Landing zone candidates is drawn from 5 rows [167].</w:t>
      </w:r>
    </w:p>
    <w:p>
      <w:pPr>
        <w:pStyle w:val="ListBullet"/>
      </w:pPr>
      <w:r>
        <w:rPr>
          <w:b/>
        </w:rPr>
        <w:t xml:space="preserve">Evidenced: </w:t>
      </w:r>
      <w:r>
        <w:t>The chart Terrain: Landing points is drawn from 1 rows [168].</w:t>
      </w:r>
    </w:p>
    <w:p>
      <w:pPr>
        <w:pStyle w:val="ListBullet"/>
      </w:pPr>
      <w:r>
        <w:rPr>
          <w:b/>
        </w:rPr>
        <w:t xml:space="preserve">Evidenced: </w:t>
      </w:r>
      <w:r>
        <w:t>The chart Terrain: Visible area is drawn from 1 rows [169].</w:t>
      </w:r>
    </w:p>
    <w:p>
      <w:pPr>
        <w:pStyle w:val="ListBullet"/>
      </w:pPr>
      <w:r>
        <w:rPr>
          <w:b/>
        </w:rPr>
        <w:t xml:space="preserve">Evidenced: </w:t>
      </w:r>
      <w:r>
        <w:t>The chart Terrain: Observers is drawn from 5 rows [170].</w:t>
      </w:r>
    </w:p>
    <w:p>
      <w:pPr>
        <w:pStyle w:val="ListBullet"/>
      </w:pPr>
      <w:r>
        <w:rPr>
          <w:b/>
        </w:rPr>
        <w:t xml:space="preserve">Evidenced: </w:t>
      </w:r>
      <w:r>
        <w:t>The chart Terrain: Dominant heights is drawn from 5 rows [171].</w:t>
      </w:r>
    </w:p>
    <w:p>
      <w:pPr>
        <w:pStyle w:val="ListBullet"/>
      </w:pPr>
      <w:r>
        <w:rPr>
          <w:b/>
        </w:rPr>
        <w:t xml:space="preserve">Evidenced: </w:t>
      </w:r>
      <w:r>
        <w:t>The 72.1 km2 area spans 1,475 to 2,759 m (1,284 m of relief; median 1,969 m) at 30 m. Slopes average 13.2 degrees; 18.8% of the ground is steeper than 15 degrees and 3.7% steeper than 30 [20][23][178].</w:t>
      </w:r>
    </w:p>
    <w:p>
      <w:pPr>
        <w:pStyle w:val="ListBullet"/>
      </w:pPr>
      <w:r>
        <w:rPr>
          <w:b/>
        </w:rPr>
        <w:t xml:space="preserve">Evidenced: </w:t>
      </w:r>
      <w:r>
        <w:t>The highest summit (DH-1) rises to 2,759 m, 192 m above the ground within 750 m; the next summits reach 2,702 m, 2,330 m, 2,271 m [20][22][178].</w:t>
      </w:r>
    </w:p>
    <w:p>
      <w:pPr>
        <w:pStyle w:val="ListBullet"/>
      </w:pPr>
      <w:r>
        <w:rPr>
          <w:b/>
        </w:rPr>
        <w:t xml:space="preserve">Inferred: </w:t>
      </w:r>
      <w:r>
        <w:t>KT-1 is a key terrain candidate: highest ground within 1.0 km (2271 m); 189 m above the lowest ground around it; observes 21% of the ground within 4.5 km (3.81 km2); overlooks mobility corridor MC-1 [64][90][178]. A candidate, not a decision [64][90][178].</w:t>
      </w:r>
    </w:p>
    <w:p>
      <w:pPr>
        <w:pStyle w:val="ListBullet"/>
      </w:pPr>
      <w:r>
        <w:rPr>
          <w:b/>
        </w:rPr>
        <w:t xml:space="preserve">Inferred: </w:t>
      </w:r>
      <w:r>
        <w:t>KT-2 is a key terrain candidate: highest ground within 1.0 km (2759 m); 270 m above the lowest ground around it; observes 13% of the ground within 4.5 km (2.01 km2); overlooks mobility corridor MC-2 [64][90][178]. A candidate, not a decision [64][90][178].</w:t>
      </w:r>
    </w:p>
    <w:p>
      <w:pPr>
        <w:pStyle w:val="ListBullet"/>
      </w:pPr>
      <w:r>
        <w:rPr>
          <w:b/>
        </w:rPr>
        <w:t xml:space="preserve">Inferred: </w:t>
      </w:r>
      <w:r>
        <w:t>The widest mobility corridor (MC-1) is about 3.2 km wide and 8.4 km long on a 4 degree axis; 2 corridor(s) in all [20][65][178].</w:t>
      </w:r>
    </w:p>
    <w:p>
      <w:pPr>
        <w:pStyle w:val="ListBullet"/>
      </w:pPr>
      <w:r>
        <w:rPr>
          <w:b/>
        </w:rPr>
        <w:t xml:space="preserve">Inferred: </w:t>
      </w:r>
      <w:r>
        <w:t>AA-1: cheapest way through the area from the N edge to the S edge: 8.2 km, about 103 min, 0% restricted going (no objective given) [20][62][178].</w:t>
      </w:r>
    </w:p>
    <w:p>
      <w:pPr>
        <w:pStyle w:val="ListBullet"/>
      </w:pPr>
      <w:r>
        <w:rPr>
          <w:b/>
        </w:rPr>
        <w:t xml:space="preserve">Inferred: </w:t>
      </w:r>
      <w:r>
        <w:t>AA-2: cheapest way through the area from the SE edge to the NW edge: 10.0 km, about 201 min, 5% restricted going (no objective given) [20][62][178].</w:t>
      </w:r>
    </w:p>
    <w:p>
      <w:pPr>
        <w:pStyle w:val="ListBullet"/>
      </w:pPr>
      <w:r>
        <w:rPr>
          <w:b/>
        </w:rPr>
        <w:t xml:space="preserve">Inferred: </w:t>
      </w:r>
      <w:r>
        <w:t>CP-1: MC-2 narrows to 180 m, at most 70% of its median width (300 m) [20][63][178].</w:t>
      </w:r>
    </w:p>
    <w:p>
      <w:pPr>
        <w:pStyle w:val="ListBullet"/>
      </w:pPr>
      <w:r>
        <w:rPr>
          <w:b/>
        </w:rPr>
        <w:t xml:space="preserve">Inferred: </w:t>
      </w:r>
      <w:r>
        <w:t>CP-2: MC-1 narrows to 300 m, at most 70% of its median width (3.2 km) [20][63][178].</w:t>
      </w:r>
    </w:p>
    <w:p>
      <w:pPr>
        <w:pStyle w:val="ListBullet"/>
      </w:pPr>
      <w:r>
        <w:rPr>
          <w:b/>
        </w:rPr>
        <w:t xml:space="preserve">Inferred: </w:t>
      </w:r>
      <w:r>
        <w:t>CP-3: MC-1 narrows to 513 m, at most 70% of its median width (3.2 km) [20][63][178].</w:t>
      </w:r>
    </w:p>
    <w:p>
      <w:pPr>
        <w:pStyle w:val="ListBullet"/>
      </w:pPr>
      <w:r>
        <w:rPr>
          <w:b/>
        </w:rPr>
        <w:t xml:space="preserve">Inferred: </w:t>
      </w:r>
      <w:r>
        <w:t>1.72 km2 (2.4% of the area) lies within 3 m of the height of the nearest stream, the ground that floods first when the streams rise; a terrain screen, not a flood model [20][79][178].</w:t>
      </w:r>
    </w:p>
    <w:p>
      <w:pPr>
        <w:pStyle w:val="ListBullet"/>
      </w:pPr>
      <w:r>
        <w:rPr>
          <w:b/>
        </w:rPr>
        <w:t xml:space="preserve">Evidenced: </w:t>
      </w:r>
      <w:r>
        <w:t>Most ground faces west (49.0%); 0.3% is flat (under 1 degree) [20][23][178].</w:t>
      </w:r>
    </w:p>
    <w:p>
      <w:pPr>
        <w:pStyle w:val="ListBullet"/>
      </w:pPr>
      <w:r>
        <w:rPr>
          <w:b/>
        </w:rPr>
        <w:t xml:space="preserve">Evidenced: </w:t>
      </w:r>
      <w:r>
        <w:t>From the dominant heights (1.7 m eye height) 37.1% of the ground within 4.5 km is visible (24.13 km2) [20][27][61][90][178].</w:t>
      </w:r>
    </w:p>
    <w:p>
      <w:pPr>
        <w:pStyle w:val="ListBullet"/>
      </w:pPr>
      <w:r>
        <w:rPr>
          <w:b/>
        </w:rPr>
        <w:t xml:space="preserve">Evidenced: </w:t>
      </w:r>
      <w:r>
        <w:t>From OP-1, OP-2, OP-3, OP-4, OP-5, OP-6, OP-7, OP-8, OP-9, OP-10, OP-11, OP-12, OP-13, OP-14 (1.7 m eye height) 69.3% of the ground within 4.5 km is visible (49.94 km2) [20][27][61][90][178].</w:t>
      </w:r>
    </w:p>
    <w:p>
      <w:pPr>
        <w:pStyle w:val="ListBullet"/>
      </w:pPr>
      <w:r>
        <w:rPr>
          <w:b/>
        </w:rPr>
        <w:t xml:space="preserve">Evidenced: </w:t>
      </w:r>
      <w:r>
        <w:t>From observation point KT-1 (1.7 m eye height) 21.1% of the ground within 4.5 km is visible (3.81 km2) [20][27][61][90][178].</w:t>
      </w:r>
    </w:p>
    <w:p>
      <w:pPr>
        <w:pStyle w:val="ListBullet"/>
      </w:pPr>
      <w:r>
        <w:rPr>
          <w:b/>
        </w:rPr>
        <w:t xml:space="preserve">Evidenced: </w:t>
      </w:r>
      <w:r>
        <w:t>From observation point KT-2 (1.7 m eye height) 12.5% of the ground within 4.5 km is visible (2.01 km2) [20][27][61][90][178].</w:t>
      </w:r>
    </w:p>
    <w:p>
      <w:pPr>
        <w:pStyle w:val="ListBullet"/>
      </w:pPr>
      <w:r>
        <w:rPr>
          <w:b/>
        </w:rPr>
        <w:t xml:space="preserve">Inferred: </w:t>
      </w:r>
      <w:r>
        <w:t>LZ-1 (score 0.75): a 29.9 m medium helicopter landing point fits: clear ground about 300 m across or more at 30 m cells; slope up to 2.3 degrees (limit 7); unobserved, 531 m from observed ground [29][178]. Map study: confirm on the ground [29][178].</w:t>
      </w:r>
    </w:p>
    <w:p>
      <w:pPr>
        <w:pStyle w:val="ListBullet"/>
      </w:pPr>
      <w:r>
        <w:rPr>
          <w:b/>
        </w:rPr>
        <w:t xml:space="preserve">Inferred: </w:t>
      </w:r>
      <w:r>
        <w:t>LZ-2 (score 0.44): a 29.9 m medium helicopter landing point fits: clear ground about 90 m across at 30 m cells; slope up to 3.4 degrees (limit 7); unobserved, 540 m from observed ground [29][178]. Map study: confirm on the ground [29][178].</w:t>
      </w:r>
    </w:p>
    <w:p>
      <w:pPr>
        <w:pStyle w:val="ListBullet"/>
      </w:pPr>
      <w:r>
        <w:rPr>
          <w:b/>
        </w:rPr>
        <w:t xml:space="preserve">Inferred: </w:t>
      </w:r>
      <w:r>
        <w:t>LZ-3 (score 0.43): a 29.9 m medium helicopter landing point fits: clear ground about 90 m across at 30 m cells; slope up to 4.3 degrees (limit 7); unobserved, 569 m from observed ground [29][178]. Map study: confirm on the ground [29][178].</w:t>
      </w:r>
    </w:p>
    <w:p>
      <w:pPr>
        <w:pStyle w:val="ListBullet"/>
      </w:pPr>
      <w:r>
        <w:rPr>
          <w:b/>
        </w:rPr>
        <w:t xml:space="preserve">Evidenced: </w:t>
      </w:r>
      <w:r>
        <w:t>The best dismounted route the longest axis is 8.91 km long, about 245 min, climbing 1280 m [20][50][51][52][53][178].</w:t>
      </w:r>
    </w:p>
    <w:p>
      <w:pPr>
        <w:pStyle w:val="ListBullet"/>
      </w:pPr>
      <w:r>
        <w:rPr>
          <w:b/>
        </w:rPr>
        <w:t xml:space="preserve">Evidenced: </w:t>
      </w:r>
      <w:r>
        <w:t>The best dismounted route the two highest summits is 3.84 km long, about 44 min, climbing 11 m [20][50][51][52][53][178].</w:t>
      </w:r>
    </w:p>
    <w:p>
      <w:pPr>
        <w:pStyle w:val="ListBullet"/>
      </w:pPr>
      <w:r>
        <w:rPr>
          <w:b/>
        </w:rPr>
        <w:t xml:space="preserve">Evidenced: </w:t>
      </w:r>
      <w:r>
        <w:t>24 contour line(s) at 100 m over 13 level(s) [20][100][178].</w:t>
      </w:r>
    </w:p>
    <w:p>
      <w:pPr>
        <w:pStyle w:val="ListBullet"/>
      </w:pPr>
      <w:r>
        <w:rPr>
          <w:b/>
        </w:rPr>
        <w:t xml:space="preserve">Evidenced: </w:t>
      </w:r>
      <w:r>
        <w:t>Slope over 72.09 km2: mean 13.16 degrees, max 38.63 degrees; 92% of the ground is steeper than 15% [20][99][178].</w:t>
      </w:r>
    </w:p>
    <w:p>
      <w:pPr>
        <w:pStyle w:val="ListBullet"/>
      </w:pPr>
      <w:r>
        <w:rPr>
          <w:b/>
        </w:rPr>
        <w:t xml:space="preserve">Evidenced: </w:t>
      </w:r>
      <w:r>
        <w:t>Aspect: most ground faces W (49%); 0% is flat (slope under 1 degrees) [20][98][178].</w:t>
      </w:r>
    </w:p>
    <w:p>
      <w:pPr>
        <w:pStyle w:val="ListBullet"/>
      </w:pPr>
      <w:r>
        <w:rPr>
          <w:b/>
        </w:rPr>
        <w:t xml:space="preserve">Evidenced: </w:t>
      </w:r>
      <w:r>
        <w:t>Hillshade lit from 315 degrees at 45 degrees altitude (multidirectional) [20][97][178].</w:t>
      </w:r>
    </w:p>
    <w:p>
      <w:pPr>
        <w:pStyle w:val="ListBullet"/>
      </w:pPr>
      <w:r>
        <w:rPr>
          <w:b/>
        </w:rPr>
        <w:t xml:space="preserve">Evidenced: </w:t>
      </w:r>
      <w:r>
        <w:t>Total curvature (1/100 m): mean -0.005, range -1.2011 to 0.3811 [20][96][178].</w:t>
      </w:r>
    </w:p>
    <w:p>
      <w:pPr>
        <w:pStyle w:val="ListBullet"/>
      </w:pPr>
      <w:r>
        <w:rPr>
          <w:b/>
        </w:rPr>
        <w:t xml:space="preserve">Evidenced: </w:t>
      </w:r>
      <w:r>
        <w:t>Terrain suite over 72.09 km2 at 30 m: elevation 1475.15 to 2759.29 m; 2 raster(s) and 0 vector layer(s) [20][94][95][178].</w:t>
      </w:r>
    </w:p>
    <w:p>
      <w:pPr>
        <w:pStyle w:val="ListBullet"/>
      </w:pPr>
      <w:r>
        <w:rPr>
          <w:b/>
        </w:rPr>
        <w:t xml:space="preserve">Evidenced: </w:t>
      </w:r>
      <w:r>
        <w:t>Landforms (geomorphons): slope 92%, valley 2%, ridge 2% (search 300 m, flat below 1 degrees) [20][93][178].</w:t>
      </w:r>
    </w:p>
    <w:p>
      <w:pPr>
        <w:pStyle w:val="ListBullet"/>
      </w:pPr>
      <w:r>
        <w:rPr>
          <w:b/>
        </w:rPr>
        <w:t xml:space="preserve">Evidenced: </w:t>
      </w:r>
      <w:r>
        <w:t>5 ravine line(s) and 36 ridge line(s); ravines drain at least 0.721 km2 [20][91][92][178].</w:t>
      </w:r>
    </w:p>
    <w:p>
      <w:pPr>
        <w:pStyle w:val="ListBullet"/>
      </w:pPr>
      <w:r>
        <w:rPr>
          <w:b/>
        </w:rPr>
        <w:t xml:space="preserve">Evidenced: </w:t>
      </w:r>
      <w:r>
        <w:t>2 observation point(s), 9 open flat area(s), 5 masked area(s) [20][88][89][90][178].</w:t>
      </w:r>
    </w:p>
    <w:p>
      <w:pPr>
        <w:pStyle w:val="ListBullet"/>
      </w:pPr>
      <w:r>
        <w:rPr>
          <w:b/>
        </w:rPr>
        <w:t xml:space="preserve">Evidenced: </w:t>
      </w:r>
      <w:r>
        <w:t>Flow accumulation (pure): the largest catchment drains 43.241 km2 through one cell; 9 stream link(s), Strahler order up to 2 [20][85][86][87][178].</w:t>
      </w:r>
    </w:p>
    <w:p>
      <w:pPr>
        <w:pStyle w:val="ListBullet"/>
      </w:pPr>
      <w:r>
        <w:rPr>
          <w:b/>
        </w:rPr>
        <w:t xml:space="preserve">Evidenced: </w:t>
      </w:r>
      <w:r>
        <w:t>Pour points: found 3 candidate outlets draining at least 0.721 km2 [20][84][178].</w:t>
      </w:r>
    </w:p>
    <w:p>
      <w:pPr>
        <w:pStyle w:val="ListBullet"/>
      </w:pPr>
      <w:r>
        <w:rPr>
          <w:b/>
        </w:rPr>
        <w:t xml:space="preserve">Evidenced: </w:t>
      </w:r>
      <w:r>
        <w:t>Watersheds of the 3 largest outlet basin(s): 72.090 km2 in total; the largest drains 43.241 km2 [20][81][82][83][178].</w:t>
      </w:r>
    </w:p>
    <w:p>
      <w:pPr>
        <w:pStyle w:val="ListBullet"/>
      </w:pPr>
      <w:r>
        <w:rPr>
          <w:b/>
        </w:rPr>
        <w:t xml:space="preserve">Evidenced: </w:t>
      </w:r>
      <w:r>
        <w:t>Flood-prone ground (HAND up to 3 m above streams that drain 0.72 km2 or more): 1.715 km2, 2.4% of the area; 9 stream link(s) [20][77][78][79][80][178].</w:t>
      </w:r>
    </w:p>
    <w:p>
      <w:pPr>
        <w:pStyle w:val="ListBullet"/>
      </w:pPr>
      <w:r>
        <w:rPr>
          <w:b/>
        </w:rPr>
        <w:t xml:space="preserve">Inferred: </w:t>
      </w:r>
      <w:r>
        <w:t>Dismounted going: 90% unrestricted, 7% restricted, 3% severely restricted; 1 obstacle region(s) [20][74][75][76][178].</w:t>
      </w:r>
    </w:p>
    <w:p>
      <w:pPr>
        <w:pStyle w:val="ListBullet"/>
      </w:pPr>
      <w:r>
        <w:rPr>
          <w:b/>
        </w:rPr>
        <w:t xml:space="preserve">Inferred: </w:t>
      </w:r>
      <w:r>
        <w:t>Wheeled going: 8% unrestricted, 81% restricted, 10% severely restricted; 10 obstacle region(s) [20][71][72][73][178].</w:t>
      </w:r>
    </w:p>
    <w:p>
      <w:pPr>
        <w:pStyle w:val="ListBullet"/>
      </w:pPr>
      <w:r>
        <w:rPr>
          <w:b/>
        </w:rPr>
        <w:t xml:space="preserve">Inferred: </w:t>
      </w:r>
      <w:r>
        <w:t>Tracked going: 90% unrestricted, 7% restricted, 3% severely restricted; 1 obstacle region(s) [20][68][69][70][178].</w:t>
      </w:r>
    </w:p>
    <w:p>
      <w:pPr>
        <w:pStyle w:val="ListBullet"/>
      </w:pPr>
      <w:r>
        <w:rPr>
          <w:b/>
        </w:rPr>
        <w:t xml:space="preserve">Inferred: </w:t>
      </w:r>
      <w:r>
        <w:t>MCOO (dismounted): 1 obstacle(s), 2 corridor(s), 2 key terrain candidate(s), 3 avenue(s) [20][62][63][64][65][66][67][178].</w:t>
      </w:r>
    </w:p>
    <w:p>
      <w:pPr>
        <w:pStyle w:val="ListBullet"/>
      </w:pPr>
      <w:r>
        <w:rPr>
          <w:b/>
        </w:rPr>
        <w:t xml:space="preserve">Evidenced: </w:t>
      </w:r>
      <w:r>
        <w:t>Visible from 5 observer(s): 37.1% of the ground within 4500 m (24.134 km2); k = 0.13 [20][58][59][60][61][178].</w:t>
      </w:r>
    </w:p>
    <w:p>
      <w:pPr>
        <w:pStyle w:val="ListBullet"/>
      </w:pPr>
      <w:r>
        <w:rPr>
          <w:b/>
        </w:rPr>
        <w:t xml:space="preserve">Evidenced: </w:t>
      </w:r>
      <w:r>
        <w:t>Target unknown over 3840 m: an endpoint lies on missing ground or outside the area [20][57][178].</w:t>
      </w:r>
    </w:p>
    <w:p>
      <w:pPr>
        <w:pStyle w:val="ListBullet"/>
      </w:pPr>
      <w:r>
        <w:rPr>
          <w:b/>
        </w:rPr>
        <w:t xml:space="preserve">Evidenced: </w:t>
      </w:r>
      <w:r>
        <w:t>Target visible over 2694 m: clear: the lowest clearance is 2.9 m at 15 m from A [20][55][56][178].</w:t>
      </w:r>
    </w:p>
    <w:p>
      <w:pPr>
        <w:pStyle w:val="ListBullet"/>
      </w:pPr>
      <w:r>
        <w:rPr>
          <w:b/>
        </w:rPr>
        <w:t xml:space="preserve">Evidenced: </w:t>
      </w:r>
      <w:r>
        <w:t>Target unknown over 3915 m: an endpoint lies on missing ground or outside the area [20][54][178].</w:t>
      </w:r>
    </w:p>
    <w:p>
      <w:pPr>
        <w:pStyle w:val="ListBullet"/>
      </w:pPr>
      <w:r>
        <w:rPr>
          <w:b/>
        </w:rPr>
        <w:t xml:space="preserve">Inferred: </w:t>
      </w:r>
      <w:r>
        <w:t>Best dismounted route: 8.91 km in about 245 min (ascent 1280 m, 4% restricted); 0 alternate(s) [20][53][178].</w:t>
      </w:r>
    </w:p>
    <w:p>
      <w:pPr>
        <w:pStyle w:val="ListBullet"/>
      </w:pPr>
      <w:r>
        <w:rPr>
          <w:b/>
        </w:rPr>
        <w:t xml:space="preserve">Inferred: </w:t>
      </w:r>
      <w:r>
        <w:t>Best dismounted route: 3.84 km in about 44 min (ascent 11 m, 0% restricted); 0 alternate(s) [20][52][178].</w:t>
      </w:r>
    </w:p>
    <w:p>
      <w:pPr>
        <w:pStyle w:val="ListBullet"/>
      </w:pPr>
      <w:r>
        <w:rPr>
          <w:b/>
        </w:rPr>
        <w:t xml:space="preserve">Evidenced: </w:t>
      </w:r>
      <w:r>
        <w:t>Profile of 8910 m: 1485.4 to 2689.19 m, gain 1280 m, loss 796 m, steepest grade 77.5% [20][51][178].</w:t>
      </w:r>
    </w:p>
    <w:p>
      <w:pPr>
        <w:pStyle w:val="ListBullet"/>
      </w:pPr>
      <w:r>
        <w:rPr>
          <w:b/>
        </w:rPr>
        <w:t xml:space="preserve">Evidenced: </w:t>
      </w:r>
      <w:r>
        <w:t>Profile of 3840 m: 2755.69 to 2759.29 m, gain 0 m, loss 4 m, steepest grade 1.4% [20][50][178].</w:t>
      </w:r>
    </w:p>
    <w:p>
      <w:pPr>
        <w:pStyle w:val="ListBullet"/>
      </w:pPr>
      <w:r>
        <w:rPr>
          <w:b/>
        </w:rPr>
        <w:t xml:space="preserve">Inferred: </w:t>
      </w:r>
      <w:r>
        <w:t>Clear-sky insolation over 365 day(s): mean 6.607 kWh/m2/day (range 5.552 to 6.892); most energy on unsuitable ground [20][47][48][49][178].</w:t>
      </w:r>
    </w:p>
    <w:p>
      <w:pPr>
        <w:pStyle w:val="ListBullet"/>
      </w:pPr>
      <w:r>
        <w:rPr>
          <w:b/>
        </w:rPr>
        <w:t xml:space="preserve">Inferred: </w:t>
      </w:r>
      <w:r>
        <w:t>Infinite-slope factor of safety: 2.1% unstable (FS &lt; 1), 3.4% marginal; lowest FS 0.91 [20][45][46][178].</w:t>
      </w:r>
    </w:p>
    <w:p>
      <w:pPr>
        <w:pStyle w:val="ListBullet"/>
      </w:pPr>
      <w:r>
        <w:rPr>
          <w:b/>
        </w:rPr>
        <w:t xml:space="preserve">Inferred: </w:t>
      </w:r>
      <w:r>
        <w:t>Landslide susceptibility (terrain index): 1.6% high or very high; weights {'slope': 0.5, 'wetness': 0.25, 'concavity': 0.15, 'relief': 0.1} [20][43][44][178].</w:t>
      </w:r>
    </w:p>
    <w:p>
      <w:pPr>
        <w:pStyle w:val="ListBullet"/>
      </w:pPr>
      <w:r>
        <w:rPr>
          <w:b/>
        </w:rPr>
        <w:t xml:space="preserve">Inferred: </w:t>
      </w:r>
      <w:r>
        <w:t>Erosion (RUSLE form): mean soil loss 39.45 t/ha/yr; 96.8% of the ground is high or very high [20][40][41][42][178].</w:t>
      </w:r>
    </w:p>
    <w:p>
      <w:pPr>
        <w:pStyle w:val="ListBullet"/>
      </w:pPr>
      <w:r>
        <w:rPr>
          <w:b/>
        </w:rPr>
        <w:t xml:space="preserve">Inferred: </w:t>
      </w:r>
      <w:r>
        <w:t>Buildability: 1.4% optimal, 2.8% suitable; mean score 5/100; 91.7% excluded by constraints [20][37][38][39][178].</w:t>
      </w:r>
    </w:p>
    <w:p>
      <w:pPr>
        <w:pStyle w:val="ListBullet"/>
      </w:pPr>
      <w:r>
        <w:rPr>
          <w:b/>
        </w:rPr>
        <w:t xml:space="preserve">Inferred: </w:t>
      </w:r>
      <w:r>
        <w:t>Site suitability: 0.0% excellent, 0.0% good; mean score 38/100; 3.7% excluded by constraints [20][35][36][178].</w:t>
      </w:r>
    </w:p>
    <w:p>
      <w:pPr>
        <w:pStyle w:val="ListBullet"/>
      </w:pPr>
      <w:r>
        <w:rPr>
          <w:b/>
        </w:rPr>
        <w:t xml:space="preserve">Inferred: </w:t>
      </w:r>
      <w:r>
        <w:t>Mineability: 7.4% optimal, 46.4% suitable; mean score 74/100; 0.0% excluded by constraints [20][32][33][34][178].</w:t>
      </w:r>
    </w:p>
    <w:p>
      <w:pPr>
        <w:pStyle w:val="ListBullet"/>
      </w:pPr>
      <w:r>
        <w:rPr>
          <w:b/>
        </w:rPr>
        <w:t xml:space="preserve">Inferred: </w:t>
      </w:r>
      <w:r>
        <w:t>Landing zones for a 29.9 m medium helicopter landing point (slope up to 7 degrees): 6 candidate(s); 3.2% of the ground fits the landing point [20][28][29][30][31][178].</w:t>
      </w:r>
    </w:p>
    <w:p>
      <w:pPr>
        <w:pStyle w:val="ListBullet"/>
      </w:pPr>
      <w:r>
        <w:rPr>
          <w:b/>
        </w:rPr>
        <w:t xml:space="preserve">Evidenced: </w:t>
      </w:r>
      <w:r>
        <w:t>Visible from 14 observer(s): 69.3% of the ground within 4500 m (49.940 km2); k = 0.13 [20][24][25][26][27][178].</w:t>
      </w:r>
    </w:p>
    <w:p>
      <w:r>
        <w:rPr>
          <w:i/>
          <w:color w:val="525252"/>
          <w:sz w:val="17"/>
        </w:rPr>
        <w:t>Tool tr_terrain_analysis; parameters {"dem": {"dataset": "f309cad9-7065-421d-b65f-542f4ad825d1"}, "area": [-75.6219210590975, 6.207884234863717, -75.5404851734973, 6.280430663194416], "project": "bceeca13-52a5-4344-bf84-77a2f9f8e186", "purpose": "everything", "observers": [[-75.587681, 6.218869], [-75.583629, 6.233346], [-75.586086, 6.247817], [-75.582036, 6.264466], [-75.58937, 6.274589], [-75.597451, 6.226094], [-75.601548, 6.25141</w:t>
      </w:r>
    </w:p>
    <w:p>
      <w:pPr>
        <w:pStyle w:val="Heading1"/>
      </w:pPr>
      <w:r>
        <w:t>Zonal statistics</w:t>
      </w:r>
    </w:p>
    <w:p>
      <w:r>
        <w:rPr>
          <w:b/>
        </w:rPr>
        <w:t xml:space="preserve">What this analysis is. </w:t>
      </w:r>
      <w:r>
        <w:rPr>
          <w:i w:val="0"/>
        </w:rPr>
        <w:t>Zonal statistics: count/min/max/mean/std/sum/median/majority per polygon as a table and as GeoJSON [172]. In ArcGIS it is Zonal Statistics as Table (polygons) [172].</w:t>
      </w:r>
    </w:p>
    <w:p>
      <w:r>
        <w:rPr>
          <w:b/>
        </w:rPr>
        <w:t xml:space="preserve">Why it was run on this data. </w:t>
      </w:r>
      <w:r>
        <w:rPr>
          <w:i w:val="0"/>
        </w:rPr>
        <w:t>Statistics of Valley terrain model (DEM) inside each feature of Neighborhoods [173].</w:t>
      </w:r>
    </w:p>
    <w:p>
      <w:r>
        <w:rPr>
          <w:b/>
        </w:rPr>
        <w:t xml:space="preserve">What it found. </w:t>
      </w:r>
      <w:r>
        <w:rPr>
          <w:i w:val="0"/>
        </w:rPr>
        <w:t>The analysis involves Zonal statistics using the rs_zonal_statistics tool [174]. The tool summary reports processing 16 row(s) [174]. Additionally, the process analyzed 16 zones [174].</w:t>
      </w:r>
    </w:p>
    <w:p>
      <w:r>
        <w:rPr>
          <w:b/>
        </w:rPr>
        <w:t>Findings</w:t>
      </w:r>
    </w:p>
    <w:p>
      <w:pPr>
        <w:pStyle w:val="ListBullet"/>
      </w:pPr>
      <w:r>
        <w:rPr>
          <w:b/>
        </w:rPr>
        <w:t xml:space="preserve">Evidenced: </w:t>
      </w:r>
      <w:r>
        <w:t>Zonal statistics: Zonal statistics: 16 row(s) [174].</w:t>
      </w:r>
    </w:p>
    <w:p>
      <w:pPr>
        <w:pStyle w:val="ListBullet"/>
      </w:pPr>
      <w:r>
        <w:rPr>
          <w:b/>
        </w:rPr>
        <w:t xml:space="preserve">Evidenced: </w:t>
      </w:r>
      <w:r>
        <w:t>zones 16 [174].</w:t>
      </w:r>
    </w:p>
    <w:p>
      <w:r>
        <w:rPr>
          <w:i/>
          <w:color w:val="525252"/>
          <w:sz w:val="17"/>
        </w:rPr>
        <w:t>Tool rs_zonal_statistics; parameters {"stats": ["mean", "min", "max", "std"], "zones": "Neighborhoods (efbe8937)", "raster_id": "Valley terrain model (DEM) (51a68176)"}</w:t>
      </w:r>
    </w:p>
    <w:p>
      <w:pPr>
        <w:pStyle w:val="Heading1"/>
      </w:pPr>
      <w:r>
        <w:t>Slope</w:t>
      </w:r>
    </w:p>
    <w:p>
      <w:r>
        <w:rPr>
          <w:b/>
        </w:rPr>
        <w:t xml:space="preserve">What this analysis is. </w:t>
      </w:r>
      <w:r>
        <w:rPr>
          <w:i w:val="0"/>
        </w:rPr>
        <w:t>Slope: Horn slope in degrees or percent, with the share of ground in six grade classes [175]. In ArcGIS it is Slope (Spatial Analyst); in QGIS, Slope (GDAL DEM) [175].</w:t>
      </w:r>
    </w:p>
    <w:p>
      <w:r>
        <w:rPr>
          <w:b/>
        </w:rPr>
        <w:t xml:space="preserve">Why it was run on this data. </w:t>
      </w:r>
      <w:r>
        <w:rPr>
          <w:i w:val="0"/>
        </w:rPr>
        <w:t>Slope of the Valley terrain model (DEM) surface [176].</w:t>
      </w:r>
    </w:p>
    <w:p>
      <w:r>
        <w:rPr>
          <w:b/>
        </w:rPr>
        <w:t xml:space="preserve">What it found. </w:t>
      </w:r>
      <w:r>
        <w:rPr>
          <w:i w:val="0"/>
        </w:rPr>
        <w:t>Slope on Valley terrain model (DEM) produced Slope (degrees) (0 features) [177][178][179]. It reported dem, cols 300; dem, rows 267; dem, cell m 30; dem, native m 30; dem, relief m 1,284; dem, elev max m 2,759 [177].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dem, cols</w:t>
            </w:r>
          </w:p>
        </w:tc>
        <w:tc>
          <w:tcPr>
            <w:tcW w:type="dxa" w:w="4320"/>
          </w:tcPr>
          <w:p>
            <w:r>
              <w:t>300</w:t>
            </w:r>
          </w:p>
        </w:tc>
      </w:tr>
      <w:tr>
        <w:tc>
          <w:tcPr>
            <w:tcW w:type="dxa" w:w="4320"/>
          </w:tcPr>
          <w:p>
            <w:r>
              <w:t>dem, rows</w:t>
            </w:r>
          </w:p>
        </w:tc>
        <w:tc>
          <w:tcPr>
            <w:tcW w:type="dxa" w:w="4320"/>
          </w:tcPr>
          <w:p>
            <w:r>
              <w:t>267</w:t>
            </w:r>
          </w:p>
        </w:tc>
      </w:tr>
      <w:tr>
        <w:tc>
          <w:tcPr>
            <w:tcW w:type="dxa" w:w="4320"/>
          </w:tcPr>
          <w:p>
            <w:r>
              <w:t>dem, cell m</w:t>
            </w:r>
          </w:p>
        </w:tc>
        <w:tc>
          <w:tcPr>
            <w:tcW w:type="dxa" w:w="4320"/>
          </w:tcPr>
          <w:p>
            <w:r>
              <w:t>30</w:t>
            </w:r>
          </w:p>
        </w:tc>
      </w:tr>
      <w:tr>
        <w:tc>
          <w:tcPr>
            <w:tcW w:type="dxa" w:w="4320"/>
          </w:tcPr>
          <w:p>
            <w:r>
              <w:t>dem, native m</w:t>
            </w:r>
          </w:p>
        </w:tc>
        <w:tc>
          <w:tcPr>
            <w:tcW w:type="dxa" w:w="4320"/>
          </w:tcPr>
          <w:p>
            <w:r>
              <w:t>30</w:t>
            </w:r>
          </w:p>
        </w:tc>
      </w:tr>
      <w:tr>
        <w:tc>
          <w:tcPr>
            <w:tcW w:type="dxa" w:w="4320"/>
          </w:tcPr>
          <w:p>
            <w:r>
              <w:t>dem, relief m</w:t>
            </w:r>
          </w:p>
        </w:tc>
        <w:tc>
          <w:tcPr>
            <w:tcW w:type="dxa" w:w="4320"/>
          </w:tcPr>
          <w:p>
            <w:r>
              <w:t>1,284</w:t>
            </w:r>
          </w:p>
        </w:tc>
      </w:tr>
      <w:tr>
        <w:tc>
          <w:tcPr>
            <w:tcW w:type="dxa" w:w="4320"/>
          </w:tcPr>
          <w:p>
            <w:r>
              <w:t>dem, elev max m</w:t>
            </w:r>
          </w:p>
        </w:tc>
        <w:tc>
          <w:tcPr>
            <w:tcW w:type="dxa" w:w="4320"/>
          </w:tcPr>
          <w:p>
            <w:r>
              <w:t>2,759</w:t>
            </w:r>
          </w:p>
        </w:tc>
      </w:tr>
      <w:tr>
        <w:tc>
          <w:tcPr>
            <w:tcW w:type="dxa" w:w="4320"/>
          </w:tcPr>
          <w:p>
            <w:r>
              <w:t>dem, elev min m</w:t>
            </w:r>
          </w:p>
        </w:tc>
        <w:tc>
          <w:tcPr>
            <w:tcW w:type="dxa" w:w="4320"/>
          </w:tcPr>
          <w:p>
            <w:r>
              <w:t>1,475</w:t>
            </w:r>
          </w:p>
        </w:tc>
      </w:tr>
      <w:tr>
        <w:tc>
          <w:tcPr>
            <w:tcW w:type="dxa" w:w="4320"/>
          </w:tcPr>
          <w:p>
            <w:r>
              <w:t>dem, elev mean m</w:t>
            </w:r>
          </w:p>
        </w:tc>
        <w:tc>
          <w:tcPr>
            <w:tcW w:type="dxa" w:w="4320"/>
          </w:tcPr>
          <w:p>
            <w:r>
              <w:t>1,991</w:t>
            </w:r>
          </w:p>
        </w:tc>
      </w:tr>
      <w:tr>
        <w:tc>
          <w:tcPr>
            <w:tcW w:type="dxa" w:w="4320"/>
          </w:tcPr>
          <w:p>
            <w:r>
              <w:t>dem, missing frac</w:t>
            </w:r>
          </w:p>
        </w:tc>
        <w:tc>
          <w:tcPr>
            <w:tcW w:type="dxa" w:w="4320"/>
          </w:tcPr>
          <w:p>
            <w:r>
              <w:t>0</w:t>
            </w:r>
          </w:p>
        </w:tc>
      </w:tr>
      <w:tr>
        <w:tc>
          <w:tcPr>
            <w:tcW w:type="dxa" w:w="4320"/>
          </w:tcPr>
          <w:p>
            <w:r>
              <w:t>grid, cols</w:t>
            </w:r>
          </w:p>
        </w:tc>
        <w:tc>
          <w:tcPr>
            <w:tcW w:type="dxa" w:w="4320"/>
          </w:tcPr>
          <w:p>
            <w:r>
              <w:t>300</w:t>
            </w:r>
          </w:p>
        </w:tc>
      </w:tr>
      <w:tr>
        <w:tc>
          <w:tcPr>
            <w:tcW w:type="dxa" w:w="4320"/>
          </w:tcPr>
          <w:p>
            <w:r>
              <w:t>grid, rows</w:t>
            </w:r>
          </w:p>
        </w:tc>
        <w:tc>
          <w:tcPr>
            <w:tcW w:type="dxa" w:w="4320"/>
          </w:tcPr>
          <w:p>
            <w:r>
              <w:t>267</w:t>
            </w:r>
          </w:p>
        </w:tc>
      </w:tr>
      <w:tr>
        <w:tc>
          <w:tcPr>
            <w:tcW w:type="dxa" w:w="4320"/>
          </w:tcPr>
          <w:p>
            <w:r>
              <w:t>grid, cell m</w:t>
            </w:r>
          </w:p>
        </w:tc>
        <w:tc>
          <w:tcPr>
            <w:tcW w:type="dxa" w:w="4320"/>
          </w:tcPr>
          <w:p>
            <w:r>
              <w:t>30</w:t>
            </w:r>
          </w:p>
        </w:tc>
      </w:tr>
      <w:tr>
        <w:tc>
          <w:tcPr>
            <w:tcW w:type="dxa" w:w="4320"/>
          </w:tcPr>
          <w:p>
            <w:r>
              <w:t>stats, max</w:t>
            </w:r>
          </w:p>
        </w:tc>
        <w:tc>
          <w:tcPr>
            <w:tcW w:type="dxa" w:w="4320"/>
          </w:tcPr>
          <w:p>
            <w:r>
              <w:t>38.63</w:t>
            </w:r>
          </w:p>
        </w:tc>
      </w:tr>
      <w:tr>
        <w:tc>
          <w:tcPr>
            <w:tcW w:type="dxa" w:w="4320"/>
          </w:tcPr>
          <w:p>
            <w:r>
              <w:t>stats, min</w:t>
            </w:r>
          </w:p>
        </w:tc>
        <w:tc>
          <w:tcPr>
            <w:tcW w:type="dxa" w:w="4320"/>
          </w:tcPr>
          <w:p>
            <w:r>
              <w:t>0.02</w:t>
            </w:r>
          </w:p>
        </w:tc>
      </w:tr>
      <w:tr>
        <w:tc>
          <w:tcPr>
            <w:tcW w:type="dxa" w:w="4320"/>
          </w:tcPr>
          <w:p>
            <w:r>
              <w:t>stats, mean</w:t>
            </w:r>
          </w:p>
        </w:tc>
        <w:tc>
          <w:tcPr>
            <w:tcW w:type="dxa" w:w="4320"/>
          </w:tcPr>
          <w:p>
            <w:r>
              <w:t>13.16</w:t>
            </w:r>
          </w:p>
        </w:tc>
      </w:tr>
      <w:tr>
        <w:tc>
          <w:tcPr>
            <w:tcW w:type="dxa" w:w="4320"/>
          </w:tcPr>
          <w:p>
            <w:r>
              <w:t>stats, median</w:t>
            </w:r>
          </w:p>
        </w:tc>
        <w:tc>
          <w:tcPr>
            <w:tcW w:type="dxa" w:w="4320"/>
          </w:tcPr>
          <w:p>
            <w:r>
              <w:t>12.37</w:t>
            </w:r>
          </w:p>
        </w:tc>
      </w:tr>
      <w:tr>
        <w:tc>
          <w:tcPr>
            <w:tcW w:type="dxa" w:w="4320"/>
          </w:tcPr>
          <w:p>
            <w:r>
              <w:t>stats, steeper than 15pct</w:t>
            </w:r>
          </w:p>
        </w:tc>
        <w:tc>
          <w:tcPr>
            <w:tcW w:type="dxa" w:w="4320"/>
          </w:tcPr>
          <w:p>
            <w:r>
              <w:t>91.71</w:t>
            </w:r>
          </w:p>
        </w:tc>
      </w:tr>
      <w:tr>
        <w:tc>
          <w:tcPr>
            <w:tcW w:type="dxa" w:w="4320"/>
          </w:tcPr>
          <w:p>
            <w:r>
              <w:t>tokens, usd</w:t>
            </w:r>
          </w:p>
        </w:tc>
        <w:tc>
          <w:tcPr>
            <w:tcW w:type="dxa" w:w="4320"/>
          </w:tcPr>
          <w:p>
            <w:r>
              <w:t>0.017</w:t>
            </w:r>
          </w:p>
        </w:tc>
      </w:tr>
      <w:tr>
        <w:tc>
          <w:tcPr>
            <w:tcW w:type="dxa" w:w="4320"/>
          </w:tcPr>
          <w:p>
            <w:r>
              <w:t>tokens, tokens</w:t>
            </w:r>
          </w:p>
        </w:tc>
        <w:tc>
          <w:tcPr>
            <w:tcW w:type="dxa" w:w="4320"/>
          </w:tcPr>
          <w:p>
            <w:r>
              <w:t>17</w:t>
            </w:r>
          </w:p>
        </w:tc>
      </w:tr>
      <w:tr>
        <w:tc>
          <w:tcPr>
            <w:tcW w:type="dxa" w:w="4320"/>
          </w:tcPr>
          <w:p>
            <w:r>
              <w:t>tokens, tokens in</w:t>
            </w:r>
          </w:p>
        </w:tc>
        <w:tc>
          <w:tcPr>
            <w:tcW w:type="dxa" w:w="4320"/>
          </w:tcPr>
          <w:p>
            <w:r>
              <w:t>1</w:t>
            </w:r>
          </w:p>
        </w:tc>
      </w:tr>
    </w:tbl>
    <w:p/>
    <w:p>
      <w:r>
        <w:rPr>
          <w:b/>
        </w:rPr>
        <w:t>Findings</w:t>
      </w:r>
    </w:p>
    <w:p>
      <w:pPr>
        <w:pStyle w:val="ListBullet"/>
      </w:pPr>
      <w:r>
        <w:rPr>
          <w:b/>
        </w:rPr>
        <w:t xml:space="preserve">Evidenced: </w:t>
      </w:r>
      <w:r>
        <w:t>Slope on Valley terrain model (DEM) produced Slope (degrees) (0 features) [177][178][179].</w:t>
      </w:r>
    </w:p>
    <w:p>
      <w:pPr>
        <w:pStyle w:val="ListBullet"/>
      </w:pPr>
      <w:r>
        <w:rPr>
          <w:b/>
        </w:rPr>
        <w:t xml:space="preserve">Evidenced: </w:t>
      </w:r>
      <w:r>
        <w:t>It reported dem, cols 300; dem, rows 267; dem, cell m 30; dem, native m 30; dem, relief m 1,284; dem, elev max m 2,759 [177].</w:t>
      </w:r>
    </w:p>
    <w:p>
      <w:r>
        <w:rPr>
          <w:i/>
          <w:color w:val="525252"/>
          <w:sz w:val="17"/>
        </w:rPr>
        <w:t>Tool tr_slope; parameters {"dem": {"layer": "Valley terrain model (DEM) (51a68176)"}, "project": "bceeca13-52a5-4344-bf84-77a2f9f8e186"}</w:t>
      </w:r>
    </w:p>
    <w:p>
      <w:pPr>
        <w:pStyle w:val="Heading1"/>
      </w:pPr>
      <w:r>
        <w:t>Hot spots</w:t>
      </w:r>
    </w:p>
    <w:p>
      <w:r>
        <w:rPr>
          <w:b/>
        </w:rPr>
        <w:t xml:space="preserve">What this analysis is. </w:t>
      </w:r>
      <w:r>
        <w:rPr>
          <w:i w:val="0"/>
        </w:rPr>
        <w:t>Hot spot analysis: Getis-Ord Gi* hot and cold spots with z-scores, p-values and confidence bins [180]. In ArcGIS it is Find Hot Spots or Hot Spot Analysis (Getis-Ord Gi*); in QGIS, qgis:hotspot (plugin) [180].</w:t>
      </w:r>
    </w:p>
    <w:p>
      <w:r>
        <w:rPr>
          <w:b/>
        </w:rPr>
        <w:t xml:space="preserve">Why it was run on this data. </w:t>
      </w:r>
      <w:r>
        <w:rPr>
          <w:i w:val="0"/>
        </w:rPr>
        <w:t>1800 points: Getis-Ord Gi* tests whether the concentrations in Dropped calls are statistically significant [181]. Measured: Dropped calls are clustered (nearest-neighbor ratio 0.87, z = -10.7), median spacing 63 m [181]. Cells of 200 m and a band of 500 m from the measured spacing [181].</w:t>
      </w:r>
    </w:p>
    <w:p>
      <w:r>
        <w:rPr>
          <w:b/>
        </w:rPr>
        <w:t xml:space="preserve">What it found. </w:t>
      </w:r>
      <w:r>
        <w:rPr>
          <w:i w:val="0"/>
        </w:rPr>
        <w:t>Hot spots on Dropped calls: Hot spot analysis: 1 layer saved: Hot spot analysis: Dropped calls (1798 features) [14][182]. It reported result, bins 1,798; result, count 1,798; result, elapsed ms 64; result, cell size m 200; result, incidents used 1,800; result, distance band m 500 [182].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1,798</w:t>
            </w:r>
          </w:p>
        </w:tc>
      </w:tr>
      <w:tr>
        <w:tc>
          <w:tcPr>
            <w:tcW w:type="dxa" w:w="4320"/>
          </w:tcPr>
          <w:p>
            <w:r>
              <w:t>result, count</w:t>
            </w:r>
          </w:p>
        </w:tc>
        <w:tc>
          <w:tcPr>
            <w:tcW w:type="dxa" w:w="4320"/>
          </w:tcPr>
          <w:p>
            <w:r>
              <w:t>1,798</w:t>
            </w:r>
          </w:p>
        </w:tc>
      </w:tr>
      <w:tr>
        <w:tc>
          <w:tcPr>
            <w:tcW w:type="dxa" w:w="4320"/>
          </w:tcPr>
          <w:p>
            <w:r>
              <w:t>result, elapsed ms</w:t>
            </w:r>
          </w:p>
        </w:tc>
        <w:tc>
          <w:tcPr>
            <w:tcW w:type="dxa" w:w="4320"/>
          </w:tcPr>
          <w:p>
            <w:r>
              <w:t>64</w:t>
            </w:r>
          </w:p>
        </w:tc>
      </w:tr>
      <w:tr>
        <w:tc>
          <w:tcPr>
            <w:tcW w:type="dxa" w:w="4320"/>
          </w:tcPr>
          <w:p>
            <w:r>
              <w:t>result, cell size m</w:t>
            </w:r>
          </w:p>
        </w:tc>
        <w:tc>
          <w:tcPr>
            <w:tcW w:type="dxa" w:w="4320"/>
          </w:tcPr>
          <w:p>
            <w:r>
              <w:t>200</w:t>
            </w:r>
          </w:p>
        </w:tc>
      </w:tr>
      <w:tr>
        <w:tc>
          <w:tcPr>
            <w:tcW w:type="dxa" w:w="4320"/>
          </w:tcPr>
          <w:p>
            <w:r>
              <w:t>result, incidents used</w:t>
            </w:r>
          </w:p>
        </w:tc>
        <w:tc>
          <w:tcPr>
            <w:tcW w:type="dxa" w:w="4320"/>
          </w:tcPr>
          <w:p>
            <w:r>
              <w:t>1,800</w:t>
            </w:r>
          </w:p>
        </w:tc>
      </w:tr>
      <w:tr>
        <w:tc>
          <w:tcPr>
            <w:tcW w:type="dxa" w:w="4320"/>
          </w:tcPr>
          <w:p>
            <w:r>
              <w:t>result, distance band m</w:t>
            </w:r>
          </w:p>
        </w:tc>
        <w:tc>
          <w:tcPr>
            <w:tcW w:type="dxa" w:w="4320"/>
          </w:tcPr>
          <w:p>
            <w:r>
              <w:t>500</w:t>
            </w:r>
          </w:p>
        </w:tc>
      </w:tr>
      <w:tr>
        <w:tc>
          <w:tcPr>
            <w:tcW w:type="dxa" w:w="4320"/>
          </w:tcPr>
          <w:p>
            <w:r>
              <w:t>billing, cost</w:t>
            </w:r>
          </w:p>
        </w:tc>
        <w:tc>
          <w:tcPr>
            <w:tcW w:type="dxa" w:w="4320"/>
          </w:tcPr>
          <w:p>
            <w:r>
              <w:t>0.086</w:t>
            </w:r>
          </w:p>
        </w:tc>
      </w:tr>
      <w:tr>
        <w:tc>
          <w:tcPr>
            <w:tcW w:type="dxa" w:w="4320"/>
          </w:tcPr>
          <w:p>
            <w:r>
              <w:t>billing, list price</w:t>
            </w:r>
          </w:p>
        </w:tc>
        <w:tc>
          <w:tcPr>
            <w:tcW w:type="dxa" w:w="4320"/>
          </w:tcPr>
          <w:p>
            <w:r>
              <w:t>0.086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Dropped calls: Hot spot analysis: 1 layer saved: Hot spot analysis: Dropped calls (1798 features) [14][182].</w:t>
      </w:r>
    </w:p>
    <w:p>
      <w:pPr>
        <w:pStyle w:val="ListBullet"/>
      </w:pPr>
      <w:r>
        <w:rPr>
          <w:b/>
        </w:rPr>
        <w:t xml:space="preserve">Evidenced: </w:t>
      </w:r>
      <w:r>
        <w:t>It reported result, bins 1,798; result, count 1,798; result, elapsed ms 64; result, cell size m 200; result, incidents used 1,800; result, distance band m 500 [182].</w:t>
      </w:r>
    </w:p>
    <w:p>
      <w:r>
        <w:rPr>
          <w:i/>
          <w:color w:val="525252"/>
          <w:sz w:val="17"/>
        </w:rPr>
        <w:t>Tool gp_hot_spots; parameters {"project": "bceeca13-52a5-4344-bf84-77a2f9f8e186", "features": {"layer": "Dropped calls (e2f5ccec)"}, "aggregation": "hexagon", "cell_size_m": 200.0, "distance_band_m": 500.0}</w:t>
      </w:r>
    </w:p>
    <w:p>
      <w:pPr>
        <w:pStyle w:val="Heading1"/>
      </w:pPr>
      <w:r>
        <w:t>Hot spots</w:t>
      </w:r>
    </w:p>
    <w:p>
      <w:r>
        <w:rPr>
          <w:b/>
        </w:rPr>
        <w:t xml:space="preserve">What this analysis is. </w:t>
      </w:r>
      <w:r>
        <w:rPr>
          <w:i w:val="0"/>
        </w:rPr>
        <w:t>Hot spot analysis: Getis-Ord Gi* hot and cold spots with z-scores, p-values and confidence bins [180]. In ArcGIS it is Find Hot Spots or Hot Spot Analysis (Getis-Ord Gi*); in QGIS, qgis:hotspot (plugin) [180].</w:t>
      </w:r>
    </w:p>
    <w:p>
      <w:r>
        <w:rPr>
          <w:b/>
        </w:rPr>
        <w:t xml:space="preserve">Why it was run on this data. </w:t>
      </w:r>
      <w:r>
        <w:rPr>
          <w:i w:val="0"/>
        </w:rPr>
        <w:t>420 points: Getis-Ord Gi* tests whether the concentrations in Coverage complaints are statistically significant [183]. Measured: Coverage complaints are clustered (nearest-neighbor ratio 0.87, z = -5.0), median spacing 123 m [183]. Cells of 500 m and a band of 1000 m from the measured spacing [183].</w:t>
      </w:r>
    </w:p>
    <w:p>
      <w:r>
        <w:rPr>
          <w:b/>
        </w:rPr>
        <w:t xml:space="preserve">What it found. </w:t>
      </w:r>
      <w:r>
        <w:rPr>
          <w:i w:val="0"/>
        </w:rPr>
        <w:t>Hot spots on Coverage complaints: Hot spot analysis: 1 layer saved: Hot spot analysis: Coverage complaints (305 features) [15][184]. It reported result, bins 305; result, count 305; result, elapsed ms 11; result, cell size m 500; result, incidents used 420; result, distance band m 1,000 [184].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305</w:t>
            </w:r>
          </w:p>
        </w:tc>
      </w:tr>
      <w:tr>
        <w:tc>
          <w:tcPr>
            <w:tcW w:type="dxa" w:w="4320"/>
          </w:tcPr>
          <w:p>
            <w:r>
              <w:t>result, count</w:t>
            </w:r>
          </w:p>
        </w:tc>
        <w:tc>
          <w:tcPr>
            <w:tcW w:type="dxa" w:w="4320"/>
          </w:tcPr>
          <w:p>
            <w:r>
              <w:t>305</w:t>
            </w:r>
          </w:p>
        </w:tc>
      </w:tr>
      <w:tr>
        <w:tc>
          <w:tcPr>
            <w:tcW w:type="dxa" w:w="4320"/>
          </w:tcPr>
          <w:p>
            <w:r>
              <w:t>result, elapsed ms</w:t>
            </w:r>
          </w:p>
        </w:tc>
        <w:tc>
          <w:tcPr>
            <w:tcW w:type="dxa" w:w="4320"/>
          </w:tcPr>
          <w:p>
            <w:r>
              <w:t>11</w:t>
            </w:r>
          </w:p>
        </w:tc>
      </w:tr>
      <w:tr>
        <w:tc>
          <w:tcPr>
            <w:tcW w:type="dxa" w:w="4320"/>
          </w:tcPr>
          <w:p>
            <w:r>
              <w:t>result, cell size m</w:t>
            </w:r>
          </w:p>
        </w:tc>
        <w:tc>
          <w:tcPr>
            <w:tcW w:type="dxa" w:w="4320"/>
          </w:tcPr>
          <w:p>
            <w:r>
              <w:t>500</w:t>
            </w:r>
          </w:p>
        </w:tc>
      </w:tr>
      <w:tr>
        <w:tc>
          <w:tcPr>
            <w:tcW w:type="dxa" w:w="4320"/>
          </w:tcPr>
          <w:p>
            <w:r>
              <w:t>result, incidents used</w:t>
            </w:r>
          </w:p>
        </w:tc>
        <w:tc>
          <w:tcPr>
            <w:tcW w:type="dxa" w:w="4320"/>
          </w:tcPr>
          <w:p>
            <w:r>
              <w:t>420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0.0584</w:t>
            </w:r>
          </w:p>
        </w:tc>
      </w:tr>
      <w:tr>
        <w:tc>
          <w:tcPr>
            <w:tcW w:type="dxa" w:w="4320"/>
          </w:tcPr>
          <w:p>
            <w:r>
              <w:t>billing, list price</w:t>
            </w:r>
          </w:p>
        </w:tc>
        <w:tc>
          <w:tcPr>
            <w:tcW w:type="dxa" w:w="4320"/>
          </w:tcPr>
          <w:p>
            <w:r>
              <w:t>0.0584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Coverage complaints: Hot spot analysis: 1 layer saved: Hot spot analysis: Coverage complaints (305 features) [15][184].</w:t>
      </w:r>
    </w:p>
    <w:p>
      <w:pPr>
        <w:pStyle w:val="ListBullet"/>
      </w:pPr>
      <w:r>
        <w:rPr>
          <w:b/>
        </w:rPr>
        <w:t xml:space="preserve">Evidenced: </w:t>
      </w:r>
      <w:r>
        <w:t>It reported result, bins 305; result, count 305; result, elapsed ms 11; result, cell size m 500; result, incidents used 420; result, distance band m 1,000 [184].</w:t>
      </w:r>
    </w:p>
    <w:p>
      <w:r>
        <w:rPr>
          <w:i/>
          <w:color w:val="525252"/>
          <w:sz w:val="17"/>
        </w:rPr>
        <w:t>Tool gp_hot_spots; parameters {"project": "bceeca13-52a5-4344-bf84-77a2f9f8e186", "features": {"layer": "Coverage complaints (a0e6cf38)"}, "aggregation": "hexagon", "cell_size_m": 500.0, "distance_band_m": 1000.0}</w:t>
      </w:r>
    </w:p>
    <w:p>
      <w:pPr>
        <w:pStyle w:val="Heading1"/>
      </w:pPr>
      <w:r>
        <w:t>Hot spots</w:t>
      </w:r>
    </w:p>
    <w:p>
      <w:r>
        <w:rPr>
          <w:b/>
        </w:rPr>
        <w:t xml:space="preserve">What this analysis is. </w:t>
      </w:r>
      <w:r>
        <w:rPr>
          <w:i w:val="0"/>
        </w:rPr>
        <w:t>Hot spot analysis: Getis-Ord Gi* hot and cold spots with z-scores, p-values and confidence bins [180]. In ArcGIS it is Find Hot Spots or Hot Spot Analysis (Getis-Ord Gi*); in QGIS, qgis:hotspot (plugin) [180].</w:t>
      </w:r>
    </w:p>
    <w:p>
      <w:r>
        <w:rPr>
          <w:b/>
        </w:rPr>
        <w:t xml:space="preserve">Why it was run on this data. </w:t>
      </w:r>
      <w:r>
        <w:rPr>
          <w:i w:val="0"/>
        </w:rPr>
        <w:t>40 points: Getis-Ord Gi* tests whether the concentrations in Small cells are statistically significant [185].</w:t>
      </w:r>
    </w:p>
    <w:p>
      <w:r>
        <w:rPr>
          <w:b/>
        </w:rPr>
        <w:t xml:space="preserve">What it found. </w:t>
      </w:r>
      <w:r>
        <w:rPr>
          <w:i w:val="0"/>
        </w:rPr>
        <w:t>The hot spot analysis processed 40 incidents using the Small cells layer [186]. The analysis identified 21 features, with the result showing a count of 21 [186]. These results were generated using a cell size of 2,000 m and a distance band of 2,000 m [186]. The total cost for the analysis was 0.0508 [186].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21</w:t>
            </w:r>
          </w:p>
        </w:tc>
      </w:tr>
      <w:tr>
        <w:tc>
          <w:tcPr>
            <w:tcW w:type="dxa" w:w="4320"/>
          </w:tcPr>
          <w:p>
            <w:r>
              <w:t>result, count</w:t>
            </w:r>
          </w:p>
        </w:tc>
        <w:tc>
          <w:tcPr>
            <w:tcW w:type="dxa" w:w="4320"/>
          </w:tcPr>
          <w:p>
            <w:r>
              <w:t>21</w:t>
            </w:r>
          </w:p>
        </w:tc>
      </w:tr>
      <w:tr>
        <w:tc>
          <w:tcPr>
            <w:tcW w:type="dxa" w:w="4320"/>
          </w:tcPr>
          <w:p>
            <w:r>
              <w:t>result, elapsed ms</w:t>
            </w:r>
          </w:p>
        </w:tc>
        <w:tc>
          <w:tcPr>
            <w:tcW w:type="dxa" w:w="4320"/>
          </w:tcPr>
          <w:p>
            <w:r>
              <w:t>2</w:t>
            </w:r>
          </w:p>
        </w:tc>
      </w:tr>
      <w:tr>
        <w:tc>
          <w:tcPr>
            <w:tcW w:type="dxa" w:w="4320"/>
          </w:tcPr>
          <w:p>
            <w:r>
              <w:t>result, cell size m</w:t>
            </w:r>
          </w:p>
        </w:tc>
        <w:tc>
          <w:tcPr>
            <w:tcW w:type="dxa" w:w="4320"/>
          </w:tcPr>
          <w:p>
            <w:r>
              <w:t>2,000</w:t>
            </w:r>
          </w:p>
        </w:tc>
      </w:tr>
      <w:tr>
        <w:tc>
          <w:tcPr>
            <w:tcW w:type="dxa" w:w="4320"/>
          </w:tcPr>
          <w:p>
            <w:r>
              <w:t>result, incidents used</w:t>
            </w:r>
          </w:p>
        </w:tc>
        <w:tc>
          <w:tcPr>
            <w:tcW w:type="dxa" w:w="4320"/>
          </w:tcPr>
          <w:p>
            <w:r>
              <w:t>40</w:t>
            </w:r>
          </w:p>
        </w:tc>
      </w:tr>
      <w:tr>
        <w:tc>
          <w:tcPr>
            <w:tcW w:type="dxa" w:w="4320"/>
          </w:tcPr>
          <w:p>
            <w:r>
              <w:t>result, distance band m</w:t>
            </w:r>
          </w:p>
        </w:tc>
        <w:tc>
          <w:tcPr>
            <w:tcW w:type="dxa" w:w="4320"/>
          </w:tcPr>
          <w:p>
            <w:r>
              <w:t>2,000</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Small cells: Hot spot analysis: 1 layer saved: Hot spot analysis: Small cells (21 features) [17][186].</w:t>
      </w:r>
    </w:p>
    <w:p>
      <w:pPr>
        <w:pStyle w:val="ListBullet"/>
      </w:pPr>
      <w:r>
        <w:rPr>
          <w:b/>
        </w:rPr>
        <w:t xml:space="preserve">Evidenced: </w:t>
      </w:r>
      <w:r>
        <w:t>It reported result, bins 21; result, count 21; result, elapsed ms 2; result, cell size m 2,000; result, incidents used 40; result, distance band m 2,000 [186].</w:t>
      </w:r>
    </w:p>
    <w:p>
      <w:r>
        <w:rPr>
          <w:i/>
          <w:color w:val="525252"/>
          <w:sz w:val="17"/>
        </w:rPr>
        <w:t>Tool gp_hot_spots; parameters {"project": "bceeca13-52a5-4344-bf84-77a2f9f8e186", "features": {"layer": "Small cells (0b706ff2)"}, "aggregation": "hexagon", "cell_size_m": 2000.0, "distance_band_m": 2000.0}</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[187]. In ArcGIS it is Emerging Hot Spot Analysis or Create Space Time Cube [187].</w:t>
      </w:r>
    </w:p>
    <w:p>
      <w:r>
        <w:rPr>
          <w:b/>
        </w:rPr>
        <w:t xml:space="preserve">Why it was run on this data. </w:t>
      </w:r>
      <w:r>
        <w:rPr>
          <w:i w:val="0"/>
        </w:rPr>
        <w:t>Coverage complaints carry dates in 'date': emerging hot spot analysis finds new, intensifying and fading hot spots per week [188]. Measured: the pattern of Coverage complaints changes over time (earlier half clustered, later half random; the center moved 305 m) [188].</w:t>
      </w:r>
    </w:p>
    <w:p>
      <w:r>
        <w:rPr>
          <w:b/>
        </w:rPr>
        <w:t xml:space="preserve">What it found. </w:t>
      </w:r>
      <w:r>
        <w:rPr>
          <w:i w:val="0"/>
        </w:rPr>
        <w:t>Space time hot spots on Coverage complaints: Emerging hot spots: 1 layer saved: Emerging hot spots: Coverage complaints (94 features) [15][189]. It reported result, count 94; result, elapsed ms 14; result, resolution 8; result, features used 420; result, time neighbors 0; billing, cost 0.121 [189].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94</w:t>
            </w:r>
          </w:p>
        </w:tc>
      </w:tr>
      <w:tr>
        <w:tc>
          <w:tcPr>
            <w:tcW w:type="dxa" w:w="4320"/>
          </w:tcPr>
          <w:p>
            <w:r>
              <w:t>result, elapsed ms</w:t>
            </w:r>
          </w:p>
        </w:tc>
        <w:tc>
          <w:tcPr>
            <w:tcW w:type="dxa" w:w="4320"/>
          </w:tcPr>
          <w:p>
            <w:r>
              <w:t>14</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420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0.121</w:t>
            </w:r>
          </w:p>
        </w:tc>
      </w:tr>
      <w:tr>
        <w:tc>
          <w:tcPr>
            <w:tcW w:type="dxa" w:w="4320"/>
          </w:tcPr>
          <w:p>
            <w:r>
              <w:t>billing, list price</w:t>
            </w:r>
          </w:p>
        </w:tc>
        <w:tc>
          <w:tcPr>
            <w:tcW w:type="dxa" w:w="4320"/>
          </w:tcPr>
          <w:p>
            <w:r>
              <w:t>0.121</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Coverage complaints: Emerging hot spots: 1 layer saved: Emerging hot spots: Coverage complaints (94 features) [15][189].</w:t>
      </w:r>
    </w:p>
    <w:p>
      <w:pPr>
        <w:pStyle w:val="ListBullet"/>
      </w:pPr>
      <w:r>
        <w:rPr>
          <w:b/>
        </w:rPr>
        <w:t xml:space="preserve">Evidenced: </w:t>
      </w:r>
      <w:r>
        <w:t>It reported result, count 94; result, elapsed ms 14; result, resolution 8; result, features used 420; result, time neighbors 0; billing, cost 0.121 [189].</w:t>
      </w:r>
    </w:p>
    <w:p>
      <w:r>
        <w:rPr>
          <w:i/>
          <w:color w:val="525252"/>
          <w:sz w:val="17"/>
        </w:rPr>
        <w:t>Tool gp_space_time_hot_spots; parameters {"project": "bceeca13-52a5-4344-bf84-77a2f9f8e186", "features": {"layer": "Coverage complaints (a0e6cf38)"}, "interval": "week", "bin_shape": "h3", "resolution": 8, "time_field": "date"}</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[187]. In ArcGIS it is Emerging Hot Spot Analysis or Create Space Time Cube [187].</w:t>
      </w:r>
    </w:p>
    <w:p>
      <w:r>
        <w:rPr>
          <w:b/>
        </w:rPr>
        <w:t xml:space="preserve">Why it was run on this data. </w:t>
      </w:r>
      <w:r>
        <w:rPr>
          <w:i w:val="0"/>
        </w:rPr>
        <w:t>Dropped calls carry dates in 'occurred_at': emerging hot spot analysis finds new, intensifying and fading hot spots per week [190].</w:t>
      </w:r>
    </w:p>
    <w:p>
      <w:r>
        <w:rPr>
          <w:b/>
        </w:rPr>
        <w:t xml:space="preserve">What it found. </w:t>
      </w:r>
      <w:r>
        <w:rPr>
          <w:i w:val="0"/>
        </w:rPr>
        <w:t>Space time hot spots on Dropped calls: Emerging hot spots: 1 layer saved: Emerging hot spots: Dropped calls (109 features) [14][191]. It reported result, count 109; result, elapsed ms 13; result, resolution 8; result, features used 1,800; result, time neighbors 0; billing, cost 0.19 [191].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109</w:t>
            </w:r>
          </w:p>
        </w:tc>
      </w:tr>
      <w:tr>
        <w:tc>
          <w:tcPr>
            <w:tcW w:type="dxa" w:w="4320"/>
          </w:tcPr>
          <w:p>
            <w:r>
              <w:t>result, elapsed ms</w:t>
            </w:r>
          </w:p>
        </w:tc>
        <w:tc>
          <w:tcPr>
            <w:tcW w:type="dxa" w:w="4320"/>
          </w:tcPr>
          <w:p>
            <w:r>
              <w:t>13</w:t>
            </w:r>
          </w:p>
        </w:tc>
      </w:tr>
      <w:tr>
        <w:tc>
          <w:tcPr>
            <w:tcW w:type="dxa" w:w="4320"/>
          </w:tcPr>
          <w:p>
            <w:r>
              <w:t>result, resolution</w:t>
            </w:r>
          </w:p>
        </w:tc>
        <w:tc>
          <w:tcPr>
            <w:tcW w:type="dxa" w:w="4320"/>
          </w:tcPr>
          <w:p>
            <w:r>
              <w:t>8</w:t>
            </w:r>
          </w:p>
        </w:tc>
      </w:tr>
      <w:tr>
        <w:tc>
          <w:tcPr>
            <w:tcW w:type="dxa" w:w="4320"/>
          </w:tcPr>
          <w:p>
            <w:r>
              <w:t>result, features used</w:t>
            </w:r>
          </w:p>
        </w:tc>
        <w:tc>
          <w:tcPr>
            <w:tcW w:type="dxa" w:w="4320"/>
          </w:tcPr>
          <w:p>
            <w:r>
              <w:t>1,800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0.19</w:t>
            </w:r>
          </w:p>
        </w:tc>
      </w:tr>
      <w:tr>
        <w:tc>
          <w:tcPr>
            <w:tcW w:type="dxa" w:w="4320"/>
          </w:tcPr>
          <w:p>
            <w:r>
              <w:t>billing, list price</w:t>
            </w:r>
          </w:p>
        </w:tc>
        <w:tc>
          <w:tcPr>
            <w:tcW w:type="dxa" w:w="4320"/>
          </w:tcPr>
          <w:p>
            <w:r>
              <w:t>0.19</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Dropped calls: Emerging hot spots: 1 layer saved: Emerging hot spots: Dropped calls (109 features) [14][191].</w:t>
      </w:r>
    </w:p>
    <w:p>
      <w:pPr>
        <w:pStyle w:val="ListBullet"/>
      </w:pPr>
      <w:r>
        <w:rPr>
          <w:b/>
        </w:rPr>
        <w:t xml:space="preserve">Evidenced: </w:t>
      </w:r>
      <w:r>
        <w:t>It reported result, count 109; result, elapsed ms 13; result, resolution 8; result, features used 1,800; result, time neighbors 0; billing, cost 0.19 [191].</w:t>
      </w:r>
    </w:p>
    <w:p>
      <w:r>
        <w:rPr>
          <w:i/>
          <w:color w:val="525252"/>
          <w:sz w:val="17"/>
        </w:rPr>
        <w:t>Tool gp_space_time_hot_spots; parameters {"project": "bceeca13-52a5-4344-bf84-77a2f9f8e186", "features": {"layer": "Dropped calls (e2f5ccec)"}, "interval": "week", "bin_shape": "h3", "resolution": 8, "time_field": "occurred_at"}</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[192]. In ArcGIS it is Summarize Within or Aggregate Points; in QGIS, native:countpointsinpolygon or native:sumlinelengths [192].</w:t>
      </w:r>
    </w:p>
    <w:p>
      <w:r>
        <w:rPr>
          <w:b/>
        </w:rPr>
        <w:t xml:space="preserve">Why it was run on this data. </w:t>
      </w:r>
      <w:r>
        <w:rPr>
          <w:i w:val="0"/>
        </w:rPr>
        <w:t>Count Towers inside each feature of Neighborhoods by technology; the counts map as a choropleth (natural breaks, sequential colors) [193].</w:t>
      </w:r>
    </w:p>
    <w:p>
      <w:r>
        <w:rPr>
          <w:b/>
        </w:rPr>
        <w:t xml:space="preserve">What it found. </w:t>
      </w:r>
      <w:r>
        <w:rPr>
          <w:i w:val="0"/>
        </w:rPr>
        <w:t>Summarize within on Towers, Neighborhoods: Summarize within: 1 layer saved: Summarize within: Neighborhoods (16 features) [12][13][194]. It reported result, count 16; result, elapsed ms 1; billing, cost 0.01062; billing, list price 0.01062; billing, upstream cost 0 [194].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0.01062</w:t>
            </w:r>
          </w:p>
        </w:tc>
      </w:tr>
      <w:tr>
        <w:tc>
          <w:tcPr>
            <w:tcW w:type="dxa" w:w="4320"/>
          </w:tcPr>
          <w:p>
            <w:r>
              <w:t>billing, list price</w:t>
            </w:r>
          </w:p>
        </w:tc>
        <w:tc>
          <w:tcPr>
            <w:tcW w:type="dxa" w:w="4320"/>
          </w:tcPr>
          <w:p>
            <w:r>
              <w:t>0.01062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Towers, Neighborhoods: Summarize within: 1 layer saved: Summarize within: Neighborhoods (16 features) [12][13][194].</w:t>
      </w:r>
    </w:p>
    <w:p>
      <w:pPr>
        <w:pStyle w:val="ListBullet"/>
      </w:pPr>
      <w:r>
        <w:rPr>
          <w:b/>
        </w:rPr>
        <w:t xml:space="preserve">Evidenced: </w:t>
      </w:r>
      <w:r>
        <w:t>It reported result, count 16; result, elapsed ms 1; billing, cost 0.01062; billing, list price 0.01062; billing, upstream cost 0 [194].</w:t>
      </w:r>
    </w:p>
    <w:p>
      <w:r>
        <w:rPr>
          <w:i/>
          <w:color w:val="525252"/>
          <w:sz w:val="17"/>
        </w:rPr>
        <w:t>Tool gp_summarize_within; parameters {"stats": [{"stat": "sum", "field": "height_m"}], "project": "bceeca13-52a5-4344-bf84-77a2f9f8e186", "features": {"layer": "Towers (f7206b9b)"}, "group_by": "technology", "polygons": {"layer": "Neighborhoods (efbe8937)"}}</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[192]. In ArcGIS it is Summarize Within or Aggregate Points; in QGIS, native:countpointsinpolygon or native:sumlinelengths [192].</w:t>
      </w:r>
    </w:p>
    <w:p>
      <w:r>
        <w:rPr>
          <w:b/>
        </w:rPr>
        <w:t xml:space="preserve">Why it was run on this data. </w:t>
      </w:r>
      <w:r>
        <w:rPr>
          <w:i w:val="0"/>
        </w:rPr>
        <w:t>Count Towers inside each feature of Neighborhoods by technology; the counts map as a choropleth (natural breaks, sequential colors) [193].</w:t>
      </w:r>
    </w:p>
    <w:p>
      <w:r>
        <w:rPr>
          <w:b/>
        </w:rPr>
        <w:t xml:space="preserve">What it found. </w:t>
      </w:r>
      <w:r>
        <w:rPr>
          <w:i w:val="0"/>
        </w:rPr>
        <w:t>Summarize within on Small cells, Neighborhoods: Summarize within: 1 layer saved: Summarize within: Neighborhoods (16 features) [12][17][195]. It reported result, count 16; result, elapsed ms 0; billing, cost 0.01112; billing, list price 0.01112; billing, upstream cost 0 [195].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0.01112</w:t>
            </w:r>
          </w:p>
        </w:tc>
      </w:tr>
      <w:tr>
        <w:tc>
          <w:tcPr>
            <w:tcW w:type="dxa" w:w="4320"/>
          </w:tcPr>
          <w:p>
            <w:r>
              <w:t>billing, list price</w:t>
            </w:r>
          </w:p>
        </w:tc>
        <w:tc>
          <w:tcPr>
            <w:tcW w:type="dxa" w:w="4320"/>
          </w:tcPr>
          <w:p>
            <w:r>
              <w:t>0.01112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Small cells, Neighborhoods: Summarize within: 1 layer saved: Summarize within: Neighborhoods (16 features) [12][17][195].</w:t>
      </w:r>
    </w:p>
    <w:p>
      <w:pPr>
        <w:pStyle w:val="ListBullet"/>
      </w:pPr>
      <w:r>
        <w:rPr>
          <w:b/>
        </w:rPr>
        <w:t xml:space="preserve">Evidenced: </w:t>
      </w:r>
      <w:r>
        <w:t>It reported result, count 16; result, elapsed ms 0; billing, cost 0.01112; billing, list price 0.01112; billing, upstream cost 0 [195].</w:t>
      </w:r>
    </w:p>
    <w:p>
      <w:r>
        <w:rPr>
          <w:i/>
          <w:color w:val="525252"/>
          <w:sz w:val="17"/>
        </w:rPr>
        <w:t>Tool gp_summarize_within; parameters {"stats": [], "project": "bceeca13-52a5-4344-bf84-77a2f9f8e186", "features": {"layer": "Small cells (0b706ff2)"}, "group_by": "status", "polygons": {"layer": "Neighborhoods (efbe8937)"}}</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[192]. In ArcGIS it is Summarize Within or Aggregate Points; in QGIS, native:countpointsinpolygon or native:sumlinelengths [192].</w:t>
      </w:r>
    </w:p>
    <w:p>
      <w:r>
        <w:rPr>
          <w:b/>
        </w:rPr>
        <w:t xml:space="preserve">Why it was run on this data. </w:t>
      </w:r>
      <w:r>
        <w:rPr>
          <w:i w:val="0"/>
        </w:rPr>
        <w:t>Count Towers inside each feature of Neighborhoods by technology; the counts map as a choropleth (natural breaks, sequential colors) [193].</w:t>
      </w:r>
    </w:p>
    <w:p>
      <w:r>
        <w:rPr>
          <w:b/>
        </w:rPr>
        <w:t xml:space="preserve">What it found. </w:t>
      </w:r>
      <w:r>
        <w:rPr>
          <w:i w:val="0"/>
        </w:rPr>
        <w:t>Summarize within on Dropped calls, Neighborhoods: Summarize within: 1 layer saved: Summarize within: Neighborhoods (16 features) [12][14][196]. It reported result, count 16; result, elapsed ms 3; billing, cost 0.04634; billing, list price 0.04634; billing, upstream cost 0 [196].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0.04634</w:t>
            </w:r>
          </w:p>
        </w:tc>
      </w:tr>
      <w:tr>
        <w:tc>
          <w:tcPr>
            <w:tcW w:type="dxa" w:w="4320"/>
          </w:tcPr>
          <w:p>
            <w:r>
              <w:t>billing, list price</w:t>
            </w:r>
          </w:p>
        </w:tc>
        <w:tc>
          <w:tcPr>
            <w:tcW w:type="dxa" w:w="4320"/>
          </w:tcPr>
          <w:p>
            <w:r>
              <w:t>0.04634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Dropped calls, Neighborhoods: Summarize within: 1 layer saved: Summarize within: Neighborhoods (16 features) [12][14][196].</w:t>
      </w:r>
    </w:p>
    <w:p>
      <w:pPr>
        <w:pStyle w:val="ListBullet"/>
      </w:pPr>
      <w:r>
        <w:rPr>
          <w:b/>
        </w:rPr>
        <w:t xml:space="preserve">Evidenced: </w:t>
      </w:r>
      <w:r>
        <w:t>It reported result, count 16; result, elapsed ms 3; billing, cost 0.04634; billing, list price 0.04634; billing, upstream cost 0 [196].</w:t>
      </w:r>
    </w:p>
    <w:p>
      <w:r>
        <w:rPr>
          <w:i/>
          <w:color w:val="525252"/>
          <w:sz w:val="17"/>
        </w:rPr>
        <w:t>Tool gp_summarize_within; parameters {"stats": [{"stat": "sum", "field": "signal_dbm"}], "project": "bceeca13-52a5-4344-bf84-77a2f9f8e186", "features": {"layer": "Dropped calls (e2f5ccec)"}, "group_by": "cause", "polygons": {"layer": "Neighborhoods (efbe8937)"}}</w:t>
      </w:r>
    </w:p>
    <w:p>
      <w:pPr>
        <w:pStyle w:val="Heading1"/>
      </w:pPr>
      <w:r>
        <w:t>Period change</w:t>
      </w:r>
    </w:p>
    <w:p>
      <w:r>
        <w:rPr>
          <w:b/>
        </w:rPr>
        <w:t xml:space="preserve">What this analysis is. </w:t>
      </w:r>
      <w:r>
        <w:rPr>
          <w:i w:val="0"/>
        </w:rPr>
        <w:t>Period change: Counts or sums per period (week over week, month over month, any two periods, or before and after a date), per area, per H3 cell or in total, with the places of largest rise and fall and a significance note [197]. In ArcGIS it is Summarize Percent Change (Crime Analysis) or Change Point Detection [197].</w:t>
      </w:r>
    </w:p>
    <w:p>
      <w:r>
        <w:rPr>
          <w:b/>
        </w:rPr>
        <w:t xml:space="preserve">Why it was run on this data. </w:t>
      </w:r>
      <w:r>
        <w:rPr>
          <w:i w:val="0"/>
        </w:rPr>
        <w:t>Dropped calls carry dates in 'occurred_at' over 8 weeks: the count per week, week over week, with the places of largest rise and fall per feature of Neighborhoods and whether the change is beyond chance [198].</w:t>
      </w:r>
    </w:p>
    <w:p>
      <w:r>
        <w:rPr>
          <w:b/>
        </w:rPr>
        <w:t xml:space="preserve">What it found. </w:t>
      </w:r>
      <w:r>
        <w:rPr>
          <w:i w:val="0"/>
        </w:rPr>
        <w:t>Period change on Neighborhoods, Dropped calls produced Period change: Dropped calls (week of 2026-08-24 to week of 2026-08-31) (16 features) [7][8][12][14]. Dropped calls: count per week shows a trend of -1.12 per week; the second half of its weeks has 911 against 889 in the first (+2.5%) [199]. The chart Dropped calls: week of 2026-08-24 to week of 2026-08-31 by place is drawn from 30 rows [200]. The chart Period change: Dropped calls (week of 2026-08-24 to week of 2026-08-31) is drawn from 5 rows [201].</w:t>
      </w:r>
    </w:p>
    <w:p>
      <w:pPr>
        <w:jc w:val="center"/>
      </w:pPr>
      <w:r>
        <w:drawing>
          <wp:inline xmlns:a="http://schemas.openxmlformats.org/drawingml/2006/main" xmlns:pic="http://schemas.openxmlformats.org/drawingml/2006/picture">
            <wp:extent cx="5486400" cy="3334512"/>
            <wp:docPr id="76" name="Picture 76"/>
            <wp:cNvGraphicFramePr>
              <a:graphicFrameLocks noChangeAspect="1"/>
            </wp:cNvGraphicFramePr>
            <a:graphic>
              <a:graphicData uri="http://schemas.openxmlformats.org/drawingml/2006/picture">
                <pic:pic>
                  <pic:nvPicPr>
                    <pic:cNvPr id="0" name="152.jpg"/>
                    <pic:cNvPicPr/>
                  </pic:nvPicPr>
                  <pic:blipFill>
                    <a:blip r:embed="rId83"/>
                    <a:stretch>
                      <a:fillRect/>
                    </a:stretch>
                  </pic:blipFill>
                  <pic:spPr>
                    <a:xfrm>
                      <a:off x="0" y="0"/>
                      <a:ext cx="5486400" cy="3334512"/>
                    </a:xfrm>
                    <a:prstGeom prst="rect"/>
                  </pic:spPr>
                </pic:pic>
              </a:graphicData>
            </a:graphic>
          </wp:inline>
        </w:drawing>
      </w:r>
    </w:p>
    <w:p>
      <w:r>
        <w:rPr>
          <w:i/>
          <w:color w:val="525252"/>
          <w:sz w:val="17"/>
        </w:rPr>
        <w:t>Figure 76. Dropped calls: count per week [199]. Per week, 2026-08-03 to 2026-09-21. Source: Dropped calls (1,800 features). The data is in the appendix.</w:t>
      </w:r>
    </w:p>
    <w:p>
      <w:pPr>
        <w:jc w:val="center"/>
      </w:pPr>
      <w:r>
        <w:drawing>
          <wp:inline xmlns:a="http://schemas.openxmlformats.org/drawingml/2006/main" xmlns:pic="http://schemas.openxmlformats.org/drawingml/2006/picture">
            <wp:extent cx="5486400" cy="4267200"/>
            <wp:docPr id="77" name="Picture 77"/>
            <wp:cNvGraphicFramePr>
              <a:graphicFrameLocks noChangeAspect="1"/>
            </wp:cNvGraphicFramePr>
            <a:graphic>
              <a:graphicData uri="http://schemas.openxmlformats.org/drawingml/2006/picture">
                <pic:pic>
                  <pic:nvPicPr>
                    <pic:cNvPr id="0" name="153.jpg"/>
                    <pic:cNvPicPr/>
                  </pic:nvPicPr>
                  <pic:blipFill>
                    <a:blip r:embed="rId84"/>
                    <a:stretch>
                      <a:fillRect/>
                    </a:stretch>
                  </pic:blipFill>
                  <pic:spPr>
                    <a:xfrm>
                      <a:off x="0" y="0"/>
                      <a:ext cx="5486400" cy="4267200"/>
                    </a:xfrm>
                    <a:prstGeom prst="rect"/>
                  </pic:spPr>
                </pic:pic>
              </a:graphicData>
            </a:graphic>
          </wp:inline>
        </w:drawing>
      </w:r>
    </w:p>
    <w:p>
      <w:r>
        <w:rPr>
          <w:i/>
          <w:color w:val="525252"/>
          <w:sz w:val="17"/>
        </w:rPr>
        <w:t>Figure 77. Dropped calls: week of 2026-08-24 to week of 2026-08-31 by place [200]. Source: Dropped calls (1,800 features). The data is in the appendix.</w:t>
      </w:r>
    </w:p>
    <w:p>
      <w:pPr>
        <w:jc w:val="center"/>
      </w:pPr>
      <w:r>
        <w:drawing>
          <wp:inline xmlns:a="http://schemas.openxmlformats.org/drawingml/2006/main" xmlns:pic="http://schemas.openxmlformats.org/drawingml/2006/picture">
            <wp:extent cx="5486400" cy="3688080"/>
            <wp:docPr id="78" name="Picture 78"/>
            <wp:cNvGraphicFramePr>
              <a:graphicFrameLocks noChangeAspect="1"/>
            </wp:cNvGraphicFramePr>
            <a:graphic>
              <a:graphicData uri="http://schemas.openxmlformats.org/drawingml/2006/picture">
                <pic:pic>
                  <pic:nvPicPr>
                    <pic:cNvPr id="0" name="207.jpg"/>
                    <pic:cNvPicPr/>
                  </pic:nvPicPr>
                  <pic:blipFill>
                    <a:blip r:embed="rId85"/>
                    <a:stretch>
                      <a:fillRect/>
                    </a:stretch>
                  </pic:blipFill>
                  <pic:spPr>
                    <a:xfrm>
                      <a:off x="0" y="0"/>
                      <a:ext cx="5486400" cy="3688080"/>
                    </a:xfrm>
                    <a:prstGeom prst="rect"/>
                  </pic:spPr>
                </pic:pic>
              </a:graphicData>
            </a:graphic>
          </wp:inline>
        </w:drawing>
      </w:r>
    </w:p>
    <w:p>
      <w:r>
        <w:rPr>
          <w:i/>
          <w:color w:val="525252"/>
          <w:sz w:val="17"/>
        </w:rPr>
        <w:t>Figure 78. Period change: Dropped calls (week of 2026-08-24 to week of 2026-08-31) [201]. Source: Period change: Dropped calls (week of 2026-08-24 to week of 2026-08-31) (16 features). The data is in the appendix.</w:t>
      </w:r>
    </w:p>
    <w:p>
      <w:r>
        <w:rPr>
          <w:b/>
        </w:rPr>
        <w:t>Findings</w:t>
      </w:r>
    </w:p>
    <w:p>
      <w:pPr>
        <w:pStyle w:val="ListBullet"/>
      </w:pPr>
      <w:r>
        <w:rPr>
          <w:b/>
        </w:rPr>
        <w:t xml:space="preserve">Evidenced: </w:t>
      </w:r>
      <w:r>
        <w:t>Period change on Neighborhoods, Dropped calls produced Period change: Dropped calls (week of 2026-08-24 to week of 2026-08-31) (16 features) [7][8][12][14].</w:t>
      </w:r>
    </w:p>
    <w:p>
      <w:pPr>
        <w:pStyle w:val="ListBullet"/>
      </w:pPr>
      <w:r>
        <w:rPr>
          <w:b/>
        </w:rPr>
        <w:t xml:space="preserve">Evidenced: </w:t>
      </w:r>
      <w:r>
        <w:t>Dropped calls: count per week shows a trend of -1.12 per week; the second half of its weeks has 911 against 889 in the first (+2.5%) [199].</w:t>
      </w:r>
    </w:p>
    <w:p>
      <w:pPr>
        <w:pStyle w:val="ListBullet"/>
      </w:pPr>
      <w:r>
        <w:rPr>
          <w:b/>
        </w:rPr>
        <w:t xml:space="preserve">Evidenced: </w:t>
      </w:r>
      <w:r>
        <w:t>The chart Dropped calls: week of 2026-08-24 to week of 2026-08-31 by place is drawn from 30 rows [200].</w:t>
      </w:r>
    </w:p>
    <w:p>
      <w:pPr>
        <w:pStyle w:val="ListBullet"/>
      </w:pPr>
      <w:r>
        <w:rPr>
          <w:b/>
        </w:rPr>
        <w:t xml:space="preserve">Evidenced: </w:t>
      </w:r>
      <w:r>
        <w:t>The chart Period change: Dropped calls (week of 2026-08-24 to week of 2026-08-31) is drawn from 5 rows [201].</w:t>
      </w:r>
    </w:p>
    <w:p>
      <w:r>
        <w:rPr>
          <w:i/>
          <w:color w:val="525252"/>
          <w:sz w:val="17"/>
        </w:rPr>
        <w:t>Tool gp_period_change; parameters {"by": "area", "areas": {"layer": "Neighborhoods (efbe8937)"}, "period": "week", "project": "bceeca13-52a5-4344-bf84-77a2f9f8e186", "features": {"layer": "Dropped calls (e2f5ccec)"}, "area_field": "name", "time_field": "occurred_at"}</w:t>
      </w:r>
    </w:p>
    <w:p>
      <w:pPr>
        <w:pStyle w:val="Heading1"/>
      </w:pPr>
      <w:r>
        <w:t>Period change</w:t>
      </w:r>
    </w:p>
    <w:p>
      <w:r>
        <w:rPr>
          <w:b/>
        </w:rPr>
        <w:t xml:space="preserve">What this analysis is. </w:t>
      </w:r>
      <w:r>
        <w:rPr>
          <w:i w:val="0"/>
        </w:rPr>
        <w:t>Period change: Counts or sums per period (week over week, month over month, any two periods, or before and after a date), per area, per H3 cell or in total, with the places of largest rise and fall and a significance note [197]. In ArcGIS it is Summarize Percent Change (Crime Analysis) or Change Point Detection [197].</w:t>
      </w:r>
    </w:p>
    <w:p>
      <w:r>
        <w:rPr>
          <w:b/>
        </w:rPr>
        <w:t xml:space="preserve">Why it was run on this data. </w:t>
      </w:r>
      <w:r>
        <w:rPr>
          <w:i w:val="0"/>
        </w:rPr>
        <w:t>Dropped calls carry dates in 'occurred_at' over 8 weeks: the count per week, week over week, with the places of largest rise and fall per feature of Neighborhoods and whether the change is beyond chance [198].</w:t>
      </w:r>
    </w:p>
    <w:p>
      <w:r>
        <w:rPr>
          <w:b/>
        </w:rPr>
        <w:t xml:space="preserve">What it found. </w:t>
      </w:r>
      <w:r>
        <w:rPr>
          <w:i w:val="0"/>
        </w:rPr>
        <w:t>Period change on Neighborhoods, Coverage complaints produced Period change: Coverage complaints (week of 2026-08-10 to week of 2026-08-17) (8 features) [9][10][12][15]. Coverage complaints: count per week shows a trend of +0.066 per week; the second half of its weeks has 222 against 198 in the first (+12.1%) [202]. The chart Coverage complaints: week of 2026-08-10 to week of 2026-08-17 by place is drawn from 16 rows [203]. The chart Period change: Coverage complaints (week of 2026-08-10 to week of 2026-08-17) is drawn from 5 rows [204].</w:t>
      </w:r>
    </w:p>
    <w:p>
      <w:pPr>
        <w:jc w:val="center"/>
      </w:pPr>
      <w:r>
        <w:drawing>
          <wp:inline xmlns:a="http://schemas.openxmlformats.org/drawingml/2006/main" xmlns:pic="http://schemas.openxmlformats.org/drawingml/2006/picture">
            <wp:extent cx="5486400" cy="3523488"/>
            <wp:docPr id="79" name="Picture 79"/>
            <wp:cNvGraphicFramePr>
              <a:graphicFrameLocks noChangeAspect="1"/>
            </wp:cNvGraphicFramePr>
            <a:graphic>
              <a:graphicData uri="http://schemas.openxmlformats.org/drawingml/2006/picture">
                <pic:pic>
                  <pic:nvPicPr>
                    <pic:cNvPr id="0" name="154.jpg"/>
                    <pic:cNvPicPr/>
                  </pic:nvPicPr>
                  <pic:blipFill>
                    <a:blip r:embed="rId86"/>
                    <a:stretch>
                      <a:fillRect/>
                    </a:stretch>
                  </pic:blipFill>
                  <pic:spPr>
                    <a:xfrm>
                      <a:off x="0" y="0"/>
                      <a:ext cx="5486400" cy="3523488"/>
                    </a:xfrm>
                    <a:prstGeom prst="rect"/>
                  </pic:spPr>
                </pic:pic>
              </a:graphicData>
            </a:graphic>
          </wp:inline>
        </w:drawing>
      </w:r>
    </w:p>
    <w:p>
      <w:r>
        <w:rPr>
          <w:i/>
          <w:color w:val="525252"/>
          <w:sz w:val="17"/>
        </w:rPr>
        <w:t>Figure 79. Coverage complaints: count per week [202]. Per week, 2026-02-23 to 2026-09-28. Source: Coverage complaints (420 features). The data is in the appendix.</w:t>
      </w:r>
    </w:p>
    <w:p>
      <w:pPr>
        <w:jc w:val="center"/>
      </w:pPr>
      <w:r>
        <w:drawing>
          <wp:inline xmlns:a="http://schemas.openxmlformats.org/drawingml/2006/main" xmlns:pic="http://schemas.openxmlformats.org/drawingml/2006/picture">
            <wp:extent cx="5486400" cy="2767584"/>
            <wp:docPr id="80" name="Picture 80"/>
            <wp:cNvGraphicFramePr>
              <a:graphicFrameLocks noChangeAspect="1"/>
            </wp:cNvGraphicFramePr>
            <a:graphic>
              <a:graphicData uri="http://schemas.openxmlformats.org/drawingml/2006/picture">
                <pic:pic>
                  <pic:nvPicPr>
                    <pic:cNvPr id="0" name="155.jpg"/>
                    <pic:cNvPicPr/>
                  </pic:nvPicPr>
                  <pic:blipFill>
                    <a:blip r:embed="rId87"/>
                    <a:stretch>
                      <a:fillRect/>
                    </a:stretch>
                  </pic:blipFill>
                  <pic:spPr>
                    <a:xfrm>
                      <a:off x="0" y="0"/>
                      <a:ext cx="5486400" cy="2767584"/>
                    </a:xfrm>
                    <a:prstGeom prst="rect"/>
                  </pic:spPr>
                </pic:pic>
              </a:graphicData>
            </a:graphic>
          </wp:inline>
        </w:drawing>
      </w:r>
    </w:p>
    <w:p>
      <w:r>
        <w:rPr>
          <w:i/>
          <w:color w:val="525252"/>
          <w:sz w:val="17"/>
        </w:rPr>
        <w:t>Figure 80. Coverage complaints: week of 2026-08-10 to week of 2026-08-17 by place [203]. Source: Coverage complaints (420 features). The data is in the appendix.</w:t>
      </w:r>
    </w:p>
    <w:p>
      <w:pPr>
        <w:jc w:val="center"/>
      </w:pPr>
      <w:r>
        <w:drawing>
          <wp:inline xmlns:a="http://schemas.openxmlformats.org/drawingml/2006/main" xmlns:pic="http://schemas.openxmlformats.org/drawingml/2006/picture">
            <wp:extent cx="5486400" cy="3639312"/>
            <wp:docPr id="81" name="Picture 81"/>
            <wp:cNvGraphicFramePr>
              <a:graphicFrameLocks noChangeAspect="1"/>
            </wp:cNvGraphicFramePr>
            <a:graphic>
              <a:graphicData uri="http://schemas.openxmlformats.org/drawingml/2006/picture">
                <pic:pic>
                  <pic:nvPicPr>
                    <pic:cNvPr id="0" name="208.jpg"/>
                    <pic:cNvPicPr/>
                  </pic:nvPicPr>
                  <pic:blipFill>
                    <a:blip r:embed="rId88"/>
                    <a:stretch>
                      <a:fillRect/>
                    </a:stretch>
                  </pic:blipFill>
                  <pic:spPr>
                    <a:xfrm>
                      <a:off x="0" y="0"/>
                      <a:ext cx="5486400" cy="3639312"/>
                    </a:xfrm>
                    <a:prstGeom prst="rect"/>
                  </pic:spPr>
                </pic:pic>
              </a:graphicData>
            </a:graphic>
          </wp:inline>
        </w:drawing>
      </w:r>
    </w:p>
    <w:p>
      <w:r>
        <w:rPr>
          <w:i/>
          <w:color w:val="525252"/>
          <w:sz w:val="17"/>
        </w:rPr>
        <w:t>Figure 81. Period change: Coverage complaints (week of 2026-08-10 to week of 2026-08-17) [204]. Source: Period change: Coverage complaints (week of 2026-08-10 to week of 2026-08-17) (8 features). The data is in the appendix.</w:t>
      </w:r>
    </w:p>
    <w:p>
      <w:r>
        <w:rPr>
          <w:b/>
        </w:rPr>
        <w:t>Findings</w:t>
      </w:r>
    </w:p>
    <w:p>
      <w:pPr>
        <w:pStyle w:val="ListBullet"/>
      </w:pPr>
      <w:r>
        <w:rPr>
          <w:b/>
        </w:rPr>
        <w:t xml:space="preserve">Evidenced: </w:t>
      </w:r>
      <w:r>
        <w:t>Period change on Neighborhoods, Coverage complaints produced Period change: Coverage complaints (week of 2026-08-10 to week of 2026-08-17) (8 features) [9][10][12][15].</w:t>
      </w:r>
    </w:p>
    <w:p>
      <w:pPr>
        <w:pStyle w:val="ListBullet"/>
      </w:pPr>
      <w:r>
        <w:rPr>
          <w:b/>
        </w:rPr>
        <w:t xml:space="preserve">Evidenced: </w:t>
      </w:r>
      <w:r>
        <w:t>Coverage complaints: count per week shows a trend of +0.066 per week; the second half of its weeks has 222 against 198 in the first (+12.1%) [202].</w:t>
      </w:r>
    </w:p>
    <w:p>
      <w:pPr>
        <w:pStyle w:val="ListBullet"/>
      </w:pPr>
      <w:r>
        <w:rPr>
          <w:b/>
        </w:rPr>
        <w:t xml:space="preserve">Evidenced: </w:t>
      </w:r>
      <w:r>
        <w:t>The chart Coverage complaints: week of 2026-08-10 to week of 2026-08-17 by place is drawn from 16 rows [203].</w:t>
      </w:r>
    </w:p>
    <w:p>
      <w:pPr>
        <w:pStyle w:val="ListBullet"/>
      </w:pPr>
      <w:r>
        <w:rPr>
          <w:b/>
        </w:rPr>
        <w:t xml:space="preserve">Evidenced: </w:t>
      </w:r>
      <w:r>
        <w:t>The chart Period change: Coverage complaints (week of 2026-08-10 to week of 2026-08-17) is drawn from 5 rows [204].</w:t>
      </w:r>
    </w:p>
    <w:p>
      <w:r>
        <w:rPr>
          <w:i/>
          <w:color w:val="525252"/>
          <w:sz w:val="17"/>
        </w:rPr>
        <w:t>Tool gp_period_change; parameters {"by": "area", "areas": {"layer": "Neighborhoods (efbe8937)"}, "period": "week", "project": "bceeca13-52a5-4344-bf84-77a2f9f8e186", "features": {"layer": "Coverage complaints (a0e6cf38)"}, "area_field": "name", "time_field": "date"}</w:t>
      </w:r>
    </w:p>
    <w:p>
      <w:pPr>
        <w:pStyle w:val="Heading1"/>
      </w:pPr>
      <w:r>
        <w:t>Seasonality</w:t>
      </w:r>
    </w:p>
    <w:p>
      <w:r>
        <w:rPr>
          <w:b/>
        </w:rPr>
        <w:t xml:space="preserve">What this analysis is. </w:t>
      </w:r>
      <w:r>
        <w:rPr>
          <w:i w:val="0"/>
        </w:rPr>
        <w:t>Seasonality: Counts by hour of day, day of week and month, with peaks and troughs per cycle and per area [205]. In ArcGIS it is Time Series Clustering or Create Space Time Cube [205].</w:t>
      </w:r>
    </w:p>
    <w:p>
      <w:r>
        <w:rPr>
          <w:b/>
        </w:rPr>
        <w:t xml:space="preserve">Why it was run on this data. </w:t>
      </w:r>
      <w:r>
        <w:rPr>
          <w:i w:val="0"/>
        </w:rPr>
        <w:t>Dropped calls by hour of day, day of week: the busiest and the quietest per feature of Neighborhoods, and whether the cycle is uneven beyond chance [206].</w:t>
      </w:r>
    </w:p>
    <w:p>
      <w:r>
        <w:rPr>
          <w:b/>
        </w:rPr>
        <w:t xml:space="preserve">What it found. </w:t>
      </w:r>
      <w:r>
        <w:rPr>
          <w:i w:val="0"/>
        </w:rPr>
        <w:t>Seasonality on Neighborhoods, Dropped calls produced Seasonality of Dropped calls (16 features) [12][14][207][208]. The chart Dropped calls by hour of day is drawn from 24 rows [209]. The chart Dropped calls by day of week is drawn from 7 rows [210]. The chart Seasonality of Dropped calls is drawn from 5 rows [211].</w:t>
      </w:r>
    </w:p>
    <w:p>
      <w:pPr>
        <w:jc w:val="center"/>
      </w:pPr>
      <w:r>
        <w:drawing>
          <wp:inline xmlns:a="http://schemas.openxmlformats.org/drawingml/2006/main" xmlns:pic="http://schemas.openxmlformats.org/drawingml/2006/picture">
            <wp:extent cx="5486400" cy="3054096"/>
            <wp:docPr id="82" name="Picture 82"/>
            <wp:cNvGraphicFramePr>
              <a:graphicFrameLocks noChangeAspect="1"/>
            </wp:cNvGraphicFramePr>
            <a:graphic>
              <a:graphicData uri="http://schemas.openxmlformats.org/drawingml/2006/picture">
                <pic:pic>
                  <pic:nvPicPr>
                    <pic:cNvPr id="0" name="156.jpg"/>
                    <pic:cNvPicPr/>
                  </pic:nvPicPr>
                  <pic:blipFill>
                    <a:blip r:embed="rId89"/>
                    <a:stretch>
                      <a:fillRect/>
                    </a:stretch>
                  </pic:blipFill>
                  <pic:spPr>
                    <a:xfrm>
                      <a:off x="0" y="0"/>
                      <a:ext cx="5486400" cy="3054096"/>
                    </a:xfrm>
                    <a:prstGeom prst="rect"/>
                  </pic:spPr>
                </pic:pic>
              </a:graphicData>
            </a:graphic>
          </wp:inline>
        </w:drawing>
      </w:r>
    </w:p>
    <w:p>
      <w:r>
        <w:rPr>
          <w:i/>
          <w:color w:val="525252"/>
          <w:sz w:val="17"/>
        </w:rPr>
        <w:t>Figure 82. Dropped calls by hour of day [209]. Source: Dropped calls (1,800 features). The data is in the appendix.</w:t>
      </w:r>
    </w:p>
    <w:p>
      <w:pPr>
        <w:jc w:val="center"/>
      </w:pPr>
      <w:r>
        <w:drawing>
          <wp:inline xmlns:a="http://schemas.openxmlformats.org/drawingml/2006/main" xmlns:pic="http://schemas.openxmlformats.org/drawingml/2006/picture">
            <wp:extent cx="5486400" cy="3048000"/>
            <wp:docPr id="83" name="Picture 83"/>
            <wp:cNvGraphicFramePr>
              <a:graphicFrameLocks noChangeAspect="1"/>
            </wp:cNvGraphicFramePr>
            <a:graphic>
              <a:graphicData uri="http://schemas.openxmlformats.org/drawingml/2006/picture">
                <pic:pic>
                  <pic:nvPicPr>
                    <pic:cNvPr id="0" name="157.jpg"/>
                    <pic:cNvPicPr/>
                  </pic:nvPicPr>
                  <pic:blipFill>
                    <a:blip r:embed="rId90"/>
                    <a:stretch>
                      <a:fillRect/>
                    </a:stretch>
                  </pic:blipFill>
                  <pic:spPr>
                    <a:xfrm>
                      <a:off x="0" y="0"/>
                      <a:ext cx="5486400" cy="3048000"/>
                    </a:xfrm>
                    <a:prstGeom prst="rect"/>
                  </pic:spPr>
                </pic:pic>
              </a:graphicData>
            </a:graphic>
          </wp:inline>
        </w:drawing>
      </w:r>
    </w:p>
    <w:p>
      <w:r>
        <w:rPr>
          <w:i/>
          <w:color w:val="525252"/>
          <w:sz w:val="17"/>
        </w:rPr>
        <w:t>Figure 83. Dropped calls by day of week [210]. Source: Dropped calls (1,800 features). The data is in the appendix.</w:t>
      </w:r>
    </w:p>
    <w:p>
      <w:pPr>
        <w:jc w:val="center"/>
      </w:pPr>
      <w:r>
        <w:drawing>
          <wp:inline xmlns:a="http://schemas.openxmlformats.org/drawingml/2006/main" xmlns:pic="http://schemas.openxmlformats.org/drawingml/2006/picture">
            <wp:extent cx="5486400" cy="3669792"/>
            <wp:docPr id="84" name="Picture 84"/>
            <wp:cNvGraphicFramePr>
              <a:graphicFrameLocks noChangeAspect="1"/>
            </wp:cNvGraphicFramePr>
            <a:graphic>
              <a:graphicData uri="http://schemas.openxmlformats.org/drawingml/2006/picture">
                <pic:pic>
                  <pic:nvPicPr>
                    <pic:cNvPr id="0" name="209.jpg"/>
                    <pic:cNvPicPr/>
                  </pic:nvPicPr>
                  <pic:blipFill>
                    <a:blip r:embed="rId91"/>
                    <a:stretch>
                      <a:fillRect/>
                    </a:stretch>
                  </pic:blipFill>
                  <pic:spPr>
                    <a:xfrm>
                      <a:off x="0" y="0"/>
                      <a:ext cx="5486400" cy="3669792"/>
                    </a:xfrm>
                    <a:prstGeom prst="rect"/>
                  </pic:spPr>
                </pic:pic>
              </a:graphicData>
            </a:graphic>
          </wp:inline>
        </w:drawing>
      </w:r>
    </w:p>
    <w:p>
      <w:r>
        <w:rPr>
          <w:i/>
          <w:color w:val="525252"/>
          <w:sz w:val="17"/>
        </w:rPr>
        <w:t>Figure 84. Seasonality of Dropped calls [211]. Source: Seasonality of Dropped calls (16 features). The data is in the appendix.</w:t>
      </w:r>
    </w:p>
    <w:p>
      <w:r>
        <w:rPr>
          <w:b/>
        </w:rPr>
        <w:t>Findings</w:t>
      </w:r>
    </w:p>
    <w:p>
      <w:pPr>
        <w:pStyle w:val="ListBullet"/>
      </w:pPr>
      <w:r>
        <w:rPr>
          <w:b/>
        </w:rPr>
        <w:t xml:space="preserve">Evidenced: </w:t>
      </w:r>
      <w:r>
        <w:t>Seasonality on Neighborhoods, Dropped calls produced Seasonality of Dropped calls (16 features) [12][14][207][208].</w:t>
      </w:r>
    </w:p>
    <w:p>
      <w:pPr>
        <w:pStyle w:val="ListBullet"/>
      </w:pPr>
      <w:r>
        <w:rPr>
          <w:b/>
        </w:rPr>
        <w:t xml:space="preserve">Evidenced: </w:t>
      </w:r>
      <w:r>
        <w:t>The chart Dropped calls by hour of day is drawn from 24 rows [209].</w:t>
      </w:r>
    </w:p>
    <w:p>
      <w:pPr>
        <w:pStyle w:val="ListBullet"/>
      </w:pPr>
      <w:r>
        <w:rPr>
          <w:b/>
        </w:rPr>
        <w:t xml:space="preserve">Evidenced: </w:t>
      </w:r>
      <w:r>
        <w:t>The chart Dropped calls by day of week is drawn from 7 rows [210].</w:t>
      </w:r>
    </w:p>
    <w:p>
      <w:pPr>
        <w:pStyle w:val="ListBullet"/>
      </w:pPr>
      <w:r>
        <w:rPr>
          <w:b/>
        </w:rPr>
        <w:t xml:space="preserve">Evidenced: </w:t>
      </w:r>
      <w:r>
        <w:t>The chart Seasonality of Dropped calls is drawn from 5 rows [211].</w:t>
      </w:r>
    </w:p>
    <w:p>
      <w:r>
        <w:rPr>
          <w:i/>
          <w:color w:val="525252"/>
          <w:sz w:val="17"/>
        </w:rPr>
        <w:t>Tool gp_seasonality; parameters {"by": "area", "areas": {"layer": "Neighborhoods (efbe8937)"}, "cycles": ["hour", "weekday"], "project": "bceeca13-52a5-4344-bf84-77a2f9f8e186", "features": {"layer": "Dropped calls (e2f5ccec)"}, "time_field": "occurred_at"}</w:t>
      </w:r>
    </w:p>
    <w:p>
      <w:pPr>
        <w:pStyle w:val="Heading1"/>
      </w:pPr>
      <w:r>
        <w:t>Calculate density</w:t>
      </w:r>
    </w:p>
    <w:p>
      <w:r>
        <w:rPr>
          <w:b/>
        </w:rPr>
        <w:t xml:space="preserve">What this analysis is. </w:t>
      </w:r>
      <w:r>
        <w:rPr>
          <w:i w:val="0"/>
        </w:rPr>
        <w:t>Calculate density: Kernel density per square kilometer on a grid [212]. In ArcGIS it is Calculate Density or Kernel Density; in QGIS, native:heatmapkerneldensityestimation [212].</w:t>
      </w:r>
    </w:p>
    <w:p>
      <w:r>
        <w:rPr>
          <w:b/>
        </w:rPr>
        <w:t xml:space="preserve">Why it was run on this data. </w:t>
      </w:r>
      <w:r>
        <w:rPr>
          <w:i w:val="0"/>
        </w:rPr>
        <w:t>1800 points in Dropped calls: a density surface shows where they concentrate [213]. Measured: Dropped calls are clustered (nearest-neighbor ratio 0.87, z = -10.7), median spacing 63 m [213].</w:t>
      </w:r>
    </w:p>
    <w:p>
      <w:r>
        <w:rPr>
          <w:b/>
        </w:rPr>
        <w:t xml:space="preserve">What it found. </w:t>
      </w:r>
      <w:r>
        <w:rPr>
          <w:i w:val="0"/>
        </w:rPr>
        <w:t>Calculate density on Dropped calls: Calculate density: 1 layer saved: Calculate density: Dropped calls (2034 features) [14][214]. It reported result, count 2,034; result, elapsed ms 40; result, bandwidth m 500; result, cell size m 200; result, excluded null 0; result, max density per km2 368.1 [214].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2,034</w:t>
            </w:r>
          </w:p>
        </w:tc>
      </w:tr>
      <w:tr>
        <w:tc>
          <w:tcPr>
            <w:tcW w:type="dxa" w:w="4320"/>
          </w:tcPr>
          <w:p>
            <w:r>
              <w:t>result, elapsed ms</w:t>
            </w:r>
          </w:p>
        </w:tc>
        <w:tc>
          <w:tcPr>
            <w:tcW w:type="dxa" w:w="4320"/>
          </w:tcPr>
          <w:p>
            <w:r>
              <w:t>40</w:t>
            </w:r>
          </w:p>
        </w:tc>
      </w:tr>
      <w:tr>
        <w:tc>
          <w:tcPr>
            <w:tcW w:type="dxa" w:w="4320"/>
          </w:tcPr>
          <w:p>
            <w:r>
              <w:t>result, bandwidth m</w:t>
            </w:r>
          </w:p>
        </w:tc>
        <w:tc>
          <w:tcPr>
            <w:tcW w:type="dxa" w:w="4320"/>
          </w:tcPr>
          <w:p>
            <w:r>
              <w:t>500</w:t>
            </w:r>
          </w:p>
        </w:tc>
      </w:tr>
      <w:tr>
        <w:tc>
          <w:tcPr>
            <w:tcW w:type="dxa" w:w="4320"/>
          </w:tcPr>
          <w:p>
            <w:r>
              <w:t>result, cell size m</w:t>
            </w:r>
          </w:p>
        </w:tc>
        <w:tc>
          <w:tcPr>
            <w:tcW w:type="dxa" w:w="4320"/>
          </w:tcPr>
          <w:p>
            <w:r>
              <w:t>200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368.1</w:t>
            </w:r>
          </w:p>
        </w:tc>
      </w:tr>
      <w:tr>
        <w:tc>
          <w:tcPr>
            <w:tcW w:type="dxa" w:w="4320"/>
          </w:tcPr>
          <w:p>
            <w:r>
              <w:t>billing, cost</w:t>
            </w:r>
          </w:p>
        </w:tc>
        <w:tc>
          <w:tcPr>
            <w:tcW w:type="dxa" w:w="4320"/>
          </w:tcPr>
          <w:p>
            <w:r>
              <w:t>0.086</w:t>
            </w:r>
          </w:p>
        </w:tc>
      </w:tr>
      <w:tr>
        <w:tc>
          <w:tcPr>
            <w:tcW w:type="dxa" w:w="4320"/>
          </w:tcPr>
          <w:p>
            <w:r>
              <w:t>billing, list price</w:t>
            </w:r>
          </w:p>
        </w:tc>
        <w:tc>
          <w:tcPr>
            <w:tcW w:type="dxa" w:w="4320"/>
          </w:tcPr>
          <w:p>
            <w:r>
              <w:t>0.086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Dropped calls: Calculate density: 1 layer saved: Calculate density: Dropped calls (2034 features) [14][214].</w:t>
      </w:r>
    </w:p>
    <w:p>
      <w:pPr>
        <w:pStyle w:val="ListBullet"/>
      </w:pPr>
      <w:r>
        <w:rPr>
          <w:b/>
        </w:rPr>
        <w:t xml:space="preserve">Evidenced: </w:t>
      </w:r>
      <w:r>
        <w:t>It reported result, count 2,034; result, elapsed ms 40; result, bandwidth m 500; result, cell size m 200; result, excluded null 0; result, max density per km2 368.1 [214].</w:t>
      </w:r>
    </w:p>
    <w:p>
      <w:r>
        <w:rPr>
          <w:i/>
          <w:color w:val="525252"/>
          <w:sz w:val="17"/>
        </w:rPr>
        <w:t>Tool gp_calculate_density; parameters {"kernel": "quartic", "project": "bceeca13-52a5-4344-bf84-77a2f9f8e186", "features": {"layer": "Dropped calls (e2f5ccec)"}, "bandwidth_m": 500.0, "cell_size_m": 200.0}</w:t>
      </w:r>
    </w:p>
    <w:p>
      <w:pPr>
        <w:pStyle w:val="Heading1"/>
      </w:pPr>
      <w:r>
        <w:t>Calculate density</w:t>
      </w:r>
    </w:p>
    <w:p>
      <w:r>
        <w:rPr>
          <w:b/>
        </w:rPr>
        <w:t xml:space="preserve">What this analysis is. </w:t>
      </w:r>
      <w:r>
        <w:rPr>
          <w:i w:val="0"/>
        </w:rPr>
        <w:t>Calculate density: Kernel density per square kilometer on a grid [212]. In ArcGIS it is Calculate Density or Kernel Density; in QGIS, native:heatmapkerneldensityestimation [212].</w:t>
      </w:r>
    </w:p>
    <w:p>
      <w:r>
        <w:rPr>
          <w:b/>
        </w:rPr>
        <w:t xml:space="preserve">Why it was run on this data. </w:t>
      </w:r>
      <w:r>
        <w:rPr>
          <w:i w:val="0"/>
        </w:rPr>
        <w:t>420 points in Coverage complaints: a density surface shows where they concentrate [215]. Measured: Coverage complaints are clustered (nearest-neighbor ratio 0.87, z = -5.0), median spacing 123 m [215].</w:t>
      </w:r>
    </w:p>
    <w:p>
      <w:r>
        <w:rPr>
          <w:b/>
        </w:rPr>
        <w:t xml:space="preserve">What it found. </w:t>
      </w:r>
      <w:r>
        <w:rPr>
          <w:i w:val="0"/>
        </w:rPr>
        <w:t>The density analysis utilized the Coverage complaints data [15] and the gp_calculate_density tool [216]. The coverage complaints dataset contained 383 features [216], and the calculated maximum density per km2 was 68.51 [216].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383</w:t>
            </w:r>
          </w:p>
        </w:tc>
      </w:tr>
      <w:tr>
        <w:tc>
          <w:tcPr>
            <w:tcW w:type="dxa" w:w="4320"/>
          </w:tcPr>
          <w:p>
            <w:r>
              <w:t>result, elapsed ms</w:t>
            </w:r>
          </w:p>
        </w:tc>
        <w:tc>
          <w:tcPr>
            <w:tcW w:type="dxa" w:w="4320"/>
          </w:tcPr>
          <w:p>
            <w:r>
              <w:t>8</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68.51</w:t>
            </w:r>
          </w:p>
        </w:tc>
      </w:tr>
      <w:tr>
        <w:tc>
          <w:tcPr>
            <w:tcW w:type="dxa" w:w="4320"/>
          </w:tcPr>
          <w:p>
            <w:r>
              <w:t>billing, cost</w:t>
            </w:r>
          </w:p>
        </w:tc>
        <w:tc>
          <w:tcPr>
            <w:tcW w:type="dxa" w:w="4320"/>
          </w:tcPr>
          <w:p>
            <w:r>
              <w:t>0.0584</w:t>
            </w:r>
          </w:p>
        </w:tc>
      </w:tr>
      <w:tr>
        <w:tc>
          <w:tcPr>
            <w:tcW w:type="dxa" w:w="4320"/>
          </w:tcPr>
          <w:p>
            <w:r>
              <w:t>billing, list price</w:t>
            </w:r>
          </w:p>
        </w:tc>
        <w:tc>
          <w:tcPr>
            <w:tcW w:type="dxa" w:w="4320"/>
          </w:tcPr>
          <w:p>
            <w:r>
              <w:t>0.0584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Coverage complaints: Calculate density: 1 layer saved: Calculate density: Coverage complaints (383 features) [15][216].</w:t>
      </w:r>
    </w:p>
    <w:p>
      <w:pPr>
        <w:pStyle w:val="ListBullet"/>
      </w:pPr>
      <w:r>
        <w:rPr>
          <w:b/>
        </w:rPr>
        <w:t xml:space="preserve">Evidenced: </w:t>
      </w:r>
      <w:r>
        <w:t>It reported result, count 383; result, elapsed ms 8; result, bandwidth m 1,000; result, cell size m 500; result, excluded null 0; result, max density per km2 68.51 [216].</w:t>
      </w:r>
    </w:p>
    <w:p>
      <w:r>
        <w:rPr>
          <w:i/>
          <w:color w:val="525252"/>
          <w:sz w:val="17"/>
        </w:rPr>
        <w:t>Tool gp_calculate_density; parameters {"kernel": "quartic", "project": "bceeca13-52a5-4344-bf84-77a2f9f8e186", "features": {"layer": "Coverage complaints (a0e6cf38)"}, "bandwidth_m": 1000.0, "cell_size_m": 500.0}</w:t>
      </w:r>
    </w:p>
    <w:p>
      <w:pPr>
        <w:pStyle w:val="Heading1"/>
      </w:pPr>
      <w:r>
        <w:t>Calculate density</w:t>
      </w:r>
    </w:p>
    <w:p>
      <w:r>
        <w:rPr>
          <w:b/>
        </w:rPr>
        <w:t xml:space="preserve">What this analysis is. </w:t>
      </w:r>
      <w:r>
        <w:rPr>
          <w:i w:val="0"/>
        </w:rPr>
        <w:t>Calculate density: Kernel density per square kilometer on a grid [212]. In ArcGIS it is Calculate Density or Kernel Density; in QGIS, native:heatmapkerneldensityestimation [212].</w:t>
      </w:r>
    </w:p>
    <w:p>
      <w:r>
        <w:rPr>
          <w:b/>
        </w:rPr>
        <w:t xml:space="preserve">Why it was run on this data. </w:t>
      </w:r>
      <w:r>
        <w:rPr>
          <w:i w:val="0"/>
        </w:rPr>
        <w:t>40 points in Small cells: a density surface shows where they concentrate [217].</w:t>
      </w:r>
    </w:p>
    <w:p>
      <w:r>
        <w:rPr>
          <w:b/>
        </w:rPr>
        <w:t xml:space="preserve">What it found. </w:t>
      </w:r>
      <w:r>
        <w:rPr>
          <w:i w:val="0"/>
        </w:rPr>
        <w:t>Calculate density on Small cells: Calculate density: 1 layer saved: Calculate density: Small cells (117 features) [17][218]. It reported result, count 117; result, elapsed ms 2; result, bandwidth m 2,000; result, cell size m 1,000; result, excluded null 0; result, max density per km2 2.571 [218].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117</w:t>
            </w:r>
          </w:p>
        </w:tc>
      </w:tr>
      <w:tr>
        <w:tc>
          <w:tcPr>
            <w:tcW w:type="dxa" w:w="4320"/>
          </w:tcPr>
          <w:p>
            <w:r>
              <w:t>result, elapsed ms</w:t>
            </w:r>
          </w:p>
        </w:tc>
        <w:tc>
          <w:tcPr>
            <w:tcW w:type="dxa" w:w="4320"/>
          </w:tcPr>
          <w:p>
            <w:r>
              <w:t>2</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2.571</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Small cells: Calculate density: 1 layer saved: Calculate density: Small cells (117 features) [17][218].</w:t>
      </w:r>
    </w:p>
    <w:p>
      <w:pPr>
        <w:pStyle w:val="ListBullet"/>
      </w:pPr>
      <w:r>
        <w:rPr>
          <w:b/>
        </w:rPr>
        <w:t xml:space="preserve">Evidenced: </w:t>
      </w:r>
      <w:r>
        <w:t>It reported result, count 117; result, elapsed ms 2; result, bandwidth m 2,000; result, cell size m 1,000; result, excluded null 0; result, max density per km2 2.571 [218].</w:t>
      </w:r>
    </w:p>
    <w:p>
      <w:r>
        <w:rPr>
          <w:i/>
          <w:color w:val="525252"/>
          <w:sz w:val="17"/>
        </w:rPr>
        <w:t>Tool gp_calculate_density; parameters {"kernel": "quartic", "project": "bceeca13-52a5-4344-bf84-77a2f9f8e186", "features": {"layer": "Small cells (0b706ff2)"}, "bandwidth_m": 2000.0, "cell_size_m": 1000.0}</w:t>
      </w:r>
    </w:p>
    <w:p>
      <w:pPr>
        <w:pStyle w:val="Heading1"/>
      </w:pPr>
      <w:r>
        <w:t>Find point clusters</w:t>
      </w:r>
    </w:p>
    <w:p>
      <w:r>
        <w:rPr>
          <w:b/>
        </w:rPr>
        <w:t xml:space="preserve">What this analysis is. </w:t>
      </w:r>
      <w:r>
        <w:rPr>
          <w:i w:val="0"/>
        </w:rPr>
        <w:t>Find point clusters: Density-based clusters (DBSCAN, HDBSCAN or OPTICS, optionally space-time) with hulls and noise [219]. In ArcGIS it is Find Point Clusters or Density-based Clustering; in QGIS, native:dbscanclustering or native:stdbscanclustering [219].</w:t>
      </w:r>
    </w:p>
    <w:p>
      <w:r>
        <w:rPr>
          <w:b/>
        </w:rPr>
        <w:t xml:space="preserve">Why it was run on this data. </w:t>
      </w:r>
      <w:r>
        <w:rPr>
          <w:i w:val="0"/>
        </w:rPr>
        <w:t>DBSCAN finds dense groups of Dropped calls and separates noise [220]. Measured: Dropped calls are clustered (nearest-neighbor ratio 0.87, z = -10.7), median spacing 63 m [220]. DBSCAN at 100 m (twice the measured spacing) [220].</w:t>
      </w:r>
    </w:p>
    <w:p>
      <w:r>
        <w:rPr>
          <w:b/>
        </w:rPr>
        <w:t xml:space="preserve">What it found. </w:t>
      </w:r>
      <w:r>
        <w:rPr>
          <w:i w:val="0"/>
        </w:rPr>
        <w:t>Find point clusters on Dropped calls: Find point clusters: 2 layers saved: Find point clusters: Dropped calls (1800 features); Find point clusters: cluster hulls (2 features) [14][221]. It reported result, count 1,800; result, noise 1,744; result, distance m 100; result, elapsed ms 133; result, min points 20; billing, cost 0.086 [221].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1,800</w:t>
            </w:r>
          </w:p>
        </w:tc>
      </w:tr>
      <w:tr>
        <w:tc>
          <w:tcPr>
            <w:tcW w:type="dxa" w:w="4320"/>
          </w:tcPr>
          <w:p>
            <w:r>
              <w:t>result, noise</w:t>
            </w:r>
          </w:p>
        </w:tc>
        <w:tc>
          <w:tcPr>
            <w:tcW w:type="dxa" w:w="4320"/>
          </w:tcPr>
          <w:p>
            <w:r>
              <w:t>1,744</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133</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0.086</w:t>
            </w:r>
          </w:p>
        </w:tc>
      </w:tr>
      <w:tr>
        <w:tc>
          <w:tcPr>
            <w:tcW w:type="dxa" w:w="4320"/>
          </w:tcPr>
          <w:p>
            <w:r>
              <w:t>billing, list price</w:t>
            </w:r>
          </w:p>
        </w:tc>
        <w:tc>
          <w:tcPr>
            <w:tcW w:type="dxa" w:w="4320"/>
          </w:tcPr>
          <w:p>
            <w:r>
              <w:t>0.086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Dropped calls: Find point clusters: 2 layers saved: Find point clusters: Dropped calls (1800 features); Find point clusters: cluster hulls (2 features) [14][221].</w:t>
      </w:r>
    </w:p>
    <w:p>
      <w:pPr>
        <w:pStyle w:val="ListBullet"/>
      </w:pPr>
      <w:r>
        <w:rPr>
          <w:b/>
        </w:rPr>
        <w:t xml:space="preserve">Evidenced: </w:t>
      </w:r>
      <w:r>
        <w:t>It reported result, count 1,800; result, noise 1,744; result, distance m 100; result, elapsed ms 133; result, min points 20; billing, cost 0.086 [221].</w:t>
      </w:r>
    </w:p>
    <w:p>
      <w:r>
        <w:rPr>
          <w:i/>
          <w:color w:val="525252"/>
          <w:sz w:val="17"/>
        </w:rPr>
        <w:t>Tool gp_find_point_clusters; parameters {"method": "dbscan", "project": "bceeca13-52a5-4344-bf84-77a2f9f8e186", "features": {"layer": "Dropped calls (e2f5ccec)"}, "distance_m": 100.0,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[219]. In ArcGIS it is Find Point Clusters or Density-based Clustering; in QGIS, native:dbscanclustering or native:stdbscanclustering [219].</w:t>
      </w:r>
    </w:p>
    <w:p>
      <w:r>
        <w:rPr>
          <w:b/>
        </w:rPr>
        <w:t xml:space="preserve">Why it was run on this data. </w:t>
      </w:r>
      <w:r>
        <w:rPr>
          <w:i w:val="0"/>
        </w:rPr>
        <w:t>DBSCAN finds dense groups of Coverage complaints and separates noise [222]. Measured: Coverage complaints are clustered (nearest-neighbor ratio 0.87, z = -5.0), median spacing 123 m [222]. DBSCAN at 200 m (twice the measured spacing) [222].</w:t>
      </w:r>
    </w:p>
    <w:p>
      <w:r>
        <w:rPr>
          <w:b/>
        </w:rPr>
        <w:t xml:space="preserve">What it found. </w:t>
      </w:r>
      <w:r>
        <w:rPr>
          <w:i w:val="0"/>
        </w:rPr>
        <w:t>Find point clusters on Coverage complaints: Find point clusters: 2 layers saved: Find point clusters: Coverage complaints (420 features); Find point clusters: cluster hulls (1 feature) [15][223]. It reported result, count 420; result, noise 320; result, distance m 200; result, elapsed ms 5; result, min points 10; billing, cost 0.0584 [223].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420</w:t>
            </w:r>
          </w:p>
        </w:tc>
      </w:tr>
      <w:tr>
        <w:tc>
          <w:tcPr>
            <w:tcW w:type="dxa" w:w="4320"/>
          </w:tcPr>
          <w:p>
            <w:r>
              <w:t>result, noise</w:t>
            </w:r>
          </w:p>
        </w:tc>
        <w:tc>
          <w:tcPr>
            <w:tcW w:type="dxa" w:w="4320"/>
          </w:tcPr>
          <w:p>
            <w:r>
              <w:t>320</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5</w:t>
            </w:r>
          </w:p>
        </w:tc>
      </w:tr>
      <w:tr>
        <w:tc>
          <w:tcPr>
            <w:tcW w:type="dxa" w:w="4320"/>
          </w:tcPr>
          <w:p>
            <w:r>
              <w:t>result, min points</w:t>
            </w:r>
          </w:p>
        </w:tc>
        <w:tc>
          <w:tcPr>
            <w:tcW w:type="dxa" w:w="4320"/>
          </w:tcPr>
          <w:p>
            <w:r>
              <w:t>10</w:t>
            </w:r>
          </w:p>
        </w:tc>
      </w:tr>
      <w:tr>
        <w:tc>
          <w:tcPr>
            <w:tcW w:type="dxa" w:w="4320"/>
          </w:tcPr>
          <w:p>
            <w:r>
              <w:t>billing, cost</w:t>
            </w:r>
          </w:p>
        </w:tc>
        <w:tc>
          <w:tcPr>
            <w:tcW w:type="dxa" w:w="4320"/>
          </w:tcPr>
          <w:p>
            <w:r>
              <w:t>0.0584</w:t>
            </w:r>
          </w:p>
        </w:tc>
      </w:tr>
      <w:tr>
        <w:tc>
          <w:tcPr>
            <w:tcW w:type="dxa" w:w="4320"/>
          </w:tcPr>
          <w:p>
            <w:r>
              <w:t>billing, list price</w:t>
            </w:r>
          </w:p>
        </w:tc>
        <w:tc>
          <w:tcPr>
            <w:tcW w:type="dxa" w:w="4320"/>
          </w:tcPr>
          <w:p>
            <w:r>
              <w:t>0.0584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Coverage complaints: Find point clusters: 2 layers saved: Find point clusters: Coverage complaints (420 features); Find point clusters: cluster hulls (1 feature) [15][223].</w:t>
      </w:r>
    </w:p>
    <w:p>
      <w:pPr>
        <w:pStyle w:val="ListBullet"/>
      </w:pPr>
      <w:r>
        <w:rPr>
          <w:b/>
        </w:rPr>
        <w:t xml:space="preserve">Evidenced: </w:t>
      </w:r>
      <w:r>
        <w:t>It reported result, count 420; result, noise 320; result, distance m 200; result, elapsed ms 5; result, min points 10; billing, cost 0.0584 [223].</w:t>
      </w:r>
    </w:p>
    <w:p>
      <w:r>
        <w:rPr>
          <w:i/>
          <w:color w:val="525252"/>
          <w:sz w:val="17"/>
        </w:rPr>
        <w:t>Tool gp_find_point_clusters; parameters {"method": "dbscan", "project": "bceeca13-52a5-4344-bf84-77a2f9f8e186", "features": {"layer": "Coverage complaints (a0e6cf38)"}, "distance_m": 200.0, "min_points": 10}</w:t>
      </w:r>
    </w:p>
    <w:p>
      <w:pPr>
        <w:pStyle w:val="Heading1"/>
      </w:pPr>
      <w:r>
        <w:t>Nearest neighbor index</w:t>
      </w:r>
    </w:p>
    <w:p>
      <w:r>
        <w:rPr>
          <w:b/>
        </w:rPr>
        <w:t xml:space="preserve">What this analysis is. </w:t>
      </w:r>
      <w:r>
        <w:rPr>
          <w:i w:val="0"/>
        </w:rPr>
        <w:t>Average nearest neighbor: Clark-Evans ratio: clustered, dispersed or random [224]. In ArcGIS it is Average Nearest Neighbor; in QGIS, native:nearestneighbouranalysis [224].</w:t>
      </w:r>
    </w:p>
    <w:p>
      <w:r>
        <w:rPr>
          <w:b/>
        </w:rPr>
        <w:t xml:space="preserve">Why it was run on this data. </w:t>
      </w:r>
      <w:r>
        <w:rPr>
          <w:i w:val="0"/>
        </w:rPr>
        <w:t>The average nearest neighbor ratio says whether Towers are clustered, random or dispersed [225]. Measured: Towers are dispersed (nearest-neighbor ratio 1.82, z = +5.8), median spacing 1.36e+03 m [225]. The profile measured it already; the tool draws it [225].</w:t>
      </w:r>
    </w:p>
    <w:p>
      <w:r>
        <w:rPr>
          <w:b/>
        </w:rPr>
        <w:t xml:space="preserve">What it found. </w:t>
      </w:r>
      <w:r>
        <w:rPr>
          <w:i w:val="0"/>
        </w:rPr>
        <w:t>Nearest neighbor index on Towers: Average nearest neighbor: done; no map output [13][226]. It reported result, n 14; result, p value 0; result, z score 8.397; result, elapsed ms 0; result, study area m2 23,117,306; result, nearest neighbor ratio 2.173 [226].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14</w:t>
            </w:r>
          </w:p>
        </w:tc>
      </w:tr>
      <w:tr>
        <w:tc>
          <w:tcPr>
            <w:tcW w:type="dxa" w:w="4320"/>
          </w:tcPr>
          <w:p>
            <w:r>
              <w:t>result, p value</w:t>
            </w:r>
          </w:p>
        </w:tc>
        <w:tc>
          <w:tcPr>
            <w:tcW w:type="dxa" w:w="4320"/>
          </w:tcPr>
          <w:p>
            <w:r>
              <w:t>0</w:t>
            </w:r>
          </w:p>
        </w:tc>
      </w:tr>
      <w:tr>
        <w:tc>
          <w:tcPr>
            <w:tcW w:type="dxa" w:w="4320"/>
          </w:tcPr>
          <w:p>
            <w:r>
              <w:t>result, z score</w:t>
            </w:r>
          </w:p>
        </w:tc>
        <w:tc>
          <w:tcPr>
            <w:tcW w:type="dxa" w:w="4320"/>
          </w:tcPr>
          <w:p>
            <w:r>
              <w:t>8.397</w:t>
            </w:r>
          </w:p>
        </w:tc>
      </w:tr>
      <w:tr>
        <w:tc>
          <w:tcPr>
            <w:tcW w:type="dxa" w:w="4320"/>
          </w:tcPr>
          <w:p>
            <w:r>
              <w:t>result, elapsed ms</w:t>
            </w:r>
          </w:p>
        </w:tc>
        <w:tc>
          <w:tcPr>
            <w:tcW w:type="dxa" w:w="4320"/>
          </w:tcPr>
          <w:p>
            <w:r>
              <w:t>0</w:t>
            </w:r>
          </w:p>
        </w:tc>
      </w:tr>
      <w:tr>
        <w:tc>
          <w:tcPr>
            <w:tcW w:type="dxa" w:w="4320"/>
          </w:tcPr>
          <w:p>
            <w:r>
              <w:t>result, study area m2</w:t>
            </w:r>
          </w:p>
        </w:tc>
        <w:tc>
          <w:tcPr>
            <w:tcW w:type="dxa" w:w="4320"/>
          </w:tcPr>
          <w:p>
            <w:r>
              <w:t>23,117,306</w:t>
            </w:r>
          </w:p>
        </w:tc>
      </w:tr>
      <w:tr>
        <w:tc>
          <w:tcPr>
            <w:tcW w:type="dxa" w:w="4320"/>
          </w:tcPr>
          <w:p>
            <w:r>
              <w:t>result, nearest neighbor ratio</w:t>
            </w:r>
          </w:p>
        </w:tc>
        <w:tc>
          <w:tcPr>
            <w:tcW w:type="dxa" w:w="4320"/>
          </w:tcPr>
          <w:p>
            <w:r>
              <w:t>2.173</w:t>
            </w:r>
          </w:p>
        </w:tc>
      </w:tr>
      <w:tr>
        <w:tc>
          <w:tcPr>
            <w:tcW w:type="dxa" w:w="4320"/>
          </w:tcPr>
          <w:p>
            <w:r>
              <w:t>result, expected mean distance m</w:t>
            </w:r>
          </w:p>
        </w:tc>
        <w:tc>
          <w:tcPr>
            <w:tcW w:type="dxa" w:w="4320"/>
          </w:tcPr>
          <w:p>
            <w:r>
              <w:t>642.5</w:t>
            </w:r>
          </w:p>
        </w:tc>
      </w:tr>
      <w:tr>
        <w:tc>
          <w:tcPr>
            <w:tcW w:type="dxa" w:w="4320"/>
          </w:tcPr>
          <w:p>
            <w:r>
              <w:t>result, observed mean distance m</w:t>
            </w:r>
          </w:p>
        </w:tc>
        <w:tc>
          <w:tcPr>
            <w:tcW w:type="dxa" w:w="4320"/>
          </w:tcPr>
          <w:p>
            <w:r>
              <w:t>1,396</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Nearest neighbor index on Towers: Average nearest neighbor: done; no map output [13][226].</w:t>
      </w:r>
    </w:p>
    <w:p>
      <w:pPr>
        <w:pStyle w:val="ListBullet"/>
      </w:pPr>
      <w:r>
        <w:rPr>
          <w:b/>
        </w:rPr>
        <w:t xml:space="preserve">Evidenced: </w:t>
      </w:r>
      <w:r>
        <w:t>It reported result, n 14; result, p value 0; result, z score 8.397; result, elapsed ms 0; result, study area m2 23,117,306; result, nearest neighbor ratio 2.173 [226].</w:t>
      </w:r>
    </w:p>
    <w:p>
      <w:r>
        <w:rPr>
          <w:i/>
          <w:color w:val="525252"/>
          <w:sz w:val="17"/>
        </w:rPr>
        <w:t>A model draft was discarded because a sentence did not cite a source of this section.</w:t>
      </w:r>
    </w:p>
    <w:p>
      <w:r>
        <w:rPr>
          <w:i/>
          <w:color w:val="525252"/>
          <w:sz w:val="17"/>
        </w:rPr>
        <w:t>Tool gp_nearest_neighbor_index; parameters {"project": "bceeca13-52a5-4344-bf84-77a2f9f8e186", "features": {"layer": "Towers (f7206b9b)"}}</w:t>
      </w:r>
    </w:p>
    <w:p>
      <w:pPr>
        <w:pStyle w:val="Heading1"/>
      </w:pPr>
      <w:r>
        <w:t>Outliers</w:t>
      </w:r>
    </w:p>
    <w:p>
      <w:r>
        <w:rPr>
          <w:b/>
        </w:rPr>
        <w:t xml:space="preserve">What this analysis is. </w:t>
      </w:r>
      <w:r>
        <w:rPr>
          <w:i w:val="0"/>
        </w:rPr>
        <w:t>Find outliers: Anselin local Moran’s I: HH, LL clusters and HL, LH outliers [227]. In ArcGIS it is Find Outliers or Cluster and Outlier Analysis (Anselin Local Moran’s I) [227].</w:t>
      </w:r>
    </w:p>
    <w:p>
      <w:r>
        <w:rPr>
          <w:b/>
        </w:rPr>
        <w:t xml:space="preserve">Why it was run on this data. </w:t>
      </w:r>
      <w:r>
        <w:rPr>
          <w:i w:val="0"/>
        </w:rPr>
        <w:t>Local Moran's I maps clusters and outliers of 'population' [228]. Measured: Neighborhoods have 34 neighboring pairs (4.25 neighbors per area, 0 isolated), so neighbors can be compared [228].</w:t>
      </w:r>
    </w:p>
    <w:p>
      <w:r>
        <w:rPr>
          <w:b/>
        </w:rPr>
        <w:t xml:space="preserve">What it found. </w:t>
      </w:r>
      <w:r>
        <w:rPr>
          <w:i w:val="0"/>
        </w:rPr>
        <w:t>Outliers on Neighborhoods: Find outliers: 1 layer saved: Find outliers: Neighborhoods (16 features) [12][229]. It reported result, count 16; result, elapsed ms 2; result, permutations 199; result, excluded null 0; result, distance band m 1,998; billing, cost 0.05048 [229].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2</w:t>
            </w:r>
          </w:p>
        </w:tc>
      </w:tr>
      <w:tr>
        <w:tc>
          <w:tcPr>
            <w:tcW w:type="dxa" w:w="4320"/>
          </w:tcPr>
          <w:p>
            <w:r>
              <w:t>result, permutations</w:t>
            </w:r>
          </w:p>
        </w:tc>
        <w:tc>
          <w:tcPr>
            <w:tcW w:type="dxa" w:w="4320"/>
          </w:tcPr>
          <w:p>
            <w:r>
              <w:t>199</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1,998</w:t>
            </w:r>
          </w:p>
        </w:tc>
      </w:tr>
      <w:tr>
        <w:tc>
          <w:tcPr>
            <w:tcW w:type="dxa" w:w="4320"/>
          </w:tcPr>
          <w:p>
            <w:r>
              <w:t>billing, cost</w:t>
            </w:r>
          </w:p>
        </w:tc>
        <w:tc>
          <w:tcPr>
            <w:tcW w:type="dxa" w:w="4320"/>
          </w:tcPr>
          <w:p>
            <w:r>
              <w:t>0.05048</w:t>
            </w:r>
          </w:p>
        </w:tc>
      </w:tr>
      <w:tr>
        <w:tc>
          <w:tcPr>
            <w:tcW w:type="dxa" w:w="4320"/>
          </w:tcPr>
          <w:p>
            <w:r>
              <w:t>billing, list price</w:t>
            </w:r>
          </w:p>
        </w:tc>
        <w:tc>
          <w:tcPr>
            <w:tcW w:type="dxa" w:w="4320"/>
          </w:tcPr>
          <w:p>
            <w:r>
              <w:t>0.05048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Outliers on Neighborhoods: Find outliers: 1 layer saved: Find outliers: Neighborhoods (16 features) [12][229].</w:t>
      </w:r>
    </w:p>
    <w:p>
      <w:pPr>
        <w:pStyle w:val="ListBullet"/>
      </w:pPr>
      <w:r>
        <w:rPr>
          <w:b/>
        </w:rPr>
        <w:t xml:space="preserve">Evidenced: </w:t>
      </w:r>
      <w:r>
        <w:t>It reported result, count 16; result, elapsed ms 2; result, permutations 199; result, excluded null 0; result, distance band m 1,998; billing, cost 0.05048 [229].</w:t>
      </w:r>
    </w:p>
    <w:p>
      <w:r>
        <w:rPr>
          <w:i/>
          <w:color w:val="525252"/>
          <w:sz w:val="17"/>
        </w:rPr>
        <w:t>Tool gp_outliers; parameters {"field": "population", "project": "bceeca13-52a5-4344-bf84-77a2f9f8e186", "features": {"layer": "Neighborhoods (efbe8937)"}, "aggregation": "hexagon"}</w:t>
      </w:r>
    </w:p>
    <w:p>
      <w:pPr>
        <w:pStyle w:val="Heading1"/>
      </w:pPr>
      <w:r>
        <w:t>Spatial autocorrelation</w:t>
      </w:r>
    </w:p>
    <w:p>
      <w:r>
        <w:rPr>
          <w:b/>
        </w:rPr>
        <w:t xml:space="preserve">What this analysis is. </w:t>
      </w:r>
      <w:r>
        <w:rPr>
          <w:i w:val="0"/>
        </w:rPr>
        <w:t>Spatial autocorrelation: Global Moran’s I: is the pattern clustered, dispersed or random [230]. In ArcGIS it is Spatial Autocorrelation (Global Moran’s I) [230].</w:t>
      </w:r>
    </w:p>
    <w:p>
      <w:r>
        <w:rPr>
          <w:b/>
        </w:rPr>
        <w:t xml:space="preserve">Why it was run on this data. </w:t>
      </w:r>
      <w:r>
        <w:rPr>
          <w:i w:val="0"/>
        </w:rPr>
        <w:t>Global Moran's I says whether similar values of 'population' sit next to each other [231]. Measured: Neighborhoods have 34 neighboring pairs (4.25 neighbors per area, 0 isolated), so neighbors can be compared [231].</w:t>
      </w:r>
    </w:p>
    <w:p>
      <w:r>
        <w:rPr>
          <w:b/>
        </w:rPr>
        <w:t xml:space="preserve">What it found. </w:t>
      </w:r>
      <w:r>
        <w:rPr>
          <w:i w:val="0"/>
        </w:rPr>
        <w:t>Using the `gp_spatial_autocorrelation` tool [232], an analysis was performed on the Neighborhood</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n</w:t>
            </w:r>
          </w:p>
        </w:tc>
        <w:tc>
          <w:tcPr>
            <w:tcW w:type="dxa" w:w="4320"/>
          </w:tcPr>
          <w:p>
            <w:r>
              <w:t>16</w:t>
            </w:r>
          </w:p>
        </w:tc>
      </w:tr>
      <w:tr>
        <w:tc>
          <w:tcPr>
            <w:tcW w:type="dxa" w:w="4320"/>
          </w:tcPr>
          <w:p>
            <w:r>
              <w:t>result, p value</w:t>
            </w:r>
          </w:p>
        </w:tc>
        <w:tc>
          <w:tcPr>
            <w:tcW w:type="dxa" w:w="4320"/>
          </w:tcPr>
          <w:p>
            <w:r>
              <w:t>0.1783</w:t>
            </w:r>
          </w:p>
        </w:tc>
      </w:tr>
      <w:tr>
        <w:tc>
          <w:tcPr>
            <w:tcW w:type="dxa" w:w="4320"/>
          </w:tcPr>
          <w:p>
            <w:r>
              <w:t>result, z score</w:t>
            </w:r>
          </w:p>
        </w:tc>
        <w:tc>
          <w:tcPr>
            <w:tcW w:type="dxa" w:w="4320"/>
          </w:tcPr>
          <w:p>
            <w:r>
              <w:t>1.346</w:t>
            </w:r>
          </w:p>
        </w:tc>
      </w:tr>
      <w:tr>
        <w:tc>
          <w:tcPr>
            <w:tcW w:type="dxa" w:w="4320"/>
          </w:tcPr>
          <w:p>
            <w:r>
              <w:t>result, morans i</w:t>
            </w:r>
          </w:p>
        </w:tc>
        <w:tc>
          <w:tcPr>
            <w:tcW w:type="dxa" w:w="4320"/>
          </w:tcPr>
          <w:p>
            <w:r>
              <w:t>0.2856</w:t>
            </w:r>
          </w:p>
        </w:tc>
      </w:tr>
      <w:tr>
        <w:tc>
          <w:tcPr>
            <w:tcW w:type="dxa" w:w="4320"/>
          </w:tcPr>
          <w:p>
            <w:r>
              <w:t>result, variance</w:t>
            </w:r>
          </w:p>
        </w:tc>
        <w:tc>
          <w:tcPr>
            <w:tcW w:type="dxa" w:w="4320"/>
          </w:tcPr>
          <w:p>
            <w:r>
              <w:t>0.06851</w:t>
            </w:r>
          </w:p>
        </w:tc>
      </w:tr>
      <w:tr>
        <w:tc>
          <w:tcPr>
            <w:tcW w:type="dxa" w:w="4320"/>
          </w:tcPr>
          <w:p>
            <w:r>
              <w:t>result, elapsed ms</w:t>
            </w:r>
          </w:p>
        </w:tc>
        <w:tc>
          <w:tcPr>
            <w:tcW w:type="dxa" w:w="4320"/>
          </w:tcPr>
          <w:p>
            <w:r>
              <w:t>1</w:t>
            </w:r>
          </w:p>
        </w:tc>
      </w:tr>
      <w:tr>
        <w:tc>
          <w:tcPr>
            <w:tcW w:type="dxa" w:w="4320"/>
          </w:tcPr>
          <w:p>
            <w:r>
              <w:t>result, expected i</w:t>
            </w:r>
          </w:p>
        </w:tc>
        <w:tc>
          <w:tcPr>
            <w:tcW w:type="dxa" w:w="4320"/>
          </w:tcPr>
          <w:p>
            <w:r>
              <w:t>-0.06667</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1,998</w:t>
            </w:r>
          </w:p>
        </w:tc>
      </w:tr>
      <w:tr>
        <w:tc>
          <w:tcPr>
            <w:tcW w:type="dxa" w:w="4320"/>
          </w:tcPr>
          <w:p>
            <w:r>
              <w:t>result, p value normality</w:t>
            </w:r>
          </w:p>
        </w:tc>
        <w:tc>
          <w:tcPr>
            <w:tcW w:type="dxa" w:w="4320"/>
          </w:tcPr>
          <w:p>
            <w:r>
              <w:t>0.1654</w:t>
            </w:r>
          </w:p>
        </w:tc>
      </w:tr>
      <w:tr>
        <w:tc>
          <w:tcPr>
            <w:tcW w:type="dxa" w:w="4320"/>
          </w:tcPr>
          <w:p>
            <w:r>
              <w:t>result, z score normality</w:t>
            </w:r>
          </w:p>
        </w:tc>
        <w:tc>
          <w:tcPr>
            <w:tcW w:type="dxa" w:w="4320"/>
          </w:tcPr>
          <w:p>
            <w:r>
              <w:t>1.387</w:t>
            </w:r>
          </w:p>
        </w:tc>
      </w:tr>
      <w:tr>
        <w:tc>
          <w:tcPr>
            <w:tcW w:type="dxa" w:w="4320"/>
          </w:tcPr>
          <w:p>
            <w:r>
              <w:t>result, variance normality</w:t>
            </w:r>
          </w:p>
        </w:tc>
        <w:tc>
          <w:tcPr>
            <w:tcW w:type="dxa" w:w="4320"/>
          </w:tcPr>
          <w:p>
            <w:r>
              <w:t>0.0645</w:t>
            </w:r>
          </w:p>
        </w:tc>
      </w:tr>
      <w:tr>
        <w:tc>
          <w:tcPr>
            <w:tcW w:type="dxa" w:w="4320"/>
          </w:tcPr>
          <w:p>
            <w:r>
              <w:t>billing, cost</w:t>
            </w:r>
          </w:p>
        </w:tc>
        <w:tc>
          <w:tcPr>
            <w:tcW w:type="dxa" w:w="4320"/>
          </w:tcPr>
          <w:p>
            <w:r>
              <w:t>0.02</w:t>
            </w:r>
          </w:p>
        </w:tc>
      </w:tr>
      <w:tr>
        <w:tc>
          <w:tcPr>
            <w:tcW w:type="dxa" w:w="4320"/>
          </w:tcPr>
          <w:p>
            <w:r>
              <w:t>billing, list price</w:t>
            </w:r>
          </w:p>
        </w:tc>
        <w:tc>
          <w:tcPr>
            <w:tcW w:type="dxa" w:w="4320"/>
          </w:tcPr>
          <w:p>
            <w:r>
              <w:t>0.02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Spatial autocorrelation on Neighborhoods: Spatial autocorrelation: done; no map output [12][232].</w:t>
      </w:r>
    </w:p>
    <w:p>
      <w:pPr>
        <w:pStyle w:val="ListBullet"/>
      </w:pPr>
      <w:r>
        <w:rPr>
          <w:b/>
        </w:rPr>
        <w:t xml:space="preserve">Evidenced: </w:t>
      </w:r>
      <w:r>
        <w:t>It reported result, n 16; result, p value 0.1783; result, z score 1.346; result, morans i 0.2856; result, variance 0.06851; result, elapsed ms 1 [232].</w:t>
      </w:r>
    </w:p>
    <w:p>
      <w:r>
        <w:rPr>
          <w:i/>
          <w:color w:val="525252"/>
          <w:sz w:val="17"/>
        </w:rPr>
        <w:t>Tool gp_spatial_autocorrelation; parameters {"field": "population", "project": "bceeca13-52a5-4344-bf84-77a2f9f8e186", "features": {"layer": "Neighborhoods (efbe8937)"}}</w:t>
      </w:r>
    </w:p>
    <w:p>
      <w:pPr>
        <w:pStyle w:val="Heading1"/>
      </w:pPr>
      <w:r>
        <w:t>What follows from the results</w:t>
      </w:r>
    </w:p>
    <w:p>
      <w:r>
        <w:rPr>
          <w:i w:val="0"/>
        </w:rPr>
        <w:t>Change beside the counts per neighborhood, from Period change: Dropped calls (week of 2026-08-24 to week of 2026-08-31) and Summarize within: Neighborhoods: the busiest area, El Cerro (327 in all), changed by -4 [235][7][196]. Change of dropped calls where density is high, from Period change: Dropped calls (week of 2026-08-24 to week of 2026-08-31) and Calculate density: Coverage complaints: the largest rise (+13, Los Olivos) is where density averages 13.48 per square kilometer [238][7][216]. Hot cells of dropped calls per neighborhood, from Hot spot analysis: Dropped calls: 6 of 16 areas hold hot spot cells; El Cerro holds the most (49) [241][182]. Nearest tower to each cluster of dropped calls, from Find point clusters: cluster hulls: the 2 clusters lie 1,164 to 1,536 m from the nearest facility (Tower 13 Los Pinos and others) [246][221]. Dense areas of coverage complaints, from Calculate density: Coverage complaints: the densest of five classes joins 77 cells into one area [251][216]. Change of coverage complaints per neighborhood, from Period change: Coverage complaints (week of 2026-08-10 to week of 2026-08-17): Los Olivos rose the most (+3) and La Ribera fell the most (-1) [253][9]. Clusters of all inputs together: dropped calls and coverage complaints, from Find point clusters: Dropped calls and Find point clusters: Coverage complaints: 2220 features from 2 sources [256][221][223]. Towers within 250 m of each cluster of dropped calls, from Find point clusters: cluster hulls: 0 of 2 clusters have one within 250 m [260][221].</w:t>
      </w:r>
    </w:p>
    <w:p>
      <w:r>
        <w:rPr>
          <w:b/>
        </w:rPr>
        <w:t>Findings</w:t>
      </w:r>
    </w:p>
    <w:p>
      <w:pPr>
        <w:pStyle w:val="ListBullet"/>
      </w:pPr>
      <w:r>
        <w:rPr>
          <w:b/>
        </w:rPr>
        <w:t xml:space="preserve">Evidenced: </w:t>
      </w:r>
      <w:r>
        <w:t>Change beside the counts per neighborhood, from Period change: Dropped calls (week of 2026-08-24 to week of 2026-08-31) and Summarize within: Neighborhoods: the busiest area, El Cerro (327 in all), changed by -4 [235][7][196].</w:t>
      </w:r>
    </w:p>
    <w:p>
      <w:pPr>
        <w:pStyle w:val="ListBullet"/>
      </w:pPr>
      <w:r>
        <w:rPr>
          <w:b/>
        </w:rPr>
        <w:t xml:space="preserve">Evidenced: </w:t>
      </w:r>
      <w:r>
        <w:t>Change of dropped calls where density is high, from Period change: Dropped calls (week of 2026-08-24 to week of 2026-08-31) and Calculate density: Coverage complaints: the largest rise (+13, Los Olivos) is where density averages 13.48 per square kilometer [238][7][216].</w:t>
      </w:r>
    </w:p>
    <w:p>
      <w:pPr>
        <w:pStyle w:val="ListBullet"/>
      </w:pPr>
      <w:r>
        <w:rPr>
          <w:b/>
        </w:rPr>
        <w:t xml:space="preserve">Evidenced: </w:t>
      </w:r>
      <w:r>
        <w:t>Hot cells of dropped calls per neighborhood, from Hot spot analysis: Dropped calls: 6 of 16 areas hold hot spot cells; El Cerro holds the most (49) [241][182].</w:t>
      </w:r>
    </w:p>
    <w:p>
      <w:pPr>
        <w:pStyle w:val="ListBullet"/>
      </w:pPr>
      <w:r>
        <w:rPr>
          <w:b/>
        </w:rPr>
        <w:t xml:space="preserve">Evidenced: </w:t>
      </w:r>
      <w:r>
        <w:t>Nearest tower to each cluster of dropped calls, from Find point clusters: cluster hulls: the 2 clusters lie 1,164 to 1,536 m from the nearest facility (Tower 13 Los Pinos and others) [246][221].</w:t>
      </w:r>
    </w:p>
    <w:p>
      <w:pPr>
        <w:pStyle w:val="ListBullet"/>
      </w:pPr>
      <w:r>
        <w:rPr>
          <w:b/>
        </w:rPr>
        <w:t xml:space="preserve">Evidenced: </w:t>
      </w:r>
      <w:r>
        <w:t>Dense areas of coverage complaints, from Calculate density: Coverage complaints: the densest of five classes joins 77 cells into one area [251][216].</w:t>
      </w:r>
    </w:p>
    <w:p>
      <w:pPr>
        <w:pStyle w:val="ListBullet"/>
      </w:pPr>
      <w:r>
        <w:rPr>
          <w:b/>
        </w:rPr>
        <w:t xml:space="preserve">Evidenced: </w:t>
      </w:r>
      <w:r>
        <w:t>Change of coverage complaints per neighborhood, from Period change: Coverage complaints (week of 2026-08-10 to week of 2026-08-17): Los Olivos rose the most (+3) and La Ribera fell the most (-1) [253][9].</w:t>
      </w:r>
    </w:p>
    <w:p>
      <w:pPr>
        <w:pStyle w:val="ListBullet"/>
      </w:pPr>
      <w:r>
        <w:rPr>
          <w:b/>
        </w:rPr>
        <w:t xml:space="preserve">Evidenced: </w:t>
      </w:r>
      <w:r>
        <w:t>Clusters of all inputs together: dropped calls and coverage complaints, from Find point clusters: Dropped calls and Find point clusters: Coverage complaints: 2220 features from 2 sources [256][221][223].</w:t>
      </w:r>
    </w:p>
    <w:p>
      <w:pPr>
        <w:pStyle w:val="ListBullet"/>
      </w:pPr>
      <w:r>
        <w:rPr>
          <w:b/>
        </w:rPr>
        <w:t xml:space="preserve">Evidenced: </w:t>
      </w:r>
      <w:r>
        <w:t>Towers within 250 m of each cluster of dropped calls, from Find point clusters: cluster hulls: 0 of 2 clusters have one within 250 m [260][221].</w:t>
      </w:r>
    </w:p>
    <w:p>
      <w:pPr>
        <w:pStyle w:val="Heading1"/>
      </w:pPr>
      <w:r>
        <w:t>Change beside the counts per neighborhood</w:t>
      </w:r>
    </w:p>
    <w:p>
      <w:r>
        <w:rPr>
          <w:b/>
        </w:rPr>
        <w:t xml:space="preserve">What this analysis is. </w:t>
      </w:r>
      <w:r>
        <w:rPr>
          <w:i w:val="0"/>
        </w:rPr>
        <w:t>Spatial join: Attach attributes (or aggregates) of matching features from another layer, by location, distance, time and attributes [233]. In ArcGIS it is Join Features or Spatial Join; in QGIS, native:joinattributesbylocation or native:joinbylocationsummary [233].</w:t>
      </w:r>
    </w:p>
    <w:p>
      <w:r>
        <w:rPr>
          <w:b/>
        </w:rPr>
        <w:t xml:space="preserve">Why it was run on this data. </w:t>
      </w:r>
      <w:r>
        <w:rPr>
          <w:i w:val="0"/>
        </w:rPr>
        <w:t>Attach the Neighborhoods attributes to each of Towers [234].</w:t>
      </w:r>
    </w:p>
    <w:p>
      <w:r>
        <w:rPr>
          <w:b/>
        </w:rPr>
        <w:t xml:space="preserve">What it found. </w:t>
      </w:r>
      <w:r>
        <w:rPr>
          <w:i w:val="0"/>
        </w:rPr>
        <w:t>The spatial join tool was executed using Summarize within: Neighborhoods [236] as an input, in conjunction with Period change: Dropped calls (week of 2026-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0.01066</w:t>
            </w:r>
          </w:p>
        </w:tc>
      </w:tr>
      <w:tr>
        <w:tc>
          <w:tcPr>
            <w:tcW w:type="dxa" w:w="4320"/>
          </w:tcPr>
          <w:p>
            <w:r>
              <w:t>billing, list price</w:t>
            </w:r>
          </w:p>
        </w:tc>
        <w:tc>
          <w:tcPr>
            <w:tcW w:type="dxa" w:w="4320"/>
          </w:tcPr>
          <w:p>
            <w:r>
              <w:t>0.01066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Spatial join on Summarize within: Neighborhoods, Period change: Dropped calls (week of 2026-08-24 to week of 2026-08-31) produced Change beside the counts per neighborhood (16 features) [8][235][236][237].</w:t>
      </w:r>
    </w:p>
    <w:p>
      <w:pPr>
        <w:pStyle w:val="ListBullet"/>
      </w:pPr>
      <w:r>
        <w:rPr>
          <w:b/>
        </w:rPr>
        <w:t xml:space="preserve">Evidenced: </w:t>
      </w:r>
      <w:r>
        <w:t>It reported result, count 16; result, elapsed ms 1; billing, cost 0.01066; billing, list price 0.01066; billing, upstream cost 0 [235].</w:t>
      </w:r>
    </w:p>
    <w:p>
      <w:r>
        <w:rPr>
          <w:i/>
          <w:color w:val="525252"/>
          <w:sz w:val="17"/>
        </w:rPr>
        <w:t>Tool gp_spatial_join; parameters {"join": {"layer": "Summarize within: Neighborhoods (07b9a4cd)"}, "fields": ["count"], "target": {"layer": "Period change: Dropped calls (week of 2026-08-24 to week of 2026-08-31) (9e66bb0d)"}, "project": "bceeca13-52a5-4344-bf84-77a2f9f8e186", "predicate": "largest_overlap", "output_name": "Change beside the counts per neighborhood"}</w:t>
      </w:r>
    </w:p>
    <w:p>
      <w:pPr>
        <w:pStyle w:val="Heading1"/>
      </w:pPr>
      <w:r>
        <w:t>Change of dropped calls where density is high</w:t>
      </w:r>
    </w:p>
    <w:p>
      <w:r>
        <w:rPr>
          <w:b/>
        </w:rPr>
        <w:t xml:space="preserve">What this analysis is. </w:t>
      </w:r>
      <w:r>
        <w:rPr>
          <w:i w:val="0"/>
        </w:rPr>
        <w:t>Spatial join: Attach attributes (or aggregates) of matching features from another layer, by location, distance, time and attributes [233]. In ArcGIS it is Join Features or Spatial Join; in QGIS, native:joinattributesbylocation or native:joinbylocationsummary [233].</w:t>
      </w:r>
    </w:p>
    <w:p>
      <w:r>
        <w:rPr>
          <w:b/>
        </w:rPr>
        <w:t xml:space="preserve">Why it was run on this data. </w:t>
      </w:r>
      <w:r>
        <w:rPr>
          <w:i w:val="0"/>
        </w:rPr>
        <w:t>Attach the Neighborhoods attributes to each of Towers [234].</w:t>
      </w:r>
    </w:p>
    <w:p>
      <w:r>
        <w:rPr>
          <w:b/>
        </w:rPr>
        <w:t xml:space="preserve">What it found. </w:t>
      </w:r>
      <w:r>
        <w:rPr>
          <w:i w:val="0"/>
        </w:rPr>
        <w:t>Spatial join on Calculate density: Coverage complaints, Period change: Dropped calls (week of 2026-08-24 to week of 2026-08-31) produced Change of dropped calls where density is high (16 features) [8][238][239][240]. It reported result, count 16; result, elapsed ms 1; billing, cost 0.018; billing, list price 0.018; billing, upstream cost 0 [238].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0.018</w:t>
            </w:r>
          </w:p>
        </w:tc>
      </w:tr>
      <w:tr>
        <w:tc>
          <w:tcPr>
            <w:tcW w:type="dxa" w:w="4320"/>
          </w:tcPr>
          <w:p>
            <w:r>
              <w:t>billing, list price</w:t>
            </w:r>
          </w:p>
        </w:tc>
        <w:tc>
          <w:tcPr>
            <w:tcW w:type="dxa" w:w="4320"/>
          </w:tcPr>
          <w:p>
            <w:r>
              <w:t>0.018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Spatial join on Calculate density: Coverage complaints, Period change: Dropped calls (week of 2026-08-24 to week of 2026-08-31) produced Change of dropped calls where density is high (16 features) [8][238][239][240].</w:t>
      </w:r>
    </w:p>
    <w:p>
      <w:pPr>
        <w:pStyle w:val="ListBullet"/>
      </w:pPr>
      <w:r>
        <w:rPr>
          <w:b/>
        </w:rPr>
        <w:t xml:space="preserve">Evidenced: </w:t>
      </w:r>
      <w:r>
        <w:t>It reported result, count 16; result, elapsed ms 1; billing, cost 0.018; billing, list price 0.018; billing, upstream cost 0 [238].</w:t>
      </w:r>
    </w:p>
    <w:p>
      <w:r>
        <w:rPr>
          <w:i/>
          <w:color w:val="525252"/>
          <w:sz w:val="17"/>
        </w:rPr>
        <w:t>Tool gp_spatial_join; parameters {"join": {"layer": "Calculate density: Coverage complaints (1d475898)"}, "stats": [{"agg": "mean", "field": "density_per_km2"}], "target": {"layer": "Period change: Dropped calls (week of 2026-08-24 to week of 2026-08-31) (9e66bb0d)"}, "project": "bceeca13-52a5-4344-bf84-77a2f9f8e186", "predicate": "intersects", "output_name": "Change of dropped calls where density is high"}</w:t>
      </w:r>
    </w:p>
    <w:p>
      <w:pPr>
        <w:pStyle w:val="Heading1"/>
      </w:pPr>
      <w:r>
        <w:t>Hot cells of dropped calls per neighborhood</w:t>
      </w:r>
    </w:p>
    <w:p>
      <w:r>
        <w:rPr>
          <w:b/>
        </w:rPr>
        <w:t xml:space="preserve">What this analysis is. </w:t>
      </w:r>
      <w:r>
        <w:rPr>
          <w:i w:val="0"/>
        </w:rPr>
        <w:t>Summarize within: Count and aggregate the features inside each polygon (or bin), proportionally for lines and polygons [192]. In ArcGIS it is Summarize Within or Aggregate Points; in QGIS, native:countpointsinpolygon or native:sumlinelengths [192].</w:t>
      </w:r>
    </w:p>
    <w:p>
      <w:r>
        <w:rPr>
          <w:b/>
        </w:rPr>
        <w:t xml:space="preserve">Why it was run on this data. </w:t>
      </w:r>
      <w:r>
        <w:rPr>
          <w:i w:val="0"/>
        </w:rPr>
        <w:t>Count Towers inside each feature of Neighborhoods by technology; the counts map as a choropleth (natural breaks, sequential colors) [193].</w:t>
      </w:r>
    </w:p>
    <w:p>
      <w:r>
        <w:rPr>
          <w:b/>
        </w:rPr>
        <w:t xml:space="preserve">What it found. </w:t>
      </w:r>
      <w:r>
        <w:rPr>
          <w:i w:val="0"/>
        </w:rPr>
        <w:t>The analysis began with Neighborhoods [12] and incorporated Hot spot analysis: Dropped calls [242].</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32</w:t>
            </w:r>
          </w:p>
        </w:tc>
      </w:tr>
      <w:tr>
        <w:tc>
          <w:tcPr>
            <w:tcW w:type="dxa" w:w="4320"/>
          </w:tcPr>
          <w:p>
            <w:r>
              <w:t>billing, cost</w:t>
            </w:r>
          </w:p>
        </w:tc>
        <w:tc>
          <w:tcPr>
            <w:tcW w:type="dxa" w:w="4320"/>
          </w:tcPr>
          <w:p>
            <w:r>
              <w:t>0.04628</w:t>
            </w:r>
          </w:p>
        </w:tc>
      </w:tr>
      <w:tr>
        <w:tc>
          <w:tcPr>
            <w:tcW w:type="dxa" w:w="4320"/>
          </w:tcPr>
          <w:p>
            <w:r>
              <w:t>billing, list price</w:t>
            </w:r>
          </w:p>
        </w:tc>
        <w:tc>
          <w:tcPr>
            <w:tcW w:type="dxa" w:w="4320"/>
          </w:tcPr>
          <w:p>
            <w:r>
              <w:t>0.04628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Hot spot analysis: Dropped calls, Neighborhoods produced Hot cells of dropped calls per neighborhood (16 features) [12][241][242][243].</w:t>
      </w:r>
    </w:p>
    <w:p>
      <w:pPr>
        <w:pStyle w:val="ListBullet"/>
      </w:pPr>
      <w:r>
        <w:rPr>
          <w:b/>
        </w:rPr>
        <w:t xml:space="preserve">Evidenced: </w:t>
      </w:r>
      <w:r>
        <w:t>It reported result, count 16; result, elapsed ms 32; billing, cost 0.04628; billing, list price 0.04628; billing, upstream cost 0 [241].</w:t>
      </w:r>
    </w:p>
    <w:p>
      <w:r>
        <w:rPr>
          <w:i/>
          <w:color w:val="525252"/>
          <w:sz w:val="17"/>
        </w:rPr>
        <w:t>Tool gp_summarize_within; parameters {"project": "bceeca13-52a5-4344-bf84-77a2f9f8e186", "features": {"layer": "Hot spot analysis: Dropped calls (1dbf3768)"}, "group_by": "gi_bin", "polygons": {"layer": "Neighborhoods (efbe8937)"}, "output_name": "Hot cells of dropped calls per neighborhood"}</w:t>
      </w:r>
    </w:p>
    <w:p>
      <w:pPr>
        <w:pStyle w:val="Heading1"/>
      </w:pPr>
      <w:r>
        <w:t>Nearest tower to each cluster of dropped calls</w:t>
      </w:r>
    </w:p>
    <w:p>
      <w:r>
        <w:rPr>
          <w:b/>
        </w:rPr>
        <w:t xml:space="preserve">What this analysis is. </w:t>
      </w:r>
      <w:r>
        <w:rPr>
          <w:i w:val="0"/>
        </w:rPr>
        <w:t>Find nearest: The k nearest features for each input, with geodesic distance and bearing [244]. In ArcGIS it is Find Nearest or Near; in QGIS, native:joinbynearest or native:nearestneighbouranalysis [244].</w:t>
      </w:r>
    </w:p>
    <w:p>
      <w:r>
        <w:rPr>
          <w:b/>
        </w:rPr>
        <w:t xml:space="preserve">Why it was run on this data. </w:t>
      </w:r>
      <w:r>
        <w:rPr>
          <w:i w:val="0"/>
        </w:rPr>
        <w:t>It was run toward the goal "Describe the project Sample: Telecom, Medellin: run the analyses that tell the most about its data, draw every result, and write a cited report" [245].</w:t>
      </w:r>
    </w:p>
    <w:p>
      <w:r>
        <w:rPr>
          <w:b/>
        </w:rPr>
        <w:t xml:space="preserve">What it found. </w:t>
      </w:r>
      <w:r>
        <w:rPr>
          <w:i w:val="0"/>
        </w:rPr>
        <w:t>Find nearest on Towers, Find point clusters: cluster hulls produced Nearest tower to each cluster of dropped calls (2 features) [13][246][247][248]. It reported result, count 2; result, elapsed ms 1; billing, cost 0.01032; billing, list price 0.01032; billing, upstream cost 0 [246].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0.01032</w:t>
            </w:r>
          </w:p>
        </w:tc>
      </w:tr>
      <w:tr>
        <w:tc>
          <w:tcPr>
            <w:tcW w:type="dxa" w:w="4320"/>
          </w:tcPr>
          <w:p>
            <w:r>
              <w:t>billing, list price</w:t>
            </w:r>
          </w:p>
        </w:tc>
        <w:tc>
          <w:tcPr>
            <w:tcW w:type="dxa" w:w="4320"/>
          </w:tcPr>
          <w:p>
            <w:r>
              <w:t>0.01032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nearest on Towers, Find point clusters: cluster hulls produced Nearest tower to each cluster of dropped calls (2 features) [13][246][247][248].</w:t>
      </w:r>
    </w:p>
    <w:p>
      <w:pPr>
        <w:pStyle w:val="ListBullet"/>
      </w:pPr>
      <w:r>
        <w:rPr>
          <w:b/>
        </w:rPr>
        <w:t xml:space="preserve">Evidenced: </w:t>
      </w:r>
      <w:r>
        <w:t>It reported result, count 2; result, elapsed ms 1; billing, cost 0.01032; billing, list price 0.01032; billing, upstream cost 0 [246].</w:t>
      </w:r>
    </w:p>
    <w:p>
      <w:r>
        <w:rPr>
          <w:i/>
          <w:color w:val="525252"/>
          <w:sz w:val="17"/>
        </w:rPr>
        <w:t>Tool gp_find_nearest; parameters {"k": 1, "to": {"layer": "Towers (f7206b9b)"}, "from": {"layer": "Find point clusters: cluster hulls (5313780d)"}, "project": "bceeca13-52a5-4344-bf84-77a2f9f8e186", "output_name": "Nearest tower to each cluster of dropped calls"}</w:t>
      </w:r>
    </w:p>
    <w:p>
      <w:pPr>
        <w:pStyle w:val="Heading1"/>
      </w:pPr>
      <w:r>
        <w:t>Dense areas of coverage complaints</w:t>
      </w:r>
    </w:p>
    <w:p>
      <w:r>
        <w:rPr>
          <w:b/>
        </w:rPr>
        <w:t xml:space="preserve">What this analysis is. </w:t>
      </w:r>
      <w:r>
        <w:rPr>
          <w:i w:val="0"/>
        </w:rPr>
        <w:t>Pipeline: Run up to 20 GIS operations in one engine call; a step's params may use "$id" (an earlier step's result) or "$id.key", and layer references [249]. Every step's map outputs are saved as styled layers [249].</w:t>
      </w:r>
    </w:p>
    <w:p>
      <w:r>
        <w:rPr>
          <w:b/>
        </w:rPr>
        <w:t xml:space="preserve">Why it was run on this data. </w:t>
      </w:r>
      <w:r>
        <w:rPr>
          <w:i w:val="0"/>
        </w:rPr>
        <w:t>Neighborhoods holds population in 'population': Towers per 10,000 people in each feature compares features of different size; mapped as a choropleth (natural breaks, sequential colors) [250].</w:t>
      </w:r>
    </w:p>
    <w:p>
      <w:r>
        <w:rPr>
          <w:b/>
        </w:rPr>
        <w:t xml:space="preserve">What it found. </w:t>
      </w:r>
      <w:r>
        <w:rPr>
          <w:i w:val="0"/>
        </w:rPr>
        <w:t>Pipeline on Calculate density: Coverage complaints produced Dense areas of coverage complaints (5 features) [239][251][252]. It reported result, count 5; result, elapsed ms 6; billing, cost 0.02767; billing, list price 0.02767; billing, upstream cost 0; list price 0.02767 [251].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5</w:t>
            </w:r>
          </w:p>
        </w:tc>
      </w:tr>
      <w:tr>
        <w:tc>
          <w:tcPr>
            <w:tcW w:type="dxa" w:w="4320"/>
          </w:tcPr>
          <w:p>
            <w:r>
              <w:t>result, elapsed ms</w:t>
            </w:r>
          </w:p>
        </w:tc>
        <w:tc>
          <w:tcPr>
            <w:tcW w:type="dxa" w:w="4320"/>
          </w:tcPr>
          <w:p>
            <w:r>
              <w:t>6</w:t>
            </w:r>
          </w:p>
        </w:tc>
      </w:tr>
      <w:tr>
        <w:tc>
          <w:tcPr>
            <w:tcW w:type="dxa" w:w="4320"/>
          </w:tcPr>
          <w:p>
            <w:r>
              <w:t>billing, cost</w:t>
            </w:r>
          </w:p>
        </w:tc>
        <w:tc>
          <w:tcPr>
            <w:tcW w:type="dxa" w:w="4320"/>
          </w:tcPr>
          <w:p>
            <w:r>
              <w:t>0.02767</w:t>
            </w:r>
          </w:p>
        </w:tc>
      </w:tr>
      <w:tr>
        <w:tc>
          <w:tcPr>
            <w:tcW w:type="dxa" w:w="4320"/>
          </w:tcPr>
          <w:p>
            <w:r>
              <w:t>billing, list price</w:t>
            </w:r>
          </w:p>
        </w:tc>
        <w:tc>
          <w:tcPr>
            <w:tcW w:type="dxa" w:w="4320"/>
          </w:tcPr>
          <w:p>
            <w:r>
              <w:t>0.02767</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0.02767</w:t>
            </w:r>
          </w:p>
        </w:tc>
      </w:tr>
    </w:tbl>
    <w:p/>
    <w:p>
      <w:r>
        <w:rPr>
          <w:b/>
        </w:rPr>
        <w:t>Findings</w:t>
      </w:r>
    </w:p>
    <w:p>
      <w:pPr>
        <w:pStyle w:val="ListBullet"/>
      </w:pPr>
      <w:r>
        <w:rPr>
          <w:b/>
        </w:rPr>
        <w:t xml:space="preserve">Evidenced: </w:t>
      </w:r>
      <w:r>
        <w:t>Pipeline on Calculate density: Coverage complaints produced Dense areas of coverage complaints (5 features) [239][251][252].</w:t>
      </w:r>
    </w:p>
    <w:p>
      <w:pPr>
        <w:pStyle w:val="ListBullet"/>
      </w:pPr>
      <w:r>
        <w:rPr>
          <w:b/>
        </w:rPr>
        <w:t xml:space="preserve">Evidenced: </w:t>
      </w:r>
      <w:r>
        <w:t>It reported result, count 5; result, elapsed ms 6; billing, cost 0.02767; billing, list price 0.02767; billing, upstream cost 0; list price 0.02767 [251].</w:t>
      </w:r>
    </w:p>
    <w:p>
      <w:r>
        <w:rPr>
          <w:i/>
          <w:color w:val="525252"/>
          <w:sz w:val="17"/>
        </w:rPr>
        <w:t>A model draft was discarded because a sentence did not cite a source of this section.</w:t>
      </w:r>
    </w:p>
    <w:p>
      <w:r>
        <w:rPr>
          <w:i/>
          <w:color w:val="525252"/>
          <w:sz w:val="17"/>
        </w:rPr>
        <w:t>Tool gp_pipeline; parameters {"save": "final", "steps": [{"id": "classes", "params": {"field": "density_per_km2", "method": "quantile", "classes": 5, "features": {"layer": "Calculate density: Coverage complaints (1d475898)"}}, "operation": "classify_field"}, {"id": "areas", "params": {"by": ["class"], "features": "$classes"}, "operation": "dissolve"}], "project": "bceeca13-52a5-4344-bf84-77a2f9f8e186", "output_name": "Dense a</w:t>
      </w:r>
    </w:p>
    <w:p>
      <w:pPr>
        <w:pStyle w:val="Heading1"/>
      </w:pPr>
      <w:r>
        <w:t>Change of coverage complaints per neighborhood</w:t>
      </w:r>
    </w:p>
    <w:p>
      <w:r>
        <w:rPr>
          <w:b/>
        </w:rPr>
        <w:t xml:space="preserve">What this analysis is. </w:t>
      </w:r>
      <w:r>
        <w:rPr>
          <w:i w:val="0"/>
        </w:rPr>
        <w:t>Summarize within: Count and aggregate the features inside each polygon (or bin), proportionally for lines and polygons [192]. In ArcGIS it is Summarize Within or Aggregate Points; in QGIS, native:countpointsinpolygon or native:sumlinelengths [192].</w:t>
      </w:r>
    </w:p>
    <w:p>
      <w:r>
        <w:rPr>
          <w:b/>
        </w:rPr>
        <w:t xml:space="preserve">Why it was run on this data. </w:t>
      </w:r>
      <w:r>
        <w:rPr>
          <w:i w:val="0"/>
        </w:rPr>
        <w:t>Count Towers inside each feature of Neighborhoods by technology; the counts map as a choropleth (natural breaks, sequential colors) [193].</w:t>
      </w:r>
    </w:p>
    <w:p>
      <w:r>
        <w:rPr>
          <w:b/>
        </w:rPr>
        <w:t xml:space="preserve">What it found. </w:t>
      </w:r>
      <w:r>
        <w:rPr>
          <w:i w:val="0"/>
        </w:rPr>
        <w:t>Summarize within on Period change: Coverage complaints (week of 2026-08-10 to week of 2026-08-17), Neighborhoods produced Change of coverage complaints per neighborhood (16 features) [10][12][253][254]. It reported result, count 16; result, elapsed ms 1; billing, cost 0.0105; billing, list price 0.0105; billing, upstream cost 0 [253].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16</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0.0105</w:t>
            </w:r>
          </w:p>
        </w:tc>
      </w:tr>
      <w:tr>
        <w:tc>
          <w:tcPr>
            <w:tcW w:type="dxa" w:w="4320"/>
          </w:tcPr>
          <w:p>
            <w:r>
              <w:t>billing, list price</w:t>
            </w:r>
          </w:p>
        </w:tc>
        <w:tc>
          <w:tcPr>
            <w:tcW w:type="dxa" w:w="4320"/>
          </w:tcPr>
          <w:p>
            <w:r>
              <w:t>0.0105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Period change: Coverage complaints (week of 2026-08-10 to week of 2026-08-17), Neighborhoods produced Change of coverage complaints per neighborhood (16 features) [10][12][253][254].</w:t>
      </w:r>
    </w:p>
    <w:p>
      <w:pPr>
        <w:pStyle w:val="ListBullet"/>
      </w:pPr>
      <w:r>
        <w:rPr>
          <w:b/>
        </w:rPr>
        <w:t xml:space="preserve">Evidenced: </w:t>
      </w:r>
      <w:r>
        <w:t>It reported result, count 16; result, elapsed ms 1; billing, cost 0.0105; billing, list price 0.0105; billing, upstream cost 0 [253].</w:t>
      </w:r>
    </w:p>
    <w:p>
      <w:r>
        <w:rPr>
          <w:i/>
          <w:color w:val="525252"/>
          <w:sz w:val="17"/>
        </w:rPr>
        <w:t>Tool gp_summarize_within; parameters {"stats": [{"agg": "sum", "field": "change"}], "project": "bceeca13-52a5-4344-bf84-77a2f9f8e186", "features": {"layer": "Period change: Coverage complaints (week of 2026-08-10 to week of 2026-08-17) (b22b41b5)"}, "polygons": {"layer": "Neighborhoods (efbe8937)"}, "output_name": "Change of coverage complaints per neighborhood"}</w:t>
      </w:r>
    </w:p>
    <w:p>
      <w:pPr>
        <w:pStyle w:val="Heading1"/>
      </w:pPr>
      <w:r>
        <w:t>Clusters of all inputs together: dropped calls and coverage complaints</w:t>
      </w:r>
    </w:p>
    <w:p>
      <w:r>
        <w:rPr>
          <w:b/>
        </w:rPr>
        <w:t xml:space="preserve">What this analysis is. </w:t>
      </w:r>
      <w:r>
        <w:rPr>
          <w:i w:val="0"/>
        </w:rPr>
        <w:t>Pipeline: Run up to 20 GIS operations in one engine call; a step's params may use "$id" (an earlier step's result) or "$id.key", and layer references [249]. Every step's map outputs are saved as styled layers [249].</w:t>
      </w:r>
    </w:p>
    <w:p>
      <w:r>
        <w:rPr>
          <w:b/>
        </w:rPr>
        <w:t xml:space="preserve">Why it was run on this data. </w:t>
      </w:r>
      <w:r>
        <w:rPr>
          <w:i w:val="0"/>
        </w:rPr>
        <w:t>Neighborhoods holds population in 'population': Dropped calls per 10,000 people in each feature compares features of different size; mapped as a choropleth (natural breaks, sequential colors) [255].</w:t>
      </w:r>
    </w:p>
    <w:p>
      <w:r>
        <w:rPr>
          <w:b/>
        </w:rPr>
        <w:t xml:space="preserve">What it found. </w:t>
      </w:r>
      <w:r>
        <w:rPr>
          <w:i w:val="0"/>
        </w:rPr>
        <w:t>Pipeline on Dropped calls, Coverage complaints produced Find point clusters: cluster hulls (3 features), Clusters of all inputs together: dropped calls and coverage complaints (2,220 features) [14][15][256][257][258]. It reported result, count 2,220; result, noise 2,093; result, distance m 100; result, elapsed ms 24; result, min points 20; billing, cost 0.1044 [256]. Clusters of all inputs together: dropped calls and coverage complaints over time shows a trend of -1.12 per week; the second half of its weeks has 911 against 889 in the first (+2.5%) [259].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2,220</w:t>
            </w:r>
          </w:p>
        </w:tc>
      </w:tr>
      <w:tr>
        <w:tc>
          <w:tcPr>
            <w:tcW w:type="dxa" w:w="4320"/>
          </w:tcPr>
          <w:p>
            <w:r>
              <w:t>result, noise</w:t>
            </w:r>
          </w:p>
        </w:tc>
        <w:tc>
          <w:tcPr>
            <w:tcW w:type="dxa" w:w="4320"/>
          </w:tcPr>
          <w:p>
            <w:r>
              <w:t>2,093</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24</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0.1044</w:t>
            </w:r>
          </w:p>
        </w:tc>
      </w:tr>
      <w:tr>
        <w:tc>
          <w:tcPr>
            <w:tcW w:type="dxa" w:w="4320"/>
          </w:tcPr>
          <w:p>
            <w:r>
              <w:t>billing, list price</w:t>
            </w:r>
          </w:p>
        </w:tc>
        <w:tc>
          <w:tcPr>
            <w:tcW w:type="dxa" w:w="4320"/>
          </w:tcPr>
          <w:p>
            <w:r>
              <w:t>0.1044</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0.1044</w:t>
            </w:r>
          </w:p>
        </w:tc>
      </w:tr>
    </w:tbl>
    <w:p/>
    <w:p>
      <w:pPr>
        <w:jc w:val="center"/>
      </w:pPr>
      <w:r>
        <w:drawing>
          <wp:inline xmlns:a="http://schemas.openxmlformats.org/drawingml/2006/main" xmlns:pic="http://schemas.openxmlformats.org/drawingml/2006/picture">
            <wp:extent cx="5486400" cy="3590544"/>
            <wp:docPr id="85" name="Picture 85"/>
            <wp:cNvGraphicFramePr>
              <a:graphicFrameLocks noChangeAspect="1"/>
            </wp:cNvGraphicFramePr>
            <a:graphic>
              <a:graphicData uri="http://schemas.openxmlformats.org/drawingml/2006/picture">
                <pic:pic>
                  <pic:nvPicPr>
                    <pic:cNvPr id="0" name="218.jpg"/>
                    <pic:cNvPicPr/>
                  </pic:nvPicPr>
                  <pic:blipFill>
                    <a:blip r:embed="rId92"/>
                    <a:stretch>
                      <a:fillRect/>
                    </a:stretch>
                  </pic:blipFill>
                  <pic:spPr>
                    <a:xfrm>
                      <a:off x="0" y="0"/>
                      <a:ext cx="5486400" cy="3590544"/>
                    </a:xfrm>
                    <a:prstGeom prst="rect"/>
                  </pic:spPr>
                </pic:pic>
              </a:graphicData>
            </a:graphic>
          </wp:inline>
        </w:drawing>
      </w:r>
    </w:p>
    <w:p>
      <w:r>
        <w:rPr>
          <w:i/>
          <w:color w:val="525252"/>
          <w:sz w:val="17"/>
        </w:rPr>
        <w:t>Figure 85. Clusters of all inputs together: dropped calls and coverage complaints over time [259]. Per week, 2026-08-03 to 2026-09-21. Source: Clusters of all inputs together: dropped calls and coverage complaints (2,220 features). The data is in the appendix.</w:t>
      </w:r>
    </w:p>
    <w:p>
      <w:r>
        <w:rPr>
          <w:b/>
        </w:rPr>
        <w:t>Findings</w:t>
      </w:r>
    </w:p>
    <w:p>
      <w:pPr>
        <w:pStyle w:val="ListBullet"/>
      </w:pPr>
      <w:r>
        <w:rPr>
          <w:b/>
        </w:rPr>
        <w:t xml:space="preserve">Evidenced: </w:t>
      </w:r>
      <w:r>
        <w:t>Pipeline on Dropped calls, Coverage complaints produced Find point clusters: cluster hulls (3 features), Clusters of all inputs together: dropped calls and coverage complaints (2,220 features) [14][15][256][257][258].</w:t>
      </w:r>
    </w:p>
    <w:p>
      <w:pPr>
        <w:pStyle w:val="ListBullet"/>
      </w:pPr>
      <w:r>
        <w:rPr>
          <w:b/>
        </w:rPr>
        <w:t xml:space="preserve">Evidenced: </w:t>
      </w:r>
      <w:r>
        <w:t>It reported result, count 2,220; result, noise 2,093; result, distance m 100; result, elapsed ms 24; result, min points 20; billing, cost 0.1044 [256].</w:t>
      </w:r>
    </w:p>
    <w:p>
      <w:pPr>
        <w:pStyle w:val="ListBullet"/>
      </w:pPr>
      <w:r>
        <w:rPr>
          <w:b/>
        </w:rPr>
        <w:t xml:space="preserve">Evidenced: </w:t>
      </w:r>
      <w:r>
        <w:t>Clusters of all inputs together: dropped calls and coverage complaints over time shows a trend of -1.12 per week; the second half of its weeks has 911 against 889 in the first (+2.5%) [259].</w:t>
      </w:r>
    </w:p>
    <w:p>
      <w:r>
        <w:rPr>
          <w:i/>
          <w:color w:val="525252"/>
          <w:sz w:val="17"/>
        </w:rPr>
        <w:t>Tool gp_pipeline; parameters {"save": "final", "steps": [{"id": "merged", "params": {"layers": [{"layer": "Dropped calls (e2f5ccec)"}, {"layer": "Coverage complaints (a0e6cf38)"}], "source_field": "source"}, "operation": "merge_layers"}, {"id": "joint", "params": {"method": "dbscan", "features": "$merged", "distance_m": 100.0, "min_points": 20}, "operation": "find_point_clusters"}], "project": "bceeca13-52a5-4344-bf84-77a2f9f</w:t>
      </w:r>
    </w:p>
    <w:p>
      <w:pPr>
        <w:pStyle w:val="Heading1"/>
      </w:pPr>
      <w:r>
        <w:t>Towers within 250 m of each cluster of dropped calls</w:t>
      </w:r>
    </w:p>
    <w:p>
      <w:r>
        <w:rPr>
          <w:b/>
        </w:rPr>
        <w:t xml:space="preserve">What this analysis is. </w:t>
      </w:r>
      <w:r>
        <w:rPr>
          <w:i w:val="0"/>
        </w:rPr>
        <w:t>Pipeline: Run up to 20 GIS operations in one engine call; a step's params may use "$id" (an earlier step's result) or "$id.key", and layer references [249]. Every step's map outputs are saved as styled layers [249].</w:t>
      </w:r>
    </w:p>
    <w:p>
      <w:r>
        <w:rPr>
          <w:b/>
        </w:rPr>
        <w:t xml:space="preserve">Why it was run on this data. </w:t>
      </w:r>
      <w:r>
        <w:rPr>
          <w:i w:val="0"/>
        </w:rPr>
        <w:t>Neighborhoods holds population in 'population': Towers per 10,000 people in each feature compares features of different size; mapped as a choropleth (natural breaks, sequential colors) [250].</w:t>
      </w:r>
    </w:p>
    <w:p>
      <w:r>
        <w:rPr>
          <w:b/>
        </w:rPr>
        <w:t xml:space="preserve">What it found. </w:t>
      </w:r>
      <w:r>
        <w:rPr>
          <w:i w:val="0"/>
        </w:rPr>
        <w:t>The analysis utilized Towers as input [13] through the `gp_pipeline` tool [260], which found point clusters: cluster hulls [247] as part of its process. This pipeline generated an output layer detailing Towers within 250 m of each cluster of dropped calls, consisting of 2 features [261].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0.02034</w:t>
            </w:r>
          </w:p>
        </w:tc>
      </w:tr>
      <w:tr>
        <w:tc>
          <w:tcPr>
            <w:tcW w:type="dxa" w:w="4320"/>
          </w:tcPr>
          <w:p>
            <w:r>
              <w:t>billing, list price</w:t>
            </w:r>
          </w:p>
        </w:tc>
        <w:tc>
          <w:tcPr>
            <w:tcW w:type="dxa" w:w="4320"/>
          </w:tcPr>
          <w:p>
            <w:r>
              <w:t>0.02034</w:t>
            </w:r>
          </w:p>
        </w:tc>
      </w:tr>
      <w:tr>
        <w:tc>
          <w:tcPr>
            <w:tcW w:type="dxa" w:w="4320"/>
          </w:tcPr>
          <w:p>
            <w:r>
              <w:t>billing, upstream cost</w:t>
            </w:r>
          </w:p>
        </w:tc>
        <w:tc>
          <w:tcPr>
            <w:tcW w:type="dxa" w:w="4320"/>
          </w:tcPr>
          <w:p>
            <w:r>
              <w:t>0</w:t>
            </w:r>
          </w:p>
        </w:tc>
      </w:tr>
      <w:tr>
        <w:tc>
          <w:tcPr>
            <w:tcW w:type="dxa" w:w="4320"/>
          </w:tcPr>
          <w:p>
            <w:r>
              <w:t>list price</w:t>
            </w:r>
          </w:p>
        </w:tc>
        <w:tc>
          <w:tcPr>
            <w:tcW w:type="dxa" w:w="4320"/>
          </w:tcPr>
          <w:p>
            <w:r>
              <w:t>0.02034</w:t>
            </w:r>
          </w:p>
        </w:tc>
      </w:tr>
    </w:tbl>
    <w:p/>
    <w:p>
      <w:r>
        <w:rPr>
          <w:b/>
        </w:rPr>
        <w:t>Findings</w:t>
      </w:r>
    </w:p>
    <w:p>
      <w:pPr>
        <w:pStyle w:val="ListBullet"/>
      </w:pPr>
      <w:r>
        <w:rPr>
          <w:b/>
        </w:rPr>
        <w:t xml:space="preserve">Evidenced: </w:t>
      </w:r>
      <w:r>
        <w:t>Pipeline on Find point clusters: cluster hulls, Towers produced Towers within 250 m of each cluster of dropped calls (2 features) [13][247][260][261].</w:t>
      </w:r>
    </w:p>
    <w:p>
      <w:pPr>
        <w:pStyle w:val="ListBullet"/>
      </w:pPr>
      <w:r>
        <w:rPr>
          <w:b/>
        </w:rPr>
        <w:t xml:space="preserve">Evidenced: </w:t>
      </w:r>
      <w:r>
        <w:t>It reported result, count 2; result, elapsed ms 0; billing, cost 0.02034; billing, list price 0.02034; billing, upstream cost 0; list price 0.02034 [260].</w:t>
      </w:r>
    </w:p>
    <w:p>
      <w:r>
        <w:rPr>
          <w:i/>
          <w:color w:val="525252"/>
          <w:sz w:val="17"/>
        </w:rPr>
        <w:t>Tool gp_pipeline; parameters {"save": "final", "steps": [{"id": "buffer", "params": {"features": {"layer": "Find point clusters: cluster hulls (5313780d)"}, "distance_m": 250}, "operation": "buffer"}, {"id": "count", "params": {"features": {"layer": "Towers (f7206b9b)"}, "polygons": "$buffer"}, "operation": "summarize_within"}], "project": "bceeca13-52a5-4344-bf84-77a2f9f8e186", "output_name": "Towers within 250 m of each clu</w:t>
      </w:r>
    </w:p>
    <w:p>
      <w:pPr>
        <w:pStyle w:val="Heading1"/>
      </w:pPr>
      <w:r>
        <w:t>Maps and charts</w:t>
      </w:r>
    </w:p>
    <w:p>
      <w:r>
        <w:rPr>
          <w:i w:val="0"/>
        </w:rPr>
        <w:t>The run also made 22 chart(s) [262][263][264][265][266][267][268][269][270][271][272][273][274][275][276][277][278][279][280][281][282][283].</w:t>
      </w:r>
    </w:p>
    <w:p>
      <w:pPr>
        <w:jc w:val="center"/>
      </w:pPr>
      <w:r>
        <w:drawing>
          <wp:inline xmlns:a="http://schemas.openxmlformats.org/drawingml/2006/main" xmlns:pic="http://schemas.openxmlformats.org/drawingml/2006/picture">
            <wp:extent cx="5486400" cy="3590544"/>
            <wp:docPr id="86" name="Picture 86"/>
            <wp:cNvGraphicFramePr>
              <a:graphicFrameLocks noChangeAspect="1"/>
            </wp:cNvGraphicFramePr>
            <a:graphic>
              <a:graphicData uri="http://schemas.openxmlformats.org/drawingml/2006/picture">
                <pic:pic>
                  <pic:nvPicPr>
                    <pic:cNvPr id="0" name="158.jpg"/>
                    <pic:cNvPicPr/>
                  </pic:nvPicPr>
                  <pic:blipFill>
                    <a:blip r:embed="rId93"/>
                    <a:stretch>
                      <a:fillRect/>
                    </a:stretch>
                  </pic:blipFill>
                  <pic:spPr>
                    <a:xfrm>
                      <a:off x="0" y="0"/>
                      <a:ext cx="5486400" cy="3590544"/>
                    </a:xfrm>
                    <a:prstGeom prst="rect"/>
                  </pic:spPr>
                </pic:pic>
              </a:graphicData>
            </a:graphic>
          </wp:inline>
        </w:drawing>
      </w:r>
    </w:p>
    <w:p>
      <w:r>
        <w:rPr>
          <w:i/>
          <w:color w:val="525252"/>
          <w:sz w:val="17"/>
        </w:rPr>
        <w:t>Figure 86. Dropped calls over time (occurred_at) [262]. Per week, 2026-08-03 to 2026-09-21. Source: Dropped calls (1,800 features). The data is in the appendix.</w:t>
      </w:r>
    </w:p>
    <w:p>
      <w:pPr>
        <w:jc w:val="center"/>
      </w:pPr>
      <w:r>
        <w:drawing>
          <wp:inline xmlns:a="http://schemas.openxmlformats.org/drawingml/2006/main" xmlns:pic="http://schemas.openxmlformats.org/drawingml/2006/picture">
            <wp:extent cx="5486400" cy="3791712"/>
            <wp:docPr id="87" name="Picture 87"/>
            <wp:cNvGraphicFramePr>
              <a:graphicFrameLocks noChangeAspect="1"/>
            </wp:cNvGraphicFramePr>
            <a:graphic>
              <a:graphicData uri="http://schemas.openxmlformats.org/drawingml/2006/picture">
                <pic:pic>
                  <pic:nvPicPr>
                    <pic:cNvPr id="0" name="159.jpg"/>
                    <pic:cNvPicPr/>
                  </pic:nvPicPr>
                  <pic:blipFill>
                    <a:blip r:embed="rId94"/>
                    <a:stretch>
                      <a:fillRect/>
                    </a:stretch>
                  </pic:blipFill>
                  <pic:spPr>
                    <a:xfrm>
                      <a:off x="0" y="0"/>
                      <a:ext cx="5486400" cy="3791712"/>
                    </a:xfrm>
                    <a:prstGeom prst="rect"/>
                  </pic:spPr>
                </pic:pic>
              </a:graphicData>
            </a:graphic>
          </wp:inline>
        </w:drawing>
      </w:r>
    </w:p>
    <w:p>
      <w:r>
        <w:rPr>
          <w:i/>
          <w:color w:val="525252"/>
          <w:sz w:val="17"/>
        </w:rPr>
        <w:t>Figure 87. Coverage complaints over time (date) [263]. Per week, 2026-02-23 to 2026-09-28. Source: Coverage complaints (420 features). The data is in the appendix.</w:t>
      </w:r>
    </w:p>
    <w:p>
      <w:pPr>
        <w:jc w:val="center"/>
      </w:pPr>
      <w:r>
        <w:drawing>
          <wp:inline xmlns:a="http://schemas.openxmlformats.org/drawingml/2006/main" xmlns:pic="http://schemas.openxmlformats.org/drawingml/2006/picture">
            <wp:extent cx="5486400" cy="3432048"/>
            <wp:docPr id="88" name="Picture 88"/>
            <wp:cNvGraphicFramePr>
              <a:graphicFrameLocks noChangeAspect="1"/>
            </wp:cNvGraphicFramePr>
            <a:graphic>
              <a:graphicData uri="http://schemas.openxmlformats.org/drawingml/2006/picture">
                <pic:pic>
                  <pic:nvPicPr>
                    <pic:cNvPr id="0" name="160.jpg"/>
                    <pic:cNvPicPr/>
                  </pic:nvPicPr>
                  <pic:blipFill>
                    <a:blip r:embed="rId95"/>
                    <a:stretch>
                      <a:fillRect/>
                    </a:stretch>
                  </pic:blipFill>
                  <pic:spPr>
                    <a:xfrm>
                      <a:off x="0" y="0"/>
                      <a:ext cx="5486400" cy="3432048"/>
                    </a:xfrm>
                    <a:prstGeom prst="rect"/>
                  </pic:spPr>
                </pic:pic>
              </a:graphicData>
            </a:graphic>
          </wp:inline>
        </w:drawing>
      </w:r>
    </w:p>
    <w:p>
      <w:r>
        <w:rPr>
          <w:i/>
          <w:color w:val="525252"/>
          <w:sz w:val="17"/>
        </w:rPr>
        <w:t>Figure 88. Cell KPIs by day over time (date) [264]. Per week, 2026-08-03 to 2026-09-21. Source: Cell KPIs by day (784 features). The data is in the appendix.</w:t>
      </w:r>
    </w:p>
    <w:p>
      <w:pPr>
        <w:jc w:val="center"/>
      </w:pPr>
      <w:r>
        <w:drawing>
          <wp:inline xmlns:a="http://schemas.openxmlformats.org/drawingml/2006/main" xmlns:pic="http://schemas.openxmlformats.org/drawingml/2006/picture">
            <wp:extent cx="5486400" cy="3712464"/>
            <wp:docPr id="89" name="Picture 89"/>
            <wp:cNvGraphicFramePr>
              <a:graphicFrameLocks noChangeAspect="1"/>
            </wp:cNvGraphicFramePr>
            <a:graphic>
              <a:graphicData uri="http://schemas.openxmlformats.org/drawingml/2006/picture">
                <pic:pic>
                  <pic:nvPicPr>
                    <pic:cNvPr id="0" name="161.jpg"/>
                    <pic:cNvPicPr/>
                  </pic:nvPicPr>
                  <pic:blipFill>
                    <a:blip r:embed="rId96"/>
                    <a:stretch>
                      <a:fillRect/>
                    </a:stretch>
                  </pic:blipFill>
                  <pic:spPr>
                    <a:xfrm>
                      <a:off x="0" y="0"/>
                      <a:ext cx="5486400" cy="3712464"/>
                    </a:xfrm>
                    <a:prstGeom prst="rect"/>
                  </pic:spPr>
                </pic:pic>
              </a:graphicData>
            </a:graphic>
          </wp:inline>
        </w:drawing>
      </w:r>
    </w:p>
    <w:p>
      <w:r>
        <w:rPr>
          <w:i/>
          <w:color w:val="525252"/>
          <w:sz w:val="17"/>
        </w:rPr>
        <w:t>Figure 89. Site leases over time (lease_end_year) [265]. Source: Site leases (14 features). The data is in the appendix.</w:t>
      </w:r>
    </w:p>
    <w:p>
      <w:pPr>
        <w:jc w:val="center"/>
      </w:pPr>
      <w:r>
        <w:drawing>
          <wp:inline xmlns:a="http://schemas.openxmlformats.org/drawingml/2006/main" xmlns:pic="http://schemas.openxmlformats.org/drawingml/2006/picture">
            <wp:extent cx="5486400" cy="3895344"/>
            <wp:docPr id="90" name="Picture 90"/>
            <wp:cNvGraphicFramePr>
              <a:graphicFrameLocks noChangeAspect="1"/>
            </wp:cNvGraphicFramePr>
            <a:graphic>
              <a:graphicData uri="http://schemas.openxmlformats.org/drawingml/2006/picture">
                <pic:pic>
                  <pic:nvPicPr>
                    <pic:cNvPr id="0" name="199.jpg"/>
                    <pic:cNvPicPr/>
                  </pic:nvPicPr>
                  <pic:blipFill>
                    <a:blip r:embed="rId97"/>
                    <a:stretch>
                      <a:fillRect/>
                    </a:stretch>
                  </pic:blipFill>
                  <pic:spPr>
                    <a:xfrm>
                      <a:off x="0" y="0"/>
                      <a:ext cx="5486400" cy="3895344"/>
                    </a:xfrm>
                    <a:prstGeom prst="rect"/>
                  </pic:spPr>
                </pic:pic>
              </a:graphicData>
            </a:graphic>
          </wp:inline>
        </w:drawing>
      </w:r>
    </w:p>
    <w:p>
      <w:r>
        <w:rPr>
          <w:i/>
          <w:color w:val="525252"/>
          <w:sz w:val="17"/>
        </w:rPr>
        <w:t>Figure 90. Hot spot analysis: Dropped calls [266]. Source: Hot spot analysis: Dropped calls (1,798 features). The data is in the appendix.</w:t>
      </w:r>
    </w:p>
    <w:p>
      <w:pPr>
        <w:jc w:val="center"/>
      </w:pPr>
      <w:r>
        <w:drawing>
          <wp:inline xmlns:a="http://schemas.openxmlformats.org/drawingml/2006/main" xmlns:pic="http://schemas.openxmlformats.org/drawingml/2006/picture">
            <wp:extent cx="5486400" cy="3773424"/>
            <wp:docPr id="91" name="Picture 91"/>
            <wp:cNvGraphicFramePr>
              <a:graphicFrameLocks noChangeAspect="1"/>
            </wp:cNvGraphicFramePr>
            <a:graphic>
              <a:graphicData uri="http://schemas.openxmlformats.org/drawingml/2006/picture">
                <pic:pic>
                  <pic:nvPicPr>
                    <pic:cNvPr id="0" name="200.jpg"/>
                    <pic:cNvPicPr/>
                  </pic:nvPicPr>
                  <pic:blipFill>
                    <a:blip r:embed="rId98"/>
                    <a:stretch>
                      <a:fillRect/>
                    </a:stretch>
                  </pic:blipFill>
                  <pic:spPr>
                    <a:xfrm>
                      <a:off x="0" y="0"/>
                      <a:ext cx="5486400" cy="3773424"/>
                    </a:xfrm>
                    <a:prstGeom prst="rect"/>
                  </pic:spPr>
                </pic:pic>
              </a:graphicData>
            </a:graphic>
          </wp:inline>
        </w:drawing>
      </w:r>
    </w:p>
    <w:p>
      <w:r>
        <w:rPr>
          <w:i/>
          <w:color w:val="525252"/>
          <w:sz w:val="17"/>
        </w:rPr>
        <w:t>Figure 91. Hot spot analysis: Coverage complaints [267]. Source: Hot spot analysis: Coverage complaints (305 features). The data is in the appendix.</w:t>
      </w:r>
    </w:p>
    <w:p>
      <w:pPr>
        <w:jc w:val="center"/>
      </w:pPr>
      <w:r>
        <w:drawing>
          <wp:inline xmlns:a="http://schemas.openxmlformats.org/drawingml/2006/main" xmlns:pic="http://schemas.openxmlformats.org/drawingml/2006/picture">
            <wp:extent cx="5486400" cy="3834384"/>
            <wp:docPr id="92" name="Picture 92"/>
            <wp:cNvGraphicFramePr>
              <a:graphicFrameLocks noChangeAspect="1"/>
            </wp:cNvGraphicFramePr>
            <a:graphic>
              <a:graphicData uri="http://schemas.openxmlformats.org/drawingml/2006/picture">
                <pic:pic>
                  <pic:nvPicPr>
                    <pic:cNvPr id="0" name="201.jpg"/>
                    <pic:cNvPicPr/>
                  </pic:nvPicPr>
                  <pic:blipFill>
                    <a:blip r:embed="rId99"/>
                    <a:stretch>
                      <a:fillRect/>
                    </a:stretch>
                  </pic:blipFill>
                  <pic:spPr>
                    <a:xfrm>
                      <a:off x="0" y="0"/>
                      <a:ext cx="5486400" cy="3834384"/>
                    </a:xfrm>
                    <a:prstGeom prst="rect"/>
                  </pic:spPr>
                </pic:pic>
              </a:graphicData>
            </a:graphic>
          </wp:inline>
        </w:drawing>
      </w:r>
    </w:p>
    <w:p>
      <w:r>
        <w:rPr>
          <w:i/>
          <w:color w:val="525252"/>
          <w:sz w:val="17"/>
        </w:rPr>
        <w:t>Figure 92. Hot spot analysis: Small cells [268]. Source: Hot spot analysis: Small cells (21 features). The data is in the appendix.</w:t>
      </w:r>
    </w:p>
    <w:p>
      <w:pPr>
        <w:jc w:val="center"/>
      </w:pPr>
      <w:r>
        <w:drawing>
          <wp:inline xmlns:a="http://schemas.openxmlformats.org/drawingml/2006/main" xmlns:pic="http://schemas.openxmlformats.org/drawingml/2006/picture">
            <wp:extent cx="5486400" cy="3645408"/>
            <wp:docPr id="93" name="Picture 93"/>
            <wp:cNvGraphicFramePr>
              <a:graphicFrameLocks noChangeAspect="1"/>
            </wp:cNvGraphicFramePr>
            <a:graphic>
              <a:graphicData uri="http://schemas.openxmlformats.org/drawingml/2006/picture">
                <pic:pic>
                  <pic:nvPicPr>
                    <pic:cNvPr id="0" name="202.jpg"/>
                    <pic:cNvPicPr/>
                  </pic:nvPicPr>
                  <pic:blipFill>
                    <a:blip r:embed="rId100"/>
                    <a:stretch>
                      <a:fillRect/>
                    </a:stretch>
                  </pic:blipFill>
                  <pic:spPr>
                    <a:xfrm>
                      <a:off x="0" y="0"/>
                      <a:ext cx="5486400" cy="3645408"/>
                    </a:xfrm>
                    <a:prstGeom prst="rect"/>
                  </pic:spPr>
                </pic:pic>
              </a:graphicData>
            </a:graphic>
          </wp:inline>
        </w:drawing>
      </w:r>
    </w:p>
    <w:p>
      <w:r>
        <w:rPr>
          <w:i/>
          <w:color w:val="525252"/>
          <w:sz w:val="17"/>
        </w:rPr>
        <w:t>Figure 93. Emerging hot spots: Coverage complaints [269]. Source: Emerging hot spots: Coverage complaints (94 features). The data is in the appendix.</w:t>
      </w:r>
    </w:p>
    <w:p>
      <w:pPr>
        <w:jc w:val="center"/>
      </w:pPr>
      <w:r>
        <w:drawing>
          <wp:inline xmlns:a="http://schemas.openxmlformats.org/drawingml/2006/main" xmlns:pic="http://schemas.openxmlformats.org/drawingml/2006/picture">
            <wp:extent cx="5486400" cy="3651504"/>
            <wp:docPr id="94" name="Picture 94"/>
            <wp:cNvGraphicFramePr>
              <a:graphicFrameLocks noChangeAspect="1"/>
            </wp:cNvGraphicFramePr>
            <a:graphic>
              <a:graphicData uri="http://schemas.openxmlformats.org/drawingml/2006/picture">
                <pic:pic>
                  <pic:nvPicPr>
                    <pic:cNvPr id="0" name="203.jpg"/>
                    <pic:cNvPicPr/>
                  </pic:nvPicPr>
                  <pic:blipFill>
                    <a:blip r:embed="rId101"/>
                    <a:stretch>
                      <a:fillRect/>
                    </a:stretch>
                  </pic:blipFill>
                  <pic:spPr>
                    <a:xfrm>
                      <a:off x="0" y="0"/>
                      <a:ext cx="5486400" cy="3651504"/>
                    </a:xfrm>
                    <a:prstGeom prst="rect"/>
                  </pic:spPr>
                </pic:pic>
              </a:graphicData>
            </a:graphic>
          </wp:inline>
        </w:drawing>
      </w:r>
    </w:p>
    <w:p>
      <w:r>
        <w:rPr>
          <w:i/>
          <w:color w:val="525252"/>
          <w:sz w:val="17"/>
        </w:rPr>
        <w:t>Figure 94. Emerging hot spots: Dropped calls [270]. Source: Emerging hot spots: Dropped calls (109 features). The data is in the appendix.</w:t>
      </w:r>
    </w:p>
    <w:p>
      <w:pPr>
        <w:jc w:val="center"/>
      </w:pPr>
      <w:r>
        <w:drawing>
          <wp:inline xmlns:a="http://schemas.openxmlformats.org/drawingml/2006/main" xmlns:pic="http://schemas.openxmlformats.org/drawingml/2006/picture">
            <wp:extent cx="5486400" cy="3712464"/>
            <wp:docPr id="95" name="Picture 95"/>
            <wp:cNvGraphicFramePr>
              <a:graphicFrameLocks noChangeAspect="1"/>
            </wp:cNvGraphicFramePr>
            <a:graphic>
              <a:graphicData uri="http://schemas.openxmlformats.org/drawingml/2006/picture">
                <pic:pic>
                  <pic:nvPicPr>
                    <pic:cNvPr id="0" name="204.jpg"/>
                    <pic:cNvPicPr/>
                  </pic:nvPicPr>
                  <pic:blipFill>
                    <a:blip r:embed="rId102"/>
                    <a:stretch>
                      <a:fillRect/>
                    </a:stretch>
                  </pic:blipFill>
                  <pic:spPr>
                    <a:xfrm>
                      <a:off x="0" y="0"/>
                      <a:ext cx="5486400" cy="3712464"/>
                    </a:xfrm>
                    <a:prstGeom prst="rect"/>
                  </pic:spPr>
                </pic:pic>
              </a:graphicData>
            </a:graphic>
          </wp:inline>
        </w:drawing>
      </w:r>
    </w:p>
    <w:p>
      <w:r>
        <w:rPr>
          <w:i/>
          <w:color w:val="525252"/>
          <w:sz w:val="17"/>
        </w:rPr>
        <w:t>Figure 95. Summarize within: Neighborhoods [271]. Source: Summarize within: Neighborhoods (16 features). The data is in the appendix.</w:t>
      </w:r>
    </w:p>
    <w:p>
      <w:pPr>
        <w:jc w:val="center"/>
      </w:pPr>
      <w:r>
        <w:drawing>
          <wp:inline xmlns:a="http://schemas.openxmlformats.org/drawingml/2006/main" xmlns:pic="http://schemas.openxmlformats.org/drawingml/2006/picture">
            <wp:extent cx="5486400" cy="3688080"/>
            <wp:docPr id="96" name="Picture 96"/>
            <wp:cNvGraphicFramePr>
              <a:graphicFrameLocks noChangeAspect="1"/>
            </wp:cNvGraphicFramePr>
            <a:graphic>
              <a:graphicData uri="http://schemas.openxmlformats.org/drawingml/2006/picture">
                <pic:pic>
                  <pic:nvPicPr>
                    <pic:cNvPr id="0" name="205.jpg"/>
                    <pic:cNvPicPr/>
                  </pic:nvPicPr>
                  <pic:blipFill>
                    <a:blip r:embed="rId103"/>
                    <a:stretch>
                      <a:fillRect/>
                    </a:stretch>
                  </pic:blipFill>
                  <pic:spPr>
                    <a:xfrm>
                      <a:off x="0" y="0"/>
                      <a:ext cx="5486400" cy="3688080"/>
                    </a:xfrm>
                    <a:prstGeom prst="rect"/>
                  </pic:spPr>
                </pic:pic>
              </a:graphicData>
            </a:graphic>
          </wp:inline>
        </w:drawing>
      </w:r>
    </w:p>
    <w:p>
      <w:r>
        <w:rPr>
          <w:i/>
          <w:color w:val="525252"/>
          <w:sz w:val="17"/>
        </w:rPr>
        <w:t>Figure 96. Summarize within: Neighborhoods [272]. Source: Summarize within: Neighborhoods (16 features). The data is in the appendix.</w:t>
      </w:r>
    </w:p>
    <w:p>
      <w:pPr>
        <w:jc w:val="center"/>
      </w:pPr>
      <w:r>
        <w:drawing>
          <wp:inline xmlns:a="http://schemas.openxmlformats.org/drawingml/2006/main" xmlns:pic="http://schemas.openxmlformats.org/drawingml/2006/picture">
            <wp:extent cx="5486400" cy="3669792"/>
            <wp:docPr id="97" name="Picture 97"/>
            <wp:cNvGraphicFramePr>
              <a:graphicFrameLocks noChangeAspect="1"/>
            </wp:cNvGraphicFramePr>
            <a:graphic>
              <a:graphicData uri="http://schemas.openxmlformats.org/drawingml/2006/picture">
                <pic:pic>
                  <pic:nvPicPr>
                    <pic:cNvPr id="0" name="206.jpg"/>
                    <pic:cNvPicPr/>
                  </pic:nvPicPr>
                  <pic:blipFill>
                    <a:blip r:embed="rId104"/>
                    <a:stretch>
                      <a:fillRect/>
                    </a:stretch>
                  </pic:blipFill>
                  <pic:spPr>
                    <a:xfrm>
                      <a:off x="0" y="0"/>
                      <a:ext cx="5486400" cy="3669792"/>
                    </a:xfrm>
                    <a:prstGeom prst="rect"/>
                  </pic:spPr>
                </pic:pic>
              </a:graphicData>
            </a:graphic>
          </wp:inline>
        </w:drawing>
      </w:r>
    </w:p>
    <w:p>
      <w:r>
        <w:rPr>
          <w:i/>
          <w:color w:val="525252"/>
          <w:sz w:val="17"/>
        </w:rPr>
        <w:t>Figure 97. Summarize within: Neighborhoods [273]. Source: Summarize within: Neighborhoods (16 features). The data is in the appendix.</w:t>
      </w:r>
    </w:p>
    <w:p>
      <w:pPr>
        <w:jc w:val="center"/>
      </w:pPr>
      <w:r>
        <w:drawing>
          <wp:inline xmlns:a="http://schemas.openxmlformats.org/drawingml/2006/main" xmlns:pic="http://schemas.openxmlformats.org/drawingml/2006/picture">
            <wp:extent cx="5486400" cy="3621024"/>
            <wp:docPr id="98" name="Picture 98"/>
            <wp:cNvGraphicFramePr>
              <a:graphicFrameLocks noChangeAspect="1"/>
            </wp:cNvGraphicFramePr>
            <a:graphic>
              <a:graphicData uri="http://schemas.openxmlformats.org/drawingml/2006/picture">
                <pic:pic>
                  <pic:nvPicPr>
                    <pic:cNvPr id="0" name="210.jpg"/>
                    <pic:cNvPicPr/>
                  </pic:nvPicPr>
                  <pic:blipFill>
                    <a:blip r:embed="rId105"/>
                    <a:stretch>
                      <a:fillRect/>
                    </a:stretch>
                  </pic:blipFill>
                  <pic:spPr>
                    <a:xfrm>
                      <a:off x="0" y="0"/>
                      <a:ext cx="5486400" cy="3621024"/>
                    </a:xfrm>
                    <a:prstGeom prst="rect"/>
                  </pic:spPr>
                </pic:pic>
              </a:graphicData>
            </a:graphic>
          </wp:inline>
        </w:drawing>
      </w:r>
    </w:p>
    <w:p>
      <w:r>
        <w:rPr>
          <w:i/>
          <w:color w:val="525252"/>
          <w:sz w:val="17"/>
        </w:rPr>
        <w:t>Figure 98. Calculate density: Dropped calls [274]. Source: Calculate density: Dropped calls (2,034 features). The data is in the appendix.</w:t>
      </w:r>
    </w:p>
    <w:p>
      <w:pPr>
        <w:jc w:val="center"/>
      </w:pPr>
      <w:r>
        <w:drawing>
          <wp:inline xmlns:a="http://schemas.openxmlformats.org/drawingml/2006/main" xmlns:pic="http://schemas.openxmlformats.org/drawingml/2006/picture">
            <wp:extent cx="5486400" cy="3651504"/>
            <wp:docPr id="99" name="Picture 99"/>
            <wp:cNvGraphicFramePr>
              <a:graphicFrameLocks noChangeAspect="1"/>
            </wp:cNvGraphicFramePr>
            <a:graphic>
              <a:graphicData uri="http://schemas.openxmlformats.org/drawingml/2006/picture">
                <pic:pic>
                  <pic:nvPicPr>
                    <pic:cNvPr id="0" name="211.jpg"/>
                    <pic:cNvPicPr/>
                  </pic:nvPicPr>
                  <pic:blipFill>
                    <a:blip r:embed="rId106"/>
                    <a:stretch>
                      <a:fillRect/>
                    </a:stretch>
                  </pic:blipFill>
                  <pic:spPr>
                    <a:xfrm>
                      <a:off x="0" y="0"/>
                      <a:ext cx="5486400" cy="3651504"/>
                    </a:xfrm>
                    <a:prstGeom prst="rect"/>
                  </pic:spPr>
                </pic:pic>
              </a:graphicData>
            </a:graphic>
          </wp:inline>
        </w:drawing>
      </w:r>
    </w:p>
    <w:p>
      <w:r>
        <w:rPr>
          <w:i/>
          <w:color w:val="525252"/>
          <w:sz w:val="17"/>
        </w:rPr>
        <w:t>Figure 99. Calculate density: Coverage complaints [275]. Source: Calculate density: Coverage complaints (383 features). The data is in the appendix.</w:t>
      </w:r>
    </w:p>
    <w:p>
      <w:pPr>
        <w:jc w:val="center"/>
      </w:pPr>
      <w:r>
        <w:drawing>
          <wp:inline xmlns:a="http://schemas.openxmlformats.org/drawingml/2006/main" xmlns:pic="http://schemas.openxmlformats.org/drawingml/2006/picture">
            <wp:extent cx="5486400" cy="3645408"/>
            <wp:docPr id="100" name="Picture 100"/>
            <wp:cNvGraphicFramePr>
              <a:graphicFrameLocks noChangeAspect="1"/>
            </wp:cNvGraphicFramePr>
            <a:graphic>
              <a:graphicData uri="http://schemas.openxmlformats.org/drawingml/2006/picture">
                <pic:pic>
                  <pic:nvPicPr>
                    <pic:cNvPr id="0" name="212.jpg"/>
                    <pic:cNvPicPr/>
                  </pic:nvPicPr>
                  <pic:blipFill>
                    <a:blip r:embed="rId107"/>
                    <a:stretch>
                      <a:fillRect/>
                    </a:stretch>
                  </pic:blipFill>
                  <pic:spPr>
                    <a:xfrm>
                      <a:off x="0" y="0"/>
                      <a:ext cx="5486400" cy="3645408"/>
                    </a:xfrm>
                    <a:prstGeom prst="rect"/>
                  </pic:spPr>
                </pic:pic>
              </a:graphicData>
            </a:graphic>
          </wp:inline>
        </w:drawing>
      </w:r>
    </w:p>
    <w:p>
      <w:r>
        <w:rPr>
          <w:i/>
          <w:color w:val="525252"/>
          <w:sz w:val="17"/>
        </w:rPr>
        <w:t>Figure 100. Calculate density: Small cells [276]. Source: Calculate density: Small cells (117 features). The data is in the appendix.</w:t>
      </w:r>
    </w:p>
    <w:p>
      <w:pPr>
        <w:jc w:val="center"/>
      </w:pPr>
      <w:r>
        <w:drawing>
          <wp:inline xmlns:a="http://schemas.openxmlformats.org/drawingml/2006/main" xmlns:pic="http://schemas.openxmlformats.org/drawingml/2006/picture">
            <wp:extent cx="5486400" cy="2011680"/>
            <wp:docPr id="101" name="Picture 101"/>
            <wp:cNvGraphicFramePr>
              <a:graphicFrameLocks noChangeAspect="1"/>
            </wp:cNvGraphicFramePr>
            <a:graphic>
              <a:graphicData uri="http://schemas.openxmlformats.org/drawingml/2006/picture">
                <pic:pic>
                  <pic:nvPicPr>
                    <pic:cNvPr id="0" name="213.jpg"/>
                    <pic:cNvPicPr/>
                  </pic:nvPicPr>
                  <pic:blipFill>
                    <a:blip r:embed="rId108"/>
                    <a:stretch>
                      <a:fillRect/>
                    </a:stretch>
                  </pic:blipFill>
                  <pic:spPr>
                    <a:xfrm>
                      <a:off x="0" y="0"/>
                      <a:ext cx="5486400" cy="2011680"/>
                    </a:xfrm>
                    <a:prstGeom prst="rect"/>
                  </pic:spPr>
                </pic:pic>
              </a:graphicData>
            </a:graphic>
          </wp:inline>
        </w:drawing>
      </w:r>
    </w:p>
    <w:p>
      <w:r>
        <w:rPr>
          <w:i/>
          <w:color w:val="525252"/>
          <w:sz w:val="17"/>
        </w:rPr>
        <w:t>Figure 101. Find point clusters: Dropped calls [277]. Period: 2026-08-03 to 2026-09-27 (occurred_at). Source: Find point clusters: Dropped calls (1,800 features). The data is in the appendix.</w:t>
      </w:r>
    </w:p>
    <w:p>
      <w:pPr>
        <w:jc w:val="center"/>
      </w:pPr>
      <w:r>
        <w:drawing>
          <wp:inline xmlns:a="http://schemas.openxmlformats.org/drawingml/2006/main" xmlns:pic="http://schemas.openxmlformats.org/drawingml/2006/picture">
            <wp:extent cx="5486400" cy="2011680"/>
            <wp:docPr id="102" name="Picture 102"/>
            <wp:cNvGraphicFramePr>
              <a:graphicFrameLocks noChangeAspect="1"/>
            </wp:cNvGraphicFramePr>
            <a:graphic>
              <a:graphicData uri="http://schemas.openxmlformats.org/drawingml/2006/picture">
                <pic:pic>
                  <pic:nvPicPr>
                    <pic:cNvPr id="0" name="214.jpg"/>
                    <pic:cNvPicPr/>
                  </pic:nvPicPr>
                  <pic:blipFill>
                    <a:blip r:embed="rId109"/>
                    <a:stretch>
                      <a:fillRect/>
                    </a:stretch>
                  </pic:blipFill>
                  <pic:spPr>
                    <a:xfrm>
                      <a:off x="0" y="0"/>
                      <a:ext cx="5486400" cy="2011680"/>
                    </a:xfrm>
                    <a:prstGeom prst="rect"/>
                  </pic:spPr>
                </pic:pic>
              </a:graphicData>
            </a:graphic>
          </wp:inline>
        </w:drawing>
      </w:r>
    </w:p>
    <w:p>
      <w:r>
        <w:rPr>
          <w:i/>
          <w:color w:val="525252"/>
          <w:sz w:val="17"/>
        </w:rPr>
        <w:t>Figure 102. Find point clusters: cluster hulls [278]. Source: Find point clusters: cluster hulls (2 features). The data is in the appendix.</w:t>
      </w:r>
    </w:p>
    <w:p>
      <w:pPr>
        <w:jc w:val="center"/>
      </w:pPr>
      <w:r>
        <w:drawing>
          <wp:inline xmlns:a="http://schemas.openxmlformats.org/drawingml/2006/main" xmlns:pic="http://schemas.openxmlformats.org/drawingml/2006/picture">
            <wp:extent cx="5486400" cy="1786128"/>
            <wp:docPr id="103" name="Picture 103"/>
            <wp:cNvGraphicFramePr>
              <a:graphicFrameLocks noChangeAspect="1"/>
            </wp:cNvGraphicFramePr>
            <a:graphic>
              <a:graphicData uri="http://schemas.openxmlformats.org/drawingml/2006/picture">
                <pic:pic>
                  <pic:nvPicPr>
                    <pic:cNvPr id="0" name="215.jpg"/>
                    <pic:cNvPicPr/>
                  </pic:nvPicPr>
                  <pic:blipFill>
                    <a:blip r:embed="rId110"/>
                    <a:stretch>
                      <a:fillRect/>
                    </a:stretch>
                  </pic:blipFill>
                  <pic:spPr>
                    <a:xfrm>
                      <a:off x="0" y="0"/>
                      <a:ext cx="5486400" cy="1786128"/>
                    </a:xfrm>
                    <a:prstGeom prst="rect"/>
                  </pic:spPr>
                </pic:pic>
              </a:graphicData>
            </a:graphic>
          </wp:inline>
        </w:drawing>
      </w:r>
    </w:p>
    <w:p>
      <w:r>
        <w:rPr>
          <w:i/>
          <w:color w:val="525252"/>
          <w:sz w:val="17"/>
        </w:rPr>
        <w:t>Figure 103. Find point clusters: Coverage complaints [279]. Period: 2026-03-01 to 2026-09-30 (date). Source: Find point clusters: Coverage complaints (420 features). The data is in the appendix.</w:t>
      </w:r>
    </w:p>
    <w:p>
      <w:pPr>
        <w:jc w:val="center"/>
      </w:pPr>
      <w:r>
        <w:drawing>
          <wp:inline xmlns:a="http://schemas.openxmlformats.org/drawingml/2006/main" xmlns:pic="http://schemas.openxmlformats.org/drawingml/2006/picture">
            <wp:extent cx="5486400" cy="1761744"/>
            <wp:docPr id="104" name="Picture 104"/>
            <wp:cNvGraphicFramePr>
              <a:graphicFrameLocks noChangeAspect="1"/>
            </wp:cNvGraphicFramePr>
            <a:graphic>
              <a:graphicData uri="http://schemas.openxmlformats.org/drawingml/2006/picture">
                <pic:pic>
                  <pic:nvPicPr>
                    <pic:cNvPr id="0" name="216.jpg"/>
                    <pic:cNvPicPr/>
                  </pic:nvPicPr>
                  <pic:blipFill>
                    <a:blip r:embed="rId111"/>
                    <a:stretch>
                      <a:fillRect/>
                    </a:stretch>
                  </pic:blipFill>
                  <pic:spPr>
                    <a:xfrm>
                      <a:off x="0" y="0"/>
                      <a:ext cx="5486400" cy="1761744"/>
                    </a:xfrm>
                    <a:prstGeom prst="rect"/>
                  </pic:spPr>
                </pic:pic>
              </a:graphicData>
            </a:graphic>
          </wp:inline>
        </w:drawing>
      </w:r>
    </w:p>
    <w:p>
      <w:r>
        <w:rPr>
          <w:i/>
          <w:color w:val="525252"/>
          <w:sz w:val="17"/>
        </w:rPr>
        <w:t>Figure 104. Find point clusters: cluster hulls [280]. Source: Find point clusters: cluster hulls (1 features). The data is in the appendix.</w:t>
      </w:r>
    </w:p>
    <w:p>
      <w:pPr>
        <w:jc w:val="center"/>
      </w:pPr>
      <w:r>
        <w:drawing>
          <wp:inline xmlns:a="http://schemas.openxmlformats.org/drawingml/2006/main" xmlns:pic="http://schemas.openxmlformats.org/drawingml/2006/picture">
            <wp:extent cx="5486400" cy="5327904"/>
            <wp:docPr id="105" name="Picture 105"/>
            <wp:cNvGraphicFramePr>
              <a:graphicFrameLocks noChangeAspect="1"/>
            </wp:cNvGraphicFramePr>
            <a:graphic>
              <a:graphicData uri="http://schemas.openxmlformats.org/drawingml/2006/picture">
                <pic:pic>
                  <pic:nvPicPr>
                    <pic:cNvPr id="0" name="217.jpg"/>
                    <pic:cNvPicPr/>
                  </pic:nvPicPr>
                  <pic:blipFill>
                    <a:blip r:embed="rId112"/>
                    <a:stretch>
                      <a:fillRect/>
                    </a:stretch>
                  </pic:blipFill>
                  <pic:spPr>
                    <a:xfrm>
                      <a:off x="0" y="0"/>
                      <a:ext cx="5486400" cy="5327904"/>
                    </a:xfrm>
                    <a:prstGeom prst="rect"/>
                  </pic:spPr>
                </pic:pic>
              </a:graphicData>
            </a:graphic>
          </wp:inline>
        </w:drawing>
      </w:r>
    </w:p>
    <w:p>
      <w:r>
        <w:rPr>
          <w:i/>
          <w:color w:val="525252"/>
          <w:sz w:val="17"/>
        </w:rPr>
        <w:t>Figure 105. Find outliers: Neighborhoods [281]. Source: Find outliers: Neighborhoods (16 features). The data is in the appendix.</w:t>
      </w:r>
    </w:p>
    <w:p>
      <w:pPr>
        <w:jc w:val="center"/>
      </w:pPr>
      <w:r>
        <w:drawing>
          <wp:inline xmlns:a="http://schemas.openxmlformats.org/drawingml/2006/main" xmlns:pic="http://schemas.openxmlformats.org/drawingml/2006/picture">
            <wp:extent cx="5486400" cy="3895344"/>
            <wp:docPr id="106" name="Picture 106"/>
            <wp:cNvGraphicFramePr>
              <a:graphicFrameLocks noChangeAspect="1"/>
            </wp:cNvGraphicFramePr>
            <a:graphic>
              <a:graphicData uri="http://schemas.openxmlformats.org/drawingml/2006/picture">
                <pic:pic>
                  <pic:nvPicPr>
                    <pic:cNvPr id="0" name="219.jpg"/>
                    <pic:cNvPicPr/>
                  </pic:nvPicPr>
                  <pic:blipFill>
                    <a:blip r:embed="rId113"/>
                    <a:stretch>
                      <a:fillRect/>
                    </a:stretch>
                  </pic:blipFill>
                  <pic:spPr>
                    <a:xfrm>
                      <a:off x="0" y="0"/>
                      <a:ext cx="5486400" cy="3895344"/>
                    </a:xfrm>
                    <a:prstGeom prst="rect"/>
                  </pic:spPr>
                </pic:pic>
              </a:graphicData>
            </a:graphic>
          </wp:inline>
        </w:drawing>
      </w:r>
    </w:p>
    <w:p>
      <w:r>
        <w:rPr>
          <w:i/>
          <w:color w:val="525252"/>
          <w:sz w:val="17"/>
        </w:rPr>
        <w:t>Figure 106. Find point clusters: Coverage complaints over time [282]. Per week, 2026-02-23 to 2026-09-28. Source: Find point clusters: Coverage complaints (420 features). The data is in the appendix.</w:t>
      </w:r>
    </w:p>
    <w:p>
      <w:pPr>
        <w:jc w:val="center"/>
      </w:pPr>
      <w:r>
        <w:drawing>
          <wp:inline xmlns:a="http://schemas.openxmlformats.org/drawingml/2006/main" xmlns:pic="http://schemas.openxmlformats.org/drawingml/2006/picture">
            <wp:extent cx="5486400" cy="3590544"/>
            <wp:docPr id="107" name="Picture 107"/>
            <wp:cNvGraphicFramePr>
              <a:graphicFrameLocks noChangeAspect="1"/>
            </wp:cNvGraphicFramePr>
            <a:graphic>
              <a:graphicData uri="http://schemas.openxmlformats.org/drawingml/2006/picture">
                <pic:pic>
                  <pic:nvPicPr>
                    <pic:cNvPr id="0" name="220.jpg"/>
                    <pic:cNvPicPr/>
                  </pic:nvPicPr>
                  <pic:blipFill>
                    <a:blip r:embed="rId114"/>
                    <a:stretch>
                      <a:fillRect/>
                    </a:stretch>
                  </pic:blipFill>
                  <pic:spPr>
                    <a:xfrm>
                      <a:off x="0" y="0"/>
                      <a:ext cx="5486400" cy="3590544"/>
                    </a:xfrm>
                    <a:prstGeom prst="rect"/>
                  </pic:spPr>
                </pic:pic>
              </a:graphicData>
            </a:graphic>
          </wp:inline>
        </w:drawing>
      </w:r>
    </w:p>
    <w:p>
      <w:r>
        <w:rPr>
          <w:i/>
          <w:color w:val="525252"/>
          <w:sz w:val="17"/>
        </w:rPr>
        <w:t>Figure 107. Find point clusters: Dropped calls over time [283]. Per week, 2026-08-03 to 2026-09-21. Source: Find point clusters: Dropped calls (1,800 features). The data is in the appendix.</w:t>
      </w:r>
    </w:p>
    <w:p>
      <w:pPr>
        <w:pStyle w:val="Heading1"/>
      </w:pPr>
      <w:r>
        <w:t>More maps</w:t>
      </w:r>
    </w:p>
    <w:p>
      <w:r>
        <w:rPr>
          <w:i w:val="0"/>
        </w:rPr>
        <w:t>43 more map(s), beyond the 24 the report body holds, in the composer's order: Terrain analysis (continued 23) [284]; Terrain analysis (continued 24) [285]; Terrain analysis (continued 25) [286]; Terrain analysis (continued 26) [287]; Terrain analysis (continued 27) [288]; Terrain analysis (continued 28) [289]; Terrain analysis (continued 29) [290]; Terrain analysis (continued 30) [291]; Terrain analysis (continued 31) [292]; Terrain analysis (continued 32) [293]; Terrain analysis (continued 33) [294]; Terrain analysis (continued 34) [295]; Terrain analysis (continued 35) [296]; Terrain analysis (continued 36) [297]; Terrain analysis (continued 37) [298]; Terrain analysis (continued 38) [299]; Terrain analysis (continued 39) [300]; Terrain analysis (continued 40) [301]; Terrain analysis (continued 41) [302]; Slope: valley terrain model (DEM) [303]; Hot spots: dropped calls [304]; Hot spots: coverage complaints [305]; Hot spots: small cells [306]; Emerging hot spots: coverage complaints and dropped calls [307]; Counts: towers, by neighborhood [308]; Counts: small cells, by neighborhood [309]; Counts: dropped calls, by neighborhood [310]; Period change: dropped calls, by neighborhood [311]; Period change: coverage complaints, by neighborhood [312]; Seasonality: dropped calls, by neighborhood [313]; Density: dropped calls [314]; Density: coverage complaints [315]; Density: small cells [316]; Clusters: dropped calls [317]; Clusters: coverage complaints [318]; Outliers: neighborhoods [319]; Change beside the counts per neighborhood [320]; Change of dropped calls where density is high [321]; Hot cells of dropped calls per neighborhood [322]; Nearest tower to each cluster of dropped calls [323]; Change of coverage complaints per neighborhood [324]; Clusters of all inputs together: dropped calls and coverage complaints [325]; Towers within 250 m of each cluster of dropped calls [326].</w:t>
      </w:r>
    </w:p>
    <w:p>
      <w:pPr>
        <w:jc w:val="center"/>
      </w:pPr>
      <w:r>
        <w:drawing>
          <wp:inline xmlns:a="http://schemas.openxmlformats.org/drawingml/2006/main" xmlns:pic="http://schemas.openxmlformats.org/drawingml/2006/picture">
            <wp:extent cx="5760720" cy="3840480"/>
            <wp:docPr id="108" name="Picture 108"/>
            <wp:cNvGraphicFramePr>
              <a:graphicFrameLocks noChangeAspect="1"/>
            </wp:cNvGraphicFramePr>
            <a:graphic>
              <a:graphicData uri="http://schemas.openxmlformats.org/drawingml/2006/picture">
                <pic:pic>
                  <pic:nvPicPr>
                    <pic:cNvPr id="0" name="062.jpg"/>
                    <pic:cNvPicPr/>
                  </pic:nvPicPr>
                  <pic:blipFill>
                    <a:blip r:embed="rId115"/>
                    <a:stretch>
                      <a:fillRect/>
                    </a:stretch>
                  </pic:blipFill>
                  <pic:spPr>
                    <a:xfrm>
                      <a:off x="0" y="0"/>
                      <a:ext cx="5760720" cy="3840480"/>
                    </a:xfrm>
                    <a:prstGeom prst="rect"/>
                  </pic:spPr>
                </pic:pic>
              </a:graphicData>
            </a:graphic>
          </wp:inline>
        </w:drawing>
      </w:r>
    </w:p>
    <w:p>
      <w:r>
        <w:rPr>
          <w:i/>
          <w:color w:val="525252"/>
          <w:sz w:val="17"/>
        </w:rPr>
        <w:t>Figure 108. Terrain analysis (continued 23) [284]</w:t>
      </w:r>
    </w:p>
    <w:p>
      <w:pPr>
        <w:jc w:val="center"/>
      </w:pPr>
      <w:r>
        <w:drawing>
          <wp:inline xmlns:a="http://schemas.openxmlformats.org/drawingml/2006/main" xmlns:pic="http://schemas.openxmlformats.org/drawingml/2006/picture">
            <wp:extent cx="5760720" cy="3840480"/>
            <wp:docPr id="109" name="Picture 109"/>
            <wp:cNvGraphicFramePr>
              <a:graphicFrameLocks noChangeAspect="1"/>
            </wp:cNvGraphicFramePr>
            <a:graphic>
              <a:graphicData uri="http://schemas.openxmlformats.org/drawingml/2006/picture">
                <pic:pic>
                  <pic:nvPicPr>
                    <pic:cNvPr id="0" name="065.jpg"/>
                    <pic:cNvPicPr/>
                  </pic:nvPicPr>
                  <pic:blipFill>
                    <a:blip r:embed="rId116"/>
                    <a:stretch>
                      <a:fillRect/>
                    </a:stretch>
                  </pic:blipFill>
                  <pic:spPr>
                    <a:xfrm>
                      <a:off x="0" y="0"/>
                      <a:ext cx="5760720" cy="3840480"/>
                    </a:xfrm>
                    <a:prstGeom prst="rect"/>
                  </pic:spPr>
                </pic:pic>
              </a:graphicData>
            </a:graphic>
          </wp:inline>
        </w:drawing>
      </w:r>
    </w:p>
    <w:p>
      <w:r>
        <w:rPr>
          <w:i/>
          <w:color w:val="525252"/>
          <w:sz w:val="17"/>
        </w:rPr>
        <w:t>Figure 109. Terrain analysis (continued 24) [285]</w:t>
      </w:r>
    </w:p>
    <w:p>
      <w:pPr>
        <w:jc w:val="center"/>
      </w:pPr>
      <w:r>
        <w:drawing>
          <wp:inline xmlns:a="http://schemas.openxmlformats.org/drawingml/2006/main" xmlns:pic="http://schemas.openxmlformats.org/drawingml/2006/picture">
            <wp:extent cx="5760720" cy="3840480"/>
            <wp:docPr id="110" name="Picture 110"/>
            <wp:cNvGraphicFramePr>
              <a:graphicFrameLocks noChangeAspect="1"/>
            </wp:cNvGraphicFramePr>
            <a:graphic>
              <a:graphicData uri="http://schemas.openxmlformats.org/drawingml/2006/picture">
                <pic:pic>
                  <pic:nvPicPr>
                    <pic:cNvPr id="0" name="066.jpg"/>
                    <pic:cNvPicPr/>
                  </pic:nvPicPr>
                  <pic:blipFill>
                    <a:blip r:embed="rId117"/>
                    <a:stretch>
                      <a:fillRect/>
                    </a:stretch>
                  </pic:blipFill>
                  <pic:spPr>
                    <a:xfrm>
                      <a:off x="0" y="0"/>
                      <a:ext cx="5760720" cy="3840480"/>
                    </a:xfrm>
                    <a:prstGeom prst="rect"/>
                  </pic:spPr>
                </pic:pic>
              </a:graphicData>
            </a:graphic>
          </wp:inline>
        </w:drawing>
      </w:r>
    </w:p>
    <w:p>
      <w:r>
        <w:rPr>
          <w:i/>
          <w:color w:val="525252"/>
          <w:sz w:val="17"/>
        </w:rPr>
        <w:t>Figure 110. Terrain analysis (continued 25) [286]</w:t>
      </w:r>
    </w:p>
    <w:p>
      <w:pPr>
        <w:jc w:val="center"/>
      </w:pPr>
      <w:r>
        <w:drawing>
          <wp:inline xmlns:a="http://schemas.openxmlformats.org/drawingml/2006/main" xmlns:pic="http://schemas.openxmlformats.org/drawingml/2006/picture">
            <wp:extent cx="5760720" cy="3840480"/>
            <wp:docPr id="111" name="Picture 111"/>
            <wp:cNvGraphicFramePr>
              <a:graphicFrameLocks noChangeAspect="1"/>
            </wp:cNvGraphicFramePr>
            <a:graphic>
              <a:graphicData uri="http://schemas.openxmlformats.org/drawingml/2006/picture">
                <pic:pic>
                  <pic:nvPicPr>
                    <pic:cNvPr id="0" name="069.jpg"/>
                    <pic:cNvPicPr/>
                  </pic:nvPicPr>
                  <pic:blipFill>
                    <a:blip r:embed="rId118"/>
                    <a:stretch>
                      <a:fillRect/>
                    </a:stretch>
                  </pic:blipFill>
                  <pic:spPr>
                    <a:xfrm>
                      <a:off x="0" y="0"/>
                      <a:ext cx="5760720" cy="3840480"/>
                    </a:xfrm>
                    <a:prstGeom prst="rect"/>
                  </pic:spPr>
                </pic:pic>
              </a:graphicData>
            </a:graphic>
          </wp:inline>
        </w:drawing>
      </w:r>
    </w:p>
    <w:p>
      <w:r>
        <w:rPr>
          <w:i/>
          <w:color w:val="525252"/>
          <w:sz w:val="17"/>
        </w:rPr>
        <w:t>Figure 111. Terrain analysis (continued 26) [287]</w:t>
      </w:r>
    </w:p>
    <w:p>
      <w:pPr>
        <w:jc w:val="center"/>
      </w:pPr>
      <w:r>
        <w:drawing>
          <wp:inline xmlns:a="http://schemas.openxmlformats.org/drawingml/2006/main" xmlns:pic="http://schemas.openxmlformats.org/drawingml/2006/picture">
            <wp:extent cx="5760720" cy="3840480"/>
            <wp:docPr id="112" name="Picture 112"/>
            <wp:cNvGraphicFramePr>
              <a:graphicFrameLocks noChangeAspect="1"/>
            </wp:cNvGraphicFramePr>
            <a:graphic>
              <a:graphicData uri="http://schemas.openxmlformats.org/drawingml/2006/picture">
                <pic:pic>
                  <pic:nvPicPr>
                    <pic:cNvPr id="0" name="070.jpg"/>
                    <pic:cNvPicPr/>
                  </pic:nvPicPr>
                  <pic:blipFill>
                    <a:blip r:embed="rId119"/>
                    <a:stretch>
                      <a:fillRect/>
                    </a:stretch>
                  </pic:blipFill>
                  <pic:spPr>
                    <a:xfrm>
                      <a:off x="0" y="0"/>
                      <a:ext cx="5760720" cy="3840480"/>
                    </a:xfrm>
                    <a:prstGeom prst="rect"/>
                  </pic:spPr>
                </pic:pic>
              </a:graphicData>
            </a:graphic>
          </wp:inline>
        </w:drawing>
      </w:r>
    </w:p>
    <w:p>
      <w:r>
        <w:rPr>
          <w:i/>
          <w:color w:val="525252"/>
          <w:sz w:val="17"/>
        </w:rPr>
        <w:t>Figure 112. Terrain analysis (continued 27) [288]</w:t>
      </w:r>
    </w:p>
    <w:p>
      <w:pPr>
        <w:jc w:val="center"/>
      </w:pPr>
      <w:r>
        <w:drawing>
          <wp:inline xmlns:a="http://schemas.openxmlformats.org/drawingml/2006/main" xmlns:pic="http://schemas.openxmlformats.org/drawingml/2006/picture">
            <wp:extent cx="5760720" cy="3840480"/>
            <wp:docPr id="113" name="Picture 113"/>
            <wp:cNvGraphicFramePr>
              <a:graphicFrameLocks noChangeAspect="1"/>
            </wp:cNvGraphicFramePr>
            <a:graphic>
              <a:graphicData uri="http://schemas.openxmlformats.org/drawingml/2006/picture">
                <pic:pic>
                  <pic:nvPicPr>
                    <pic:cNvPr id="0" name="073.jpg"/>
                    <pic:cNvPicPr/>
                  </pic:nvPicPr>
                  <pic:blipFill>
                    <a:blip r:embed="rId120"/>
                    <a:stretch>
                      <a:fillRect/>
                    </a:stretch>
                  </pic:blipFill>
                  <pic:spPr>
                    <a:xfrm>
                      <a:off x="0" y="0"/>
                      <a:ext cx="5760720" cy="3840480"/>
                    </a:xfrm>
                    <a:prstGeom prst="rect"/>
                  </pic:spPr>
                </pic:pic>
              </a:graphicData>
            </a:graphic>
          </wp:inline>
        </w:drawing>
      </w:r>
    </w:p>
    <w:p>
      <w:r>
        <w:rPr>
          <w:i/>
          <w:color w:val="525252"/>
          <w:sz w:val="17"/>
        </w:rPr>
        <w:t>Figure 113. Terrain analysis (continued 28) [289]</w:t>
      </w:r>
    </w:p>
    <w:p>
      <w:pPr>
        <w:jc w:val="center"/>
      </w:pPr>
      <w:r>
        <w:drawing>
          <wp:inline xmlns:a="http://schemas.openxmlformats.org/drawingml/2006/main" xmlns:pic="http://schemas.openxmlformats.org/drawingml/2006/picture">
            <wp:extent cx="5760720" cy="3840480"/>
            <wp:docPr id="114" name="Picture 114"/>
            <wp:cNvGraphicFramePr>
              <a:graphicFrameLocks noChangeAspect="1"/>
            </wp:cNvGraphicFramePr>
            <a:graphic>
              <a:graphicData uri="http://schemas.openxmlformats.org/drawingml/2006/picture">
                <pic:pic>
                  <pic:nvPicPr>
                    <pic:cNvPr id="0" name="074.jpg"/>
                    <pic:cNvPicPr/>
                  </pic:nvPicPr>
                  <pic:blipFill>
                    <a:blip r:embed="rId121"/>
                    <a:stretch>
                      <a:fillRect/>
                    </a:stretch>
                  </pic:blipFill>
                  <pic:spPr>
                    <a:xfrm>
                      <a:off x="0" y="0"/>
                      <a:ext cx="5760720" cy="3840480"/>
                    </a:xfrm>
                    <a:prstGeom prst="rect"/>
                  </pic:spPr>
                </pic:pic>
              </a:graphicData>
            </a:graphic>
          </wp:inline>
        </w:drawing>
      </w:r>
    </w:p>
    <w:p>
      <w:r>
        <w:rPr>
          <w:i/>
          <w:color w:val="525252"/>
          <w:sz w:val="17"/>
        </w:rPr>
        <w:t>Figure 114. Terrain analysis (continued 29) [290]</w:t>
      </w:r>
    </w:p>
    <w:p>
      <w:pPr>
        <w:jc w:val="center"/>
      </w:pPr>
      <w:r>
        <w:drawing>
          <wp:inline xmlns:a="http://schemas.openxmlformats.org/drawingml/2006/main" xmlns:pic="http://schemas.openxmlformats.org/drawingml/2006/picture">
            <wp:extent cx="5760720" cy="3840480"/>
            <wp:docPr id="115" name="Picture 115"/>
            <wp:cNvGraphicFramePr>
              <a:graphicFrameLocks noChangeAspect="1"/>
            </wp:cNvGraphicFramePr>
            <a:graphic>
              <a:graphicData uri="http://schemas.openxmlformats.org/drawingml/2006/picture">
                <pic:pic>
                  <pic:nvPicPr>
                    <pic:cNvPr id="0" name="076.jpg"/>
                    <pic:cNvPicPr/>
                  </pic:nvPicPr>
                  <pic:blipFill>
                    <a:blip r:embed="rId122"/>
                    <a:stretch>
                      <a:fillRect/>
                    </a:stretch>
                  </pic:blipFill>
                  <pic:spPr>
                    <a:xfrm>
                      <a:off x="0" y="0"/>
                      <a:ext cx="5760720" cy="3840480"/>
                    </a:xfrm>
                    <a:prstGeom prst="rect"/>
                  </pic:spPr>
                </pic:pic>
              </a:graphicData>
            </a:graphic>
          </wp:inline>
        </w:drawing>
      </w:r>
    </w:p>
    <w:p>
      <w:r>
        <w:rPr>
          <w:i/>
          <w:color w:val="525252"/>
          <w:sz w:val="17"/>
        </w:rPr>
        <w:t>Figure 115. Terrain analysis (continued 30) [291]</w:t>
      </w:r>
    </w:p>
    <w:p>
      <w:pPr>
        <w:jc w:val="center"/>
      </w:pPr>
      <w:r>
        <w:drawing>
          <wp:inline xmlns:a="http://schemas.openxmlformats.org/drawingml/2006/main" xmlns:pic="http://schemas.openxmlformats.org/drawingml/2006/picture">
            <wp:extent cx="5760720" cy="3840480"/>
            <wp:docPr id="116" name="Picture 116"/>
            <wp:cNvGraphicFramePr>
              <a:graphicFrameLocks noChangeAspect="1"/>
            </wp:cNvGraphicFramePr>
            <a:graphic>
              <a:graphicData uri="http://schemas.openxmlformats.org/drawingml/2006/picture">
                <pic:pic>
                  <pic:nvPicPr>
                    <pic:cNvPr id="0" name="079.jpg"/>
                    <pic:cNvPicPr/>
                  </pic:nvPicPr>
                  <pic:blipFill>
                    <a:blip r:embed="rId123"/>
                    <a:stretch>
                      <a:fillRect/>
                    </a:stretch>
                  </pic:blipFill>
                  <pic:spPr>
                    <a:xfrm>
                      <a:off x="0" y="0"/>
                      <a:ext cx="5760720" cy="3840480"/>
                    </a:xfrm>
                    <a:prstGeom prst="rect"/>
                  </pic:spPr>
                </pic:pic>
              </a:graphicData>
            </a:graphic>
          </wp:inline>
        </w:drawing>
      </w:r>
    </w:p>
    <w:p>
      <w:r>
        <w:rPr>
          <w:i/>
          <w:color w:val="525252"/>
          <w:sz w:val="17"/>
        </w:rPr>
        <w:t>Figure 116. Terrain analysis (continued 31) [292]</w:t>
      </w:r>
    </w:p>
    <w:p>
      <w:pPr>
        <w:jc w:val="center"/>
      </w:pPr>
      <w:r>
        <w:drawing>
          <wp:inline xmlns:a="http://schemas.openxmlformats.org/drawingml/2006/main" xmlns:pic="http://schemas.openxmlformats.org/drawingml/2006/picture">
            <wp:extent cx="5760720" cy="3840480"/>
            <wp:docPr id="117" name="Picture 117"/>
            <wp:cNvGraphicFramePr>
              <a:graphicFrameLocks noChangeAspect="1"/>
            </wp:cNvGraphicFramePr>
            <a:graphic>
              <a:graphicData uri="http://schemas.openxmlformats.org/drawingml/2006/picture">
                <pic:pic>
                  <pic:nvPicPr>
                    <pic:cNvPr id="0" name="081.jpg"/>
                    <pic:cNvPicPr/>
                  </pic:nvPicPr>
                  <pic:blipFill>
                    <a:blip r:embed="rId124"/>
                    <a:stretch>
                      <a:fillRect/>
                    </a:stretch>
                  </pic:blipFill>
                  <pic:spPr>
                    <a:xfrm>
                      <a:off x="0" y="0"/>
                      <a:ext cx="5760720" cy="3840480"/>
                    </a:xfrm>
                    <a:prstGeom prst="rect"/>
                  </pic:spPr>
                </pic:pic>
              </a:graphicData>
            </a:graphic>
          </wp:inline>
        </w:drawing>
      </w:r>
    </w:p>
    <w:p>
      <w:r>
        <w:rPr>
          <w:i/>
          <w:color w:val="525252"/>
          <w:sz w:val="17"/>
        </w:rPr>
        <w:t>Figure 117. Terrain analysis (continued 32) [293]</w:t>
      </w:r>
    </w:p>
    <w:p>
      <w:pPr>
        <w:jc w:val="center"/>
      </w:pPr>
      <w:r>
        <w:drawing>
          <wp:inline xmlns:a="http://schemas.openxmlformats.org/drawingml/2006/main" xmlns:pic="http://schemas.openxmlformats.org/drawingml/2006/picture">
            <wp:extent cx="5760720" cy="3840480"/>
            <wp:docPr id="118" name="Picture 118"/>
            <wp:cNvGraphicFramePr>
              <a:graphicFrameLocks noChangeAspect="1"/>
            </wp:cNvGraphicFramePr>
            <a:graphic>
              <a:graphicData uri="http://schemas.openxmlformats.org/drawingml/2006/picture">
                <pic:pic>
                  <pic:nvPicPr>
                    <pic:cNvPr id="0" name="083.jpg"/>
                    <pic:cNvPicPr/>
                  </pic:nvPicPr>
                  <pic:blipFill>
                    <a:blip r:embed="rId125"/>
                    <a:stretch>
                      <a:fillRect/>
                    </a:stretch>
                  </pic:blipFill>
                  <pic:spPr>
                    <a:xfrm>
                      <a:off x="0" y="0"/>
                      <a:ext cx="5760720" cy="3840480"/>
                    </a:xfrm>
                    <a:prstGeom prst="rect"/>
                  </pic:spPr>
                </pic:pic>
              </a:graphicData>
            </a:graphic>
          </wp:inline>
        </w:drawing>
      </w:r>
    </w:p>
    <w:p>
      <w:r>
        <w:rPr>
          <w:i/>
          <w:color w:val="525252"/>
          <w:sz w:val="17"/>
        </w:rPr>
        <w:t>Figure 118. Terrain analysis (continued 33) [294]</w:t>
      </w:r>
    </w:p>
    <w:p>
      <w:pPr>
        <w:jc w:val="center"/>
      </w:pPr>
      <w:r>
        <w:drawing>
          <wp:inline xmlns:a="http://schemas.openxmlformats.org/drawingml/2006/main" xmlns:pic="http://schemas.openxmlformats.org/drawingml/2006/picture">
            <wp:extent cx="5760720" cy="3840480"/>
            <wp:docPr id="119" name="Picture 119"/>
            <wp:cNvGraphicFramePr>
              <a:graphicFrameLocks noChangeAspect="1"/>
            </wp:cNvGraphicFramePr>
            <a:graphic>
              <a:graphicData uri="http://schemas.openxmlformats.org/drawingml/2006/picture">
                <pic:pic>
                  <pic:nvPicPr>
                    <pic:cNvPr id="0" name="084.jpg"/>
                    <pic:cNvPicPr/>
                  </pic:nvPicPr>
                  <pic:blipFill>
                    <a:blip r:embed="rId126"/>
                    <a:stretch>
                      <a:fillRect/>
                    </a:stretch>
                  </pic:blipFill>
                  <pic:spPr>
                    <a:xfrm>
                      <a:off x="0" y="0"/>
                      <a:ext cx="5760720" cy="3840480"/>
                    </a:xfrm>
                    <a:prstGeom prst="rect"/>
                  </pic:spPr>
                </pic:pic>
              </a:graphicData>
            </a:graphic>
          </wp:inline>
        </w:drawing>
      </w:r>
    </w:p>
    <w:p>
      <w:r>
        <w:rPr>
          <w:i/>
          <w:color w:val="525252"/>
          <w:sz w:val="17"/>
        </w:rPr>
        <w:t>Figure 119. Terrain analysis (continued 34) [295]</w:t>
      </w:r>
    </w:p>
    <w:p>
      <w:pPr>
        <w:jc w:val="center"/>
      </w:pPr>
      <w:r>
        <w:drawing>
          <wp:inline xmlns:a="http://schemas.openxmlformats.org/drawingml/2006/main" xmlns:pic="http://schemas.openxmlformats.org/drawingml/2006/picture">
            <wp:extent cx="5760720" cy="3840480"/>
            <wp:docPr id="120" name="Picture 120"/>
            <wp:cNvGraphicFramePr>
              <a:graphicFrameLocks noChangeAspect="1"/>
            </wp:cNvGraphicFramePr>
            <a:graphic>
              <a:graphicData uri="http://schemas.openxmlformats.org/drawingml/2006/picture">
                <pic:pic>
                  <pic:nvPicPr>
                    <pic:cNvPr id="0" name="087.jpg"/>
                    <pic:cNvPicPr/>
                  </pic:nvPicPr>
                  <pic:blipFill>
                    <a:blip r:embed="rId127"/>
                    <a:stretch>
                      <a:fillRect/>
                    </a:stretch>
                  </pic:blipFill>
                  <pic:spPr>
                    <a:xfrm>
                      <a:off x="0" y="0"/>
                      <a:ext cx="5760720" cy="3840480"/>
                    </a:xfrm>
                    <a:prstGeom prst="rect"/>
                  </pic:spPr>
                </pic:pic>
              </a:graphicData>
            </a:graphic>
          </wp:inline>
        </w:drawing>
      </w:r>
    </w:p>
    <w:p>
      <w:r>
        <w:rPr>
          <w:i/>
          <w:color w:val="525252"/>
          <w:sz w:val="17"/>
        </w:rPr>
        <w:t>Figure 120. Terrain analysis (continued 35) [296]</w:t>
      </w:r>
    </w:p>
    <w:p>
      <w:pPr>
        <w:jc w:val="center"/>
      </w:pPr>
      <w:r>
        <w:drawing>
          <wp:inline xmlns:a="http://schemas.openxmlformats.org/drawingml/2006/main" xmlns:pic="http://schemas.openxmlformats.org/drawingml/2006/picture">
            <wp:extent cx="5760720" cy="3840480"/>
            <wp:docPr id="121" name="Picture 121"/>
            <wp:cNvGraphicFramePr>
              <a:graphicFrameLocks noChangeAspect="1"/>
            </wp:cNvGraphicFramePr>
            <a:graphic>
              <a:graphicData uri="http://schemas.openxmlformats.org/drawingml/2006/picture">
                <pic:pic>
                  <pic:nvPicPr>
                    <pic:cNvPr id="0" name="088.jpg"/>
                    <pic:cNvPicPr/>
                  </pic:nvPicPr>
                  <pic:blipFill>
                    <a:blip r:embed="rId128"/>
                    <a:stretch>
                      <a:fillRect/>
                    </a:stretch>
                  </pic:blipFill>
                  <pic:spPr>
                    <a:xfrm>
                      <a:off x="0" y="0"/>
                      <a:ext cx="5760720" cy="3840480"/>
                    </a:xfrm>
                    <a:prstGeom prst="rect"/>
                  </pic:spPr>
                </pic:pic>
              </a:graphicData>
            </a:graphic>
          </wp:inline>
        </w:drawing>
      </w:r>
    </w:p>
    <w:p>
      <w:r>
        <w:rPr>
          <w:i/>
          <w:color w:val="525252"/>
          <w:sz w:val="17"/>
        </w:rPr>
        <w:t>Figure 121. Terrain analysis (continued 36) [297]</w:t>
      </w:r>
    </w:p>
    <w:p>
      <w:pPr>
        <w:jc w:val="center"/>
      </w:pPr>
      <w:r>
        <w:drawing>
          <wp:inline xmlns:a="http://schemas.openxmlformats.org/drawingml/2006/main" xmlns:pic="http://schemas.openxmlformats.org/drawingml/2006/picture">
            <wp:extent cx="5760720" cy="3840480"/>
            <wp:docPr id="122" name="Picture 122"/>
            <wp:cNvGraphicFramePr>
              <a:graphicFrameLocks noChangeAspect="1"/>
            </wp:cNvGraphicFramePr>
            <a:graphic>
              <a:graphicData uri="http://schemas.openxmlformats.org/drawingml/2006/picture">
                <pic:pic>
                  <pic:nvPicPr>
                    <pic:cNvPr id="0" name="091.jpg"/>
                    <pic:cNvPicPr/>
                  </pic:nvPicPr>
                  <pic:blipFill>
                    <a:blip r:embed="rId129"/>
                    <a:stretch>
                      <a:fillRect/>
                    </a:stretch>
                  </pic:blipFill>
                  <pic:spPr>
                    <a:xfrm>
                      <a:off x="0" y="0"/>
                      <a:ext cx="5760720" cy="3840480"/>
                    </a:xfrm>
                    <a:prstGeom prst="rect"/>
                  </pic:spPr>
                </pic:pic>
              </a:graphicData>
            </a:graphic>
          </wp:inline>
        </w:drawing>
      </w:r>
    </w:p>
    <w:p>
      <w:r>
        <w:rPr>
          <w:i/>
          <w:color w:val="525252"/>
          <w:sz w:val="17"/>
        </w:rPr>
        <w:t>Figure 122. Terrain analysis (continued 37) [298]</w:t>
      </w:r>
    </w:p>
    <w:p>
      <w:pPr>
        <w:jc w:val="center"/>
      </w:pPr>
      <w:r>
        <w:drawing>
          <wp:inline xmlns:a="http://schemas.openxmlformats.org/drawingml/2006/main" xmlns:pic="http://schemas.openxmlformats.org/drawingml/2006/picture">
            <wp:extent cx="5760720" cy="3840480"/>
            <wp:docPr id="123" name="Picture 123"/>
            <wp:cNvGraphicFramePr>
              <a:graphicFrameLocks noChangeAspect="1"/>
            </wp:cNvGraphicFramePr>
            <a:graphic>
              <a:graphicData uri="http://schemas.openxmlformats.org/drawingml/2006/picture">
                <pic:pic>
                  <pic:nvPicPr>
                    <pic:cNvPr id="0" name="093.jpg"/>
                    <pic:cNvPicPr/>
                  </pic:nvPicPr>
                  <pic:blipFill>
                    <a:blip r:embed="rId130"/>
                    <a:stretch>
                      <a:fillRect/>
                    </a:stretch>
                  </pic:blipFill>
                  <pic:spPr>
                    <a:xfrm>
                      <a:off x="0" y="0"/>
                      <a:ext cx="5760720" cy="3840480"/>
                    </a:xfrm>
                    <a:prstGeom prst="rect"/>
                  </pic:spPr>
                </pic:pic>
              </a:graphicData>
            </a:graphic>
          </wp:inline>
        </w:drawing>
      </w:r>
    </w:p>
    <w:p>
      <w:r>
        <w:rPr>
          <w:i/>
          <w:color w:val="525252"/>
          <w:sz w:val="17"/>
        </w:rPr>
        <w:t>Figure 123. Terrain analysis (continued 38) [299]</w:t>
      </w:r>
    </w:p>
    <w:p>
      <w:pPr>
        <w:jc w:val="center"/>
      </w:pPr>
      <w:r>
        <w:drawing>
          <wp:inline xmlns:a="http://schemas.openxmlformats.org/drawingml/2006/main" xmlns:pic="http://schemas.openxmlformats.org/drawingml/2006/picture">
            <wp:extent cx="5760720" cy="3840480"/>
            <wp:docPr id="124" name="Picture 124"/>
            <wp:cNvGraphicFramePr>
              <a:graphicFrameLocks noChangeAspect="1"/>
            </wp:cNvGraphicFramePr>
            <a:graphic>
              <a:graphicData uri="http://schemas.openxmlformats.org/drawingml/2006/picture">
                <pic:pic>
                  <pic:nvPicPr>
                    <pic:cNvPr id="0" name="094.jpg"/>
                    <pic:cNvPicPr/>
                  </pic:nvPicPr>
                  <pic:blipFill>
                    <a:blip r:embed="rId131"/>
                    <a:stretch>
                      <a:fillRect/>
                    </a:stretch>
                  </pic:blipFill>
                  <pic:spPr>
                    <a:xfrm>
                      <a:off x="0" y="0"/>
                      <a:ext cx="5760720" cy="3840480"/>
                    </a:xfrm>
                    <a:prstGeom prst="rect"/>
                  </pic:spPr>
                </pic:pic>
              </a:graphicData>
            </a:graphic>
          </wp:inline>
        </w:drawing>
      </w:r>
    </w:p>
    <w:p>
      <w:r>
        <w:rPr>
          <w:i/>
          <w:color w:val="525252"/>
          <w:sz w:val="17"/>
        </w:rPr>
        <w:t>Figure 124. Terrain analysis (continued 39) [300]</w:t>
      </w:r>
    </w:p>
    <w:p>
      <w:pPr>
        <w:jc w:val="center"/>
      </w:pPr>
      <w:r>
        <w:drawing>
          <wp:inline xmlns:a="http://schemas.openxmlformats.org/drawingml/2006/main" xmlns:pic="http://schemas.openxmlformats.org/drawingml/2006/picture">
            <wp:extent cx="5760720" cy="3840480"/>
            <wp:docPr id="125" name="Picture 125"/>
            <wp:cNvGraphicFramePr>
              <a:graphicFrameLocks noChangeAspect="1"/>
            </wp:cNvGraphicFramePr>
            <a:graphic>
              <a:graphicData uri="http://schemas.openxmlformats.org/drawingml/2006/picture">
                <pic:pic>
                  <pic:nvPicPr>
                    <pic:cNvPr id="0" name="096.jpg"/>
                    <pic:cNvPicPr/>
                  </pic:nvPicPr>
                  <pic:blipFill>
                    <a:blip r:embed="rId132"/>
                    <a:stretch>
                      <a:fillRect/>
                    </a:stretch>
                  </pic:blipFill>
                  <pic:spPr>
                    <a:xfrm>
                      <a:off x="0" y="0"/>
                      <a:ext cx="5760720" cy="3840480"/>
                    </a:xfrm>
                    <a:prstGeom prst="rect"/>
                  </pic:spPr>
                </pic:pic>
              </a:graphicData>
            </a:graphic>
          </wp:inline>
        </w:drawing>
      </w:r>
    </w:p>
    <w:p>
      <w:r>
        <w:rPr>
          <w:i/>
          <w:color w:val="525252"/>
          <w:sz w:val="17"/>
        </w:rPr>
        <w:t>Figure 125. Terrain analysis (continued 40) [301]</w:t>
      </w:r>
    </w:p>
    <w:p>
      <w:pPr>
        <w:jc w:val="center"/>
      </w:pPr>
      <w:r>
        <w:drawing>
          <wp:inline xmlns:a="http://schemas.openxmlformats.org/drawingml/2006/main" xmlns:pic="http://schemas.openxmlformats.org/drawingml/2006/picture">
            <wp:extent cx="5760720" cy="3840480"/>
            <wp:docPr id="126" name="Picture 126"/>
            <wp:cNvGraphicFramePr>
              <a:graphicFrameLocks noChangeAspect="1"/>
            </wp:cNvGraphicFramePr>
            <a:graphic>
              <a:graphicData uri="http://schemas.openxmlformats.org/drawingml/2006/picture">
                <pic:pic>
                  <pic:nvPicPr>
                    <pic:cNvPr id="0" name="099.jpg"/>
                    <pic:cNvPicPr/>
                  </pic:nvPicPr>
                  <pic:blipFill>
                    <a:blip r:embed="rId133"/>
                    <a:stretch>
                      <a:fillRect/>
                    </a:stretch>
                  </pic:blipFill>
                  <pic:spPr>
                    <a:xfrm>
                      <a:off x="0" y="0"/>
                      <a:ext cx="5760720" cy="3840480"/>
                    </a:xfrm>
                    <a:prstGeom prst="rect"/>
                  </pic:spPr>
                </pic:pic>
              </a:graphicData>
            </a:graphic>
          </wp:inline>
        </w:drawing>
      </w:r>
    </w:p>
    <w:p>
      <w:r>
        <w:rPr>
          <w:i/>
          <w:color w:val="525252"/>
          <w:sz w:val="17"/>
        </w:rPr>
        <w:t>Figure 126. Terrain analysis (continued 41) [302]</w:t>
      </w:r>
    </w:p>
    <w:p>
      <w:pPr>
        <w:jc w:val="center"/>
      </w:pPr>
      <w:r>
        <w:drawing>
          <wp:inline xmlns:a="http://schemas.openxmlformats.org/drawingml/2006/main" xmlns:pic="http://schemas.openxmlformats.org/drawingml/2006/picture">
            <wp:extent cx="5760720" cy="3840480"/>
            <wp:docPr id="127" name="Picture 127"/>
            <wp:cNvGraphicFramePr>
              <a:graphicFrameLocks noChangeAspect="1"/>
            </wp:cNvGraphicFramePr>
            <a:graphic>
              <a:graphicData uri="http://schemas.openxmlformats.org/drawingml/2006/picture">
                <pic:pic>
                  <pic:nvPicPr>
                    <pic:cNvPr id="0" name="100.jpg"/>
                    <pic:cNvPicPr/>
                  </pic:nvPicPr>
                  <pic:blipFill>
                    <a:blip r:embed="rId134"/>
                    <a:stretch>
                      <a:fillRect/>
                    </a:stretch>
                  </pic:blipFill>
                  <pic:spPr>
                    <a:xfrm>
                      <a:off x="0" y="0"/>
                      <a:ext cx="5760720" cy="3840480"/>
                    </a:xfrm>
                    <a:prstGeom prst="rect"/>
                  </pic:spPr>
                </pic:pic>
              </a:graphicData>
            </a:graphic>
          </wp:inline>
        </w:drawing>
      </w:r>
    </w:p>
    <w:p>
      <w:r>
        <w:rPr>
          <w:i/>
          <w:color w:val="525252"/>
          <w:sz w:val="17"/>
        </w:rPr>
        <w:t>Figure 127. Slope: valley terrain model (DEM) [303]</w:t>
      </w:r>
    </w:p>
    <w:p>
      <w:pPr>
        <w:jc w:val="center"/>
      </w:pPr>
      <w:r>
        <w:drawing>
          <wp:inline xmlns:a="http://schemas.openxmlformats.org/drawingml/2006/main" xmlns:pic="http://schemas.openxmlformats.org/drawingml/2006/picture">
            <wp:extent cx="5760720" cy="3840480"/>
            <wp:docPr id="128" name="Picture 128"/>
            <wp:cNvGraphicFramePr>
              <a:graphicFrameLocks noChangeAspect="1"/>
            </wp:cNvGraphicFramePr>
            <a:graphic>
              <a:graphicData uri="http://schemas.openxmlformats.org/drawingml/2006/picture">
                <pic:pic>
                  <pic:nvPicPr>
                    <pic:cNvPr id="0" name="102.jpg"/>
                    <pic:cNvPicPr/>
                  </pic:nvPicPr>
                  <pic:blipFill>
                    <a:blip r:embed="rId135"/>
                    <a:stretch>
                      <a:fillRect/>
                    </a:stretch>
                  </pic:blipFill>
                  <pic:spPr>
                    <a:xfrm>
                      <a:off x="0" y="0"/>
                      <a:ext cx="5760720" cy="3840480"/>
                    </a:xfrm>
                    <a:prstGeom prst="rect"/>
                  </pic:spPr>
                </pic:pic>
              </a:graphicData>
            </a:graphic>
          </wp:inline>
        </w:drawing>
      </w:r>
    </w:p>
    <w:p>
      <w:r>
        <w:rPr>
          <w:i/>
          <w:color w:val="525252"/>
          <w:sz w:val="17"/>
        </w:rPr>
        <w:t>Figure 128. Hot spots: dropped calls [304]</w:t>
      </w:r>
    </w:p>
    <w:p>
      <w:pPr>
        <w:jc w:val="center"/>
      </w:pPr>
      <w:r>
        <w:drawing>
          <wp:inline xmlns:a="http://schemas.openxmlformats.org/drawingml/2006/main" xmlns:pic="http://schemas.openxmlformats.org/drawingml/2006/picture">
            <wp:extent cx="5760720" cy="3840480"/>
            <wp:docPr id="129" name="Picture 129"/>
            <wp:cNvGraphicFramePr>
              <a:graphicFrameLocks noChangeAspect="1"/>
            </wp:cNvGraphicFramePr>
            <a:graphic>
              <a:graphicData uri="http://schemas.openxmlformats.org/drawingml/2006/picture">
                <pic:pic>
                  <pic:nvPicPr>
                    <pic:cNvPr id="0" name="104.jpg"/>
                    <pic:cNvPicPr/>
                  </pic:nvPicPr>
                  <pic:blipFill>
                    <a:blip r:embed="rId136"/>
                    <a:stretch>
                      <a:fillRect/>
                    </a:stretch>
                  </pic:blipFill>
                  <pic:spPr>
                    <a:xfrm>
                      <a:off x="0" y="0"/>
                      <a:ext cx="5760720" cy="3840480"/>
                    </a:xfrm>
                    <a:prstGeom prst="rect"/>
                  </pic:spPr>
                </pic:pic>
              </a:graphicData>
            </a:graphic>
          </wp:inline>
        </w:drawing>
      </w:r>
    </w:p>
    <w:p>
      <w:r>
        <w:rPr>
          <w:i/>
          <w:color w:val="525252"/>
          <w:sz w:val="17"/>
        </w:rPr>
        <w:t>Figure 129. Hot spots: coverage complaints [305]</w:t>
      </w:r>
    </w:p>
    <w:p>
      <w:pPr>
        <w:jc w:val="center"/>
      </w:pPr>
      <w:r>
        <w:drawing>
          <wp:inline xmlns:a="http://schemas.openxmlformats.org/drawingml/2006/main" xmlns:pic="http://schemas.openxmlformats.org/drawingml/2006/picture">
            <wp:extent cx="5760720" cy="3840480"/>
            <wp:docPr id="130" name="Picture 130"/>
            <wp:cNvGraphicFramePr>
              <a:graphicFrameLocks noChangeAspect="1"/>
            </wp:cNvGraphicFramePr>
            <a:graphic>
              <a:graphicData uri="http://schemas.openxmlformats.org/drawingml/2006/picture">
                <pic:pic>
                  <pic:nvPicPr>
                    <pic:cNvPr id="0" name="106.jpg"/>
                    <pic:cNvPicPr/>
                  </pic:nvPicPr>
                  <pic:blipFill>
                    <a:blip r:embed="rId137"/>
                    <a:stretch>
                      <a:fillRect/>
                    </a:stretch>
                  </pic:blipFill>
                  <pic:spPr>
                    <a:xfrm>
                      <a:off x="0" y="0"/>
                      <a:ext cx="5760720" cy="3840480"/>
                    </a:xfrm>
                    <a:prstGeom prst="rect"/>
                  </pic:spPr>
                </pic:pic>
              </a:graphicData>
            </a:graphic>
          </wp:inline>
        </w:drawing>
      </w:r>
    </w:p>
    <w:p>
      <w:r>
        <w:rPr>
          <w:i/>
          <w:color w:val="525252"/>
          <w:sz w:val="17"/>
        </w:rPr>
        <w:t>Figure 130. Hot spots: small cells [306]</w:t>
      </w:r>
    </w:p>
    <w:p>
      <w:pPr>
        <w:jc w:val="center"/>
      </w:pPr>
      <w:r>
        <w:drawing>
          <wp:inline xmlns:a="http://schemas.openxmlformats.org/drawingml/2006/main" xmlns:pic="http://schemas.openxmlformats.org/drawingml/2006/picture">
            <wp:extent cx="5760720" cy="3840480"/>
            <wp:docPr id="131" name="Picture 131"/>
            <wp:cNvGraphicFramePr>
              <a:graphicFrameLocks noChangeAspect="1"/>
            </wp:cNvGraphicFramePr>
            <a:graphic>
              <a:graphicData uri="http://schemas.openxmlformats.org/drawingml/2006/picture">
                <pic:pic>
                  <pic:nvPicPr>
                    <pic:cNvPr id="0" name="109.jpg"/>
                    <pic:cNvPicPr/>
                  </pic:nvPicPr>
                  <pic:blipFill>
                    <a:blip r:embed="rId138"/>
                    <a:stretch>
                      <a:fillRect/>
                    </a:stretch>
                  </pic:blipFill>
                  <pic:spPr>
                    <a:xfrm>
                      <a:off x="0" y="0"/>
                      <a:ext cx="5760720" cy="3840480"/>
                    </a:xfrm>
                    <a:prstGeom prst="rect"/>
                  </pic:spPr>
                </pic:pic>
              </a:graphicData>
            </a:graphic>
          </wp:inline>
        </w:drawing>
      </w:r>
    </w:p>
    <w:p>
      <w:r>
        <w:rPr>
          <w:i/>
          <w:color w:val="525252"/>
          <w:sz w:val="17"/>
        </w:rPr>
        <w:t>Figure 131. Emerging hot spots: coverage complaints and dropped calls [307]</w:t>
      </w:r>
    </w:p>
    <w:p>
      <w:pPr>
        <w:jc w:val="center"/>
      </w:pPr>
      <w:r>
        <w:drawing>
          <wp:inline xmlns:a="http://schemas.openxmlformats.org/drawingml/2006/main" xmlns:pic="http://schemas.openxmlformats.org/drawingml/2006/picture">
            <wp:extent cx="5760720" cy="3840480"/>
            <wp:docPr id="132" name="Picture 132"/>
            <wp:cNvGraphicFramePr>
              <a:graphicFrameLocks noChangeAspect="1"/>
            </wp:cNvGraphicFramePr>
            <a:graphic>
              <a:graphicData uri="http://schemas.openxmlformats.org/drawingml/2006/picture">
                <pic:pic>
                  <pic:nvPicPr>
                    <pic:cNvPr id="0" name="111.jpg"/>
                    <pic:cNvPicPr/>
                  </pic:nvPicPr>
                  <pic:blipFill>
                    <a:blip r:embed="rId139"/>
                    <a:stretch>
                      <a:fillRect/>
                    </a:stretch>
                  </pic:blipFill>
                  <pic:spPr>
                    <a:xfrm>
                      <a:off x="0" y="0"/>
                      <a:ext cx="5760720" cy="3840480"/>
                    </a:xfrm>
                    <a:prstGeom prst="rect"/>
                  </pic:spPr>
                </pic:pic>
              </a:graphicData>
            </a:graphic>
          </wp:inline>
        </w:drawing>
      </w:r>
    </w:p>
    <w:p>
      <w:r>
        <w:rPr>
          <w:i/>
          <w:color w:val="525252"/>
          <w:sz w:val="17"/>
        </w:rPr>
        <w:t>Figure 132. Counts: towers, by neighborhood [308]</w:t>
      </w:r>
    </w:p>
    <w:p>
      <w:pPr>
        <w:jc w:val="center"/>
      </w:pPr>
      <w:r>
        <w:drawing>
          <wp:inline xmlns:a="http://schemas.openxmlformats.org/drawingml/2006/main" xmlns:pic="http://schemas.openxmlformats.org/drawingml/2006/picture">
            <wp:extent cx="5760720" cy="3840480"/>
            <wp:docPr id="133" name="Picture 133"/>
            <wp:cNvGraphicFramePr>
              <a:graphicFrameLocks noChangeAspect="1"/>
            </wp:cNvGraphicFramePr>
            <a:graphic>
              <a:graphicData uri="http://schemas.openxmlformats.org/drawingml/2006/picture">
                <pic:pic>
                  <pic:nvPicPr>
                    <pic:cNvPr id="0" name="113.jpg"/>
                    <pic:cNvPicPr/>
                  </pic:nvPicPr>
                  <pic:blipFill>
                    <a:blip r:embed="rId140"/>
                    <a:stretch>
                      <a:fillRect/>
                    </a:stretch>
                  </pic:blipFill>
                  <pic:spPr>
                    <a:xfrm>
                      <a:off x="0" y="0"/>
                      <a:ext cx="5760720" cy="3840480"/>
                    </a:xfrm>
                    <a:prstGeom prst="rect"/>
                  </pic:spPr>
                </pic:pic>
              </a:graphicData>
            </a:graphic>
          </wp:inline>
        </w:drawing>
      </w:r>
    </w:p>
    <w:p>
      <w:r>
        <w:rPr>
          <w:i/>
          <w:color w:val="525252"/>
          <w:sz w:val="17"/>
        </w:rPr>
        <w:t>Figure 133. Counts: small cells, by neighborhood [309]</w:t>
      </w:r>
    </w:p>
    <w:p>
      <w:pPr>
        <w:jc w:val="center"/>
      </w:pPr>
      <w:r>
        <w:drawing>
          <wp:inline xmlns:a="http://schemas.openxmlformats.org/drawingml/2006/main" xmlns:pic="http://schemas.openxmlformats.org/drawingml/2006/picture">
            <wp:extent cx="5760720" cy="3840480"/>
            <wp:docPr id="134" name="Picture 134"/>
            <wp:cNvGraphicFramePr>
              <a:graphicFrameLocks noChangeAspect="1"/>
            </wp:cNvGraphicFramePr>
            <a:graphic>
              <a:graphicData uri="http://schemas.openxmlformats.org/drawingml/2006/picture">
                <pic:pic>
                  <pic:nvPicPr>
                    <pic:cNvPr id="0" name="114.jpg"/>
                    <pic:cNvPicPr/>
                  </pic:nvPicPr>
                  <pic:blipFill>
                    <a:blip r:embed="rId141"/>
                    <a:stretch>
                      <a:fillRect/>
                    </a:stretch>
                  </pic:blipFill>
                  <pic:spPr>
                    <a:xfrm>
                      <a:off x="0" y="0"/>
                      <a:ext cx="5760720" cy="3840480"/>
                    </a:xfrm>
                    <a:prstGeom prst="rect"/>
                  </pic:spPr>
                </pic:pic>
              </a:graphicData>
            </a:graphic>
          </wp:inline>
        </w:drawing>
      </w:r>
    </w:p>
    <w:p>
      <w:r>
        <w:rPr>
          <w:i/>
          <w:color w:val="525252"/>
          <w:sz w:val="17"/>
        </w:rPr>
        <w:t>Figure 134. Counts: dropped calls, by neighborhood [310]</w:t>
      </w:r>
    </w:p>
    <w:p>
      <w:pPr>
        <w:jc w:val="center"/>
      </w:pPr>
      <w:r>
        <w:drawing>
          <wp:inline xmlns:a="http://schemas.openxmlformats.org/drawingml/2006/main" xmlns:pic="http://schemas.openxmlformats.org/drawingml/2006/picture">
            <wp:extent cx="5760720" cy="3840480"/>
            <wp:docPr id="135" name="Picture 135"/>
            <wp:cNvGraphicFramePr>
              <a:graphicFrameLocks noChangeAspect="1"/>
            </wp:cNvGraphicFramePr>
            <a:graphic>
              <a:graphicData uri="http://schemas.openxmlformats.org/drawingml/2006/picture">
                <pic:pic>
                  <pic:nvPicPr>
                    <pic:cNvPr id="0" name="116.jpg"/>
                    <pic:cNvPicPr/>
                  </pic:nvPicPr>
                  <pic:blipFill>
                    <a:blip r:embed="rId142"/>
                    <a:stretch>
                      <a:fillRect/>
                    </a:stretch>
                  </pic:blipFill>
                  <pic:spPr>
                    <a:xfrm>
                      <a:off x="0" y="0"/>
                      <a:ext cx="5760720" cy="3840480"/>
                    </a:xfrm>
                    <a:prstGeom prst="rect"/>
                  </pic:spPr>
                </pic:pic>
              </a:graphicData>
            </a:graphic>
          </wp:inline>
        </w:drawing>
      </w:r>
    </w:p>
    <w:p>
      <w:r>
        <w:rPr>
          <w:i/>
          <w:color w:val="525252"/>
          <w:sz w:val="17"/>
        </w:rPr>
        <w:t>Figure 135. Period change: dropped calls, by neighborhood [311]</w:t>
      </w:r>
    </w:p>
    <w:p>
      <w:pPr>
        <w:jc w:val="center"/>
      </w:pPr>
      <w:r>
        <w:drawing>
          <wp:inline xmlns:a="http://schemas.openxmlformats.org/drawingml/2006/main" xmlns:pic="http://schemas.openxmlformats.org/drawingml/2006/picture">
            <wp:extent cx="5760720" cy="3840480"/>
            <wp:docPr id="136" name="Picture 136"/>
            <wp:cNvGraphicFramePr>
              <a:graphicFrameLocks noChangeAspect="1"/>
            </wp:cNvGraphicFramePr>
            <a:graphic>
              <a:graphicData uri="http://schemas.openxmlformats.org/drawingml/2006/picture">
                <pic:pic>
                  <pic:nvPicPr>
                    <pic:cNvPr id="0" name="119.jpg"/>
                    <pic:cNvPicPr/>
                  </pic:nvPicPr>
                  <pic:blipFill>
                    <a:blip r:embed="rId143"/>
                    <a:stretch>
                      <a:fillRect/>
                    </a:stretch>
                  </pic:blipFill>
                  <pic:spPr>
                    <a:xfrm>
                      <a:off x="0" y="0"/>
                      <a:ext cx="5760720" cy="3840480"/>
                    </a:xfrm>
                    <a:prstGeom prst="rect"/>
                  </pic:spPr>
                </pic:pic>
              </a:graphicData>
            </a:graphic>
          </wp:inline>
        </w:drawing>
      </w:r>
    </w:p>
    <w:p>
      <w:r>
        <w:rPr>
          <w:i/>
          <w:color w:val="525252"/>
          <w:sz w:val="17"/>
        </w:rPr>
        <w:t>Figure 136. Period change: coverage complaints, by neighborhood [312]</w:t>
      </w:r>
    </w:p>
    <w:p>
      <w:pPr>
        <w:jc w:val="center"/>
      </w:pPr>
      <w:r>
        <w:drawing>
          <wp:inline xmlns:a="http://schemas.openxmlformats.org/drawingml/2006/main" xmlns:pic="http://schemas.openxmlformats.org/drawingml/2006/picture">
            <wp:extent cx="5760720" cy="3840480"/>
            <wp:docPr id="137" name="Picture 137"/>
            <wp:cNvGraphicFramePr>
              <a:graphicFrameLocks noChangeAspect="1"/>
            </wp:cNvGraphicFramePr>
            <a:graphic>
              <a:graphicData uri="http://schemas.openxmlformats.org/drawingml/2006/picture">
                <pic:pic>
                  <pic:nvPicPr>
                    <pic:cNvPr id="0" name="120.jpg"/>
                    <pic:cNvPicPr/>
                  </pic:nvPicPr>
                  <pic:blipFill>
                    <a:blip r:embed="rId144"/>
                    <a:stretch>
                      <a:fillRect/>
                    </a:stretch>
                  </pic:blipFill>
                  <pic:spPr>
                    <a:xfrm>
                      <a:off x="0" y="0"/>
                      <a:ext cx="5760720" cy="3840480"/>
                    </a:xfrm>
                    <a:prstGeom prst="rect"/>
                  </pic:spPr>
                </pic:pic>
              </a:graphicData>
            </a:graphic>
          </wp:inline>
        </w:drawing>
      </w:r>
    </w:p>
    <w:p>
      <w:r>
        <w:rPr>
          <w:i/>
          <w:color w:val="525252"/>
          <w:sz w:val="17"/>
        </w:rPr>
        <w:t>Figure 137. Seasonality: dropped calls, by neighborhood [313]</w:t>
      </w:r>
    </w:p>
    <w:p>
      <w:pPr>
        <w:jc w:val="center"/>
      </w:pPr>
      <w:r>
        <w:drawing>
          <wp:inline xmlns:a="http://schemas.openxmlformats.org/drawingml/2006/main" xmlns:pic="http://schemas.openxmlformats.org/drawingml/2006/picture">
            <wp:extent cx="5760720" cy="3840480"/>
            <wp:docPr id="138" name="Picture 138"/>
            <wp:cNvGraphicFramePr>
              <a:graphicFrameLocks noChangeAspect="1"/>
            </wp:cNvGraphicFramePr>
            <a:graphic>
              <a:graphicData uri="http://schemas.openxmlformats.org/drawingml/2006/picture">
                <pic:pic>
                  <pic:nvPicPr>
                    <pic:cNvPr id="0" name="123.jpg"/>
                    <pic:cNvPicPr/>
                  </pic:nvPicPr>
                  <pic:blipFill>
                    <a:blip r:embed="rId145"/>
                    <a:stretch>
                      <a:fillRect/>
                    </a:stretch>
                  </pic:blipFill>
                  <pic:spPr>
                    <a:xfrm>
                      <a:off x="0" y="0"/>
                      <a:ext cx="5760720" cy="3840480"/>
                    </a:xfrm>
                    <a:prstGeom prst="rect"/>
                  </pic:spPr>
                </pic:pic>
              </a:graphicData>
            </a:graphic>
          </wp:inline>
        </w:drawing>
      </w:r>
    </w:p>
    <w:p>
      <w:r>
        <w:rPr>
          <w:i/>
          <w:color w:val="525252"/>
          <w:sz w:val="17"/>
        </w:rPr>
        <w:t>Figure 138. Density: dropped calls [314]</w:t>
      </w:r>
    </w:p>
    <w:p>
      <w:pPr>
        <w:jc w:val="center"/>
      </w:pPr>
      <w:r>
        <w:drawing>
          <wp:inline xmlns:a="http://schemas.openxmlformats.org/drawingml/2006/main" xmlns:pic="http://schemas.openxmlformats.org/drawingml/2006/picture">
            <wp:extent cx="5760720" cy="3840480"/>
            <wp:docPr id="139" name="Picture 139"/>
            <wp:cNvGraphicFramePr>
              <a:graphicFrameLocks noChangeAspect="1"/>
            </wp:cNvGraphicFramePr>
            <a:graphic>
              <a:graphicData uri="http://schemas.openxmlformats.org/drawingml/2006/picture">
                <pic:pic>
                  <pic:nvPicPr>
                    <pic:cNvPr id="0" name="125.jpg"/>
                    <pic:cNvPicPr/>
                  </pic:nvPicPr>
                  <pic:blipFill>
                    <a:blip r:embed="rId146"/>
                    <a:stretch>
                      <a:fillRect/>
                    </a:stretch>
                  </pic:blipFill>
                  <pic:spPr>
                    <a:xfrm>
                      <a:off x="0" y="0"/>
                      <a:ext cx="5760720" cy="3840480"/>
                    </a:xfrm>
                    <a:prstGeom prst="rect"/>
                  </pic:spPr>
                </pic:pic>
              </a:graphicData>
            </a:graphic>
          </wp:inline>
        </w:drawing>
      </w:r>
    </w:p>
    <w:p>
      <w:r>
        <w:rPr>
          <w:i/>
          <w:color w:val="525252"/>
          <w:sz w:val="17"/>
        </w:rPr>
        <w:t>Figure 139. Density: coverage complaints [315]</w:t>
      </w:r>
    </w:p>
    <w:p>
      <w:pPr>
        <w:jc w:val="center"/>
      </w:pPr>
      <w:r>
        <w:drawing>
          <wp:inline xmlns:a="http://schemas.openxmlformats.org/drawingml/2006/main" xmlns:pic="http://schemas.openxmlformats.org/drawingml/2006/picture">
            <wp:extent cx="5760720" cy="3840480"/>
            <wp:docPr id="140" name="Picture 140"/>
            <wp:cNvGraphicFramePr>
              <a:graphicFrameLocks noChangeAspect="1"/>
            </wp:cNvGraphicFramePr>
            <a:graphic>
              <a:graphicData uri="http://schemas.openxmlformats.org/drawingml/2006/picture">
                <pic:pic>
                  <pic:nvPicPr>
                    <pic:cNvPr id="0" name="127.jpg"/>
                    <pic:cNvPicPr/>
                  </pic:nvPicPr>
                  <pic:blipFill>
                    <a:blip r:embed="rId147"/>
                    <a:stretch>
                      <a:fillRect/>
                    </a:stretch>
                  </pic:blipFill>
                  <pic:spPr>
                    <a:xfrm>
                      <a:off x="0" y="0"/>
                      <a:ext cx="5760720" cy="3840480"/>
                    </a:xfrm>
                    <a:prstGeom prst="rect"/>
                  </pic:spPr>
                </pic:pic>
              </a:graphicData>
            </a:graphic>
          </wp:inline>
        </w:drawing>
      </w:r>
    </w:p>
    <w:p>
      <w:r>
        <w:rPr>
          <w:i/>
          <w:color w:val="525252"/>
          <w:sz w:val="17"/>
        </w:rPr>
        <w:t>Figure 140. Density: small cells [316]</w:t>
      </w:r>
    </w:p>
    <w:p>
      <w:pPr>
        <w:jc w:val="center"/>
      </w:pPr>
      <w:r>
        <w:drawing>
          <wp:inline xmlns:a="http://schemas.openxmlformats.org/drawingml/2006/main" xmlns:pic="http://schemas.openxmlformats.org/drawingml/2006/picture">
            <wp:extent cx="5760720" cy="3840480"/>
            <wp:docPr id="141" name="Picture 141"/>
            <wp:cNvGraphicFramePr>
              <a:graphicFrameLocks noChangeAspect="1"/>
            </wp:cNvGraphicFramePr>
            <a:graphic>
              <a:graphicData uri="http://schemas.openxmlformats.org/drawingml/2006/picture">
                <pic:pic>
                  <pic:nvPicPr>
                    <pic:cNvPr id="0" name="129.jpg"/>
                    <pic:cNvPicPr/>
                  </pic:nvPicPr>
                  <pic:blipFill>
                    <a:blip r:embed="rId148"/>
                    <a:stretch>
                      <a:fillRect/>
                    </a:stretch>
                  </pic:blipFill>
                  <pic:spPr>
                    <a:xfrm>
                      <a:off x="0" y="0"/>
                      <a:ext cx="5760720" cy="3840480"/>
                    </a:xfrm>
                    <a:prstGeom prst="rect"/>
                  </pic:spPr>
                </pic:pic>
              </a:graphicData>
            </a:graphic>
          </wp:inline>
        </w:drawing>
      </w:r>
    </w:p>
    <w:p>
      <w:r>
        <w:rPr>
          <w:i/>
          <w:color w:val="525252"/>
          <w:sz w:val="17"/>
        </w:rPr>
        <w:t>Figure 141. Clusters: dropped calls [317]</w:t>
      </w:r>
    </w:p>
    <w:p>
      <w:pPr>
        <w:jc w:val="center"/>
      </w:pPr>
      <w:r>
        <w:drawing>
          <wp:inline xmlns:a="http://schemas.openxmlformats.org/drawingml/2006/main" xmlns:pic="http://schemas.openxmlformats.org/drawingml/2006/picture">
            <wp:extent cx="5760720" cy="3840480"/>
            <wp:docPr id="142" name="Picture 142"/>
            <wp:cNvGraphicFramePr>
              <a:graphicFrameLocks noChangeAspect="1"/>
            </wp:cNvGraphicFramePr>
            <a:graphic>
              <a:graphicData uri="http://schemas.openxmlformats.org/drawingml/2006/picture">
                <pic:pic>
                  <pic:nvPicPr>
                    <pic:cNvPr id="0" name="131.jpg"/>
                    <pic:cNvPicPr/>
                  </pic:nvPicPr>
                  <pic:blipFill>
                    <a:blip r:embed="rId149"/>
                    <a:stretch>
                      <a:fillRect/>
                    </a:stretch>
                  </pic:blipFill>
                  <pic:spPr>
                    <a:xfrm>
                      <a:off x="0" y="0"/>
                      <a:ext cx="5760720" cy="3840480"/>
                    </a:xfrm>
                    <a:prstGeom prst="rect"/>
                  </pic:spPr>
                </pic:pic>
              </a:graphicData>
            </a:graphic>
          </wp:inline>
        </w:drawing>
      </w:r>
    </w:p>
    <w:p>
      <w:r>
        <w:rPr>
          <w:i/>
          <w:color w:val="525252"/>
          <w:sz w:val="17"/>
        </w:rPr>
        <w:t>Figure 142. Clusters: coverage complaints [318]</w:t>
      </w:r>
    </w:p>
    <w:p>
      <w:pPr>
        <w:jc w:val="center"/>
      </w:pPr>
      <w:r>
        <w:drawing>
          <wp:inline xmlns:a="http://schemas.openxmlformats.org/drawingml/2006/main" xmlns:pic="http://schemas.openxmlformats.org/drawingml/2006/picture">
            <wp:extent cx="5760720" cy="3840480"/>
            <wp:docPr id="143" name="Picture 143"/>
            <wp:cNvGraphicFramePr>
              <a:graphicFrameLocks noChangeAspect="1"/>
            </wp:cNvGraphicFramePr>
            <a:graphic>
              <a:graphicData uri="http://schemas.openxmlformats.org/drawingml/2006/picture">
                <pic:pic>
                  <pic:nvPicPr>
                    <pic:cNvPr id="0" name="132.jpg"/>
                    <pic:cNvPicPr/>
                  </pic:nvPicPr>
                  <pic:blipFill>
                    <a:blip r:embed="rId150"/>
                    <a:stretch>
                      <a:fillRect/>
                    </a:stretch>
                  </pic:blipFill>
                  <pic:spPr>
                    <a:xfrm>
                      <a:off x="0" y="0"/>
                      <a:ext cx="5760720" cy="3840480"/>
                    </a:xfrm>
                    <a:prstGeom prst="rect"/>
                  </pic:spPr>
                </pic:pic>
              </a:graphicData>
            </a:graphic>
          </wp:inline>
        </w:drawing>
      </w:r>
    </w:p>
    <w:p>
      <w:r>
        <w:rPr>
          <w:i/>
          <w:color w:val="525252"/>
          <w:sz w:val="17"/>
        </w:rPr>
        <w:t>Figure 143. Outliers: neighborhoods [319]</w:t>
      </w:r>
    </w:p>
    <w:p>
      <w:pPr>
        <w:jc w:val="center"/>
      </w:pPr>
      <w:r>
        <w:drawing>
          <wp:inline xmlns:a="http://schemas.openxmlformats.org/drawingml/2006/main" xmlns:pic="http://schemas.openxmlformats.org/drawingml/2006/picture">
            <wp:extent cx="5760720" cy="3840480"/>
            <wp:docPr id="144" name="Picture 144"/>
            <wp:cNvGraphicFramePr>
              <a:graphicFrameLocks noChangeAspect="1"/>
            </wp:cNvGraphicFramePr>
            <a:graphic>
              <a:graphicData uri="http://schemas.openxmlformats.org/drawingml/2006/picture">
                <pic:pic>
                  <pic:nvPicPr>
                    <pic:cNvPr id="0" name="135.jpg"/>
                    <pic:cNvPicPr/>
                  </pic:nvPicPr>
                  <pic:blipFill>
                    <a:blip r:embed="rId151"/>
                    <a:stretch>
                      <a:fillRect/>
                    </a:stretch>
                  </pic:blipFill>
                  <pic:spPr>
                    <a:xfrm>
                      <a:off x="0" y="0"/>
                      <a:ext cx="5760720" cy="3840480"/>
                    </a:xfrm>
                    <a:prstGeom prst="rect"/>
                  </pic:spPr>
                </pic:pic>
              </a:graphicData>
            </a:graphic>
          </wp:inline>
        </w:drawing>
      </w:r>
    </w:p>
    <w:p>
      <w:r>
        <w:rPr>
          <w:i/>
          <w:color w:val="525252"/>
          <w:sz w:val="17"/>
        </w:rPr>
        <w:t>Figure 144. Change beside the counts per neighborhood [320]</w:t>
      </w:r>
    </w:p>
    <w:p>
      <w:pPr>
        <w:jc w:val="center"/>
      </w:pPr>
      <w:r>
        <w:drawing>
          <wp:inline xmlns:a="http://schemas.openxmlformats.org/drawingml/2006/main" xmlns:pic="http://schemas.openxmlformats.org/drawingml/2006/picture">
            <wp:extent cx="5760720" cy="3840480"/>
            <wp:docPr id="145" name="Picture 145"/>
            <wp:cNvGraphicFramePr>
              <a:graphicFrameLocks noChangeAspect="1"/>
            </wp:cNvGraphicFramePr>
            <a:graphic>
              <a:graphicData uri="http://schemas.openxmlformats.org/drawingml/2006/picture">
                <pic:pic>
                  <pic:nvPicPr>
                    <pic:cNvPr id="0" name="137.jpg"/>
                    <pic:cNvPicPr/>
                  </pic:nvPicPr>
                  <pic:blipFill>
                    <a:blip r:embed="rId152"/>
                    <a:stretch>
                      <a:fillRect/>
                    </a:stretch>
                  </pic:blipFill>
                  <pic:spPr>
                    <a:xfrm>
                      <a:off x="0" y="0"/>
                      <a:ext cx="5760720" cy="3840480"/>
                    </a:xfrm>
                    <a:prstGeom prst="rect"/>
                  </pic:spPr>
                </pic:pic>
              </a:graphicData>
            </a:graphic>
          </wp:inline>
        </w:drawing>
      </w:r>
    </w:p>
    <w:p>
      <w:r>
        <w:rPr>
          <w:i/>
          <w:color w:val="525252"/>
          <w:sz w:val="17"/>
        </w:rPr>
        <w:t>Figure 145. Change of dropped calls where density is high [321]</w:t>
      </w:r>
    </w:p>
    <w:p>
      <w:pPr>
        <w:jc w:val="center"/>
      </w:pPr>
      <w:r>
        <w:drawing>
          <wp:inline xmlns:a="http://schemas.openxmlformats.org/drawingml/2006/main" xmlns:pic="http://schemas.openxmlformats.org/drawingml/2006/picture">
            <wp:extent cx="5760720" cy="3840480"/>
            <wp:docPr id="146" name="Picture 146"/>
            <wp:cNvGraphicFramePr>
              <a:graphicFrameLocks noChangeAspect="1"/>
            </wp:cNvGraphicFramePr>
            <a:graphic>
              <a:graphicData uri="http://schemas.openxmlformats.org/drawingml/2006/picture">
                <pic:pic>
                  <pic:nvPicPr>
                    <pic:cNvPr id="0" name="139.jpg"/>
                    <pic:cNvPicPr/>
                  </pic:nvPicPr>
                  <pic:blipFill>
                    <a:blip r:embed="rId153"/>
                    <a:stretch>
                      <a:fillRect/>
                    </a:stretch>
                  </pic:blipFill>
                  <pic:spPr>
                    <a:xfrm>
                      <a:off x="0" y="0"/>
                      <a:ext cx="5760720" cy="3840480"/>
                    </a:xfrm>
                    <a:prstGeom prst="rect"/>
                  </pic:spPr>
                </pic:pic>
              </a:graphicData>
            </a:graphic>
          </wp:inline>
        </w:drawing>
      </w:r>
    </w:p>
    <w:p>
      <w:r>
        <w:rPr>
          <w:i/>
          <w:color w:val="525252"/>
          <w:sz w:val="17"/>
        </w:rPr>
        <w:t>Figure 146. Hot cells of dropped calls per neighborhood [322]</w:t>
      </w:r>
    </w:p>
    <w:p>
      <w:pPr>
        <w:jc w:val="center"/>
      </w:pPr>
      <w:r>
        <w:drawing>
          <wp:inline xmlns:a="http://schemas.openxmlformats.org/drawingml/2006/main" xmlns:pic="http://schemas.openxmlformats.org/drawingml/2006/picture">
            <wp:extent cx="5760720" cy="3840480"/>
            <wp:docPr id="147" name="Picture 147"/>
            <wp:cNvGraphicFramePr>
              <a:graphicFrameLocks noChangeAspect="1"/>
            </wp:cNvGraphicFramePr>
            <a:graphic>
              <a:graphicData uri="http://schemas.openxmlformats.org/drawingml/2006/picture">
                <pic:pic>
                  <pic:nvPicPr>
                    <pic:cNvPr id="0" name="141.jpg"/>
                    <pic:cNvPicPr/>
                  </pic:nvPicPr>
                  <pic:blipFill>
                    <a:blip r:embed="rId154"/>
                    <a:stretch>
                      <a:fillRect/>
                    </a:stretch>
                  </pic:blipFill>
                  <pic:spPr>
                    <a:xfrm>
                      <a:off x="0" y="0"/>
                      <a:ext cx="5760720" cy="3840480"/>
                    </a:xfrm>
                    <a:prstGeom prst="rect"/>
                  </pic:spPr>
                </pic:pic>
              </a:graphicData>
            </a:graphic>
          </wp:inline>
        </w:drawing>
      </w:r>
    </w:p>
    <w:p>
      <w:r>
        <w:rPr>
          <w:i/>
          <w:color w:val="525252"/>
          <w:sz w:val="17"/>
        </w:rPr>
        <w:t>Figure 147. Nearest tower to each cluster of dropped calls [323]</w:t>
      </w:r>
    </w:p>
    <w:p>
      <w:pPr>
        <w:jc w:val="center"/>
      </w:pPr>
      <w:r>
        <w:drawing>
          <wp:inline xmlns:a="http://schemas.openxmlformats.org/drawingml/2006/main" xmlns:pic="http://schemas.openxmlformats.org/drawingml/2006/picture">
            <wp:extent cx="5760720" cy="3840480"/>
            <wp:docPr id="148" name="Picture 148"/>
            <wp:cNvGraphicFramePr>
              <a:graphicFrameLocks noChangeAspect="1"/>
            </wp:cNvGraphicFramePr>
            <a:graphic>
              <a:graphicData uri="http://schemas.openxmlformats.org/drawingml/2006/picture">
                <pic:pic>
                  <pic:nvPicPr>
                    <pic:cNvPr id="0" name="142.jpg"/>
                    <pic:cNvPicPr/>
                  </pic:nvPicPr>
                  <pic:blipFill>
                    <a:blip r:embed="rId155"/>
                    <a:stretch>
                      <a:fillRect/>
                    </a:stretch>
                  </pic:blipFill>
                  <pic:spPr>
                    <a:xfrm>
                      <a:off x="0" y="0"/>
                      <a:ext cx="5760720" cy="3840480"/>
                    </a:xfrm>
                    <a:prstGeom prst="rect"/>
                  </pic:spPr>
                </pic:pic>
              </a:graphicData>
            </a:graphic>
          </wp:inline>
        </w:drawing>
      </w:r>
    </w:p>
    <w:p>
      <w:r>
        <w:rPr>
          <w:i/>
          <w:color w:val="525252"/>
          <w:sz w:val="17"/>
        </w:rPr>
        <w:t>Figure 148. Change of coverage complaints per neighborhood [324]</w:t>
      </w:r>
    </w:p>
    <w:p>
      <w:pPr>
        <w:jc w:val="center"/>
      </w:pPr>
      <w:r>
        <w:drawing>
          <wp:inline xmlns:a="http://schemas.openxmlformats.org/drawingml/2006/main" xmlns:pic="http://schemas.openxmlformats.org/drawingml/2006/picture">
            <wp:extent cx="5760720" cy="3840480"/>
            <wp:docPr id="149" name="Picture 149"/>
            <wp:cNvGraphicFramePr>
              <a:graphicFrameLocks noChangeAspect="1"/>
            </wp:cNvGraphicFramePr>
            <a:graphic>
              <a:graphicData uri="http://schemas.openxmlformats.org/drawingml/2006/picture">
                <pic:pic>
                  <pic:nvPicPr>
                    <pic:cNvPr id="0" name="144.jpg"/>
                    <pic:cNvPicPr/>
                  </pic:nvPicPr>
                  <pic:blipFill>
                    <a:blip r:embed="rId156"/>
                    <a:stretch>
                      <a:fillRect/>
                    </a:stretch>
                  </pic:blipFill>
                  <pic:spPr>
                    <a:xfrm>
                      <a:off x="0" y="0"/>
                      <a:ext cx="5760720" cy="3840480"/>
                    </a:xfrm>
                    <a:prstGeom prst="rect"/>
                  </pic:spPr>
                </pic:pic>
              </a:graphicData>
            </a:graphic>
          </wp:inline>
        </w:drawing>
      </w:r>
    </w:p>
    <w:p>
      <w:r>
        <w:rPr>
          <w:i/>
          <w:color w:val="525252"/>
          <w:sz w:val="17"/>
        </w:rPr>
        <w:t>Figure 149. Clusters of all inputs together: dropped calls and coverage complaints [325]</w:t>
      </w:r>
    </w:p>
    <w:p>
      <w:pPr>
        <w:jc w:val="center"/>
      </w:pPr>
      <w:r>
        <w:drawing>
          <wp:inline xmlns:a="http://schemas.openxmlformats.org/drawingml/2006/main" xmlns:pic="http://schemas.openxmlformats.org/drawingml/2006/picture">
            <wp:extent cx="5760720" cy="3840480"/>
            <wp:docPr id="150" name="Picture 150"/>
            <wp:cNvGraphicFramePr>
              <a:graphicFrameLocks noChangeAspect="1"/>
            </wp:cNvGraphicFramePr>
            <a:graphic>
              <a:graphicData uri="http://schemas.openxmlformats.org/drawingml/2006/picture">
                <pic:pic>
                  <pic:nvPicPr>
                    <pic:cNvPr id="0" name="147.jpg"/>
                    <pic:cNvPicPr/>
                  </pic:nvPicPr>
                  <pic:blipFill>
                    <a:blip r:embed="rId157"/>
                    <a:stretch>
                      <a:fillRect/>
                    </a:stretch>
                  </pic:blipFill>
                  <pic:spPr>
                    <a:xfrm>
                      <a:off x="0" y="0"/>
                      <a:ext cx="5760720" cy="3840480"/>
                    </a:xfrm>
                    <a:prstGeom prst="rect"/>
                  </pic:spPr>
                </pic:pic>
              </a:graphicData>
            </a:graphic>
          </wp:inline>
        </w:drawing>
      </w:r>
    </w:p>
    <w:p>
      <w:r>
        <w:rPr>
          <w:i/>
          <w:color w:val="525252"/>
          <w:sz w:val="17"/>
        </w:rPr>
        <w:t>Figure 150. Towers within 250 m of each cluster of dropped calls [326]</w:t>
      </w:r>
    </w:p>
    <w:p>
      <w:pPr>
        <w:pStyle w:val="Heading1"/>
      </w:pPr>
      <w:r>
        <w:t>Documents</w:t>
      </w:r>
    </w:p>
    <w:p>
      <w:r>
        <w:rPr>
          <w:b/>
        </w:rPr>
        <w:t xml:space="preserve">What the documents name. </w:t>
      </w:r>
      <w:r>
        <w:rPr>
          <w:i w:val="0"/>
        </w:rPr>
        <w:t>Network performance review, August and September 2026 (1 page, 1 page(s) from the text layer) names 4 event terms and 7 places [327]. Event terms in Network performance review, August and September 2026: coverage (page 1, line 5), congestion (page 1, line 7), planned (page 1, line 10), live (page 1, line 10) [328]. Places named in Network performance review, August and September 2026: Los Olivos (page 1, line 5), 624785, -7555517 (page 1, line 5), Tower 03 La Fuente (page 1, line 7), Tower 13 Los Pinos (page 1, line 9) [328].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Documents</w:t>
            </w:r>
          </w:p>
        </w:tc>
        <w:tc>
          <w:tcPr>
            <w:tcW w:type="dxa" w:w="4320"/>
          </w:tcPr>
          <w:p>
            <w:r>
              <w:t>1</w:t>
            </w:r>
          </w:p>
        </w:tc>
      </w:tr>
      <w:tr>
        <w:tc>
          <w:tcPr>
            <w:tcW w:type="dxa" w:w="4320"/>
          </w:tcPr>
          <w:p>
            <w:r>
              <w:t>Entities</w:t>
            </w:r>
          </w:p>
        </w:tc>
        <w:tc>
          <w:tcPr>
            <w:tcW w:type="dxa" w:w="4320"/>
          </w:tcPr>
          <w:p>
            <w:r>
              <w:t>11</w:t>
            </w:r>
          </w:p>
        </w:tc>
      </w:tr>
      <w:tr>
        <w:tc>
          <w:tcPr>
            <w:tcW w:type="dxa" w:w="4320"/>
          </w:tcPr>
          <w:p>
            <w:r>
              <w:t>Event terms</w:t>
            </w:r>
          </w:p>
        </w:tc>
        <w:tc>
          <w:tcPr>
            <w:tcW w:type="dxa" w:w="4320"/>
          </w:tcPr>
          <w:p>
            <w:r>
              <w:t>4</w:t>
            </w:r>
          </w:p>
        </w:tc>
      </w:tr>
      <w:tr>
        <w:tc>
          <w:tcPr>
            <w:tcW w:type="dxa" w:w="4320"/>
          </w:tcPr>
          <w:p>
            <w:r>
              <w:t>Places</w:t>
            </w:r>
          </w:p>
        </w:tc>
        <w:tc>
          <w:tcPr>
            <w:tcW w:type="dxa" w:w="4320"/>
          </w:tcPr>
          <w:p>
            <w:r>
              <w:t>7</w:t>
            </w:r>
          </w:p>
        </w:tc>
      </w:tr>
    </w:tbl>
    <w:p/>
    <w:p>
      <w:r>
        <w:rPr>
          <w:b/>
        </w:rPr>
        <w:t>Findings</w:t>
      </w:r>
    </w:p>
    <w:p>
      <w:pPr>
        <w:pStyle w:val="ListBullet"/>
      </w:pPr>
      <w:r>
        <w:rPr>
          <w:b/>
        </w:rPr>
        <w:t xml:space="preserve">Evidenced: </w:t>
      </w:r>
      <w:r>
        <w:t>Network performance review, August and September 2026 (1 page, 1 page(s) from the text layer) names 4 event terms and 7 places.</w:t>
      </w:r>
    </w:p>
    <w:p>
      <w:pPr>
        <w:pStyle w:val="ListBullet"/>
      </w:pPr>
      <w:r>
        <w:rPr>
          <w:b/>
        </w:rPr>
        <w:t xml:space="preserve">Evidenced: </w:t>
      </w:r>
      <w:r>
        <w:t>Event terms in Network performance review, August and September 2026: coverage (page 1, line 5), congestion (page 1, line 7), planned (page 1, line 10), live (page 1, line 10).</w:t>
      </w:r>
    </w:p>
    <w:p>
      <w:pPr>
        <w:pStyle w:val="ListBullet"/>
      </w:pPr>
      <w:r>
        <w:rPr>
          <w:b/>
        </w:rPr>
        <w:t xml:space="preserve">Evidenced: </w:t>
      </w:r>
      <w:r>
        <w:t>Places named in Network performance review, August and September 2026: Los Olivos (page 1, line 5), 624785, -7555517 (page 1, line 5), Tower 03 La Fuente (page 1, line 7), Tower 13 Los Pinos (page 1, line 9).</w:t>
      </w:r>
    </w:p>
    <w:p>
      <w:pPr>
        <w:pStyle w:val="Heading1"/>
      </w:pPr>
      <w:r>
        <w:t>Changes since the last run</w:t>
      </w:r>
    </w:p>
    <w:p>
      <w:r>
        <w:t>78 number(s) changed since the report of 2026-10-19T04:12:21Z.</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Analysis</w:t>
            </w:r>
          </w:p>
        </w:tc>
        <w:tc>
          <w:tcPr>
            <w:tcW w:type="dxa" w:w="1728"/>
          </w:tcPr>
          <w:p>
            <w:r>
              <w:t>Measure</w:t>
            </w:r>
          </w:p>
        </w:tc>
        <w:tc>
          <w:tcPr>
            <w:tcW w:type="dxa" w:w="1728"/>
          </w:tcPr>
          <w:p>
            <w:r>
              <w:t>Before</w:t>
            </w:r>
          </w:p>
        </w:tc>
        <w:tc>
          <w:tcPr>
            <w:tcW w:type="dxa" w:w="1728"/>
          </w:tcPr>
          <w:p>
            <w:r>
              <w:t>After</w:t>
            </w:r>
          </w:p>
        </w:tc>
        <w:tc>
          <w:tcPr>
            <w:tcW w:type="dxa" w:w="1728"/>
          </w:tcPr>
          <w:p>
            <w:r>
              <w:t>Change</w:t>
            </w:r>
          </w:p>
        </w:tc>
      </w:tr>
      <w:tr>
        <w:tc>
          <w:tcPr>
            <w:tcW w:type="dxa" w:w="1728"/>
          </w:tcPr>
          <w:p>
            <w:r>
              <w:t>Hot spots</w:t>
            </w:r>
          </w:p>
        </w:tc>
        <w:tc>
          <w:tcPr>
            <w:tcW w:type="dxa" w:w="1728"/>
          </w:tcPr>
          <w:p>
            <w:r>
              <w:t>result, bins</w:t>
            </w:r>
          </w:p>
        </w:tc>
        <w:tc>
          <w:tcPr>
            <w:tcW w:type="dxa" w:w="1728"/>
          </w:tcPr>
          <w:p>
            <w:r>
              <w:t>21</w:t>
            </w:r>
          </w:p>
        </w:tc>
        <w:tc>
          <w:tcPr>
            <w:tcW w:type="dxa" w:w="1728"/>
          </w:tcPr>
          <w:p>
            <w:r>
              <w:t>1,798</w:t>
            </w:r>
          </w:p>
        </w:tc>
        <w:tc>
          <w:tcPr>
            <w:tcW w:type="dxa" w:w="1728"/>
          </w:tcPr>
          <w:p>
            <w:r>
              <w:t>1,777</w:t>
            </w:r>
          </w:p>
        </w:tc>
      </w:tr>
      <w:tr>
        <w:tc>
          <w:tcPr>
            <w:tcW w:type="dxa" w:w="1728"/>
          </w:tcPr>
          <w:p>
            <w:r>
              <w:t>Hot spots</w:t>
            </w:r>
          </w:p>
        </w:tc>
        <w:tc>
          <w:tcPr>
            <w:tcW w:type="dxa" w:w="1728"/>
          </w:tcPr>
          <w:p>
            <w:r>
              <w:t>result, count</w:t>
            </w:r>
          </w:p>
        </w:tc>
        <w:tc>
          <w:tcPr>
            <w:tcW w:type="dxa" w:w="1728"/>
          </w:tcPr>
          <w:p>
            <w:r>
              <w:t>21</w:t>
            </w:r>
          </w:p>
        </w:tc>
        <w:tc>
          <w:tcPr>
            <w:tcW w:type="dxa" w:w="1728"/>
          </w:tcPr>
          <w:p>
            <w:r>
              <w:t>1,798</w:t>
            </w:r>
          </w:p>
        </w:tc>
        <w:tc>
          <w:tcPr>
            <w:tcW w:type="dxa" w:w="1728"/>
          </w:tcPr>
          <w:p>
            <w:r>
              <w:t>1,777</w:t>
            </w:r>
          </w:p>
        </w:tc>
      </w:tr>
      <w:tr>
        <w:tc>
          <w:tcPr>
            <w:tcW w:type="dxa" w:w="1728"/>
          </w:tcPr>
          <w:p>
            <w:r>
              <w:t>Hot spots</w:t>
            </w:r>
          </w:p>
        </w:tc>
        <w:tc>
          <w:tcPr>
            <w:tcW w:type="dxa" w:w="1728"/>
          </w:tcPr>
          <w:p>
            <w:r>
              <w:t>result, elapsed ms</w:t>
            </w:r>
          </w:p>
        </w:tc>
        <w:tc>
          <w:tcPr>
            <w:tcW w:type="dxa" w:w="1728"/>
          </w:tcPr>
          <w:p>
            <w:r>
              <w:t>2</w:t>
            </w:r>
          </w:p>
        </w:tc>
        <w:tc>
          <w:tcPr>
            <w:tcW w:type="dxa" w:w="1728"/>
          </w:tcPr>
          <w:p>
            <w:r>
              <w:t>64</w:t>
            </w:r>
          </w:p>
        </w:tc>
        <w:tc>
          <w:tcPr>
            <w:tcW w:type="dxa" w:w="1728"/>
          </w:tcPr>
          <w:p>
            <w:r>
              <w:t>62</w:t>
            </w:r>
          </w:p>
        </w:tc>
      </w:tr>
      <w:tr>
        <w:tc>
          <w:tcPr>
            <w:tcW w:type="dxa" w:w="1728"/>
          </w:tcPr>
          <w:p>
            <w:r>
              <w:t>Hot spots</w:t>
            </w:r>
          </w:p>
        </w:tc>
        <w:tc>
          <w:tcPr>
            <w:tcW w:type="dxa" w:w="1728"/>
          </w:tcPr>
          <w:p>
            <w:r>
              <w:t>result, cell size m</w:t>
            </w:r>
          </w:p>
        </w:tc>
        <w:tc>
          <w:tcPr>
            <w:tcW w:type="dxa" w:w="1728"/>
          </w:tcPr>
          <w:p>
            <w:r>
              <w:t>2,000</w:t>
            </w:r>
          </w:p>
        </w:tc>
        <w:tc>
          <w:tcPr>
            <w:tcW w:type="dxa" w:w="1728"/>
          </w:tcPr>
          <w:p>
            <w:r>
              <w:t>200</w:t>
            </w:r>
          </w:p>
        </w:tc>
        <w:tc>
          <w:tcPr>
            <w:tcW w:type="dxa" w:w="1728"/>
          </w:tcPr>
          <w:p>
            <w:r>
              <w:t>-1,800</w:t>
            </w:r>
          </w:p>
        </w:tc>
      </w:tr>
      <w:tr>
        <w:tc>
          <w:tcPr>
            <w:tcW w:type="dxa" w:w="1728"/>
          </w:tcPr>
          <w:p>
            <w:r>
              <w:t>Hot spots</w:t>
            </w:r>
          </w:p>
        </w:tc>
        <w:tc>
          <w:tcPr>
            <w:tcW w:type="dxa" w:w="1728"/>
          </w:tcPr>
          <w:p>
            <w:r>
              <w:t>result, incidents used</w:t>
            </w:r>
          </w:p>
        </w:tc>
        <w:tc>
          <w:tcPr>
            <w:tcW w:type="dxa" w:w="1728"/>
          </w:tcPr>
          <w:p>
            <w:r>
              <w:t>40</w:t>
            </w:r>
          </w:p>
        </w:tc>
        <w:tc>
          <w:tcPr>
            <w:tcW w:type="dxa" w:w="1728"/>
          </w:tcPr>
          <w:p>
            <w:r>
              <w:t>1,800</w:t>
            </w:r>
          </w:p>
        </w:tc>
        <w:tc>
          <w:tcPr>
            <w:tcW w:type="dxa" w:w="1728"/>
          </w:tcPr>
          <w:p>
            <w:r>
              <w:t>1,760</w:t>
            </w:r>
          </w:p>
        </w:tc>
      </w:tr>
      <w:tr>
        <w:tc>
          <w:tcPr>
            <w:tcW w:type="dxa" w:w="1728"/>
          </w:tcPr>
          <w:p>
            <w:r>
              <w:t>Hot spots</w:t>
            </w:r>
          </w:p>
        </w:tc>
        <w:tc>
          <w:tcPr>
            <w:tcW w:type="dxa" w:w="1728"/>
          </w:tcPr>
          <w:p>
            <w:r>
              <w:t>result, distance band m</w:t>
            </w:r>
          </w:p>
        </w:tc>
        <w:tc>
          <w:tcPr>
            <w:tcW w:type="dxa" w:w="1728"/>
          </w:tcPr>
          <w:p>
            <w:r>
              <w:t>2,000</w:t>
            </w:r>
          </w:p>
        </w:tc>
        <w:tc>
          <w:tcPr>
            <w:tcW w:type="dxa" w:w="1728"/>
          </w:tcPr>
          <w:p>
            <w:r>
              <w:t>500</w:t>
            </w:r>
          </w:p>
        </w:tc>
        <w:tc>
          <w:tcPr>
            <w:tcW w:type="dxa" w:w="1728"/>
          </w:tcPr>
          <w:p>
            <w:r>
              <w:t>-1,500</w:t>
            </w:r>
          </w:p>
        </w:tc>
      </w:tr>
      <w:tr>
        <w:tc>
          <w:tcPr>
            <w:tcW w:type="dxa" w:w="1728"/>
          </w:tcPr>
          <w:p>
            <w:r>
              <w:t>Hot spots</w:t>
            </w:r>
          </w:p>
        </w:tc>
        <w:tc>
          <w:tcPr>
            <w:tcW w:type="dxa" w:w="1728"/>
          </w:tcPr>
          <w:p>
            <w:r>
              <w:t>billing, cost</w:t>
            </w:r>
          </w:p>
        </w:tc>
        <w:tc>
          <w:tcPr>
            <w:tcW w:type="dxa" w:w="1728"/>
          </w:tcPr>
          <w:p>
            <w:r>
              <w:t>0.0508</w:t>
            </w:r>
          </w:p>
        </w:tc>
        <w:tc>
          <w:tcPr>
            <w:tcW w:type="dxa" w:w="1728"/>
          </w:tcPr>
          <w:p>
            <w:r>
              <w:t>0.086</w:t>
            </w:r>
          </w:p>
        </w:tc>
        <w:tc>
          <w:tcPr>
            <w:tcW w:type="dxa" w:w="1728"/>
          </w:tcPr>
          <w:p>
            <w:r>
              <w:t>0.0352</w:t>
            </w:r>
          </w:p>
        </w:tc>
      </w:tr>
      <w:tr>
        <w:tc>
          <w:tcPr>
            <w:tcW w:type="dxa" w:w="1728"/>
          </w:tcPr>
          <w:p>
            <w:r>
              <w:t>Hot spots</w:t>
            </w:r>
          </w:p>
        </w:tc>
        <w:tc>
          <w:tcPr>
            <w:tcW w:type="dxa" w:w="1728"/>
          </w:tcPr>
          <w:p>
            <w:r>
              <w:t>billing, list price</w:t>
            </w:r>
          </w:p>
        </w:tc>
        <w:tc>
          <w:tcPr>
            <w:tcW w:type="dxa" w:w="1728"/>
          </w:tcPr>
          <w:p>
            <w:r>
              <w:t>0.0508</w:t>
            </w:r>
          </w:p>
        </w:tc>
        <w:tc>
          <w:tcPr>
            <w:tcW w:type="dxa" w:w="1728"/>
          </w:tcPr>
          <w:p>
            <w:r>
              <w:t>0.086</w:t>
            </w:r>
          </w:p>
        </w:tc>
        <w:tc>
          <w:tcPr>
            <w:tcW w:type="dxa" w:w="1728"/>
          </w:tcPr>
          <w:p>
            <w:r>
              <w:t>0.0352</w:t>
            </w:r>
          </w:p>
        </w:tc>
      </w:tr>
      <w:tr>
        <w:tc>
          <w:tcPr>
            <w:tcW w:type="dxa" w:w="1728"/>
          </w:tcPr>
          <w:p>
            <w:r>
              <w:t>Hot spots</w:t>
            </w:r>
          </w:p>
        </w:tc>
        <w:tc>
          <w:tcPr>
            <w:tcW w:type="dxa" w:w="1728"/>
          </w:tcPr>
          <w:p>
            <w:r>
              <w:t>result, bins</w:t>
            </w:r>
          </w:p>
        </w:tc>
        <w:tc>
          <w:tcPr>
            <w:tcW w:type="dxa" w:w="1728"/>
          </w:tcPr>
          <w:p>
            <w:r>
              <w:t>21</w:t>
            </w:r>
          </w:p>
        </w:tc>
        <w:tc>
          <w:tcPr>
            <w:tcW w:type="dxa" w:w="1728"/>
          </w:tcPr>
          <w:p>
            <w:r>
              <w:t>305</w:t>
            </w:r>
          </w:p>
        </w:tc>
        <w:tc>
          <w:tcPr>
            <w:tcW w:type="dxa" w:w="1728"/>
          </w:tcPr>
          <w:p>
            <w:r>
              <w:t>284</w:t>
            </w:r>
          </w:p>
        </w:tc>
      </w:tr>
      <w:tr>
        <w:tc>
          <w:tcPr>
            <w:tcW w:type="dxa" w:w="1728"/>
          </w:tcPr>
          <w:p>
            <w:r>
              <w:t>Hot spots</w:t>
            </w:r>
          </w:p>
        </w:tc>
        <w:tc>
          <w:tcPr>
            <w:tcW w:type="dxa" w:w="1728"/>
          </w:tcPr>
          <w:p>
            <w:r>
              <w:t>result, count</w:t>
            </w:r>
          </w:p>
        </w:tc>
        <w:tc>
          <w:tcPr>
            <w:tcW w:type="dxa" w:w="1728"/>
          </w:tcPr>
          <w:p>
            <w:r>
              <w:t>21</w:t>
            </w:r>
          </w:p>
        </w:tc>
        <w:tc>
          <w:tcPr>
            <w:tcW w:type="dxa" w:w="1728"/>
          </w:tcPr>
          <w:p>
            <w:r>
              <w:t>305</w:t>
            </w:r>
          </w:p>
        </w:tc>
        <w:tc>
          <w:tcPr>
            <w:tcW w:type="dxa" w:w="1728"/>
          </w:tcPr>
          <w:p>
            <w:r>
              <w:t>284</w:t>
            </w:r>
          </w:p>
        </w:tc>
      </w:tr>
      <w:tr>
        <w:tc>
          <w:tcPr>
            <w:tcW w:type="dxa" w:w="1728"/>
          </w:tcPr>
          <w:p>
            <w:r>
              <w:t>Hot spots</w:t>
            </w:r>
          </w:p>
        </w:tc>
        <w:tc>
          <w:tcPr>
            <w:tcW w:type="dxa" w:w="1728"/>
          </w:tcPr>
          <w:p>
            <w:r>
              <w:t>result, elapsed ms</w:t>
            </w:r>
          </w:p>
        </w:tc>
        <w:tc>
          <w:tcPr>
            <w:tcW w:type="dxa" w:w="1728"/>
          </w:tcPr>
          <w:p>
            <w:r>
              <w:t>2</w:t>
            </w:r>
          </w:p>
        </w:tc>
        <w:tc>
          <w:tcPr>
            <w:tcW w:type="dxa" w:w="1728"/>
          </w:tcPr>
          <w:p>
            <w:r>
              <w:t>11</w:t>
            </w:r>
          </w:p>
        </w:tc>
        <w:tc>
          <w:tcPr>
            <w:tcW w:type="dxa" w:w="1728"/>
          </w:tcPr>
          <w:p>
            <w:r>
              <w:t>9</w:t>
            </w:r>
          </w:p>
        </w:tc>
      </w:tr>
      <w:tr>
        <w:tc>
          <w:tcPr>
            <w:tcW w:type="dxa" w:w="1728"/>
          </w:tcPr>
          <w:p>
            <w:r>
              <w:t>Hot spots</w:t>
            </w:r>
          </w:p>
        </w:tc>
        <w:tc>
          <w:tcPr>
            <w:tcW w:type="dxa" w:w="1728"/>
          </w:tcPr>
          <w:p>
            <w:r>
              <w:t>result, cell size m</w:t>
            </w:r>
          </w:p>
        </w:tc>
        <w:tc>
          <w:tcPr>
            <w:tcW w:type="dxa" w:w="1728"/>
          </w:tcPr>
          <w:p>
            <w:r>
              <w:t>2,000</w:t>
            </w:r>
          </w:p>
        </w:tc>
        <w:tc>
          <w:tcPr>
            <w:tcW w:type="dxa" w:w="1728"/>
          </w:tcPr>
          <w:p>
            <w:r>
              <w:t>500</w:t>
            </w:r>
          </w:p>
        </w:tc>
        <w:tc>
          <w:tcPr>
            <w:tcW w:type="dxa" w:w="1728"/>
          </w:tcPr>
          <w:p>
            <w:r>
              <w:t>-1,500</w:t>
            </w:r>
          </w:p>
        </w:tc>
      </w:tr>
      <w:tr>
        <w:tc>
          <w:tcPr>
            <w:tcW w:type="dxa" w:w="1728"/>
          </w:tcPr>
          <w:p>
            <w:r>
              <w:t>Hot spots</w:t>
            </w:r>
          </w:p>
        </w:tc>
        <w:tc>
          <w:tcPr>
            <w:tcW w:type="dxa" w:w="1728"/>
          </w:tcPr>
          <w:p>
            <w:r>
              <w:t>result, incidents used</w:t>
            </w:r>
          </w:p>
        </w:tc>
        <w:tc>
          <w:tcPr>
            <w:tcW w:type="dxa" w:w="1728"/>
          </w:tcPr>
          <w:p>
            <w:r>
              <w:t>40</w:t>
            </w:r>
          </w:p>
        </w:tc>
        <w:tc>
          <w:tcPr>
            <w:tcW w:type="dxa" w:w="1728"/>
          </w:tcPr>
          <w:p>
            <w:r>
              <w:t>420</w:t>
            </w:r>
          </w:p>
        </w:tc>
        <w:tc>
          <w:tcPr>
            <w:tcW w:type="dxa" w:w="1728"/>
          </w:tcPr>
          <w:p>
            <w:r>
              <w:t>380</w:t>
            </w:r>
          </w:p>
        </w:tc>
      </w:tr>
      <w:tr>
        <w:tc>
          <w:tcPr>
            <w:tcW w:type="dxa" w:w="1728"/>
          </w:tcPr>
          <w:p>
            <w:r>
              <w:t>Hot spots</w:t>
            </w:r>
          </w:p>
        </w:tc>
        <w:tc>
          <w:tcPr>
            <w:tcW w:type="dxa" w:w="1728"/>
          </w:tcPr>
          <w:p>
            <w:r>
              <w:t>result, distance band m</w:t>
            </w:r>
          </w:p>
        </w:tc>
        <w:tc>
          <w:tcPr>
            <w:tcW w:type="dxa" w:w="1728"/>
          </w:tcPr>
          <w:p>
            <w:r>
              <w:t>2,000</w:t>
            </w:r>
          </w:p>
        </w:tc>
        <w:tc>
          <w:tcPr>
            <w:tcW w:type="dxa" w:w="1728"/>
          </w:tcPr>
          <w:p>
            <w:r>
              <w:t>1,000</w:t>
            </w:r>
          </w:p>
        </w:tc>
        <w:tc>
          <w:tcPr>
            <w:tcW w:type="dxa" w:w="1728"/>
          </w:tcPr>
          <w:p>
            <w:r>
              <w:t>-1,000</w:t>
            </w:r>
          </w:p>
        </w:tc>
      </w:tr>
      <w:tr>
        <w:tc>
          <w:tcPr>
            <w:tcW w:type="dxa" w:w="1728"/>
          </w:tcPr>
          <w:p>
            <w:r>
              <w:t>Hot spots</w:t>
            </w:r>
          </w:p>
        </w:tc>
        <w:tc>
          <w:tcPr>
            <w:tcW w:type="dxa" w:w="1728"/>
          </w:tcPr>
          <w:p>
            <w:r>
              <w:t>billing, cost</w:t>
            </w:r>
          </w:p>
        </w:tc>
        <w:tc>
          <w:tcPr>
            <w:tcW w:type="dxa" w:w="1728"/>
          </w:tcPr>
          <w:p>
            <w:r>
              <w:t>0.0508</w:t>
            </w:r>
          </w:p>
        </w:tc>
        <w:tc>
          <w:tcPr>
            <w:tcW w:type="dxa" w:w="1728"/>
          </w:tcPr>
          <w:p>
            <w:r>
              <w:t>0.0584</w:t>
            </w:r>
          </w:p>
        </w:tc>
        <w:tc>
          <w:tcPr>
            <w:tcW w:type="dxa" w:w="1728"/>
          </w:tcPr>
          <w:p>
            <w:r>
              <w:t>0.0076</w:t>
            </w:r>
          </w:p>
        </w:tc>
      </w:tr>
      <w:tr>
        <w:tc>
          <w:tcPr>
            <w:tcW w:type="dxa" w:w="1728"/>
          </w:tcPr>
          <w:p>
            <w:r>
              <w:t>Hot spots</w:t>
            </w:r>
          </w:p>
        </w:tc>
        <w:tc>
          <w:tcPr>
            <w:tcW w:type="dxa" w:w="1728"/>
          </w:tcPr>
          <w:p>
            <w:r>
              <w:t>billing, list price</w:t>
            </w:r>
          </w:p>
        </w:tc>
        <w:tc>
          <w:tcPr>
            <w:tcW w:type="dxa" w:w="1728"/>
          </w:tcPr>
          <w:p>
            <w:r>
              <w:t>0.0508</w:t>
            </w:r>
          </w:p>
        </w:tc>
        <w:tc>
          <w:tcPr>
            <w:tcW w:type="dxa" w:w="1728"/>
          </w:tcPr>
          <w:p>
            <w:r>
              <w:t>0.0584</w:t>
            </w:r>
          </w:p>
        </w:tc>
        <w:tc>
          <w:tcPr>
            <w:tcW w:type="dxa" w:w="1728"/>
          </w:tcPr>
          <w:p>
            <w:r>
              <w:t>0.0076</w:t>
            </w:r>
          </w:p>
        </w:tc>
      </w:tr>
      <w:tr>
        <w:tc>
          <w:tcPr>
            <w:tcW w:type="dxa" w:w="1728"/>
          </w:tcPr>
          <w:p>
            <w:r>
              <w:t>Space time hot spots</w:t>
            </w:r>
          </w:p>
        </w:tc>
        <w:tc>
          <w:tcPr>
            <w:tcW w:type="dxa" w:w="1728"/>
          </w:tcPr>
          <w:p>
            <w:r>
              <w:t>result, count</w:t>
            </w:r>
          </w:p>
        </w:tc>
        <w:tc>
          <w:tcPr>
            <w:tcW w:type="dxa" w:w="1728"/>
          </w:tcPr>
          <w:p>
            <w:r>
              <w:t>109</w:t>
            </w:r>
          </w:p>
        </w:tc>
        <w:tc>
          <w:tcPr>
            <w:tcW w:type="dxa" w:w="1728"/>
          </w:tcPr>
          <w:p>
            <w:r>
              <w:t>94</w:t>
            </w:r>
          </w:p>
        </w:tc>
        <w:tc>
          <w:tcPr>
            <w:tcW w:type="dxa" w:w="1728"/>
          </w:tcPr>
          <w:p>
            <w:r>
              <w:t>-15</w:t>
            </w:r>
          </w:p>
        </w:tc>
      </w:tr>
      <w:tr>
        <w:tc>
          <w:tcPr>
            <w:tcW w:type="dxa" w:w="1728"/>
          </w:tcPr>
          <w:p>
            <w:r>
              <w:t>Space time hot spots</w:t>
            </w:r>
          </w:p>
        </w:tc>
        <w:tc>
          <w:tcPr>
            <w:tcW w:type="dxa" w:w="1728"/>
          </w:tcPr>
          <w:p>
            <w:r>
              <w:t>result, elapsed ms</w:t>
            </w:r>
          </w:p>
        </w:tc>
        <w:tc>
          <w:tcPr>
            <w:tcW w:type="dxa" w:w="1728"/>
          </w:tcPr>
          <w:p>
            <w:r>
              <w:t>12</w:t>
            </w:r>
          </w:p>
        </w:tc>
        <w:tc>
          <w:tcPr>
            <w:tcW w:type="dxa" w:w="1728"/>
          </w:tcPr>
          <w:p>
            <w:r>
              <w:t>14</w:t>
            </w:r>
          </w:p>
        </w:tc>
        <w:tc>
          <w:tcPr>
            <w:tcW w:type="dxa" w:w="1728"/>
          </w:tcPr>
          <w:p>
            <w:r>
              <w:t>2</w:t>
            </w:r>
          </w:p>
        </w:tc>
      </w:tr>
      <w:tr>
        <w:tc>
          <w:tcPr>
            <w:tcW w:type="dxa" w:w="1728"/>
          </w:tcPr>
          <w:p>
            <w:r>
              <w:t>Space time hot spots</w:t>
            </w:r>
          </w:p>
        </w:tc>
        <w:tc>
          <w:tcPr>
            <w:tcW w:type="dxa" w:w="1728"/>
          </w:tcPr>
          <w:p>
            <w:r>
              <w:t>result, features used</w:t>
            </w:r>
          </w:p>
        </w:tc>
        <w:tc>
          <w:tcPr>
            <w:tcW w:type="dxa" w:w="1728"/>
          </w:tcPr>
          <w:p>
            <w:r>
              <w:t>1,800</w:t>
            </w:r>
          </w:p>
        </w:tc>
        <w:tc>
          <w:tcPr>
            <w:tcW w:type="dxa" w:w="1728"/>
          </w:tcPr>
          <w:p>
            <w:r>
              <w:t>420</w:t>
            </w:r>
          </w:p>
        </w:tc>
        <w:tc>
          <w:tcPr>
            <w:tcW w:type="dxa" w:w="1728"/>
          </w:tcPr>
          <w:p>
            <w:r>
              <w:t>-1,380</w:t>
            </w:r>
          </w:p>
        </w:tc>
      </w:tr>
      <w:tr>
        <w:tc>
          <w:tcPr>
            <w:tcW w:type="dxa" w:w="1728"/>
          </w:tcPr>
          <w:p>
            <w:r>
              <w:t>Space time hot spots</w:t>
            </w:r>
          </w:p>
        </w:tc>
        <w:tc>
          <w:tcPr>
            <w:tcW w:type="dxa" w:w="1728"/>
          </w:tcPr>
          <w:p>
            <w:r>
              <w:t>billing, cost</w:t>
            </w:r>
          </w:p>
        </w:tc>
        <w:tc>
          <w:tcPr>
            <w:tcW w:type="dxa" w:w="1728"/>
          </w:tcPr>
          <w:p>
            <w:r>
              <w:t>0.19</w:t>
            </w:r>
          </w:p>
        </w:tc>
        <w:tc>
          <w:tcPr>
            <w:tcW w:type="dxa" w:w="1728"/>
          </w:tcPr>
          <w:p>
            <w:r>
              <w:t>0.121</w:t>
            </w:r>
          </w:p>
        </w:tc>
        <w:tc>
          <w:tcPr>
            <w:tcW w:type="dxa" w:w="1728"/>
          </w:tcPr>
          <w:p>
            <w:r>
              <w:t>-0.069</w:t>
            </w:r>
          </w:p>
        </w:tc>
      </w:tr>
      <w:tr>
        <w:tc>
          <w:tcPr>
            <w:tcW w:type="dxa" w:w="1728"/>
          </w:tcPr>
          <w:p>
            <w:r>
              <w:t>Space time hot spots</w:t>
            </w:r>
          </w:p>
        </w:tc>
        <w:tc>
          <w:tcPr>
            <w:tcW w:type="dxa" w:w="1728"/>
          </w:tcPr>
          <w:p>
            <w:r>
              <w:t>billing, list price</w:t>
            </w:r>
          </w:p>
        </w:tc>
        <w:tc>
          <w:tcPr>
            <w:tcW w:type="dxa" w:w="1728"/>
          </w:tcPr>
          <w:p>
            <w:r>
              <w:t>0.19</w:t>
            </w:r>
          </w:p>
        </w:tc>
        <w:tc>
          <w:tcPr>
            <w:tcW w:type="dxa" w:w="1728"/>
          </w:tcPr>
          <w:p>
            <w:r>
              <w:t>0.121</w:t>
            </w:r>
          </w:p>
        </w:tc>
        <w:tc>
          <w:tcPr>
            <w:tcW w:type="dxa" w:w="1728"/>
          </w:tcPr>
          <w:p>
            <w:r>
              <w:t>-0.069</w:t>
            </w:r>
          </w:p>
        </w:tc>
      </w:tr>
      <w:tr>
        <w:tc>
          <w:tcPr>
            <w:tcW w:type="dxa" w:w="1728"/>
          </w:tcPr>
          <w:p>
            <w:r>
              <w:t>Space time hot spots</w:t>
            </w:r>
          </w:p>
        </w:tc>
        <w:tc>
          <w:tcPr>
            <w:tcW w:type="dxa" w:w="1728"/>
          </w:tcPr>
          <w:p>
            <w:r>
              <w:t>result, elapsed ms</w:t>
            </w:r>
          </w:p>
        </w:tc>
        <w:tc>
          <w:tcPr>
            <w:tcW w:type="dxa" w:w="1728"/>
          </w:tcPr>
          <w:p>
            <w:r>
              <w:t>12</w:t>
            </w:r>
          </w:p>
        </w:tc>
        <w:tc>
          <w:tcPr>
            <w:tcW w:type="dxa" w:w="1728"/>
          </w:tcPr>
          <w:p>
            <w:r>
              <w:t>13</w:t>
            </w:r>
          </w:p>
        </w:tc>
        <w:tc>
          <w:tcPr>
            <w:tcW w:type="dxa" w:w="1728"/>
          </w:tcPr>
          <w:p>
            <w:r>
              <w:t>1</w:t>
            </w:r>
          </w:p>
        </w:tc>
      </w:tr>
      <w:tr>
        <w:tc>
          <w:tcPr>
            <w:tcW w:type="dxa" w:w="1728"/>
          </w:tcPr>
          <w:p>
            <w:r>
              <w:t>Summarize within</w:t>
            </w:r>
          </w:p>
        </w:tc>
        <w:tc>
          <w:tcPr>
            <w:tcW w:type="dxa" w:w="1728"/>
          </w:tcPr>
          <w:p>
            <w:r>
              <w:t>billing, cost</w:t>
            </w:r>
          </w:p>
        </w:tc>
        <w:tc>
          <w:tcPr>
            <w:tcW w:type="dxa" w:w="1728"/>
          </w:tcPr>
          <w:p>
            <w:r>
              <w:t>0.0105</w:t>
            </w:r>
          </w:p>
        </w:tc>
        <w:tc>
          <w:tcPr>
            <w:tcW w:type="dxa" w:w="1728"/>
          </w:tcPr>
          <w:p>
            <w:r>
              <w:t>0.01062</w:t>
            </w:r>
          </w:p>
        </w:tc>
        <w:tc>
          <w:tcPr>
            <w:tcW w:type="dxa" w:w="1728"/>
          </w:tcPr>
          <w:p>
            <w:r>
              <w:t>0.00012</w:t>
            </w:r>
          </w:p>
        </w:tc>
      </w:tr>
      <w:tr>
        <w:tc>
          <w:tcPr>
            <w:tcW w:type="dxa" w:w="1728"/>
          </w:tcPr>
          <w:p>
            <w:r>
              <w:t>Summarize within</w:t>
            </w:r>
          </w:p>
        </w:tc>
        <w:tc>
          <w:tcPr>
            <w:tcW w:type="dxa" w:w="1728"/>
          </w:tcPr>
          <w:p>
            <w:r>
              <w:t>billing, list price</w:t>
            </w:r>
          </w:p>
        </w:tc>
        <w:tc>
          <w:tcPr>
            <w:tcW w:type="dxa" w:w="1728"/>
          </w:tcPr>
          <w:p>
            <w:r>
              <w:t>0.0105</w:t>
            </w:r>
          </w:p>
        </w:tc>
        <w:tc>
          <w:tcPr>
            <w:tcW w:type="dxa" w:w="1728"/>
          </w:tcPr>
          <w:p>
            <w:r>
              <w:t>0.01062</w:t>
            </w:r>
          </w:p>
        </w:tc>
        <w:tc>
          <w:tcPr>
            <w:tcW w:type="dxa" w:w="1728"/>
          </w:tcPr>
          <w:p>
            <w:r>
              <w:t>0.00012</w:t>
            </w:r>
          </w:p>
        </w:tc>
      </w:tr>
      <w:tr>
        <w:tc>
          <w:tcPr>
            <w:tcW w:type="dxa" w:w="1728"/>
          </w:tcPr>
          <w:p>
            <w:r>
              <w:t>Summarize within</w:t>
            </w:r>
          </w:p>
        </w:tc>
        <w:tc>
          <w:tcPr>
            <w:tcW w:type="dxa" w:w="1728"/>
          </w:tcPr>
          <w:p>
            <w:r>
              <w:t>result, elapsed ms</w:t>
            </w:r>
          </w:p>
        </w:tc>
        <w:tc>
          <w:tcPr>
            <w:tcW w:type="dxa" w:w="1728"/>
          </w:tcPr>
          <w:p>
            <w:r>
              <w:t>1</w:t>
            </w:r>
          </w:p>
        </w:tc>
        <w:tc>
          <w:tcPr>
            <w:tcW w:type="dxa" w:w="1728"/>
          </w:tcPr>
          <w:p>
            <w:r>
              <w:t>0</w:t>
            </w:r>
          </w:p>
        </w:tc>
        <w:tc>
          <w:tcPr>
            <w:tcW w:type="dxa" w:w="1728"/>
          </w:tcPr>
          <w:p>
            <w:r>
              <w:t>-1</w:t>
            </w:r>
          </w:p>
        </w:tc>
      </w:tr>
      <w:tr>
        <w:tc>
          <w:tcPr>
            <w:tcW w:type="dxa" w:w="1728"/>
          </w:tcPr>
          <w:p>
            <w:r>
              <w:t>Summarize within</w:t>
            </w:r>
          </w:p>
        </w:tc>
        <w:tc>
          <w:tcPr>
            <w:tcW w:type="dxa" w:w="1728"/>
          </w:tcPr>
          <w:p>
            <w:r>
              <w:t>billing, cost</w:t>
            </w:r>
          </w:p>
        </w:tc>
        <w:tc>
          <w:tcPr>
            <w:tcW w:type="dxa" w:w="1728"/>
          </w:tcPr>
          <w:p>
            <w:r>
              <w:t>0.0105</w:t>
            </w:r>
          </w:p>
        </w:tc>
        <w:tc>
          <w:tcPr>
            <w:tcW w:type="dxa" w:w="1728"/>
          </w:tcPr>
          <w:p>
            <w:r>
              <w:t>0.01112</w:t>
            </w:r>
          </w:p>
        </w:tc>
        <w:tc>
          <w:tcPr>
            <w:tcW w:type="dxa" w:w="1728"/>
          </w:tcPr>
          <w:p>
            <w:r>
              <w:t>0.00062</w:t>
            </w:r>
          </w:p>
        </w:tc>
      </w:tr>
      <w:tr>
        <w:tc>
          <w:tcPr>
            <w:tcW w:type="dxa" w:w="1728"/>
          </w:tcPr>
          <w:p>
            <w:r>
              <w:t>Summarize within</w:t>
            </w:r>
          </w:p>
        </w:tc>
        <w:tc>
          <w:tcPr>
            <w:tcW w:type="dxa" w:w="1728"/>
          </w:tcPr>
          <w:p>
            <w:r>
              <w:t>billing, list price</w:t>
            </w:r>
          </w:p>
        </w:tc>
        <w:tc>
          <w:tcPr>
            <w:tcW w:type="dxa" w:w="1728"/>
          </w:tcPr>
          <w:p>
            <w:r>
              <w:t>0.0105</w:t>
            </w:r>
          </w:p>
        </w:tc>
        <w:tc>
          <w:tcPr>
            <w:tcW w:type="dxa" w:w="1728"/>
          </w:tcPr>
          <w:p>
            <w:r>
              <w:t>0.01112</w:t>
            </w:r>
          </w:p>
        </w:tc>
        <w:tc>
          <w:tcPr>
            <w:tcW w:type="dxa" w:w="1728"/>
          </w:tcPr>
          <w:p>
            <w:r>
              <w:t>0.00062</w:t>
            </w:r>
          </w:p>
        </w:tc>
      </w:tr>
      <w:tr>
        <w:tc>
          <w:tcPr>
            <w:tcW w:type="dxa" w:w="1728"/>
          </w:tcPr>
          <w:p>
            <w:r>
              <w:t>Summarize within</w:t>
            </w:r>
          </w:p>
        </w:tc>
        <w:tc>
          <w:tcPr>
            <w:tcW w:type="dxa" w:w="1728"/>
          </w:tcPr>
          <w:p>
            <w:r>
              <w:t>result, elapsed ms</w:t>
            </w:r>
          </w:p>
        </w:tc>
        <w:tc>
          <w:tcPr>
            <w:tcW w:type="dxa" w:w="1728"/>
          </w:tcPr>
          <w:p>
            <w:r>
              <w:t>1</w:t>
            </w:r>
          </w:p>
        </w:tc>
        <w:tc>
          <w:tcPr>
            <w:tcW w:type="dxa" w:w="1728"/>
          </w:tcPr>
          <w:p>
            <w:r>
              <w:t>3</w:t>
            </w:r>
          </w:p>
        </w:tc>
        <w:tc>
          <w:tcPr>
            <w:tcW w:type="dxa" w:w="1728"/>
          </w:tcPr>
          <w:p>
            <w:r>
              <w:t>2</w:t>
            </w:r>
          </w:p>
        </w:tc>
      </w:tr>
      <w:tr>
        <w:tc>
          <w:tcPr>
            <w:tcW w:type="dxa" w:w="1728"/>
          </w:tcPr>
          <w:p>
            <w:r>
              <w:t>Summarize within</w:t>
            </w:r>
          </w:p>
        </w:tc>
        <w:tc>
          <w:tcPr>
            <w:tcW w:type="dxa" w:w="1728"/>
          </w:tcPr>
          <w:p>
            <w:r>
              <w:t>billing, cost</w:t>
            </w:r>
          </w:p>
        </w:tc>
        <w:tc>
          <w:tcPr>
            <w:tcW w:type="dxa" w:w="1728"/>
          </w:tcPr>
          <w:p>
            <w:r>
              <w:t>0.0105</w:t>
            </w:r>
          </w:p>
        </w:tc>
        <w:tc>
          <w:tcPr>
            <w:tcW w:type="dxa" w:w="1728"/>
          </w:tcPr>
          <w:p>
            <w:r>
              <w:t>0.04634</w:t>
            </w:r>
          </w:p>
        </w:tc>
        <w:tc>
          <w:tcPr>
            <w:tcW w:type="dxa" w:w="1728"/>
          </w:tcPr>
          <w:p>
            <w:r>
              <w:t>0.03584</w:t>
            </w:r>
          </w:p>
        </w:tc>
      </w:tr>
      <w:tr>
        <w:tc>
          <w:tcPr>
            <w:tcW w:type="dxa" w:w="1728"/>
          </w:tcPr>
          <w:p>
            <w:r>
              <w:t>Summarize within</w:t>
            </w:r>
          </w:p>
        </w:tc>
        <w:tc>
          <w:tcPr>
            <w:tcW w:type="dxa" w:w="1728"/>
          </w:tcPr>
          <w:p>
            <w:r>
              <w:t>billing, list price</w:t>
            </w:r>
          </w:p>
        </w:tc>
        <w:tc>
          <w:tcPr>
            <w:tcW w:type="dxa" w:w="1728"/>
          </w:tcPr>
          <w:p>
            <w:r>
              <w:t>0.0105</w:t>
            </w:r>
          </w:p>
        </w:tc>
        <w:tc>
          <w:tcPr>
            <w:tcW w:type="dxa" w:w="1728"/>
          </w:tcPr>
          <w:p>
            <w:r>
              <w:t>0.04634</w:t>
            </w:r>
          </w:p>
        </w:tc>
        <w:tc>
          <w:tcPr>
            <w:tcW w:type="dxa" w:w="1728"/>
          </w:tcPr>
          <w:p>
            <w:r>
              <w:t>0.03584</w:t>
            </w:r>
          </w:p>
        </w:tc>
      </w:tr>
      <w:tr>
        <w:tc>
          <w:tcPr>
            <w:tcW w:type="dxa" w:w="1728"/>
          </w:tcPr>
          <w:p>
            <w:r>
              <w:t>Calculate density</w:t>
            </w:r>
          </w:p>
        </w:tc>
        <w:tc>
          <w:tcPr>
            <w:tcW w:type="dxa" w:w="1728"/>
          </w:tcPr>
          <w:p>
            <w:r>
              <w:t>result, count</w:t>
            </w:r>
          </w:p>
        </w:tc>
        <w:tc>
          <w:tcPr>
            <w:tcW w:type="dxa" w:w="1728"/>
          </w:tcPr>
          <w:p>
            <w:r>
              <w:t>117</w:t>
            </w:r>
          </w:p>
        </w:tc>
        <w:tc>
          <w:tcPr>
            <w:tcW w:type="dxa" w:w="1728"/>
          </w:tcPr>
          <w:p>
            <w:r>
              <w:t>2,034</w:t>
            </w:r>
          </w:p>
        </w:tc>
        <w:tc>
          <w:tcPr>
            <w:tcW w:type="dxa" w:w="1728"/>
          </w:tcPr>
          <w:p>
            <w:r>
              <w:t>1,917</w:t>
            </w:r>
          </w:p>
        </w:tc>
      </w:tr>
      <w:tr>
        <w:tc>
          <w:tcPr>
            <w:tcW w:type="dxa" w:w="1728"/>
          </w:tcPr>
          <w:p>
            <w:r>
              <w:t>Calculate density</w:t>
            </w:r>
          </w:p>
        </w:tc>
        <w:tc>
          <w:tcPr>
            <w:tcW w:type="dxa" w:w="1728"/>
          </w:tcPr>
          <w:p>
            <w:r>
              <w:t>result, elapsed ms</w:t>
            </w:r>
          </w:p>
        </w:tc>
        <w:tc>
          <w:tcPr>
            <w:tcW w:type="dxa" w:w="1728"/>
          </w:tcPr>
          <w:p>
            <w:r>
              <w:t>3</w:t>
            </w:r>
          </w:p>
        </w:tc>
        <w:tc>
          <w:tcPr>
            <w:tcW w:type="dxa" w:w="1728"/>
          </w:tcPr>
          <w:p>
            <w:r>
              <w:t>40</w:t>
            </w:r>
          </w:p>
        </w:tc>
        <w:tc>
          <w:tcPr>
            <w:tcW w:type="dxa" w:w="1728"/>
          </w:tcPr>
          <w:p>
            <w:r>
              <w:t>37</w:t>
            </w:r>
          </w:p>
        </w:tc>
      </w:tr>
      <w:tr>
        <w:tc>
          <w:tcPr>
            <w:tcW w:type="dxa" w:w="1728"/>
          </w:tcPr>
          <w:p>
            <w:r>
              <w:t>Calculate density</w:t>
            </w:r>
          </w:p>
        </w:tc>
        <w:tc>
          <w:tcPr>
            <w:tcW w:type="dxa" w:w="1728"/>
          </w:tcPr>
          <w:p>
            <w:r>
              <w:t>result, bandwidth m</w:t>
            </w:r>
          </w:p>
        </w:tc>
        <w:tc>
          <w:tcPr>
            <w:tcW w:type="dxa" w:w="1728"/>
          </w:tcPr>
          <w:p>
            <w:r>
              <w:t>2,000</w:t>
            </w:r>
          </w:p>
        </w:tc>
        <w:tc>
          <w:tcPr>
            <w:tcW w:type="dxa" w:w="1728"/>
          </w:tcPr>
          <w:p>
            <w:r>
              <w:t>500</w:t>
            </w:r>
          </w:p>
        </w:tc>
        <w:tc>
          <w:tcPr>
            <w:tcW w:type="dxa" w:w="1728"/>
          </w:tcPr>
          <w:p>
            <w:r>
              <w:t>-1,500</w:t>
            </w:r>
          </w:p>
        </w:tc>
      </w:tr>
      <w:tr>
        <w:tc>
          <w:tcPr>
            <w:tcW w:type="dxa" w:w="1728"/>
          </w:tcPr>
          <w:p>
            <w:r>
              <w:t>Calculate density</w:t>
            </w:r>
          </w:p>
        </w:tc>
        <w:tc>
          <w:tcPr>
            <w:tcW w:type="dxa" w:w="1728"/>
          </w:tcPr>
          <w:p>
            <w:r>
              <w:t>result, cell size m</w:t>
            </w:r>
          </w:p>
        </w:tc>
        <w:tc>
          <w:tcPr>
            <w:tcW w:type="dxa" w:w="1728"/>
          </w:tcPr>
          <w:p>
            <w:r>
              <w:t>1,000</w:t>
            </w:r>
          </w:p>
        </w:tc>
        <w:tc>
          <w:tcPr>
            <w:tcW w:type="dxa" w:w="1728"/>
          </w:tcPr>
          <w:p>
            <w:r>
              <w:t>200</w:t>
            </w:r>
          </w:p>
        </w:tc>
        <w:tc>
          <w:tcPr>
            <w:tcW w:type="dxa" w:w="1728"/>
          </w:tcPr>
          <w:p>
            <w:r>
              <w:t>-800</w:t>
            </w:r>
          </w:p>
        </w:tc>
      </w:tr>
      <w:tr>
        <w:tc>
          <w:tcPr>
            <w:tcW w:type="dxa" w:w="1728"/>
          </w:tcPr>
          <w:p>
            <w:r>
              <w:t>Calculate density</w:t>
            </w:r>
          </w:p>
        </w:tc>
        <w:tc>
          <w:tcPr>
            <w:tcW w:type="dxa" w:w="1728"/>
          </w:tcPr>
          <w:p>
            <w:r>
              <w:t>result, max density per km2</w:t>
            </w:r>
          </w:p>
        </w:tc>
        <w:tc>
          <w:tcPr>
            <w:tcW w:type="dxa" w:w="1728"/>
          </w:tcPr>
          <w:p>
            <w:r>
              <w:t>2.571</w:t>
            </w:r>
          </w:p>
        </w:tc>
        <w:tc>
          <w:tcPr>
            <w:tcW w:type="dxa" w:w="1728"/>
          </w:tcPr>
          <w:p>
            <w:r>
              <w:t>368.1</w:t>
            </w:r>
          </w:p>
        </w:tc>
        <w:tc>
          <w:tcPr>
            <w:tcW w:type="dxa" w:w="1728"/>
          </w:tcPr>
          <w:p>
            <w:r>
              <w:t>365.6</w:t>
            </w:r>
          </w:p>
        </w:tc>
      </w:tr>
      <w:tr>
        <w:tc>
          <w:tcPr>
            <w:tcW w:type="dxa" w:w="1728"/>
          </w:tcPr>
          <w:p>
            <w:r>
              <w:t>Calculate density</w:t>
            </w:r>
          </w:p>
        </w:tc>
        <w:tc>
          <w:tcPr>
            <w:tcW w:type="dxa" w:w="1728"/>
          </w:tcPr>
          <w:p>
            <w:r>
              <w:t>billing, cost</w:t>
            </w:r>
          </w:p>
        </w:tc>
        <w:tc>
          <w:tcPr>
            <w:tcW w:type="dxa" w:w="1728"/>
          </w:tcPr>
          <w:p>
            <w:r>
              <w:t>0.0508</w:t>
            </w:r>
          </w:p>
        </w:tc>
        <w:tc>
          <w:tcPr>
            <w:tcW w:type="dxa" w:w="1728"/>
          </w:tcPr>
          <w:p>
            <w:r>
              <w:t>0.086</w:t>
            </w:r>
          </w:p>
        </w:tc>
        <w:tc>
          <w:tcPr>
            <w:tcW w:type="dxa" w:w="1728"/>
          </w:tcPr>
          <w:p>
            <w:r>
              <w:t>0.0352</w:t>
            </w:r>
          </w:p>
        </w:tc>
      </w:tr>
      <w:tr>
        <w:tc>
          <w:tcPr>
            <w:tcW w:type="dxa" w:w="1728"/>
          </w:tcPr>
          <w:p>
            <w:r>
              <w:t>Calculate density</w:t>
            </w:r>
          </w:p>
        </w:tc>
        <w:tc>
          <w:tcPr>
            <w:tcW w:type="dxa" w:w="1728"/>
          </w:tcPr>
          <w:p>
            <w:r>
              <w:t>billing, list price</w:t>
            </w:r>
          </w:p>
        </w:tc>
        <w:tc>
          <w:tcPr>
            <w:tcW w:type="dxa" w:w="1728"/>
          </w:tcPr>
          <w:p>
            <w:r>
              <w:t>0.0508</w:t>
            </w:r>
          </w:p>
        </w:tc>
        <w:tc>
          <w:tcPr>
            <w:tcW w:type="dxa" w:w="1728"/>
          </w:tcPr>
          <w:p>
            <w:r>
              <w:t>0.086</w:t>
            </w:r>
          </w:p>
        </w:tc>
        <w:tc>
          <w:tcPr>
            <w:tcW w:type="dxa" w:w="1728"/>
          </w:tcPr>
          <w:p>
            <w:r>
              <w:t>0.0352</w:t>
            </w:r>
          </w:p>
        </w:tc>
      </w:tr>
      <w:tr>
        <w:tc>
          <w:tcPr>
            <w:tcW w:type="dxa" w:w="1728"/>
          </w:tcPr>
          <w:p>
            <w:r>
              <w:t>Calculate density</w:t>
            </w:r>
          </w:p>
        </w:tc>
        <w:tc>
          <w:tcPr>
            <w:tcW w:type="dxa" w:w="1728"/>
          </w:tcPr>
          <w:p>
            <w:r>
              <w:t>result, count</w:t>
            </w:r>
          </w:p>
        </w:tc>
        <w:tc>
          <w:tcPr>
            <w:tcW w:type="dxa" w:w="1728"/>
          </w:tcPr>
          <w:p>
            <w:r>
              <w:t>117</w:t>
            </w:r>
          </w:p>
        </w:tc>
        <w:tc>
          <w:tcPr>
            <w:tcW w:type="dxa" w:w="1728"/>
          </w:tcPr>
          <w:p>
            <w:r>
              <w:t>383</w:t>
            </w:r>
          </w:p>
        </w:tc>
        <w:tc>
          <w:tcPr>
            <w:tcW w:type="dxa" w:w="1728"/>
          </w:tcPr>
          <w:p>
            <w:r>
              <w:t>266</w:t>
            </w:r>
          </w:p>
        </w:tc>
      </w:tr>
      <w:tr>
        <w:tc>
          <w:tcPr>
            <w:tcW w:type="dxa" w:w="1728"/>
          </w:tcPr>
          <w:p>
            <w:r>
              <w:t>Calculate density</w:t>
            </w:r>
          </w:p>
        </w:tc>
        <w:tc>
          <w:tcPr>
            <w:tcW w:type="dxa" w:w="1728"/>
          </w:tcPr>
          <w:p>
            <w:r>
              <w:t>result, elapsed ms</w:t>
            </w:r>
          </w:p>
        </w:tc>
        <w:tc>
          <w:tcPr>
            <w:tcW w:type="dxa" w:w="1728"/>
          </w:tcPr>
          <w:p>
            <w:r>
              <w:t>3</w:t>
            </w:r>
          </w:p>
        </w:tc>
        <w:tc>
          <w:tcPr>
            <w:tcW w:type="dxa" w:w="1728"/>
          </w:tcPr>
          <w:p>
            <w:r>
              <w:t>8</w:t>
            </w:r>
          </w:p>
        </w:tc>
        <w:tc>
          <w:tcPr>
            <w:tcW w:type="dxa" w:w="1728"/>
          </w:tcPr>
          <w:p>
            <w:r>
              <w:t>5</w:t>
            </w:r>
          </w:p>
        </w:tc>
      </w:tr>
      <w:tr>
        <w:tc>
          <w:tcPr>
            <w:tcW w:type="dxa" w:w="1728"/>
          </w:tcPr>
          <w:p>
            <w:r>
              <w:t>Calculate density</w:t>
            </w:r>
          </w:p>
        </w:tc>
        <w:tc>
          <w:tcPr>
            <w:tcW w:type="dxa" w:w="1728"/>
          </w:tcPr>
          <w:p>
            <w:r>
              <w:t>result, bandwidth m</w:t>
            </w:r>
          </w:p>
        </w:tc>
        <w:tc>
          <w:tcPr>
            <w:tcW w:type="dxa" w:w="1728"/>
          </w:tcPr>
          <w:p>
            <w:r>
              <w:t>2,000</w:t>
            </w:r>
          </w:p>
        </w:tc>
        <w:tc>
          <w:tcPr>
            <w:tcW w:type="dxa" w:w="1728"/>
          </w:tcPr>
          <w:p>
            <w:r>
              <w:t>1,000</w:t>
            </w:r>
          </w:p>
        </w:tc>
        <w:tc>
          <w:tcPr>
            <w:tcW w:type="dxa" w:w="1728"/>
          </w:tcPr>
          <w:p>
            <w:r>
              <w:t>-1,000</w:t>
            </w:r>
          </w:p>
        </w:tc>
      </w:tr>
      <w:tr>
        <w:tc>
          <w:tcPr>
            <w:tcW w:type="dxa" w:w="1728"/>
          </w:tcPr>
          <w:p>
            <w:r>
              <w:t>Calculate density</w:t>
            </w:r>
          </w:p>
        </w:tc>
        <w:tc>
          <w:tcPr>
            <w:tcW w:type="dxa" w:w="1728"/>
          </w:tcPr>
          <w:p>
            <w:r>
              <w:t>result, cell size m</w:t>
            </w:r>
          </w:p>
        </w:tc>
        <w:tc>
          <w:tcPr>
            <w:tcW w:type="dxa" w:w="1728"/>
          </w:tcPr>
          <w:p>
            <w:r>
              <w:t>1,000</w:t>
            </w:r>
          </w:p>
        </w:tc>
        <w:tc>
          <w:tcPr>
            <w:tcW w:type="dxa" w:w="1728"/>
          </w:tcPr>
          <w:p>
            <w:r>
              <w:t>500</w:t>
            </w:r>
          </w:p>
        </w:tc>
        <w:tc>
          <w:tcPr>
            <w:tcW w:type="dxa" w:w="1728"/>
          </w:tcPr>
          <w:p>
            <w:r>
              <w:t>-500</w:t>
            </w:r>
          </w:p>
        </w:tc>
      </w:tr>
      <w:tr>
        <w:tc>
          <w:tcPr>
            <w:tcW w:type="dxa" w:w="1728"/>
          </w:tcPr>
          <w:p>
            <w:r>
              <w:t>Calculate density</w:t>
            </w:r>
          </w:p>
        </w:tc>
        <w:tc>
          <w:tcPr>
            <w:tcW w:type="dxa" w:w="1728"/>
          </w:tcPr>
          <w:p>
            <w:r>
              <w:t>result, max density per km2</w:t>
            </w:r>
          </w:p>
        </w:tc>
        <w:tc>
          <w:tcPr>
            <w:tcW w:type="dxa" w:w="1728"/>
          </w:tcPr>
          <w:p>
            <w:r>
              <w:t>2.571</w:t>
            </w:r>
          </w:p>
        </w:tc>
        <w:tc>
          <w:tcPr>
            <w:tcW w:type="dxa" w:w="1728"/>
          </w:tcPr>
          <w:p>
            <w:r>
              <w:t>68.51</w:t>
            </w:r>
          </w:p>
        </w:tc>
        <w:tc>
          <w:tcPr>
            <w:tcW w:type="dxa" w:w="1728"/>
          </w:tcPr>
          <w:p>
            <w:r>
              <w:t>65.94</w:t>
            </w:r>
          </w:p>
        </w:tc>
      </w:tr>
      <w:tr>
        <w:tc>
          <w:tcPr>
            <w:tcW w:type="dxa" w:w="1728"/>
          </w:tcPr>
          <w:p>
            <w:r>
              <w:t>Calculate density</w:t>
            </w:r>
          </w:p>
        </w:tc>
        <w:tc>
          <w:tcPr>
            <w:tcW w:type="dxa" w:w="1728"/>
          </w:tcPr>
          <w:p>
            <w:r>
              <w:t>billing, cost</w:t>
            </w:r>
          </w:p>
        </w:tc>
        <w:tc>
          <w:tcPr>
            <w:tcW w:type="dxa" w:w="1728"/>
          </w:tcPr>
          <w:p>
            <w:r>
              <w:t>0.0508</w:t>
            </w:r>
          </w:p>
        </w:tc>
        <w:tc>
          <w:tcPr>
            <w:tcW w:type="dxa" w:w="1728"/>
          </w:tcPr>
          <w:p>
            <w:r>
              <w:t>0.0584</w:t>
            </w:r>
          </w:p>
        </w:tc>
        <w:tc>
          <w:tcPr>
            <w:tcW w:type="dxa" w:w="1728"/>
          </w:tcPr>
          <w:p>
            <w:r>
              <w:t>0.0076</w:t>
            </w:r>
          </w:p>
        </w:tc>
      </w:tr>
      <w:tr>
        <w:tc>
          <w:tcPr>
            <w:tcW w:type="dxa" w:w="1728"/>
          </w:tcPr>
          <w:p>
            <w:r>
              <w:t>Calculate density</w:t>
            </w:r>
          </w:p>
        </w:tc>
        <w:tc>
          <w:tcPr>
            <w:tcW w:type="dxa" w:w="1728"/>
          </w:tcPr>
          <w:p>
            <w:r>
              <w:t>billing, list price</w:t>
            </w:r>
          </w:p>
        </w:tc>
        <w:tc>
          <w:tcPr>
            <w:tcW w:type="dxa" w:w="1728"/>
          </w:tcPr>
          <w:p>
            <w:r>
              <w:t>0.0508</w:t>
            </w:r>
          </w:p>
        </w:tc>
        <w:tc>
          <w:tcPr>
            <w:tcW w:type="dxa" w:w="1728"/>
          </w:tcPr>
          <w:p>
            <w:r>
              <w:t>0.0584</w:t>
            </w:r>
          </w:p>
        </w:tc>
        <w:tc>
          <w:tcPr>
            <w:tcW w:type="dxa" w:w="1728"/>
          </w:tcPr>
          <w:p>
            <w:r>
              <w:t>0.0076</w:t>
            </w:r>
          </w:p>
        </w:tc>
      </w:tr>
      <w:tr>
        <w:tc>
          <w:tcPr>
            <w:tcW w:type="dxa" w:w="1728"/>
          </w:tcPr>
          <w:p>
            <w:r>
              <w:t>Calculate density</w:t>
            </w:r>
          </w:p>
        </w:tc>
        <w:tc>
          <w:tcPr>
            <w:tcW w:type="dxa" w:w="1728"/>
          </w:tcPr>
          <w:p>
            <w:r>
              <w:t>result, elapsed ms</w:t>
            </w:r>
          </w:p>
        </w:tc>
        <w:tc>
          <w:tcPr>
            <w:tcW w:type="dxa" w:w="1728"/>
          </w:tcPr>
          <w:p>
            <w:r>
              <w:t>3</w:t>
            </w:r>
          </w:p>
        </w:tc>
        <w:tc>
          <w:tcPr>
            <w:tcW w:type="dxa" w:w="1728"/>
          </w:tcPr>
          <w:p>
            <w:r>
              <w:t>2</w:t>
            </w:r>
          </w:p>
        </w:tc>
        <w:tc>
          <w:tcPr>
            <w:tcW w:type="dxa" w:w="1728"/>
          </w:tcPr>
          <w:p>
            <w:r>
              <w:t>-1</w:t>
            </w:r>
          </w:p>
        </w:tc>
      </w:tr>
      <w:tr>
        <w:tc>
          <w:tcPr>
            <w:tcW w:type="dxa" w:w="1728"/>
          </w:tcPr>
          <w:p>
            <w:r>
              <w:t>Find point clusters</w:t>
            </w:r>
          </w:p>
        </w:tc>
        <w:tc>
          <w:tcPr>
            <w:tcW w:type="dxa" w:w="1728"/>
          </w:tcPr>
          <w:p>
            <w:r>
              <w:t>result, elapsed ms</w:t>
            </w:r>
          </w:p>
        </w:tc>
        <w:tc>
          <w:tcPr>
            <w:tcW w:type="dxa" w:w="1728"/>
          </w:tcPr>
          <w:p>
            <w:r>
              <w:t>18</w:t>
            </w:r>
          </w:p>
        </w:tc>
        <w:tc>
          <w:tcPr>
            <w:tcW w:type="dxa" w:w="1728"/>
          </w:tcPr>
          <w:p>
            <w:r>
              <w:t>133</w:t>
            </w:r>
          </w:p>
        </w:tc>
        <w:tc>
          <w:tcPr>
            <w:tcW w:type="dxa" w:w="1728"/>
          </w:tcPr>
          <w:p>
            <w:r>
              <w:t>115</w:t>
            </w:r>
          </w:p>
        </w:tc>
      </w:tr>
      <w:tr>
        <w:tc>
          <w:tcPr>
            <w:tcW w:type="dxa" w:w="1728"/>
          </w:tcPr>
          <w:p>
            <w:r>
              <w:t>Find point clusters</w:t>
            </w:r>
          </w:p>
        </w:tc>
        <w:tc>
          <w:tcPr>
            <w:tcW w:type="dxa" w:w="1728"/>
          </w:tcPr>
          <w:p>
            <w:r>
              <w:t>result, count</w:t>
            </w:r>
          </w:p>
        </w:tc>
        <w:tc>
          <w:tcPr>
            <w:tcW w:type="dxa" w:w="1728"/>
          </w:tcPr>
          <w:p>
            <w:r>
              <w:t>1,800</w:t>
            </w:r>
          </w:p>
        </w:tc>
        <w:tc>
          <w:tcPr>
            <w:tcW w:type="dxa" w:w="1728"/>
          </w:tcPr>
          <w:p>
            <w:r>
              <w:t>420</w:t>
            </w:r>
          </w:p>
        </w:tc>
        <w:tc>
          <w:tcPr>
            <w:tcW w:type="dxa" w:w="1728"/>
          </w:tcPr>
          <w:p>
            <w:r>
              <w:t>-1,380</w:t>
            </w:r>
          </w:p>
        </w:tc>
      </w:tr>
      <w:tr>
        <w:tc>
          <w:tcPr>
            <w:tcW w:type="dxa" w:w="1728"/>
          </w:tcPr>
          <w:p>
            <w:r>
              <w:t>Find point clusters</w:t>
            </w:r>
          </w:p>
        </w:tc>
        <w:tc>
          <w:tcPr>
            <w:tcW w:type="dxa" w:w="1728"/>
          </w:tcPr>
          <w:p>
            <w:r>
              <w:t>result, noise</w:t>
            </w:r>
          </w:p>
        </w:tc>
        <w:tc>
          <w:tcPr>
            <w:tcW w:type="dxa" w:w="1728"/>
          </w:tcPr>
          <w:p>
            <w:r>
              <w:t>1,744</w:t>
            </w:r>
          </w:p>
        </w:tc>
        <w:tc>
          <w:tcPr>
            <w:tcW w:type="dxa" w:w="1728"/>
          </w:tcPr>
          <w:p>
            <w:r>
              <w:t>320</w:t>
            </w:r>
          </w:p>
        </w:tc>
        <w:tc>
          <w:tcPr>
            <w:tcW w:type="dxa" w:w="1728"/>
          </w:tcPr>
          <w:p>
            <w:r>
              <w:t>-1,424</w:t>
            </w:r>
          </w:p>
        </w:tc>
      </w:tr>
      <w:tr>
        <w:tc>
          <w:tcPr>
            <w:tcW w:type="dxa" w:w="1728"/>
          </w:tcPr>
          <w:p>
            <w:r>
              <w:t>Find point clusters</w:t>
            </w:r>
          </w:p>
        </w:tc>
        <w:tc>
          <w:tcPr>
            <w:tcW w:type="dxa" w:w="1728"/>
          </w:tcPr>
          <w:p>
            <w:r>
              <w:t>result, distance m</w:t>
            </w:r>
          </w:p>
        </w:tc>
        <w:tc>
          <w:tcPr>
            <w:tcW w:type="dxa" w:w="1728"/>
          </w:tcPr>
          <w:p>
            <w:r>
              <w:t>100</w:t>
            </w:r>
          </w:p>
        </w:tc>
        <w:tc>
          <w:tcPr>
            <w:tcW w:type="dxa" w:w="1728"/>
          </w:tcPr>
          <w:p>
            <w:r>
              <w:t>200</w:t>
            </w:r>
          </w:p>
        </w:tc>
        <w:tc>
          <w:tcPr>
            <w:tcW w:type="dxa" w:w="1728"/>
          </w:tcPr>
          <w:p>
            <w:r>
              <w:t>100</w:t>
            </w:r>
          </w:p>
        </w:tc>
      </w:tr>
      <w:tr>
        <w:tc>
          <w:tcPr>
            <w:tcW w:type="dxa" w:w="1728"/>
          </w:tcPr>
          <w:p>
            <w:r>
              <w:t>Find point clusters</w:t>
            </w:r>
          </w:p>
        </w:tc>
        <w:tc>
          <w:tcPr>
            <w:tcW w:type="dxa" w:w="1728"/>
          </w:tcPr>
          <w:p>
            <w:r>
              <w:t>result, elapsed ms</w:t>
            </w:r>
          </w:p>
        </w:tc>
        <w:tc>
          <w:tcPr>
            <w:tcW w:type="dxa" w:w="1728"/>
          </w:tcPr>
          <w:p>
            <w:r>
              <w:t>18</w:t>
            </w:r>
          </w:p>
        </w:tc>
        <w:tc>
          <w:tcPr>
            <w:tcW w:type="dxa" w:w="1728"/>
          </w:tcPr>
          <w:p>
            <w:r>
              <w:t>5</w:t>
            </w:r>
          </w:p>
        </w:tc>
        <w:tc>
          <w:tcPr>
            <w:tcW w:type="dxa" w:w="1728"/>
          </w:tcPr>
          <w:p>
            <w:r>
              <w:t>-13</w:t>
            </w:r>
          </w:p>
        </w:tc>
      </w:tr>
      <w:tr>
        <w:tc>
          <w:tcPr>
            <w:tcW w:type="dxa" w:w="1728"/>
          </w:tcPr>
          <w:p>
            <w:r>
              <w:t>Find point clusters</w:t>
            </w:r>
          </w:p>
        </w:tc>
        <w:tc>
          <w:tcPr>
            <w:tcW w:type="dxa" w:w="1728"/>
          </w:tcPr>
          <w:p>
            <w:r>
              <w:t>result, min points</w:t>
            </w:r>
          </w:p>
        </w:tc>
        <w:tc>
          <w:tcPr>
            <w:tcW w:type="dxa" w:w="1728"/>
          </w:tcPr>
          <w:p>
            <w:r>
              <w:t>20</w:t>
            </w:r>
          </w:p>
        </w:tc>
        <w:tc>
          <w:tcPr>
            <w:tcW w:type="dxa" w:w="1728"/>
          </w:tcPr>
          <w:p>
            <w:r>
              <w:t>10</w:t>
            </w:r>
          </w:p>
        </w:tc>
        <w:tc>
          <w:tcPr>
            <w:tcW w:type="dxa" w:w="1728"/>
          </w:tcPr>
          <w:p>
            <w:r>
              <w:t>-10</w:t>
            </w:r>
          </w:p>
        </w:tc>
      </w:tr>
      <w:tr>
        <w:tc>
          <w:tcPr>
            <w:tcW w:type="dxa" w:w="1728"/>
          </w:tcPr>
          <w:p>
            <w:r>
              <w:t>Find point clusters</w:t>
            </w:r>
          </w:p>
        </w:tc>
        <w:tc>
          <w:tcPr>
            <w:tcW w:type="dxa" w:w="1728"/>
          </w:tcPr>
          <w:p>
            <w:r>
              <w:t>billing, cost</w:t>
            </w:r>
          </w:p>
        </w:tc>
        <w:tc>
          <w:tcPr>
            <w:tcW w:type="dxa" w:w="1728"/>
          </w:tcPr>
          <w:p>
            <w:r>
              <w:t>0.086</w:t>
            </w:r>
          </w:p>
        </w:tc>
        <w:tc>
          <w:tcPr>
            <w:tcW w:type="dxa" w:w="1728"/>
          </w:tcPr>
          <w:p>
            <w:r>
              <w:t>0.0584</w:t>
            </w:r>
          </w:p>
        </w:tc>
        <w:tc>
          <w:tcPr>
            <w:tcW w:type="dxa" w:w="1728"/>
          </w:tcPr>
          <w:p>
            <w:r>
              <w:t>-0.0276</w:t>
            </w:r>
          </w:p>
        </w:tc>
      </w:tr>
      <w:tr>
        <w:tc>
          <w:tcPr>
            <w:tcW w:type="dxa" w:w="1728"/>
          </w:tcPr>
          <w:p>
            <w:r>
              <w:t>Find point clusters</w:t>
            </w:r>
          </w:p>
        </w:tc>
        <w:tc>
          <w:tcPr>
            <w:tcW w:type="dxa" w:w="1728"/>
          </w:tcPr>
          <w:p>
            <w:r>
              <w:t>billing, list price</w:t>
            </w:r>
          </w:p>
        </w:tc>
        <w:tc>
          <w:tcPr>
            <w:tcW w:type="dxa" w:w="1728"/>
          </w:tcPr>
          <w:p>
            <w:r>
              <w:t>0.086</w:t>
            </w:r>
          </w:p>
        </w:tc>
        <w:tc>
          <w:tcPr>
            <w:tcW w:type="dxa" w:w="1728"/>
          </w:tcPr>
          <w:p>
            <w:r>
              <w:t>0.0584</w:t>
            </w:r>
          </w:p>
        </w:tc>
        <w:tc>
          <w:tcPr>
            <w:tcW w:type="dxa" w:w="1728"/>
          </w:tcPr>
          <w:p>
            <w:r>
              <w:t>-0.0276</w:t>
            </w:r>
          </w:p>
        </w:tc>
      </w:tr>
      <w:tr>
        <w:tc>
          <w:tcPr>
            <w:tcW w:type="dxa" w:w="1728"/>
          </w:tcPr>
          <w:p>
            <w:r>
              <w:t>Outliers</w:t>
            </w:r>
          </w:p>
        </w:tc>
        <w:tc>
          <w:tcPr>
            <w:tcW w:type="dxa" w:w="1728"/>
          </w:tcPr>
          <w:p>
            <w:r>
              <w:t>result, elapsed ms</w:t>
            </w:r>
          </w:p>
        </w:tc>
        <w:tc>
          <w:tcPr>
            <w:tcW w:type="dxa" w:w="1728"/>
          </w:tcPr>
          <w:p>
            <w:r>
              <w:t>1</w:t>
            </w:r>
          </w:p>
        </w:tc>
        <w:tc>
          <w:tcPr>
            <w:tcW w:type="dxa" w:w="1728"/>
          </w:tcPr>
          <w:p>
            <w:r>
              <w:t>2</w:t>
            </w:r>
          </w:p>
        </w:tc>
        <w:tc>
          <w:tcPr>
            <w:tcW w:type="dxa" w:w="1728"/>
          </w:tcPr>
          <w:p>
            <w:r>
              <w:t>1</w:t>
            </w:r>
          </w:p>
        </w:tc>
      </w:tr>
      <w:tr>
        <w:tc>
          <w:tcPr>
            <w:tcW w:type="dxa" w:w="1728"/>
          </w:tcPr>
          <w:p>
            <w:r>
              <w:t>Change beside the counts per neighborhood</w:t>
            </w:r>
          </w:p>
        </w:tc>
        <w:tc>
          <w:tcPr>
            <w:tcW w:type="dxa" w:w="1728"/>
          </w:tcPr>
          <w:p>
            <w:r>
              <w:t>result, count</w:t>
            </w:r>
          </w:p>
        </w:tc>
        <w:tc>
          <w:tcPr>
            <w:tcW w:type="dxa" w:w="1728"/>
          </w:tcPr>
          <w:p>
            <w:r>
              <w:t>8</w:t>
            </w:r>
          </w:p>
        </w:tc>
        <w:tc>
          <w:tcPr>
            <w:tcW w:type="dxa" w:w="1728"/>
          </w:tcPr>
          <w:p>
            <w:r>
              <w:t>16</w:t>
            </w:r>
          </w:p>
        </w:tc>
        <w:tc>
          <w:tcPr>
            <w:tcW w:type="dxa" w:w="1728"/>
          </w:tcPr>
          <w:p>
            <w:r>
              <w:t>8</w:t>
            </w:r>
          </w:p>
        </w:tc>
      </w:tr>
      <w:tr>
        <w:tc>
          <w:tcPr>
            <w:tcW w:type="dxa" w:w="1728"/>
          </w:tcPr>
          <w:p>
            <w:r>
              <w:t>Change beside the counts per neighborhood</w:t>
            </w:r>
          </w:p>
        </w:tc>
        <w:tc>
          <w:tcPr>
            <w:tcW w:type="dxa" w:w="1728"/>
          </w:tcPr>
          <w:p>
            <w:r>
              <w:t>result, elapsed ms</w:t>
            </w:r>
          </w:p>
        </w:tc>
        <w:tc>
          <w:tcPr>
            <w:tcW w:type="dxa" w:w="1728"/>
          </w:tcPr>
          <w:p>
            <w:r>
              <w:t>2</w:t>
            </w:r>
          </w:p>
        </w:tc>
        <w:tc>
          <w:tcPr>
            <w:tcW w:type="dxa" w:w="1728"/>
          </w:tcPr>
          <w:p>
            <w:r>
              <w:t>1</w:t>
            </w:r>
          </w:p>
        </w:tc>
        <w:tc>
          <w:tcPr>
            <w:tcW w:type="dxa" w:w="1728"/>
          </w:tcPr>
          <w:p>
            <w:r>
              <w:t>-1</w:t>
            </w:r>
          </w:p>
        </w:tc>
      </w:tr>
      <w:tr>
        <w:tc>
          <w:tcPr>
            <w:tcW w:type="dxa" w:w="1728"/>
          </w:tcPr>
          <w:p>
            <w:r>
              <w:t>Change beside the counts per neighborhood</w:t>
            </w:r>
          </w:p>
        </w:tc>
        <w:tc>
          <w:tcPr>
            <w:tcW w:type="dxa" w:w="1728"/>
          </w:tcPr>
          <w:p>
            <w:r>
              <w:t>billing, cost</w:t>
            </w:r>
          </w:p>
        </w:tc>
        <w:tc>
          <w:tcPr>
            <w:tcW w:type="dxa" w:w="1728"/>
          </w:tcPr>
          <w:p>
            <w:r>
              <w:t>0.05086</w:t>
            </w:r>
          </w:p>
        </w:tc>
        <w:tc>
          <w:tcPr>
            <w:tcW w:type="dxa" w:w="1728"/>
          </w:tcPr>
          <w:p>
            <w:r>
              <w:t>0.01066</w:t>
            </w:r>
          </w:p>
        </w:tc>
        <w:tc>
          <w:tcPr>
            <w:tcW w:type="dxa" w:w="1728"/>
          </w:tcPr>
          <w:p>
            <w:r>
              <w:t>-0.0402</w:t>
            </w:r>
          </w:p>
        </w:tc>
      </w:tr>
      <w:tr>
        <w:tc>
          <w:tcPr>
            <w:tcW w:type="dxa" w:w="1728"/>
          </w:tcPr>
          <w:p>
            <w:r>
              <w:t>Change beside the counts per neighborhood</w:t>
            </w:r>
          </w:p>
        </w:tc>
        <w:tc>
          <w:tcPr>
            <w:tcW w:type="dxa" w:w="1728"/>
          </w:tcPr>
          <w:p>
            <w:r>
              <w:t>billing, list price</w:t>
            </w:r>
          </w:p>
        </w:tc>
        <w:tc>
          <w:tcPr>
            <w:tcW w:type="dxa" w:w="1728"/>
          </w:tcPr>
          <w:p>
            <w:r>
              <w:t>0.05086</w:t>
            </w:r>
          </w:p>
        </w:tc>
        <w:tc>
          <w:tcPr>
            <w:tcW w:type="dxa" w:w="1728"/>
          </w:tcPr>
          <w:p>
            <w:r>
              <w:t>0.01066</w:t>
            </w:r>
          </w:p>
        </w:tc>
        <w:tc>
          <w:tcPr>
            <w:tcW w:type="dxa" w:w="1728"/>
          </w:tcPr>
          <w:p>
            <w:r>
              <w:t>-0.0402</w:t>
            </w:r>
          </w:p>
        </w:tc>
      </w:tr>
      <w:tr>
        <w:tc>
          <w:tcPr>
            <w:tcW w:type="dxa" w:w="1728"/>
          </w:tcPr>
          <w:p>
            <w:r>
              <w:t>Change of dropped calls where density is high</w:t>
            </w:r>
          </w:p>
        </w:tc>
        <w:tc>
          <w:tcPr>
            <w:tcW w:type="dxa" w:w="1728"/>
          </w:tcPr>
          <w:p>
            <w:r>
              <w:t>result, count</w:t>
            </w:r>
          </w:p>
        </w:tc>
        <w:tc>
          <w:tcPr>
            <w:tcW w:type="dxa" w:w="1728"/>
          </w:tcPr>
          <w:p>
            <w:r>
              <w:t>8</w:t>
            </w:r>
          </w:p>
        </w:tc>
        <w:tc>
          <w:tcPr>
            <w:tcW w:type="dxa" w:w="1728"/>
          </w:tcPr>
          <w:p>
            <w:r>
              <w:t>16</w:t>
            </w:r>
          </w:p>
        </w:tc>
        <w:tc>
          <w:tcPr>
            <w:tcW w:type="dxa" w:w="1728"/>
          </w:tcPr>
          <w:p>
            <w:r>
              <w:t>8</w:t>
            </w:r>
          </w:p>
        </w:tc>
      </w:tr>
      <w:tr>
        <w:tc>
          <w:tcPr>
            <w:tcW w:type="dxa" w:w="1728"/>
          </w:tcPr>
          <w:p>
            <w:r>
              <w:t>Change of dropped calls where density is high</w:t>
            </w:r>
          </w:p>
        </w:tc>
        <w:tc>
          <w:tcPr>
            <w:tcW w:type="dxa" w:w="1728"/>
          </w:tcPr>
          <w:p>
            <w:r>
              <w:t>result, elapsed ms</w:t>
            </w:r>
          </w:p>
        </w:tc>
        <w:tc>
          <w:tcPr>
            <w:tcW w:type="dxa" w:w="1728"/>
          </w:tcPr>
          <w:p>
            <w:r>
              <w:t>2</w:t>
            </w:r>
          </w:p>
        </w:tc>
        <w:tc>
          <w:tcPr>
            <w:tcW w:type="dxa" w:w="1728"/>
          </w:tcPr>
          <w:p>
            <w:r>
              <w:t>1</w:t>
            </w:r>
          </w:p>
        </w:tc>
        <w:tc>
          <w:tcPr>
            <w:tcW w:type="dxa" w:w="1728"/>
          </w:tcPr>
          <w:p>
            <w:r>
              <w:t>-1</w:t>
            </w:r>
          </w:p>
        </w:tc>
      </w:tr>
      <w:tr>
        <w:tc>
          <w:tcPr>
            <w:tcW w:type="dxa" w:w="1728"/>
          </w:tcPr>
          <w:p>
            <w:r>
              <w:t>Change of dropped calls where density is high</w:t>
            </w:r>
          </w:p>
        </w:tc>
        <w:tc>
          <w:tcPr>
            <w:tcW w:type="dxa" w:w="1728"/>
          </w:tcPr>
          <w:p>
            <w:r>
              <w:t>billing, cost</w:t>
            </w:r>
          </w:p>
        </w:tc>
        <w:tc>
          <w:tcPr>
            <w:tcW w:type="dxa" w:w="1728"/>
          </w:tcPr>
          <w:p>
            <w:r>
              <w:t>0.05086</w:t>
            </w:r>
          </w:p>
        </w:tc>
        <w:tc>
          <w:tcPr>
            <w:tcW w:type="dxa" w:w="1728"/>
          </w:tcPr>
          <w:p>
            <w:r>
              <w:t>0.018</w:t>
            </w:r>
          </w:p>
        </w:tc>
        <w:tc>
          <w:tcPr>
            <w:tcW w:type="dxa" w:w="1728"/>
          </w:tcPr>
          <w:p>
            <w:r>
              <w:t>-0.03286</w:t>
            </w:r>
          </w:p>
        </w:tc>
      </w:tr>
      <w:tr>
        <w:tc>
          <w:tcPr>
            <w:tcW w:type="dxa" w:w="1728"/>
          </w:tcPr>
          <w:p>
            <w:r>
              <w:t>Change of dropped calls where density is high</w:t>
            </w:r>
          </w:p>
        </w:tc>
        <w:tc>
          <w:tcPr>
            <w:tcW w:type="dxa" w:w="1728"/>
          </w:tcPr>
          <w:p>
            <w:r>
              <w:t>billing, list price</w:t>
            </w:r>
          </w:p>
        </w:tc>
        <w:tc>
          <w:tcPr>
            <w:tcW w:type="dxa" w:w="1728"/>
          </w:tcPr>
          <w:p>
            <w:r>
              <w:t>0.05086</w:t>
            </w:r>
          </w:p>
        </w:tc>
        <w:tc>
          <w:tcPr>
            <w:tcW w:type="dxa" w:w="1728"/>
          </w:tcPr>
          <w:p>
            <w:r>
              <w:t>0.018</w:t>
            </w:r>
          </w:p>
        </w:tc>
        <w:tc>
          <w:tcPr>
            <w:tcW w:type="dxa" w:w="1728"/>
          </w:tcPr>
          <w:p>
            <w:r>
              <w:t>-0.03286</w:t>
            </w:r>
          </w:p>
        </w:tc>
      </w:tr>
      <w:tr>
        <w:tc>
          <w:tcPr>
            <w:tcW w:type="dxa" w:w="1728"/>
          </w:tcPr>
          <w:p>
            <w:r>
              <w:t>Hot cells of dropped calls per neighborhood</w:t>
            </w:r>
          </w:p>
        </w:tc>
        <w:tc>
          <w:tcPr>
            <w:tcW w:type="dxa" w:w="1728"/>
          </w:tcPr>
          <w:p>
            <w:r>
              <w:t>result, elapsed ms</w:t>
            </w:r>
          </w:p>
        </w:tc>
        <w:tc>
          <w:tcPr>
            <w:tcW w:type="dxa" w:w="1728"/>
          </w:tcPr>
          <w:p>
            <w:r>
              <w:t>1</w:t>
            </w:r>
          </w:p>
        </w:tc>
        <w:tc>
          <w:tcPr>
            <w:tcW w:type="dxa" w:w="1728"/>
          </w:tcPr>
          <w:p>
            <w:r>
              <w:t>32</w:t>
            </w:r>
          </w:p>
        </w:tc>
        <w:tc>
          <w:tcPr>
            <w:tcW w:type="dxa" w:w="1728"/>
          </w:tcPr>
          <w:p>
            <w:r>
              <w:t>31</w:t>
            </w:r>
          </w:p>
        </w:tc>
      </w:tr>
      <w:tr>
        <w:tc>
          <w:tcPr>
            <w:tcW w:type="dxa" w:w="1728"/>
          </w:tcPr>
          <w:p>
            <w:r>
              <w:t>Hot cells of dropped calls per neighborhood</w:t>
            </w:r>
          </w:p>
        </w:tc>
        <w:tc>
          <w:tcPr>
            <w:tcW w:type="dxa" w:w="1728"/>
          </w:tcPr>
          <w:p>
            <w:r>
              <w:t>billing, cost</w:t>
            </w:r>
          </w:p>
        </w:tc>
        <w:tc>
          <w:tcPr>
            <w:tcW w:type="dxa" w:w="1728"/>
          </w:tcPr>
          <w:p>
            <w:r>
              <w:t>0.0105</w:t>
            </w:r>
          </w:p>
        </w:tc>
        <w:tc>
          <w:tcPr>
            <w:tcW w:type="dxa" w:w="1728"/>
          </w:tcPr>
          <w:p>
            <w:r>
              <w:t>0.04628</w:t>
            </w:r>
          </w:p>
        </w:tc>
        <w:tc>
          <w:tcPr>
            <w:tcW w:type="dxa" w:w="1728"/>
          </w:tcPr>
          <w:p>
            <w:r>
              <w:t>0.03578</w:t>
            </w:r>
          </w:p>
        </w:tc>
      </w:tr>
      <w:tr>
        <w:tc>
          <w:tcPr>
            <w:tcW w:type="dxa" w:w="1728"/>
          </w:tcPr>
          <w:p>
            <w:r>
              <w:t>Hot cells of dropped calls per neighborhood</w:t>
            </w:r>
          </w:p>
        </w:tc>
        <w:tc>
          <w:tcPr>
            <w:tcW w:type="dxa" w:w="1728"/>
          </w:tcPr>
          <w:p>
            <w:r>
              <w:t>billing, list price</w:t>
            </w:r>
          </w:p>
        </w:tc>
        <w:tc>
          <w:tcPr>
            <w:tcW w:type="dxa" w:w="1728"/>
          </w:tcPr>
          <w:p>
            <w:r>
              <w:t>0.0105</w:t>
            </w:r>
          </w:p>
        </w:tc>
        <w:tc>
          <w:tcPr>
            <w:tcW w:type="dxa" w:w="1728"/>
          </w:tcPr>
          <w:p>
            <w:r>
              <w:t>0.04628</w:t>
            </w:r>
          </w:p>
        </w:tc>
        <w:tc>
          <w:tcPr>
            <w:tcW w:type="dxa" w:w="1728"/>
          </w:tcPr>
          <w:p>
            <w:r>
              <w:t>0.03578</w:t>
            </w:r>
          </w:p>
        </w:tc>
      </w:tr>
      <w:tr>
        <w:tc>
          <w:tcPr>
            <w:tcW w:type="dxa" w:w="1728"/>
          </w:tcPr>
          <w:p>
            <w:r>
              <w:t>Dense areas of coverage complaints</w:t>
            </w:r>
          </w:p>
        </w:tc>
        <w:tc>
          <w:tcPr>
            <w:tcW w:type="dxa" w:w="1728"/>
          </w:tcPr>
          <w:p>
            <w:r>
              <w:t>result, count</w:t>
            </w:r>
          </w:p>
        </w:tc>
        <w:tc>
          <w:tcPr>
            <w:tcW w:type="dxa" w:w="1728"/>
          </w:tcPr>
          <w:p>
            <w:r>
              <w:t>2</w:t>
            </w:r>
          </w:p>
        </w:tc>
        <w:tc>
          <w:tcPr>
            <w:tcW w:type="dxa" w:w="1728"/>
          </w:tcPr>
          <w:p>
            <w:r>
              <w:t>5</w:t>
            </w:r>
          </w:p>
        </w:tc>
        <w:tc>
          <w:tcPr>
            <w:tcW w:type="dxa" w:w="1728"/>
          </w:tcPr>
          <w:p>
            <w:r>
              <w:t>3</w:t>
            </w:r>
          </w:p>
        </w:tc>
      </w:tr>
      <w:tr>
        <w:tc>
          <w:tcPr>
            <w:tcW w:type="dxa" w:w="1728"/>
          </w:tcPr>
          <w:p>
            <w:r>
              <w:t>Dense areas of coverage complaints</w:t>
            </w:r>
          </w:p>
        </w:tc>
        <w:tc>
          <w:tcPr>
            <w:tcW w:type="dxa" w:w="1728"/>
          </w:tcPr>
          <w:p>
            <w:r>
              <w:t>result, elapsed ms</w:t>
            </w:r>
          </w:p>
        </w:tc>
        <w:tc>
          <w:tcPr>
            <w:tcW w:type="dxa" w:w="1728"/>
          </w:tcPr>
          <w:p>
            <w:r>
              <w:t>0</w:t>
            </w:r>
          </w:p>
        </w:tc>
        <w:tc>
          <w:tcPr>
            <w:tcW w:type="dxa" w:w="1728"/>
          </w:tcPr>
          <w:p>
            <w:r>
              <w:t>6</w:t>
            </w:r>
          </w:p>
        </w:tc>
        <w:tc>
          <w:tcPr>
            <w:tcW w:type="dxa" w:w="1728"/>
          </w:tcPr>
          <w:p>
            <w:r>
              <w:t>6</w:t>
            </w:r>
          </w:p>
        </w:tc>
      </w:tr>
      <w:tr>
        <w:tc>
          <w:tcPr>
            <w:tcW w:type="dxa" w:w="1728"/>
          </w:tcPr>
          <w:p>
            <w:r>
              <w:t>Dense areas of coverage complaints</w:t>
            </w:r>
          </w:p>
        </w:tc>
        <w:tc>
          <w:tcPr>
            <w:tcW w:type="dxa" w:w="1728"/>
          </w:tcPr>
          <w:p>
            <w:r>
              <w:t>billing, cost</w:t>
            </w:r>
          </w:p>
        </w:tc>
        <w:tc>
          <w:tcPr>
            <w:tcW w:type="dxa" w:w="1728"/>
          </w:tcPr>
          <w:p>
            <w:r>
              <w:t>0.02034</w:t>
            </w:r>
          </w:p>
        </w:tc>
        <w:tc>
          <w:tcPr>
            <w:tcW w:type="dxa" w:w="1728"/>
          </w:tcPr>
          <w:p>
            <w:r>
              <w:t>0.02767</w:t>
            </w:r>
          </w:p>
        </w:tc>
        <w:tc>
          <w:tcPr>
            <w:tcW w:type="dxa" w:w="1728"/>
          </w:tcPr>
          <w:p>
            <w:r>
              <w:t>0.00733</w:t>
            </w:r>
          </w:p>
        </w:tc>
      </w:tr>
      <w:tr>
        <w:tc>
          <w:tcPr>
            <w:tcW w:type="dxa" w:w="1728"/>
          </w:tcPr>
          <w:p>
            <w:r>
              <w:t>Dense areas of coverage complaints</w:t>
            </w:r>
          </w:p>
        </w:tc>
        <w:tc>
          <w:tcPr>
            <w:tcW w:type="dxa" w:w="1728"/>
          </w:tcPr>
          <w:p>
            <w:r>
              <w:t>billing, list price</w:t>
            </w:r>
          </w:p>
        </w:tc>
        <w:tc>
          <w:tcPr>
            <w:tcW w:type="dxa" w:w="1728"/>
          </w:tcPr>
          <w:p>
            <w:r>
              <w:t>0.02034</w:t>
            </w:r>
          </w:p>
        </w:tc>
        <w:tc>
          <w:tcPr>
            <w:tcW w:type="dxa" w:w="1728"/>
          </w:tcPr>
          <w:p>
            <w:r>
              <w:t>0.02767</w:t>
            </w:r>
          </w:p>
        </w:tc>
        <w:tc>
          <w:tcPr>
            <w:tcW w:type="dxa" w:w="1728"/>
          </w:tcPr>
          <w:p>
            <w:r>
              <w:t>0.00733</w:t>
            </w:r>
          </w:p>
        </w:tc>
      </w:tr>
      <w:tr>
        <w:tc>
          <w:tcPr>
            <w:tcW w:type="dxa" w:w="1728"/>
          </w:tcPr>
          <w:p>
            <w:r>
              <w:t>Dense areas of coverage complaints</w:t>
            </w:r>
          </w:p>
        </w:tc>
        <w:tc>
          <w:tcPr>
            <w:tcW w:type="dxa" w:w="1728"/>
          </w:tcPr>
          <w:p>
            <w:r>
              <w:t>list price</w:t>
            </w:r>
          </w:p>
        </w:tc>
        <w:tc>
          <w:tcPr>
            <w:tcW w:type="dxa" w:w="1728"/>
          </w:tcPr>
          <w:p>
            <w:r>
              <w:t>0.02034</w:t>
            </w:r>
          </w:p>
        </w:tc>
        <w:tc>
          <w:tcPr>
            <w:tcW w:type="dxa" w:w="1728"/>
          </w:tcPr>
          <w:p>
            <w:r>
              <w:t>0.02767</w:t>
            </w:r>
          </w:p>
        </w:tc>
        <w:tc>
          <w:tcPr>
            <w:tcW w:type="dxa" w:w="1728"/>
          </w:tcPr>
          <w:p>
            <w:r>
              <w:t>0.00733</w:t>
            </w:r>
          </w:p>
        </w:tc>
      </w:tr>
      <w:tr>
        <w:tc>
          <w:tcPr>
            <w:tcW w:type="dxa" w:w="1728"/>
          </w:tcPr>
          <w:p>
            <w:r>
              <w:t>Clusters of all inputs together: dropped calls and coverage complaints</w:t>
            </w:r>
          </w:p>
        </w:tc>
        <w:tc>
          <w:tcPr>
            <w:tcW w:type="dxa" w:w="1728"/>
          </w:tcPr>
          <w:p>
            <w:r>
              <w:t>result, count</w:t>
            </w:r>
          </w:p>
        </w:tc>
        <w:tc>
          <w:tcPr>
            <w:tcW w:type="dxa" w:w="1728"/>
          </w:tcPr>
          <w:p>
            <w:r>
              <w:t>2</w:t>
            </w:r>
          </w:p>
        </w:tc>
        <w:tc>
          <w:tcPr>
            <w:tcW w:type="dxa" w:w="1728"/>
          </w:tcPr>
          <w:p>
            <w:r>
              <w:t>2,220</w:t>
            </w:r>
          </w:p>
        </w:tc>
        <w:tc>
          <w:tcPr>
            <w:tcW w:type="dxa" w:w="1728"/>
          </w:tcPr>
          <w:p>
            <w:r>
              <w:t>2,218</w:t>
            </w:r>
          </w:p>
        </w:tc>
      </w:tr>
      <w:tr>
        <w:tc>
          <w:tcPr>
            <w:tcW w:type="dxa" w:w="1728"/>
          </w:tcPr>
          <w:p>
            <w:r>
              <w:t>Clusters of all inputs together: dropped calls and coverage complaints</w:t>
            </w:r>
          </w:p>
        </w:tc>
        <w:tc>
          <w:tcPr>
            <w:tcW w:type="dxa" w:w="1728"/>
          </w:tcPr>
          <w:p>
            <w:r>
              <w:t>result, elapsed ms</w:t>
            </w:r>
          </w:p>
        </w:tc>
        <w:tc>
          <w:tcPr>
            <w:tcW w:type="dxa" w:w="1728"/>
          </w:tcPr>
          <w:p>
            <w:r>
              <w:t>0</w:t>
            </w:r>
          </w:p>
        </w:tc>
        <w:tc>
          <w:tcPr>
            <w:tcW w:type="dxa" w:w="1728"/>
          </w:tcPr>
          <w:p>
            <w:r>
              <w:t>24</w:t>
            </w:r>
          </w:p>
        </w:tc>
        <w:tc>
          <w:tcPr>
            <w:tcW w:type="dxa" w:w="1728"/>
          </w:tcPr>
          <w:p>
            <w:r>
              <w:t>24</w:t>
            </w:r>
          </w:p>
        </w:tc>
      </w:tr>
      <w:tr>
        <w:tc>
          <w:tcPr>
            <w:tcW w:type="dxa" w:w="1728"/>
          </w:tcPr>
          <w:p>
            <w:r>
              <w:t>Clusters of all inputs together: dropped calls and coverage complaints</w:t>
            </w:r>
          </w:p>
        </w:tc>
        <w:tc>
          <w:tcPr>
            <w:tcW w:type="dxa" w:w="1728"/>
          </w:tcPr>
          <w:p>
            <w:r>
              <w:t>billing, cost</w:t>
            </w:r>
          </w:p>
        </w:tc>
        <w:tc>
          <w:tcPr>
            <w:tcW w:type="dxa" w:w="1728"/>
          </w:tcPr>
          <w:p>
            <w:r>
              <w:t>0.02034</w:t>
            </w:r>
          </w:p>
        </w:tc>
        <w:tc>
          <w:tcPr>
            <w:tcW w:type="dxa" w:w="1728"/>
          </w:tcPr>
          <w:p>
            <w:r>
              <w:t>0.1044</w:t>
            </w:r>
          </w:p>
        </w:tc>
        <w:tc>
          <w:tcPr>
            <w:tcW w:type="dxa" w:w="1728"/>
          </w:tcPr>
          <w:p>
            <w:r>
              <w:t>0.08406</w:t>
            </w:r>
          </w:p>
        </w:tc>
      </w:tr>
      <w:tr>
        <w:tc>
          <w:tcPr>
            <w:tcW w:type="dxa" w:w="1728"/>
          </w:tcPr>
          <w:p>
            <w:r>
              <w:t>Clusters of all inputs together: dropped calls and coverage complaints</w:t>
            </w:r>
          </w:p>
        </w:tc>
        <w:tc>
          <w:tcPr>
            <w:tcW w:type="dxa" w:w="1728"/>
          </w:tcPr>
          <w:p>
            <w:r>
              <w:t>billing, list price</w:t>
            </w:r>
          </w:p>
        </w:tc>
        <w:tc>
          <w:tcPr>
            <w:tcW w:type="dxa" w:w="1728"/>
          </w:tcPr>
          <w:p>
            <w:r>
              <w:t>0.02034</w:t>
            </w:r>
          </w:p>
        </w:tc>
        <w:tc>
          <w:tcPr>
            <w:tcW w:type="dxa" w:w="1728"/>
          </w:tcPr>
          <w:p>
            <w:r>
              <w:t>0.1044</w:t>
            </w:r>
          </w:p>
        </w:tc>
        <w:tc>
          <w:tcPr>
            <w:tcW w:type="dxa" w:w="1728"/>
          </w:tcPr>
          <w:p>
            <w:r>
              <w:t>0.08406</w:t>
            </w:r>
          </w:p>
        </w:tc>
      </w:tr>
      <w:tr>
        <w:tc>
          <w:tcPr>
            <w:tcW w:type="dxa" w:w="1728"/>
          </w:tcPr>
          <w:p>
            <w:r>
              <w:t>Clusters of all inputs together: dropped calls and coverage complaints</w:t>
            </w:r>
          </w:p>
        </w:tc>
        <w:tc>
          <w:tcPr>
            <w:tcW w:type="dxa" w:w="1728"/>
          </w:tcPr>
          <w:p>
            <w:r>
              <w:t>list price</w:t>
            </w:r>
          </w:p>
        </w:tc>
        <w:tc>
          <w:tcPr>
            <w:tcW w:type="dxa" w:w="1728"/>
          </w:tcPr>
          <w:p>
            <w:r>
              <w:t>0.02034</w:t>
            </w:r>
          </w:p>
        </w:tc>
        <w:tc>
          <w:tcPr>
            <w:tcW w:type="dxa" w:w="1728"/>
          </w:tcPr>
          <w:p>
            <w:r>
              <w:t>0.1044</w:t>
            </w:r>
          </w:p>
        </w:tc>
        <w:tc>
          <w:tcPr>
            <w:tcW w:type="dxa" w:w="1728"/>
          </w:tcPr>
          <w:p>
            <w:r>
              <w:t>0.08406</w:t>
            </w:r>
          </w:p>
        </w:tc>
      </w:tr>
      <w:tr>
        <w:tc>
          <w:tcPr>
            <w:tcW w:type="dxa" w:w="1728"/>
          </w:tcPr>
          <w:p>
            <w:r>
              <w:t>Documents</w:t>
            </w:r>
          </w:p>
        </w:tc>
        <w:tc>
          <w:tcPr>
            <w:tcW w:type="dxa" w:w="1728"/>
          </w:tcPr>
          <w:p>
            <w:r>
              <w:t>Documents</w:t>
            </w:r>
          </w:p>
        </w:tc>
        <w:tc>
          <w:tcPr>
            <w:tcW w:type="dxa" w:w="1728"/>
          </w:tcPr>
          <w:p>
            <w:r>
              <w:t>7</w:t>
            </w:r>
          </w:p>
        </w:tc>
        <w:tc>
          <w:tcPr>
            <w:tcW w:type="dxa" w:w="1728"/>
          </w:tcPr>
          <w:p>
            <w:r>
              <w:t>1</w:t>
            </w:r>
          </w:p>
        </w:tc>
        <w:tc>
          <w:tcPr>
            <w:tcW w:type="dxa" w:w="1728"/>
          </w:tcPr>
          <w:p>
            <w:r>
              <w:t>-6</w:t>
            </w:r>
          </w:p>
        </w:tc>
      </w:tr>
      <w:tr>
        <w:tc>
          <w:tcPr>
            <w:tcW w:type="dxa" w:w="1728"/>
          </w:tcPr>
          <w:p>
            <w:r>
              <w:t>Documents</w:t>
            </w:r>
          </w:p>
        </w:tc>
        <w:tc>
          <w:tcPr>
            <w:tcW w:type="dxa" w:w="1728"/>
          </w:tcPr>
          <w:p>
            <w:r>
              <w:t>Entities</w:t>
            </w:r>
          </w:p>
        </w:tc>
        <w:tc>
          <w:tcPr>
            <w:tcW w:type="dxa" w:w="1728"/>
          </w:tcPr>
          <w:p>
            <w:r>
              <w:t>7</w:t>
            </w:r>
          </w:p>
        </w:tc>
        <w:tc>
          <w:tcPr>
            <w:tcW w:type="dxa" w:w="1728"/>
          </w:tcPr>
          <w:p>
            <w:r>
              <w:t>11</w:t>
            </w:r>
          </w:p>
        </w:tc>
        <w:tc>
          <w:tcPr>
            <w:tcW w:type="dxa" w:w="1728"/>
          </w:tcPr>
          <w:p>
            <w:r>
              <w:t>4</w:t>
            </w:r>
          </w:p>
        </w:tc>
      </w:tr>
      <w:tr>
        <w:tc>
          <w:tcPr>
            <w:tcW w:type="dxa" w:w="1728"/>
          </w:tcPr>
          <w:p>
            <w:r>
              <w:t>Documents</w:t>
            </w:r>
          </w:p>
        </w:tc>
        <w:tc>
          <w:tcPr>
            <w:tcW w:type="dxa" w:w="1728"/>
          </w:tcPr>
          <w:p>
            <w:r>
              <w:t>Event terms</w:t>
            </w:r>
          </w:p>
        </w:tc>
        <w:tc>
          <w:tcPr>
            <w:tcW w:type="dxa" w:w="1728"/>
          </w:tcPr>
          <w:p>
            <w:r>
              <w:t>7</w:t>
            </w:r>
          </w:p>
        </w:tc>
        <w:tc>
          <w:tcPr>
            <w:tcW w:type="dxa" w:w="1728"/>
          </w:tcPr>
          <w:p>
            <w:r>
              <w:t>4</w:t>
            </w:r>
          </w:p>
        </w:tc>
        <w:tc>
          <w:tcPr>
            <w:tcW w:type="dxa" w:w="1728"/>
          </w:tcPr>
          <w:p>
            <w:r>
              <w:t>-3</w:t>
            </w:r>
          </w:p>
        </w:tc>
      </w:tr>
    </w:tbl>
    <w:p/>
    <w:p>
      <w:pPr>
        <w:pStyle w:val="Heading1"/>
      </w:pPr>
      <w:r>
        <w:t>Sources</w:t>
      </w:r>
    </w:p>
    <w:p>
      <w:pPr>
        <w:spacing w:after="40"/>
      </w:pPr>
      <w:r>
        <w:t>[1] Rendering: Chart: Timeline: events per week by dataset. 96 rows (id e8d57d05-8a24-4bd6-a2ab-205e81cc7b5b)</w:t>
      </w:r>
    </w:p>
    <w:p>
      <w:pPr>
        <w:spacing w:after="40"/>
      </w:pPr>
      <w:r>
        <w:t>[2] Dataset: Dropped calls. vector, 1800 rows (id b7e0385f-4de1-4c62-91a2-29066dff0560)</w:t>
      </w:r>
    </w:p>
    <w:p>
      <w:pPr>
        <w:spacing w:after="40"/>
      </w:pPr>
      <w:r>
        <w:t>[3] Dataset: Coverage complaints. vector, 420 rows (id d91448d8-ad7a-47b1-ae76-781a60b3553d)</w:t>
      </w:r>
    </w:p>
    <w:p>
      <w:pPr>
        <w:spacing w:after="40"/>
      </w:pPr>
      <w:r>
        <w:t>[4] Dataset: Cell KPIs by day. table, 784 rows (id 96119c66-7aa4-458c-ab74-e33724e82359)</w:t>
      </w:r>
    </w:p>
    <w:p>
      <w:pPr>
        <w:spacing w:after="40"/>
      </w:pPr>
      <w:r>
        <w:t>[5] Rendering: Chart: Timeline lanes: events per week by dataset. 96 rows (id 2410bb58-e2e4-44f6-98d7-5ae5fa53e3d5)</w:t>
      </w:r>
    </w:p>
    <w:p>
      <w:pPr>
        <w:spacing w:after="40"/>
      </w:pPr>
      <w:r>
        <w:t>[6] Rendering: Chart: Timeline: change from one week to the next. 31 rows (id 47ac1dde-c2aa-4746-a6fa-1a3471dbb729)</w:t>
      </w:r>
    </w:p>
    <w:p>
      <w:pPr>
        <w:spacing w:after="40"/>
      </w:pPr>
      <w:r>
        <w:t>[7] Tool result: gp_period_change, step 0. The count rose from 200 in week of 2026-08-24 to 242 in week of 2026-08-31 (+21.0%); a change this small is within what chance would give (p = 0.051). (id bca67820-6f58-4df0-a127-c19db4029c06:0)</w:t>
      </w:r>
    </w:p>
    <w:p>
      <w:pPr>
        <w:spacing w:after="40"/>
      </w:pPr>
      <w:r>
        <w:t>[8] Layer: Period change: Dropped calls (week of 2026-08-24 to week of 2026-08-31) (id 9e66bb0d-6463-4d72-b91f-8f6581158257)</w:t>
      </w:r>
    </w:p>
    <w:p>
      <w:pPr>
        <w:spacing w:after="40"/>
      </w:pPr>
      <w:r>
        <w:t>[9] Tool result: gp_period_change, step 1. The count rose from 9 in week of 2026-08-10 to 17 in week of 2026-08-17 (+88.9%); a change this small is within what chance would give (p = 0.169). (id bca67820-6f58-4df0-a127-c19db4029c06:1)</w:t>
      </w:r>
    </w:p>
    <w:p>
      <w:pPr>
        <w:spacing w:after="40"/>
      </w:pPr>
      <w:r>
        <w:t>[10] Layer: Period change: Coverage complaints (week of 2026-08-10 to week of 2026-08-17) (id b22b41b5-3083-4e18-9aaa-cbbc598bb3b8)</w:t>
      </w:r>
    </w:p>
    <w:p>
      <w:pPr>
        <w:spacing w:after="40"/>
      </w:pPr>
      <w:r>
        <w:t>[11] Rendering: Map: Overview: the top 3 results. view longitude -75.6498 to -75.51316, latitude 6.19239 to 6.29351 (id 1ba7aad0-e3f3-487c-bc24-6b6c851a83ed)</w:t>
      </w:r>
    </w:p>
    <w:p>
      <w:pPr>
        <w:spacing w:after="40"/>
      </w:pPr>
      <w:r>
        <w:t>[12] Layer: Neighborhoods. spatial profile (id efbe8937-3ee5-48ad-a6d7-bc4988d33ee9)</w:t>
      </w:r>
    </w:p>
    <w:p>
      <w:pPr>
        <w:spacing w:after="40"/>
      </w:pPr>
      <w:r>
        <w:t>[13] Layer: Towers. spatial profile (id f7206b9b-efe4-4636-af64-2c979a653d20)</w:t>
      </w:r>
    </w:p>
    <w:p>
      <w:pPr>
        <w:spacing w:after="40"/>
      </w:pPr>
      <w:r>
        <w:t>[14] Layer: Dropped calls. spatial profile (id e2f5ccec-a668-448b-9e94-445c523f5d04)</w:t>
      </w:r>
    </w:p>
    <w:p>
      <w:pPr>
        <w:spacing w:after="40"/>
      </w:pPr>
      <w:r>
        <w:t>[15] Layer: Coverage complaints. spatial profile (id a0e6cf38-0976-4bb9-a3d7-afb7e24830f1)</w:t>
      </w:r>
    </w:p>
    <w:p>
      <w:pPr>
        <w:spacing w:after="40"/>
      </w:pPr>
      <w:r>
        <w:t>[16] Layer: Fiber routes. spatial profile (id ecce82d0-ca7c-4a61-a4d1-039ed28c5769)</w:t>
      </w:r>
    </w:p>
    <w:p>
      <w:pPr>
        <w:spacing w:after="40"/>
      </w:pPr>
      <w:r>
        <w:t>[17] Layer: Small cells. spatial profile (id 0b706ff2-6fc5-4b0f-ae21-de62a3257715)</w:t>
      </w:r>
    </w:p>
    <w:p>
      <w:pPr>
        <w:spacing w:after="40"/>
      </w:pPr>
      <w:r>
        <w:t>[18] Catalog: Terrain analysis (analysis catalog, tr_terrain_analysis). The automatic terrain analysis of an area, with no model call: by default every terrain tool (everything), or a subset (general, mobility, observation, hydrology, site), then the elevation layer, the hypsometric curve, slope distribution, aspect rose and route profiles, the dominant heights, the cit ArcGIS: No single tool (terrain analysis workflow: Surface Parameters, Viewshed, Hydrology, Distance Accumulation). QGIS: No single tool (Processing model of GDAL DEM, r.viewshed, r.watershed and r.c (id tr_terrain_analysis)</w:t>
      </w:r>
    </w:p>
    <w:p>
      <w:pPr>
        <w:spacing w:after="40"/>
      </w:pPr>
      <w:r>
        <w:t>[19] Plan: Terrain analysis (everything) (the Start plan's candidate c_cf00353ae2bf). Automatic terrain analysis (everything) on the project's DEM Valley terrain model (DEM); observers from the 14 point(s) of Towers: every terrain tool: relief, slope, aspect, hillshade, curvature, roughness, landforms, ravines and ridges, strategic points, hydrology (flow, streams, pour points, watersheds, flood-prone ground), mobility for every mover, the MCOO, viewsheds and lines of sight from th (id a00dee40-3e85-4150-a19d-0a3dc31dc346:c_cf00353ae2bf)</w:t>
      </w:r>
    </w:p>
    <w:p>
      <w:pPr>
        <w:spacing w:after="40"/>
      </w:pPr>
      <w:r>
        <w:t>[20] Tool result: tr_terrain_analysis, step 0. Terrain analysis (everything) of 72.1 km2 at 30 m cells (full resolution), 28 terrain tool(s) in 36 call(s): elevation 1,475 to 2,759 m (1,284 m of relief), mean slope 13.2 degrees, 18.8% steeper than 15 degrees; 55 finding(s): Dominant heights; Key terrain candidate KT-1; Key terrain candidate KT-2 (id 419ad273-47a0-406b-98dd-70082059be86:0)</w:t>
      </w:r>
    </w:p>
    <w:p>
      <w:pPr>
        <w:spacing w:after="40"/>
      </w:pPr>
      <w:r>
        <w:t>[21] Layer: Terrain: Terrain findings. 9 features (id 64f7587d-33cb-47a9-a823-1b872e510768)</w:t>
      </w:r>
    </w:p>
    <w:p>
      <w:pPr>
        <w:spacing w:after="40"/>
      </w:pPr>
      <w:r>
        <w:t>[22] Layer: Terrain: Dominant heights. 5 features (id d93b6fff-e88a-40a6-bbca-b9d78b84c494)</w:t>
      </w:r>
    </w:p>
    <w:p>
      <w:pPr>
        <w:spacing w:after="40"/>
      </w:pPr>
      <w:r>
        <w:t>[23] Layer: Terrain: Elevation (m). 0 features (id 3f517292-420a-44d8-a10f-8a8154a28560)</w:t>
      </w:r>
    </w:p>
    <w:p>
      <w:pPr>
        <w:spacing w:after="40"/>
      </w:pPr>
      <w:r>
        <w:t>[24] Layer: Terrain: Observers. 14 features (id f989287c-4dc6-4fab-9c66-43970381745a)</w:t>
      </w:r>
    </w:p>
    <w:p>
      <w:pPr>
        <w:spacing w:after="40"/>
      </w:pPr>
      <w:r>
        <w:t>[25] Layer: Terrain: Visible area. 1 features (id 18ddc658-de2c-4ce4-9cd1-75dc8609eb68)</w:t>
      </w:r>
    </w:p>
    <w:p>
      <w:pPr>
        <w:spacing w:after="40"/>
      </w:pPr>
      <w:r>
        <w:t>[26] Layer: Terrain: Observers that see each cell. 0 features (id 5b8c4ad6-a388-4fe3-8022-d4b7e99a432d)</w:t>
      </w:r>
    </w:p>
    <w:p>
      <w:pPr>
        <w:spacing w:after="40"/>
      </w:pPr>
      <w:r>
        <w:t>[27] Layer: Terrain: Viewshed. 0 features (id 62de0077-4ad4-4e11-a283-465424bf00e9)</w:t>
      </w:r>
    </w:p>
    <w:p>
      <w:pPr>
        <w:spacing w:after="40"/>
      </w:pPr>
      <w:r>
        <w:t>[28] Layer: Terrain: Landing points. 6 features (id a3dbcde4-6110-4029-8d1c-20f52328dc41)</w:t>
      </w:r>
    </w:p>
    <w:p>
      <w:pPr>
        <w:spacing w:after="40"/>
      </w:pPr>
      <w:r>
        <w:t>[29] Layer: Terrain: Landing zone candidates. 6 features (id f781e9c0-c2e3-4346-9fe2-9287a6473991)</w:t>
      </w:r>
    </w:p>
    <w:p>
      <w:pPr>
        <w:spacing w:after="40"/>
      </w:pPr>
      <w:r>
        <w:t>[30] Layer: Terrain: Clear ground radius (m). 0 features (id a502eb89-b29f-4656-a3b2-4d6515c5a474)</w:t>
      </w:r>
    </w:p>
    <w:p>
      <w:pPr>
        <w:spacing w:after="40"/>
      </w:pPr>
      <w:r>
        <w:t>[31] Layer: Terrain: Landing ground. 0 features (id 151a88df-55c5-415c-b3d4-3831e52b49a1)</w:t>
      </w:r>
    </w:p>
    <w:p>
      <w:pPr>
        <w:spacing w:after="40"/>
      </w:pPr>
      <w:r>
        <w:t>[32] Layer: Terrain: Best mineability areas. 15 features (id 42620538-31db-466b-981e-567e2df4b0fd)</w:t>
      </w:r>
    </w:p>
    <w:p>
      <w:pPr>
        <w:spacing w:after="40"/>
      </w:pPr>
      <w:r>
        <w:t>[33] Layer: Terrain: Mineability classes. 0 features (id 8f6dfcc8-cc16-488f-a7e7-c3b12d579f63)</w:t>
      </w:r>
    </w:p>
    <w:p>
      <w:pPr>
        <w:spacing w:after="40"/>
      </w:pPr>
      <w:r>
        <w:t>[34] Layer: Terrain: Mineability score (0-100). 0 features (id aae93c06-ce25-4155-8fd0-49fcb0ffb6c4)</w:t>
      </w:r>
    </w:p>
    <w:p>
      <w:pPr>
        <w:spacing w:after="40"/>
      </w:pPr>
      <w:r>
        <w:t>[35] Layer: Terrain: Site suitability classes. 0 features (id fada7569-f370-43ff-b45d-d3131aa78ae7)</w:t>
      </w:r>
    </w:p>
    <w:p>
      <w:pPr>
        <w:spacing w:after="40"/>
      </w:pPr>
      <w:r>
        <w:t>[36] Layer: Terrain: Site suitability score (0-100). 0 features (id 4410c716-1cbb-4ac7-998f-da034fc0efdc)</w:t>
      </w:r>
    </w:p>
    <w:p>
      <w:pPr>
        <w:spacing w:after="40"/>
      </w:pPr>
      <w:r>
        <w:t>[37] Layer: Terrain: Best buildability areas. 88 features (id 7b2f06a0-3d6e-4a69-b054-6e5d63780760)</w:t>
      </w:r>
    </w:p>
    <w:p>
      <w:pPr>
        <w:spacing w:after="40"/>
      </w:pPr>
      <w:r>
        <w:t>[38] Layer: Terrain: Buildability classes. 0 features (id 167a3ce8-6088-40f4-ba9b-f8df7813f6b8)</w:t>
      </w:r>
    </w:p>
    <w:p>
      <w:pPr>
        <w:spacing w:after="40"/>
      </w:pPr>
      <w:r>
        <w:t>[39] Layer: Terrain: Buildability score (0-100). 0 features (id 92c176c5-149d-4d11-950e-1243fd358dcb)</w:t>
      </w:r>
    </w:p>
    <w:p>
      <w:pPr>
        <w:spacing w:after="40"/>
      </w:pPr>
      <w:r>
        <w:t>[40] Layer: Terrain: LS factor. 0 features (id 0aa5d33c-dd82-4782-aa97-79613b1e2542)</w:t>
      </w:r>
    </w:p>
    <w:p>
      <w:pPr>
        <w:spacing w:after="40"/>
      </w:pPr>
      <w:r>
        <w:t>[41] Layer: Terrain: Erosion risk classes. 0 features (id f93e34df-402a-4a3a-bd15-bd0955227d99)</w:t>
      </w:r>
    </w:p>
    <w:p>
      <w:pPr>
        <w:spacing w:after="40"/>
      </w:pPr>
      <w:r>
        <w:t>[42] Layer: Terrain: Soil loss (t/ha/yr). 0 features (id fbb0b159-a47b-4d2e-8576-838bb2215592)</w:t>
      </w:r>
    </w:p>
    <w:p>
      <w:pPr>
        <w:spacing w:after="40"/>
      </w:pPr>
      <w:r>
        <w:t>[43] Layer: Terrain: Susceptibility classes. 0 features (id 9247930a-5e0c-4cf1-8b3f-da8ffe87e457)</w:t>
      </w:r>
    </w:p>
    <w:p>
      <w:pPr>
        <w:spacing w:after="40"/>
      </w:pPr>
      <w:r>
        <w:t>[44] Layer: Terrain: Susceptibility index (0-1). 0 features (id f77053eb-b7a3-4c4e-b8ed-eac8c303c8c3)</w:t>
      </w:r>
    </w:p>
    <w:p>
      <w:pPr>
        <w:spacing w:after="40"/>
      </w:pPr>
      <w:r>
        <w:t>[45] Layer: Terrain: Stability classes. 0 features (id 5ee7366e-c67d-471c-9964-55f8e97f6018)</w:t>
      </w:r>
    </w:p>
    <w:p>
      <w:pPr>
        <w:spacing w:after="40"/>
      </w:pPr>
      <w:r>
        <w:t>[46] Layer: Terrain: Factor of safety (capped at 100). 0 features (id 0defc732-305b-4016-adc0-373a1fb6c748)</w:t>
      </w:r>
    </w:p>
    <w:p>
      <w:pPr>
        <w:spacing w:after="40"/>
      </w:pPr>
      <w:r>
        <w:t>[47] Layer: Terrain: Solar siting class. 0 features (id 75e8529d-6f3c-4986-8c9a-e60d4674c38d)</w:t>
      </w:r>
    </w:p>
    <w:p>
      <w:pPr>
        <w:spacing w:after="40"/>
      </w:pPr>
      <w:r>
        <w:t>[48] Layer: Terrain: Sky view factor. 0 features (id 1dc6a918-a9a1-484a-be8d-39c89b7f11dc)</w:t>
      </w:r>
    </w:p>
    <w:p>
      <w:pPr>
        <w:spacing w:after="40"/>
      </w:pPr>
      <w:r>
        <w:t>[49] Layer: Terrain: Clear-sky insolation (kWh/m2/day). 0 features (id 0cbd6baf-f7bc-49be-8379-4ef999dd1f0e)</w:t>
      </w:r>
    </w:p>
    <w:p>
      <w:pPr>
        <w:spacing w:after="40"/>
      </w:pPr>
      <w:r>
        <w:t>[50] Layer: Terrain summits: Profile line. 1 features (id 9d1edd45-0c26-44db-985d-955857e358f9)</w:t>
      </w:r>
    </w:p>
    <w:p>
      <w:pPr>
        <w:spacing w:after="40"/>
      </w:pPr>
      <w:r>
        <w:t>[51] Layer: Terrain axis: Profile line. 1 features (id 1d44aafa-d0ac-4bb6-85ce-3d893c286eb4)</w:t>
      </w:r>
    </w:p>
    <w:p>
      <w:pPr>
        <w:spacing w:after="40"/>
      </w:pPr>
      <w:r>
        <w:t>[52] Layer: Terrain summits: Least-cost routes. 1 features (id 1bb99841-25a7-4802-b0a0-4cabed0d22f7)</w:t>
      </w:r>
    </w:p>
    <w:p>
      <w:pPr>
        <w:spacing w:after="40"/>
      </w:pPr>
      <w:r>
        <w:t>[53] Layer: Terrain axis: Least-cost routes. 1 features (id 085d0ea6-d9a7-4ac9-a3e8-67165f921ce7)</w:t>
      </w:r>
    </w:p>
    <w:p>
      <w:pPr>
        <w:spacing w:after="40"/>
      </w:pPr>
      <w:r>
        <w:t>[54] Layer: Terrain DH-2 DH-3: Sightline. 1 features (id 35ba4cc6-548b-475c-a59d-290599c14b11)</w:t>
      </w:r>
    </w:p>
    <w:p>
      <w:pPr>
        <w:spacing w:after="40"/>
      </w:pPr>
      <w:r>
        <w:t>[55] Layer: Terrain DH-1 DH-3: Ground visible from the observer. 3 features (id 8ceb14a6-3895-4a1e-8eff-e5770cb9b00a)</w:t>
      </w:r>
    </w:p>
    <w:p>
      <w:pPr>
        <w:spacing w:after="40"/>
      </w:pPr>
      <w:r>
        <w:t>[56] Layer: Terrain DH-1 DH-3: Sightline. 1 features (id 62150487-0000-47f0-8959-87abb535b4d4)</w:t>
      </w:r>
    </w:p>
    <w:p>
      <w:pPr>
        <w:spacing w:after="40"/>
      </w:pPr>
      <w:r>
        <w:t>[57] Layer: Terrain DH-1 DH-2: Sightline. 1 features (id 7a13753a-a774-4257-8844-dd85c323eace)</w:t>
      </w:r>
    </w:p>
    <w:p>
      <w:pPr>
        <w:spacing w:after="40"/>
      </w:pPr>
      <w:r>
        <w:t>[58] Layer: Terrain heights: Observers. 5 features (id 32c922b1-9175-47dd-9a6e-58ffc46de8db)</w:t>
      </w:r>
    </w:p>
    <w:p>
      <w:pPr>
        <w:spacing w:after="40"/>
      </w:pPr>
      <w:r>
        <w:t>[59] Layer: Terrain heights: Visible area. 5 features (id 5efef585-b670-412f-a7a6-92214959afe7)</w:t>
      </w:r>
    </w:p>
    <w:p>
      <w:pPr>
        <w:spacing w:after="40"/>
      </w:pPr>
      <w:r>
        <w:t>[60] Layer: Terrain heights: Observers that see each cell. 0 features (id 64fdf293-9192-49cc-b33a-efe921c493af)</w:t>
      </w:r>
    </w:p>
    <w:p>
      <w:pPr>
        <w:spacing w:after="40"/>
      </w:pPr>
      <w:r>
        <w:t>[61] Layer: Terrain heights: Viewshed. 0 features (id 86c25245-0060-45a6-836f-3ef6dff9547b)</w:t>
      </w:r>
    </w:p>
    <w:p>
      <w:pPr>
        <w:spacing w:after="40"/>
      </w:pPr>
      <w:r>
        <w:t>[62] Layer: Terrain: Avenues of approach. 3 features (id 38722c7d-2945-46be-897c-f79dccb0f815)</w:t>
      </w:r>
    </w:p>
    <w:p>
      <w:pPr>
        <w:spacing w:after="40"/>
      </w:pPr>
      <w:r>
        <w:t>[63] Layer: Terrain: Corridor constrictions. 3 features (id 80796dff-bc1e-46d5-9ccc-60b23a70d555)</w:t>
      </w:r>
    </w:p>
    <w:p>
      <w:pPr>
        <w:spacing w:after="40"/>
      </w:pPr>
      <w:r>
        <w:t>[64] Layer: Terrain: Key terrain candidates. 2 features (id 6957f7f1-3f48-4465-a66b-60326c71a3dc)</w:t>
      </w:r>
    </w:p>
    <w:p>
      <w:pPr>
        <w:spacing w:after="40"/>
      </w:pPr>
      <w:r>
        <w:t>[65] Layer: Terrain: Mobility corridors. 2 features (id d3352291-a9d8-4702-9ad7-012a3226cbec)</w:t>
      </w:r>
    </w:p>
    <w:p>
      <w:pPr>
        <w:spacing w:after="40"/>
      </w:pPr>
      <w:r>
        <w:t>[66] Layer: Terrain: Obstacles. 1 features (id 896700b6-0875-4060-9f97-29c8394bf9cb)</w:t>
      </w:r>
    </w:p>
    <w:p>
      <w:pPr>
        <w:spacing w:after="40"/>
      </w:pPr>
      <w:r>
        <w:t>[67] Layer: Terrain: MCOO going classes. 0 features (id 21004bff-2e9a-49dc-b95b-063324f5bef3)</w:t>
      </w:r>
    </w:p>
    <w:p>
      <w:pPr>
        <w:spacing w:after="40"/>
      </w:pPr>
      <w:r>
        <w:t>[68] Layer: Terrain tracked: Obstacles. 1 features (id 9a715b87-0631-435d-9a03-26a2c6f7b8ee)</w:t>
      </w:r>
    </w:p>
    <w:p>
      <w:pPr>
        <w:spacing w:after="40"/>
      </w:pPr>
      <w:r>
        <w:t>[69] Layer: Terrain tracked: Off-road speed (km/h). 0 features (id f1e6d12d-083d-45d3-8d37-dd3faf25126b)</w:t>
      </w:r>
    </w:p>
    <w:p>
      <w:pPr>
        <w:spacing w:after="40"/>
      </w:pPr>
      <w:r>
        <w:t>[70] Layer: Terrain tracked: Going (tracked). 0 features (id 7a6f7c8a-3133-4197-8784-549396e1f3ae)</w:t>
      </w:r>
    </w:p>
    <w:p>
      <w:pPr>
        <w:spacing w:after="40"/>
      </w:pPr>
      <w:r>
        <w:t>[71] Layer: Terrain wheeled: Obstacles. 10 features (id 5ac4471d-dc6b-41dd-bd11-8acbc710e545)</w:t>
      </w:r>
    </w:p>
    <w:p>
      <w:pPr>
        <w:spacing w:after="40"/>
      </w:pPr>
      <w:r>
        <w:t>[72] Layer: Terrain wheeled: Off-road speed (km/h). 0 features (id 9066583b-f244-4a65-bbdf-834718a7a6e6)</w:t>
      </w:r>
    </w:p>
    <w:p>
      <w:pPr>
        <w:spacing w:after="40"/>
      </w:pPr>
      <w:r>
        <w:t>[73] Layer: Terrain wheeled: Going (wheeled). 0 features (id be24b68c-e229-4940-8dbf-7561b5e88cdd)</w:t>
      </w:r>
    </w:p>
    <w:p>
      <w:pPr>
        <w:spacing w:after="40"/>
      </w:pPr>
      <w:r>
        <w:t>[74] Layer: Terrain dismounted: Obstacles. 1 features (id 4ffd4153-0241-4b2e-ad6f-7d2b21fcb3fd)</w:t>
      </w:r>
    </w:p>
    <w:p>
      <w:pPr>
        <w:spacing w:after="40"/>
      </w:pPr>
      <w:r>
        <w:t>[75] Layer: Terrain dismounted: Off-road speed (km/h). 0 features (id 3452ea58-133e-4dbf-bd4a-61af08722e64)</w:t>
      </w:r>
    </w:p>
    <w:p>
      <w:pPr>
        <w:spacing w:after="40"/>
      </w:pPr>
      <w:r>
        <w:t>[76] Layer: Terrain dismounted: Going (dismounted). 0 features (id df7be58c-68e7-48bc-aa54-c5b589252ea4)</w:t>
      </w:r>
    </w:p>
    <w:p>
      <w:pPr>
        <w:spacing w:after="40"/>
      </w:pPr>
      <w:r>
        <w:t>[77] Layer: Terrain: Flood-prone areas. 2 features (id bbec8b91-0c84-4b01-bcfe-882f1a12c3d3)</w:t>
      </w:r>
    </w:p>
    <w:p>
      <w:pPr>
        <w:spacing w:after="40"/>
      </w:pPr>
      <w:r>
        <w:t>[78] Layer: Terrain: Streams (Strahler order). 9 features (id ae2ad116-df6d-46ec-b7c2-2309fd59e051)</w:t>
      </w:r>
    </w:p>
    <w:p>
      <w:pPr>
        <w:spacing w:after="40"/>
      </w:pPr>
      <w:r>
        <w:t>[79] Layer: Terrain: Flood-prone ground (within 3 m of the stream). 0 features (id fddf365d-48f5-4763-94d4-a69e88ed7035)</w:t>
      </w:r>
    </w:p>
    <w:p>
      <w:pPr>
        <w:spacing w:after="40"/>
      </w:pPr>
      <w:r>
        <w:t>[80] Layer: Terrain: Height above the nearest stream (m). 0 features (id defa1a6b-f74b-4017-ae93-d3ca8fbed01f)</w:t>
      </w:r>
    </w:p>
    <w:p>
      <w:pPr>
        <w:spacing w:after="40"/>
      </w:pPr>
      <w:r>
        <w:t>[81] Layer: Terrain: Pour points (snapped). 3 features (id 61ab154d-764b-4fb2-a6ee-6efa2a06baa1)</w:t>
      </w:r>
    </w:p>
    <w:p>
      <w:pPr>
        <w:spacing w:after="40"/>
      </w:pPr>
      <w:r>
        <w:t>[82] Layer: Terrain: Watershed boundaries. 3 features (id a3b6c484-70b1-4b79-be22-a4689654f971)</w:t>
      </w:r>
    </w:p>
    <w:p>
      <w:pPr>
        <w:spacing w:after="40"/>
      </w:pPr>
      <w:r>
        <w:t>[83] Layer: Terrain: Watersheds. 0 features (id 4e35e49c-bbfa-41b6-b679-73f720c483c5)</w:t>
      </w:r>
    </w:p>
    <w:p>
      <w:pPr>
        <w:spacing w:after="40"/>
      </w:pPr>
      <w:r>
        <w:t>[84] Layer: Terrain: Pour points. 3 features (id 505eb291-4960-47ac-bb6d-0f447f86be86)</w:t>
      </w:r>
    </w:p>
    <w:p>
      <w:pPr>
        <w:spacing w:after="40"/>
      </w:pPr>
      <w:r>
        <w:t>[85] Layer: Terrain: Streams (Strahler order). 9 features (id 4f51959e-b9f0-4789-9a40-24f1944eb354)</w:t>
      </w:r>
    </w:p>
    <w:p>
      <w:pPr>
        <w:spacing w:after="40"/>
      </w:pPr>
      <w:r>
        <w:t>[86] Layer: Terrain: Flow direction (D8). 0 features (id 8daeb001-8892-4845-946c-75f45772debc)</w:t>
      </w:r>
    </w:p>
    <w:p>
      <w:pPr>
        <w:spacing w:after="40"/>
      </w:pPr>
      <w:r>
        <w:t>[87] Layer: Terrain: Flow accumulation (upstream cells). 0 features (id e1a59966-084b-462b-80ad-dd4874c8356d)</w:t>
      </w:r>
    </w:p>
    <w:p>
      <w:pPr>
        <w:spacing w:after="40"/>
      </w:pPr>
      <w:r>
        <w:t>[88] Layer: Terrain: Terrain masking (cover). 5 features (id f39caaee-bbc0-4230-8965-65be5471749e)</w:t>
      </w:r>
    </w:p>
    <w:p>
      <w:pPr>
        <w:spacing w:after="40"/>
      </w:pPr>
      <w:r>
        <w:t>[89] Layer: Terrain: Open flat ground. 9 features (id 68022fea-12f0-4a9e-95b1-13c025b99a30)</w:t>
      </w:r>
    </w:p>
    <w:p>
      <w:pPr>
        <w:spacing w:after="40"/>
      </w:pPr>
      <w:r>
        <w:t>[90] Layer: Terrain: Observation points. 2 features (id 3194d737-204b-4e37-a010-0e821e7b4828)</w:t>
      </w:r>
    </w:p>
    <w:p>
      <w:pPr>
        <w:spacing w:after="40"/>
      </w:pPr>
      <w:r>
        <w:t>[91] Layer: Terrain: Ridges. 36 features (id f133289a-cd9d-4992-a635-256a798ea09c)</w:t>
      </w:r>
    </w:p>
    <w:p>
      <w:pPr>
        <w:spacing w:after="40"/>
      </w:pPr>
      <w:r>
        <w:t>[92] Layer: Terrain: Ravines. 5 features (id aec08b2e-c20d-4f44-9b23-9c5492eb97d2)</w:t>
      </w:r>
    </w:p>
    <w:p>
      <w:pPr>
        <w:spacing w:after="40"/>
      </w:pPr>
      <w:r>
        <w:t>[93] Layer: Terrain: Landforms (geomorphons). 0 features (id 303cf40d-d75f-429b-b349-339e6d883e3f)</w:t>
      </w:r>
    </w:p>
    <w:p>
      <w:pPr>
        <w:spacing w:after="40"/>
      </w:pPr>
      <w:r>
        <w:t>[94] Layer: Terrain: Topographic position (m). 0 features (id a094fca5-4fb3-45d4-b3ba-10735382cc9a)</w:t>
      </w:r>
    </w:p>
    <w:p>
      <w:pPr>
        <w:spacing w:after="40"/>
      </w:pPr>
      <w:r>
        <w:t>[95] Layer: Terrain: Terrain ruggedness (m). 0 features (id 05567d4d-f893-4f4a-bd5a-664f0b1b52ff)</w:t>
      </w:r>
    </w:p>
    <w:p>
      <w:pPr>
        <w:spacing w:after="40"/>
      </w:pPr>
      <w:r>
        <w:t>[96] Layer: Terrain: Total curvature. 0 features (id 184c848f-d5b6-4ce0-82dd-6a20b3fa5e7c)</w:t>
      </w:r>
    </w:p>
    <w:p>
      <w:pPr>
        <w:spacing w:after="40"/>
      </w:pPr>
      <w:r>
        <w:t>[97] Layer: Terrain: Hillshade. 0 features (id 6414263d-2c27-4b12-8d22-61218b247920)</w:t>
      </w:r>
    </w:p>
    <w:p>
      <w:pPr>
        <w:spacing w:after="40"/>
      </w:pPr>
      <w:r>
        <w:t>[98] Layer: Terrain: Aspect (degrees from north). 0 features (id cbf8a9da-b18a-4be0-9918-2b1328a7b24e)</w:t>
      </w:r>
    </w:p>
    <w:p>
      <w:pPr>
        <w:spacing w:after="40"/>
      </w:pPr>
      <w:r>
        <w:t>[99] Layer: Terrain: Slope (degrees). 0 features (id 28f58e4d-77f7-4cf4-b77a-6f8e30b37c08)</w:t>
      </w:r>
    </w:p>
    <w:p>
      <w:pPr>
        <w:spacing w:after="40"/>
      </w:pPr>
      <w:r>
        <w:t>[100] Layer: Terrain: Contours (100 m). 24 features (id 784acbdd-110f-4071-8962-cb1bb55db4ab)</w:t>
      </w:r>
    </w:p>
    <w:p>
      <w:pPr>
        <w:spacing w:after="40"/>
      </w:pPr>
      <w:r>
        <w:t>[101] Rendering: Map: Terrain: elevation with hillshade. view longitude -75.64315 to -75.51915, latitude 6.19713 to 6.2889 (id 1a55a586-08b9-48ef-8394-60ebe5810caa)</w:t>
      </w:r>
    </w:p>
    <w:p>
      <w:pPr>
        <w:spacing w:after="40"/>
      </w:pPr>
      <w:r>
        <w:t>[102] Rendering: Map: Terrain: slope. view longitude -75.64315 to -75.51915, latitude 6.19713 to 6.2889 (id e367626d-33f0-474e-a3c5-7f7df78baf23)</w:t>
      </w:r>
    </w:p>
    <w:p>
      <w:pPr>
        <w:spacing w:after="40"/>
      </w:pPr>
      <w:r>
        <w:t>[103] Rendering: Map: Terrain analysis. view longitude -75.64065 to -75.5217, latitude 6.19781 to 6.28844 (id 17b1e367-da99-4c29-8d63-55019bab1519)</w:t>
      </w:r>
    </w:p>
    <w:p>
      <w:pPr>
        <w:spacing w:after="40"/>
      </w:pPr>
      <w:r>
        <w:t>[104] Rendering: Map: Terrain: aspect. view longitude -75.64315 to -75.51915, latitude 6.19713 to 6.2889 (id f3d0f6f5-faa7-415b-a844-0f991cdfacee)</w:t>
      </w:r>
    </w:p>
    <w:p>
      <w:pPr>
        <w:spacing w:after="40"/>
      </w:pPr>
      <w:r>
        <w:t>[105] Rendering: Map: Terrain analysis (continued 1). view longitude -75.64065 to -75.5217, latitude 6.19781 to 6.28844 (id c371665a-b095-4e3a-9dbd-b90616d502af)</w:t>
      </w:r>
    </w:p>
    <w:p>
      <w:pPr>
        <w:spacing w:after="40"/>
      </w:pPr>
      <w:r>
        <w:t>[106] Rendering: Map: Terrain: landforms. view longitude -75.64315 to -75.51915, latitude 6.19713 to 6.2889 (id a1cf8031-52a6-4b15-b4ee-cf3e745eed10)</w:t>
      </w:r>
    </w:p>
    <w:p>
      <w:pPr>
        <w:spacing w:after="40"/>
      </w:pPr>
      <w:r>
        <w:t>[107] Rendering: Map: Terrain analysis (continued 2). view longitude -75.64065 to -75.5217, latitude 6.19781 to 6.28844 (id 9225fa02-4d53-4a57-a87e-d2d52cdff29f)</w:t>
      </w:r>
    </w:p>
    <w:p>
      <w:pPr>
        <w:spacing w:after="40"/>
      </w:pPr>
      <w:r>
        <w:t>[108] Rendering: Map: Terrain: hydrology. view longitude -75.64315 to -75.51915, latitude 6.19713 to 6.2889 (id 2f2a9897-e572-46d7-8666-eda1b3283a51)</w:t>
      </w:r>
    </w:p>
    <w:p>
      <w:pPr>
        <w:spacing w:after="40"/>
      </w:pPr>
      <w:r>
        <w:t>[109] Rendering: Map: Terrain analysis (continued 3). view longitude -75.64065 to -75.5217, latitude 6.19781 to 6.28844 (id 2384cdfc-e122-405a-b7b9-eb755e0b41dd)</w:t>
      </w:r>
    </w:p>
    <w:p>
      <w:pPr>
        <w:spacing w:after="40"/>
      </w:pPr>
      <w:r>
        <w:t>[110] Rendering: Map: Terrain: mobility. view longitude -75.64315 to -75.51915, latitude 6.19713 to 6.2889 (id 3a0e5b65-f602-4b5b-a480-c341031d67aa)</w:t>
      </w:r>
    </w:p>
    <w:p>
      <w:pPr>
        <w:spacing w:after="40"/>
      </w:pPr>
      <w:r>
        <w:t>[111] Rendering: Map: Terrain analysis (continued 4). view longitude -75.64065 to -75.5217, latitude 6.19781 to 6.28844 (id b02cbe2a-0579-4df1-9e34-3aca3d025707)</w:t>
      </w:r>
    </w:p>
    <w:p>
      <w:pPr>
        <w:spacing w:after="40"/>
      </w:pPr>
      <w:r>
        <w:t>[112] Rendering: Map: Terrain: key terrain. view longitude -75.64315 to -75.51915, latitude 6.19713 to 6.2889 (id 78652fff-41b3-4808-b141-c8afd1f0f5ae)</w:t>
      </w:r>
    </w:p>
    <w:p>
      <w:pPr>
        <w:spacing w:after="40"/>
      </w:pPr>
      <w:r>
        <w:t>[113] Rendering: Map: Terrain analysis (continued 5). view longitude -75.64065 to -75.5217, latitude 6.19781 to 6.28844 (id bf0e1f38-c356-46a1-9899-55b1d6b2bec3)</w:t>
      </w:r>
    </w:p>
    <w:p>
      <w:pPr>
        <w:spacing w:after="40"/>
      </w:pPr>
      <w:r>
        <w:t>[114] Rendering: Map: Terrain analysis (continued 6). view longitude -75.64065 to -75.5217, latitude 6.19781 to 6.28844 (id 0ebee3ff-88a7-431e-aec0-877d9eae8f13)</w:t>
      </w:r>
    </w:p>
    <w:p>
      <w:pPr>
        <w:spacing w:after="40"/>
      </w:pPr>
      <w:r>
        <w:t>[115] Rendering: Map: Terrain analysis (continued 7). view longitude -75.64065 to -75.5217, latitude 6.19781 to 6.28844 (id 230dc29c-dfd0-4a9c-8e10-f9cc3b0f087f)</w:t>
      </w:r>
    </w:p>
    <w:p>
      <w:pPr>
        <w:spacing w:after="40"/>
      </w:pPr>
      <w:r>
        <w:t>[116] Rendering: Map: Terrain analysis (continued 8). view longitude -75.64065 to -75.5217, latitude 6.19781 to 6.28844 (id c55d5fbe-283d-41b2-9e3f-e8a5725b9b6d)</w:t>
      </w:r>
    </w:p>
    <w:p>
      <w:pPr>
        <w:spacing w:after="40"/>
      </w:pPr>
      <w:r>
        <w:t>[117] Rendering: Map: Terrain analysis (continued 9). view longitude -75.64065 to -75.5217, latitude 6.19781 to 6.28844 (id f44f3325-57c0-4565-85c9-ee10b006b0d0)</w:t>
      </w:r>
    </w:p>
    <w:p>
      <w:pPr>
        <w:spacing w:after="40"/>
      </w:pPr>
      <w:r>
        <w:t>[118] Rendering: Map: Terrain analysis (continued 10). view longitude -75.64065 to -75.5217, latitude 6.19781 to 6.28844 (id 24fa41e2-50de-4ff2-81b1-84619bfb79d0)</w:t>
      </w:r>
    </w:p>
    <w:p>
      <w:pPr>
        <w:spacing w:after="40"/>
      </w:pPr>
      <w:r>
        <w:t>[119] Rendering: Map: Terrain analysis (continued 11). view longitude -75.64065 to -75.5217, latitude 6.19781 to 6.28844 (id 802a2bb2-78be-4a34-a6b2-b3a59449bcc0)</w:t>
      </w:r>
    </w:p>
    <w:p>
      <w:pPr>
        <w:spacing w:after="40"/>
      </w:pPr>
      <w:r>
        <w:t>[120] Rendering: Map: Terrain analysis (continued 12). view longitude -75.64065 to -75.5217, latitude 6.19781 to 6.28844 (id 1fb407ca-f534-4586-8978-fd4047e77b80)</w:t>
      </w:r>
    </w:p>
    <w:p>
      <w:pPr>
        <w:spacing w:after="40"/>
      </w:pPr>
      <w:r>
        <w:t>[121] Rendering: Map: Terrain analysis (continued 13). view longitude -75.64065 to -75.5217, latitude 6.19781 to 6.28844 (id e6981d1b-7da7-41fe-8b99-997aa0b201ea)</w:t>
      </w:r>
    </w:p>
    <w:p>
      <w:pPr>
        <w:spacing w:after="40"/>
      </w:pPr>
      <w:r>
        <w:t>[122] Rendering: Map: Terrain analysis (continued 14). view longitude -75.64065 to -75.5217, latitude 6.19781 to 6.28844 (id f83927da-5fed-4d09-8ce6-cb534dccc254)</w:t>
      </w:r>
    </w:p>
    <w:p>
      <w:pPr>
        <w:spacing w:after="40"/>
      </w:pPr>
      <w:r>
        <w:t>[123] Rendering: Map: Terrain analysis (continued 15). view longitude -75.64065 to -75.5217, latitude 6.19781 to 6.28844 (id b5b3491b-6988-43e9-830d-951ba5bea359)</w:t>
      </w:r>
    </w:p>
    <w:p>
      <w:pPr>
        <w:spacing w:after="40"/>
      </w:pPr>
      <w:r>
        <w:t>[124] Rendering: Map: Terrain analysis (continued 16). view longitude -75.64065 to -75.5217, latitude 6.19781 to 6.28844 (id d7455844-c707-433c-b9d5-b58a26da33aa)</w:t>
      </w:r>
    </w:p>
    <w:p>
      <w:pPr>
        <w:spacing w:after="40"/>
      </w:pPr>
      <w:r>
        <w:t>[125] Rendering: Map: Terrain analysis (continued 17). view longitude -75.64065 to -75.5217, latitude 6.19781 to 6.28844 (id e50baa1f-836f-4b88-93a5-29a931fc6c53)</w:t>
      </w:r>
    </w:p>
    <w:p>
      <w:pPr>
        <w:spacing w:after="40"/>
      </w:pPr>
      <w:r>
        <w:t>[126] Rendering: Map: Terrain analysis (continued 18). view longitude -75.64065 to -75.5217, latitude 6.19781 to 6.28844 (id 9cbcb4d0-93fb-4b3d-b9f3-f1673ff2bdce)</w:t>
      </w:r>
    </w:p>
    <w:p>
      <w:pPr>
        <w:spacing w:after="40"/>
      </w:pPr>
      <w:r>
        <w:t>[127] Rendering: Map: Terrain analysis (continued 19). view longitude -75.64065 to -75.5217, latitude 6.19781 to 6.28844 (id 8668638e-0be1-4b36-8bc0-ebe3ed12a8ca)</w:t>
      </w:r>
    </w:p>
    <w:p>
      <w:pPr>
        <w:spacing w:after="40"/>
      </w:pPr>
      <w:r>
        <w:t>[128] Rendering: Map: Terrain analysis (continued 20). view longitude -75.64065 to -75.5217, latitude 6.19781 to 6.28844 (id 069405a3-9110-4fde-97b5-36ae343bf384)</w:t>
      </w:r>
    </w:p>
    <w:p>
      <w:pPr>
        <w:spacing w:after="40"/>
      </w:pPr>
      <w:r>
        <w:t>[129] Rendering: Map: Terrain analysis (continued 21). view longitude -75.64065 to -75.5217, latitude 6.19781 to 6.28844 (id 62bdae43-4db7-42c5-ab4a-7c5d32a4e2be)</w:t>
      </w:r>
    </w:p>
    <w:p>
      <w:pPr>
        <w:spacing w:after="40"/>
      </w:pPr>
      <w:r>
        <w:t>[130] Rendering: Map: Terrain analysis (continued 22). view longitude -75.64065 to -75.5217, latitude 6.19781 to 6.28844 (id 1a560ccb-5eea-4758-aeee-d323f59f07cf)</w:t>
      </w:r>
    </w:p>
    <w:p>
      <w:pPr>
        <w:spacing w:after="40"/>
      </w:pPr>
      <w:r>
        <w:t>[131] Rendering: Chart: Hypsometric curve. 20 rows (id e5e031e5-fc02-4cb9-87c4-5d657093c91a)</w:t>
      </w:r>
    </w:p>
    <w:p>
      <w:pPr>
        <w:spacing w:after="40"/>
      </w:pPr>
      <w:r>
        <w:t>[132] Rendering: Chart: Slope distribution. 6 rows (id 9e56295d-88cd-44cd-8630-08e4936f60f3)</w:t>
      </w:r>
    </w:p>
    <w:p>
      <w:pPr>
        <w:spacing w:after="40"/>
      </w:pPr>
      <w:r>
        <w:t>[133] Rendering: Chart: Aspect rose. 8 rows (id ea79b51a-29a9-4135-954e-7c28dbd95d8a)</w:t>
      </w:r>
    </w:p>
    <w:p>
      <w:pPr>
        <w:spacing w:after="40"/>
      </w:pPr>
      <w:r>
        <w:t>[134] Rendering: Chart: Elevation along the routes. 320 rows (id 3be8815f-cfea-46fc-a28f-62e660c15cba)</w:t>
      </w:r>
    </w:p>
    <w:p>
      <w:pPr>
        <w:spacing w:after="40"/>
      </w:pPr>
      <w:r>
        <w:t>[135] Rendering: Chart: Terrain: Contours (100 m). 6 rows (id 01c2cc92-53f2-4435-8711-dda67b22e869)</w:t>
      </w:r>
    </w:p>
    <w:p>
      <w:pPr>
        <w:spacing w:after="40"/>
      </w:pPr>
      <w:r>
        <w:t>[136] Rendering: Chart: Terrain: Ravines. 5 rows (id 4e03ace2-b9e2-46ed-b1a7-71820529b500)</w:t>
      </w:r>
    </w:p>
    <w:p>
      <w:pPr>
        <w:spacing w:after="40"/>
      </w:pPr>
      <w:r>
        <w:t>[137] Rendering: Chart: Terrain: Ridges. 7 rows (id c282ba67-7757-491c-8311-61156f46a608)</w:t>
      </w:r>
    </w:p>
    <w:p>
      <w:pPr>
        <w:spacing w:after="40"/>
      </w:pPr>
      <w:r>
        <w:t>[138] Rendering: Chart: Terrain: Observation points. 5 rows (id f3f92aaf-c3bf-497b-8961-18292fdb6869)</w:t>
      </w:r>
    </w:p>
    <w:p>
      <w:pPr>
        <w:spacing w:after="40"/>
      </w:pPr>
      <w:r>
        <w:t>[139] Rendering: Chart: Terrain: Open flat ground. 5 rows (id df6bd9ba-3233-44c6-a4c7-4ba1d0c46a07)</w:t>
      </w:r>
    </w:p>
    <w:p>
      <w:pPr>
        <w:spacing w:after="40"/>
      </w:pPr>
      <w:r>
        <w:t>[140] Rendering: Chart: Terrain: Terrain masking (cover). 5 rows (id 44151c22-2981-4dce-b555-94fc23861a86)</w:t>
      </w:r>
    </w:p>
    <w:p>
      <w:pPr>
        <w:spacing w:after="40"/>
      </w:pPr>
      <w:r>
        <w:t>[141] Rendering: Chart: Terrain: Streams (Strahler order). 5 rows (id 2a91dabb-7741-4c6d-a953-dd41be0eb7f4)</w:t>
      </w:r>
    </w:p>
    <w:p>
      <w:pPr>
        <w:spacing w:after="40"/>
      </w:pPr>
      <w:r>
        <w:t>[142] Rendering: Chart: Terrain: Pour points. 5 rows (id 83cccd9d-ff05-4043-835b-2b956cf291d6)</w:t>
      </w:r>
    </w:p>
    <w:p>
      <w:pPr>
        <w:spacing w:after="40"/>
      </w:pPr>
      <w:r>
        <w:t>[143] Rendering: Chart: Terrain: Watershed boundaries. 5 rows (id c04b02b6-a9d5-4d02-b1a8-a7d581efe53a)</w:t>
      </w:r>
    </w:p>
    <w:p>
      <w:pPr>
        <w:spacing w:after="40"/>
      </w:pPr>
      <w:r>
        <w:t>[144] Rendering: Chart: Terrain: Pour points (snapped). 5 rows (id 4ad65baf-6ca5-48ef-a60d-f752da6b06a6)</w:t>
      </w:r>
    </w:p>
    <w:p>
      <w:pPr>
        <w:spacing w:after="40"/>
      </w:pPr>
      <w:r>
        <w:t>[145] Rendering: Chart: Terrain: Streams (Strahler order). 5 rows (id c4acc103-388c-4428-8130-42fad2e589d2)</w:t>
      </w:r>
    </w:p>
    <w:p>
      <w:pPr>
        <w:spacing w:after="40"/>
      </w:pPr>
      <w:r>
        <w:t>[146] Rendering: Chart: Terrain: Flood-prone areas. 5 rows (id d5427c83-38af-44db-808b-4ac1fb19a766)</w:t>
      </w:r>
    </w:p>
    <w:p>
      <w:pPr>
        <w:spacing w:after="40"/>
      </w:pPr>
      <w:r>
        <w:t>[147] Rendering: Chart: Terrain dismounted: Obstacles. 1 rows (id 7561de58-e199-4e8c-9875-611f6a05acfb)</w:t>
      </w:r>
    </w:p>
    <w:p>
      <w:pPr>
        <w:spacing w:after="40"/>
      </w:pPr>
      <w:r>
        <w:t>[148] Rendering: Chart: Terrain wheeled: Obstacles. 5 rows (id 4b3a6bcf-1f20-4e7e-b923-5ffc7f78cdb1)</w:t>
      </w:r>
    </w:p>
    <w:p>
      <w:pPr>
        <w:spacing w:after="40"/>
      </w:pPr>
      <w:r>
        <w:t>[149] Rendering: Chart: Terrain tracked: Obstacles. 1 rows (id 121102d0-e17f-44d3-bb0d-1f2f8cf2e480)</w:t>
      </w:r>
    </w:p>
    <w:p>
      <w:pPr>
        <w:spacing w:after="40"/>
      </w:pPr>
      <w:r>
        <w:t>[150] Rendering: Chart: Terrain: Obstacles. 1 rows (id d236e46a-f034-4ee6-ba72-f7483db75579)</w:t>
      </w:r>
    </w:p>
    <w:p>
      <w:pPr>
        <w:spacing w:after="40"/>
      </w:pPr>
      <w:r>
        <w:t>[151] Rendering: Chart: Terrain: Mobility corridors. 5 rows (id a0ac7a6a-1d24-40e8-b519-fe80a4d54871)</w:t>
      </w:r>
    </w:p>
    <w:p>
      <w:pPr>
        <w:spacing w:after="40"/>
      </w:pPr>
      <w:r>
        <w:t>[152] Rendering: Chart: Terrain: Key terrain candidates. 5 rows (id 94071a58-9bb4-47dd-8b89-190cc477165a)</w:t>
      </w:r>
    </w:p>
    <w:p>
      <w:pPr>
        <w:spacing w:after="40"/>
      </w:pPr>
      <w:r>
        <w:t>[153] Rendering: Chart: Terrain: Corridor constrictions. 5 rows (id 255dd26d-18c1-44bd-8c77-488f910e1809)</w:t>
      </w:r>
    </w:p>
    <w:p>
      <w:pPr>
        <w:spacing w:after="40"/>
      </w:pPr>
      <w:r>
        <w:t>[154] Rendering: Chart: Terrain: Avenues of approach. 5 rows (id 51114a23-313d-4f25-8cba-c310a877a2a6)</w:t>
      </w:r>
    </w:p>
    <w:p>
      <w:pPr>
        <w:spacing w:after="40"/>
      </w:pPr>
      <w:r>
        <w:t>[155] Rendering: Chart: Terrain heights: Visible area. 5 rows (id 7b30b248-a730-42d1-8015-680b8291f70f)</w:t>
      </w:r>
    </w:p>
    <w:p>
      <w:pPr>
        <w:spacing w:after="40"/>
      </w:pPr>
      <w:r>
        <w:t>[156] Rendering: Chart: Terrain heights: Observers. 5 rows (id fb99e9c1-de50-4fb4-9dc3-051eb48e997c)</w:t>
      </w:r>
    </w:p>
    <w:p>
      <w:pPr>
        <w:spacing w:after="40"/>
      </w:pPr>
      <w:r>
        <w:t>[157] Rendering: Chart: Terrain DH-1 DH-2: Sightline. 1 rows (id 5c53666c-3441-46e3-9e48-e4feeecb39e5)</w:t>
      </w:r>
    </w:p>
    <w:p>
      <w:pPr>
        <w:spacing w:after="40"/>
      </w:pPr>
      <w:r>
        <w:t>[158] Rendering: Chart: Terrain DH-1 DH-3: Sightline. 1 rows (id 20e635e4-e358-4922-a084-88d129ff5689)</w:t>
      </w:r>
    </w:p>
    <w:p>
      <w:pPr>
        <w:spacing w:after="40"/>
      </w:pPr>
      <w:r>
        <w:t>[159] Rendering: Chart: Terrain DH-1 DH-3: Ground visible from the observer. 5 rows (id 2159c102-cbc9-4ad5-a08e-2a88bd6d86f1)</w:t>
      </w:r>
    </w:p>
    <w:p>
      <w:pPr>
        <w:spacing w:after="40"/>
      </w:pPr>
      <w:r>
        <w:t>[160] Rendering: Chart: Terrain DH-2 DH-3: Sightline. 1 rows (id ac505eb5-36f8-4ef2-9e91-3b401e3166af)</w:t>
      </w:r>
    </w:p>
    <w:p>
      <w:pPr>
        <w:spacing w:after="40"/>
      </w:pPr>
      <w:r>
        <w:t>[161] Rendering: Chart: Terrain axis: Least-cost routes. 1 rows (id 1f375261-a96e-498a-a51d-3384f3820951)</w:t>
      </w:r>
    </w:p>
    <w:p>
      <w:pPr>
        <w:spacing w:after="40"/>
      </w:pPr>
      <w:r>
        <w:t>[162] Rendering: Chart: Terrain summits: Least-cost routes. 1 rows (id 1944914b-522c-472d-a4e1-dcd491d602fb)</w:t>
      </w:r>
    </w:p>
    <w:p>
      <w:pPr>
        <w:spacing w:after="40"/>
      </w:pPr>
      <w:r>
        <w:t>[163] Rendering: Chart: Terrain axis: Profile line. 1 rows (id 376d8c3d-7f91-47fc-b87a-895adeef2e97)</w:t>
      </w:r>
    </w:p>
    <w:p>
      <w:pPr>
        <w:spacing w:after="40"/>
      </w:pPr>
      <w:r>
        <w:t>[164] Rendering: Chart: Terrain summits: Profile line. 1 rows (id 79107e73-e3c6-4174-8be5-189b8ab90821)</w:t>
      </w:r>
    </w:p>
    <w:p>
      <w:pPr>
        <w:spacing w:after="40"/>
      </w:pPr>
      <w:r>
        <w:t>[165] Rendering: Chart: Terrain: Best buildability areas. 8 rows (id efee82a2-3a52-48cb-9b63-03421804a245)</w:t>
      </w:r>
    </w:p>
    <w:p>
      <w:pPr>
        <w:spacing w:after="40"/>
      </w:pPr>
      <w:r>
        <w:t>[166] Rendering: Chart: Terrain: Best mineability areas. 5 rows (id a476b743-7d5a-4e7c-8c67-31dbcac5f050)</w:t>
      </w:r>
    </w:p>
    <w:p>
      <w:pPr>
        <w:spacing w:after="40"/>
      </w:pPr>
      <w:r>
        <w:t>[167] Rendering: Chart: Terrain: Landing zone candidates. 5 rows (id 16ec1cfc-0ab4-46ea-a960-c25fb40c1acc)</w:t>
      </w:r>
    </w:p>
    <w:p>
      <w:pPr>
        <w:spacing w:after="40"/>
      </w:pPr>
      <w:r>
        <w:t>[168] Rendering: Chart: Terrain: Landing points. 1 rows (id b37e1a53-ceb1-4f50-8480-589f80216381)</w:t>
      </w:r>
    </w:p>
    <w:p>
      <w:pPr>
        <w:spacing w:after="40"/>
      </w:pPr>
      <w:r>
        <w:t>[169] Rendering: Chart: Terrain: Visible area. 1 rows (id e633ba07-0df1-4653-b4cb-76c8c22ce74c)</w:t>
      </w:r>
    </w:p>
    <w:p>
      <w:pPr>
        <w:spacing w:after="40"/>
      </w:pPr>
      <w:r>
        <w:t>[170] Rendering: Chart: Terrain: Observers. 5 rows (id bbfd6010-ac3a-4f26-a278-f13d47371c97)</w:t>
      </w:r>
    </w:p>
    <w:p>
      <w:pPr>
        <w:spacing w:after="40"/>
      </w:pPr>
      <w:r>
        <w:t>[171] Rendering: Chart: Terrain: Dominant heights. 5 rows (id e9d2c4dd-f36f-4fc1-b56a-17438ee9ccc0)</w:t>
      </w:r>
    </w:p>
    <w:p>
      <w:pPr>
        <w:spacing w:after="40"/>
      </w:pPr>
      <w:r>
        <w:t>[172] Catalog: Zonal statistics (analysis catalog, rs_zonal_statistics). count/min/max/mean/std/sum/median/majority per polygon as a table and as GeoJSON. ArcGIS: Zonal Statistics as Table (polygons). (id rs_zonal_statistics)</w:t>
      </w:r>
    </w:p>
    <w:p>
      <w:pPr>
        <w:spacing w:after="40"/>
      </w:pPr>
      <w:r>
        <w:t>[173] Plan: Zonal statistics of Valley terrain model (DEM) and Neighborhoods (the Start plan's candidate c_68a579bec9c4). Statistics of Valley terrain model (DEM) inside each feature of Neighborhoods. (id a00dee40-3e85-4150-a19d-0a3dc31dc346:c_68a579bec9c4)</w:t>
      </w:r>
    </w:p>
    <w:p>
      <w:pPr>
        <w:spacing w:after="40"/>
      </w:pPr>
      <w:r>
        <w:t>[174] Tool result: rs_zonal_statistics, step 1. Zonal statistics: 16 row(s). zones 16. (id 419ad273-47a0-406b-98dd-70082059be86:1)</w:t>
      </w:r>
    </w:p>
    <w:p>
      <w:pPr>
        <w:spacing w:after="40"/>
      </w:pPr>
      <w:r>
        <w:t>[175] Catalog: Slope (analysis catalog, tr_slope). Horn slope in degrees or percent, with the share of ground in six grade classes. ArcGIS: Slope (Spatial Analyst). QGIS: Slope (GDAL DEM). (id tr_slope)</w:t>
      </w:r>
    </w:p>
    <w:p>
      <w:pPr>
        <w:spacing w:after="40"/>
      </w:pPr>
      <w:r>
        <w:t>[176] Plan: Slope of Valley terrain model (DEM) (the Start plan's candidate c_11fca56bf708). Slope of the Valley terrain model (DEM) surface. (id a00dee40-3e85-4150-a19d-0a3dc31dc346:c_11fca56bf708)</w:t>
      </w:r>
    </w:p>
    <w:p>
      <w:pPr>
        <w:spacing w:after="40"/>
      </w:pPr>
      <w:r>
        <w:t>[177] Tool result: tr_slope, step 2. Slope over 72.09 km2: mean 13.16 degrees, max 38.63 degrees; 92% of the ground is steeper than 15%. DEM: Valley terrain model (DEM) at 30 m. Verified: 2 checks passed. (id 419ad273-47a0-406b-98dd-70082059be86:2)</w:t>
      </w:r>
    </w:p>
    <w:p>
      <w:pPr>
        <w:spacing w:after="40"/>
      </w:pPr>
      <w:r>
        <w:t>[178] Layer: Valley terrain model (DEM). 0 features (id 51a68176-b4d4-46a1-82d9-a68cf283d882)</w:t>
      </w:r>
    </w:p>
    <w:p>
      <w:pPr>
        <w:spacing w:after="40"/>
      </w:pPr>
      <w:r>
        <w:t>[179] Layer: Slope (degrees). 0 features (id 6b9f18fe-81ec-4e91-9709-e645711ba6b7)</w:t>
      </w:r>
    </w:p>
    <w:p>
      <w:pPr>
        <w:spacing w:after="40"/>
      </w:pPr>
      <w:r>
        <w:t>[180] Catalog: Hot spot analysis (operation catalog, gp_hot_spots). Getis-Ord Gi* hot and cold spots with z-scores, p-values and confidence bins. ArcGIS: Find Hot Spots, Hot Spot Analysis (Getis-Ord Gi*). QGIS: qgis:hotspot (plugin). (id gp_hot_spots)</w:t>
      </w:r>
    </w:p>
    <w:p>
      <w:pPr>
        <w:spacing w:after="40"/>
      </w:pPr>
      <w:r>
        <w:t>[181] Plan: Hot spots of Dropped calls (the Start plan's candidate c_8b55db0ad281). 1800 points: Getis-Ord Gi* tests whether the concentrations in Dropped calls are statistically significant. Measured: Dropped calls are clustered (nearest-neighbor ratio 0.87, z = -10.7), median spacing 63 m. Cells of 200 m and a band of 500 m from the measured spacing. (id a00dee40-3e85-4150-a19d-0a3dc31dc346:c_8b55db0ad281)</w:t>
      </w:r>
    </w:p>
    <w:p>
      <w:pPr>
        <w:spacing w:after="40"/>
      </w:pPr>
      <w:r>
        <w:t>[182] Tool result: gp_hot_spots, step 0. Hot spot analysis: 1 layer saved: Hot spot analysis: Dropped calls (1798 features). (id b57e679d-accb-460f-8334-ed94c27d5123:0)</w:t>
      </w:r>
    </w:p>
    <w:p>
      <w:pPr>
        <w:spacing w:after="40"/>
      </w:pPr>
      <w:r>
        <w:t>[183] Plan: Hot spots of Coverage complaints (the Start plan's candidate c_f3733c434ec1). 420 points: Getis-Ord Gi* tests whether the concentrations in Coverage complaints are statistically significant. Measured: Coverage complaints are clustered (nearest-neighbor ratio 0.87, z = -5.0), median spacing 123 m. Cells of 500 m and a band of 1000 m from the measured spacing. (id a00dee40-3e85-4150-a19d-0a3dc31dc346:c_f3733c434ec1)</w:t>
      </w:r>
    </w:p>
    <w:p>
      <w:pPr>
        <w:spacing w:after="40"/>
      </w:pPr>
      <w:r>
        <w:t>[184] Tool result: gp_hot_spots, step 1. Hot spot analysis: 1 layer saved: Hot spot analysis: Coverage complaints (305 features). (id b57e679d-accb-460f-8334-ed94c27d5123:1)</w:t>
      </w:r>
    </w:p>
    <w:p>
      <w:pPr>
        <w:spacing w:after="40"/>
      </w:pPr>
      <w:r>
        <w:t>[185] Plan: Hot spots of Small cells (the Start plan's candidate c_ed8efb07fcdd). 40 points: Getis-Ord Gi* tests whether the concentrations in Small cells are statistically significant. (id a00dee40-3e85-4150-a19d-0a3dc31dc346:c_ed8efb07fcdd)</w:t>
      </w:r>
    </w:p>
    <w:p>
      <w:pPr>
        <w:spacing w:after="40"/>
      </w:pPr>
      <w:r>
        <w:t>[186] Tool result: gp_hot_spots, step 2. Hot spot analysis: 1 layer saved: Hot spot analysis: Small cells (21 features). (id b57e679d-accb-460f-8334-ed94c27d5123:2)</w:t>
      </w:r>
    </w:p>
    <w:p>
      <w:pPr>
        <w:spacing w:after="40"/>
      </w:pPr>
      <w:r>
        <w:t>[187]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[188] Plan: Space time hot spots of Coverage complaints (the Start plan's candidate c_a43556cfd61a). Coverage complaints carry dates in 'date': emerging hot spot analysis finds new, intensifying and fading hot spots per week. Measured: the pattern of Coverage complaints changes over time (earlier half clustered, later half random; the center moved 305 m). (id a00dee40-3e85-4150-a19d-0a3dc31dc346:c_a43556cfd61a)</w:t>
      </w:r>
    </w:p>
    <w:p>
      <w:pPr>
        <w:spacing w:after="40"/>
      </w:pPr>
      <w:r>
        <w:t>[189] Tool result: gp_space_time_hot_spots, step 0. Emerging hot spots: 1 layer saved: Emerging hot spots: Coverage complaints (94 features). (id 0aca80f2-eb32-4b5f-a142-1245b3cd0716:0)</w:t>
      </w:r>
    </w:p>
    <w:p>
      <w:pPr>
        <w:spacing w:after="40"/>
      </w:pPr>
      <w:r>
        <w:t>[190] Plan: Space time hot spots of Dropped calls (the Start plan's candidate c_9336d0c58786). Dropped calls carry dates in 'occurred_at': emerging hot spot analysis finds new, intensifying and fading hot spots per week. (id a00dee40-3e85-4150-a19d-0a3dc31dc346:c_9336d0c58786)</w:t>
      </w:r>
    </w:p>
    <w:p>
      <w:pPr>
        <w:spacing w:after="40"/>
      </w:pPr>
      <w:r>
        <w:t>[191] Tool result: gp_space_time_hot_spots, step 1. Emerging hot spots: 1 layer saved: Emerging hot spots: Dropped calls (109 features). (id 0aca80f2-eb32-4b5f-a142-1245b3cd0716:1)</w:t>
      </w:r>
    </w:p>
    <w:p>
      <w:pPr>
        <w:spacing w:after="40"/>
      </w:pPr>
      <w:r>
        <w:t>[192]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[193] Plan: Towers per feature of Neighborhoods (the Start plan's candidate c_bdfa07d4db94). Count Towers inside each feature of Neighborhoods by technology; the counts map as a choropleth (natural breaks, sequential colors). (id a00dee40-3e85-4150-a19d-0a3dc31dc346:c_bdfa07d4db94)</w:t>
      </w:r>
    </w:p>
    <w:p>
      <w:pPr>
        <w:spacing w:after="40"/>
      </w:pPr>
      <w:r>
        <w:t>[194] Tool result: gp_summarize_within, step 0. Summarize within: 1 layer saved: Summarize within: Neighborhoods (16 features). (id 55895977-d5af-4ed0-93a7-4667ecec4453:0)</w:t>
      </w:r>
    </w:p>
    <w:p>
      <w:pPr>
        <w:spacing w:after="40"/>
      </w:pPr>
      <w:r>
        <w:t>[195] Tool result: gp_summarize_within, step 1. Summarize within: 1 layer saved: Summarize within: Neighborhoods (16 features). (id 55895977-d5af-4ed0-93a7-4667ecec4453:1)</w:t>
      </w:r>
    </w:p>
    <w:p>
      <w:pPr>
        <w:spacing w:after="40"/>
      </w:pPr>
      <w:r>
        <w:t>[196] Tool result: gp_summarize_within, step 2. Summarize within: 1 layer saved: Summarize within: Neighborhoods (16 features). (id 55895977-d5af-4ed0-93a7-4667ecec4453:2)</w:t>
      </w:r>
    </w:p>
    <w:p>
      <w:pPr>
        <w:spacing w:after="40"/>
      </w:pPr>
      <w:r>
        <w:t>[197] Catalog: Period change (analysis catalog, gp_period_change). Counts or sums per period (week over week, month over month, any two periods, or before and after a date), per area, per H3 cell or in total, with the places of largest rise and fall and a significance note. ArcGIS: Summarize Percent Change (Crime Analysis), Change Point Detection. (id gp_period_change)</w:t>
      </w:r>
    </w:p>
    <w:p>
      <w:pPr>
        <w:spacing w:after="40"/>
      </w:pPr>
      <w:r>
        <w:t>[198] Plan: Dropped calls: change per week per feature of Neighborhoods (the Start plan's candidate c_397aae5c8874). Dropped calls carry dates in 'occurred_at' over 8 weeks: the count per week, week over week, with the places of largest rise and fall per feature of Neighborhoods and whether the change is beyond chance. (id a00dee40-3e85-4150-a19d-0a3dc31dc346:c_397aae5c8874)</w:t>
      </w:r>
    </w:p>
    <w:p>
      <w:pPr>
        <w:spacing w:after="40"/>
      </w:pPr>
      <w:r>
        <w:t>[199] Rendering: Chart: Dropped calls: count per week. 8 rows (id 8b6df35a-a8cc-4f02-a603-c5478afe381b)</w:t>
      </w:r>
    </w:p>
    <w:p>
      <w:pPr>
        <w:spacing w:after="40"/>
      </w:pPr>
      <w:r>
        <w:t>[200] Rendering: Chart: Dropped calls: week of 2026-08-24 to week of 2026-08-31 by place. 30 rows (id ce004650-d7c2-4abe-9510-c14524c8a42a)</w:t>
      </w:r>
    </w:p>
    <w:p>
      <w:pPr>
        <w:spacing w:after="40"/>
      </w:pPr>
      <w:r>
        <w:t>[201] Rendering: Chart: Period change: Dropped calls (week of 2026-08-24 to week of 2026-08-31). 5 rows (id ecb4716b-2b8d-4625-8ebb-d1315a2f54af)</w:t>
      </w:r>
    </w:p>
    <w:p>
      <w:pPr>
        <w:spacing w:after="40"/>
      </w:pPr>
      <w:r>
        <w:t>[202] Rendering: Chart: Coverage complaints: count per week. 32 rows (id fc7b3206-2928-4581-aba1-cbe77aa1d9ef)</w:t>
      </w:r>
    </w:p>
    <w:p>
      <w:pPr>
        <w:spacing w:after="40"/>
      </w:pPr>
      <w:r>
        <w:t>[203] Rendering: Chart: Coverage complaints: week of 2026-08-10 to week of 2026-08-17 by place. 16 rows (id b7f92e26-1eda-453e-af72-cc4f6fa0ca51)</w:t>
      </w:r>
    </w:p>
    <w:p>
      <w:pPr>
        <w:spacing w:after="40"/>
      </w:pPr>
      <w:r>
        <w:t>[204] Rendering: Chart: Period change: Coverage complaints (week of 2026-08-10 to week of 2026-08-17). 5 rows (id a5a13c15-5975-47a7-a5ab-5091df90e0fd)</w:t>
      </w:r>
    </w:p>
    <w:p>
      <w:pPr>
        <w:spacing w:after="40"/>
      </w:pPr>
      <w:r>
        <w:t>[205] Catalog: Seasonality (analysis catalog, gp_seasonality). Counts by hour of day, day of week and month, with peaks and troughs per cycle and per area. ArcGIS: Time Series Clustering, Create Space Time Cube. (id gp_seasonality)</w:t>
      </w:r>
    </w:p>
    <w:p>
      <w:pPr>
        <w:spacing w:after="40"/>
      </w:pPr>
      <w:r>
        <w:t>[206] Plan: Dropped calls: by hour of day and day of week (the Start plan's candidate c_9a33d664ad70). Dropped calls by hour of day, day of week: the busiest and the quietest per feature of Neighborhoods, and whether the cycle is uneven beyond chance. (id a00dee40-3e85-4150-a19d-0a3dc31dc346:c_9a33d664ad70)</w:t>
      </w:r>
    </w:p>
    <w:p>
      <w:pPr>
        <w:spacing w:after="40"/>
      </w:pPr>
      <w:r>
        <w:t>[207] Tool result: gp_seasonality, step 2. By the busiest hour is 17:00 (154), the quietest 03:00 (6); the cycle is uneven beyond chance (p = 0); by the busiest day is Sunday (358), the quietest Monday (185); the cycle is uneven beyond chance (p = 0). 1 layer(s) saved, 2 chart(s) drawn. (id bca67820-6f58-4df0-a127-c19db4029c06:2)</w:t>
      </w:r>
    </w:p>
    <w:p>
      <w:pPr>
        <w:spacing w:after="40"/>
      </w:pPr>
      <w:r>
        <w:t>[208] Layer: Seasonality of Dropped calls. 16 features (id f3d43000-60b5-49ef-be8f-4f0803c4e504)</w:t>
      </w:r>
    </w:p>
    <w:p>
      <w:pPr>
        <w:spacing w:after="40"/>
      </w:pPr>
      <w:r>
        <w:t>[209] Rendering: Chart: Dropped calls by hour of day. 24 rows (id 516522b9-e050-4b6b-bc2e-5e07320c0d35)</w:t>
      </w:r>
    </w:p>
    <w:p>
      <w:pPr>
        <w:spacing w:after="40"/>
      </w:pPr>
      <w:r>
        <w:t>[210] Rendering: Chart: Dropped calls by day of week. 7 rows (id 6b9793cf-9228-4a65-b126-95698380635b)</w:t>
      </w:r>
    </w:p>
    <w:p>
      <w:pPr>
        <w:spacing w:after="40"/>
      </w:pPr>
      <w:r>
        <w:t>[211] Rendering: Chart: Seasonality of Dropped calls. 5 rows (id 4e472220-de1a-41d3-9eed-7a1f4be76381)</w:t>
      </w:r>
    </w:p>
    <w:p>
      <w:pPr>
        <w:spacing w:after="40"/>
      </w:pPr>
      <w:r>
        <w:t>[212] Catalog: Calculate density (operation catalog, gp_calculate_density). Kernel density per square kilometer on a grid. ArcGIS: Calculate Density, Kernel Density. QGIS: native:heatmapkerneldensityestimation. (id gp_calculate_density)</w:t>
      </w:r>
    </w:p>
    <w:p>
      <w:pPr>
        <w:spacing w:after="40"/>
      </w:pPr>
      <w:r>
        <w:t>[213] Plan: Kernel density of Dropped calls (the Start plan's candidate c_2f3ee2dea9de). 1800 points in Dropped calls: a density surface shows where they concentrate. Measured: Dropped calls are clustered (nearest-neighbor ratio 0.87, z = -10.7), median spacing 63 m. (id a00dee40-3e85-4150-a19d-0a3dc31dc346:c_2f3ee2dea9de)</w:t>
      </w:r>
    </w:p>
    <w:p>
      <w:pPr>
        <w:spacing w:after="40"/>
      </w:pPr>
      <w:r>
        <w:t>[214] Tool result: gp_calculate_density, step 0. Calculate density: 1 layer saved: Calculate density: Dropped calls (2034 features). (id 70a9c435-9218-4c5e-ab09-b6dde608494c:0)</w:t>
      </w:r>
    </w:p>
    <w:p>
      <w:pPr>
        <w:spacing w:after="40"/>
      </w:pPr>
      <w:r>
        <w:t>[215] Plan: Kernel density of Coverage complaints (the Start plan's candidate c_0fe7379d27f3). 420 points in Coverage complaints: a density surface shows where they concentrate. Measured: Coverage complaints are clustered (nearest-neighbor ratio 0.87, z = -5.0), median spacing 123 m. (id a00dee40-3e85-4150-a19d-0a3dc31dc346:c_0fe7379d27f3)</w:t>
      </w:r>
    </w:p>
    <w:p>
      <w:pPr>
        <w:spacing w:after="40"/>
      </w:pPr>
      <w:r>
        <w:t>[216] Tool result: gp_calculate_density, step 1. Calculate density: 1 layer saved: Calculate density: Coverage complaints (383 features). (id 70a9c435-9218-4c5e-ab09-b6dde608494c:1)</w:t>
      </w:r>
    </w:p>
    <w:p>
      <w:pPr>
        <w:spacing w:after="40"/>
      </w:pPr>
      <w:r>
        <w:t>[217] Plan: Kernel density of Small cells (the Start plan's candidate c_966f94aedf49). 40 points in Small cells: a density surface shows where they concentrate. (id a00dee40-3e85-4150-a19d-0a3dc31dc346:c_966f94aedf49)</w:t>
      </w:r>
    </w:p>
    <w:p>
      <w:pPr>
        <w:spacing w:after="40"/>
      </w:pPr>
      <w:r>
        <w:t>[218] Tool result: gp_calculate_density, step 2. Calculate density: 1 layer saved: Calculate density: Small cells (117 features). (id 70a9c435-9218-4c5e-ab09-b6dde608494c:2)</w:t>
      </w:r>
    </w:p>
    <w:p>
      <w:pPr>
        <w:spacing w:after="40"/>
      </w:pPr>
      <w:r>
        <w:t>[219]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[220] Plan: Cluster points of Dropped calls (the Start plan's candidate c_e2399258f4de). DBSCAN finds dense groups of Dropped calls and separates noise. Measured: Dropped calls are clustered (nearest-neighbor ratio 0.87, z = -10.7), median spacing 63 m. DBSCAN at 100 m (twice the measured spacing). (id a00dee40-3e85-4150-a19d-0a3dc31dc346:c_e2399258f4de)</w:t>
      </w:r>
    </w:p>
    <w:p>
      <w:pPr>
        <w:spacing w:after="40"/>
      </w:pPr>
      <w:r>
        <w:t>[221] Tool result: gp_find_point_clusters, step 0. Find point clusters: 2 layers saved: Find point clusters: Dropped calls (1800 features); Find point clusters: cluster hulls (2 features). (id 8fe213de-fca0-4038-b67f-2e5e8258f8a9:0)</w:t>
      </w:r>
    </w:p>
    <w:p>
      <w:pPr>
        <w:spacing w:after="40"/>
      </w:pPr>
      <w:r>
        <w:t>[222] Plan: Cluster points of Coverage complaints (the Start plan's candidate c_35e276867fc7). DBSCAN finds dense groups of Coverage complaints and separates noise. Measured: Coverage complaints are clustered (nearest-neighbor ratio 0.87, z = -5.0), median spacing 123 m. DBSCAN at 200 m (twice the measured spacing). (id a00dee40-3e85-4150-a19d-0a3dc31dc346:c_35e276867fc7)</w:t>
      </w:r>
    </w:p>
    <w:p>
      <w:pPr>
        <w:spacing w:after="40"/>
      </w:pPr>
      <w:r>
        <w:t>[223] Tool result: gp_find_point_clusters, step 1. Find point clusters: 2 layers saved: Find point clusters: Coverage complaints (420 features); Find point clusters: cluster hulls (1 feature). (id 8fe213de-fca0-4038-b67f-2e5e8258f8a9:1)</w:t>
      </w:r>
    </w:p>
    <w:p>
      <w:pPr>
        <w:spacing w:after="40"/>
      </w:pPr>
      <w:r>
        <w:t>[224] Catalog: Average nearest neighbor (operation catalog, gp_nearest_neighbor_index). Clark-Evans ratio: clustered, dispersed or random. ArcGIS: Average Nearest Neighbor. QGIS: native:nearestneighbouranalysis. (id gp_nearest_neighbor_index)</w:t>
      </w:r>
    </w:p>
    <w:p>
      <w:pPr>
        <w:spacing w:after="40"/>
      </w:pPr>
      <w:r>
        <w:t>[225] Plan: Nearest neighbor index of Towers (the Start plan's candidate c_a6477e52d190). The average nearest neighbor ratio says whether Towers are clustered, random or dispersed. Measured: Towers are dispersed (nearest-neighbor ratio 1.82, z = +5.8), median spacing 1.36e+03 m. The profile measured it already; the tool draws it. (id a00dee40-3e85-4150-a19d-0a3dc31dc346:c_a6477e52d190)</w:t>
      </w:r>
    </w:p>
    <w:p>
      <w:pPr>
        <w:spacing w:after="40"/>
      </w:pPr>
      <w:r>
        <w:t>[226] Tool result: gp_nearest_neighbor_index, step 2. Average nearest neighbor: done; no map output. (id 8fe213de-fca0-4038-b67f-2e5e8258f8a9:2)</w:t>
      </w:r>
    </w:p>
    <w:p>
      <w:pPr>
        <w:spacing w:after="40"/>
      </w:pPr>
      <w:r>
        <w:t>[227] Catalog: Find outliers (operation catalog, gp_outliers). Anselin local Moran’s I: HH, LL clusters and HL, LH outliers. ArcGIS: Find Outliers, Cluster and Outlier Analysis (Anselin Local Moran’s I). (id gp_outliers)</w:t>
      </w:r>
    </w:p>
    <w:p>
      <w:pPr>
        <w:spacing w:after="40"/>
      </w:pPr>
      <w:r>
        <w:t>[228] Plan: Local morans i of Neighborhoods (the Start plan's candidate c_9e138ef27459). Local Moran's I maps clusters and outliers of 'population'. Measured: Neighborhoods have 34 neighboring pairs (4.25 neighbors per area, 0 isolated), so neighbors can be compared. (id a00dee40-3e85-4150-a19d-0a3dc31dc346:c_9e138ef27459)</w:t>
      </w:r>
    </w:p>
    <w:p>
      <w:pPr>
        <w:spacing w:after="40"/>
      </w:pPr>
      <w:r>
        <w:t>[229] Tool result: gp_outliers, step 0. Find outliers: 1 layer saved: Find outliers: Neighborhoods (16 features). (id f1786a0f-6480-4be8-a820-014c2118ef8e:0)</w:t>
      </w:r>
    </w:p>
    <w:p>
      <w:pPr>
        <w:spacing w:after="40"/>
      </w:pPr>
      <w:r>
        <w:t>[230] Catalog: Spatial autocorrelation (operation catalog, gp_spatial_autocorrelation). Global Moran’s I: is the pattern clustered, dispersed or random. ArcGIS: Spatial Autocorrelation (Global Moran’s I). (id gp_spatial_autocorrelation)</w:t>
      </w:r>
    </w:p>
    <w:p>
      <w:pPr>
        <w:spacing w:after="40"/>
      </w:pPr>
      <w:r>
        <w:t>[231] Plan: Global morans i of Neighborhoods (the Start plan's candidate c_efa49aa4d4ca). Global Moran's I says whether similar values of 'population' sit next to each other. Measured: Neighborhoods have 34 neighboring pairs (4.25 neighbors per area, 0 isolated), so neighbors can be compared. (id a00dee40-3e85-4150-a19d-0a3dc31dc346:c_efa49aa4d4ca)</w:t>
      </w:r>
    </w:p>
    <w:p>
      <w:pPr>
        <w:spacing w:after="40"/>
      </w:pPr>
      <w:r>
        <w:t>[232] Tool result: gp_spatial_autocorrelation, step 1. Spatial autocorrelation: done; no map output. (id f1786a0f-6480-4be8-a820-014c2118ef8e:1)</w:t>
      </w:r>
    </w:p>
    <w:p>
      <w:pPr>
        <w:spacing w:after="40"/>
      </w:pPr>
      <w:r>
        <w:t>[233] Catalog: Spatial join (operation catalog, gp_spatial_join). Attach attributes (or aggregates) of matching features from another layer, by location, distance, time and attributes. ArcGIS: Join Features, Spatial Join. QGIS: native:joinattributesbylocation, native:joinbylocationsummary, native:joinbynearest. (id gp_spatial_join)</w:t>
      </w:r>
    </w:p>
    <w:p>
      <w:pPr>
        <w:spacing w:after="40"/>
      </w:pPr>
      <w:r>
        <w:t>[234] Plan: Spatial join of Towers and Neighborhoods (the Start plan's candidate c_da9c22d31964). Attach the Neighborhoods attributes to each of Towers. (id a00dee40-3e85-4150-a19d-0a3dc31dc346:c_da9c22d31964)</w:t>
      </w:r>
    </w:p>
    <w:p>
      <w:pPr>
        <w:spacing w:after="40"/>
      </w:pPr>
      <w:r>
        <w:t>[235] Tool result: gp_spatial_join, step 0. Spatial join: 1 layer saved: Change beside the counts per neighborhood (16 features). (id 282f5484-ba5c-44d2-b03d-756e06922d8b:0)</w:t>
      </w:r>
    </w:p>
    <w:p>
      <w:pPr>
        <w:spacing w:after="40"/>
      </w:pPr>
      <w:r>
        <w:t>[236] Layer: Summarize within: Neighborhoods. 16 features (id 07b9a4cd-43c0-4d70-b79e-276cfc0fede7)</w:t>
      </w:r>
    </w:p>
    <w:p>
      <w:pPr>
        <w:spacing w:after="40"/>
      </w:pPr>
      <w:r>
        <w:t>[237] Layer: Change beside the counts per neighborhood. 16 features (id 22382215-5891-4bf1-a9d6-71d8c9df1834)</w:t>
      </w:r>
    </w:p>
    <w:p>
      <w:pPr>
        <w:spacing w:after="40"/>
      </w:pPr>
      <w:r>
        <w:t>[238] Tool result: gp_spatial_join, step 0. Spatial join: 1 layer saved: Change of dropped calls where density is high (16 features). (id 991e949e-b518-4d29-9283-1546ada3ef69:0)</w:t>
      </w:r>
    </w:p>
    <w:p>
      <w:pPr>
        <w:spacing w:after="40"/>
      </w:pPr>
      <w:r>
        <w:t>[239] Layer: Calculate density: Coverage complaints. 383 features (id 1d475898-88cc-4539-a8b3-7f7337b37f21)</w:t>
      </w:r>
    </w:p>
    <w:p>
      <w:pPr>
        <w:spacing w:after="40"/>
      </w:pPr>
      <w:r>
        <w:t>[240] Layer: Change of dropped calls where density is high. 16 features (id 8222d798-96eb-4799-9dd4-cfd731c8102b)</w:t>
      </w:r>
    </w:p>
    <w:p>
      <w:pPr>
        <w:spacing w:after="40"/>
      </w:pPr>
      <w:r>
        <w:t>[241] Tool result: gp_summarize_within, step 0. Summarize within: 1 layer saved: Hot cells of dropped calls per neighborhood (16 features). (id 16f23617-8dd4-409d-b81f-820c4d214646:0)</w:t>
      </w:r>
    </w:p>
    <w:p>
      <w:pPr>
        <w:spacing w:after="40"/>
      </w:pPr>
      <w:r>
        <w:t>[242] Layer: Hot spot analysis: Dropped calls. 1,798 features (id 1dbf3768-8a6c-4dd2-9f6d-b0809ff9a4d0)</w:t>
      </w:r>
    </w:p>
    <w:p>
      <w:pPr>
        <w:spacing w:after="40"/>
      </w:pPr>
      <w:r>
        <w:t>[243] Layer: Hot cells of dropped calls per neighborhood. 16 features (id 463595c2-81b5-4c44-94f0-feebb8658604)</w:t>
      </w:r>
    </w:p>
    <w:p>
      <w:pPr>
        <w:spacing w:after="40"/>
      </w:pPr>
      <w:r>
        <w:t>[244] Catalog: Find nearest (operation catalog, gp_find_nearest). The k nearest features for each input, with geodesic distance and bearing. ArcGIS: Find Nearest, Near, Generate Near Table. QGIS: native:joinbynearest, native:nearestneighbouranalysis. (id gp_find_nearest)</w:t>
      </w:r>
    </w:p>
    <w:p>
      <w:pPr>
        <w:spacing w:after="40"/>
      </w:pPr>
      <w:r>
        <w:t>[245] Plan: The run's goal. Describe the project Sample: Telecom, Medellin: run the analyses that tell the most about its data, draw every result, and write a cited report. (id de496ddc-3bd2-4d81-bcc0-e58d35927cfd:goal)</w:t>
      </w:r>
    </w:p>
    <w:p>
      <w:pPr>
        <w:spacing w:after="40"/>
      </w:pPr>
      <w:r>
        <w:t>[246] Tool result: gp_find_nearest, step 0. Find nearest: 1 layer saved: Nearest tower to each cluster of dropped calls (2 features). (id dbccc627-646e-4dd0-939c-12424eb9cfff:0)</w:t>
      </w:r>
    </w:p>
    <w:p>
      <w:pPr>
        <w:spacing w:after="40"/>
      </w:pPr>
      <w:r>
        <w:t>[247] Layer: Find point clusters: cluster hulls. 2 features (id 5313780d-360e-4198-bb21-0c53f1f586db)</w:t>
      </w:r>
    </w:p>
    <w:p>
      <w:pPr>
        <w:spacing w:after="40"/>
      </w:pPr>
      <w:r>
        <w:t>[248] Layer: Nearest tower to each cluster of dropped calls. 2 features (id fc4a51c7-b192-41b2-ba76-b96d587eb562)</w:t>
      </w:r>
    </w:p>
    <w:p>
      <w:pPr>
        <w:spacing w:after="40"/>
      </w:pPr>
      <w:r>
        <w:t>[249] Catalog: Pipeline (tool description, gp_pipeline). Run up to 20 GIS operations in one engine call; a step's params may use "$id" (an earlier step's result) or "$id.key", and layer references. Every step's map outputs are saved as styled layers. Never calls Mapbox. (id gp_pipeline)</w:t>
      </w:r>
    </w:p>
    <w:p>
      <w:pPr>
        <w:spacing w:after="40"/>
      </w:pPr>
      <w:r>
        <w:t>[250] Plan: Towers per 10,000 people per feature of Neighborhoods (the Start plan's candidate c_fffb26c34f8a). Neighborhoods holds population in 'population': Towers per 10,000 people in each feature compares features of different size; mapped as a choropleth (natural breaks, sequential colors). (id a00dee40-3e85-4150-a19d-0a3dc31dc346:c_fffb26c34f8a)</w:t>
      </w:r>
    </w:p>
    <w:p>
      <w:pPr>
        <w:spacing w:after="40"/>
      </w:pPr>
      <w:r>
        <w:t>[251] Tool result: gp_pipeline, step 0. Pipeline of 2 steps (classify_field &gt; dissolve): 1 layer saved. (id 10dc1e9a-829a-440a-9928-c9bafc5cfcfc:0)</w:t>
      </w:r>
    </w:p>
    <w:p>
      <w:pPr>
        <w:spacing w:after="40"/>
      </w:pPr>
      <w:r>
        <w:t>[252] Layer: Dense areas of coverage complaints. 5 features (id f989a643-ec4f-442c-97be-8a0fddd52a26)</w:t>
      </w:r>
    </w:p>
    <w:p>
      <w:pPr>
        <w:spacing w:after="40"/>
      </w:pPr>
      <w:r>
        <w:t>[253] Tool result: gp_summarize_within, step 0. Summarize within: 1 layer saved: Change of coverage complaints per neighborhood (16 features). (id 10890110-b724-4750-94f1-10fd8c977156:0)</w:t>
      </w:r>
    </w:p>
    <w:p>
      <w:pPr>
        <w:spacing w:after="40"/>
      </w:pPr>
      <w:r>
        <w:t>[254] Layer: Change of coverage complaints per neighborhood. 16 features (id d32232a5-46f8-49d5-aa5b-9c9e6b54114b)</w:t>
      </w:r>
    </w:p>
    <w:p>
      <w:pPr>
        <w:spacing w:after="40"/>
      </w:pPr>
      <w:r>
        <w:t>[255] Plan: Dropped calls per 10,000 people per feature of Neighborhoods (the Start plan's candidate c_86bee1bc8eec). Neighborhoods holds population in 'population': Dropped calls per 10,000 people in each feature compares features of different size; mapped as a choropleth (natural breaks, sequential colors). (id a00dee40-3e85-4150-a19d-0a3dc31dc346:c_86bee1bc8eec)</w:t>
      </w:r>
    </w:p>
    <w:p>
      <w:pPr>
        <w:spacing w:after="40"/>
      </w:pPr>
      <w:r>
        <w:t>[256] Tool result: gp_pipeline, step 0. Pipeline of 2 steps (merge_layers &gt; find_point_clusters): 2 layers saved. (id 1fed814d-2dfa-4cf1-9e16-0e0d10059eb1:0)</w:t>
      </w:r>
    </w:p>
    <w:p>
      <w:pPr>
        <w:spacing w:after="40"/>
      </w:pPr>
      <w:r>
        <w:t>[257] Layer: Find point clusters: cluster hulls. 3 features (id ea31f3f4-b400-4d67-9bc9-8c4cf2d61283)</w:t>
      </w:r>
    </w:p>
    <w:p>
      <w:pPr>
        <w:spacing w:after="40"/>
      </w:pPr>
      <w:r>
        <w:t>[258] Layer: Clusters of all inputs together: dropped calls and coverage complaints. 2,220 features (id ee796301-5d0a-41a0-bc40-b37c75f8316e)</w:t>
      </w:r>
    </w:p>
    <w:p>
      <w:pPr>
        <w:spacing w:after="40"/>
      </w:pPr>
      <w:r>
        <w:t>[259] Rendering: Chart: Clusters of all inputs together: dropped calls and coverage complaints over time. 32 rows (id 0a6729a9-a79e-4eb0-8e24-006b330cef61)</w:t>
      </w:r>
    </w:p>
    <w:p>
      <w:pPr>
        <w:spacing w:after="40"/>
      </w:pPr>
      <w:r>
        <w:t>[260] Tool result: gp_pipeline, step 0. Pipeline of 2 steps (buffer &gt; summarize_within): 1 layer saved. (id f9f27f84-f111-4a4c-bbb8-c78cea2257df:0)</w:t>
      </w:r>
    </w:p>
    <w:p>
      <w:pPr>
        <w:spacing w:after="40"/>
      </w:pPr>
      <w:r>
        <w:t>[261] Layer: Towers within 250 m of each cluster of dropped calls. 2 features (id aa01efd8-91d6-4e2e-bfe4-e13b7860bd90)</w:t>
      </w:r>
    </w:p>
    <w:p>
      <w:pPr>
        <w:spacing w:after="40"/>
      </w:pPr>
      <w:r>
        <w:t>[262] Rendering: Chart: Dropped calls over time (occurred_at). 32 rows (id 0681173b-b38f-4b01-a4d7-2ab74ab91700)</w:t>
      </w:r>
    </w:p>
    <w:p>
      <w:pPr>
        <w:spacing w:after="40"/>
      </w:pPr>
      <w:r>
        <w:t>[263] Rendering: Chart: Coverage complaints over time (date). 96 rows (id 6f41bbcd-2031-4ed1-99c1-1ad010efb552)</w:t>
      </w:r>
    </w:p>
    <w:p>
      <w:pPr>
        <w:spacing w:after="40"/>
      </w:pPr>
      <w:r>
        <w:t>[264] Rendering: Chart: Cell KPIs by day over time (date). 8 rows (id d725991f-1d8a-4f5c-864a-5486cdb95bbb)</w:t>
      </w:r>
    </w:p>
    <w:p>
      <w:pPr>
        <w:spacing w:after="40"/>
      </w:pPr>
      <w:r>
        <w:t>[265] Rendering: Chart: Site leases over time (lease_end_year). 5 rows (id 58f93069-51bd-440b-a9e4-b70009ecd554)</w:t>
      </w:r>
    </w:p>
    <w:p>
      <w:pPr>
        <w:spacing w:after="40"/>
      </w:pPr>
      <w:r>
        <w:t>[266] Rendering: Chart: Hot spot analysis: Dropped calls. 52 rows (id 03c9261a-d273-4086-abb3-efd4f10fdf1b)</w:t>
      </w:r>
    </w:p>
    <w:p>
      <w:pPr>
        <w:spacing w:after="40"/>
      </w:pPr>
      <w:r>
        <w:t>[267] Rendering: Chart: Hot spot analysis: Coverage complaints. 24 rows (id a9cc4c22-20b0-4f47-858f-699f70dae447)</w:t>
      </w:r>
    </w:p>
    <w:p>
      <w:pPr>
        <w:spacing w:after="40"/>
      </w:pPr>
      <w:r>
        <w:t>[268] Rendering: Chart: Hot spot analysis: Small cells. 6 rows (id c67b881d-0bfc-4658-b18c-594033e9650c)</w:t>
      </w:r>
    </w:p>
    <w:p>
      <w:pPr>
        <w:spacing w:after="40"/>
      </w:pPr>
      <w:r>
        <w:t>[269] Rendering: Chart: Emerging hot spots: Coverage complaints. 8 rows (id 5ea8ca11-6b11-4e39-bf0a-8997736de7a3)</w:t>
      </w:r>
    </w:p>
    <w:p>
      <w:pPr>
        <w:spacing w:after="40"/>
      </w:pPr>
      <w:r>
        <w:t>[270] Rendering: Chart: Emerging hot spots: Dropped calls. 8 rows (id 6303d20b-1860-4709-a0c8-0c0298c5c5a2)</w:t>
      </w:r>
    </w:p>
    <w:p>
      <w:pPr>
        <w:spacing w:after="40"/>
      </w:pPr>
      <w:r>
        <w:t>[271] Rendering: Chart: Summarize within: Neighborhoods. 5 rows (id 80783649-c91f-4c92-9276-3d11f50436cb)</w:t>
      </w:r>
    </w:p>
    <w:p>
      <w:pPr>
        <w:spacing w:after="40"/>
      </w:pPr>
      <w:r>
        <w:t>[272] Rendering: Chart: Summarize within: Neighborhoods. 5 rows (id 6fc5004d-264e-49e5-ad6c-d4d543dc52fd)</w:t>
      </w:r>
    </w:p>
    <w:p>
      <w:pPr>
        <w:spacing w:after="40"/>
      </w:pPr>
      <w:r>
        <w:t>[273] Rendering: Chart: Summarize within: Neighborhoods. 5 rows (id 8facccf9-0a3f-4519-8e85-fd26bf2db6dd)</w:t>
      </w:r>
    </w:p>
    <w:p>
      <w:pPr>
        <w:spacing w:after="40"/>
      </w:pPr>
      <w:r>
        <w:t>[274] Rendering: Chart: Calculate density: Dropped calls. 12 rows (id 1c010436-0bb1-4b53-89b8-9698a11dd46c)</w:t>
      </w:r>
    </w:p>
    <w:p>
      <w:pPr>
        <w:spacing w:after="40"/>
      </w:pPr>
      <w:r>
        <w:t>[275] Rendering: Chart: Calculate density: Coverage complaints. 10 rows (id f20038e2-e629-4efb-a84a-c466fc2dd82e)</w:t>
      </w:r>
    </w:p>
    <w:p>
      <w:pPr>
        <w:spacing w:after="40"/>
      </w:pPr>
      <w:r>
        <w:t>[276] Rendering: Chart: Calculate density: Small cells. 8 rows (id f55923d1-2540-4ccd-8136-64b2079373d5)</w:t>
      </w:r>
    </w:p>
    <w:p>
      <w:pPr>
        <w:spacing w:after="40"/>
      </w:pPr>
      <w:r>
        <w:t>[277] Rendering: Chart: Find point clusters: Dropped calls. 3 rows (id 37e96529-f2a3-44ba-862a-6d13759196cc)</w:t>
      </w:r>
    </w:p>
    <w:p>
      <w:pPr>
        <w:spacing w:after="40"/>
      </w:pPr>
      <w:r>
        <w:t>[278] Rendering: Chart: Find point clusters: cluster hulls. 2 rows (id bbc68612-5048-4a74-99bd-d51836232dfc)</w:t>
      </w:r>
    </w:p>
    <w:p>
      <w:pPr>
        <w:spacing w:after="40"/>
      </w:pPr>
      <w:r>
        <w:t>[279] Rendering: Chart: Find point clusters: Coverage complaints. 2 rows (id ffe9bca7-c681-47f9-9f55-c9cb4efc025a)</w:t>
      </w:r>
    </w:p>
    <w:p>
      <w:pPr>
        <w:spacing w:after="40"/>
      </w:pPr>
      <w:r>
        <w:t>[280] Rendering: Chart: Find point clusters: cluster hulls. 1 rows (id 6a62a92f-bead-4280-bda5-84067ec03d9b)</w:t>
      </w:r>
    </w:p>
    <w:p>
      <w:pPr>
        <w:spacing w:after="40"/>
      </w:pPr>
      <w:r>
        <w:t>[281] Rendering: Chart: Find outliers: Neighborhoods. 16 rows (id 68e28373-d8c2-4e4a-926a-4ae3bc9e8b75)</w:t>
      </w:r>
    </w:p>
    <w:p>
      <w:pPr>
        <w:spacing w:after="40"/>
      </w:pPr>
      <w:r>
        <w:t>[282] Rendering: Chart: Find point clusters: Coverage complaints over time. 96 rows (id 34abe3a8-df38-4071-8fd0-3bd1fd8b5620)</w:t>
      </w:r>
    </w:p>
    <w:p>
      <w:pPr>
        <w:spacing w:after="40"/>
      </w:pPr>
      <w:r>
        <w:t>[283] Rendering: Chart: Find point clusters: Dropped calls over time. 32 rows (id fe5f81a0-7b11-4ccf-9ac2-ff9d18c9874b)</w:t>
      </w:r>
    </w:p>
    <w:p>
      <w:pPr>
        <w:spacing w:after="40"/>
      </w:pPr>
      <w:r>
        <w:t>[284] Rendering: Map: Terrain analysis (continued 23). view longitude -75.64065 to -75.5217, latitude 6.19781 to 6.28844 (id 7ba2e232-611a-4a54-a5b2-59ca9e6394ea)</w:t>
      </w:r>
    </w:p>
    <w:p>
      <w:pPr>
        <w:spacing w:after="40"/>
      </w:pPr>
      <w:r>
        <w:t>[285] Rendering: Map: Terrain analysis (continued 24). view longitude -75.64065 to -75.5217, latitude 6.19781 to 6.28844 (id 91a5bfd8-7f1c-49ee-aa82-92bb8b7006af)</w:t>
      </w:r>
    </w:p>
    <w:p>
      <w:pPr>
        <w:spacing w:after="40"/>
      </w:pPr>
      <w:r>
        <w:t>[286] Rendering: Map: Terrain analysis (continued 25). view longitude -75.64065 to -75.5217, latitude 6.19781 to 6.28844 (id bfd30168-038c-4ea7-95c3-e4de3a96656d)</w:t>
      </w:r>
    </w:p>
    <w:p>
      <w:pPr>
        <w:spacing w:after="40"/>
      </w:pPr>
      <w:r>
        <w:t>[287] Rendering: Map: Terrain analysis (continued 26). view longitude -75.64065 to -75.5217, latitude 6.19781 to 6.28844 (id 2fdd9996-023b-4d2b-8dd6-518f43e65e90)</w:t>
      </w:r>
    </w:p>
    <w:p>
      <w:pPr>
        <w:spacing w:after="40"/>
      </w:pPr>
      <w:r>
        <w:t>[288] Rendering: Map: Terrain analysis (continued 27). view longitude -75.64065 to -75.5217, latitude 6.19781 to 6.28844 (id 9f967a9d-7f16-4b64-87c5-b25cf48385a5)</w:t>
      </w:r>
    </w:p>
    <w:p>
      <w:pPr>
        <w:spacing w:after="40"/>
      </w:pPr>
      <w:r>
        <w:t>[289] Rendering: Map: Terrain analysis (continued 28). view longitude -75.64065 to -75.5217, latitude 6.19781 to 6.28844 (id a5090724-5011-4f0c-8d3a-1015010cbddf)</w:t>
      </w:r>
    </w:p>
    <w:p>
      <w:pPr>
        <w:spacing w:after="40"/>
      </w:pPr>
      <w:r>
        <w:t>[290] Rendering: Map: Terrain analysis (continued 29). view longitude -75.64065 to -75.5217, latitude 6.19781 to 6.28844 (id 941a89ab-4148-444d-8ac2-d58aa7b4c7fc)</w:t>
      </w:r>
    </w:p>
    <w:p>
      <w:pPr>
        <w:spacing w:after="40"/>
      </w:pPr>
      <w:r>
        <w:t>[291] Rendering: Map: Terrain analysis (continued 30). view longitude -75.64065 to -75.5217, latitude 6.19781 to 6.28844 (id 7010e697-e94e-475d-b5b8-cbb9ea19ae0e)</w:t>
      </w:r>
    </w:p>
    <w:p>
      <w:pPr>
        <w:spacing w:after="40"/>
      </w:pPr>
      <w:r>
        <w:t>[292] Rendering: Map: Terrain analysis (continued 31). view longitude -75.64065 to -75.5217, latitude 6.19781 to 6.28844 (id 6052254a-99c3-44e1-aead-2e2d7eb8c113)</w:t>
      </w:r>
    </w:p>
    <w:p>
      <w:pPr>
        <w:spacing w:after="40"/>
      </w:pPr>
      <w:r>
        <w:t>[293] Rendering: Map: Terrain analysis (continued 32). view longitude -75.64065 to -75.5217, latitude 6.19781 to 6.28844 (id f331279f-2646-46b8-b180-f6a801b825f8)</w:t>
      </w:r>
    </w:p>
    <w:p>
      <w:pPr>
        <w:spacing w:after="40"/>
      </w:pPr>
      <w:r>
        <w:t>[294] Rendering: Map: Terrain analysis (continued 33). view longitude -75.64065 to -75.5217, latitude 6.19781 to 6.28844 (id afb22b11-87dd-424e-b451-05d1b841f806)</w:t>
      </w:r>
    </w:p>
    <w:p>
      <w:pPr>
        <w:spacing w:after="40"/>
      </w:pPr>
      <w:r>
        <w:t>[295] Rendering: Map: Terrain analysis (continued 34). view longitude -75.64065 to -75.5217, latitude 6.19781 to 6.28844 (id 9ffe9b08-f2f8-430b-989a-39cd2b625e33)</w:t>
      </w:r>
    </w:p>
    <w:p>
      <w:pPr>
        <w:spacing w:after="40"/>
      </w:pPr>
      <w:r>
        <w:t>[296] Rendering: Map: Terrain analysis (continued 35). view longitude -75.64065 to -75.5217, latitude 6.19781 to 6.28844 (id ffc6e4c3-c85c-462c-8979-46fd13c3a992)</w:t>
      </w:r>
    </w:p>
    <w:p>
      <w:pPr>
        <w:spacing w:after="40"/>
      </w:pPr>
      <w:r>
        <w:t>[297] Rendering: Map: Terrain analysis (continued 36). view longitude -75.64065 to -75.5217, latitude 6.19781 to 6.28844 (id 5185d8c1-a699-46cd-959e-19be9ecb8208)</w:t>
      </w:r>
    </w:p>
    <w:p>
      <w:pPr>
        <w:spacing w:after="40"/>
      </w:pPr>
      <w:r>
        <w:t>[298] Rendering: Map: Terrain analysis (continued 37). view longitude -75.64065 to -75.5217, latitude 6.19781 to 6.28844 (id b1b46527-eb1a-440b-aa0f-d980eb201b38)</w:t>
      </w:r>
    </w:p>
    <w:p>
      <w:pPr>
        <w:spacing w:after="40"/>
      </w:pPr>
      <w:r>
        <w:t>[299] Rendering: Map: Terrain analysis (continued 38). view longitude -75.64065 to -75.5217, latitude 6.19781 to 6.28844 (id b55b0ffe-007f-4985-b99d-725489b399c0)</w:t>
      </w:r>
    </w:p>
    <w:p>
      <w:pPr>
        <w:spacing w:after="40"/>
      </w:pPr>
      <w:r>
        <w:t>[300] Rendering: Map: Terrain analysis (continued 39). view longitude -75.64065 to -75.5217, latitude 6.19781 to 6.28844 (id 894cb6f5-aac8-4566-9903-e1f7d6c859b3)</w:t>
      </w:r>
    </w:p>
    <w:p>
      <w:pPr>
        <w:spacing w:after="40"/>
      </w:pPr>
      <w:r>
        <w:t>[301] Rendering: Map: Terrain analysis (continued 40). view longitude -75.64065 to -75.5217, latitude 6.19781 to 6.28844 (id 16f16b10-7162-4331-a6f7-673a54b64d43)</w:t>
      </w:r>
    </w:p>
    <w:p>
      <w:pPr>
        <w:spacing w:after="40"/>
      </w:pPr>
      <w:r>
        <w:t>[302] Rendering: Map: Terrain analysis (continued 41). view longitude -75.64065 to -75.5217, latitude 6.19781 to 6.28844 (id 6193886d-7ee4-450b-bbef-c6bc65b6f4b7)</w:t>
      </w:r>
    </w:p>
    <w:p>
      <w:pPr>
        <w:spacing w:after="40"/>
      </w:pPr>
      <w:r>
        <w:t>[303] Rendering: Map: Slope: valley terrain model (DEM). view longitude -75.64065 to -75.5217, latitude 6.19781 to 6.28844 (id 9d1771b1-dda8-4425-b2f4-624be210443c)</w:t>
      </w:r>
    </w:p>
    <w:p>
      <w:pPr>
        <w:spacing w:after="40"/>
      </w:pPr>
      <w:r>
        <w:t>[304] Rendering: Map: Hot spots: dropped calls. view longitude -75.64245 to -75.521, latitude 6.19662 to 6.28916 (id ba1b1bc8-89c3-4d28-ba5e-4818ae1fac72)</w:t>
      </w:r>
    </w:p>
    <w:p>
      <w:pPr>
        <w:spacing w:after="40"/>
      </w:pPr>
      <w:r>
        <w:t>[305] Rendering: Map: Hot spots: coverage complaints. view longitude -75.6474 to -75.51542, latitude 6.19269 to 6.29326 (id 5e496c34-3a8e-4b72-839d-6216c7e20584)</w:t>
      </w:r>
    </w:p>
    <w:p>
      <w:pPr>
        <w:spacing w:after="40"/>
      </w:pPr>
      <w:r>
        <w:t>[306] Rendering: Map: Hot spots: small cells. view longitude -75.66626 to -75.50711, latitude 6.17736 to 6.29862 (id a44b5e5c-f7c0-4792-bd5c-081b9430d44c)</w:t>
      </w:r>
    </w:p>
    <w:p>
      <w:pPr>
        <w:spacing w:after="40"/>
      </w:pPr>
      <w:r>
        <w:t>[307] Rendering: Map: Emerging hot spots: coverage complaints and dropped calls. view longitude -75.65596 to -75.50436, latitude 6.18436 to 6.29656 (id 380f8a67-2099-4242-a0e6-676ad2a3d706)</w:t>
      </w:r>
    </w:p>
    <w:p>
      <w:pPr>
        <w:spacing w:after="40"/>
      </w:pPr>
      <w:r>
        <w:t>[308] Rendering: Map: Counts: towers, by neighborhood. view longitude -75.64065 to -75.5217, latitude 6.19781 to 6.28844 (id a03d1c9b-c252-4d57-9d06-80c0a21d1faa)</w:t>
      </w:r>
    </w:p>
    <w:p>
      <w:pPr>
        <w:spacing w:after="40"/>
      </w:pPr>
      <w:r>
        <w:t>[309] Rendering: Map: Counts: small cells, by neighborhood. view longitude -75.64065 to -75.5217, latitude 6.19781 to 6.28844 (id 6304a730-e2b7-42d0-9619-8c47de65575a)</w:t>
      </w:r>
    </w:p>
    <w:p>
      <w:pPr>
        <w:spacing w:after="40"/>
      </w:pPr>
      <w:r>
        <w:t>[310] Rendering: Map: Counts: dropped calls, by neighborhood. view longitude -75.64065 to -75.5217, latitude 6.19781 to 6.28844 (id f1d9bd1c-d035-40ff-beb6-d78a53faeb5c)</w:t>
      </w:r>
    </w:p>
    <w:p>
      <w:pPr>
        <w:spacing w:after="40"/>
      </w:pPr>
      <w:r>
        <w:t>[311] Rendering: Map: Period change: dropped calls, by neighborhood. view longitude -75.64277 to -75.51963, latitude 6.19749 to 6.28863 (id eb007c4e-5f1b-4ef3-9e68-783b13fe65c7)</w:t>
      </w:r>
    </w:p>
    <w:p>
      <w:pPr>
        <w:spacing w:after="40"/>
      </w:pPr>
      <w:r>
        <w:t>[312] Rendering: Map: Period change: coverage complaints, by neighborhood. view longitude -75.63751 to -75.52498, latitude 6.2049 to 6.28818 (id 3a2a010d-def6-40d4-84aa-7e5fac94898c)</w:t>
      </w:r>
    </w:p>
    <w:p>
      <w:pPr>
        <w:spacing w:after="40"/>
      </w:pPr>
      <w:r>
        <w:t>[313] Rendering: Map: Seasonality: dropped calls, by neighborhood. view longitude -75.64277 to -75.51963, latitude 6.19749 to 6.28863 (id d59703ba-960c-4164-ac85-b8e9bb5f0559)</w:t>
      </w:r>
    </w:p>
    <w:p>
      <w:pPr>
        <w:spacing w:after="40"/>
      </w:pPr>
      <w:r>
        <w:t>[314] Rendering: Map: Density: dropped calls. view longitude -75.64705 to -75.51598, latitude 6.19306 to 6.29293 (id 80eac121-f07a-42c1-8bc2-c1ffe0d6f498)</w:t>
      </w:r>
    </w:p>
    <w:p>
      <w:pPr>
        <w:spacing w:after="40"/>
      </w:pPr>
      <w:r>
        <w:t>[315] Rendering: Map: Density: coverage complaints. view longitude -75.65486 to -75.50637, latitude 6.18703 to 6.30018 (id 98b0b8c4-c591-4d09-84d6-457a4f91f94b)</w:t>
      </w:r>
    </w:p>
    <w:p>
      <w:pPr>
        <w:spacing w:after="40"/>
      </w:pPr>
      <w:r>
        <w:t>[316] Rendering: Map: Density: small cells. view longitude -75.66793 to -75.49012, latitude 6.17641 to 6.3119 (id f02d869a-03a0-4bf9-a8c3-ccae27642b47)</w:t>
      </w:r>
    </w:p>
    <w:p>
      <w:pPr>
        <w:spacing w:after="40"/>
      </w:pPr>
      <w:r>
        <w:t>[317] Rendering: Map: Clusters: dropped calls. view longitude -75.6395 to -75.523, latitude 6.1989 to 6.28767 (id 7b5220df-dadc-42a5-9f23-3e8009c2eddb)</w:t>
      </w:r>
    </w:p>
    <w:p>
      <w:pPr>
        <w:spacing w:after="40"/>
      </w:pPr>
      <w:r>
        <w:t>[318] Rendering: Map: Clusters: coverage complaints. view longitude -75.63988 to -75.52338, latitude 6.19877 to 6.28754 (id 7648442d-ff4b-4d97-a890-fc939e3d2d29)</w:t>
      </w:r>
    </w:p>
    <w:p>
      <w:pPr>
        <w:spacing w:after="40"/>
      </w:pPr>
      <w:r>
        <w:t>[319] Rendering: Map: Outliers: neighborhoods. view longitude -75.64065 to -75.5217, latitude 6.19781 to 6.28844 (id aa89b4f2-ae09-4e89-80cb-75ab51db9ae1)</w:t>
      </w:r>
    </w:p>
    <w:p>
      <w:pPr>
        <w:spacing w:after="40"/>
      </w:pPr>
      <w:r>
        <w:t>[320] Rendering: Map: Change beside the counts per neighborhood. view longitude -75.64065 to -75.5217, latitude 6.19781 to 6.28844 (id 114e78e7-68ad-4862-91ef-02eff7d20604)</w:t>
      </w:r>
    </w:p>
    <w:p>
      <w:pPr>
        <w:spacing w:after="40"/>
      </w:pPr>
      <w:r>
        <w:t>[321] Rendering: Map: Change of dropped calls where density is high. view longitude -75.64065 to -75.5217, latitude 6.19781 to 6.28844 (id ec3911c3-7eae-4b38-9527-253d456903d7)</w:t>
      </w:r>
    </w:p>
    <w:p>
      <w:pPr>
        <w:spacing w:after="40"/>
      </w:pPr>
      <w:r>
        <w:t>[322] Rendering: Map: Hot cells of dropped calls per neighborhood. view longitude -75.64065 to -75.5217, latitude 6.19781 to 6.28844 (id 79259c3e-1feb-42e5-9349-debbff5e6940)</w:t>
      </w:r>
    </w:p>
    <w:p>
      <w:pPr>
        <w:spacing w:after="40"/>
      </w:pPr>
      <w:r>
        <w:t>[323] Rendering: Map: Nearest tower to each cluster of dropped calls. view longitude -75.55941 to -75.5498, latitude 6.24305 to 6.25037 (id 7f662cc4-1d6c-483c-b75a-559a63a39fda)</w:t>
      </w:r>
    </w:p>
    <w:p>
      <w:pPr>
        <w:spacing w:after="40"/>
      </w:pPr>
      <w:r>
        <w:t>[324] Rendering: Map: Change of coverage complaints per neighborhood. view longitude -75.64065 to -75.5217, latitude 6.19781 to 6.28844 (id 89d884a1-9030-4a7b-97a0-db01ee450ab4)</w:t>
      </w:r>
    </w:p>
    <w:p>
      <w:pPr>
        <w:spacing w:after="40"/>
      </w:pPr>
      <w:r>
        <w:t>[325] Rendering: Map: Clusters of all inputs together: dropped calls and coverage complaints. view longitude -75.6395 to -75.523, latitude 6.19877 to 6.28754 (id 8ef52cb6-2830-4fd8-9733-b7fc8ab4e04f)</w:t>
      </w:r>
    </w:p>
    <w:p>
      <w:pPr>
        <w:spacing w:after="40"/>
      </w:pPr>
      <w:r>
        <w:t>[326] Rendering: Map: Towers within 250 m of each cluster of dropped calls. view longitude -75.56316 to -75.54608, latitude 6.24013 to 6.25314 (id 432f6a00-2da5-49a3-9d7a-8e2e691de44e)</w:t>
      </w:r>
    </w:p>
    <w:p>
      <w:pPr>
        <w:spacing w:after="40"/>
      </w:pPr>
      <w:r>
        <w:t>[327] Document: Network performance review, August and September 2026. 1 page(s), 1 page(s) from the text layer (id 2ab288be-688c-4831-8e20-a7f05cb66642)</w:t>
      </w:r>
    </w:p>
    <w:p>
      <w:pPr>
        <w:spacing w:after="40"/>
      </w:pPr>
      <w:r>
        <w:t>[328] Document page: Network performance review, August and September 2026, page 1. Sample document: synthetic data.*  Most coverage drops sit on the eastern slopes in Los Olivos, behind the ridge, around 6.24785, -75.55517; no valley tower sees that slope. (id 2ab288be-688c-4831-8e20-a7f05cb66642:1)</w:t>
      </w:r>
    </w:p>
    <w:p>
      <w:pPr>
        <w:spacing w:after="40"/>
      </w:pPr>
      <w:r>
        <w:t>[329] Dataset: Neighborhoods. vector, 16 rows (id b54822d8-c1c1-46ca-9ffb-512aad30de12)</w:t>
      </w:r>
    </w:p>
    <w:p>
      <w:pPr>
        <w:spacing w:after="40"/>
      </w:pPr>
      <w:r>
        <w:t>[330] Dataset: Towers. vector, 14 rows (id 444f52fe-8be9-413e-8a92-2dea9c3c3a3a)</w:t>
      </w:r>
    </w:p>
    <w:p>
      <w:pPr>
        <w:spacing w:after="40"/>
      </w:pPr>
      <w:r>
        <w:t>[331] Dataset: Fiber routes. vector, 19 rows (id 9b993085-682e-439d-9202-d4e2c5530087)</w:t>
      </w:r>
    </w:p>
    <w:p>
      <w:pPr>
        <w:spacing w:after="40"/>
      </w:pPr>
      <w:r>
        <w:t>[332] Dataset: Small cells. vector, 40 rows (id a9c84a25-e7ab-4869-b005-982f041f3080)</w:t>
      </w:r>
    </w:p>
    <w:p>
      <w:pPr>
        <w:spacing w:after="40"/>
      </w:pPr>
      <w:r>
        <w:t>[333] Dataset: Valley terrain model (DEM). raster, ? rows (id f309cad9-7065-421d-b65f-542f4ad825d1)</w:t>
      </w:r>
    </w:p>
    <w:p>
      <w:pPr>
        <w:spacing w:after="40"/>
      </w:pPr>
      <w:r>
        <w:t>[334] Dataset: Site leases. table, 14 rows (id 6809dc14-fdde-4af8-9d7f-19c5b2ec1403)</w:t>
      </w:r>
    </w:p>
    <w:p>
      <w:pPr>
        <w:spacing w:after="40"/>
      </w:pPr>
      <w:r>
        <w:t>[335] Dataset: Network performance review. document, ? rows (id 8d46bafb-b62e-4cfe-826f-6e98f9ba3477)</w:t>
      </w:r>
    </w:p>
    <w:p>
      <w:pPr>
        <w:spacing w:after="40"/>
      </w:pPr>
      <w:r>
        <w:t>[336] Record: Sample: Telecom, Medellin (id bceeca13-52a5-4344-bf84-77a2f9f8e186)</w:t>
      </w:r>
    </w:p>
    <w:p>
      <w:pPr>
        <w:spacing w:after="40"/>
      </w:pPr>
      <w:r>
        <w:t>[337] Layer: Hot spot analysis: Coverage complaints. 305 features (id 538a875c-9598-4717-a3ca-5b58d23a31fc)</w:t>
      </w:r>
    </w:p>
    <w:p>
      <w:pPr>
        <w:spacing w:after="40"/>
      </w:pPr>
      <w:r>
        <w:t>[338] Layer: Hot spot analysis: Small cells. 21 features (id 5f9e6840-03d3-4652-b348-bae22eed19fd)</w:t>
      </w:r>
    </w:p>
    <w:p>
      <w:pPr>
        <w:spacing w:after="40"/>
      </w:pPr>
      <w:r>
        <w:t>[339] Layer: Emerging hot spots: Coverage complaints. 94 features (id 4989d796-f544-4fad-90b1-baf86f137f51)</w:t>
      </w:r>
    </w:p>
    <w:p>
      <w:pPr>
        <w:spacing w:after="40"/>
      </w:pPr>
      <w:r>
        <w:t>[340] Layer: Emerging hot spots: Dropped calls. 109 features (id afa274cb-c4df-48de-aa11-71ef9b6da39d)</w:t>
      </w:r>
    </w:p>
    <w:p>
      <w:pPr>
        <w:spacing w:after="40"/>
      </w:pPr>
      <w:r>
        <w:t>[341] Layer: Summarize within: Neighborhoods. 16 features (id 7156bcb4-52eb-4982-bb91-f6bb82c6cd3a)</w:t>
      </w:r>
    </w:p>
    <w:p>
      <w:pPr>
        <w:spacing w:after="40"/>
      </w:pPr>
      <w:r>
        <w:t>[342] Layer: Summarize within: Neighborhoods. 16 features (id 9c7cbc96-f424-400e-a849-c04ea07500ff)</w:t>
      </w:r>
    </w:p>
    <w:p>
      <w:pPr>
        <w:spacing w:after="40"/>
      </w:pPr>
      <w:r>
        <w:t>[343] Layer: Calculate density: Dropped calls. 2,034 features (id b06077fa-d8fe-4c22-a048-2be63772bc6a)</w:t>
      </w:r>
    </w:p>
    <w:p>
      <w:pPr>
        <w:spacing w:after="40"/>
      </w:pPr>
      <w:r>
        <w:t>[344] Layer: Calculate density: Small cells. 117 features (id f41e0de7-a388-4cc6-b181-c1181ef5abb5)</w:t>
      </w:r>
    </w:p>
    <w:p>
      <w:pPr>
        <w:spacing w:after="40"/>
      </w:pPr>
      <w:r>
        <w:t>[345] Layer: Find point clusters: Dropped calls. 1,800 features (id 0ca0a340-90e6-4a5c-9e43-388a97d02b94)</w:t>
      </w:r>
    </w:p>
    <w:p>
      <w:pPr>
        <w:spacing w:after="40"/>
      </w:pPr>
      <w:r>
        <w:t>[346] Layer: Find point clusters: cluster hulls. 1 features (id bd39a5f0-c5ae-4773-adc2-68414f3ad727)</w:t>
      </w:r>
    </w:p>
    <w:p>
      <w:pPr>
        <w:spacing w:after="40"/>
      </w:pPr>
      <w:r>
        <w:t>[347] Layer: Find point clusters: Coverage complaints. 420 features (id f7460ebf-7b40-4ee2-8594-1d26f54dc5f3)</w:t>
      </w:r>
    </w:p>
    <w:p>
      <w:pPr>
        <w:spacing w:after="40"/>
      </w:pPr>
      <w:r>
        <w:t>[348] Layer: Find outliers: Neighborhoods. 16 features (id bea1ed6b-133f-4ba2-aa1d-595e35262e30)</w:t>
      </w:r>
    </w:p>
    <w:p>
      <w:pPr>
        <w:pStyle w:val="Heading1"/>
      </w:pPr>
      <w:r>
        <w:t>Appendix: the data behind the charts</w:t>
      </w:r>
    </w:p>
    <w:p>
      <w:pPr>
        <w:pStyle w:val="Heading2"/>
      </w:pPr>
      <w:r>
        <w:t>Figure 1. Timeline: events per week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Dropped calls</w:t>
            </w:r>
          </w:p>
        </w:tc>
        <w:tc>
          <w:tcPr>
            <w:tcW w:type="dxa" w:w="2880"/>
          </w:tcPr>
          <w:p>
            <w:r>
              <w:t>0</w:t>
            </w:r>
          </w:p>
        </w:tc>
      </w:tr>
      <w:tr>
        <w:tc>
          <w:tcPr>
            <w:tcW w:type="dxa" w:w="2880"/>
          </w:tcPr>
          <w:p>
            <w:r>
              <w:t>2026-02-23</w:t>
            </w:r>
          </w:p>
        </w:tc>
        <w:tc>
          <w:tcPr>
            <w:tcW w:type="dxa" w:w="2880"/>
          </w:tcPr>
          <w:p>
            <w:r>
              <w:t>Cell KPIs by day</w:t>
            </w:r>
          </w:p>
        </w:tc>
        <w:tc>
          <w:tcPr>
            <w:tcW w:type="dxa" w:w="2880"/>
          </w:tcPr>
          <w:p>
            <w:r>
              <w:t>0</w:t>
            </w:r>
          </w:p>
        </w:tc>
      </w:tr>
      <w:tr>
        <w:tc>
          <w:tcPr>
            <w:tcW w:type="dxa" w:w="2880"/>
          </w:tcPr>
          <w:p>
            <w:r>
              <w:t>2026-02-23</w:t>
            </w:r>
          </w:p>
        </w:tc>
        <w:tc>
          <w:tcPr>
            <w:tcW w:type="dxa" w:w="2880"/>
          </w:tcPr>
          <w:p>
            <w:r>
              <w:t>Coverage complaints</w:t>
            </w:r>
          </w:p>
        </w:tc>
        <w:tc>
          <w:tcPr>
            <w:tcW w:type="dxa" w:w="2880"/>
          </w:tcPr>
          <w:p>
            <w:r>
              <w:t>4</w:t>
            </w:r>
          </w:p>
        </w:tc>
      </w:tr>
      <w:tr>
        <w:tc>
          <w:tcPr>
            <w:tcW w:type="dxa" w:w="2880"/>
          </w:tcPr>
          <w:p>
            <w:r>
              <w:t>2026-03-02</w:t>
            </w:r>
          </w:p>
        </w:tc>
        <w:tc>
          <w:tcPr>
            <w:tcW w:type="dxa" w:w="2880"/>
          </w:tcPr>
          <w:p>
            <w:r>
              <w:t>Dropped calls</w:t>
            </w:r>
          </w:p>
        </w:tc>
        <w:tc>
          <w:tcPr>
            <w:tcW w:type="dxa" w:w="2880"/>
          </w:tcPr>
          <w:p>
            <w:r>
              <w:t>0</w:t>
            </w:r>
          </w:p>
        </w:tc>
      </w:tr>
      <w:tr>
        <w:tc>
          <w:tcPr>
            <w:tcW w:type="dxa" w:w="2880"/>
          </w:tcPr>
          <w:p>
            <w:r>
              <w:t>2026-03-02</w:t>
            </w:r>
          </w:p>
        </w:tc>
        <w:tc>
          <w:tcPr>
            <w:tcW w:type="dxa" w:w="2880"/>
          </w:tcPr>
          <w:p>
            <w:r>
              <w:t>Cell KPIs by day</w:t>
            </w:r>
          </w:p>
        </w:tc>
        <w:tc>
          <w:tcPr>
            <w:tcW w:type="dxa" w:w="2880"/>
          </w:tcPr>
          <w:p>
            <w:r>
              <w:t>0</w:t>
            </w:r>
          </w:p>
        </w:tc>
      </w:tr>
      <w:tr>
        <w:tc>
          <w:tcPr>
            <w:tcW w:type="dxa" w:w="2880"/>
          </w:tcPr>
          <w:p>
            <w:r>
              <w:t>2026-03-02</w:t>
            </w:r>
          </w:p>
        </w:tc>
        <w:tc>
          <w:tcPr>
            <w:tcW w:type="dxa" w:w="2880"/>
          </w:tcPr>
          <w:p>
            <w:r>
              <w:t>Coverage complaints</w:t>
            </w:r>
          </w:p>
        </w:tc>
        <w:tc>
          <w:tcPr>
            <w:tcW w:type="dxa" w:w="2880"/>
          </w:tcPr>
          <w:p>
            <w:r>
              <w:t>11</w:t>
            </w:r>
          </w:p>
        </w:tc>
      </w:tr>
      <w:tr>
        <w:tc>
          <w:tcPr>
            <w:tcW w:type="dxa" w:w="2880"/>
          </w:tcPr>
          <w:p>
            <w:r>
              <w:t>2026-03-09</w:t>
            </w:r>
          </w:p>
        </w:tc>
        <w:tc>
          <w:tcPr>
            <w:tcW w:type="dxa" w:w="2880"/>
          </w:tcPr>
          <w:p>
            <w:r>
              <w:t>Dropped calls</w:t>
            </w:r>
          </w:p>
        </w:tc>
        <w:tc>
          <w:tcPr>
            <w:tcW w:type="dxa" w:w="2880"/>
          </w:tcPr>
          <w:p>
            <w:r>
              <w:t>0</w:t>
            </w:r>
          </w:p>
        </w:tc>
      </w:tr>
      <w:tr>
        <w:tc>
          <w:tcPr>
            <w:tcW w:type="dxa" w:w="2880"/>
          </w:tcPr>
          <w:p>
            <w:r>
              <w:t>2026-03-09</w:t>
            </w:r>
          </w:p>
        </w:tc>
        <w:tc>
          <w:tcPr>
            <w:tcW w:type="dxa" w:w="2880"/>
          </w:tcPr>
          <w:p>
            <w:r>
              <w:t>Cell KPIs by day</w:t>
            </w:r>
          </w:p>
        </w:tc>
        <w:tc>
          <w:tcPr>
            <w:tcW w:type="dxa" w:w="2880"/>
          </w:tcPr>
          <w:p>
            <w:r>
              <w:t>0</w:t>
            </w:r>
          </w:p>
        </w:tc>
      </w:tr>
      <w:tr>
        <w:tc>
          <w:tcPr>
            <w:tcW w:type="dxa" w:w="2880"/>
          </w:tcPr>
          <w:p>
            <w:r>
              <w:t>2026-03-09</w:t>
            </w:r>
          </w:p>
        </w:tc>
        <w:tc>
          <w:tcPr>
            <w:tcW w:type="dxa" w:w="2880"/>
          </w:tcPr>
          <w:p>
            <w:r>
              <w:t>Coverage complaints</w:t>
            </w:r>
          </w:p>
        </w:tc>
        <w:tc>
          <w:tcPr>
            <w:tcW w:type="dxa" w:w="2880"/>
          </w:tcPr>
          <w:p>
            <w:r>
              <w:t>14</w:t>
            </w:r>
          </w:p>
        </w:tc>
      </w:tr>
      <w:tr>
        <w:tc>
          <w:tcPr>
            <w:tcW w:type="dxa" w:w="2880"/>
          </w:tcPr>
          <w:p>
            <w:r>
              <w:t>2026-03-16</w:t>
            </w:r>
          </w:p>
        </w:tc>
        <w:tc>
          <w:tcPr>
            <w:tcW w:type="dxa" w:w="2880"/>
          </w:tcPr>
          <w:p>
            <w:r>
              <w:t>Dropped calls</w:t>
            </w:r>
          </w:p>
        </w:tc>
        <w:tc>
          <w:tcPr>
            <w:tcW w:type="dxa" w:w="2880"/>
          </w:tcPr>
          <w:p>
            <w:r>
              <w:t>0</w:t>
            </w:r>
          </w:p>
        </w:tc>
      </w:tr>
      <w:tr>
        <w:tc>
          <w:tcPr>
            <w:tcW w:type="dxa" w:w="2880"/>
          </w:tcPr>
          <w:p>
            <w:r>
              <w:t>2026-03-16</w:t>
            </w:r>
          </w:p>
        </w:tc>
        <w:tc>
          <w:tcPr>
            <w:tcW w:type="dxa" w:w="2880"/>
          </w:tcPr>
          <w:p>
            <w:r>
              <w:t>Cell KPIs by day</w:t>
            </w:r>
          </w:p>
        </w:tc>
        <w:tc>
          <w:tcPr>
            <w:tcW w:type="dxa" w:w="2880"/>
          </w:tcPr>
          <w:p>
            <w:r>
              <w:t>0</w:t>
            </w:r>
          </w:p>
        </w:tc>
      </w:tr>
      <w:tr>
        <w:tc>
          <w:tcPr>
            <w:tcW w:type="dxa" w:w="2880"/>
          </w:tcPr>
          <w:p>
            <w:r>
              <w:t>2026-03-16</w:t>
            </w:r>
          </w:p>
        </w:tc>
        <w:tc>
          <w:tcPr>
            <w:tcW w:type="dxa" w:w="2880"/>
          </w:tcPr>
          <w:p>
            <w:r>
              <w:t>Coverage complaints</w:t>
            </w:r>
          </w:p>
        </w:tc>
        <w:tc>
          <w:tcPr>
            <w:tcW w:type="dxa" w:w="2880"/>
          </w:tcPr>
          <w:p>
            <w:r>
              <w:t>12</w:t>
            </w:r>
          </w:p>
        </w:tc>
      </w:tr>
      <w:tr>
        <w:tc>
          <w:tcPr>
            <w:tcW w:type="dxa" w:w="2880"/>
          </w:tcPr>
          <w:p>
            <w:r>
              <w:t>2026-03-23</w:t>
            </w:r>
          </w:p>
        </w:tc>
        <w:tc>
          <w:tcPr>
            <w:tcW w:type="dxa" w:w="2880"/>
          </w:tcPr>
          <w:p>
            <w:r>
              <w:t>Dropped calls</w:t>
            </w:r>
          </w:p>
        </w:tc>
        <w:tc>
          <w:tcPr>
            <w:tcW w:type="dxa" w:w="2880"/>
          </w:tcPr>
          <w:p>
            <w:r>
              <w:t>0</w:t>
            </w:r>
          </w:p>
        </w:tc>
      </w:tr>
      <w:tr>
        <w:tc>
          <w:tcPr>
            <w:tcW w:type="dxa" w:w="2880"/>
          </w:tcPr>
          <w:p>
            <w:r>
              <w:t>2026-03-23</w:t>
            </w:r>
          </w:p>
        </w:tc>
        <w:tc>
          <w:tcPr>
            <w:tcW w:type="dxa" w:w="2880"/>
          </w:tcPr>
          <w:p>
            <w:r>
              <w:t>Cell KPIs by day</w:t>
            </w:r>
          </w:p>
        </w:tc>
        <w:tc>
          <w:tcPr>
            <w:tcW w:type="dxa" w:w="2880"/>
          </w:tcPr>
          <w:p>
            <w:r>
              <w:t>0</w:t>
            </w:r>
          </w:p>
        </w:tc>
      </w:tr>
      <w:tr>
        <w:tc>
          <w:tcPr>
            <w:tcW w:type="dxa" w:w="2880"/>
          </w:tcPr>
          <w:p>
            <w:r>
              <w:t>2026-03-23</w:t>
            </w:r>
          </w:p>
        </w:tc>
        <w:tc>
          <w:tcPr>
            <w:tcW w:type="dxa" w:w="2880"/>
          </w:tcPr>
          <w:p>
            <w:r>
              <w:t>Coverage complaints</w:t>
            </w:r>
          </w:p>
        </w:tc>
        <w:tc>
          <w:tcPr>
            <w:tcW w:type="dxa" w:w="2880"/>
          </w:tcPr>
          <w:p>
            <w:r>
              <w:t>14</w:t>
            </w:r>
          </w:p>
        </w:tc>
      </w:tr>
      <w:tr>
        <w:tc>
          <w:tcPr>
            <w:tcW w:type="dxa" w:w="2880"/>
          </w:tcPr>
          <w:p>
            <w:r>
              <w:t>2026-03-30</w:t>
            </w:r>
          </w:p>
        </w:tc>
        <w:tc>
          <w:tcPr>
            <w:tcW w:type="dxa" w:w="2880"/>
          </w:tcPr>
          <w:p>
            <w:r>
              <w:t>Dropped calls</w:t>
            </w:r>
          </w:p>
        </w:tc>
        <w:tc>
          <w:tcPr>
            <w:tcW w:type="dxa" w:w="2880"/>
          </w:tcPr>
          <w:p>
            <w:r>
              <w:t>0</w:t>
            </w:r>
          </w:p>
        </w:tc>
      </w:tr>
      <w:tr>
        <w:tc>
          <w:tcPr>
            <w:tcW w:type="dxa" w:w="2880"/>
          </w:tcPr>
          <w:p>
            <w:r>
              <w:t>2026-03-30</w:t>
            </w:r>
          </w:p>
        </w:tc>
        <w:tc>
          <w:tcPr>
            <w:tcW w:type="dxa" w:w="2880"/>
          </w:tcPr>
          <w:p>
            <w:r>
              <w:t>Cell KPIs by day</w:t>
            </w:r>
          </w:p>
        </w:tc>
        <w:tc>
          <w:tcPr>
            <w:tcW w:type="dxa" w:w="2880"/>
          </w:tcPr>
          <w:p>
            <w:r>
              <w:t>0</w:t>
            </w:r>
          </w:p>
        </w:tc>
      </w:tr>
      <w:tr>
        <w:tc>
          <w:tcPr>
            <w:tcW w:type="dxa" w:w="2880"/>
          </w:tcPr>
          <w:p>
            <w:r>
              <w:t>2026-03-30</w:t>
            </w:r>
          </w:p>
        </w:tc>
        <w:tc>
          <w:tcPr>
            <w:tcW w:type="dxa" w:w="2880"/>
          </w:tcPr>
          <w:p>
            <w:r>
              <w:t>Coverage complaints</w:t>
            </w:r>
          </w:p>
        </w:tc>
        <w:tc>
          <w:tcPr>
            <w:tcW w:type="dxa" w:w="2880"/>
          </w:tcPr>
          <w:p>
            <w:r>
              <w:t>13</w:t>
            </w:r>
          </w:p>
        </w:tc>
      </w:tr>
      <w:tr>
        <w:tc>
          <w:tcPr>
            <w:tcW w:type="dxa" w:w="2880"/>
          </w:tcPr>
          <w:p>
            <w:r>
              <w:t>2026-04-06</w:t>
            </w:r>
          </w:p>
        </w:tc>
        <w:tc>
          <w:tcPr>
            <w:tcW w:type="dxa" w:w="2880"/>
          </w:tcPr>
          <w:p>
            <w:r>
              <w:t>Dropped calls</w:t>
            </w:r>
          </w:p>
        </w:tc>
        <w:tc>
          <w:tcPr>
            <w:tcW w:type="dxa" w:w="2880"/>
          </w:tcPr>
          <w:p>
            <w:r>
              <w:t>0</w:t>
            </w:r>
          </w:p>
        </w:tc>
      </w:tr>
      <w:tr>
        <w:tc>
          <w:tcPr>
            <w:tcW w:type="dxa" w:w="2880"/>
          </w:tcPr>
          <w:p>
            <w:r>
              <w:t>2026-04-06</w:t>
            </w:r>
          </w:p>
        </w:tc>
        <w:tc>
          <w:tcPr>
            <w:tcW w:type="dxa" w:w="2880"/>
          </w:tcPr>
          <w:p>
            <w:r>
              <w:t>Cell KPIs by day</w:t>
            </w:r>
          </w:p>
        </w:tc>
        <w:tc>
          <w:tcPr>
            <w:tcW w:type="dxa" w:w="2880"/>
          </w:tcPr>
          <w:p>
            <w:r>
              <w:t>0</w:t>
            </w:r>
          </w:p>
        </w:tc>
      </w:tr>
      <w:tr>
        <w:tc>
          <w:tcPr>
            <w:tcW w:type="dxa" w:w="2880"/>
          </w:tcPr>
          <w:p>
            <w:r>
              <w:t>2026-04-06</w:t>
            </w:r>
          </w:p>
        </w:tc>
        <w:tc>
          <w:tcPr>
            <w:tcW w:type="dxa" w:w="2880"/>
          </w:tcPr>
          <w:p>
            <w:r>
              <w:t>Coverage complaints</w:t>
            </w:r>
          </w:p>
        </w:tc>
        <w:tc>
          <w:tcPr>
            <w:tcW w:type="dxa" w:w="2880"/>
          </w:tcPr>
          <w:p>
            <w:r>
              <w:t>16</w:t>
            </w:r>
          </w:p>
        </w:tc>
      </w:tr>
      <w:tr>
        <w:tc>
          <w:tcPr>
            <w:tcW w:type="dxa" w:w="2880"/>
          </w:tcPr>
          <w:p>
            <w:r>
              <w:t>2026-04-13</w:t>
            </w:r>
          </w:p>
        </w:tc>
        <w:tc>
          <w:tcPr>
            <w:tcW w:type="dxa" w:w="2880"/>
          </w:tcPr>
          <w:p>
            <w:r>
              <w:t>Dropped calls</w:t>
            </w:r>
          </w:p>
        </w:tc>
        <w:tc>
          <w:tcPr>
            <w:tcW w:type="dxa" w:w="2880"/>
          </w:tcPr>
          <w:p>
            <w:r>
              <w:t>0</w:t>
            </w:r>
          </w:p>
        </w:tc>
      </w:tr>
      <w:tr>
        <w:tc>
          <w:tcPr>
            <w:tcW w:type="dxa" w:w="2880"/>
          </w:tcPr>
          <w:p>
            <w:r>
              <w:t>2026-04-13</w:t>
            </w:r>
          </w:p>
        </w:tc>
        <w:tc>
          <w:tcPr>
            <w:tcW w:type="dxa" w:w="2880"/>
          </w:tcPr>
          <w:p>
            <w:r>
              <w:t>Cell KPIs by day</w:t>
            </w:r>
          </w:p>
        </w:tc>
        <w:tc>
          <w:tcPr>
            <w:tcW w:type="dxa" w:w="2880"/>
          </w:tcPr>
          <w:p>
            <w:r>
              <w:t>0</w:t>
            </w:r>
          </w:p>
        </w:tc>
      </w:tr>
      <w:tr>
        <w:tc>
          <w:tcPr>
            <w:tcW w:type="dxa" w:w="2880"/>
          </w:tcPr>
          <w:p>
            <w:r>
              <w:t>2026-04-13</w:t>
            </w:r>
          </w:p>
        </w:tc>
        <w:tc>
          <w:tcPr>
            <w:tcW w:type="dxa" w:w="2880"/>
          </w:tcPr>
          <w:p>
            <w:r>
              <w:t>Coverage complaints</w:t>
            </w:r>
          </w:p>
        </w:tc>
        <w:tc>
          <w:tcPr>
            <w:tcW w:type="dxa" w:w="2880"/>
          </w:tcPr>
          <w:p>
            <w:r>
              <w:t>11</w:t>
            </w:r>
          </w:p>
        </w:tc>
      </w:tr>
      <w:tr>
        <w:tc>
          <w:tcPr>
            <w:tcW w:type="dxa" w:w="2880"/>
          </w:tcPr>
          <w:p>
            <w:r>
              <w:t>2026-04-20</w:t>
            </w:r>
          </w:p>
        </w:tc>
        <w:tc>
          <w:tcPr>
            <w:tcW w:type="dxa" w:w="2880"/>
          </w:tcPr>
          <w:p>
            <w:r>
              <w:t>Dropped calls</w:t>
            </w:r>
          </w:p>
        </w:tc>
        <w:tc>
          <w:tcPr>
            <w:tcW w:type="dxa" w:w="2880"/>
          </w:tcPr>
          <w:p>
            <w:r>
              <w:t>0</w:t>
            </w:r>
          </w:p>
        </w:tc>
      </w:tr>
      <w:tr>
        <w:tc>
          <w:tcPr>
            <w:tcW w:type="dxa" w:w="2880"/>
          </w:tcPr>
          <w:p>
            <w:r>
              <w:t>2026-04-20</w:t>
            </w:r>
          </w:p>
        </w:tc>
        <w:tc>
          <w:tcPr>
            <w:tcW w:type="dxa" w:w="2880"/>
          </w:tcPr>
          <w:p>
            <w:r>
              <w:t>Cell KPIs by day</w:t>
            </w:r>
          </w:p>
        </w:tc>
        <w:tc>
          <w:tcPr>
            <w:tcW w:type="dxa" w:w="2880"/>
          </w:tcPr>
          <w:p>
            <w:r>
              <w:t>0</w:t>
            </w:r>
          </w:p>
        </w:tc>
      </w:tr>
      <w:tr>
        <w:tc>
          <w:tcPr>
            <w:tcW w:type="dxa" w:w="2880"/>
          </w:tcPr>
          <w:p>
            <w:r>
              <w:t>2026-04-20</w:t>
            </w:r>
          </w:p>
        </w:tc>
        <w:tc>
          <w:tcPr>
            <w:tcW w:type="dxa" w:w="2880"/>
          </w:tcPr>
          <w:p>
            <w:r>
              <w:t>Coverage complaints</w:t>
            </w:r>
          </w:p>
        </w:tc>
        <w:tc>
          <w:tcPr>
            <w:tcW w:type="dxa" w:w="2880"/>
          </w:tcPr>
          <w:p>
            <w:r>
              <w:t>15</w:t>
            </w:r>
          </w:p>
        </w:tc>
      </w:tr>
      <w:tr>
        <w:tc>
          <w:tcPr>
            <w:tcW w:type="dxa" w:w="2880"/>
          </w:tcPr>
          <w:p>
            <w:r>
              <w:t>2026-04-27</w:t>
            </w:r>
          </w:p>
        </w:tc>
        <w:tc>
          <w:tcPr>
            <w:tcW w:type="dxa" w:w="2880"/>
          </w:tcPr>
          <w:p>
            <w:r>
              <w:t>Dropped calls</w:t>
            </w:r>
          </w:p>
        </w:tc>
        <w:tc>
          <w:tcPr>
            <w:tcW w:type="dxa" w:w="2880"/>
          </w:tcPr>
          <w:p>
            <w:r>
              <w:t>0</w:t>
            </w:r>
          </w:p>
        </w:tc>
      </w:tr>
      <w:tr>
        <w:tc>
          <w:tcPr>
            <w:tcW w:type="dxa" w:w="2880"/>
          </w:tcPr>
          <w:p>
            <w:r>
              <w:t>2026-04-27</w:t>
            </w:r>
          </w:p>
        </w:tc>
        <w:tc>
          <w:tcPr>
            <w:tcW w:type="dxa" w:w="2880"/>
          </w:tcPr>
          <w:p>
            <w:r>
              <w:t>Cell KPIs by day</w:t>
            </w:r>
          </w:p>
        </w:tc>
        <w:tc>
          <w:tcPr>
            <w:tcW w:type="dxa" w:w="2880"/>
          </w:tcPr>
          <w:p>
            <w:r>
              <w:t>0</w:t>
            </w:r>
          </w:p>
        </w:tc>
      </w:tr>
      <w:tr>
        <w:tc>
          <w:tcPr>
            <w:tcW w:type="dxa" w:w="2880"/>
          </w:tcPr>
          <w:p>
            <w:r>
              <w:t>2026-04-27</w:t>
            </w:r>
          </w:p>
        </w:tc>
        <w:tc>
          <w:tcPr>
            <w:tcW w:type="dxa" w:w="2880"/>
          </w:tcPr>
          <w:p>
            <w:r>
              <w:t>Coverage complaints</w:t>
            </w:r>
          </w:p>
        </w:tc>
        <w:tc>
          <w:tcPr>
            <w:tcW w:type="dxa" w:w="2880"/>
          </w:tcPr>
          <w:p>
            <w:r>
              <w:t>10</w:t>
            </w:r>
          </w:p>
        </w:tc>
      </w:tr>
      <w:tr>
        <w:tc>
          <w:tcPr>
            <w:tcW w:type="dxa" w:w="2880"/>
          </w:tcPr>
          <w:p>
            <w:r>
              <w:t>2026-05-04</w:t>
            </w:r>
          </w:p>
        </w:tc>
        <w:tc>
          <w:tcPr>
            <w:tcW w:type="dxa" w:w="2880"/>
          </w:tcPr>
          <w:p>
            <w:r>
              <w:t>Dropped calls</w:t>
            </w:r>
          </w:p>
        </w:tc>
        <w:tc>
          <w:tcPr>
            <w:tcW w:type="dxa" w:w="2880"/>
          </w:tcPr>
          <w:p>
            <w:r>
              <w:t>0</w:t>
            </w:r>
          </w:p>
        </w:tc>
      </w:tr>
      <w:tr>
        <w:tc>
          <w:tcPr>
            <w:tcW w:type="dxa" w:w="2880"/>
          </w:tcPr>
          <w:p>
            <w:r>
              <w:t>2026-05-04</w:t>
            </w:r>
          </w:p>
        </w:tc>
        <w:tc>
          <w:tcPr>
            <w:tcW w:type="dxa" w:w="2880"/>
          </w:tcPr>
          <w:p>
            <w:r>
              <w:t>Cell KPIs by day</w:t>
            </w:r>
          </w:p>
        </w:tc>
        <w:tc>
          <w:tcPr>
            <w:tcW w:type="dxa" w:w="2880"/>
          </w:tcPr>
          <w:p>
            <w:r>
              <w:t>0</w:t>
            </w:r>
          </w:p>
        </w:tc>
      </w:tr>
      <w:tr>
        <w:tc>
          <w:tcPr>
            <w:tcW w:type="dxa" w:w="2880"/>
          </w:tcPr>
          <w:p>
            <w:r>
              <w:t>2026-05-04</w:t>
            </w:r>
          </w:p>
        </w:tc>
        <w:tc>
          <w:tcPr>
            <w:tcW w:type="dxa" w:w="2880"/>
          </w:tcPr>
          <w:p>
            <w:r>
              <w:t>Coverage complaints</w:t>
            </w:r>
          </w:p>
        </w:tc>
        <w:tc>
          <w:tcPr>
            <w:tcW w:type="dxa" w:w="2880"/>
          </w:tcPr>
          <w:p>
            <w:r>
              <w:t>11</w:t>
            </w:r>
          </w:p>
        </w:tc>
      </w:tr>
      <w:tr>
        <w:tc>
          <w:tcPr>
            <w:tcW w:type="dxa" w:w="2880"/>
          </w:tcPr>
          <w:p>
            <w:r>
              <w:t>2026-05-11</w:t>
            </w:r>
          </w:p>
        </w:tc>
        <w:tc>
          <w:tcPr>
            <w:tcW w:type="dxa" w:w="2880"/>
          </w:tcPr>
          <w:p>
            <w:r>
              <w:t>Dropped calls</w:t>
            </w:r>
          </w:p>
        </w:tc>
        <w:tc>
          <w:tcPr>
            <w:tcW w:type="dxa" w:w="2880"/>
          </w:tcPr>
          <w:p>
            <w:r>
              <w:t>0</w:t>
            </w:r>
          </w:p>
        </w:tc>
      </w:tr>
      <w:tr>
        <w:tc>
          <w:tcPr>
            <w:tcW w:type="dxa" w:w="2880"/>
          </w:tcPr>
          <w:p>
            <w:r>
              <w:t>2026-05-11</w:t>
            </w:r>
          </w:p>
        </w:tc>
        <w:tc>
          <w:tcPr>
            <w:tcW w:type="dxa" w:w="2880"/>
          </w:tcPr>
          <w:p>
            <w:r>
              <w:t>Cell KPIs by day</w:t>
            </w:r>
          </w:p>
        </w:tc>
        <w:tc>
          <w:tcPr>
            <w:tcW w:type="dxa" w:w="2880"/>
          </w:tcPr>
          <w:p>
            <w:r>
              <w:t>0</w:t>
            </w:r>
          </w:p>
        </w:tc>
      </w:tr>
      <w:tr>
        <w:tc>
          <w:tcPr>
            <w:tcW w:type="dxa" w:w="2880"/>
          </w:tcPr>
          <w:p>
            <w:r>
              <w:t>2026-05-11</w:t>
            </w:r>
          </w:p>
        </w:tc>
        <w:tc>
          <w:tcPr>
            <w:tcW w:type="dxa" w:w="2880"/>
          </w:tcPr>
          <w:p>
            <w:r>
              <w:t>Coverage complaints</w:t>
            </w:r>
          </w:p>
        </w:tc>
        <w:tc>
          <w:tcPr>
            <w:tcW w:type="dxa" w:w="2880"/>
          </w:tcPr>
          <w:p>
            <w:r>
              <w:t>18</w:t>
            </w:r>
          </w:p>
        </w:tc>
      </w:tr>
      <w:tr>
        <w:tc>
          <w:tcPr>
            <w:tcW w:type="dxa" w:w="2880"/>
          </w:tcPr>
          <w:p>
            <w:r>
              <w:t>2026-05-18</w:t>
            </w:r>
          </w:p>
        </w:tc>
        <w:tc>
          <w:tcPr>
            <w:tcW w:type="dxa" w:w="2880"/>
          </w:tcPr>
          <w:p>
            <w:r>
              <w:t>Dropped calls</w:t>
            </w:r>
          </w:p>
        </w:tc>
        <w:tc>
          <w:tcPr>
            <w:tcW w:type="dxa" w:w="2880"/>
          </w:tcPr>
          <w:p>
            <w:r>
              <w:t>0</w:t>
            </w:r>
          </w:p>
        </w:tc>
      </w:tr>
      <w:tr>
        <w:tc>
          <w:tcPr>
            <w:tcW w:type="dxa" w:w="2880"/>
          </w:tcPr>
          <w:p>
            <w:r>
              <w:t>2026-05-18</w:t>
            </w:r>
          </w:p>
        </w:tc>
        <w:tc>
          <w:tcPr>
            <w:tcW w:type="dxa" w:w="2880"/>
          </w:tcPr>
          <w:p>
            <w:r>
              <w:t>Cell KPIs by day</w:t>
            </w:r>
          </w:p>
        </w:tc>
        <w:tc>
          <w:tcPr>
            <w:tcW w:type="dxa" w:w="2880"/>
          </w:tcPr>
          <w:p>
            <w:r>
              <w:t>0</w:t>
            </w:r>
          </w:p>
        </w:tc>
      </w:tr>
      <w:tr>
        <w:tc>
          <w:tcPr>
            <w:tcW w:type="dxa" w:w="2880"/>
          </w:tcPr>
          <w:p>
            <w:r>
              <w:t>2026-05-18</w:t>
            </w:r>
          </w:p>
        </w:tc>
        <w:tc>
          <w:tcPr>
            <w:tcW w:type="dxa" w:w="2880"/>
          </w:tcPr>
          <w:p>
            <w:r>
              <w:t>Coverage complaints</w:t>
            </w:r>
          </w:p>
        </w:tc>
        <w:tc>
          <w:tcPr>
            <w:tcW w:type="dxa" w:w="2880"/>
          </w:tcPr>
          <w:p>
            <w:r>
              <w:t>17</w:t>
            </w:r>
          </w:p>
        </w:tc>
      </w:tr>
      <w:tr>
        <w:tc>
          <w:tcPr>
            <w:tcW w:type="dxa" w:w="2880"/>
          </w:tcPr>
          <w:p>
            <w:r>
              <w:t>2026-05-25</w:t>
            </w:r>
          </w:p>
        </w:tc>
        <w:tc>
          <w:tcPr>
            <w:tcW w:type="dxa" w:w="2880"/>
          </w:tcPr>
          <w:p>
            <w:r>
              <w:t>Dropped calls</w:t>
            </w:r>
          </w:p>
        </w:tc>
        <w:tc>
          <w:tcPr>
            <w:tcW w:type="dxa" w:w="2880"/>
          </w:tcPr>
          <w:p>
            <w:r>
              <w:t>0</w:t>
            </w:r>
          </w:p>
        </w:tc>
      </w:tr>
      <w:tr>
        <w:tc>
          <w:tcPr>
            <w:tcW w:type="dxa" w:w="2880"/>
          </w:tcPr>
          <w:p>
            <w:r>
              <w:t>2026-05-25</w:t>
            </w:r>
          </w:p>
        </w:tc>
        <w:tc>
          <w:tcPr>
            <w:tcW w:type="dxa" w:w="2880"/>
          </w:tcPr>
          <w:p>
            <w:r>
              <w:t>Cell KPIs by day</w:t>
            </w:r>
          </w:p>
        </w:tc>
        <w:tc>
          <w:tcPr>
            <w:tcW w:type="dxa" w:w="2880"/>
          </w:tcPr>
          <w:p>
            <w:r>
              <w:t>0</w:t>
            </w:r>
          </w:p>
        </w:tc>
      </w:tr>
      <w:tr>
        <w:tc>
          <w:tcPr>
            <w:tcW w:type="dxa" w:w="2880"/>
          </w:tcPr>
          <w:p>
            <w:r>
              <w:t>2026-05-25</w:t>
            </w:r>
          </w:p>
        </w:tc>
        <w:tc>
          <w:tcPr>
            <w:tcW w:type="dxa" w:w="2880"/>
          </w:tcPr>
          <w:p>
            <w:r>
              <w:t>Coverage complaints</w:t>
            </w:r>
          </w:p>
        </w:tc>
        <w:tc>
          <w:tcPr>
            <w:tcW w:type="dxa" w:w="2880"/>
          </w:tcPr>
          <w:p>
            <w:r>
              <w:t>11</w:t>
            </w:r>
          </w:p>
        </w:tc>
      </w:tr>
      <w:tr>
        <w:tc>
          <w:tcPr>
            <w:tcW w:type="dxa" w:w="2880"/>
          </w:tcPr>
          <w:p>
            <w:r>
              <w:t>2026-06-01</w:t>
            </w:r>
          </w:p>
        </w:tc>
        <w:tc>
          <w:tcPr>
            <w:tcW w:type="dxa" w:w="2880"/>
          </w:tcPr>
          <w:p>
            <w:r>
              <w:t>Dropped calls</w:t>
            </w:r>
          </w:p>
        </w:tc>
        <w:tc>
          <w:tcPr>
            <w:tcW w:type="dxa" w:w="2880"/>
          </w:tcPr>
          <w:p>
            <w:r>
              <w:t>0</w:t>
            </w:r>
          </w:p>
        </w:tc>
      </w:tr>
      <w:tr>
        <w:tc>
          <w:tcPr>
            <w:tcW w:type="dxa" w:w="2880"/>
          </w:tcPr>
          <w:p>
            <w:r>
              <w:t>2026-06-01</w:t>
            </w:r>
          </w:p>
        </w:tc>
        <w:tc>
          <w:tcPr>
            <w:tcW w:type="dxa" w:w="2880"/>
          </w:tcPr>
          <w:p>
            <w:r>
              <w:t>Cell KPIs by day</w:t>
            </w:r>
          </w:p>
        </w:tc>
        <w:tc>
          <w:tcPr>
            <w:tcW w:type="dxa" w:w="2880"/>
          </w:tcPr>
          <w:p>
            <w:r>
              <w:t>0</w:t>
            </w:r>
          </w:p>
        </w:tc>
      </w:tr>
      <w:tr>
        <w:tc>
          <w:tcPr>
            <w:tcW w:type="dxa" w:w="2880"/>
          </w:tcPr>
          <w:p>
            <w:r>
              <w:t>2026-06-01</w:t>
            </w:r>
          </w:p>
        </w:tc>
        <w:tc>
          <w:tcPr>
            <w:tcW w:type="dxa" w:w="2880"/>
          </w:tcPr>
          <w:p>
            <w:r>
              <w:t>Coverage complaints</w:t>
            </w:r>
          </w:p>
        </w:tc>
        <w:tc>
          <w:tcPr>
            <w:tcW w:type="dxa" w:w="2880"/>
          </w:tcPr>
          <w:p>
            <w:r>
              <w:t>8</w:t>
            </w:r>
          </w:p>
        </w:tc>
      </w:tr>
      <w:tr>
        <w:tc>
          <w:tcPr>
            <w:tcW w:type="dxa" w:w="2880"/>
          </w:tcPr>
          <w:p>
            <w:r>
              <w:t>2026-06-08</w:t>
            </w:r>
          </w:p>
        </w:tc>
        <w:tc>
          <w:tcPr>
            <w:tcW w:type="dxa" w:w="2880"/>
          </w:tcPr>
          <w:p>
            <w:r>
              <w:t>Dropped calls</w:t>
            </w:r>
          </w:p>
        </w:tc>
        <w:tc>
          <w:tcPr>
            <w:tcW w:type="dxa" w:w="2880"/>
          </w:tcPr>
          <w:p>
            <w:r>
              <w:t>0</w:t>
            </w:r>
          </w:p>
        </w:tc>
      </w:tr>
      <w:tr>
        <w:tc>
          <w:tcPr>
            <w:tcW w:type="dxa" w:w="2880"/>
          </w:tcPr>
          <w:p>
            <w:r>
              <w:t>2026-06-08</w:t>
            </w:r>
          </w:p>
        </w:tc>
        <w:tc>
          <w:tcPr>
            <w:tcW w:type="dxa" w:w="2880"/>
          </w:tcPr>
          <w:p>
            <w:r>
              <w:t>Cell KPIs by day</w:t>
            </w:r>
          </w:p>
        </w:tc>
        <w:tc>
          <w:tcPr>
            <w:tcW w:type="dxa" w:w="2880"/>
          </w:tcPr>
          <w:p>
            <w:r>
              <w:t>0</w:t>
            </w:r>
          </w:p>
        </w:tc>
      </w:tr>
      <w:tr>
        <w:tc>
          <w:tcPr>
            <w:tcW w:type="dxa" w:w="2880"/>
          </w:tcPr>
          <w:p>
            <w:r>
              <w:t>2026-06-08</w:t>
            </w:r>
          </w:p>
        </w:tc>
        <w:tc>
          <w:tcPr>
            <w:tcW w:type="dxa" w:w="2880"/>
          </w:tcPr>
          <w:p>
            <w:r>
              <w:t>Coverage complaints</w:t>
            </w:r>
          </w:p>
        </w:tc>
        <w:tc>
          <w:tcPr>
            <w:tcW w:type="dxa" w:w="2880"/>
          </w:tcPr>
          <w:p>
            <w:r>
              <w:t>13</w:t>
            </w:r>
          </w:p>
        </w:tc>
      </w:tr>
      <w:tr>
        <w:tc>
          <w:tcPr>
            <w:tcW w:type="dxa" w:w="2880"/>
          </w:tcPr>
          <w:p>
            <w:r>
              <w:t>2026-06-15</w:t>
            </w:r>
          </w:p>
        </w:tc>
        <w:tc>
          <w:tcPr>
            <w:tcW w:type="dxa" w:w="2880"/>
          </w:tcPr>
          <w:p>
            <w:r>
              <w:t>Dropped calls</w:t>
            </w:r>
          </w:p>
        </w:tc>
        <w:tc>
          <w:tcPr>
            <w:tcW w:type="dxa" w:w="2880"/>
          </w:tcPr>
          <w:p>
            <w:r>
              <w:t>0</w:t>
            </w:r>
          </w:p>
        </w:tc>
      </w:tr>
      <w:tr>
        <w:tc>
          <w:tcPr>
            <w:tcW w:type="dxa" w:w="2880"/>
          </w:tcPr>
          <w:p>
            <w:r>
              <w:t>2026-06-15</w:t>
            </w:r>
          </w:p>
        </w:tc>
        <w:tc>
          <w:tcPr>
            <w:tcW w:type="dxa" w:w="2880"/>
          </w:tcPr>
          <w:p>
            <w:r>
              <w:t>Cell KPIs by day</w:t>
            </w:r>
          </w:p>
        </w:tc>
        <w:tc>
          <w:tcPr>
            <w:tcW w:type="dxa" w:w="2880"/>
          </w:tcPr>
          <w:p>
            <w:r>
              <w:t>0</w:t>
            </w:r>
          </w:p>
        </w:tc>
      </w:tr>
      <w:tr>
        <w:tc>
          <w:tcPr>
            <w:tcW w:type="dxa" w:w="2880"/>
          </w:tcPr>
          <w:p>
            <w:r>
              <w:t>2026-06-15</w:t>
            </w:r>
          </w:p>
        </w:tc>
        <w:tc>
          <w:tcPr>
            <w:tcW w:type="dxa" w:w="2880"/>
          </w:tcPr>
          <w:p>
            <w:r>
              <w:t>Coverage complaints</w:t>
            </w:r>
          </w:p>
        </w:tc>
        <w:tc>
          <w:tcPr>
            <w:tcW w:type="dxa" w:w="2880"/>
          </w:tcPr>
          <w:p>
            <w:r>
              <w:t>16</w:t>
            </w:r>
          </w:p>
        </w:tc>
      </w:tr>
      <w:tr>
        <w:tc>
          <w:tcPr>
            <w:tcW w:type="dxa" w:w="2880"/>
          </w:tcPr>
          <w:p>
            <w:r>
              <w:t>2026-06-22</w:t>
            </w:r>
          </w:p>
        </w:tc>
        <w:tc>
          <w:tcPr>
            <w:tcW w:type="dxa" w:w="2880"/>
          </w:tcPr>
          <w:p>
            <w:r>
              <w:t>Dropped calls</w:t>
            </w:r>
          </w:p>
        </w:tc>
        <w:tc>
          <w:tcPr>
            <w:tcW w:type="dxa" w:w="2880"/>
          </w:tcPr>
          <w:p>
            <w:r>
              <w:t>0</w:t>
            </w:r>
          </w:p>
        </w:tc>
      </w:tr>
      <w:tr>
        <w:tc>
          <w:tcPr>
            <w:tcW w:type="dxa" w:w="2880"/>
          </w:tcPr>
          <w:p>
            <w:r>
              <w:t>2026-06-22</w:t>
            </w:r>
          </w:p>
        </w:tc>
        <w:tc>
          <w:tcPr>
            <w:tcW w:type="dxa" w:w="2880"/>
          </w:tcPr>
          <w:p>
            <w:r>
              <w:t>Cell KPIs by day</w:t>
            </w:r>
          </w:p>
        </w:tc>
        <w:tc>
          <w:tcPr>
            <w:tcW w:type="dxa" w:w="2880"/>
          </w:tcPr>
          <w:p>
            <w:r>
              <w:t>0</w:t>
            </w:r>
          </w:p>
        </w:tc>
      </w:tr>
      <w:tr>
        <w:tc>
          <w:tcPr>
            <w:tcW w:type="dxa" w:w="2880"/>
          </w:tcPr>
          <w:p>
            <w:r>
              <w:t>2026-06-22</w:t>
            </w:r>
          </w:p>
        </w:tc>
        <w:tc>
          <w:tcPr>
            <w:tcW w:type="dxa" w:w="2880"/>
          </w:tcPr>
          <w:p>
            <w:r>
              <w:t>Coverage complaints</w:t>
            </w:r>
          </w:p>
        </w:tc>
        <w:tc>
          <w:tcPr>
            <w:tcW w:type="dxa" w:w="2880"/>
          </w:tcPr>
          <w:p>
            <w:r>
              <w:t>15</w:t>
            </w:r>
          </w:p>
        </w:tc>
      </w:tr>
      <w:tr>
        <w:tc>
          <w:tcPr>
            <w:tcW w:type="dxa" w:w="2880"/>
          </w:tcPr>
          <w:p>
            <w:r>
              <w:t>2026-06-29</w:t>
            </w:r>
          </w:p>
        </w:tc>
        <w:tc>
          <w:tcPr>
            <w:tcW w:type="dxa" w:w="2880"/>
          </w:tcPr>
          <w:p>
            <w:r>
              <w:t>Dropped calls</w:t>
            </w:r>
          </w:p>
        </w:tc>
        <w:tc>
          <w:tcPr>
            <w:tcW w:type="dxa" w:w="2880"/>
          </w:tcPr>
          <w:p>
            <w:r>
              <w:t>0</w:t>
            </w:r>
          </w:p>
        </w:tc>
      </w:tr>
      <w:tr>
        <w:tc>
          <w:tcPr>
            <w:tcW w:type="dxa" w:w="2880"/>
          </w:tcPr>
          <w:p>
            <w:r>
              <w:t>2026-06-29</w:t>
            </w:r>
          </w:p>
        </w:tc>
        <w:tc>
          <w:tcPr>
            <w:tcW w:type="dxa" w:w="2880"/>
          </w:tcPr>
          <w:p>
            <w:r>
              <w:t>Cell KPIs by day</w:t>
            </w:r>
          </w:p>
        </w:tc>
        <w:tc>
          <w:tcPr>
            <w:tcW w:type="dxa" w:w="2880"/>
          </w:tcPr>
          <w:p>
            <w:r>
              <w:t>0</w:t>
            </w:r>
          </w:p>
        </w:tc>
      </w:tr>
      <w:tr>
        <w:tc>
          <w:tcPr>
            <w:tcW w:type="dxa" w:w="2880"/>
          </w:tcPr>
          <w:p>
            <w:r>
              <w:t>2026-06-29</w:t>
            </w:r>
          </w:p>
        </w:tc>
        <w:tc>
          <w:tcPr>
            <w:tcW w:type="dxa" w:w="2880"/>
          </w:tcPr>
          <w:p>
            <w:r>
              <w:t>Coverage complaints</w:t>
            </w:r>
          </w:p>
        </w:tc>
        <w:tc>
          <w:tcPr>
            <w:tcW w:type="dxa" w:w="2880"/>
          </w:tcPr>
          <w:p>
            <w:r>
              <w:t>11</w:t>
            </w:r>
          </w:p>
        </w:tc>
      </w:tr>
      <w:tr>
        <w:tc>
          <w:tcPr>
            <w:tcW w:type="dxa" w:w="2880"/>
          </w:tcPr>
          <w:p>
            <w:r>
              <w:t>2026-07-06</w:t>
            </w:r>
          </w:p>
        </w:tc>
        <w:tc>
          <w:tcPr>
            <w:tcW w:type="dxa" w:w="2880"/>
          </w:tcPr>
          <w:p>
            <w:r>
              <w:t>Dropped calls</w:t>
            </w:r>
          </w:p>
        </w:tc>
        <w:tc>
          <w:tcPr>
            <w:tcW w:type="dxa" w:w="2880"/>
          </w:tcPr>
          <w:p>
            <w:r>
              <w:t>0</w:t>
            </w:r>
          </w:p>
        </w:tc>
      </w:tr>
      <w:tr>
        <w:tc>
          <w:tcPr>
            <w:tcW w:type="dxa" w:w="2880"/>
          </w:tcPr>
          <w:p>
            <w:r>
              <w:t>2026-07-06</w:t>
            </w:r>
          </w:p>
        </w:tc>
        <w:tc>
          <w:tcPr>
            <w:tcW w:type="dxa" w:w="2880"/>
          </w:tcPr>
          <w:p>
            <w:r>
              <w:t>Cell KPIs by day</w:t>
            </w:r>
          </w:p>
        </w:tc>
        <w:tc>
          <w:tcPr>
            <w:tcW w:type="dxa" w:w="2880"/>
          </w:tcPr>
          <w:p>
            <w:r>
              <w:t>0</w:t>
            </w:r>
          </w:p>
        </w:tc>
      </w:tr>
      <w:tr>
        <w:tc>
          <w:tcPr>
            <w:tcW w:type="dxa" w:w="2880"/>
          </w:tcPr>
          <w:p>
            <w:r>
              <w:t>2026-07-06</w:t>
            </w:r>
          </w:p>
        </w:tc>
        <w:tc>
          <w:tcPr>
            <w:tcW w:type="dxa" w:w="2880"/>
          </w:tcPr>
          <w:p>
            <w:r>
              <w:t>Coverage complaints</w:t>
            </w:r>
          </w:p>
        </w:tc>
        <w:tc>
          <w:tcPr>
            <w:tcW w:type="dxa" w:w="2880"/>
          </w:tcPr>
          <w:p>
            <w:r>
              <w:t>18</w:t>
            </w:r>
          </w:p>
        </w:tc>
      </w:tr>
      <w:tr>
        <w:tc>
          <w:tcPr>
            <w:tcW w:type="dxa" w:w="2880"/>
          </w:tcPr>
          <w:p>
            <w:r>
              <w:t>2026-07-13</w:t>
            </w:r>
          </w:p>
        </w:tc>
        <w:tc>
          <w:tcPr>
            <w:tcW w:type="dxa" w:w="2880"/>
          </w:tcPr>
          <w:p>
            <w:r>
              <w:t>Dropped calls</w:t>
            </w:r>
          </w:p>
        </w:tc>
        <w:tc>
          <w:tcPr>
            <w:tcW w:type="dxa" w:w="2880"/>
          </w:tcPr>
          <w:p>
            <w:r>
              <w:t>0</w:t>
            </w:r>
          </w:p>
        </w:tc>
      </w:tr>
      <w:tr>
        <w:tc>
          <w:tcPr>
            <w:tcW w:type="dxa" w:w="2880"/>
          </w:tcPr>
          <w:p>
            <w:r>
              <w:t>2026-07-13</w:t>
            </w:r>
          </w:p>
        </w:tc>
        <w:tc>
          <w:tcPr>
            <w:tcW w:type="dxa" w:w="2880"/>
          </w:tcPr>
          <w:p>
            <w:r>
              <w:t>Cell KPIs by day</w:t>
            </w:r>
          </w:p>
        </w:tc>
        <w:tc>
          <w:tcPr>
            <w:tcW w:type="dxa" w:w="2880"/>
          </w:tcPr>
          <w:p>
            <w:r>
              <w:t>0</w:t>
            </w:r>
          </w:p>
        </w:tc>
      </w:tr>
      <w:tr>
        <w:tc>
          <w:tcPr>
            <w:tcW w:type="dxa" w:w="2880"/>
          </w:tcPr>
          <w:p>
            <w:r>
              <w:t>2026-07-13</w:t>
            </w:r>
          </w:p>
        </w:tc>
        <w:tc>
          <w:tcPr>
            <w:tcW w:type="dxa" w:w="2880"/>
          </w:tcPr>
          <w:p>
            <w:r>
              <w:t>Coverage complaints</w:t>
            </w:r>
          </w:p>
        </w:tc>
        <w:tc>
          <w:tcPr>
            <w:tcW w:type="dxa" w:w="2880"/>
          </w:tcPr>
          <w:p>
            <w:r>
              <w:t>13</w:t>
            </w:r>
          </w:p>
        </w:tc>
      </w:tr>
      <w:tr>
        <w:tc>
          <w:tcPr>
            <w:tcW w:type="dxa" w:w="2880"/>
          </w:tcPr>
          <w:p>
            <w:r>
              <w:t>2026-07-20</w:t>
            </w:r>
          </w:p>
        </w:tc>
        <w:tc>
          <w:tcPr>
            <w:tcW w:type="dxa" w:w="2880"/>
          </w:tcPr>
          <w:p>
            <w:r>
              <w:t>Dropped calls</w:t>
            </w:r>
          </w:p>
        </w:tc>
        <w:tc>
          <w:tcPr>
            <w:tcW w:type="dxa" w:w="2880"/>
          </w:tcPr>
          <w:p>
            <w:r>
              <w:t>0</w:t>
            </w:r>
          </w:p>
        </w:tc>
      </w:tr>
      <w:tr>
        <w:tc>
          <w:tcPr>
            <w:tcW w:type="dxa" w:w="2880"/>
          </w:tcPr>
          <w:p>
            <w:r>
              <w:t>2026-07-20</w:t>
            </w:r>
          </w:p>
        </w:tc>
        <w:tc>
          <w:tcPr>
            <w:tcW w:type="dxa" w:w="2880"/>
          </w:tcPr>
          <w:p>
            <w:r>
              <w:t>Cell KPIs by day</w:t>
            </w:r>
          </w:p>
        </w:tc>
        <w:tc>
          <w:tcPr>
            <w:tcW w:type="dxa" w:w="2880"/>
          </w:tcPr>
          <w:p>
            <w:r>
              <w:t>0</w:t>
            </w:r>
          </w:p>
        </w:tc>
      </w:tr>
      <w:tr>
        <w:tc>
          <w:tcPr>
            <w:tcW w:type="dxa" w:w="2880"/>
          </w:tcPr>
          <w:p>
            <w:r>
              <w:t>2026-07-20</w:t>
            </w:r>
          </w:p>
        </w:tc>
        <w:tc>
          <w:tcPr>
            <w:tcW w:type="dxa" w:w="2880"/>
          </w:tcPr>
          <w:p>
            <w:r>
              <w:t>Coverage complaints</w:t>
            </w:r>
          </w:p>
        </w:tc>
        <w:tc>
          <w:tcPr>
            <w:tcW w:type="dxa" w:w="2880"/>
          </w:tcPr>
          <w:p>
            <w:r>
              <w:t>13</w:t>
            </w:r>
          </w:p>
        </w:tc>
      </w:tr>
      <w:tr>
        <w:tc>
          <w:tcPr>
            <w:tcW w:type="dxa" w:w="2880"/>
          </w:tcPr>
          <w:p>
            <w:r>
              <w:t>2026-07-27</w:t>
            </w:r>
          </w:p>
        </w:tc>
        <w:tc>
          <w:tcPr>
            <w:tcW w:type="dxa" w:w="2880"/>
          </w:tcPr>
          <w:p>
            <w:r>
              <w:t>Dropped calls</w:t>
            </w:r>
          </w:p>
        </w:tc>
        <w:tc>
          <w:tcPr>
            <w:tcW w:type="dxa" w:w="2880"/>
          </w:tcPr>
          <w:p>
            <w:r>
              <w:t>0</w:t>
            </w:r>
          </w:p>
        </w:tc>
      </w:tr>
      <w:tr>
        <w:tc>
          <w:tcPr>
            <w:tcW w:type="dxa" w:w="2880"/>
          </w:tcPr>
          <w:p>
            <w:r>
              <w:t>2026-07-27</w:t>
            </w:r>
          </w:p>
        </w:tc>
        <w:tc>
          <w:tcPr>
            <w:tcW w:type="dxa" w:w="2880"/>
          </w:tcPr>
          <w:p>
            <w:r>
              <w:t>Cell KPIs by day</w:t>
            </w:r>
          </w:p>
        </w:tc>
        <w:tc>
          <w:tcPr>
            <w:tcW w:type="dxa" w:w="2880"/>
          </w:tcPr>
          <w:p>
            <w:r>
              <w:t>0</w:t>
            </w:r>
          </w:p>
        </w:tc>
      </w:tr>
      <w:tr>
        <w:tc>
          <w:tcPr>
            <w:tcW w:type="dxa" w:w="2880"/>
          </w:tcPr>
          <w:p>
            <w:r>
              <w:t>2026-07-27</w:t>
            </w:r>
          </w:p>
        </w:tc>
        <w:tc>
          <w:tcPr>
            <w:tcW w:type="dxa" w:w="2880"/>
          </w:tcPr>
          <w:p>
            <w:r>
              <w:t>Coverage complaints</w:t>
            </w:r>
          </w:p>
        </w:tc>
        <w:tc>
          <w:tcPr>
            <w:tcW w:type="dxa" w:w="2880"/>
          </w:tcPr>
          <w:p>
            <w:r>
              <w:t>16</w:t>
            </w:r>
          </w:p>
        </w:tc>
      </w:tr>
      <w:tr>
        <w:tc>
          <w:tcPr>
            <w:tcW w:type="dxa" w:w="2880"/>
          </w:tcPr>
          <w:p>
            <w:r>
              <w:t>2026-08-03</w:t>
            </w:r>
          </w:p>
        </w:tc>
        <w:tc>
          <w:tcPr>
            <w:tcW w:type="dxa" w:w="2880"/>
          </w:tcPr>
          <w:p>
            <w:r>
              <w:t>Dropped calls</w:t>
            </w:r>
          </w:p>
        </w:tc>
        <w:tc>
          <w:tcPr>
            <w:tcW w:type="dxa" w:w="2880"/>
          </w:tcPr>
          <w:p>
            <w:r>
              <w:t>239</w:t>
            </w:r>
          </w:p>
        </w:tc>
      </w:tr>
      <w:tr>
        <w:tc>
          <w:tcPr>
            <w:tcW w:type="dxa" w:w="2880"/>
          </w:tcPr>
          <w:p>
            <w:r>
              <w:t>2026-08-03</w:t>
            </w:r>
          </w:p>
        </w:tc>
        <w:tc>
          <w:tcPr>
            <w:tcW w:type="dxa" w:w="2880"/>
          </w:tcPr>
          <w:p>
            <w:r>
              <w:t>Cell KPIs by day</w:t>
            </w:r>
          </w:p>
        </w:tc>
        <w:tc>
          <w:tcPr>
            <w:tcW w:type="dxa" w:w="2880"/>
          </w:tcPr>
          <w:p>
            <w:r>
              <w:t>98</w:t>
            </w:r>
          </w:p>
        </w:tc>
      </w:tr>
      <w:tr>
        <w:tc>
          <w:tcPr>
            <w:tcW w:type="dxa" w:w="2880"/>
          </w:tcPr>
          <w:p>
            <w:r>
              <w:t>2026-08-03</w:t>
            </w:r>
          </w:p>
        </w:tc>
        <w:tc>
          <w:tcPr>
            <w:tcW w:type="dxa" w:w="2880"/>
          </w:tcPr>
          <w:p>
            <w:r>
              <w:t>Coverage complaints</w:t>
            </w:r>
          </w:p>
        </w:tc>
        <w:tc>
          <w:tcPr>
            <w:tcW w:type="dxa" w:w="2880"/>
          </w:tcPr>
          <w:p>
            <w:r>
              <w:t>14</w:t>
            </w:r>
          </w:p>
        </w:tc>
      </w:tr>
      <w:tr>
        <w:tc>
          <w:tcPr>
            <w:tcW w:type="dxa" w:w="2880"/>
          </w:tcPr>
          <w:p>
            <w:r>
              <w:t>2026-08-10</w:t>
            </w:r>
          </w:p>
        </w:tc>
        <w:tc>
          <w:tcPr>
            <w:tcW w:type="dxa" w:w="2880"/>
          </w:tcPr>
          <w:p>
            <w:r>
              <w:t>Dropped calls</w:t>
            </w:r>
          </w:p>
        </w:tc>
        <w:tc>
          <w:tcPr>
            <w:tcW w:type="dxa" w:w="2880"/>
          </w:tcPr>
          <w:p>
            <w:r>
              <w:t>232</w:t>
            </w:r>
          </w:p>
        </w:tc>
      </w:tr>
      <w:tr>
        <w:tc>
          <w:tcPr>
            <w:tcW w:type="dxa" w:w="2880"/>
          </w:tcPr>
          <w:p>
            <w:r>
              <w:t>2026-08-10</w:t>
            </w:r>
          </w:p>
        </w:tc>
        <w:tc>
          <w:tcPr>
            <w:tcW w:type="dxa" w:w="2880"/>
          </w:tcPr>
          <w:p>
            <w:r>
              <w:t>Cell KPIs by day</w:t>
            </w:r>
          </w:p>
        </w:tc>
        <w:tc>
          <w:tcPr>
            <w:tcW w:type="dxa" w:w="2880"/>
          </w:tcPr>
          <w:p>
            <w:r>
              <w:t>98</w:t>
            </w:r>
          </w:p>
        </w:tc>
      </w:tr>
      <w:tr>
        <w:tc>
          <w:tcPr>
            <w:tcW w:type="dxa" w:w="2880"/>
          </w:tcPr>
          <w:p>
            <w:r>
              <w:t>2026-08-10</w:t>
            </w:r>
          </w:p>
        </w:tc>
        <w:tc>
          <w:tcPr>
            <w:tcW w:type="dxa" w:w="2880"/>
          </w:tcPr>
          <w:p>
            <w:r>
              <w:t>Coverage complaints</w:t>
            </w:r>
          </w:p>
        </w:tc>
        <w:tc>
          <w:tcPr>
            <w:tcW w:type="dxa" w:w="2880"/>
          </w:tcPr>
          <w:p>
            <w:r>
              <w:t>9</w:t>
            </w:r>
          </w:p>
        </w:tc>
      </w:tr>
      <w:tr>
        <w:tc>
          <w:tcPr>
            <w:tcW w:type="dxa" w:w="2880"/>
          </w:tcPr>
          <w:p>
            <w:r>
              <w:t>2026-08-17</w:t>
            </w:r>
          </w:p>
        </w:tc>
        <w:tc>
          <w:tcPr>
            <w:tcW w:type="dxa" w:w="2880"/>
          </w:tcPr>
          <w:p>
            <w:r>
              <w:t>Dropped calls</w:t>
            </w:r>
          </w:p>
        </w:tc>
        <w:tc>
          <w:tcPr>
            <w:tcW w:type="dxa" w:w="2880"/>
          </w:tcPr>
          <w:p>
            <w:r>
              <w:t>218</w:t>
            </w:r>
          </w:p>
        </w:tc>
      </w:tr>
      <w:tr>
        <w:tc>
          <w:tcPr>
            <w:tcW w:type="dxa" w:w="2880"/>
          </w:tcPr>
          <w:p>
            <w:r>
              <w:t>2026-08-17</w:t>
            </w:r>
          </w:p>
        </w:tc>
        <w:tc>
          <w:tcPr>
            <w:tcW w:type="dxa" w:w="2880"/>
          </w:tcPr>
          <w:p>
            <w:r>
              <w:t>Cell KPIs by day</w:t>
            </w:r>
          </w:p>
        </w:tc>
        <w:tc>
          <w:tcPr>
            <w:tcW w:type="dxa" w:w="2880"/>
          </w:tcPr>
          <w:p>
            <w:r>
              <w:t>98</w:t>
            </w:r>
          </w:p>
        </w:tc>
      </w:tr>
      <w:tr>
        <w:tc>
          <w:tcPr>
            <w:tcW w:type="dxa" w:w="2880"/>
          </w:tcPr>
          <w:p>
            <w:r>
              <w:t>2026-08-17</w:t>
            </w:r>
          </w:p>
        </w:tc>
        <w:tc>
          <w:tcPr>
            <w:tcW w:type="dxa" w:w="2880"/>
          </w:tcPr>
          <w:p>
            <w:r>
              <w:t>Coverage complaints</w:t>
            </w:r>
          </w:p>
        </w:tc>
        <w:tc>
          <w:tcPr>
            <w:tcW w:type="dxa" w:w="2880"/>
          </w:tcPr>
          <w:p>
            <w:r>
              <w:t>17</w:t>
            </w:r>
          </w:p>
        </w:tc>
      </w:tr>
      <w:tr>
        <w:tc>
          <w:tcPr>
            <w:tcW w:type="dxa" w:w="2880"/>
          </w:tcPr>
          <w:p>
            <w:r>
              <w:t>2026-08-24</w:t>
            </w:r>
          </w:p>
        </w:tc>
        <w:tc>
          <w:tcPr>
            <w:tcW w:type="dxa" w:w="2880"/>
          </w:tcPr>
          <w:p>
            <w:r>
              <w:t>Dropped calls</w:t>
            </w:r>
          </w:p>
        </w:tc>
        <w:tc>
          <w:tcPr>
            <w:tcW w:type="dxa" w:w="2880"/>
          </w:tcPr>
          <w:p>
            <w:r>
              <w:t>200</w:t>
            </w:r>
          </w:p>
        </w:tc>
      </w:tr>
      <w:tr>
        <w:tc>
          <w:tcPr>
            <w:tcW w:type="dxa" w:w="2880"/>
          </w:tcPr>
          <w:p>
            <w:r>
              <w:t>2026-08-24</w:t>
            </w:r>
          </w:p>
        </w:tc>
        <w:tc>
          <w:tcPr>
            <w:tcW w:type="dxa" w:w="2880"/>
          </w:tcPr>
          <w:p>
            <w:r>
              <w:t>Cell KPIs by day</w:t>
            </w:r>
          </w:p>
        </w:tc>
        <w:tc>
          <w:tcPr>
            <w:tcW w:type="dxa" w:w="2880"/>
          </w:tcPr>
          <w:p>
            <w:r>
              <w:t>98</w:t>
            </w:r>
          </w:p>
        </w:tc>
      </w:tr>
      <w:tr>
        <w:tc>
          <w:tcPr>
            <w:tcW w:type="dxa" w:w="2880"/>
          </w:tcPr>
          <w:p>
            <w:r>
              <w:t>2026-08-24</w:t>
            </w:r>
          </w:p>
        </w:tc>
        <w:tc>
          <w:tcPr>
            <w:tcW w:type="dxa" w:w="2880"/>
          </w:tcPr>
          <w:p>
            <w:r>
              <w:t>Coverage complaints</w:t>
            </w:r>
          </w:p>
        </w:tc>
        <w:tc>
          <w:tcPr>
            <w:tcW w:type="dxa" w:w="2880"/>
          </w:tcPr>
          <w:p>
            <w:r>
              <w:t>19</w:t>
            </w:r>
          </w:p>
        </w:tc>
      </w:tr>
      <w:tr>
        <w:tc>
          <w:tcPr>
            <w:tcW w:type="dxa" w:w="2880"/>
          </w:tcPr>
          <w:p>
            <w:r>
              <w:t>2026-08-31</w:t>
            </w:r>
          </w:p>
        </w:tc>
        <w:tc>
          <w:tcPr>
            <w:tcW w:type="dxa" w:w="2880"/>
          </w:tcPr>
          <w:p>
            <w:r>
              <w:t>Dropped calls</w:t>
            </w:r>
          </w:p>
        </w:tc>
        <w:tc>
          <w:tcPr>
            <w:tcW w:type="dxa" w:w="2880"/>
          </w:tcPr>
          <w:p>
            <w:r>
              <w:t>242</w:t>
            </w:r>
          </w:p>
        </w:tc>
      </w:tr>
      <w:tr>
        <w:tc>
          <w:tcPr>
            <w:tcW w:type="dxa" w:w="2880"/>
          </w:tcPr>
          <w:p>
            <w:r>
              <w:t>2026-08-31</w:t>
            </w:r>
          </w:p>
        </w:tc>
        <w:tc>
          <w:tcPr>
            <w:tcW w:type="dxa" w:w="2880"/>
          </w:tcPr>
          <w:p>
            <w:r>
              <w:t>Cell KPIs by day</w:t>
            </w:r>
          </w:p>
        </w:tc>
        <w:tc>
          <w:tcPr>
            <w:tcW w:type="dxa" w:w="2880"/>
          </w:tcPr>
          <w:p>
            <w:r>
              <w:t>98</w:t>
            </w:r>
          </w:p>
        </w:tc>
      </w:tr>
      <w:tr>
        <w:tc>
          <w:tcPr>
            <w:tcW w:type="dxa" w:w="2880"/>
          </w:tcPr>
          <w:p>
            <w:r>
              <w:t>2026-08-31</w:t>
            </w:r>
          </w:p>
        </w:tc>
        <w:tc>
          <w:tcPr>
            <w:tcW w:type="dxa" w:w="2880"/>
          </w:tcPr>
          <w:p>
            <w:r>
              <w:t>Coverage complaints</w:t>
            </w:r>
          </w:p>
        </w:tc>
        <w:tc>
          <w:tcPr>
            <w:tcW w:type="dxa" w:w="2880"/>
          </w:tcPr>
          <w:p>
            <w:r>
              <w:t>15</w:t>
            </w:r>
          </w:p>
        </w:tc>
      </w:tr>
      <w:tr>
        <w:tc>
          <w:tcPr>
            <w:tcW w:type="dxa" w:w="2880"/>
          </w:tcPr>
          <w:p>
            <w:r>
              <w:t>2026-09-07</w:t>
            </w:r>
          </w:p>
        </w:tc>
        <w:tc>
          <w:tcPr>
            <w:tcW w:type="dxa" w:w="2880"/>
          </w:tcPr>
          <w:p>
            <w:r>
              <w:t>Dropped calls</w:t>
            </w:r>
          </w:p>
        </w:tc>
        <w:tc>
          <w:tcPr>
            <w:tcW w:type="dxa" w:w="2880"/>
          </w:tcPr>
          <w:p>
            <w:r>
              <w:t>224</w:t>
            </w:r>
          </w:p>
        </w:tc>
      </w:tr>
      <w:tr>
        <w:tc>
          <w:tcPr>
            <w:tcW w:type="dxa" w:w="2880"/>
          </w:tcPr>
          <w:p>
            <w:r>
              <w:t>2026-09-07</w:t>
            </w:r>
          </w:p>
        </w:tc>
        <w:tc>
          <w:tcPr>
            <w:tcW w:type="dxa" w:w="2880"/>
          </w:tcPr>
          <w:p>
            <w:r>
              <w:t>Cell KPIs by day</w:t>
            </w:r>
          </w:p>
        </w:tc>
        <w:tc>
          <w:tcPr>
            <w:tcW w:type="dxa" w:w="2880"/>
          </w:tcPr>
          <w:p>
            <w:r>
              <w:t>98</w:t>
            </w:r>
          </w:p>
        </w:tc>
      </w:tr>
      <w:tr>
        <w:tc>
          <w:tcPr>
            <w:tcW w:type="dxa" w:w="2880"/>
          </w:tcPr>
          <w:p>
            <w:r>
              <w:t>2026-09-07</w:t>
            </w:r>
          </w:p>
        </w:tc>
        <w:tc>
          <w:tcPr>
            <w:tcW w:type="dxa" w:w="2880"/>
          </w:tcPr>
          <w:p>
            <w:r>
              <w:t>Coverage complaints</w:t>
            </w:r>
          </w:p>
        </w:tc>
        <w:tc>
          <w:tcPr>
            <w:tcW w:type="dxa" w:w="2880"/>
          </w:tcPr>
          <w:p>
            <w:r>
              <w:t>10</w:t>
            </w:r>
          </w:p>
        </w:tc>
      </w:tr>
      <w:tr>
        <w:tc>
          <w:tcPr>
            <w:tcW w:type="dxa" w:w="2880"/>
          </w:tcPr>
          <w:p>
            <w:r>
              <w:t>2026-09-14</w:t>
            </w:r>
          </w:p>
        </w:tc>
        <w:tc>
          <w:tcPr>
            <w:tcW w:type="dxa" w:w="2880"/>
          </w:tcPr>
          <w:p>
            <w:r>
              <w:t>Dropped calls</w:t>
            </w:r>
          </w:p>
        </w:tc>
        <w:tc>
          <w:tcPr>
            <w:tcW w:type="dxa" w:w="2880"/>
          </w:tcPr>
          <w:p>
            <w:r>
              <w:t>218</w:t>
            </w:r>
          </w:p>
        </w:tc>
      </w:tr>
      <w:tr>
        <w:tc>
          <w:tcPr>
            <w:tcW w:type="dxa" w:w="2880"/>
          </w:tcPr>
          <w:p>
            <w:r>
              <w:t>2026-09-14</w:t>
            </w:r>
          </w:p>
        </w:tc>
        <w:tc>
          <w:tcPr>
            <w:tcW w:type="dxa" w:w="2880"/>
          </w:tcPr>
          <w:p>
            <w:r>
              <w:t>Cell KPIs by day</w:t>
            </w:r>
          </w:p>
        </w:tc>
        <w:tc>
          <w:tcPr>
            <w:tcW w:type="dxa" w:w="2880"/>
          </w:tcPr>
          <w:p>
            <w:r>
              <w:t>98</w:t>
            </w:r>
          </w:p>
        </w:tc>
      </w:tr>
      <w:tr>
        <w:tc>
          <w:tcPr>
            <w:tcW w:type="dxa" w:w="2880"/>
          </w:tcPr>
          <w:p>
            <w:r>
              <w:t>2026-09-14</w:t>
            </w:r>
          </w:p>
        </w:tc>
        <w:tc>
          <w:tcPr>
            <w:tcW w:type="dxa" w:w="2880"/>
          </w:tcPr>
          <w:p>
            <w:r>
              <w:t>Coverage complaints</w:t>
            </w:r>
          </w:p>
        </w:tc>
        <w:tc>
          <w:tcPr>
            <w:tcW w:type="dxa" w:w="2880"/>
          </w:tcPr>
          <w:p>
            <w:r>
              <w:t>16</w:t>
            </w:r>
          </w:p>
        </w:tc>
      </w:tr>
      <w:tr>
        <w:tc>
          <w:tcPr>
            <w:tcW w:type="dxa" w:w="2880"/>
          </w:tcPr>
          <w:p>
            <w:r>
              <w:t>2026-09-21</w:t>
            </w:r>
          </w:p>
        </w:tc>
        <w:tc>
          <w:tcPr>
            <w:tcW w:type="dxa" w:w="2880"/>
          </w:tcPr>
          <w:p>
            <w:r>
              <w:t>Dropped calls</w:t>
            </w:r>
          </w:p>
        </w:tc>
        <w:tc>
          <w:tcPr>
            <w:tcW w:type="dxa" w:w="2880"/>
          </w:tcPr>
          <w:p>
            <w:r>
              <w:t>227</w:t>
            </w:r>
          </w:p>
        </w:tc>
      </w:tr>
      <w:tr>
        <w:tc>
          <w:tcPr>
            <w:tcW w:type="dxa" w:w="2880"/>
          </w:tcPr>
          <w:p>
            <w:r>
              <w:t>2026-09-21</w:t>
            </w:r>
          </w:p>
        </w:tc>
        <w:tc>
          <w:tcPr>
            <w:tcW w:type="dxa" w:w="2880"/>
          </w:tcPr>
          <w:p>
            <w:r>
              <w:t>Cell KPIs by day</w:t>
            </w:r>
          </w:p>
        </w:tc>
        <w:tc>
          <w:tcPr>
            <w:tcW w:type="dxa" w:w="2880"/>
          </w:tcPr>
          <w:p>
            <w:r>
              <w:t>98</w:t>
            </w:r>
          </w:p>
        </w:tc>
      </w:tr>
      <w:tr>
        <w:tc>
          <w:tcPr>
            <w:tcW w:type="dxa" w:w="2880"/>
          </w:tcPr>
          <w:p>
            <w:r>
              <w:t>2026-09-21</w:t>
            </w:r>
          </w:p>
        </w:tc>
        <w:tc>
          <w:tcPr>
            <w:tcW w:type="dxa" w:w="2880"/>
          </w:tcPr>
          <w:p>
            <w:r>
              <w:t>Coverage complaints</w:t>
            </w:r>
          </w:p>
        </w:tc>
        <w:tc>
          <w:tcPr>
            <w:tcW w:type="dxa" w:w="2880"/>
          </w:tcPr>
          <w:p>
            <w:r>
              <w:t>13</w:t>
            </w:r>
          </w:p>
        </w:tc>
      </w:tr>
      <w:tr>
        <w:tc>
          <w:tcPr>
            <w:tcW w:type="dxa" w:w="2880"/>
          </w:tcPr>
          <w:p>
            <w:r>
              <w:t>2026-09-28</w:t>
            </w:r>
          </w:p>
        </w:tc>
        <w:tc>
          <w:tcPr>
            <w:tcW w:type="dxa" w:w="2880"/>
          </w:tcPr>
          <w:p>
            <w:r>
              <w:t>Dropped calls</w:t>
            </w:r>
          </w:p>
        </w:tc>
        <w:tc>
          <w:tcPr>
            <w:tcW w:type="dxa" w:w="2880"/>
          </w:tcPr>
          <w:p>
            <w:r>
              <w:t>0</w:t>
            </w:r>
          </w:p>
        </w:tc>
      </w:tr>
      <w:tr>
        <w:tc>
          <w:tcPr>
            <w:tcW w:type="dxa" w:w="2880"/>
          </w:tcPr>
          <w:p>
            <w:r>
              <w:t>2026-09-28</w:t>
            </w:r>
          </w:p>
        </w:tc>
        <w:tc>
          <w:tcPr>
            <w:tcW w:type="dxa" w:w="2880"/>
          </w:tcPr>
          <w:p>
            <w:r>
              <w:t>Cell KPIs by day</w:t>
            </w:r>
          </w:p>
        </w:tc>
        <w:tc>
          <w:tcPr>
            <w:tcW w:type="dxa" w:w="2880"/>
          </w:tcPr>
          <w:p>
            <w:r>
              <w:t>0</w:t>
            </w:r>
          </w:p>
        </w:tc>
      </w:tr>
      <w:tr>
        <w:tc>
          <w:tcPr>
            <w:tcW w:type="dxa" w:w="2880"/>
          </w:tcPr>
          <w:p>
            <w:r>
              <w:t>2026-09-28</w:t>
            </w:r>
          </w:p>
        </w:tc>
        <w:tc>
          <w:tcPr>
            <w:tcW w:type="dxa" w:w="2880"/>
          </w:tcPr>
          <w:p>
            <w:r>
              <w:t>Coverage complaints</w:t>
            </w:r>
          </w:p>
        </w:tc>
        <w:tc>
          <w:tcPr>
            <w:tcW w:type="dxa" w:w="2880"/>
          </w:tcPr>
          <w:p>
            <w:r>
              <w:t>7</w:t>
            </w:r>
          </w:p>
        </w:tc>
      </w:tr>
    </w:tbl>
    <w:p/>
    <w:p>
      <w:pPr>
        <w:pStyle w:val="Heading2"/>
      </w:pPr>
      <w:r>
        <w:t>Figure 2. Timeline lanes: events per week by dataset [5]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lane</w:t>
            </w:r>
          </w:p>
        </w:tc>
        <w:tc>
          <w:tcPr>
            <w:tcW w:type="dxa" w:w="2160"/>
          </w:tcPr>
          <w:p>
            <w:r>
              <w:t>period</w:t>
            </w:r>
          </w:p>
        </w:tc>
        <w:tc>
          <w:tcPr>
            <w:tcW w:type="dxa" w:w="2160"/>
          </w:tcPr>
          <w:p>
            <w:r>
              <w:t>period_end</w:t>
            </w:r>
          </w:p>
        </w:tc>
        <w:tc>
          <w:tcPr>
            <w:tcW w:type="dxa" w:w="2160"/>
          </w:tcPr>
          <w:p>
            <w:r>
              <w:t>value</w:t>
            </w:r>
          </w:p>
        </w:tc>
      </w:tr>
      <w:tr>
        <w:tc>
          <w:tcPr>
            <w:tcW w:type="dxa" w:w="2160"/>
          </w:tcPr>
          <w:p>
            <w:r>
              <w:t>Dropped calls</w:t>
            </w:r>
          </w:p>
        </w:tc>
        <w:tc>
          <w:tcPr>
            <w:tcW w:type="dxa" w:w="2160"/>
          </w:tcPr>
          <w:p>
            <w:r>
              <w:t>2026-02-23</w:t>
            </w:r>
          </w:p>
        </w:tc>
        <w:tc>
          <w:tcPr>
            <w:tcW w:type="dxa" w:w="2160"/>
          </w:tcPr>
          <w:p>
            <w:r>
              <w:t>2026-03-02</w:t>
            </w:r>
          </w:p>
        </w:tc>
        <w:tc>
          <w:tcPr>
            <w:tcW w:type="dxa" w:w="2160"/>
          </w:tcPr>
          <w:p>
            <w:r>
              <w:t>0</w:t>
            </w:r>
          </w:p>
        </w:tc>
      </w:tr>
      <w:tr>
        <w:tc>
          <w:tcPr>
            <w:tcW w:type="dxa" w:w="2160"/>
          </w:tcPr>
          <w:p>
            <w:r>
              <w:t>Dropped calls</w:t>
            </w:r>
          </w:p>
        </w:tc>
        <w:tc>
          <w:tcPr>
            <w:tcW w:type="dxa" w:w="2160"/>
          </w:tcPr>
          <w:p>
            <w:r>
              <w:t>2026-03-02</w:t>
            </w:r>
          </w:p>
        </w:tc>
        <w:tc>
          <w:tcPr>
            <w:tcW w:type="dxa" w:w="2160"/>
          </w:tcPr>
          <w:p>
            <w:r>
              <w:t>2026-03-09</w:t>
            </w:r>
          </w:p>
        </w:tc>
        <w:tc>
          <w:tcPr>
            <w:tcW w:type="dxa" w:w="2160"/>
          </w:tcPr>
          <w:p>
            <w:r>
              <w:t>0</w:t>
            </w:r>
          </w:p>
        </w:tc>
      </w:tr>
      <w:tr>
        <w:tc>
          <w:tcPr>
            <w:tcW w:type="dxa" w:w="2160"/>
          </w:tcPr>
          <w:p>
            <w:r>
              <w:t>Dropped calls</w:t>
            </w:r>
          </w:p>
        </w:tc>
        <w:tc>
          <w:tcPr>
            <w:tcW w:type="dxa" w:w="2160"/>
          </w:tcPr>
          <w:p>
            <w:r>
              <w:t>2026-03-09</w:t>
            </w:r>
          </w:p>
        </w:tc>
        <w:tc>
          <w:tcPr>
            <w:tcW w:type="dxa" w:w="2160"/>
          </w:tcPr>
          <w:p>
            <w:r>
              <w:t>2026-03-16</w:t>
            </w:r>
          </w:p>
        </w:tc>
        <w:tc>
          <w:tcPr>
            <w:tcW w:type="dxa" w:w="2160"/>
          </w:tcPr>
          <w:p>
            <w:r>
              <w:t>0</w:t>
            </w:r>
          </w:p>
        </w:tc>
      </w:tr>
      <w:tr>
        <w:tc>
          <w:tcPr>
            <w:tcW w:type="dxa" w:w="2160"/>
          </w:tcPr>
          <w:p>
            <w:r>
              <w:t>Dropped calls</w:t>
            </w:r>
          </w:p>
        </w:tc>
        <w:tc>
          <w:tcPr>
            <w:tcW w:type="dxa" w:w="2160"/>
          </w:tcPr>
          <w:p>
            <w:r>
              <w:t>2026-03-16</w:t>
            </w:r>
          </w:p>
        </w:tc>
        <w:tc>
          <w:tcPr>
            <w:tcW w:type="dxa" w:w="2160"/>
          </w:tcPr>
          <w:p>
            <w:r>
              <w:t>2026-03-23</w:t>
            </w:r>
          </w:p>
        </w:tc>
        <w:tc>
          <w:tcPr>
            <w:tcW w:type="dxa" w:w="2160"/>
          </w:tcPr>
          <w:p>
            <w:r>
              <w:t>0</w:t>
            </w:r>
          </w:p>
        </w:tc>
      </w:tr>
      <w:tr>
        <w:tc>
          <w:tcPr>
            <w:tcW w:type="dxa" w:w="2160"/>
          </w:tcPr>
          <w:p>
            <w:r>
              <w:t>Dropped calls</w:t>
            </w:r>
          </w:p>
        </w:tc>
        <w:tc>
          <w:tcPr>
            <w:tcW w:type="dxa" w:w="2160"/>
          </w:tcPr>
          <w:p>
            <w:r>
              <w:t>2026-03-23</w:t>
            </w:r>
          </w:p>
        </w:tc>
        <w:tc>
          <w:tcPr>
            <w:tcW w:type="dxa" w:w="2160"/>
          </w:tcPr>
          <w:p>
            <w:r>
              <w:t>2026-03-30</w:t>
            </w:r>
          </w:p>
        </w:tc>
        <w:tc>
          <w:tcPr>
            <w:tcW w:type="dxa" w:w="2160"/>
          </w:tcPr>
          <w:p>
            <w:r>
              <w:t>0</w:t>
            </w:r>
          </w:p>
        </w:tc>
      </w:tr>
      <w:tr>
        <w:tc>
          <w:tcPr>
            <w:tcW w:type="dxa" w:w="2160"/>
          </w:tcPr>
          <w:p>
            <w:r>
              <w:t>Dropped calls</w:t>
            </w:r>
          </w:p>
        </w:tc>
        <w:tc>
          <w:tcPr>
            <w:tcW w:type="dxa" w:w="2160"/>
          </w:tcPr>
          <w:p>
            <w:r>
              <w:t>2026-03-30</w:t>
            </w:r>
          </w:p>
        </w:tc>
        <w:tc>
          <w:tcPr>
            <w:tcW w:type="dxa" w:w="2160"/>
          </w:tcPr>
          <w:p>
            <w:r>
              <w:t>2026-04-06</w:t>
            </w:r>
          </w:p>
        </w:tc>
        <w:tc>
          <w:tcPr>
            <w:tcW w:type="dxa" w:w="2160"/>
          </w:tcPr>
          <w:p>
            <w:r>
              <w:t>0</w:t>
            </w:r>
          </w:p>
        </w:tc>
      </w:tr>
      <w:tr>
        <w:tc>
          <w:tcPr>
            <w:tcW w:type="dxa" w:w="2160"/>
          </w:tcPr>
          <w:p>
            <w:r>
              <w:t>Dropped calls</w:t>
            </w:r>
          </w:p>
        </w:tc>
        <w:tc>
          <w:tcPr>
            <w:tcW w:type="dxa" w:w="2160"/>
          </w:tcPr>
          <w:p>
            <w:r>
              <w:t>2026-04-06</w:t>
            </w:r>
          </w:p>
        </w:tc>
        <w:tc>
          <w:tcPr>
            <w:tcW w:type="dxa" w:w="2160"/>
          </w:tcPr>
          <w:p>
            <w:r>
              <w:t>2026-04-13</w:t>
            </w:r>
          </w:p>
        </w:tc>
        <w:tc>
          <w:tcPr>
            <w:tcW w:type="dxa" w:w="2160"/>
          </w:tcPr>
          <w:p>
            <w:r>
              <w:t>0</w:t>
            </w:r>
          </w:p>
        </w:tc>
      </w:tr>
      <w:tr>
        <w:tc>
          <w:tcPr>
            <w:tcW w:type="dxa" w:w="2160"/>
          </w:tcPr>
          <w:p>
            <w:r>
              <w:t>Dropped calls</w:t>
            </w:r>
          </w:p>
        </w:tc>
        <w:tc>
          <w:tcPr>
            <w:tcW w:type="dxa" w:w="2160"/>
          </w:tcPr>
          <w:p>
            <w:r>
              <w:t>2026-04-13</w:t>
            </w:r>
          </w:p>
        </w:tc>
        <w:tc>
          <w:tcPr>
            <w:tcW w:type="dxa" w:w="2160"/>
          </w:tcPr>
          <w:p>
            <w:r>
              <w:t>2026-04-20</w:t>
            </w:r>
          </w:p>
        </w:tc>
        <w:tc>
          <w:tcPr>
            <w:tcW w:type="dxa" w:w="2160"/>
          </w:tcPr>
          <w:p>
            <w:r>
              <w:t>0</w:t>
            </w:r>
          </w:p>
        </w:tc>
      </w:tr>
      <w:tr>
        <w:tc>
          <w:tcPr>
            <w:tcW w:type="dxa" w:w="2160"/>
          </w:tcPr>
          <w:p>
            <w:r>
              <w:t>Dropped calls</w:t>
            </w:r>
          </w:p>
        </w:tc>
        <w:tc>
          <w:tcPr>
            <w:tcW w:type="dxa" w:w="2160"/>
          </w:tcPr>
          <w:p>
            <w:r>
              <w:t>2026-04-20</w:t>
            </w:r>
          </w:p>
        </w:tc>
        <w:tc>
          <w:tcPr>
            <w:tcW w:type="dxa" w:w="2160"/>
          </w:tcPr>
          <w:p>
            <w:r>
              <w:t>2026-04-27</w:t>
            </w:r>
          </w:p>
        </w:tc>
        <w:tc>
          <w:tcPr>
            <w:tcW w:type="dxa" w:w="2160"/>
          </w:tcPr>
          <w:p>
            <w:r>
              <w:t>0</w:t>
            </w:r>
          </w:p>
        </w:tc>
      </w:tr>
      <w:tr>
        <w:tc>
          <w:tcPr>
            <w:tcW w:type="dxa" w:w="2160"/>
          </w:tcPr>
          <w:p>
            <w:r>
              <w:t>Dropped calls</w:t>
            </w:r>
          </w:p>
        </w:tc>
        <w:tc>
          <w:tcPr>
            <w:tcW w:type="dxa" w:w="2160"/>
          </w:tcPr>
          <w:p>
            <w:r>
              <w:t>2026-04-27</w:t>
            </w:r>
          </w:p>
        </w:tc>
        <w:tc>
          <w:tcPr>
            <w:tcW w:type="dxa" w:w="2160"/>
          </w:tcPr>
          <w:p>
            <w:r>
              <w:t>2026-05-04</w:t>
            </w:r>
          </w:p>
        </w:tc>
        <w:tc>
          <w:tcPr>
            <w:tcW w:type="dxa" w:w="2160"/>
          </w:tcPr>
          <w:p>
            <w:r>
              <w:t>0</w:t>
            </w:r>
          </w:p>
        </w:tc>
      </w:tr>
      <w:tr>
        <w:tc>
          <w:tcPr>
            <w:tcW w:type="dxa" w:w="2160"/>
          </w:tcPr>
          <w:p>
            <w:r>
              <w:t>Dropped calls</w:t>
            </w:r>
          </w:p>
        </w:tc>
        <w:tc>
          <w:tcPr>
            <w:tcW w:type="dxa" w:w="2160"/>
          </w:tcPr>
          <w:p>
            <w:r>
              <w:t>2026-05-04</w:t>
            </w:r>
          </w:p>
        </w:tc>
        <w:tc>
          <w:tcPr>
            <w:tcW w:type="dxa" w:w="2160"/>
          </w:tcPr>
          <w:p>
            <w:r>
              <w:t>2026-05-11</w:t>
            </w:r>
          </w:p>
        </w:tc>
        <w:tc>
          <w:tcPr>
            <w:tcW w:type="dxa" w:w="2160"/>
          </w:tcPr>
          <w:p>
            <w:r>
              <w:t>0</w:t>
            </w:r>
          </w:p>
        </w:tc>
      </w:tr>
      <w:tr>
        <w:tc>
          <w:tcPr>
            <w:tcW w:type="dxa" w:w="2160"/>
          </w:tcPr>
          <w:p>
            <w:r>
              <w:t>Dropped calls</w:t>
            </w:r>
          </w:p>
        </w:tc>
        <w:tc>
          <w:tcPr>
            <w:tcW w:type="dxa" w:w="2160"/>
          </w:tcPr>
          <w:p>
            <w:r>
              <w:t>2026-05-11</w:t>
            </w:r>
          </w:p>
        </w:tc>
        <w:tc>
          <w:tcPr>
            <w:tcW w:type="dxa" w:w="2160"/>
          </w:tcPr>
          <w:p>
            <w:r>
              <w:t>2026-05-18</w:t>
            </w:r>
          </w:p>
        </w:tc>
        <w:tc>
          <w:tcPr>
            <w:tcW w:type="dxa" w:w="2160"/>
          </w:tcPr>
          <w:p>
            <w:r>
              <w:t>0</w:t>
            </w:r>
          </w:p>
        </w:tc>
      </w:tr>
      <w:tr>
        <w:tc>
          <w:tcPr>
            <w:tcW w:type="dxa" w:w="2160"/>
          </w:tcPr>
          <w:p>
            <w:r>
              <w:t>Dropped calls</w:t>
            </w:r>
          </w:p>
        </w:tc>
        <w:tc>
          <w:tcPr>
            <w:tcW w:type="dxa" w:w="2160"/>
          </w:tcPr>
          <w:p>
            <w:r>
              <w:t>2026-05-18</w:t>
            </w:r>
          </w:p>
        </w:tc>
        <w:tc>
          <w:tcPr>
            <w:tcW w:type="dxa" w:w="2160"/>
          </w:tcPr>
          <w:p>
            <w:r>
              <w:t>2026-05-25</w:t>
            </w:r>
          </w:p>
        </w:tc>
        <w:tc>
          <w:tcPr>
            <w:tcW w:type="dxa" w:w="2160"/>
          </w:tcPr>
          <w:p>
            <w:r>
              <w:t>0</w:t>
            </w:r>
          </w:p>
        </w:tc>
      </w:tr>
      <w:tr>
        <w:tc>
          <w:tcPr>
            <w:tcW w:type="dxa" w:w="2160"/>
          </w:tcPr>
          <w:p>
            <w:r>
              <w:t>Dropped calls</w:t>
            </w:r>
          </w:p>
        </w:tc>
        <w:tc>
          <w:tcPr>
            <w:tcW w:type="dxa" w:w="2160"/>
          </w:tcPr>
          <w:p>
            <w:r>
              <w:t>2026-05-25</w:t>
            </w:r>
          </w:p>
        </w:tc>
        <w:tc>
          <w:tcPr>
            <w:tcW w:type="dxa" w:w="2160"/>
          </w:tcPr>
          <w:p>
            <w:r>
              <w:t>2026-06-01</w:t>
            </w:r>
          </w:p>
        </w:tc>
        <w:tc>
          <w:tcPr>
            <w:tcW w:type="dxa" w:w="2160"/>
          </w:tcPr>
          <w:p>
            <w:r>
              <w:t>0</w:t>
            </w:r>
          </w:p>
        </w:tc>
      </w:tr>
      <w:tr>
        <w:tc>
          <w:tcPr>
            <w:tcW w:type="dxa" w:w="2160"/>
          </w:tcPr>
          <w:p>
            <w:r>
              <w:t>Dropped calls</w:t>
            </w:r>
          </w:p>
        </w:tc>
        <w:tc>
          <w:tcPr>
            <w:tcW w:type="dxa" w:w="2160"/>
          </w:tcPr>
          <w:p>
            <w:r>
              <w:t>2026-06-01</w:t>
            </w:r>
          </w:p>
        </w:tc>
        <w:tc>
          <w:tcPr>
            <w:tcW w:type="dxa" w:w="2160"/>
          </w:tcPr>
          <w:p>
            <w:r>
              <w:t>2026-06-08</w:t>
            </w:r>
          </w:p>
        </w:tc>
        <w:tc>
          <w:tcPr>
            <w:tcW w:type="dxa" w:w="2160"/>
          </w:tcPr>
          <w:p>
            <w:r>
              <w:t>0</w:t>
            </w:r>
          </w:p>
        </w:tc>
      </w:tr>
      <w:tr>
        <w:tc>
          <w:tcPr>
            <w:tcW w:type="dxa" w:w="2160"/>
          </w:tcPr>
          <w:p>
            <w:r>
              <w:t>Dropped calls</w:t>
            </w:r>
          </w:p>
        </w:tc>
        <w:tc>
          <w:tcPr>
            <w:tcW w:type="dxa" w:w="2160"/>
          </w:tcPr>
          <w:p>
            <w:r>
              <w:t>2026-06-08</w:t>
            </w:r>
          </w:p>
        </w:tc>
        <w:tc>
          <w:tcPr>
            <w:tcW w:type="dxa" w:w="2160"/>
          </w:tcPr>
          <w:p>
            <w:r>
              <w:t>2026-06-15</w:t>
            </w:r>
          </w:p>
        </w:tc>
        <w:tc>
          <w:tcPr>
            <w:tcW w:type="dxa" w:w="2160"/>
          </w:tcPr>
          <w:p>
            <w:r>
              <w:t>0</w:t>
            </w:r>
          </w:p>
        </w:tc>
      </w:tr>
      <w:tr>
        <w:tc>
          <w:tcPr>
            <w:tcW w:type="dxa" w:w="2160"/>
          </w:tcPr>
          <w:p>
            <w:r>
              <w:t>Dropped calls</w:t>
            </w:r>
          </w:p>
        </w:tc>
        <w:tc>
          <w:tcPr>
            <w:tcW w:type="dxa" w:w="2160"/>
          </w:tcPr>
          <w:p>
            <w:r>
              <w:t>2026-06-15</w:t>
            </w:r>
          </w:p>
        </w:tc>
        <w:tc>
          <w:tcPr>
            <w:tcW w:type="dxa" w:w="2160"/>
          </w:tcPr>
          <w:p>
            <w:r>
              <w:t>2026-06-22</w:t>
            </w:r>
          </w:p>
        </w:tc>
        <w:tc>
          <w:tcPr>
            <w:tcW w:type="dxa" w:w="2160"/>
          </w:tcPr>
          <w:p>
            <w:r>
              <w:t>0</w:t>
            </w:r>
          </w:p>
        </w:tc>
      </w:tr>
      <w:tr>
        <w:tc>
          <w:tcPr>
            <w:tcW w:type="dxa" w:w="2160"/>
          </w:tcPr>
          <w:p>
            <w:r>
              <w:t>Dropped calls</w:t>
            </w:r>
          </w:p>
        </w:tc>
        <w:tc>
          <w:tcPr>
            <w:tcW w:type="dxa" w:w="2160"/>
          </w:tcPr>
          <w:p>
            <w:r>
              <w:t>2026-06-22</w:t>
            </w:r>
          </w:p>
        </w:tc>
        <w:tc>
          <w:tcPr>
            <w:tcW w:type="dxa" w:w="2160"/>
          </w:tcPr>
          <w:p>
            <w:r>
              <w:t>2026-06-29</w:t>
            </w:r>
          </w:p>
        </w:tc>
        <w:tc>
          <w:tcPr>
            <w:tcW w:type="dxa" w:w="2160"/>
          </w:tcPr>
          <w:p>
            <w:r>
              <w:t>0</w:t>
            </w:r>
          </w:p>
        </w:tc>
      </w:tr>
      <w:tr>
        <w:tc>
          <w:tcPr>
            <w:tcW w:type="dxa" w:w="2160"/>
          </w:tcPr>
          <w:p>
            <w:r>
              <w:t>Dropped calls</w:t>
            </w:r>
          </w:p>
        </w:tc>
        <w:tc>
          <w:tcPr>
            <w:tcW w:type="dxa" w:w="2160"/>
          </w:tcPr>
          <w:p>
            <w:r>
              <w:t>2026-06-29</w:t>
            </w:r>
          </w:p>
        </w:tc>
        <w:tc>
          <w:tcPr>
            <w:tcW w:type="dxa" w:w="2160"/>
          </w:tcPr>
          <w:p>
            <w:r>
              <w:t>2026-07-06</w:t>
            </w:r>
          </w:p>
        </w:tc>
        <w:tc>
          <w:tcPr>
            <w:tcW w:type="dxa" w:w="2160"/>
          </w:tcPr>
          <w:p>
            <w:r>
              <w:t>0</w:t>
            </w:r>
          </w:p>
        </w:tc>
      </w:tr>
      <w:tr>
        <w:tc>
          <w:tcPr>
            <w:tcW w:type="dxa" w:w="2160"/>
          </w:tcPr>
          <w:p>
            <w:r>
              <w:t>Dropped calls</w:t>
            </w:r>
          </w:p>
        </w:tc>
        <w:tc>
          <w:tcPr>
            <w:tcW w:type="dxa" w:w="2160"/>
          </w:tcPr>
          <w:p>
            <w:r>
              <w:t>2026-07-06</w:t>
            </w:r>
          </w:p>
        </w:tc>
        <w:tc>
          <w:tcPr>
            <w:tcW w:type="dxa" w:w="2160"/>
          </w:tcPr>
          <w:p>
            <w:r>
              <w:t>2026-07-13</w:t>
            </w:r>
          </w:p>
        </w:tc>
        <w:tc>
          <w:tcPr>
            <w:tcW w:type="dxa" w:w="2160"/>
          </w:tcPr>
          <w:p>
            <w:r>
              <w:t>0</w:t>
            </w:r>
          </w:p>
        </w:tc>
      </w:tr>
      <w:tr>
        <w:tc>
          <w:tcPr>
            <w:tcW w:type="dxa" w:w="2160"/>
          </w:tcPr>
          <w:p>
            <w:r>
              <w:t>Dropped calls</w:t>
            </w:r>
          </w:p>
        </w:tc>
        <w:tc>
          <w:tcPr>
            <w:tcW w:type="dxa" w:w="2160"/>
          </w:tcPr>
          <w:p>
            <w:r>
              <w:t>2026-07-13</w:t>
            </w:r>
          </w:p>
        </w:tc>
        <w:tc>
          <w:tcPr>
            <w:tcW w:type="dxa" w:w="2160"/>
          </w:tcPr>
          <w:p>
            <w:r>
              <w:t>2026-07-20</w:t>
            </w:r>
          </w:p>
        </w:tc>
        <w:tc>
          <w:tcPr>
            <w:tcW w:type="dxa" w:w="2160"/>
          </w:tcPr>
          <w:p>
            <w:r>
              <w:t>0</w:t>
            </w:r>
          </w:p>
        </w:tc>
      </w:tr>
      <w:tr>
        <w:tc>
          <w:tcPr>
            <w:tcW w:type="dxa" w:w="2160"/>
          </w:tcPr>
          <w:p>
            <w:r>
              <w:t>Dropped calls</w:t>
            </w:r>
          </w:p>
        </w:tc>
        <w:tc>
          <w:tcPr>
            <w:tcW w:type="dxa" w:w="2160"/>
          </w:tcPr>
          <w:p>
            <w:r>
              <w:t>2026-07-20</w:t>
            </w:r>
          </w:p>
        </w:tc>
        <w:tc>
          <w:tcPr>
            <w:tcW w:type="dxa" w:w="2160"/>
          </w:tcPr>
          <w:p>
            <w:r>
              <w:t>2026-07-27</w:t>
            </w:r>
          </w:p>
        </w:tc>
        <w:tc>
          <w:tcPr>
            <w:tcW w:type="dxa" w:w="2160"/>
          </w:tcPr>
          <w:p>
            <w:r>
              <w:t>0</w:t>
            </w:r>
          </w:p>
        </w:tc>
      </w:tr>
      <w:tr>
        <w:tc>
          <w:tcPr>
            <w:tcW w:type="dxa" w:w="2160"/>
          </w:tcPr>
          <w:p>
            <w:r>
              <w:t>Dropped calls</w:t>
            </w:r>
          </w:p>
        </w:tc>
        <w:tc>
          <w:tcPr>
            <w:tcW w:type="dxa" w:w="2160"/>
          </w:tcPr>
          <w:p>
            <w:r>
              <w:t>2026-07-27</w:t>
            </w:r>
          </w:p>
        </w:tc>
        <w:tc>
          <w:tcPr>
            <w:tcW w:type="dxa" w:w="2160"/>
          </w:tcPr>
          <w:p>
            <w:r>
              <w:t>2026-08-03</w:t>
            </w:r>
          </w:p>
        </w:tc>
        <w:tc>
          <w:tcPr>
            <w:tcW w:type="dxa" w:w="2160"/>
          </w:tcPr>
          <w:p>
            <w:r>
              <w:t>0</w:t>
            </w:r>
          </w:p>
        </w:tc>
      </w:tr>
      <w:tr>
        <w:tc>
          <w:tcPr>
            <w:tcW w:type="dxa" w:w="2160"/>
          </w:tcPr>
          <w:p>
            <w:r>
              <w:t>Dropped calls</w:t>
            </w:r>
          </w:p>
        </w:tc>
        <w:tc>
          <w:tcPr>
            <w:tcW w:type="dxa" w:w="2160"/>
          </w:tcPr>
          <w:p>
            <w:r>
              <w:t>2026-08-03</w:t>
            </w:r>
          </w:p>
        </w:tc>
        <w:tc>
          <w:tcPr>
            <w:tcW w:type="dxa" w:w="2160"/>
          </w:tcPr>
          <w:p>
            <w:r>
              <w:t>2026-08-10</w:t>
            </w:r>
          </w:p>
        </w:tc>
        <w:tc>
          <w:tcPr>
            <w:tcW w:type="dxa" w:w="2160"/>
          </w:tcPr>
          <w:p>
            <w:r>
              <w:t>239</w:t>
            </w:r>
          </w:p>
        </w:tc>
      </w:tr>
      <w:tr>
        <w:tc>
          <w:tcPr>
            <w:tcW w:type="dxa" w:w="2160"/>
          </w:tcPr>
          <w:p>
            <w:r>
              <w:t>Dropped calls</w:t>
            </w:r>
          </w:p>
        </w:tc>
        <w:tc>
          <w:tcPr>
            <w:tcW w:type="dxa" w:w="2160"/>
          </w:tcPr>
          <w:p>
            <w:r>
              <w:t>2026-08-10</w:t>
            </w:r>
          </w:p>
        </w:tc>
        <w:tc>
          <w:tcPr>
            <w:tcW w:type="dxa" w:w="2160"/>
          </w:tcPr>
          <w:p>
            <w:r>
              <w:t>2026-08-17</w:t>
            </w:r>
          </w:p>
        </w:tc>
        <w:tc>
          <w:tcPr>
            <w:tcW w:type="dxa" w:w="2160"/>
          </w:tcPr>
          <w:p>
            <w:r>
              <w:t>232</w:t>
            </w:r>
          </w:p>
        </w:tc>
      </w:tr>
      <w:tr>
        <w:tc>
          <w:tcPr>
            <w:tcW w:type="dxa" w:w="2160"/>
          </w:tcPr>
          <w:p>
            <w:r>
              <w:t>Dropped calls</w:t>
            </w:r>
          </w:p>
        </w:tc>
        <w:tc>
          <w:tcPr>
            <w:tcW w:type="dxa" w:w="2160"/>
          </w:tcPr>
          <w:p>
            <w:r>
              <w:t>2026-08-17</w:t>
            </w:r>
          </w:p>
        </w:tc>
        <w:tc>
          <w:tcPr>
            <w:tcW w:type="dxa" w:w="2160"/>
          </w:tcPr>
          <w:p>
            <w:r>
              <w:t>2026-08-24</w:t>
            </w:r>
          </w:p>
        </w:tc>
        <w:tc>
          <w:tcPr>
            <w:tcW w:type="dxa" w:w="2160"/>
          </w:tcPr>
          <w:p>
            <w:r>
              <w:t>218</w:t>
            </w:r>
          </w:p>
        </w:tc>
      </w:tr>
      <w:tr>
        <w:tc>
          <w:tcPr>
            <w:tcW w:type="dxa" w:w="2160"/>
          </w:tcPr>
          <w:p>
            <w:r>
              <w:t>Dropped calls</w:t>
            </w:r>
          </w:p>
        </w:tc>
        <w:tc>
          <w:tcPr>
            <w:tcW w:type="dxa" w:w="2160"/>
          </w:tcPr>
          <w:p>
            <w:r>
              <w:t>2026-08-24</w:t>
            </w:r>
          </w:p>
        </w:tc>
        <w:tc>
          <w:tcPr>
            <w:tcW w:type="dxa" w:w="2160"/>
          </w:tcPr>
          <w:p>
            <w:r>
              <w:t>2026-08-31</w:t>
            </w:r>
          </w:p>
        </w:tc>
        <w:tc>
          <w:tcPr>
            <w:tcW w:type="dxa" w:w="2160"/>
          </w:tcPr>
          <w:p>
            <w:r>
              <w:t>200</w:t>
            </w:r>
          </w:p>
        </w:tc>
      </w:tr>
      <w:tr>
        <w:tc>
          <w:tcPr>
            <w:tcW w:type="dxa" w:w="2160"/>
          </w:tcPr>
          <w:p>
            <w:r>
              <w:t>Dropped calls</w:t>
            </w:r>
          </w:p>
        </w:tc>
        <w:tc>
          <w:tcPr>
            <w:tcW w:type="dxa" w:w="2160"/>
          </w:tcPr>
          <w:p>
            <w:r>
              <w:t>2026-08-31</w:t>
            </w:r>
          </w:p>
        </w:tc>
        <w:tc>
          <w:tcPr>
            <w:tcW w:type="dxa" w:w="2160"/>
          </w:tcPr>
          <w:p>
            <w:r>
              <w:t>2026-09-07</w:t>
            </w:r>
          </w:p>
        </w:tc>
        <w:tc>
          <w:tcPr>
            <w:tcW w:type="dxa" w:w="2160"/>
          </w:tcPr>
          <w:p>
            <w:r>
              <w:t>242</w:t>
            </w:r>
          </w:p>
        </w:tc>
      </w:tr>
      <w:tr>
        <w:tc>
          <w:tcPr>
            <w:tcW w:type="dxa" w:w="2160"/>
          </w:tcPr>
          <w:p>
            <w:r>
              <w:t>Dropped calls</w:t>
            </w:r>
          </w:p>
        </w:tc>
        <w:tc>
          <w:tcPr>
            <w:tcW w:type="dxa" w:w="2160"/>
          </w:tcPr>
          <w:p>
            <w:r>
              <w:t>2026-09-07</w:t>
            </w:r>
          </w:p>
        </w:tc>
        <w:tc>
          <w:tcPr>
            <w:tcW w:type="dxa" w:w="2160"/>
          </w:tcPr>
          <w:p>
            <w:r>
              <w:t>2026-09-14</w:t>
            </w:r>
          </w:p>
        </w:tc>
        <w:tc>
          <w:tcPr>
            <w:tcW w:type="dxa" w:w="2160"/>
          </w:tcPr>
          <w:p>
            <w:r>
              <w:t>224</w:t>
            </w:r>
          </w:p>
        </w:tc>
      </w:tr>
      <w:tr>
        <w:tc>
          <w:tcPr>
            <w:tcW w:type="dxa" w:w="2160"/>
          </w:tcPr>
          <w:p>
            <w:r>
              <w:t>Dropped calls</w:t>
            </w:r>
          </w:p>
        </w:tc>
        <w:tc>
          <w:tcPr>
            <w:tcW w:type="dxa" w:w="2160"/>
          </w:tcPr>
          <w:p>
            <w:r>
              <w:t>2026-09-14</w:t>
            </w:r>
          </w:p>
        </w:tc>
        <w:tc>
          <w:tcPr>
            <w:tcW w:type="dxa" w:w="2160"/>
          </w:tcPr>
          <w:p>
            <w:r>
              <w:t>2026-09-21</w:t>
            </w:r>
          </w:p>
        </w:tc>
        <w:tc>
          <w:tcPr>
            <w:tcW w:type="dxa" w:w="2160"/>
          </w:tcPr>
          <w:p>
            <w:r>
              <w:t>218</w:t>
            </w:r>
          </w:p>
        </w:tc>
      </w:tr>
      <w:tr>
        <w:tc>
          <w:tcPr>
            <w:tcW w:type="dxa" w:w="2160"/>
          </w:tcPr>
          <w:p>
            <w:r>
              <w:t>Dropped calls</w:t>
            </w:r>
          </w:p>
        </w:tc>
        <w:tc>
          <w:tcPr>
            <w:tcW w:type="dxa" w:w="2160"/>
          </w:tcPr>
          <w:p>
            <w:r>
              <w:t>2026-09-21</w:t>
            </w:r>
          </w:p>
        </w:tc>
        <w:tc>
          <w:tcPr>
            <w:tcW w:type="dxa" w:w="2160"/>
          </w:tcPr>
          <w:p>
            <w:r>
              <w:t>2026-09-28</w:t>
            </w:r>
          </w:p>
        </w:tc>
        <w:tc>
          <w:tcPr>
            <w:tcW w:type="dxa" w:w="2160"/>
          </w:tcPr>
          <w:p>
            <w:r>
              <w:t>227</w:t>
            </w:r>
          </w:p>
        </w:tc>
      </w:tr>
      <w:tr>
        <w:tc>
          <w:tcPr>
            <w:tcW w:type="dxa" w:w="2160"/>
          </w:tcPr>
          <w:p>
            <w:r>
              <w:t>Dropped calls</w:t>
            </w:r>
          </w:p>
        </w:tc>
        <w:tc>
          <w:tcPr>
            <w:tcW w:type="dxa" w:w="2160"/>
          </w:tcPr>
          <w:p>
            <w:r>
              <w:t>2026-09-28</w:t>
            </w:r>
          </w:p>
        </w:tc>
        <w:tc>
          <w:tcPr>
            <w:tcW w:type="dxa" w:w="2160"/>
          </w:tcPr>
          <w:p>
            <w:r>
              <w:t>2026-10-05</w:t>
            </w:r>
          </w:p>
        </w:tc>
        <w:tc>
          <w:tcPr>
            <w:tcW w:type="dxa" w:w="2160"/>
          </w:tcPr>
          <w:p>
            <w:r>
              <w:t>0</w:t>
            </w:r>
          </w:p>
        </w:tc>
      </w:tr>
      <w:tr>
        <w:tc>
          <w:tcPr>
            <w:tcW w:type="dxa" w:w="2160"/>
          </w:tcPr>
          <w:p>
            <w:r>
              <w:t>Cell KPIs by day</w:t>
            </w:r>
          </w:p>
        </w:tc>
        <w:tc>
          <w:tcPr>
            <w:tcW w:type="dxa" w:w="2160"/>
          </w:tcPr>
          <w:p>
            <w:r>
              <w:t>2026-02-23</w:t>
            </w:r>
          </w:p>
        </w:tc>
        <w:tc>
          <w:tcPr>
            <w:tcW w:type="dxa" w:w="2160"/>
          </w:tcPr>
          <w:p>
            <w:r>
              <w:t>2026-03-02</w:t>
            </w:r>
          </w:p>
        </w:tc>
        <w:tc>
          <w:tcPr>
            <w:tcW w:type="dxa" w:w="2160"/>
          </w:tcPr>
          <w:p>
            <w:r>
              <w:t>0</w:t>
            </w:r>
          </w:p>
        </w:tc>
      </w:tr>
      <w:tr>
        <w:tc>
          <w:tcPr>
            <w:tcW w:type="dxa" w:w="2160"/>
          </w:tcPr>
          <w:p>
            <w:r>
              <w:t>Cell KPIs by day</w:t>
            </w:r>
          </w:p>
        </w:tc>
        <w:tc>
          <w:tcPr>
            <w:tcW w:type="dxa" w:w="2160"/>
          </w:tcPr>
          <w:p>
            <w:r>
              <w:t>2026-03-02</w:t>
            </w:r>
          </w:p>
        </w:tc>
        <w:tc>
          <w:tcPr>
            <w:tcW w:type="dxa" w:w="2160"/>
          </w:tcPr>
          <w:p>
            <w:r>
              <w:t>2026-03-09</w:t>
            </w:r>
          </w:p>
        </w:tc>
        <w:tc>
          <w:tcPr>
            <w:tcW w:type="dxa" w:w="2160"/>
          </w:tcPr>
          <w:p>
            <w:r>
              <w:t>0</w:t>
            </w:r>
          </w:p>
        </w:tc>
      </w:tr>
      <w:tr>
        <w:tc>
          <w:tcPr>
            <w:tcW w:type="dxa" w:w="2160"/>
          </w:tcPr>
          <w:p>
            <w:r>
              <w:t>Cell KPIs by day</w:t>
            </w:r>
          </w:p>
        </w:tc>
        <w:tc>
          <w:tcPr>
            <w:tcW w:type="dxa" w:w="2160"/>
          </w:tcPr>
          <w:p>
            <w:r>
              <w:t>2026-03-09</w:t>
            </w:r>
          </w:p>
        </w:tc>
        <w:tc>
          <w:tcPr>
            <w:tcW w:type="dxa" w:w="2160"/>
          </w:tcPr>
          <w:p>
            <w:r>
              <w:t>2026-03-16</w:t>
            </w:r>
          </w:p>
        </w:tc>
        <w:tc>
          <w:tcPr>
            <w:tcW w:type="dxa" w:w="2160"/>
          </w:tcPr>
          <w:p>
            <w:r>
              <w:t>0</w:t>
            </w:r>
          </w:p>
        </w:tc>
      </w:tr>
      <w:tr>
        <w:tc>
          <w:tcPr>
            <w:tcW w:type="dxa" w:w="2160"/>
          </w:tcPr>
          <w:p>
            <w:r>
              <w:t>Cell KPIs by day</w:t>
            </w:r>
          </w:p>
        </w:tc>
        <w:tc>
          <w:tcPr>
            <w:tcW w:type="dxa" w:w="2160"/>
          </w:tcPr>
          <w:p>
            <w:r>
              <w:t>2026-03-16</w:t>
            </w:r>
          </w:p>
        </w:tc>
        <w:tc>
          <w:tcPr>
            <w:tcW w:type="dxa" w:w="2160"/>
          </w:tcPr>
          <w:p>
            <w:r>
              <w:t>2026-03-23</w:t>
            </w:r>
          </w:p>
        </w:tc>
        <w:tc>
          <w:tcPr>
            <w:tcW w:type="dxa" w:w="2160"/>
          </w:tcPr>
          <w:p>
            <w:r>
              <w:t>0</w:t>
            </w:r>
          </w:p>
        </w:tc>
      </w:tr>
      <w:tr>
        <w:tc>
          <w:tcPr>
            <w:tcW w:type="dxa" w:w="2160"/>
          </w:tcPr>
          <w:p>
            <w:r>
              <w:t>Cell KPIs by day</w:t>
            </w:r>
          </w:p>
        </w:tc>
        <w:tc>
          <w:tcPr>
            <w:tcW w:type="dxa" w:w="2160"/>
          </w:tcPr>
          <w:p>
            <w:r>
              <w:t>2026-03-23</w:t>
            </w:r>
          </w:p>
        </w:tc>
        <w:tc>
          <w:tcPr>
            <w:tcW w:type="dxa" w:w="2160"/>
          </w:tcPr>
          <w:p>
            <w:r>
              <w:t>2026-03-30</w:t>
            </w:r>
          </w:p>
        </w:tc>
        <w:tc>
          <w:tcPr>
            <w:tcW w:type="dxa" w:w="2160"/>
          </w:tcPr>
          <w:p>
            <w:r>
              <w:t>0</w:t>
            </w:r>
          </w:p>
        </w:tc>
      </w:tr>
      <w:tr>
        <w:tc>
          <w:tcPr>
            <w:tcW w:type="dxa" w:w="2160"/>
          </w:tcPr>
          <w:p>
            <w:r>
              <w:t>Cell KPIs by day</w:t>
            </w:r>
          </w:p>
        </w:tc>
        <w:tc>
          <w:tcPr>
            <w:tcW w:type="dxa" w:w="2160"/>
          </w:tcPr>
          <w:p>
            <w:r>
              <w:t>2026-03-30</w:t>
            </w:r>
          </w:p>
        </w:tc>
        <w:tc>
          <w:tcPr>
            <w:tcW w:type="dxa" w:w="2160"/>
          </w:tcPr>
          <w:p>
            <w:r>
              <w:t>2026-04-06</w:t>
            </w:r>
          </w:p>
        </w:tc>
        <w:tc>
          <w:tcPr>
            <w:tcW w:type="dxa" w:w="2160"/>
          </w:tcPr>
          <w:p>
            <w:r>
              <w:t>0</w:t>
            </w:r>
          </w:p>
        </w:tc>
      </w:tr>
      <w:tr>
        <w:tc>
          <w:tcPr>
            <w:tcW w:type="dxa" w:w="2160"/>
          </w:tcPr>
          <w:p>
            <w:r>
              <w:t>Cell KPIs by day</w:t>
            </w:r>
          </w:p>
        </w:tc>
        <w:tc>
          <w:tcPr>
            <w:tcW w:type="dxa" w:w="2160"/>
          </w:tcPr>
          <w:p>
            <w:r>
              <w:t>2026-04-06</w:t>
            </w:r>
          </w:p>
        </w:tc>
        <w:tc>
          <w:tcPr>
            <w:tcW w:type="dxa" w:w="2160"/>
          </w:tcPr>
          <w:p>
            <w:r>
              <w:t>2026-04-13</w:t>
            </w:r>
          </w:p>
        </w:tc>
        <w:tc>
          <w:tcPr>
            <w:tcW w:type="dxa" w:w="2160"/>
          </w:tcPr>
          <w:p>
            <w:r>
              <w:t>0</w:t>
            </w:r>
          </w:p>
        </w:tc>
      </w:tr>
      <w:tr>
        <w:tc>
          <w:tcPr>
            <w:tcW w:type="dxa" w:w="2160"/>
          </w:tcPr>
          <w:p>
            <w:r>
              <w:t>Cell KPIs by day</w:t>
            </w:r>
          </w:p>
        </w:tc>
        <w:tc>
          <w:tcPr>
            <w:tcW w:type="dxa" w:w="2160"/>
          </w:tcPr>
          <w:p>
            <w:r>
              <w:t>2026-04-13</w:t>
            </w:r>
          </w:p>
        </w:tc>
        <w:tc>
          <w:tcPr>
            <w:tcW w:type="dxa" w:w="2160"/>
          </w:tcPr>
          <w:p>
            <w:r>
              <w:t>2026-04-20</w:t>
            </w:r>
          </w:p>
        </w:tc>
        <w:tc>
          <w:tcPr>
            <w:tcW w:type="dxa" w:w="2160"/>
          </w:tcPr>
          <w:p>
            <w:r>
              <w:t>0</w:t>
            </w:r>
          </w:p>
        </w:tc>
      </w:tr>
      <w:tr>
        <w:tc>
          <w:tcPr>
            <w:tcW w:type="dxa" w:w="2160"/>
          </w:tcPr>
          <w:p>
            <w:r>
              <w:t>Cell KPIs by day</w:t>
            </w:r>
          </w:p>
        </w:tc>
        <w:tc>
          <w:tcPr>
            <w:tcW w:type="dxa" w:w="2160"/>
          </w:tcPr>
          <w:p>
            <w:r>
              <w:t>2026-04-20</w:t>
            </w:r>
          </w:p>
        </w:tc>
        <w:tc>
          <w:tcPr>
            <w:tcW w:type="dxa" w:w="2160"/>
          </w:tcPr>
          <w:p>
            <w:r>
              <w:t>2026-04-27</w:t>
            </w:r>
          </w:p>
        </w:tc>
        <w:tc>
          <w:tcPr>
            <w:tcW w:type="dxa" w:w="2160"/>
          </w:tcPr>
          <w:p>
            <w:r>
              <w:t>0</w:t>
            </w:r>
          </w:p>
        </w:tc>
      </w:tr>
      <w:tr>
        <w:tc>
          <w:tcPr>
            <w:tcW w:type="dxa" w:w="2160"/>
          </w:tcPr>
          <w:p>
            <w:r>
              <w:t>Cell KPIs by day</w:t>
            </w:r>
          </w:p>
        </w:tc>
        <w:tc>
          <w:tcPr>
            <w:tcW w:type="dxa" w:w="2160"/>
          </w:tcPr>
          <w:p>
            <w:r>
              <w:t>2026-04-27</w:t>
            </w:r>
          </w:p>
        </w:tc>
        <w:tc>
          <w:tcPr>
            <w:tcW w:type="dxa" w:w="2160"/>
          </w:tcPr>
          <w:p>
            <w:r>
              <w:t>2026-05-04</w:t>
            </w:r>
          </w:p>
        </w:tc>
        <w:tc>
          <w:tcPr>
            <w:tcW w:type="dxa" w:w="2160"/>
          </w:tcPr>
          <w:p>
            <w:r>
              <w:t>0</w:t>
            </w:r>
          </w:p>
        </w:tc>
      </w:tr>
      <w:tr>
        <w:tc>
          <w:tcPr>
            <w:tcW w:type="dxa" w:w="2160"/>
          </w:tcPr>
          <w:p>
            <w:r>
              <w:t>Cell KPIs by day</w:t>
            </w:r>
          </w:p>
        </w:tc>
        <w:tc>
          <w:tcPr>
            <w:tcW w:type="dxa" w:w="2160"/>
          </w:tcPr>
          <w:p>
            <w:r>
              <w:t>2026-05-04</w:t>
            </w:r>
          </w:p>
        </w:tc>
        <w:tc>
          <w:tcPr>
            <w:tcW w:type="dxa" w:w="2160"/>
          </w:tcPr>
          <w:p>
            <w:r>
              <w:t>2026-05-11</w:t>
            </w:r>
          </w:p>
        </w:tc>
        <w:tc>
          <w:tcPr>
            <w:tcW w:type="dxa" w:w="2160"/>
          </w:tcPr>
          <w:p>
            <w:r>
              <w:t>0</w:t>
            </w:r>
          </w:p>
        </w:tc>
      </w:tr>
      <w:tr>
        <w:tc>
          <w:tcPr>
            <w:tcW w:type="dxa" w:w="2160"/>
          </w:tcPr>
          <w:p>
            <w:r>
              <w:t>Cell KPIs by day</w:t>
            </w:r>
          </w:p>
        </w:tc>
        <w:tc>
          <w:tcPr>
            <w:tcW w:type="dxa" w:w="2160"/>
          </w:tcPr>
          <w:p>
            <w:r>
              <w:t>2026-05-11</w:t>
            </w:r>
          </w:p>
        </w:tc>
        <w:tc>
          <w:tcPr>
            <w:tcW w:type="dxa" w:w="2160"/>
          </w:tcPr>
          <w:p>
            <w:r>
              <w:t>2026-05-18</w:t>
            </w:r>
          </w:p>
        </w:tc>
        <w:tc>
          <w:tcPr>
            <w:tcW w:type="dxa" w:w="2160"/>
          </w:tcPr>
          <w:p>
            <w:r>
              <w:t>0</w:t>
            </w:r>
          </w:p>
        </w:tc>
      </w:tr>
      <w:tr>
        <w:tc>
          <w:tcPr>
            <w:tcW w:type="dxa" w:w="2160"/>
          </w:tcPr>
          <w:p>
            <w:r>
              <w:t>Cell KPIs by day</w:t>
            </w:r>
          </w:p>
        </w:tc>
        <w:tc>
          <w:tcPr>
            <w:tcW w:type="dxa" w:w="2160"/>
          </w:tcPr>
          <w:p>
            <w:r>
              <w:t>2026-05-18</w:t>
            </w:r>
          </w:p>
        </w:tc>
        <w:tc>
          <w:tcPr>
            <w:tcW w:type="dxa" w:w="2160"/>
          </w:tcPr>
          <w:p>
            <w:r>
              <w:t>2026-05-25</w:t>
            </w:r>
          </w:p>
        </w:tc>
        <w:tc>
          <w:tcPr>
            <w:tcW w:type="dxa" w:w="2160"/>
          </w:tcPr>
          <w:p>
            <w:r>
              <w:t>0</w:t>
            </w:r>
          </w:p>
        </w:tc>
      </w:tr>
      <w:tr>
        <w:tc>
          <w:tcPr>
            <w:tcW w:type="dxa" w:w="2160"/>
          </w:tcPr>
          <w:p>
            <w:r>
              <w:t>Cell KPIs by day</w:t>
            </w:r>
          </w:p>
        </w:tc>
        <w:tc>
          <w:tcPr>
            <w:tcW w:type="dxa" w:w="2160"/>
          </w:tcPr>
          <w:p>
            <w:r>
              <w:t>2026-05-25</w:t>
            </w:r>
          </w:p>
        </w:tc>
        <w:tc>
          <w:tcPr>
            <w:tcW w:type="dxa" w:w="2160"/>
          </w:tcPr>
          <w:p>
            <w:r>
              <w:t>2026-06-01</w:t>
            </w:r>
          </w:p>
        </w:tc>
        <w:tc>
          <w:tcPr>
            <w:tcW w:type="dxa" w:w="2160"/>
          </w:tcPr>
          <w:p>
            <w:r>
              <w:t>0</w:t>
            </w:r>
          </w:p>
        </w:tc>
      </w:tr>
      <w:tr>
        <w:tc>
          <w:tcPr>
            <w:tcW w:type="dxa" w:w="2160"/>
          </w:tcPr>
          <w:p>
            <w:r>
              <w:t>Cell KPIs by day</w:t>
            </w:r>
          </w:p>
        </w:tc>
        <w:tc>
          <w:tcPr>
            <w:tcW w:type="dxa" w:w="2160"/>
          </w:tcPr>
          <w:p>
            <w:r>
              <w:t>2026-06-01</w:t>
            </w:r>
          </w:p>
        </w:tc>
        <w:tc>
          <w:tcPr>
            <w:tcW w:type="dxa" w:w="2160"/>
          </w:tcPr>
          <w:p>
            <w:r>
              <w:t>2026-06-08</w:t>
            </w:r>
          </w:p>
        </w:tc>
        <w:tc>
          <w:tcPr>
            <w:tcW w:type="dxa" w:w="2160"/>
          </w:tcPr>
          <w:p>
            <w:r>
              <w:t>0</w:t>
            </w:r>
          </w:p>
        </w:tc>
      </w:tr>
      <w:tr>
        <w:tc>
          <w:tcPr>
            <w:tcW w:type="dxa" w:w="2160"/>
          </w:tcPr>
          <w:p>
            <w:r>
              <w:t>Cell KPIs by day</w:t>
            </w:r>
          </w:p>
        </w:tc>
        <w:tc>
          <w:tcPr>
            <w:tcW w:type="dxa" w:w="2160"/>
          </w:tcPr>
          <w:p>
            <w:r>
              <w:t>2026-06-08</w:t>
            </w:r>
          </w:p>
        </w:tc>
        <w:tc>
          <w:tcPr>
            <w:tcW w:type="dxa" w:w="2160"/>
          </w:tcPr>
          <w:p>
            <w:r>
              <w:t>2026-06-15</w:t>
            </w:r>
          </w:p>
        </w:tc>
        <w:tc>
          <w:tcPr>
            <w:tcW w:type="dxa" w:w="2160"/>
          </w:tcPr>
          <w:p>
            <w:r>
              <w:t>0</w:t>
            </w:r>
          </w:p>
        </w:tc>
      </w:tr>
      <w:tr>
        <w:tc>
          <w:tcPr>
            <w:tcW w:type="dxa" w:w="2160"/>
          </w:tcPr>
          <w:p>
            <w:r>
              <w:t>Cell KPIs by day</w:t>
            </w:r>
          </w:p>
        </w:tc>
        <w:tc>
          <w:tcPr>
            <w:tcW w:type="dxa" w:w="2160"/>
          </w:tcPr>
          <w:p>
            <w:r>
              <w:t>2026-06-15</w:t>
            </w:r>
          </w:p>
        </w:tc>
        <w:tc>
          <w:tcPr>
            <w:tcW w:type="dxa" w:w="2160"/>
          </w:tcPr>
          <w:p>
            <w:r>
              <w:t>2026-06-22</w:t>
            </w:r>
          </w:p>
        </w:tc>
        <w:tc>
          <w:tcPr>
            <w:tcW w:type="dxa" w:w="2160"/>
          </w:tcPr>
          <w:p>
            <w:r>
              <w:t>0</w:t>
            </w:r>
          </w:p>
        </w:tc>
      </w:tr>
      <w:tr>
        <w:tc>
          <w:tcPr>
            <w:tcW w:type="dxa" w:w="2160"/>
          </w:tcPr>
          <w:p>
            <w:r>
              <w:t>Cell KPIs by day</w:t>
            </w:r>
          </w:p>
        </w:tc>
        <w:tc>
          <w:tcPr>
            <w:tcW w:type="dxa" w:w="2160"/>
          </w:tcPr>
          <w:p>
            <w:r>
              <w:t>2026-06-22</w:t>
            </w:r>
          </w:p>
        </w:tc>
        <w:tc>
          <w:tcPr>
            <w:tcW w:type="dxa" w:w="2160"/>
          </w:tcPr>
          <w:p>
            <w:r>
              <w:t>2026-06-29</w:t>
            </w:r>
          </w:p>
        </w:tc>
        <w:tc>
          <w:tcPr>
            <w:tcW w:type="dxa" w:w="2160"/>
          </w:tcPr>
          <w:p>
            <w:r>
              <w:t>0</w:t>
            </w:r>
          </w:p>
        </w:tc>
      </w:tr>
      <w:tr>
        <w:tc>
          <w:tcPr>
            <w:tcW w:type="dxa" w:w="2160"/>
          </w:tcPr>
          <w:p>
            <w:r>
              <w:t>Cell KPIs by day</w:t>
            </w:r>
          </w:p>
        </w:tc>
        <w:tc>
          <w:tcPr>
            <w:tcW w:type="dxa" w:w="2160"/>
          </w:tcPr>
          <w:p>
            <w:r>
              <w:t>2026-06-29</w:t>
            </w:r>
          </w:p>
        </w:tc>
        <w:tc>
          <w:tcPr>
            <w:tcW w:type="dxa" w:w="2160"/>
          </w:tcPr>
          <w:p>
            <w:r>
              <w:t>2026-07-06</w:t>
            </w:r>
          </w:p>
        </w:tc>
        <w:tc>
          <w:tcPr>
            <w:tcW w:type="dxa" w:w="2160"/>
          </w:tcPr>
          <w:p>
            <w:r>
              <w:t>0</w:t>
            </w:r>
          </w:p>
        </w:tc>
      </w:tr>
      <w:tr>
        <w:tc>
          <w:tcPr>
            <w:tcW w:type="dxa" w:w="2160"/>
          </w:tcPr>
          <w:p>
            <w:r>
              <w:t>Cell KPIs by day</w:t>
            </w:r>
          </w:p>
        </w:tc>
        <w:tc>
          <w:tcPr>
            <w:tcW w:type="dxa" w:w="2160"/>
          </w:tcPr>
          <w:p>
            <w:r>
              <w:t>2026-07-06</w:t>
            </w:r>
          </w:p>
        </w:tc>
        <w:tc>
          <w:tcPr>
            <w:tcW w:type="dxa" w:w="2160"/>
          </w:tcPr>
          <w:p>
            <w:r>
              <w:t>2026-07-13</w:t>
            </w:r>
          </w:p>
        </w:tc>
        <w:tc>
          <w:tcPr>
            <w:tcW w:type="dxa" w:w="2160"/>
          </w:tcPr>
          <w:p>
            <w:r>
              <w:t>0</w:t>
            </w:r>
          </w:p>
        </w:tc>
      </w:tr>
      <w:tr>
        <w:tc>
          <w:tcPr>
            <w:tcW w:type="dxa" w:w="2160"/>
          </w:tcPr>
          <w:p>
            <w:r>
              <w:t>Cell KPIs by day</w:t>
            </w:r>
          </w:p>
        </w:tc>
        <w:tc>
          <w:tcPr>
            <w:tcW w:type="dxa" w:w="2160"/>
          </w:tcPr>
          <w:p>
            <w:r>
              <w:t>2026-07-13</w:t>
            </w:r>
          </w:p>
        </w:tc>
        <w:tc>
          <w:tcPr>
            <w:tcW w:type="dxa" w:w="2160"/>
          </w:tcPr>
          <w:p>
            <w:r>
              <w:t>2026-07-20</w:t>
            </w:r>
          </w:p>
        </w:tc>
        <w:tc>
          <w:tcPr>
            <w:tcW w:type="dxa" w:w="2160"/>
          </w:tcPr>
          <w:p>
            <w:r>
              <w:t>0</w:t>
            </w:r>
          </w:p>
        </w:tc>
      </w:tr>
      <w:tr>
        <w:tc>
          <w:tcPr>
            <w:tcW w:type="dxa" w:w="2160"/>
          </w:tcPr>
          <w:p>
            <w:r>
              <w:t>Cell KPIs by day</w:t>
            </w:r>
          </w:p>
        </w:tc>
        <w:tc>
          <w:tcPr>
            <w:tcW w:type="dxa" w:w="2160"/>
          </w:tcPr>
          <w:p>
            <w:r>
              <w:t>2026-07-20</w:t>
            </w:r>
          </w:p>
        </w:tc>
        <w:tc>
          <w:tcPr>
            <w:tcW w:type="dxa" w:w="2160"/>
          </w:tcPr>
          <w:p>
            <w:r>
              <w:t>2026-07-27</w:t>
            </w:r>
          </w:p>
        </w:tc>
        <w:tc>
          <w:tcPr>
            <w:tcW w:type="dxa" w:w="2160"/>
          </w:tcPr>
          <w:p>
            <w:r>
              <w:t>0</w:t>
            </w:r>
          </w:p>
        </w:tc>
      </w:tr>
      <w:tr>
        <w:tc>
          <w:tcPr>
            <w:tcW w:type="dxa" w:w="2160"/>
          </w:tcPr>
          <w:p>
            <w:r>
              <w:t>Cell KPIs by day</w:t>
            </w:r>
          </w:p>
        </w:tc>
        <w:tc>
          <w:tcPr>
            <w:tcW w:type="dxa" w:w="2160"/>
          </w:tcPr>
          <w:p>
            <w:r>
              <w:t>2026-07-27</w:t>
            </w:r>
          </w:p>
        </w:tc>
        <w:tc>
          <w:tcPr>
            <w:tcW w:type="dxa" w:w="2160"/>
          </w:tcPr>
          <w:p>
            <w:r>
              <w:t>2026-08-03</w:t>
            </w:r>
          </w:p>
        </w:tc>
        <w:tc>
          <w:tcPr>
            <w:tcW w:type="dxa" w:w="2160"/>
          </w:tcPr>
          <w:p>
            <w:r>
              <w:t>0</w:t>
            </w:r>
          </w:p>
        </w:tc>
      </w:tr>
      <w:tr>
        <w:tc>
          <w:tcPr>
            <w:tcW w:type="dxa" w:w="2160"/>
          </w:tcPr>
          <w:p>
            <w:r>
              <w:t>Cell KPIs by day</w:t>
            </w:r>
          </w:p>
        </w:tc>
        <w:tc>
          <w:tcPr>
            <w:tcW w:type="dxa" w:w="2160"/>
          </w:tcPr>
          <w:p>
            <w:r>
              <w:t>2026-08-03</w:t>
            </w:r>
          </w:p>
        </w:tc>
        <w:tc>
          <w:tcPr>
            <w:tcW w:type="dxa" w:w="2160"/>
          </w:tcPr>
          <w:p>
            <w:r>
              <w:t>2026-08-10</w:t>
            </w:r>
          </w:p>
        </w:tc>
        <w:tc>
          <w:tcPr>
            <w:tcW w:type="dxa" w:w="2160"/>
          </w:tcPr>
          <w:p>
            <w:r>
              <w:t>98</w:t>
            </w:r>
          </w:p>
        </w:tc>
      </w:tr>
      <w:tr>
        <w:tc>
          <w:tcPr>
            <w:tcW w:type="dxa" w:w="2160"/>
          </w:tcPr>
          <w:p>
            <w:r>
              <w:t>Cell KPIs by day</w:t>
            </w:r>
          </w:p>
        </w:tc>
        <w:tc>
          <w:tcPr>
            <w:tcW w:type="dxa" w:w="2160"/>
          </w:tcPr>
          <w:p>
            <w:r>
              <w:t>2026-08-10</w:t>
            </w:r>
          </w:p>
        </w:tc>
        <w:tc>
          <w:tcPr>
            <w:tcW w:type="dxa" w:w="2160"/>
          </w:tcPr>
          <w:p>
            <w:r>
              <w:t>2026-08-17</w:t>
            </w:r>
          </w:p>
        </w:tc>
        <w:tc>
          <w:tcPr>
            <w:tcW w:type="dxa" w:w="2160"/>
          </w:tcPr>
          <w:p>
            <w:r>
              <w:t>98</w:t>
            </w:r>
          </w:p>
        </w:tc>
      </w:tr>
      <w:tr>
        <w:tc>
          <w:tcPr>
            <w:tcW w:type="dxa" w:w="2160"/>
          </w:tcPr>
          <w:p>
            <w:r>
              <w:t>Cell KPIs by day</w:t>
            </w:r>
          </w:p>
        </w:tc>
        <w:tc>
          <w:tcPr>
            <w:tcW w:type="dxa" w:w="2160"/>
          </w:tcPr>
          <w:p>
            <w:r>
              <w:t>2026-08-17</w:t>
            </w:r>
          </w:p>
        </w:tc>
        <w:tc>
          <w:tcPr>
            <w:tcW w:type="dxa" w:w="2160"/>
          </w:tcPr>
          <w:p>
            <w:r>
              <w:t>2026-08-24</w:t>
            </w:r>
          </w:p>
        </w:tc>
        <w:tc>
          <w:tcPr>
            <w:tcW w:type="dxa" w:w="2160"/>
          </w:tcPr>
          <w:p>
            <w:r>
              <w:t>98</w:t>
            </w:r>
          </w:p>
        </w:tc>
      </w:tr>
      <w:tr>
        <w:tc>
          <w:tcPr>
            <w:tcW w:type="dxa" w:w="2160"/>
          </w:tcPr>
          <w:p>
            <w:r>
              <w:t>Cell KPIs by day</w:t>
            </w:r>
          </w:p>
        </w:tc>
        <w:tc>
          <w:tcPr>
            <w:tcW w:type="dxa" w:w="2160"/>
          </w:tcPr>
          <w:p>
            <w:r>
              <w:t>2026-08-24</w:t>
            </w:r>
          </w:p>
        </w:tc>
        <w:tc>
          <w:tcPr>
            <w:tcW w:type="dxa" w:w="2160"/>
          </w:tcPr>
          <w:p>
            <w:r>
              <w:t>2026-08-31</w:t>
            </w:r>
          </w:p>
        </w:tc>
        <w:tc>
          <w:tcPr>
            <w:tcW w:type="dxa" w:w="2160"/>
          </w:tcPr>
          <w:p>
            <w:r>
              <w:t>98</w:t>
            </w:r>
          </w:p>
        </w:tc>
      </w:tr>
      <w:tr>
        <w:tc>
          <w:tcPr>
            <w:tcW w:type="dxa" w:w="2160"/>
          </w:tcPr>
          <w:p>
            <w:r>
              <w:t>Cell KPIs by day</w:t>
            </w:r>
          </w:p>
        </w:tc>
        <w:tc>
          <w:tcPr>
            <w:tcW w:type="dxa" w:w="2160"/>
          </w:tcPr>
          <w:p>
            <w:r>
              <w:t>2026-08-31</w:t>
            </w:r>
          </w:p>
        </w:tc>
        <w:tc>
          <w:tcPr>
            <w:tcW w:type="dxa" w:w="2160"/>
          </w:tcPr>
          <w:p>
            <w:r>
              <w:t>2026-09-07</w:t>
            </w:r>
          </w:p>
        </w:tc>
        <w:tc>
          <w:tcPr>
            <w:tcW w:type="dxa" w:w="2160"/>
          </w:tcPr>
          <w:p>
            <w:r>
              <w:t>98</w:t>
            </w:r>
          </w:p>
        </w:tc>
      </w:tr>
      <w:tr>
        <w:tc>
          <w:tcPr>
            <w:tcW w:type="dxa" w:w="2160"/>
          </w:tcPr>
          <w:p>
            <w:r>
              <w:t>Cell KPIs by day</w:t>
            </w:r>
          </w:p>
        </w:tc>
        <w:tc>
          <w:tcPr>
            <w:tcW w:type="dxa" w:w="2160"/>
          </w:tcPr>
          <w:p>
            <w:r>
              <w:t>2026-09-07</w:t>
            </w:r>
          </w:p>
        </w:tc>
        <w:tc>
          <w:tcPr>
            <w:tcW w:type="dxa" w:w="2160"/>
          </w:tcPr>
          <w:p>
            <w:r>
              <w:t>2026-09-14</w:t>
            </w:r>
          </w:p>
        </w:tc>
        <w:tc>
          <w:tcPr>
            <w:tcW w:type="dxa" w:w="2160"/>
          </w:tcPr>
          <w:p>
            <w:r>
              <w:t>98</w:t>
            </w:r>
          </w:p>
        </w:tc>
      </w:tr>
      <w:tr>
        <w:tc>
          <w:tcPr>
            <w:tcW w:type="dxa" w:w="2160"/>
          </w:tcPr>
          <w:p>
            <w:r>
              <w:t>Cell KPIs by day</w:t>
            </w:r>
          </w:p>
        </w:tc>
        <w:tc>
          <w:tcPr>
            <w:tcW w:type="dxa" w:w="2160"/>
          </w:tcPr>
          <w:p>
            <w:r>
              <w:t>2026-09-14</w:t>
            </w:r>
          </w:p>
        </w:tc>
        <w:tc>
          <w:tcPr>
            <w:tcW w:type="dxa" w:w="2160"/>
          </w:tcPr>
          <w:p>
            <w:r>
              <w:t>2026-09-21</w:t>
            </w:r>
          </w:p>
        </w:tc>
        <w:tc>
          <w:tcPr>
            <w:tcW w:type="dxa" w:w="2160"/>
          </w:tcPr>
          <w:p>
            <w:r>
              <w:t>98</w:t>
            </w:r>
          </w:p>
        </w:tc>
      </w:tr>
      <w:tr>
        <w:tc>
          <w:tcPr>
            <w:tcW w:type="dxa" w:w="2160"/>
          </w:tcPr>
          <w:p>
            <w:r>
              <w:t>Cell KPIs by day</w:t>
            </w:r>
          </w:p>
        </w:tc>
        <w:tc>
          <w:tcPr>
            <w:tcW w:type="dxa" w:w="2160"/>
          </w:tcPr>
          <w:p>
            <w:r>
              <w:t>2026-09-21</w:t>
            </w:r>
          </w:p>
        </w:tc>
        <w:tc>
          <w:tcPr>
            <w:tcW w:type="dxa" w:w="2160"/>
          </w:tcPr>
          <w:p>
            <w:r>
              <w:t>2026-09-28</w:t>
            </w:r>
          </w:p>
        </w:tc>
        <w:tc>
          <w:tcPr>
            <w:tcW w:type="dxa" w:w="2160"/>
          </w:tcPr>
          <w:p>
            <w:r>
              <w:t>98</w:t>
            </w:r>
          </w:p>
        </w:tc>
      </w:tr>
      <w:tr>
        <w:tc>
          <w:tcPr>
            <w:tcW w:type="dxa" w:w="2160"/>
          </w:tcPr>
          <w:p>
            <w:r>
              <w:t>Cell KPIs by day</w:t>
            </w:r>
          </w:p>
        </w:tc>
        <w:tc>
          <w:tcPr>
            <w:tcW w:type="dxa" w:w="2160"/>
          </w:tcPr>
          <w:p>
            <w:r>
              <w:t>2026-09-28</w:t>
            </w:r>
          </w:p>
        </w:tc>
        <w:tc>
          <w:tcPr>
            <w:tcW w:type="dxa" w:w="2160"/>
          </w:tcPr>
          <w:p>
            <w:r>
              <w:t>2026-10-05</w:t>
            </w:r>
          </w:p>
        </w:tc>
        <w:tc>
          <w:tcPr>
            <w:tcW w:type="dxa" w:w="2160"/>
          </w:tcPr>
          <w:p>
            <w:r>
              <w:t>0</w:t>
            </w:r>
          </w:p>
        </w:tc>
      </w:tr>
      <w:tr>
        <w:tc>
          <w:tcPr>
            <w:tcW w:type="dxa" w:w="2160"/>
          </w:tcPr>
          <w:p>
            <w:r>
              <w:t>Coverage complaints</w:t>
            </w:r>
          </w:p>
        </w:tc>
        <w:tc>
          <w:tcPr>
            <w:tcW w:type="dxa" w:w="2160"/>
          </w:tcPr>
          <w:p>
            <w:r>
              <w:t>2026-02-23</w:t>
            </w:r>
          </w:p>
        </w:tc>
        <w:tc>
          <w:tcPr>
            <w:tcW w:type="dxa" w:w="2160"/>
          </w:tcPr>
          <w:p>
            <w:r>
              <w:t>2026-03-02</w:t>
            </w:r>
          </w:p>
        </w:tc>
        <w:tc>
          <w:tcPr>
            <w:tcW w:type="dxa" w:w="2160"/>
          </w:tcPr>
          <w:p>
            <w:r>
              <w:t>4</w:t>
            </w:r>
          </w:p>
        </w:tc>
      </w:tr>
      <w:tr>
        <w:tc>
          <w:tcPr>
            <w:tcW w:type="dxa" w:w="2160"/>
          </w:tcPr>
          <w:p>
            <w:r>
              <w:t>Coverage complaints</w:t>
            </w:r>
          </w:p>
        </w:tc>
        <w:tc>
          <w:tcPr>
            <w:tcW w:type="dxa" w:w="2160"/>
          </w:tcPr>
          <w:p>
            <w:r>
              <w:t>2026-03-02</w:t>
            </w:r>
          </w:p>
        </w:tc>
        <w:tc>
          <w:tcPr>
            <w:tcW w:type="dxa" w:w="2160"/>
          </w:tcPr>
          <w:p>
            <w:r>
              <w:t>2026-03-09</w:t>
            </w:r>
          </w:p>
        </w:tc>
        <w:tc>
          <w:tcPr>
            <w:tcW w:type="dxa" w:w="2160"/>
          </w:tcPr>
          <w:p>
            <w:r>
              <w:t>11</w:t>
            </w:r>
          </w:p>
        </w:tc>
      </w:tr>
      <w:tr>
        <w:tc>
          <w:tcPr>
            <w:tcW w:type="dxa" w:w="2160"/>
          </w:tcPr>
          <w:p>
            <w:r>
              <w:t>Coverage complaints</w:t>
            </w:r>
          </w:p>
        </w:tc>
        <w:tc>
          <w:tcPr>
            <w:tcW w:type="dxa" w:w="2160"/>
          </w:tcPr>
          <w:p>
            <w:r>
              <w:t>2026-03-09</w:t>
            </w:r>
          </w:p>
        </w:tc>
        <w:tc>
          <w:tcPr>
            <w:tcW w:type="dxa" w:w="2160"/>
          </w:tcPr>
          <w:p>
            <w:r>
              <w:t>2026-03-16</w:t>
            </w:r>
          </w:p>
        </w:tc>
        <w:tc>
          <w:tcPr>
            <w:tcW w:type="dxa" w:w="2160"/>
          </w:tcPr>
          <w:p>
            <w:r>
              <w:t>14</w:t>
            </w:r>
          </w:p>
        </w:tc>
      </w:tr>
      <w:tr>
        <w:tc>
          <w:tcPr>
            <w:tcW w:type="dxa" w:w="2160"/>
          </w:tcPr>
          <w:p>
            <w:r>
              <w:t>Coverage complaints</w:t>
            </w:r>
          </w:p>
        </w:tc>
        <w:tc>
          <w:tcPr>
            <w:tcW w:type="dxa" w:w="2160"/>
          </w:tcPr>
          <w:p>
            <w:r>
              <w:t>2026-03-16</w:t>
            </w:r>
          </w:p>
        </w:tc>
        <w:tc>
          <w:tcPr>
            <w:tcW w:type="dxa" w:w="2160"/>
          </w:tcPr>
          <w:p>
            <w:r>
              <w:t>2026-03-23</w:t>
            </w:r>
          </w:p>
        </w:tc>
        <w:tc>
          <w:tcPr>
            <w:tcW w:type="dxa" w:w="2160"/>
          </w:tcPr>
          <w:p>
            <w:r>
              <w:t>12</w:t>
            </w:r>
          </w:p>
        </w:tc>
      </w:tr>
      <w:tr>
        <w:tc>
          <w:tcPr>
            <w:tcW w:type="dxa" w:w="2160"/>
          </w:tcPr>
          <w:p>
            <w:r>
              <w:t>Coverage complaints</w:t>
            </w:r>
          </w:p>
        </w:tc>
        <w:tc>
          <w:tcPr>
            <w:tcW w:type="dxa" w:w="2160"/>
          </w:tcPr>
          <w:p>
            <w:r>
              <w:t>2026-03-23</w:t>
            </w:r>
          </w:p>
        </w:tc>
        <w:tc>
          <w:tcPr>
            <w:tcW w:type="dxa" w:w="2160"/>
          </w:tcPr>
          <w:p>
            <w:r>
              <w:t>2026-03-30</w:t>
            </w:r>
          </w:p>
        </w:tc>
        <w:tc>
          <w:tcPr>
            <w:tcW w:type="dxa" w:w="2160"/>
          </w:tcPr>
          <w:p>
            <w:r>
              <w:t>14</w:t>
            </w:r>
          </w:p>
        </w:tc>
      </w:tr>
      <w:tr>
        <w:tc>
          <w:tcPr>
            <w:tcW w:type="dxa" w:w="2160"/>
          </w:tcPr>
          <w:p>
            <w:r>
              <w:t>Coverage complaints</w:t>
            </w:r>
          </w:p>
        </w:tc>
        <w:tc>
          <w:tcPr>
            <w:tcW w:type="dxa" w:w="2160"/>
          </w:tcPr>
          <w:p>
            <w:r>
              <w:t>2026-03-30</w:t>
            </w:r>
          </w:p>
        </w:tc>
        <w:tc>
          <w:tcPr>
            <w:tcW w:type="dxa" w:w="2160"/>
          </w:tcPr>
          <w:p>
            <w:r>
              <w:t>2026-04-06</w:t>
            </w:r>
          </w:p>
        </w:tc>
        <w:tc>
          <w:tcPr>
            <w:tcW w:type="dxa" w:w="2160"/>
          </w:tcPr>
          <w:p>
            <w:r>
              <w:t>13</w:t>
            </w:r>
          </w:p>
        </w:tc>
      </w:tr>
      <w:tr>
        <w:tc>
          <w:tcPr>
            <w:tcW w:type="dxa" w:w="2160"/>
          </w:tcPr>
          <w:p>
            <w:r>
              <w:t>Coverage complaints</w:t>
            </w:r>
          </w:p>
        </w:tc>
        <w:tc>
          <w:tcPr>
            <w:tcW w:type="dxa" w:w="2160"/>
          </w:tcPr>
          <w:p>
            <w:r>
              <w:t>2026-04-06</w:t>
            </w:r>
          </w:p>
        </w:tc>
        <w:tc>
          <w:tcPr>
            <w:tcW w:type="dxa" w:w="2160"/>
          </w:tcPr>
          <w:p>
            <w:r>
              <w:t>2026-04-13</w:t>
            </w:r>
          </w:p>
        </w:tc>
        <w:tc>
          <w:tcPr>
            <w:tcW w:type="dxa" w:w="2160"/>
          </w:tcPr>
          <w:p>
            <w:r>
              <w:t>16</w:t>
            </w:r>
          </w:p>
        </w:tc>
      </w:tr>
      <w:tr>
        <w:tc>
          <w:tcPr>
            <w:tcW w:type="dxa" w:w="2160"/>
          </w:tcPr>
          <w:p>
            <w:r>
              <w:t>Coverage complaints</w:t>
            </w:r>
          </w:p>
        </w:tc>
        <w:tc>
          <w:tcPr>
            <w:tcW w:type="dxa" w:w="2160"/>
          </w:tcPr>
          <w:p>
            <w:r>
              <w:t>2026-04-13</w:t>
            </w:r>
          </w:p>
        </w:tc>
        <w:tc>
          <w:tcPr>
            <w:tcW w:type="dxa" w:w="2160"/>
          </w:tcPr>
          <w:p>
            <w:r>
              <w:t>2026-04-20</w:t>
            </w:r>
          </w:p>
        </w:tc>
        <w:tc>
          <w:tcPr>
            <w:tcW w:type="dxa" w:w="2160"/>
          </w:tcPr>
          <w:p>
            <w:r>
              <w:t>11</w:t>
            </w:r>
          </w:p>
        </w:tc>
      </w:tr>
      <w:tr>
        <w:tc>
          <w:tcPr>
            <w:tcW w:type="dxa" w:w="2160"/>
          </w:tcPr>
          <w:p>
            <w:r>
              <w:t>Coverage complaints</w:t>
            </w:r>
          </w:p>
        </w:tc>
        <w:tc>
          <w:tcPr>
            <w:tcW w:type="dxa" w:w="2160"/>
          </w:tcPr>
          <w:p>
            <w:r>
              <w:t>2026-04-20</w:t>
            </w:r>
          </w:p>
        </w:tc>
        <w:tc>
          <w:tcPr>
            <w:tcW w:type="dxa" w:w="2160"/>
          </w:tcPr>
          <w:p>
            <w:r>
              <w:t>2026-04-27</w:t>
            </w:r>
          </w:p>
        </w:tc>
        <w:tc>
          <w:tcPr>
            <w:tcW w:type="dxa" w:w="2160"/>
          </w:tcPr>
          <w:p>
            <w:r>
              <w:t>15</w:t>
            </w:r>
          </w:p>
        </w:tc>
      </w:tr>
      <w:tr>
        <w:tc>
          <w:tcPr>
            <w:tcW w:type="dxa" w:w="2160"/>
          </w:tcPr>
          <w:p>
            <w:r>
              <w:t>Coverage complaints</w:t>
            </w:r>
          </w:p>
        </w:tc>
        <w:tc>
          <w:tcPr>
            <w:tcW w:type="dxa" w:w="2160"/>
          </w:tcPr>
          <w:p>
            <w:r>
              <w:t>2026-04-27</w:t>
            </w:r>
          </w:p>
        </w:tc>
        <w:tc>
          <w:tcPr>
            <w:tcW w:type="dxa" w:w="2160"/>
          </w:tcPr>
          <w:p>
            <w:r>
              <w:t>2026-05-04</w:t>
            </w:r>
          </w:p>
        </w:tc>
        <w:tc>
          <w:tcPr>
            <w:tcW w:type="dxa" w:w="2160"/>
          </w:tcPr>
          <w:p>
            <w:r>
              <w:t>10</w:t>
            </w:r>
          </w:p>
        </w:tc>
      </w:tr>
      <w:tr>
        <w:tc>
          <w:tcPr>
            <w:tcW w:type="dxa" w:w="2160"/>
          </w:tcPr>
          <w:p>
            <w:r>
              <w:t>Coverage complaints</w:t>
            </w:r>
          </w:p>
        </w:tc>
        <w:tc>
          <w:tcPr>
            <w:tcW w:type="dxa" w:w="2160"/>
          </w:tcPr>
          <w:p>
            <w:r>
              <w:t>2026-05-04</w:t>
            </w:r>
          </w:p>
        </w:tc>
        <w:tc>
          <w:tcPr>
            <w:tcW w:type="dxa" w:w="2160"/>
          </w:tcPr>
          <w:p>
            <w:r>
              <w:t>2026-05-11</w:t>
            </w:r>
          </w:p>
        </w:tc>
        <w:tc>
          <w:tcPr>
            <w:tcW w:type="dxa" w:w="2160"/>
          </w:tcPr>
          <w:p>
            <w:r>
              <w:t>11</w:t>
            </w:r>
          </w:p>
        </w:tc>
      </w:tr>
      <w:tr>
        <w:tc>
          <w:tcPr>
            <w:tcW w:type="dxa" w:w="2160"/>
          </w:tcPr>
          <w:p>
            <w:r>
              <w:t>Coverage complaints</w:t>
            </w:r>
          </w:p>
        </w:tc>
        <w:tc>
          <w:tcPr>
            <w:tcW w:type="dxa" w:w="2160"/>
          </w:tcPr>
          <w:p>
            <w:r>
              <w:t>2026-05-11</w:t>
            </w:r>
          </w:p>
        </w:tc>
        <w:tc>
          <w:tcPr>
            <w:tcW w:type="dxa" w:w="2160"/>
          </w:tcPr>
          <w:p>
            <w:r>
              <w:t>2026-05-18</w:t>
            </w:r>
          </w:p>
        </w:tc>
        <w:tc>
          <w:tcPr>
            <w:tcW w:type="dxa" w:w="2160"/>
          </w:tcPr>
          <w:p>
            <w:r>
              <w:t>18</w:t>
            </w:r>
          </w:p>
        </w:tc>
      </w:tr>
      <w:tr>
        <w:tc>
          <w:tcPr>
            <w:tcW w:type="dxa" w:w="2160"/>
          </w:tcPr>
          <w:p>
            <w:r>
              <w:t>Coverage complaints</w:t>
            </w:r>
          </w:p>
        </w:tc>
        <w:tc>
          <w:tcPr>
            <w:tcW w:type="dxa" w:w="2160"/>
          </w:tcPr>
          <w:p>
            <w:r>
              <w:t>2026-05-18</w:t>
            </w:r>
          </w:p>
        </w:tc>
        <w:tc>
          <w:tcPr>
            <w:tcW w:type="dxa" w:w="2160"/>
          </w:tcPr>
          <w:p>
            <w:r>
              <w:t>2026-05-25</w:t>
            </w:r>
          </w:p>
        </w:tc>
        <w:tc>
          <w:tcPr>
            <w:tcW w:type="dxa" w:w="2160"/>
          </w:tcPr>
          <w:p>
            <w:r>
              <w:t>17</w:t>
            </w:r>
          </w:p>
        </w:tc>
      </w:tr>
      <w:tr>
        <w:tc>
          <w:tcPr>
            <w:tcW w:type="dxa" w:w="2160"/>
          </w:tcPr>
          <w:p>
            <w:r>
              <w:t>Coverage complaints</w:t>
            </w:r>
          </w:p>
        </w:tc>
        <w:tc>
          <w:tcPr>
            <w:tcW w:type="dxa" w:w="2160"/>
          </w:tcPr>
          <w:p>
            <w:r>
              <w:t>2026-05-25</w:t>
            </w:r>
          </w:p>
        </w:tc>
        <w:tc>
          <w:tcPr>
            <w:tcW w:type="dxa" w:w="2160"/>
          </w:tcPr>
          <w:p>
            <w:r>
              <w:t>2026-06-01</w:t>
            </w:r>
          </w:p>
        </w:tc>
        <w:tc>
          <w:tcPr>
            <w:tcW w:type="dxa" w:w="2160"/>
          </w:tcPr>
          <w:p>
            <w:r>
              <w:t>11</w:t>
            </w:r>
          </w:p>
        </w:tc>
      </w:tr>
      <w:tr>
        <w:tc>
          <w:tcPr>
            <w:tcW w:type="dxa" w:w="2160"/>
          </w:tcPr>
          <w:p>
            <w:r>
              <w:t>Coverage complaints</w:t>
            </w:r>
          </w:p>
        </w:tc>
        <w:tc>
          <w:tcPr>
            <w:tcW w:type="dxa" w:w="2160"/>
          </w:tcPr>
          <w:p>
            <w:r>
              <w:t>2026-06-01</w:t>
            </w:r>
          </w:p>
        </w:tc>
        <w:tc>
          <w:tcPr>
            <w:tcW w:type="dxa" w:w="2160"/>
          </w:tcPr>
          <w:p>
            <w:r>
              <w:t>2026-06-08</w:t>
            </w:r>
          </w:p>
        </w:tc>
        <w:tc>
          <w:tcPr>
            <w:tcW w:type="dxa" w:w="2160"/>
          </w:tcPr>
          <w:p>
            <w:r>
              <w:t>8</w:t>
            </w:r>
          </w:p>
        </w:tc>
      </w:tr>
      <w:tr>
        <w:tc>
          <w:tcPr>
            <w:tcW w:type="dxa" w:w="2160"/>
          </w:tcPr>
          <w:p>
            <w:r>
              <w:t>Coverage complaints</w:t>
            </w:r>
          </w:p>
        </w:tc>
        <w:tc>
          <w:tcPr>
            <w:tcW w:type="dxa" w:w="2160"/>
          </w:tcPr>
          <w:p>
            <w:r>
              <w:t>2026-06-08</w:t>
            </w:r>
          </w:p>
        </w:tc>
        <w:tc>
          <w:tcPr>
            <w:tcW w:type="dxa" w:w="2160"/>
          </w:tcPr>
          <w:p>
            <w:r>
              <w:t>2026-06-15</w:t>
            </w:r>
          </w:p>
        </w:tc>
        <w:tc>
          <w:tcPr>
            <w:tcW w:type="dxa" w:w="2160"/>
          </w:tcPr>
          <w:p>
            <w:r>
              <w:t>13</w:t>
            </w:r>
          </w:p>
        </w:tc>
      </w:tr>
      <w:tr>
        <w:tc>
          <w:tcPr>
            <w:tcW w:type="dxa" w:w="2160"/>
          </w:tcPr>
          <w:p>
            <w:r>
              <w:t>Coverage complaints</w:t>
            </w:r>
          </w:p>
        </w:tc>
        <w:tc>
          <w:tcPr>
            <w:tcW w:type="dxa" w:w="2160"/>
          </w:tcPr>
          <w:p>
            <w:r>
              <w:t>2026-06-15</w:t>
            </w:r>
          </w:p>
        </w:tc>
        <w:tc>
          <w:tcPr>
            <w:tcW w:type="dxa" w:w="2160"/>
          </w:tcPr>
          <w:p>
            <w:r>
              <w:t>2026-06-22</w:t>
            </w:r>
          </w:p>
        </w:tc>
        <w:tc>
          <w:tcPr>
            <w:tcW w:type="dxa" w:w="2160"/>
          </w:tcPr>
          <w:p>
            <w:r>
              <w:t>16</w:t>
            </w:r>
          </w:p>
        </w:tc>
      </w:tr>
      <w:tr>
        <w:tc>
          <w:tcPr>
            <w:tcW w:type="dxa" w:w="2160"/>
          </w:tcPr>
          <w:p>
            <w:r>
              <w:t>Coverage complaints</w:t>
            </w:r>
          </w:p>
        </w:tc>
        <w:tc>
          <w:tcPr>
            <w:tcW w:type="dxa" w:w="2160"/>
          </w:tcPr>
          <w:p>
            <w:r>
              <w:t>2026-06-22</w:t>
            </w:r>
          </w:p>
        </w:tc>
        <w:tc>
          <w:tcPr>
            <w:tcW w:type="dxa" w:w="2160"/>
          </w:tcPr>
          <w:p>
            <w:r>
              <w:t>2026-06-29</w:t>
            </w:r>
          </w:p>
        </w:tc>
        <w:tc>
          <w:tcPr>
            <w:tcW w:type="dxa" w:w="2160"/>
          </w:tcPr>
          <w:p>
            <w:r>
              <w:t>15</w:t>
            </w:r>
          </w:p>
        </w:tc>
      </w:tr>
      <w:tr>
        <w:tc>
          <w:tcPr>
            <w:tcW w:type="dxa" w:w="2160"/>
          </w:tcPr>
          <w:p>
            <w:r>
              <w:t>Coverage complaints</w:t>
            </w:r>
          </w:p>
        </w:tc>
        <w:tc>
          <w:tcPr>
            <w:tcW w:type="dxa" w:w="2160"/>
          </w:tcPr>
          <w:p>
            <w:r>
              <w:t>2026-06-29</w:t>
            </w:r>
          </w:p>
        </w:tc>
        <w:tc>
          <w:tcPr>
            <w:tcW w:type="dxa" w:w="2160"/>
          </w:tcPr>
          <w:p>
            <w:r>
              <w:t>2026-07-06</w:t>
            </w:r>
          </w:p>
        </w:tc>
        <w:tc>
          <w:tcPr>
            <w:tcW w:type="dxa" w:w="2160"/>
          </w:tcPr>
          <w:p>
            <w:r>
              <w:t>11</w:t>
            </w:r>
          </w:p>
        </w:tc>
      </w:tr>
      <w:tr>
        <w:tc>
          <w:tcPr>
            <w:tcW w:type="dxa" w:w="2160"/>
          </w:tcPr>
          <w:p>
            <w:r>
              <w:t>Coverage complaints</w:t>
            </w:r>
          </w:p>
        </w:tc>
        <w:tc>
          <w:tcPr>
            <w:tcW w:type="dxa" w:w="2160"/>
          </w:tcPr>
          <w:p>
            <w:r>
              <w:t>2026-07-06</w:t>
            </w:r>
          </w:p>
        </w:tc>
        <w:tc>
          <w:tcPr>
            <w:tcW w:type="dxa" w:w="2160"/>
          </w:tcPr>
          <w:p>
            <w:r>
              <w:t>2026-07-13</w:t>
            </w:r>
          </w:p>
        </w:tc>
        <w:tc>
          <w:tcPr>
            <w:tcW w:type="dxa" w:w="2160"/>
          </w:tcPr>
          <w:p>
            <w:r>
              <w:t>18</w:t>
            </w:r>
          </w:p>
        </w:tc>
      </w:tr>
      <w:tr>
        <w:tc>
          <w:tcPr>
            <w:tcW w:type="dxa" w:w="2160"/>
          </w:tcPr>
          <w:p>
            <w:r>
              <w:t>Coverage complaints</w:t>
            </w:r>
          </w:p>
        </w:tc>
        <w:tc>
          <w:tcPr>
            <w:tcW w:type="dxa" w:w="2160"/>
          </w:tcPr>
          <w:p>
            <w:r>
              <w:t>2026-07-13</w:t>
            </w:r>
          </w:p>
        </w:tc>
        <w:tc>
          <w:tcPr>
            <w:tcW w:type="dxa" w:w="2160"/>
          </w:tcPr>
          <w:p>
            <w:r>
              <w:t>2026-07-20</w:t>
            </w:r>
          </w:p>
        </w:tc>
        <w:tc>
          <w:tcPr>
            <w:tcW w:type="dxa" w:w="2160"/>
          </w:tcPr>
          <w:p>
            <w:r>
              <w:t>13</w:t>
            </w:r>
          </w:p>
        </w:tc>
      </w:tr>
      <w:tr>
        <w:tc>
          <w:tcPr>
            <w:tcW w:type="dxa" w:w="2160"/>
          </w:tcPr>
          <w:p>
            <w:r>
              <w:t>Coverage complaints</w:t>
            </w:r>
          </w:p>
        </w:tc>
        <w:tc>
          <w:tcPr>
            <w:tcW w:type="dxa" w:w="2160"/>
          </w:tcPr>
          <w:p>
            <w:r>
              <w:t>2026-07-20</w:t>
            </w:r>
          </w:p>
        </w:tc>
        <w:tc>
          <w:tcPr>
            <w:tcW w:type="dxa" w:w="2160"/>
          </w:tcPr>
          <w:p>
            <w:r>
              <w:t>2026-07-27</w:t>
            </w:r>
          </w:p>
        </w:tc>
        <w:tc>
          <w:tcPr>
            <w:tcW w:type="dxa" w:w="2160"/>
          </w:tcPr>
          <w:p>
            <w:r>
              <w:t>13</w:t>
            </w:r>
          </w:p>
        </w:tc>
      </w:tr>
      <w:tr>
        <w:tc>
          <w:tcPr>
            <w:tcW w:type="dxa" w:w="2160"/>
          </w:tcPr>
          <w:p>
            <w:r>
              <w:t>Coverage complaints</w:t>
            </w:r>
          </w:p>
        </w:tc>
        <w:tc>
          <w:tcPr>
            <w:tcW w:type="dxa" w:w="2160"/>
          </w:tcPr>
          <w:p>
            <w:r>
              <w:t>2026-07-27</w:t>
            </w:r>
          </w:p>
        </w:tc>
        <w:tc>
          <w:tcPr>
            <w:tcW w:type="dxa" w:w="2160"/>
          </w:tcPr>
          <w:p>
            <w:r>
              <w:t>2026-08-03</w:t>
            </w:r>
          </w:p>
        </w:tc>
        <w:tc>
          <w:tcPr>
            <w:tcW w:type="dxa" w:w="2160"/>
          </w:tcPr>
          <w:p>
            <w:r>
              <w:t>16</w:t>
            </w:r>
          </w:p>
        </w:tc>
      </w:tr>
      <w:tr>
        <w:tc>
          <w:tcPr>
            <w:tcW w:type="dxa" w:w="2160"/>
          </w:tcPr>
          <w:p>
            <w:r>
              <w:t>Coverage complaints</w:t>
            </w:r>
          </w:p>
        </w:tc>
        <w:tc>
          <w:tcPr>
            <w:tcW w:type="dxa" w:w="2160"/>
          </w:tcPr>
          <w:p>
            <w:r>
              <w:t>2026-08-03</w:t>
            </w:r>
          </w:p>
        </w:tc>
        <w:tc>
          <w:tcPr>
            <w:tcW w:type="dxa" w:w="2160"/>
          </w:tcPr>
          <w:p>
            <w:r>
              <w:t>2026-08-10</w:t>
            </w:r>
          </w:p>
        </w:tc>
        <w:tc>
          <w:tcPr>
            <w:tcW w:type="dxa" w:w="2160"/>
          </w:tcPr>
          <w:p>
            <w:r>
              <w:t>14</w:t>
            </w:r>
          </w:p>
        </w:tc>
      </w:tr>
      <w:tr>
        <w:tc>
          <w:tcPr>
            <w:tcW w:type="dxa" w:w="2160"/>
          </w:tcPr>
          <w:p>
            <w:r>
              <w:t>Coverage complaints</w:t>
            </w:r>
          </w:p>
        </w:tc>
        <w:tc>
          <w:tcPr>
            <w:tcW w:type="dxa" w:w="2160"/>
          </w:tcPr>
          <w:p>
            <w:r>
              <w:t>2026-08-10</w:t>
            </w:r>
          </w:p>
        </w:tc>
        <w:tc>
          <w:tcPr>
            <w:tcW w:type="dxa" w:w="2160"/>
          </w:tcPr>
          <w:p>
            <w:r>
              <w:t>2026-08-17</w:t>
            </w:r>
          </w:p>
        </w:tc>
        <w:tc>
          <w:tcPr>
            <w:tcW w:type="dxa" w:w="2160"/>
          </w:tcPr>
          <w:p>
            <w:r>
              <w:t>9</w:t>
            </w:r>
          </w:p>
        </w:tc>
      </w:tr>
      <w:tr>
        <w:tc>
          <w:tcPr>
            <w:tcW w:type="dxa" w:w="2160"/>
          </w:tcPr>
          <w:p>
            <w:r>
              <w:t>Coverage complaints</w:t>
            </w:r>
          </w:p>
        </w:tc>
        <w:tc>
          <w:tcPr>
            <w:tcW w:type="dxa" w:w="2160"/>
          </w:tcPr>
          <w:p>
            <w:r>
              <w:t>2026-08-17</w:t>
            </w:r>
          </w:p>
        </w:tc>
        <w:tc>
          <w:tcPr>
            <w:tcW w:type="dxa" w:w="2160"/>
          </w:tcPr>
          <w:p>
            <w:r>
              <w:t>2026-08-24</w:t>
            </w:r>
          </w:p>
        </w:tc>
        <w:tc>
          <w:tcPr>
            <w:tcW w:type="dxa" w:w="2160"/>
          </w:tcPr>
          <w:p>
            <w:r>
              <w:t>17</w:t>
            </w:r>
          </w:p>
        </w:tc>
      </w:tr>
      <w:tr>
        <w:tc>
          <w:tcPr>
            <w:tcW w:type="dxa" w:w="2160"/>
          </w:tcPr>
          <w:p>
            <w:r>
              <w:t>Coverage complaints</w:t>
            </w:r>
          </w:p>
        </w:tc>
        <w:tc>
          <w:tcPr>
            <w:tcW w:type="dxa" w:w="2160"/>
          </w:tcPr>
          <w:p>
            <w:r>
              <w:t>2026-08-24</w:t>
            </w:r>
          </w:p>
        </w:tc>
        <w:tc>
          <w:tcPr>
            <w:tcW w:type="dxa" w:w="2160"/>
          </w:tcPr>
          <w:p>
            <w:r>
              <w:t>2026-08-31</w:t>
            </w:r>
          </w:p>
        </w:tc>
        <w:tc>
          <w:tcPr>
            <w:tcW w:type="dxa" w:w="2160"/>
          </w:tcPr>
          <w:p>
            <w:r>
              <w:t>19</w:t>
            </w:r>
          </w:p>
        </w:tc>
      </w:tr>
      <w:tr>
        <w:tc>
          <w:tcPr>
            <w:tcW w:type="dxa" w:w="2160"/>
          </w:tcPr>
          <w:p>
            <w:r>
              <w:t>Coverage complaints</w:t>
            </w:r>
          </w:p>
        </w:tc>
        <w:tc>
          <w:tcPr>
            <w:tcW w:type="dxa" w:w="2160"/>
          </w:tcPr>
          <w:p>
            <w:r>
              <w:t>2026-08-31</w:t>
            </w:r>
          </w:p>
        </w:tc>
        <w:tc>
          <w:tcPr>
            <w:tcW w:type="dxa" w:w="2160"/>
          </w:tcPr>
          <w:p>
            <w:r>
              <w:t>2026-09-07</w:t>
            </w:r>
          </w:p>
        </w:tc>
        <w:tc>
          <w:tcPr>
            <w:tcW w:type="dxa" w:w="2160"/>
          </w:tcPr>
          <w:p>
            <w:r>
              <w:t>15</w:t>
            </w:r>
          </w:p>
        </w:tc>
      </w:tr>
      <w:tr>
        <w:tc>
          <w:tcPr>
            <w:tcW w:type="dxa" w:w="2160"/>
          </w:tcPr>
          <w:p>
            <w:r>
              <w:t>Coverage complaints</w:t>
            </w:r>
          </w:p>
        </w:tc>
        <w:tc>
          <w:tcPr>
            <w:tcW w:type="dxa" w:w="2160"/>
          </w:tcPr>
          <w:p>
            <w:r>
              <w:t>2026-09-07</w:t>
            </w:r>
          </w:p>
        </w:tc>
        <w:tc>
          <w:tcPr>
            <w:tcW w:type="dxa" w:w="2160"/>
          </w:tcPr>
          <w:p>
            <w:r>
              <w:t>2026-09-14</w:t>
            </w:r>
          </w:p>
        </w:tc>
        <w:tc>
          <w:tcPr>
            <w:tcW w:type="dxa" w:w="2160"/>
          </w:tcPr>
          <w:p>
            <w:r>
              <w:t>10</w:t>
            </w:r>
          </w:p>
        </w:tc>
      </w:tr>
      <w:tr>
        <w:tc>
          <w:tcPr>
            <w:tcW w:type="dxa" w:w="2160"/>
          </w:tcPr>
          <w:p>
            <w:r>
              <w:t>Coverage complaints</w:t>
            </w:r>
          </w:p>
        </w:tc>
        <w:tc>
          <w:tcPr>
            <w:tcW w:type="dxa" w:w="2160"/>
          </w:tcPr>
          <w:p>
            <w:r>
              <w:t>2026-09-14</w:t>
            </w:r>
          </w:p>
        </w:tc>
        <w:tc>
          <w:tcPr>
            <w:tcW w:type="dxa" w:w="2160"/>
          </w:tcPr>
          <w:p>
            <w:r>
              <w:t>2026-09-21</w:t>
            </w:r>
          </w:p>
        </w:tc>
        <w:tc>
          <w:tcPr>
            <w:tcW w:type="dxa" w:w="2160"/>
          </w:tcPr>
          <w:p>
            <w:r>
              <w:t>16</w:t>
            </w:r>
          </w:p>
        </w:tc>
      </w:tr>
      <w:tr>
        <w:tc>
          <w:tcPr>
            <w:tcW w:type="dxa" w:w="2160"/>
          </w:tcPr>
          <w:p>
            <w:r>
              <w:t>Coverage complaints</w:t>
            </w:r>
          </w:p>
        </w:tc>
        <w:tc>
          <w:tcPr>
            <w:tcW w:type="dxa" w:w="2160"/>
          </w:tcPr>
          <w:p>
            <w:r>
              <w:t>2026-09-21</w:t>
            </w:r>
          </w:p>
        </w:tc>
        <w:tc>
          <w:tcPr>
            <w:tcW w:type="dxa" w:w="2160"/>
          </w:tcPr>
          <w:p>
            <w:r>
              <w:t>2026-09-28</w:t>
            </w:r>
          </w:p>
        </w:tc>
        <w:tc>
          <w:tcPr>
            <w:tcW w:type="dxa" w:w="2160"/>
          </w:tcPr>
          <w:p>
            <w:r>
              <w:t>13</w:t>
            </w:r>
          </w:p>
        </w:tc>
      </w:tr>
      <w:tr>
        <w:tc>
          <w:tcPr>
            <w:tcW w:type="dxa" w:w="2160"/>
          </w:tcPr>
          <w:p>
            <w:r>
              <w:t>Coverage complaints</w:t>
            </w:r>
          </w:p>
        </w:tc>
        <w:tc>
          <w:tcPr>
            <w:tcW w:type="dxa" w:w="2160"/>
          </w:tcPr>
          <w:p>
            <w:r>
              <w:t>2026-09-28</w:t>
            </w:r>
          </w:p>
        </w:tc>
        <w:tc>
          <w:tcPr>
            <w:tcW w:type="dxa" w:w="2160"/>
          </w:tcPr>
          <w:p>
            <w:r>
              <w:t>2026-10-05</w:t>
            </w:r>
          </w:p>
        </w:tc>
        <w:tc>
          <w:tcPr>
            <w:tcW w:type="dxa" w:w="2160"/>
          </w:tcPr>
          <w:p>
            <w:r>
              <w:t>7</w:t>
            </w:r>
          </w:p>
        </w:tc>
      </w:tr>
    </w:tbl>
    <w:p/>
    <w:p>
      <w:pPr>
        <w:pStyle w:val="Heading2"/>
      </w:pPr>
      <w:r>
        <w:t>Figure 3. Timeline: change from one week to the next [6]</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period</w:t>
            </w:r>
          </w:p>
        </w:tc>
        <w:tc>
          <w:tcPr>
            <w:tcW w:type="dxa" w:w="1728"/>
          </w:tcPr>
          <w:p>
            <w:r>
              <w:t>period_end</w:t>
            </w:r>
          </w:p>
        </w:tc>
        <w:tc>
          <w:tcPr>
            <w:tcW w:type="dxa" w:w="1728"/>
          </w:tcPr>
          <w:p>
            <w:r>
              <w:t>value</w:t>
            </w:r>
          </w:p>
        </w:tc>
        <w:tc>
          <w:tcPr>
            <w:tcW w:type="dxa" w:w="1728"/>
          </w:tcPr>
          <w:p>
            <w:r>
              <w:t>previous</w:t>
            </w:r>
          </w:p>
        </w:tc>
        <w:tc>
          <w:tcPr>
            <w:tcW w:type="dxa" w:w="1728"/>
          </w:tcPr>
          <w:p>
            <w:r>
              <w:t>change</w:t>
            </w:r>
          </w:p>
        </w:tc>
      </w:tr>
      <w:tr>
        <w:tc>
          <w:tcPr>
            <w:tcW w:type="dxa" w:w="1728"/>
          </w:tcPr>
          <w:p>
            <w:r>
              <w:t>2026-03-02</w:t>
            </w:r>
          </w:p>
        </w:tc>
        <w:tc>
          <w:tcPr>
            <w:tcW w:type="dxa" w:w="1728"/>
          </w:tcPr>
          <w:p>
            <w:r>
              <w:t>2026-03-09</w:t>
            </w:r>
          </w:p>
        </w:tc>
        <w:tc>
          <w:tcPr>
            <w:tcW w:type="dxa" w:w="1728"/>
          </w:tcPr>
          <w:p>
            <w:r>
              <w:t>11</w:t>
            </w:r>
          </w:p>
        </w:tc>
        <w:tc>
          <w:tcPr>
            <w:tcW w:type="dxa" w:w="1728"/>
          </w:tcPr>
          <w:p>
            <w:r>
              <w:t>4</w:t>
            </w:r>
          </w:p>
        </w:tc>
        <w:tc>
          <w:tcPr>
            <w:tcW w:type="dxa" w:w="1728"/>
          </w:tcPr>
          <w:p>
            <w:r>
              <w:t>7</w:t>
            </w:r>
          </w:p>
        </w:tc>
      </w:tr>
      <w:tr>
        <w:tc>
          <w:tcPr>
            <w:tcW w:type="dxa" w:w="1728"/>
          </w:tcPr>
          <w:p>
            <w:r>
              <w:t>2026-03-09</w:t>
            </w:r>
          </w:p>
        </w:tc>
        <w:tc>
          <w:tcPr>
            <w:tcW w:type="dxa" w:w="1728"/>
          </w:tcPr>
          <w:p>
            <w:r>
              <w:t>2026-03-16</w:t>
            </w:r>
          </w:p>
        </w:tc>
        <w:tc>
          <w:tcPr>
            <w:tcW w:type="dxa" w:w="1728"/>
          </w:tcPr>
          <w:p>
            <w:r>
              <w:t>14</w:t>
            </w:r>
          </w:p>
        </w:tc>
        <w:tc>
          <w:tcPr>
            <w:tcW w:type="dxa" w:w="1728"/>
          </w:tcPr>
          <w:p>
            <w:r>
              <w:t>11</w:t>
            </w:r>
          </w:p>
        </w:tc>
        <w:tc>
          <w:tcPr>
            <w:tcW w:type="dxa" w:w="1728"/>
          </w:tcPr>
          <w:p>
            <w:r>
              <w:t>3</w:t>
            </w:r>
          </w:p>
        </w:tc>
      </w:tr>
      <w:tr>
        <w:tc>
          <w:tcPr>
            <w:tcW w:type="dxa" w:w="1728"/>
          </w:tcPr>
          <w:p>
            <w:r>
              <w:t>2026-03-16</w:t>
            </w:r>
          </w:p>
        </w:tc>
        <w:tc>
          <w:tcPr>
            <w:tcW w:type="dxa" w:w="1728"/>
          </w:tcPr>
          <w:p>
            <w:r>
              <w:t>2026-03-23</w:t>
            </w:r>
          </w:p>
        </w:tc>
        <w:tc>
          <w:tcPr>
            <w:tcW w:type="dxa" w:w="1728"/>
          </w:tcPr>
          <w:p>
            <w:r>
              <w:t>12</w:t>
            </w:r>
          </w:p>
        </w:tc>
        <w:tc>
          <w:tcPr>
            <w:tcW w:type="dxa" w:w="1728"/>
          </w:tcPr>
          <w:p>
            <w:r>
              <w:t>14</w:t>
            </w:r>
          </w:p>
        </w:tc>
        <w:tc>
          <w:tcPr>
            <w:tcW w:type="dxa" w:w="1728"/>
          </w:tcPr>
          <w:p>
            <w:r>
              <w:t>-2</w:t>
            </w:r>
          </w:p>
        </w:tc>
      </w:tr>
      <w:tr>
        <w:tc>
          <w:tcPr>
            <w:tcW w:type="dxa" w:w="1728"/>
          </w:tcPr>
          <w:p>
            <w:r>
              <w:t>2026-03-23</w:t>
            </w:r>
          </w:p>
        </w:tc>
        <w:tc>
          <w:tcPr>
            <w:tcW w:type="dxa" w:w="1728"/>
          </w:tcPr>
          <w:p>
            <w:r>
              <w:t>2026-03-30</w:t>
            </w:r>
          </w:p>
        </w:tc>
        <w:tc>
          <w:tcPr>
            <w:tcW w:type="dxa" w:w="1728"/>
          </w:tcPr>
          <w:p>
            <w:r>
              <w:t>14</w:t>
            </w:r>
          </w:p>
        </w:tc>
        <w:tc>
          <w:tcPr>
            <w:tcW w:type="dxa" w:w="1728"/>
          </w:tcPr>
          <w:p>
            <w:r>
              <w:t>12</w:t>
            </w:r>
          </w:p>
        </w:tc>
        <w:tc>
          <w:tcPr>
            <w:tcW w:type="dxa" w:w="1728"/>
          </w:tcPr>
          <w:p>
            <w:r>
              <w:t>2</w:t>
            </w:r>
          </w:p>
        </w:tc>
      </w:tr>
      <w:tr>
        <w:tc>
          <w:tcPr>
            <w:tcW w:type="dxa" w:w="1728"/>
          </w:tcPr>
          <w:p>
            <w:r>
              <w:t>2026-03-30</w:t>
            </w:r>
          </w:p>
        </w:tc>
        <w:tc>
          <w:tcPr>
            <w:tcW w:type="dxa" w:w="1728"/>
          </w:tcPr>
          <w:p>
            <w:r>
              <w:t>2026-04-06</w:t>
            </w:r>
          </w:p>
        </w:tc>
        <w:tc>
          <w:tcPr>
            <w:tcW w:type="dxa" w:w="1728"/>
          </w:tcPr>
          <w:p>
            <w:r>
              <w:t>13</w:t>
            </w:r>
          </w:p>
        </w:tc>
        <w:tc>
          <w:tcPr>
            <w:tcW w:type="dxa" w:w="1728"/>
          </w:tcPr>
          <w:p>
            <w:r>
              <w:t>14</w:t>
            </w:r>
          </w:p>
        </w:tc>
        <w:tc>
          <w:tcPr>
            <w:tcW w:type="dxa" w:w="1728"/>
          </w:tcPr>
          <w:p>
            <w:r>
              <w:t>-1</w:t>
            </w:r>
          </w:p>
        </w:tc>
      </w:tr>
      <w:tr>
        <w:tc>
          <w:tcPr>
            <w:tcW w:type="dxa" w:w="1728"/>
          </w:tcPr>
          <w:p>
            <w:r>
              <w:t>2026-04-06</w:t>
            </w:r>
          </w:p>
        </w:tc>
        <w:tc>
          <w:tcPr>
            <w:tcW w:type="dxa" w:w="1728"/>
          </w:tcPr>
          <w:p>
            <w:r>
              <w:t>2026-04-13</w:t>
            </w:r>
          </w:p>
        </w:tc>
        <w:tc>
          <w:tcPr>
            <w:tcW w:type="dxa" w:w="1728"/>
          </w:tcPr>
          <w:p>
            <w:r>
              <w:t>16</w:t>
            </w:r>
          </w:p>
        </w:tc>
        <w:tc>
          <w:tcPr>
            <w:tcW w:type="dxa" w:w="1728"/>
          </w:tcPr>
          <w:p>
            <w:r>
              <w:t>13</w:t>
            </w:r>
          </w:p>
        </w:tc>
        <w:tc>
          <w:tcPr>
            <w:tcW w:type="dxa" w:w="1728"/>
          </w:tcPr>
          <w:p>
            <w:r>
              <w:t>3</w:t>
            </w:r>
          </w:p>
        </w:tc>
      </w:tr>
      <w:tr>
        <w:tc>
          <w:tcPr>
            <w:tcW w:type="dxa" w:w="1728"/>
          </w:tcPr>
          <w:p>
            <w:r>
              <w:t>2026-04-13</w:t>
            </w:r>
          </w:p>
        </w:tc>
        <w:tc>
          <w:tcPr>
            <w:tcW w:type="dxa" w:w="1728"/>
          </w:tcPr>
          <w:p>
            <w:r>
              <w:t>2026-04-20</w:t>
            </w:r>
          </w:p>
        </w:tc>
        <w:tc>
          <w:tcPr>
            <w:tcW w:type="dxa" w:w="1728"/>
          </w:tcPr>
          <w:p>
            <w:r>
              <w:t>11</w:t>
            </w:r>
          </w:p>
        </w:tc>
        <w:tc>
          <w:tcPr>
            <w:tcW w:type="dxa" w:w="1728"/>
          </w:tcPr>
          <w:p>
            <w:r>
              <w:t>16</w:t>
            </w:r>
          </w:p>
        </w:tc>
        <w:tc>
          <w:tcPr>
            <w:tcW w:type="dxa" w:w="1728"/>
          </w:tcPr>
          <w:p>
            <w:r>
              <w:t>-5</w:t>
            </w:r>
          </w:p>
        </w:tc>
      </w:tr>
      <w:tr>
        <w:tc>
          <w:tcPr>
            <w:tcW w:type="dxa" w:w="1728"/>
          </w:tcPr>
          <w:p>
            <w:r>
              <w:t>2026-04-20</w:t>
            </w:r>
          </w:p>
        </w:tc>
        <w:tc>
          <w:tcPr>
            <w:tcW w:type="dxa" w:w="1728"/>
          </w:tcPr>
          <w:p>
            <w:r>
              <w:t>2026-04-27</w:t>
            </w:r>
          </w:p>
        </w:tc>
        <w:tc>
          <w:tcPr>
            <w:tcW w:type="dxa" w:w="1728"/>
          </w:tcPr>
          <w:p>
            <w:r>
              <w:t>15</w:t>
            </w:r>
          </w:p>
        </w:tc>
        <w:tc>
          <w:tcPr>
            <w:tcW w:type="dxa" w:w="1728"/>
          </w:tcPr>
          <w:p>
            <w:r>
              <w:t>11</w:t>
            </w:r>
          </w:p>
        </w:tc>
        <w:tc>
          <w:tcPr>
            <w:tcW w:type="dxa" w:w="1728"/>
          </w:tcPr>
          <w:p>
            <w:r>
              <w:t>4</w:t>
            </w:r>
          </w:p>
        </w:tc>
      </w:tr>
      <w:tr>
        <w:tc>
          <w:tcPr>
            <w:tcW w:type="dxa" w:w="1728"/>
          </w:tcPr>
          <w:p>
            <w:r>
              <w:t>2026-04-27</w:t>
            </w:r>
          </w:p>
        </w:tc>
        <w:tc>
          <w:tcPr>
            <w:tcW w:type="dxa" w:w="1728"/>
          </w:tcPr>
          <w:p>
            <w:r>
              <w:t>2026-05-04</w:t>
            </w:r>
          </w:p>
        </w:tc>
        <w:tc>
          <w:tcPr>
            <w:tcW w:type="dxa" w:w="1728"/>
          </w:tcPr>
          <w:p>
            <w:r>
              <w:t>10</w:t>
            </w:r>
          </w:p>
        </w:tc>
        <w:tc>
          <w:tcPr>
            <w:tcW w:type="dxa" w:w="1728"/>
          </w:tcPr>
          <w:p>
            <w:r>
              <w:t>15</w:t>
            </w:r>
          </w:p>
        </w:tc>
        <w:tc>
          <w:tcPr>
            <w:tcW w:type="dxa" w:w="1728"/>
          </w:tcPr>
          <w:p>
            <w:r>
              <w:t>-5</w:t>
            </w:r>
          </w:p>
        </w:tc>
      </w:tr>
      <w:tr>
        <w:tc>
          <w:tcPr>
            <w:tcW w:type="dxa" w:w="1728"/>
          </w:tcPr>
          <w:p>
            <w:r>
              <w:t>2026-05-04</w:t>
            </w:r>
          </w:p>
        </w:tc>
        <w:tc>
          <w:tcPr>
            <w:tcW w:type="dxa" w:w="1728"/>
          </w:tcPr>
          <w:p>
            <w:r>
              <w:t>2026-05-11</w:t>
            </w:r>
          </w:p>
        </w:tc>
        <w:tc>
          <w:tcPr>
            <w:tcW w:type="dxa" w:w="1728"/>
          </w:tcPr>
          <w:p>
            <w:r>
              <w:t>11</w:t>
            </w:r>
          </w:p>
        </w:tc>
        <w:tc>
          <w:tcPr>
            <w:tcW w:type="dxa" w:w="1728"/>
          </w:tcPr>
          <w:p>
            <w:r>
              <w:t>10</w:t>
            </w:r>
          </w:p>
        </w:tc>
        <w:tc>
          <w:tcPr>
            <w:tcW w:type="dxa" w:w="1728"/>
          </w:tcPr>
          <w:p>
            <w:r>
              <w:t>1</w:t>
            </w:r>
          </w:p>
        </w:tc>
      </w:tr>
      <w:tr>
        <w:tc>
          <w:tcPr>
            <w:tcW w:type="dxa" w:w="1728"/>
          </w:tcPr>
          <w:p>
            <w:r>
              <w:t>2026-05-11</w:t>
            </w:r>
          </w:p>
        </w:tc>
        <w:tc>
          <w:tcPr>
            <w:tcW w:type="dxa" w:w="1728"/>
          </w:tcPr>
          <w:p>
            <w:r>
              <w:t>2026-05-18</w:t>
            </w:r>
          </w:p>
        </w:tc>
        <w:tc>
          <w:tcPr>
            <w:tcW w:type="dxa" w:w="1728"/>
          </w:tcPr>
          <w:p>
            <w:r>
              <w:t>18</w:t>
            </w:r>
          </w:p>
        </w:tc>
        <w:tc>
          <w:tcPr>
            <w:tcW w:type="dxa" w:w="1728"/>
          </w:tcPr>
          <w:p>
            <w:r>
              <w:t>11</w:t>
            </w:r>
          </w:p>
        </w:tc>
        <w:tc>
          <w:tcPr>
            <w:tcW w:type="dxa" w:w="1728"/>
          </w:tcPr>
          <w:p>
            <w:r>
              <w:t>7</w:t>
            </w:r>
          </w:p>
        </w:tc>
      </w:tr>
      <w:tr>
        <w:tc>
          <w:tcPr>
            <w:tcW w:type="dxa" w:w="1728"/>
          </w:tcPr>
          <w:p>
            <w:r>
              <w:t>2026-05-18</w:t>
            </w:r>
          </w:p>
        </w:tc>
        <w:tc>
          <w:tcPr>
            <w:tcW w:type="dxa" w:w="1728"/>
          </w:tcPr>
          <w:p>
            <w:r>
              <w:t>2026-05-25</w:t>
            </w:r>
          </w:p>
        </w:tc>
        <w:tc>
          <w:tcPr>
            <w:tcW w:type="dxa" w:w="1728"/>
          </w:tcPr>
          <w:p>
            <w:r>
              <w:t>17</w:t>
            </w:r>
          </w:p>
        </w:tc>
        <w:tc>
          <w:tcPr>
            <w:tcW w:type="dxa" w:w="1728"/>
          </w:tcPr>
          <w:p>
            <w:r>
              <w:t>18</w:t>
            </w:r>
          </w:p>
        </w:tc>
        <w:tc>
          <w:tcPr>
            <w:tcW w:type="dxa" w:w="1728"/>
          </w:tcPr>
          <w:p>
            <w:r>
              <w:t>-1</w:t>
            </w:r>
          </w:p>
        </w:tc>
      </w:tr>
      <w:tr>
        <w:tc>
          <w:tcPr>
            <w:tcW w:type="dxa" w:w="1728"/>
          </w:tcPr>
          <w:p>
            <w:r>
              <w:t>2026-05-25</w:t>
            </w:r>
          </w:p>
        </w:tc>
        <w:tc>
          <w:tcPr>
            <w:tcW w:type="dxa" w:w="1728"/>
          </w:tcPr>
          <w:p>
            <w:r>
              <w:t>2026-06-01</w:t>
            </w:r>
          </w:p>
        </w:tc>
        <w:tc>
          <w:tcPr>
            <w:tcW w:type="dxa" w:w="1728"/>
          </w:tcPr>
          <w:p>
            <w:r>
              <w:t>11</w:t>
            </w:r>
          </w:p>
        </w:tc>
        <w:tc>
          <w:tcPr>
            <w:tcW w:type="dxa" w:w="1728"/>
          </w:tcPr>
          <w:p>
            <w:r>
              <w:t>17</w:t>
            </w:r>
          </w:p>
        </w:tc>
        <w:tc>
          <w:tcPr>
            <w:tcW w:type="dxa" w:w="1728"/>
          </w:tcPr>
          <w:p>
            <w:r>
              <w:t>-6</w:t>
            </w:r>
          </w:p>
        </w:tc>
      </w:tr>
      <w:tr>
        <w:tc>
          <w:tcPr>
            <w:tcW w:type="dxa" w:w="1728"/>
          </w:tcPr>
          <w:p>
            <w:r>
              <w:t>2026-06-01</w:t>
            </w:r>
          </w:p>
        </w:tc>
        <w:tc>
          <w:tcPr>
            <w:tcW w:type="dxa" w:w="1728"/>
          </w:tcPr>
          <w:p>
            <w:r>
              <w:t>2026-06-08</w:t>
            </w:r>
          </w:p>
        </w:tc>
        <w:tc>
          <w:tcPr>
            <w:tcW w:type="dxa" w:w="1728"/>
          </w:tcPr>
          <w:p>
            <w:r>
              <w:t>8</w:t>
            </w:r>
          </w:p>
        </w:tc>
        <w:tc>
          <w:tcPr>
            <w:tcW w:type="dxa" w:w="1728"/>
          </w:tcPr>
          <w:p>
            <w:r>
              <w:t>11</w:t>
            </w:r>
          </w:p>
        </w:tc>
        <w:tc>
          <w:tcPr>
            <w:tcW w:type="dxa" w:w="1728"/>
          </w:tcPr>
          <w:p>
            <w:r>
              <w:t>-3</w:t>
            </w:r>
          </w:p>
        </w:tc>
      </w:tr>
      <w:tr>
        <w:tc>
          <w:tcPr>
            <w:tcW w:type="dxa" w:w="1728"/>
          </w:tcPr>
          <w:p>
            <w:r>
              <w:t>2026-06-08</w:t>
            </w:r>
          </w:p>
        </w:tc>
        <w:tc>
          <w:tcPr>
            <w:tcW w:type="dxa" w:w="1728"/>
          </w:tcPr>
          <w:p>
            <w:r>
              <w:t>2026-06-15</w:t>
            </w:r>
          </w:p>
        </w:tc>
        <w:tc>
          <w:tcPr>
            <w:tcW w:type="dxa" w:w="1728"/>
          </w:tcPr>
          <w:p>
            <w:r>
              <w:t>13</w:t>
            </w:r>
          </w:p>
        </w:tc>
        <w:tc>
          <w:tcPr>
            <w:tcW w:type="dxa" w:w="1728"/>
          </w:tcPr>
          <w:p>
            <w:r>
              <w:t>8</w:t>
            </w:r>
          </w:p>
        </w:tc>
        <w:tc>
          <w:tcPr>
            <w:tcW w:type="dxa" w:w="1728"/>
          </w:tcPr>
          <w:p>
            <w:r>
              <w:t>5</w:t>
            </w:r>
          </w:p>
        </w:tc>
      </w:tr>
      <w:tr>
        <w:tc>
          <w:tcPr>
            <w:tcW w:type="dxa" w:w="1728"/>
          </w:tcPr>
          <w:p>
            <w:r>
              <w:t>2026-06-15</w:t>
            </w:r>
          </w:p>
        </w:tc>
        <w:tc>
          <w:tcPr>
            <w:tcW w:type="dxa" w:w="1728"/>
          </w:tcPr>
          <w:p>
            <w:r>
              <w:t>2026-06-22</w:t>
            </w:r>
          </w:p>
        </w:tc>
        <w:tc>
          <w:tcPr>
            <w:tcW w:type="dxa" w:w="1728"/>
          </w:tcPr>
          <w:p>
            <w:r>
              <w:t>16</w:t>
            </w:r>
          </w:p>
        </w:tc>
        <w:tc>
          <w:tcPr>
            <w:tcW w:type="dxa" w:w="1728"/>
          </w:tcPr>
          <w:p>
            <w:r>
              <w:t>13</w:t>
            </w:r>
          </w:p>
        </w:tc>
        <w:tc>
          <w:tcPr>
            <w:tcW w:type="dxa" w:w="1728"/>
          </w:tcPr>
          <w:p>
            <w:r>
              <w:t>3</w:t>
            </w:r>
          </w:p>
        </w:tc>
      </w:tr>
      <w:tr>
        <w:tc>
          <w:tcPr>
            <w:tcW w:type="dxa" w:w="1728"/>
          </w:tcPr>
          <w:p>
            <w:r>
              <w:t>2026-06-22</w:t>
            </w:r>
          </w:p>
        </w:tc>
        <w:tc>
          <w:tcPr>
            <w:tcW w:type="dxa" w:w="1728"/>
          </w:tcPr>
          <w:p>
            <w:r>
              <w:t>2026-06-29</w:t>
            </w:r>
          </w:p>
        </w:tc>
        <w:tc>
          <w:tcPr>
            <w:tcW w:type="dxa" w:w="1728"/>
          </w:tcPr>
          <w:p>
            <w:r>
              <w:t>15</w:t>
            </w:r>
          </w:p>
        </w:tc>
        <w:tc>
          <w:tcPr>
            <w:tcW w:type="dxa" w:w="1728"/>
          </w:tcPr>
          <w:p>
            <w:r>
              <w:t>16</w:t>
            </w:r>
          </w:p>
        </w:tc>
        <w:tc>
          <w:tcPr>
            <w:tcW w:type="dxa" w:w="1728"/>
          </w:tcPr>
          <w:p>
            <w:r>
              <w:t>-1</w:t>
            </w:r>
          </w:p>
        </w:tc>
      </w:tr>
      <w:tr>
        <w:tc>
          <w:tcPr>
            <w:tcW w:type="dxa" w:w="1728"/>
          </w:tcPr>
          <w:p>
            <w:r>
              <w:t>2026-06-29</w:t>
            </w:r>
          </w:p>
        </w:tc>
        <w:tc>
          <w:tcPr>
            <w:tcW w:type="dxa" w:w="1728"/>
          </w:tcPr>
          <w:p>
            <w:r>
              <w:t>2026-07-06</w:t>
            </w:r>
          </w:p>
        </w:tc>
        <w:tc>
          <w:tcPr>
            <w:tcW w:type="dxa" w:w="1728"/>
          </w:tcPr>
          <w:p>
            <w:r>
              <w:t>11</w:t>
            </w:r>
          </w:p>
        </w:tc>
        <w:tc>
          <w:tcPr>
            <w:tcW w:type="dxa" w:w="1728"/>
          </w:tcPr>
          <w:p>
            <w:r>
              <w:t>15</w:t>
            </w:r>
          </w:p>
        </w:tc>
        <w:tc>
          <w:tcPr>
            <w:tcW w:type="dxa" w:w="1728"/>
          </w:tcPr>
          <w:p>
            <w:r>
              <w:t>-4</w:t>
            </w:r>
          </w:p>
        </w:tc>
      </w:tr>
      <w:tr>
        <w:tc>
          <w:tcPr>
            <w:tcW w:type="dxa" w:w="1728"/>
          </w:tcPr>
          <w:p>
            <w:r>
              <w:t>2026-07-06</w:t>
            </w:r>
          </w:p>
        </w:tc>
        <w:tc>
          <w:tcPr>
            <w:tcW w:type="dxa" w:w="1728"/>
          </w:tcPr>
          <w:p>
            <w:r>
              <w:t>2026-07-13</w:t>
            </w:r>
          </w:p>
        </w:tc>
        <w:tc>
          <w:tcPr>
            <w:tcW w:type="dxa" w:w="1728"/>
          </w:tcPr>
          <w:p>
            <w:r>
              <w:t>18</w:t>
            </w:r>
          </w:p>
        </w:tc>
        <w:tc>
          <w:tcPr>
            <w:tcW w:type="dxa" w:w="1728"/>
          </w:tcPr>
          <w:p>
            <w:r>
              <w:t>11</w:t>
            </w:r>
          </w:p>
        </w:tc>
        <w:tc>
          <w:tcPr>
            <w:tcW w:type="dxa" w:w="1728"/>
          </w:tcPr>
          <w:p>
            <w:r>
              <w:t>7</w:t>
            </w:r>
          </w:p>
        </w:tc>
      </w:tr>
      <w:tr>
        <w:tc>
          <w:tcPr>
            <w:tcW w:type="dxa" w:w="1728"/>
          </w:tcPr>
          <w:p>
            <w:r>
              <w:t>2026-07-13</w:t>
            </w:r>
          </w:p>
        </w:tc>
        <w:tc>
          <w:tcPr>
            <w:tcW w:type="dxa" w:w="1728"/>
          </w:tcPr>
          <w:p>
            <w:r>
              <w:t>2026-07-20</w:t>
            </w:r>
          </w:p>
        </w:tc>
        <w:tc>
          <w:tcPr>
            <w:tcW w:type="dxa" w:w="1728"/>
          </w:tcPr>
          <w:p>
            <w:r>
              <w:t>13</w:t>
            </w:r>
          </w:p>
        </w:tc>
        <w:tc>
          <w:tcPr>
            <w:tcW w:type="dxa" w:w="1728"/>
          </w:tcPr>
          <w:p>
            <w:r>
              <w:t>18</w:t>
            </w:r>
          </w:p>
        </w:tc>
        <w:tc>
          <w:tcPr>
            <w:tcW w:type="dxa" w:w="1728"/>
          </w:tcPr>
          <w:p>
            <w:r>
              <w:t>-5</w:t>
            </w:r>
          </w:p>
        </w:tc>
      </w:tr>
      <w:tr>
        <w:tc>
          <w:tcPr>
            <w:tcW w:type="dxa" w:w="1728"/>
          </w:tcPr>
          <w:p>
            <w:r>
              <w:t>2026-07-20</w:t>
            </w:r>
          </w:p>
        </w:tc>
        <w:tc>
          <w:tcPr>
            <w:tcW w:type="dxa" w:w="1728"/>
          </w:tcPr>
          <w:p>
            <w:r>
              <w:t>2026-07-27</w:t>
            </w:r>
          </w:p>
        </w:tc>
        <w:tc>
          <w:tcPr>
            <w:tcW w:type="dxa" w:w="1728"/>
          </w:tcPr>
          <w:p>
            <w:r>
              <w:t>13</w:t>
            </w:r>
          </w:p>
        </w:tc>
        <w:tc>
          <w:tcPr>
            <w:tcW w:type="dxa" w:w="1728"/>
          </w:tcPr>
          <w:p>
            <w:r>
              <w:t>13</w:t>
            </w:r>
          </w:p>
        </w:tc>
        <w:tc>
          <w:tcPr>
            <w:tcW w:type="dxa" w:w="1728"/>
          </w:tcPr>
          <w:p>
            <w:r>
              <w:t>0</w:t>
            </w:r>
          </w:p>
        </w:tc>
      </w:tr>
      <w:tr>
        <w:tc>
          <w:tcPr>
            <w:tcW w:type="dxa" w:w="1728"/>
          </w:tcPr>
          <w:p>
            <w:r>
              <w:t>2026-07-27</w:t>
            </w:r>
          </w:p>
        </w:tc>
        <w:tc>
          <w:tcPr>
            <w:tcW w:type="dxa" w:w="1728"/>
          </w:tcPr>
          <w:p>
            <w:r>
              <w:t>2026-08-03</w:t>
            </w:r>
          </w:p>
        </w:tc>
        <w:tc>
          <w:tcPr>
            <w:tcW w:type="dxa" w:w="1728"/>
          </w:tcPr>
          <w:p>
            <w:r>
              <w:t>16</w:t>
            </w:r>
          </w:p>
        </w:tc>
        <w:tc>
          <w:tcPr>
            <w:tcW w:type="dxa" w:w="1728"/>
          </w:tcPr>
          <w:p>
            <w:r>
              <w:t>13</w:t>
            </w:r>
          </w:p>
        </w:tc>
        <w:tc>
          <w:tcPr>
            <w:tcW w:type="dxa" w:w="1728"/>
          </w:tcPr>
          <w:p>
            <w:r>
              <w:t>3</w:t>
            </w:r>
          </w:p>
        </w:tc>
      </w:tr>
      <w:tr>
        <w:tc>
          <w:tcPr>
            <w:tcW w:type="dxa" w:w="1728"/>
          </w:tcPr>
          <w:p>
            <w:r>
              <w:t>2026-08-03</w:t>
            </w:r>
          </w:p>
        </w:tc>
        <w:tc>
          <w:tcPr>
            <w:tcW w:type="dxa" w:w="1728"/>
          </w:tcPr>
          <w:p>
            <w:r>
              <w:t>2026-08-10</w:t>
            </w:r>
          </w:p>
        </w:tc>
        <w:tc>
          <w:tcPr>
            <w:tcW w:type="dxa" w:w="1728"/>
          </w:tcPr>
          <w:p>
            <w:r>
              <w:t>351</w:t>
            </w:r>
          </w:p>
        </w:tc>
        <w:tc>
          <w:tcPr>
            <w:tcW w:type="dxa" w:w="1728"/>
          </w:tcPr>
          <w:p>
            <w:r>
              <w:t>16</w:t>
            </w:r>
          </w:p>
        </w:tc>
        <w:tc>
          <w:tcPr>
            <w:tcW w:type="dxa" w:w="1728"/>
          </w:tcPr>
          <w:p>
            <w:r>
              <w:t>335</w:t>
            </w:r>
          </w:p>
        </w:tc>
      </w:tr>
      <w:tr>
        <w:tc>
          <w:tcPr>
            <w:tcW w:type="dxa" w:w="1728"/>
          </w:tcPr>
          <w:p>
            <w:r>
              <w:t>2026-08-10</w:t>
            </w:r>
          </w:p>
        </w:tc>
        <w:tc>
          <w:tcPr>
            <w:tcW w:type="dxa" w:w="1728"/>
          </w:tcPr>
          <w:p>
            <w:r>
              <w:t>2026-08-17</w:t>
            </w:r>
          </w:p>
        </w:tc>
        <w:tc>
          <w:tcPr>
            <w:tcW w:type="dxa" w:w="1728"/>
          </w:tcPr>
          <w:p>
            <w:r>
              <w:t>339</w:t>
            </w:r>
          </w:p>
        </w:tc>
        <w:tc>
          <w:tcPr>
            <w:tcW w:type="dxa" w:w="1728"/>
          </w:tcPr>
          <w:p>
            <w:r>
              <w:t>351</w:t>
            </w:r>
          </w:p>
        </w:tc>
        <w:tc>
          <w:tcPr>
            <w:tcW w:type="dxa" w:w="1728"/>
          </w:tcPr>
          <w:p>
            <w:r>
              <w:t>-12</w:t>
            </w:r>
          </w:p>
        </w:tc>
      </w:tr>
      <w:tr>
        <w:tc>
          <w:tcPr>
            <w:tcW w:type="dxa" w:w="1728"/>
          </w:tcPr>
          <w:p>
            <w:r>
              <w:t>2026-08-17</w:t>
            </w:r>
          </w:p>
        </w:tc>
        <w:tc>
          <w:tcPr>
            <w:tcW w:type="dxa" w:w="1728"/>
          </w:tcPr>
          <w:p>
            <w:r>
              <w:t>2026-08-24</w:t>
            </w:r>
          </w:p>
        </w:tc>
        <w:tc>
          <w:tcPr>
            <w:tcW w:type="dxa" w:w="1728"/>
          </w:tcPr>
          <w:p>
            <w:r>
              <w:t>333</w:t>
            </w:r>
          </w:p>
        </w:tc>
        <w:tc>
          <w:tcPr>
            <w:tcW w:type="dxa" w:w="1728"/>
          </w:tcPr>
          <w:p>
            <w:r>
              <w:t>339</w:t>
            </w:r>
          </w:p>
        </w:tc>
        <w:tc>
          <w:tcPr>
            <w:tcW w:type="dxa" w:w="1728"/>
          </w:tcPr>
          <w:p>
            <w:r>
              <w:t>-6</w:t>
            </w:r>
          </w:p>
        </w:tc>
      </w:tr>
      <w:tr>
        <w:tc>
          <w:tcPr>
            <w:tcW w:type="dxa" w:w="1728"/>
          </w:tcPr>
          <w:p>
            <w:r>
              <w:t>2026-08-24</w:t>
            </w:r>
          </w:p>
        </w:tc>
        <w:tc>
          <w:tcPr>
            <w:tcW w:type="dxa" w:w="1728"/>
          </w:tcPr>
          <w:p>
            <w:r>
              <w:t>2026-08-31</w:t>
            </w:r>
          </w:p>
        </w:tc>
        <w:tc>
          <w:tcPr>
            <w:tcW w:type="dxa" w:w="1728"/>
          </w:tcPr>
          <w:p>
            <w:r>
              <w:t>317</w:t>
            </w:r>
          </w:p>
        </w:tc>
        <w:tc>
          <w:tcPr>
            <w:tcW w:type="dxa" w:w="1728"/>
          </w:tcPr>
          <w:p>
            <w:r>
              <w:t>333</w:t>
            </w:r>
          </w:p>
        </w:tc>
        <w:tc>
          <w:tcPr>
            <w:tcW w:type="dxa" w:w="1728"/>
          </w:tcPr>
          <w:p>
            <w:r>
              <w:t>-16</w:t>
            </w:r>
          </w:p>
        </w:tc>
      </w:tr>
      <w:tr>
        <w:tc>
          <w:tcPr>
            <w:tcW w:type="dxa" w:w="1728"/>
          </w:tcPr>
          <w:p>
            <w:r>
              <w:t>2026-08-31</w:t>
            </w:r>
          </w:p>
        </w:tc>
        <w:tc>
          <w:tcPr>
            <w:tcW w:type="dxa" w:w="1728"/>
          </w:tcPr>
          <w:p>
            <w:r>
              <w:t>2026-09-07</w:t>
            </w:r>
          </w:p>
        </w:tc>
        <w:tc>
          <w:tcPr>
            <w:tcW w:type="dxa" w:w="1728"/>
          </w:tcPr>
          <w:p>
            <w:r>
              <w:t>355</w:t>
            </w:r>
          </w:p>
        </w:tc>
        <w:tc>
          <w:tcPr>
            <w:tcW w:type="dxa" w:w="1728"/>
          </w:tcPr>
          <w:p>
            <w:r>
              <w:t>317</w:t>
            </w:r>
          </w:p>
        </w:tc>
        <w:tc>
          <w:tcPr>
            <w:tcW w:type="dxa" w:w="1728"/>
          </w:tcPr>
          <w:p>
            <w:r>
              <w:t>38</w:t>
            </w:r>
          </w:p>
        </w:tc>
      </w:tr>
      <w:tr>
        <w:tc>
          <w:tcPr>
            <w:tcW w:type="dxa" w:w="1728"/>
          </w:tcPr>
          <w:p>
            <w:r>
              <w:t>2026-09-07</w:t>
            </w:r>
          </w:p>
        </w:tc>
        <w:tc>
          <w:tcPr>
            <w:tcW w:type="dxa" w:w="1728"/>
          </w:tcPr>
          <w:p>
            <w:r>
              <w:t>2026-09-14</w:t>
            </w:r>
          </w:p>
        </w:tc>
        <w:tc>
          <w:tcPr>
            <w:tcW w:type="dxa" w:w="1728"/>
          </w:tcPr>
          <w:p>
            <w:r>
              <w:t>332</w:t>
            </w:r>
          </w:p>
        </w:tc>
        <w:tc>
          <w:tcPr>
            <w:tcW w:type="dxa" w:w="1728"/>
          </w:tcPr>
          <w:p>
            <w:r>
              <w:t>355</w:t>
            </w:r>
          </w:p>
        </w:tc>
        <w:tc>
          <w:tcPr>
            <w:tcW w:type="dxa" w:w="1728"/>
          </w:tcPr>
          <w:p>
            <w:r>
              <w:t>-23</w:t>
            </w:r>
          </w:p>
        </w:tc>
      </w:tr>
      <w:tr>
        <w:tc>
          <w:tcPr>
            <w:tcW w:type="dxa" w:w="1728"/>
          </w:tcPr>
          <w:p>
            <w:r>
              <w:t>2026-09-14</w:t>
            </w:r>
          </w:p>
        </w:tc>
        <w:tc>
          <w:tcPr>
            <w:tcW w:type="dxa" w:w="1728"/>
          </w:tcPr>
          <w:p>
            <w:r>
              <w:t>2026-09-21</w:t>
            </w:r>
          </w:p>
        </w:tc>
        <w:tc>
          <w:tcPr>
            <w:tcW w:type="dxa" w:w="1728"/>
          </w:tcPr>
          <w:p>
            <w:r>
              <w:t>332</w:t>
            </w:r>
          </w:p>
        </w:tc>
        <w:tc>
          <w:tcPr>
            <w:tcW w:type="dxa" w:w="1728"/>
          </w:tcPr>
          <w:p>
            <w:r>
              <w:t>332</w:t>
            </w:r>
          </w:p>
        </w:tc>
        <w:tc>
          <w:tcPr>
            <w:tcW w:type="dxa" w:w="1728"/>
          </w:tcPr>
          <w:p>
            <w:r>
              <w:t>0</w:t>
            </w:r>
          </w:p>
        </w:tc>
      </w:tr>
      <w:tr>
        <w:tc>
          <w:tcPr>
            <w:tcW w:type="dxa" w:w="1728"/>
          </w:tcPr>
          <w:p>
            <w:r>
              <w:t>2026-09-21</w:t>
            </w:r>
          </w:p>
        </w:tc>
        <w:tc>
          <w:tcPr>
            <w:tcW w:type="dxa" w:w="1728"/>
          </w:tcPr>
          <w:p>
            <w:r>
              <w:t>2026-09-28</w:t>
            </w:r>
          </w:p>
        </w:tc>
        <w:tc>
          <w:tcPr>
            <w:tcW w:type="dxa" w:w="1728"/>
          </w:tcPr>
          <w:p>
            <w:r>
              <w:t>338</w:t>
            </w:r>
          </w:p>
        </w:tc>
        <w:tc>
          <w:tcPr>
            <w:tcW w:type="dxa" w:w="1728"/>
          </w:tcPr>
          <w:p>
            <w:r>
              <w:t>332</w:t>
            </w:r>
          </w:p>
        </w:tc>
        <w:tc>
          <w:tcPr>
            <w:tcW w:type="dxa" w:w="1728"/>
          </w:tcPr>
          <w:p>
            <w:r>
              <w:t>6</w:t>
            </w:r>
          </w:p>
        </w:tc>
      </w:tr>
      <w:tr>
        <w:tc>
          <w:tcPr>
            <w:tcW w:type="dxa" w:w="1728"/>
          </w:tcPr>
          <w:p>
            <w:r>
              <w:t>2026-09-28</w:t>
            </w:r>
          </w:p>
        </w:tc>
        <w:tc>
          <w:tcPr>
            <w:tcW w:type="dxa" w:w="1728"/>
          </w:tcPr>
          <w:p>
            <w:r>
              <w:t>2026-10-05</w:t>
            </w:r>
          </w:p>
        </w:tc>
        <w:tc>
          <w:tcPr>
            <w:tcW w:type="dxa" w:w="1728"/>
          </w:tcPr>
          <w:p>
            <w:r>
              <w:t>7</w:t>
            </w:r>
          </w:p>
        </w:tc>
        <w:tc>
          <w:tcPr>
            <w:tcW w:type="dxa" w:w="1728"/>
          </w:tcPr>
          <w:p>
            <w:r>
              <w:t>338</w:t>
            </w:r>
          </w:p>
        </w:tc>
        <w:tc>
          <w:tcPr>
            <w:tcW w:type="dxa" w:w="1728"/>
          </w:tcPr>
          <w:p>
            <w:r>
              <w:t>-331</w:t>
            </w:r>
          </w:p>
        </w:tc>
      </w:tr>
    </w:tbl>
    <w:p/>
    <w:p>
      <w:pPr>
        <w:pStyle w:val="Heading2"/>
      </w:pPr>
      <w:r>
        <w:t>Figure 35. Hypsometric curve [131]</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from_m</w:t>
            </w:r>
          </w:p>
        </w:tc>
        <w:tc>
          <w:tcPr>
            <w:tcW w:type="dxa" w:w="1440"/>
          </w:tcPr>
          <w:p>
            <w:r>
              <w:t>to_m</w:t>
            </w:r>
          </w:p>
        </w:tc>
        <w:tc>
          <w:tcPr>
            <w:tcW w:type="dxa" w:w="1440"/>
          </w:tcPr>
          <w:p>
            <w:r>
              <w:t>elev_m</w:t>
            </w:r>
          </w:p>
        </w:tc>
        <w:tc>
          <w:tcPr>
            <w:tcW w:type="dxa" w:w="1440"/>
          </w:tcPr>
          <w:p>
            <w:r>
              <w:t>area_km2</w:t>
            </w:r>
          </w:p>
        </w:tc>
        <w:tc>
          <w:tcPr>
            <w:tcW w:type="dxa" w:w="1440"/>
          </w:tcPr>
          <w:p>
            <w:r>
              <w:t>pct</w:t>
            </w:r>
          </w:p>
        </w:tc>
        <w:tc>
          <w:tcPr>
            <w:tcW w:type="dxa" w:w="1440"/>
          </w:tcPr>
          <w:p>
            <w:r>
              <w:t>above_pct</w:t>
            </w:r>
          </w:p>
        </w:tc>
      </w:tr>
      <w:tr>
        <w:tc>
          <w:tcPr>
            <w:tcW w:type="dxa" w:w="1440"/>
          </w:tcPr>
          <w:p>
            <w:r>
              <w:t>1,475</w:t>
            </w:r>
          </w:p>
        </w:tc>
        <w:tc>
          <w:tcPr>
            <w:tcW w:type="dxa" w:w="1440"/>
          </w:tcPr>
          <w:p>
            <w:r>
              <w:t>1,539</w:t>
            </w:r>
          </w:p>
        </w:tc>
        <w:tc>
          <w:tcPr>
            <w:tcW w:type="dxa" w:w="1440"/>
          </w:tcPr>
          <w:p>
            <w:r>
              <w:t>1,507</w:t>
            </w:r>
          </w:p>
        </w:tc>
        <w:tc>
          <w:tcPr>
            <w:tcW w:type="dxa" w:w="1440"/>
          </w:tcPr>
          <w:p>
            <w:r>
              <w:t>5.148</w:t>
            </w:r>
          </w:p>
        </w:tc>
        <w:tc>
          <w:tcPr>
            <w:tcW w:type="dxa" w:w="1440"/>
          </w:tcPr>
          <w:p>
            <w:r>
              <w:t>7.141</w:t>
            </w:r>
          </w:p>
        </w:tc>
        <w:tc>
          <w:tcPr>
            <w:tcW w:type="dxa" w:w="1440"/>
          </w:tcPr>
          <w:p>
            <w:r>
              <w:t>100</w:t>
            </w:r>
          </w:p>
        </w:tc>
      </w:tr>
      <w:tr>
        <w:tc>
          <w:tcPr>
            <w:tcW w:type="dxa" w:w="1440"/>
          </w:tcPr>
          <w:p>
            <w:r>
              <w:t>1,539</w:t>
            </w:r>
          </w:p>
        </w:tc>
        <w:tc>
          <w:tcPr>
            <w:tcW w:type="dxa" w:w="1440"/>
          </w:tcPr>
          <w:p>
            <w:r>
              <w:t>1,604</w:t>
            </w:r>
          </w:p>
        </w:tc>
        <w:tc>
          <w:tcPr>
            <w:tcW w:type="dxa" w:w="1440"/>
          </w:tcPr>
          <w:p>
            <w:r>
              <w:t>1,572</w:t>
            </w:r>
          </w:p>
        </w:tc>
        <w:tc>
          <w:tcPr>
            <w:tcW w:type="dxa" w:w="1440"/>
          </w:tcPr>
          <w:p>
            <w:r>
              <w:t>5.17</w:t>
            </w:r>
          </w:p>
        </w:tc>
        <w:tc>
          <w:tcPr>
            <w:tcW w:type="dxa" w:w="1440"/>
          </w:tcPr>
          <w:p>
            <w:r>
              <w:t>7.171</w:t>
            </w:r>
          </w:p>
        </w:tc>
        <w:tc>
          <w:tcPr>
            <w:tcW w:type="dxa" w:w="1440"/>
          </w:tcPr>
          <w:p>
            <w:r>
              <w:t>92.86</w:t>
            </w:r>
          </w:p>
        </w:tc>
      </w:tr>
      <w:tr>
        <w:tc>
          <w:tcPr>
            <w:tcW w:type="dxa" w:w="1440"/>
          </w:tcPr>
          <w:p>
            <w:r>
              <w:t>1,604</w:t>
            </w:r>
          </w:p>
        </w:tc>
        <w:tc>
          <w:tcPr>
            <w:tcW w:type="dxa" w:w="1440"/>
          </w:tcPr>
          <w:p>
            <w:r>
              <w:t>1,668</w:t>
            </w:r>
          </w:p>
        </w:tc>
        <w:tc>
          <w:tcPr>
            <w:tcW w:type="dxa" w:w="1440"/>
          </w:tcPr>
          <w:p>
            <w:r>
              <w:t>1,636</w:t>
            </w:r>
          </w:p>
        </w:tc>
        <w:tc>
          <w:tcPr>
            <w:tcW w:type="dxa" w:w="1440"/>
          </w:tcPr>
          <w:p>
            <w:r>
              <w:t>5.033</w:t>
            </w:r>
          </w:p>
        </w:tc>
        <w:tc>
          <w:tcPr>
            <w:tcW w:type="dxa" w:w="1440"/>
          </w:tcPr>
          <w:p>
            <w:r>
              <w:t>6.981</w:t>
            </w:r>
          </w:p>
        </w:tc>
        <w:tc>
          <w:tcPr>
            <w:tcW w:type="dxa" w:w="1440"/>
          </w:tcPr>
          <w:p>
            <w:r>
              <w:t>85.69</w:t>
            </w:r>
          </w:p>
        </w:tc>
      </w:tr>
      <w:tr>
        <w:tc>
          <w:tcPr>
            <w:tcW w:type="dxa" w:w="1440"/>
          </w:tcPr>
          <w:p>
            <w:r>
              <w:t>1,668</w:t>
            </w:r>
          </w:p>
        </w:tc>
        <w:tc>
          <w:tcPr>
            <w:tcW w:type="dxa" w:w="1440"/>
          </w:tcPr>
          <w:p>
            <w:r>
              <w:t>1,732</w:t>
            </w:r>
          </w:p>
        </w:tc>
        <w:tc>
          <w:tcPr>
            <w:tcW w:type="dxa" w:w="1440"/>
          </w:tcPr>
          <w:p>
            <w:r>
              <w:t>1,700</w:t>
            </w:r>
          </w:p>
        </w:tc>
        <w:tc>
          <w:tcPr>
            <w:tcW w:type="dxa" w:w="1440"/>
          </w:tcPr>
          <w:p>
            <w:r>
              <w:t>4.794</w:t>
            </w:r>
          </w:p>
        </w:tc>
        <w:tc>
          <w:tcPr>
            <w:tcW w:type="dxa" w:w="1440"/>
          </w:tcPr>
          <w:p>
            <w:r>
              <w:t>6.65</w:t>
            </w:r>
          </w:p>
        </w:tc>
        <w:tc>
          <w:tcPr>
            <w:tcW w:type="dxa" w:w="1440"/>
          </w:tcPr>
          <w:p>
            <w:r>
              <w:t>78.71</w:t>
            </w:r>
          </w:p>
        </w:tc>
      </w:tr>
      <w:tr>
        <w:tc>
          <w:tcPr>
            <w:tcW w:type="dxa" w:w="1440"/>
          </w:tcPr>
          <w:p>
            <w:r>
              <w:t>1,732</w:t>
            </w:r>
          </w:p>
        </w:tc>
        <w:tc>
          <w:tcPr>
            <w:tcW w:type="dxa" w:w="1440"/>
          </w:tcPr>
          <w:p>
            <w:r>
              <w:t>1,796</w:t>
            </w:r>
          </w:p>
        </w:tc>
        <w:tc>
          <w:tcPr>
            <w:tcW w:type="dxa" w:w="1440"/>
          </w:tcPr>
          <w:p>
            <w:r>
              <w:t>1,764</w:t>
            </w:r>
          </w:p>
        </w:tc>
        <w:tc>
          <w:tcPr>
            <w:tcW w:type="dxa" w:w="1440"/>
          </w:tcPr>
          <w:p>
            <w:r>
              <w:t>4.684</w:t>
            </w:r>
          </w:p>
        </w:tc>
        <w:tc>
          <w:tcPr>
            <w:tcW w:type="dxa" w:w="1440"/>
          </w:tcPr>
          <w:p>
            <w:r>
              <w:t>6.497</w:t>
            </w:r>
          </w:p>
        </w:tc>
        <w:tc>
          <w:tcPr>
            <w:tcW w:type="dxa" w:w="1440"/>
          </w:tcPr>
          <w:p>
            <w:r>
              <w:t>72.06</w:t>
            </w:r>
          </w:p>
        </w:tc>
      </w:tr>
      <w:tr>
        <w:tc>
          <w:tcPr>
            <w:tcW w:type="dxa" w:w="1440"/>
          </w:tcPr>
          <w:p>
            <w:r>
              <w:t>1,796</w:t>
            </w:r>
          </w:p>
        </w:tc>
        <w:tc>
          <w:tcPr>
            <w:tcW w:type="dxa" w:w="1440"/>
          </w:tcPr>
          <w:p>
            <w:r>
              <w:t>1,860</w:t>
            </w:r>
          </w:p>
        </w:tc>
        <w:tc>
          <w:tcPr>
            <w:tcW w:type="dxa" w:w="1440"/>
          </w:tcPr>
          <w:p>
            <w:r>
              <w:t>1,828</w:t>
            </w:r>
          </w:p>
        </w:tc>
        <w:tc>
          <w:tcPr>
            <w:tcW w:type="dxa" w:w="1440"/>
          </w:tcPr>
          <w:p>
            <w:r>
              <w:t>4.461</w:t>
            </w:r>
          </w:p>
        </w:tc>
        <w:tc>
          <w:tcPr>
            <w:tcW w:type="dxa" w:w="1440"/>
          </w:tcPr>
          <w:p>
            <w:r>
              <w:t>6.189</w:t>
            </w:r>
          </w:p>
        </w:tc>
        <w:tc>
          <w:tcPr>
            <w:tcW w:type="dxa" w:w="1440"/>
          </w:tcPr>
          <w:p>
            <w:r>
              <w:t>65.56</w:t>
            </w:r>
          </w:p>
        </w:tc>
      </w:tr>
      <w:tr>
        <w:tc>
          <w:tcPr>
            <w:tcW w:type="dxa" w:w="1440"/>
          </w:tcPr>
          <w:p>
            <w:r>
              <w:t>1,860</w:t>
            </w:r>
          </w:p>
        </w:tc>
        <w:tc>
          <w:tcPr>
            <w:tcW w:type="dxa" w:w="1440"/>
          </w:tcPr>
          <w:p>
            <w:r>
              <w:t>1,925</w:t>
            </w:r>
          </w:p>
        </w:tc>
        <w:tc>
          <w:tcPr>
            <w:tcW w:type="dxa" w:w="1440"/>
          </w:tcPr>
          <w:p>
            <w:r>
              <w:t>1,892</w:t>
            </w:r>
          </w:p>
        </w:tc>
        <w:tc>
          <w:tcPr>
            <w:tcW w:type="dxa" w:w="1440"/>
          </w:tcPr>
          <w:p>
            <w:r>
              <w:t>4.115</w:t>
            </w:r>
          </w:p>
        </w:tc>
        <w:tc>
          <w:tcPr>
            <w:tcW w:type="dxa" w:w="1440"/>
          </w:tcPr>
          <w:p>
            <w:r>
              <w:t>5.708</w:t>
            </w:r>
          </w:p>
        </w:tc>
        <w:tc>
          <w:tcPr>
            <w:tcW w:type="dxa" w:w="1440"/>
          </w:tcPr>
          <w:p>
            <w:r>
              <w:t>59.37</w:t>
            </w:r>
          </w:p>
        </w:tc>
      </w:tr>
      <w:tr>
        <w:tc>
          <w:tcPr>
            <w:tcW w:type="dxa" w:w="1440"/>
          </w:tcPr>
          <w:p>
            <w:r>
              <w:t>1,925</w:t>
            </w:r>
          </w:p>
        </w:tc>
        <w:tc>
          <w:tcPr>
            <w:tcW w:type="dxa" w:w="1440"/>
          </w:tcPr>
          <w:p>
            <w:r>
              <w:t>1,989</w:t>
            </w:r>
          </w:p>
        </w:tc>
        <w:tc>
          <w:tcPr>
            <w:tcW w:type="dxa" w:w="1440"/>
          </w:tcPr>
          <w:p>
            <w:r>
              <w:t>1,957</w:t>
            </w:r>
          </w:p>
        </w:tc>
        <w:tc>
          <w:tcPr>
            <w:tcW w:type="dxa" w:w="1440"/>
          </w:tcPr>
          <w:p>
            <w:r>
              <w:t>3.711</w:t>
            </w:r>
          </w:p>
        </w:tc>
        <w:tc>
          <w:tcPr>
            <w:tcW w:type="dxa" w:w="1440"/>
          </w:tcPr>
          <w:p>
            <w:r>
              <w:t>5.147</w:t>
            </w:r>
          </w:p>
        </w:tc>
        <w:tc>
          <w:tcPr>
            <w:tcW w:type="dxa" w:w="1440"/>
          </w:tcPr>
          <w:p>
            <w:r>
              <w:t>53.66</w:t>
            </w:r>
          </w:p>
        </w:tc>
      </w:tr>
      <w:tr>
        <w:tc>
          <w:tcPr>
            <w:tcW w:type="dxa" w:w="1440"/>
          </w:tcPr>
          <w:p>
            <w:r>
              <w:t>1,989</w:t>
            </w:r>
          </w:p>
        </w:tc>
        <w:tc>
          <w:tcPr>
            <w:tcW w:type="dxa" w:w="1440"/>
          </w:tcPr>
          <w:p>
            <w:r>
              <w:t>2,053</w:t>
            </w:r>
          </w:p>
        </w:tc>
        <w:tc>
          <w:tcPr>
            <w:tcW w:type="dxa" w:w="1440"/>
          </w:tcPr>
          <w:p>
            <w:r>
              <w:t>2,021</w:t>
            </w:r>
          </w:p>
        </w:tc>
        <w:tc>
          <w:tcPr>
            <w:tcW w:type="dxa" w:w="1440"/>
          </w:tcPr>
          <w:p>
            <w:r>
              <w:t>3.446</w:t>
            </w:r>
          </w:p>
        </w:tc>
        <w:tc>
          <w:tcPr>
            <w:tcW w:type="dxa" w:w="1440"/>
          </w:tcPr>
          <w:p>
            <w:r>
              <w:t>4.78</w:t>
            </w:r>
          </w:p>
        </w:tc>
        <w:tc>
          <w:tcPr>
            <w:tcW w:type="dxa" w:w="1440"/>
          </w:tcPr>
          <w:p>
            <w:r>
              <w:t>48.52</w:t>
            </w:r>
          </w:p>
        </w:tc>
      </w:tr>
      <w:tr>
        <w:tc>
          <w:tcPr>
            <w:tcW w:type="dxa" w:w="1440"/>
          </w:tcPr>
          <w:p>
            <w:r>
              <w:t>2,053</w:t>
            </w:r>
          </w:p>
        </w:tc>
        <w:tc>
          <w:tcPr>
            <w:tcW w:type="dxa" w:w="1440"/>
          </w:tcPr>
          <w:p>
            <w:r>
              <w:t>2,117</w:t>
            </w:r>
          </w:p>
        </w:tc>
        <w:tc>
          <w:tcPr>
            <w:tcW w:type="dxa" w:w="1440"/>
          </w:tcPr>
          <w:p>
            <w:r>
              <w:t>2,085</w:t>
            </w:r>
          </w:p>
        </w:tc>
        <w:tc>
          <w:tcPr>
            <w:tcW w:type="dxa" w:w="1440"/>
          </w:tcPr>
          <w:p>
            <w:r>
              <w:t>3.645</w:t>
            </w:r>
          </w:p>
        </w:tc>
        <w:tc>
          <w:tcPr>
            <w:tcW w:type="dxa" w:w="1440"/>
          </w:tcPr>
          <w:p>
            <w:r>
              <w:t>5.056</w:t>
            </w:r>
          </w:p>
        </w:tc>
        <w:tc>
          <w:tcPr>
            <w:tcW w:type="dxa" w:w="1440"/>
          </w:tcPr>
          <w:p>
            <w:r>
              <w:t>43.73</w:t>
            </w:r>
          </w:p>
        </w:tc>
      </w:tr>
      <w:tr>
        <w:tc>
          <w:tcPr>
            <w:tcW w:type="dxa" w:w="1440"/>
          </w:tcPr>
          <w:p>
            <w:r>
              <w:t>2,117</w:t>
            </w:r>
          </w:p>
        </w:tc>
        <w:tc>
          <w:tcPr>
            <w:tcW w:type="dxa" w:w="1440"/>
          </w:tcPr>
          <w:p>
            <w:r>
              <w:t>2,181</w:t>
            </w:r>
          </w:p>
        </w:tc>
        <w:tc>
          <w:tcPr>
            <w:tcW w:type="dxa" w:w="1440"/>
          </w:tcPr>
          <w:p>
            <w:r>
              <w:t>2,149</w:t>
            </w:r>
          </w:p>
        </w:tc>
        <w:tc>
          <w:tcPr>
            <w:tcW w:type="dxa" w:w="1440"/>
          </w:tcPr>
          <w:p>
            <w:r>
              <w:t>4.684</w:t>
            </w:r>
          </w:p>
        </w:tc>
        <w:tc>
          <w:tcPr>
            <w:tcW w:type="dxa" w:w="1440"/>
          </w:tcPr>
          <w:p>
            <w:r>
              <w:t>6.498</w:t>
            </w:r>
          </w:p>
        </w:tc>
        <w:tc>
          <w:tcPr>
            <w:tcW w:type="dxa" w:w="1440"/>
          </w:tcPr>
          <w:p>
            <w:r>
              <w:t>38.68</w:t>
            </w:r>
          </w:p>
        </w:tc>
      </w:tr>
      <w:tr>
        <w:tc>
          <w:tcPr>
            <w:tcW w:type="dxa" w:w="1440"/>
          </w:tcPr>
          <w:p>
            <w:r>
              <w:t>2,181</w:t>
            </w:r>
          </w:p>
        </w:tc>
        <w:tc>
          <w:tcPr>
            <w:tcW w:type="dxa" w:w="1440"/>
          </w:tcPr>
          <w:p>
            <w:r>
              <w:t>2,246</w:t>
            </w:r>
          </w:p>
        </w:tc>
        <w:tc>
          <w:tcPr>
            <w:tcW w:type="dxa" w:w="1440"/>
          </w:tcPr>
          <w:p>
            <w:r>
              <w:t>2,214</w:t>
            </w:r>
          </w:p>
        </w:tc>
        <w:tc>
          <w:tcPr>
            <w:tcW w:type="dxa" w:w="1440"/>
          </w:tcPr>
          <w:p>
            <w:r>
              <w:t>5.809</w:t>
            </w:r>
          </w:p>
        </w:tc>
        <w:tc>
          <w:tcPr>
            <w:tcW w:type="dxa" w:w="1440"/>
          </w:tcPr>
          <w:p>
            <w:r>
              <w:t>8.057</w:t>
            </w:r>
          </w:p>
        </w:tc>
        <w:tc>
          <w:tcPr>
            <w:tcW w:type="dxa" w:w="1440"/>
          </w:tcPr>
          <w:p>
            <w:r>
              <w:t>32.18</w:t>
            </w:r>
          </w:p>
        </w:tc>
      </w:tr>
      <w:tr>
        <w:tc>
          <w:tcPr>
            <w:tcW w:type="dxa" w:w="1440"/>
          </w:tcPr>
          <w:p>
            <w:r>
              <w:t>2,246</w:t>
            </w:r>
          </w:p>
        </w:tc>
        <w:tc>
          <w:tcPr>
            <w:tcW w:type="dxa" w:w="1440"/>
          </w:tcPr>
          <w:p>
            <w:r>
              <w:t>2,310</w:t>
            </w:r>
          </w:p>
        </w:tc>
        <w:tc>
          <w:tcPr>
            <w:tcW w:type="dxa" w:w="1440"/>
          </w:tcPr>
          <w:p>
            <w:r>
              <w:t>2,278</w:t>
            </w:r>
          </w:p>
        </w:tc>
        <w:tc>
          <w:tcPr>
            <w:tcW w:type="dxa" w:w="1440"/>
          </w:tcPr>
          <w:p>
            <w:r>
              <w:t>4.987</w:t>
            </w:r>
          </w:p>
        </w:tc>
        <w:tc>
          <w:tcPr>
            <w:tcW w:type="dxa" w:w="1440"/>
          </w:tcPr>
          <w:p>
            <w:r>
              <w:t>6.918</w:t>
            </w:r>
          </w:p>
        </w:tc>
        <w:tc>
          <w:tcPr>
            <w:tcW w:type="dxa" w:w="1440"/>
          </w:tcPr>
          <w:p>
            <w:r>
              <w:t>24.12</w:t>
            </w:r>
          </w:p>
        </w:tc>
      </w:tr>
      <w:tr>
        <w:tc>
          <w:tcPr>
            <w:tcW w:type="dxa" w:w="1440"/>
          </w:tcPr>
          <w:p>
            <w:r>
              <w:t>2,310</w:t>
            </w:r>
          </w:p>
        </w:tc>
        <w:tc>
          <w:tcPr>
            <w:tcW w:type="dxa" w:w="1440"/>
          </w:tcPr>
          <w:p>
            <w:r>
              <w:t>2,374</w:t>
            </w:r>
          </w:p>
        </w:tc>
        <w:tc>
          <w:tcPr>
            <w:tcW w:type="dxa" w:w="1440"/>
          </w:tcPr>
          <w:p>
            <w:r>
              <w:t>2,342</w:t>
            </w:r>
          </w:p>
        </w:tc>
        <w:tc>
          <w:tcPr>
            <w:tcW w:type="dxa" w:w="1440"/>
          </w:tcPr>
          <w:p>
            <w:r>
              <w:t>2.472</w:t>
            </w:r>
          </w:p>
        </w:tc>
        <w:tc>
          <w:tcPr>
            <w:tcW w:type="dxa" w:w="1440"/>
          </w:tcPr>
          <w:p>
            <w:r>
              <w:t>3.429</w:t>
            </w:r>
          </w:p>
        </w:tc>
        <w:tc>
          <w:tcPr>
            <w:tcW w:type="dxa" w:w="1440"/>
          </w:tcPr>
          <w:p>
            <w:r>
              <w:t>17.21</w:t>
            </w:r>
          </w:p>
        </w:tc>
      </w:tr>
      <w:tr>
        <w:tc>
          <w:tcPr>
            <w:tcW w:type="dxa" w:w="1440"/>
          </w:tcPr>
          <w:p>
            <w:r>
              <w:t>2,374</w:t>
            </w:r>
          </w:p>
        </w:tc>
        <w:tc>
          <w:tcPr>
            <w:tcW w:type="dxa" w:w="1440"/>
          </w:tcPr>
          <w:p>
            <w:r>
              <w:t>2,438</w:t>
            </w:r>
          </w:p>
        </w:tc>
        <w:tc>
          <w:tcPr>
            <w:tcW w:type="dxa" w:w="1440"/>
          </w:tcPr>
          <w:p>
            <w:r>
              <w:t>2,406</w:t>
            </w:r>
          </w:p>
        </w:tc>
        <w:tc>
          <w:tcPr>
            <w:tcW w:type="dxa" w:w="1440"/>
          </w:tcPr>
          <w:p>
            <w:r>
              <w:t>2.039</w:t>
            </w:r>
          </w:p>
        </w:tc>
        <w:tc>
          <w:tcPr>
            <w:tcW w:type="dxa" w:w="1440"/>
          </w:tcPr>
          <w:p>
            <w:r>
              <w:t>2.829</w:t>
            </w:r>
          </w:p>
        </w:tc>
        <w:tc>
          <w:tcPr>
            <w:tcW w:type="dxa" w:w="1440"/>
          </w:tcPr>
          <w:p>
            <w:r>
              <w:t>13.78</w:t>
            </w:r>
          </w:p>
        </w:tc>
      </w:tr>
      <w:tr>
        <w:tc>
          <w:tcPr>
            <w:tcW w:type="dxa" w:w="1440"/>
          </w:tcPr>
          <w:p>
            <w:r>
              <w:t>2,438</w:t>
            </w:r>
          </w:p>
        </w:tc>
        <w:tc>
          <w:tcPr>
            <w:tcW w:type="dxa" w:w="1440"/>
          </w:tcPr>
          <w:p>
            <w:r>
              <w:t>2,502</w:t>
            </w:r>
          </w:p>
        </w:tc>
        <w:tc>
          <w:tcPr>
            <w:tcW w:type="dxa" w:w="1440"/>
          </w:tcPr>
          <w:p>
            <w:r>
              <w:t>2,470</w:t>
            </w:r>
          </w:p>
        </w:tc>
        <w:tc>
          <w:tcPr>
            <w:tcW w:type="dxa" w:w="1440"/>
          </w:tcPr>
          <w:p>
            <w:r>
              <w:t>2.014</w:t>
            </w:r>
          </w:p>
        </w:tc>
        <w:tc>
          <w:tcPr>
            <w:tcW w:type="dxa" w:w="1440"/>
          </w:tcPr>
          <w:p>
            <w:r>
              <w:t>2.794</w:t>
            </w:r>
          </w:p>
        </w:tc>
        <w:tc>
          <w:tcPr>
            <w:tcW w:type="dxa" w:w="1440"/>
          </w:tcPr>
          <w:p>
            <w:r>
              <w:t>10.95</w:t>
            </w:r>
          </w:p>
        </w:tc>
      </w:tr>
      <w:tr>
        <w:tc>
          <w:tcPr>
            <w:tcW w:type="dxa" w:w="1440"/>
          </w:tcPr>
          <w:p>
            <w:r>
              <w:t>2,502</w:t>
            </w:r>
          </w:p>
        </w:tc>
        <w:tc>
          <w:tcPr>
            <w:tcW w:type="dxa" w:w="1440"/>
          </w:tcPr>
          <w:p>
            <w:r>
              <w:t>2,567</w:t>
            </w:r>
          </w:p>
        </w:tc>
        <w:tc>
          <w:tcPr>
            <w:tcW w:type="dxa" w:w="1440"/>
          </w:tcPr>
          <w:p>
            <w:r>
              <w:t>2,535</w:t>
            </w:r>
          </w:p>
        </w:tc>
        <w:tc>
          <w:tcPr>
            <w:tcW w:type="dxa" w:w="1440"/>
          </w:tcPr>
          <w:p>
            <w:r>
              <w:t>1.985</w:t>
            </w:r>
          </w:p>
        </w:tc>
        <w:tc>
          <w:tcPr>
            <w:tcW w:type="dxa" w:w="1440"/>
          </w:tcPr>
          <w:p>
            <w:r>
              <w:t>2.754</w:t>
            </w:r>
          </w:p>
        </w:tc>
        <w:tc>
          <w:tcPr>
            <w:tcW w:type="dxa" w:w="1440"/>
          </w:tcPr>
          <w:p>
            <w:r>
              <w:t>8.154</w:t>
            </w:r>
          </w:p>
        </w:tc>
      </w:tr>
      <w:tr>
        <w:tc>
          <w:tcPr>
            <w:tcW w:type="dxa" w:w="1440"/>
          </w:tcPr>
          <w:p>
            <w:r>
              <w:t>2,567</w:t>
            </w:r>
          </w:p>
        </w:tc>
        <w:tc>
          <w:tcPr>
            <w:tcW w:type="dxa" w:w="1440"/>
          </w:tcPr>
          <w:p>
            <w:r>
              <w:t>2,631</w:t>
            </w:r>
          </w:p>
        </w:tc>
        <w:tc>
          <w:tcPr>
            <w:tcW w:type="dxa" w:w="1440"/>
          </w:tcPr>
          <w:p>
            <w:r>
              <w:t>2,599</w:t>
            </w:r>
          </w:p>
        </w:tc>
        <w:tc>
          <w:tcPr>
            <w:tcW w:type="dxa" w:w="1440"/>
          </w:tcPr>
          <w:p>
            <w:r>
              <w:t>1.913</w:t>
            </w:r>
          </w:p>
        </w:tc>
        <w:tc>
          <w:tcPr>
            <w:tcW w:type="dxa" w:w="1440"/>
          </w:tcPr>
          <w:p>
            <w:r>
              <w:t>2.654</w:t>
            </w:r>
          </w:p>
        </w:tc>
        <w:tc>
          <w:tcPr>
            <w:tcW w:type="dxa" w:w="1440"/>
          </w:tcPr>
          <w:p>
            <w:r>
              <w:t>5.4</w:t>
            </w:r>
          </w:p>
        </w:tc>
      </w:tr>
      <w:tr>
        <w:tc>
          <w:tcPr>
            <w:tcW w:type="dxa" w:w="1440"/>
          </w:tcPr>
          <w:p>
            <w:r>
              <w:t>2,631</w:t>
            </w:r>
          </w:p>
        </w:tc>
        <w:tc>
          <w:tcPr>
            <w:tcW w:type="dxa" w:w="1440"/>
          </w:tcPr>
          <w:p>
            <w:r>
              <w:t>2,695</w:t>
            </w:r>
          </w:p>
        </w:tc>
        <w:tc>
          <w:tcPr>
            <w:tcW w:type="dxa" w:w="1440"/>
          </w:tcPr>
          <w:p>
            <w:r>
              <w:t>2,663</w:t>
            </w:r>
          </w:p>
        </w:tc>
        <w:tc>
          <w:tcPr>
            <w:tcW w:type="dxa" w:w="1440"/>
          </w:tcPr>
          <w:p>
            <w:r>
              <w:t>1.373</w:t>
            </w:r>
          </w:p>
        </w:tc>
        <w:tc>
          <w:tcPr>
            <w:tcW w:type="dxa" w:w="1440"/>
          </w:tcPr>
          <w:p>
            <w:r>
              <w:t>1.904</w:t>
            </w:r>
          </w:p>
        </w:tc>
        <w:tc>
          <w:tcPr>
            <w:tcW w:type="dxa" w:w="1440"/>
          </w:tcPr>
          <w:p>
            <w:r>
              <w:t>2.745</w:t>
            </w:r>
          </w:p>
        </w:tc>
      </w:tr>
      <w:tr>
        <w:tc>
          <w:tcPr>
            <w:tcW w:type="dxa" w:w="1440"/>
          </w:tcPr>
          <w:p>
            <w:r>
              <w:t>2,695</w:t>
            </w:r>
          </w:p>
        </w:tc>
        <w:tc>
          <w:tcPr>
            <w:tcW w:type="dxa" w:w="1440"/>
          </w:tcPr>
          <w:p>
            <w:r>
              <w:t>2,759</w:t>
            </w:r>
          </w:p>
        </w:tc>
        <w:tc>
          <w:tcPr>
            <w:tcW w:type="dxa" w:w="1440"/>
          </w:tcPr>
          <w:p>
            <w:r>
              <w:t>2,727</w:t>
            </w:r>
          </w:p>
        </w:tc>
        <w:tc>
          <w:tcPr>
            <w:tcW w:type="dxa" w:w="1440"/>
          </w:tcPr>
          <w:p>
            <w:r>
              <w:t>0.6066</w:t>
            </w:r>
          </w:p>
        </w:tc>
        <w:tc>
          <w:tcPr>
            <w:tcW w:type="dxa" w:w="1440"/>
          </w:tcPr>
          <w:p>
            <w:r>
              <w:t>0.841</w:t>
            </w:r>
          </w:p>
        </w:tc>
        <w:tc>
          <w:tcPr>
            <w:tcW w:type="dxa" w:w="1440"/>
          </w:tcPr>
          <w:p>
            <w:r>
              <w:t>0.841</w:t>
            </w:r>
          </w:p>
        </w:tc>
      </w:tr>
    </w:tbl>
    <w:p/>
    <w:p>
      <w:pPr>
        <w:pStyle w:val="Heading2"/>
      </w:pPr>
      <w:r>
        <w:t>Figure 36. Slope distribution [132]</w:t>
      </w:r>
    </w:p>
    <w:tbl>
      <w:tblPr>
        <w:tblStyle w:val="LightGrid-Accent1"/>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class</w:t>
            </w:r>
          </w:p>
        </w:tc>
        <w:tc>
          <w:tcPr>
            <w:tcW w:type="dxa" w:w="1234"/>
          </w:tcPr>
          <w:p>
            <w:r>
              <w:t>order</w:t>
            </w:r>
          </w:p>
        </w:tc>
        <w:tc>
          <w:tcPr>
            <w:tcW w:type="dxa" w:w="1234"/>
          </w:tcPr>
          <w:p>
            <w:r>
              <w:t>from_deg</w:t>
            </w:r>
          </w:p>
        </w:tc>
        <w:tc>
          <w:tcPr>
            <w:tcW w:type="dxa" w:w="1234"/>
          </w:tcPr>
          <w:p>
            <w:r>
              <w:t>to_deg</w:t>
            </w:r>
          </w:p>
        </w:tc>
        <w:tc>
          <w:tcPr>
            <w:tcW w:type="dxa" w:w="1234"/>
          </w:tcPr>
          <w:p>
            <w:r>
              <w:t>pct</w:t>
            </w:r>
          </w:p>
        </w:tc>
        <w:tc>
          <w:tcPr>
            <w:tcW w:type="dxa" w:w="1234"/>
          </w:tcPr>
          <w:p>
            <w:r>
              <w:t>area_km2</w:t>
            </w:r>
          </w:p>
        </w:tc>
        <w:tc>
          <w:tcPr>
            <w:tcW w:type="dxa" w:w="1234"/>
          </w:tcPr>
          <w:p>
            <w:r>
              <w:t>color</w:t>
            </w:r>
          </w:p>
        </w:tc>
      </w:tr>
      <w:tr>
        <w:tc>
          <w:tcPr>
            <w:tcW w:type="dxa" w:w="1234"/>
          </w:tcPr>
          <w:p>
            <w:r>
              <w:t>0 to 2 degrees</w:t>
            </w:r>
          </w:p>
        </w:tc>
        <w:tc>
          <w:tcPr>
            <w:tcW w:type="dxa" w:w="1234"/>
          </w:tcPr>
          <w:p>
            <w:r>
              <w:t>1</w:t>
            </w:r>
          </w:p>
        </w:tc>
        <w:tc>
          <w:tcPr>
            <w:tcW w:type="dxa" w:w="1234"/>
          </w:tcPr>
          <w:p>
            <w:r>
              <w:t>0</w:t>
            </w:r>
          </w:p>
        </w:tc>
        <w:tc>
          <w:tcPr>
            <w:tcW w:type="dxa" w:w="1234"/>
          </w:tcPr>
          <w:p>
            <w:r>
              <w:t>2</w:t>
            </w:r>
          </w:p>
        </w:tc>
        <w:tc>
          <w:tcPr>
            <w:tcW w:type="dxa" w:w="1234"/>
          </w:tcPr>
          <w:p>
            <w:r>
              <w:t>0.846</w:t>
            </w:r>
          </w:p>
        </w:tc>
        <w:tc>
          <w:tcPr>
            <w:tcW w:type="dxa" w:w="1234"/>
          </w:tcPr>
          <w:p>
            <w:r>
              <w:t>0.6102</w:t>
            </w:r>
          </w:p>
        </w:tc>
        <w:tc>
          <w:tcPr>
            <w:tcW w:type="dxa" w:w="1234"/>
          </w:tcPr>
          <w:p>
            <w:r>
              <w:t>#1a9850</w:t>
            </w:r>
          </w:p>
        </w:tc>
      </w:tr>
      <w:tr>
        <w:tc>
          <w:tcPr>
            <w:tcW w:type="dxa" w:w="1234"/>
          </w:tcPr>
          <w:p>
            <w:r>
              <w:t>2 to 5 degrees</w:t>
            </w:r>
          </w:p>
        </w:tc>
        <w:tc>
          <w:tcPr>
            <w:tcW w:type="dxa" w:w="1234"/>
          </w:tcPr>
          <w:p>
            <w:r>
              <w:t>2</w:t>
            </w:r>
          </w:p>
        </w:tc>
        <w:tc>
          <w:tcPr>
            <w:tcW w:type="dxa" w:w="1234"/>
          </w:tcPr>
          <w:p>
            <w:r>
              <w:t>2</w:t>
            </w:r>
          </w:p>
        </w:tc>
        <w:tc>
          <w:tcPr>
            <w:tcW w:type="dxa" w:w="1234"/>
          </w:tcPr>
          <w:p>
            <w:r>
              <w:t>5</w:t>
            </w:r>
          </w:p>
        </w:tc>
        <w:tc>
          <w:tcPr>
            <w:tcW w:type="dxa" w:w="1234"/>
          </w:tcPr>
          <w:p>
            <w:r>
              <w:t>2.352</w:t>
            </w:r>
          </w:p>
        </w:tc>
        <w:tc>
          <w:tcPr>
            <w:tcW w:type="dxa" w:w="1234"/>
          </w:tcPr>
          <w:p>
            <w:r>
              <w:t>1.696</w:t>
            </w:r>
          </w:p>
        </w:tc>
        <w:tc>
          <w:tcPr>
            <w:tcW w:type="dxa" w:w="1234"/>
          </w:tcPr>
          <w:p>
            <w:r>
              <w:t>#91cf60</w:t>
            </w:r>
          </w:p>
        </w:tc>
      </w:tr>
      <w:tr>
        <w:tc>
          <w:tcPr>
            <w:tcW w:type="dxa" w:w="1234"/>
          </w:tcPr>
          <w:p>
            <w:r>
              <w:t>5 to 10 degrees</w:t>
            </w:r>
          </w:p>
        </w:tc>
        <w:tc>
          <w:tcPr>
            <w:tcW w:type="dxa" w:w="1234"/>
          </w:tcPr>
          <w:p>
            <w:r>
              <w:t>3</w:t>
            </w:r>
          </w:p>
        </w:tc>
        <w:tc>
          <w:tcPr>
            <w:tcW w:type="dxa" w:w="1234"/>
          </w:tcPr>
          <w:p>
            <w:r>
              <w:t>5</w:t>
            </w:r>
          </w:p>
        </w:tc>
        <w:tc>
          <w:tcPr>
            <w:tcW w:type="dxa" w:w="1234"/>
          </w:tcPr>
          <w:p>
            <w:r>
              <w:t>10</w:t>
            </w:r>
          </w:p>
        </w:tc>
        <w:tc>
          <w:tcPr>
            <w:tcW w:type="dxa" w:w="1234"/>
          </w:tcPr>
          <w:p>
            <w:r>
              <w:t>17.98</w:t>
            </w:r>
          </w:p>
        </w:tc>
        <w:tc>
          <w:tcPr>
            <w:tcW w:type="dxa" w:w="1234"/>
          </w:tcPr>
          <w:p>
            <w:r>
              <w:t>12.96</w:t>
            </w:r>
          </w:p>
        </w:tc>
        <w:tc>
          <w:tcPr>
            <w:tcW w:type="dxa" w:w="1234"/>
          </w:tcPr>
          <w:p>
            <w:r>
              <w:t>#d9ef8b</w:t>
            </w:r>
          </w:p>
        </w:tc>
      </w:tr>
      <w:tr>
        <w:tc>
          <w:tcPr>
            <w:tcW w:type="dxa" w:w="1234"/>
          </w:tcPr>
          <w:p>
            <w:r>
              <w:t>10 to 15 degrees</w:t>
            </w:r>
          </w:p>
        </w:tc>
        <w:tc>
          <w:tcPr>
            <w:tcW w:type="dxa" w:w="1234"/>
          </w:tcPr>
          <w:p>
            <w:r>
              <w:t>4</w:t>
            </w:r>
          </w:p>
        </w:tc>
        <w:tc>
          <w:tcPr>
            <w:tcW w:type="dxa" w:w="1234"/>
          </w:tcPr>
          <w:p>
            <w:r>
              <w:t>10</w:t>
            </w:r>
          </w:p>
        </w:tc>
        <w:tc>
          <w:tcPr>
            <w:tcW w:type="dxa" w:w="1234"/>
          </w:tcPr>
          <w:p>
            <w:r>
              <w:t>15</w:t>
            </w:r>
          </w:p>
        </w:tc>
        <w:tc>
          <w:tcPr>
            <w:tcW w:type="dxa" w:w="1234"/>
          </w:tcPr>
          <w:p>
            <w:r>
              <w:t>59.98</w:t>
            </w:r>
          </w:p>
        </w:tc>
        <w:tc>
          <w:tcPr>
            <w:tcW w:type="dxa" w:w="1234"/>
          </w:tcPr>
          <w:p>
            <w:r>
              <w:t>43.24</w:t>
            </w:r>
          </w:p>
        </w:tc>
        <w:tc>
          <w:tcPr>
            <w:tcW w:type="dxa" w:w="1234"/>
          </w:tcPr>
          <w:p>
            <w:r>
              <w:t>#fee08b</w:t>
            </w:r>
          </w:p>
        </w:tc>
      </w:tr>
      <w:tr>
        <w:tc>
          <w:tcPr>
            <w:tcW w:type="dxa" w:w="1234"/>
          </w:tcPr>
          <w:p>
            <w:r>
              <w:t>15 to 30 degrees</w:t>
            </w:r>
          </w:p>
        </w:tc>
        <w:tc>
          <w:tcPr>
            <w:tcW w:type="dxa" w:w="1234"/>
          </w:tcPr>
          <w:p>
            <w:r>
              <w:t>5</w:t>
            </w:r>
          </w:p>
        </w:tc>
        <w:tc>
          <w:tcPr>
            <w:tcW w:type="dxa" w:w="1234"/>
          </w:tcPr>
          <w:p>
            <w:r>
              <w:t>15</w:t>
            </w:r>
          </w:p>
        </w:tc>
        <w:tc>
          <w:tcPr>
            <w:tcW w:type="dxa" w:w="1234"/>
          </w:tcPr>
          <w:p>
            <w:r>
              <w:t>30</w:t>
            </w:r>
          </w:p>
        </w:tc>
        <w:tc>
          <w:tcPr>
            <w:tcW w:type="dxa" w:w="1234"/>
          </w:tcPr>
          <w:p>
            <w:r>
              <w:t>15.13</w:t>
            </w:r>
          </w:p>
        </w:tc>
        <w:tc>
          <w:tcPr>
            <w:tcW w:type="dxa" w:w="1234"/>
          </w:tcPr>
          <w:p>
            <w:r>
              <w:t>10.91</w:t>
            </w:r>
          </w:p>
        </w:tc>
        <w:tc>
          <w:tcPr>
            <w:tcW w:type="dxa" w:w="1234"/>
          </w:tcPr>
          <w:p>
            <w:r>
              <w:t>#fc8d59</w:t>
            </w:r>
          </w:p>
        </w:tc>
      </w:tr>
      <w:tr>
        <w:tc>
          <w:tcPr>
            <w:tcW w:type="dxa" w:w="1234"/>
          </w:tcPr>
          <w:p>
            <w:r>
              <w:t>Over 30 degrees</w:t>
            </w:r>
          </w:p>
        </w:tc>
        <w:tc>
          <w:tcPr>
            <w:tcW w:type="dxa" w:w="1234"/>
          </w:tcPr>
          <w:p>
            <w:r>
              <w:t>6</w:t>
            </w:r>
          </w:p>
        </w:tc>
        <w:tc>
          <w:tcPr>
            <w:tcW w:type="dxa" w:w="1234"/>
          </w:tcPr>
          <w:p>
            <w:r>
              <w:t>30</w:t>
            </w:r>
          </w:p>
        </w:tc>
        <w:tc>
          <w:tcPr>
            <w:tcW w:type="dxa" w:w="1234"/>
          </w:tcPr>
          <w:p>
            <w:r>
              <w:t>90</w:t>
            </w:r>
          </w:p>
        </w:tc>
        <w:tc>
          <w:tcPr>
            <w:tcW w:type="dxa" w:w="1234"/>
          </w:tcPr>
          <w:p>
            <w:r>
              <w:t>3.705</w:t>
            </w:r>
          </w:p>
        </w:tc>
        <w:tc>
          <w:tcPr>
            <w:tcW w:type="dxa" w:w="1234"/>
          </w:tcPr>
          <w:p>
            <w:r>
              <w:t>2.671</w:t>
            </w:r>
          </w:p>
        </w:tc>
        <w:tc>
          <w:tcPr>
            <w:tcW w:type="dxa" w:w="1234"/>
          </w:tcPr>
          <w:p>
            <w:r>
              <w:t>#d73027</w:t>
            </w:r>
          </w:p>
        </w:tc>
      </w:tr>
    </w:tbl>
    <w:p/>
    <w:p>
      <w:pPr>
        <w:pStyle w:val="Heading2"/>
      </w:pPr>
      <w:r>
        <w:t>Figure 37. Aspect rose [133]</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sector</w:t>
            </w:r>
          </w:p>
        </w:tc>
        <w:tc>
          <w:tcPr>
            <w:tcW w:type="dxa" w:w="1440"/>
          </w:tcPr>
          <w:p>
            <w:r>
              <w:t>order</w:t>
            </w:r>
          </w:p>
        </w:tc>
        <w:tc>
          <w:tcPr>
            <w:tcW w:type="dxa" w:w="1440"/>
          </w:tcPr>
          <w:p>
            <w:r>
              <w:t>center_deg</w:t>
            </w:r>
          </w:p>
        </w:tc>
        <w:tc>
          <w:tcPr>
            <w:tcW w:type="dxa" w:w="1440"/>
          </w:tcPr>
          <w:p>
            <w:r>
              <w:t>pct</w:t>
            </w:r>
          </w:p>
        </w:tc>
        <w:tc>
          <w:tcPr>
            <w:tcW w:type="dxa" w:w="1440"/>
          </w:tcPr>
          <w:p>
            <w:r>
              <w:t>area_km2</w:t>
            </w:r>
          </w:p>
        </w:tc>
        <w:tc>
          <w:tcPr>
            <w:tcW w:type="dxa" w:w="1440"/>
          </w:tcPr>
          <w:p>
            <w:r>
              <w:t>color</w:t>
            </w:r>
          </w:p>
        </w:tc>
      </w:tr>
      <w:tr>
        <w:tc>
          <w:tcPr>
            <w:tcW w:type="dxa" w:w="1440"/>
          </w:tcPr>
          <w:p>
            <w:r>
              <w:t>North</w:t>
            </w:r>
          </w:p>
        </w:tc>
        <w:tc>
          <w:tcPr>
            <w:tcW w:type="dxa" w:w="1440"/>
          </w:tcPr>
          <w:p>
            <w:r>
              <w:t>1</w:t>
            </w:r>
          </w:p>
        </w:tc>
        <w:tc>
          <w:tcPr>
            <w:tcW w:type="dxa" w:w="1440"/>
          </w:tcPr>
          <w:p>
            <w:r>
              <w:t>0</w:t>
            </w:r>
          </w:p>
        </w:tc>
        <w:tc>
          <w:tcPr>
            <w:tcW w:type="dxa" w:w="1440"/>
          </w:tcPr>
          <w:p>
            <w:r>
              <w:t>0.111</w:t>
            </w:r>
          </w:p>
        </w:tc>
        <w:tc>
          <w:tcPr>
            <w:tcW w:type="dxa" w:w="1440"/>
          </w:tcPr>
          <w:p>
            <w:r>
              <w:t>0.0801</w:t>
            </w:r>
          </w:p>
        </w:tc>
        <w:tc>
          <w:tcPr>
            <w:tcW w:type="dxa" w:w="1440"/>
          </w:tcPr>
          <w:p>
            <w:r>
              <w:t>#ff0000</w:t>
            </w:r>
          </w:p>
        </w:tc>
      </w:tr>
      <w:tr>
        <w:tc>
          <w:tcPr>
            <w:tcW w:type="dxa" w:w="1440"/>
          </w:tcPr>
          <w:p>
            <w:r>
              <w:t>Northeast</w:t>
            </w:r>
          </w:p>
        </w:tc>
        <w:tc>
          <w:tcPr>
            <w:tcW w:type="dxa" w:w="1440"/>
          </w:tcPr>
          <w:p>
            <w:r>
              <w:t>2</w:t>
            </w:r>
          </w:p>
        </w:tc>
        <w:tc>
          <w:tcPr>
            <w:tcW w:type="dxa" w:w="1440"/>
          </w:tcPr>
          <w:p>
            <w:r>
              <w:t>45</w:t>
            </w:r>
          </w:p>
        </w:tc>
        <w:tc>
          <w:tcPr>
            <w:tcW w:type="dxa" w:w="1440"/>
          </w:tcPr>
          <w:p>
            <w:r>
              <w:t>1.984</w:t>
            </w:r>
          </w:p>
        </w:tc>
        <w:tc>
          <w:tcPr>
            <w:tcW w:type="dxa" w:w="1440"/>
          </w:tcPr>
          <w:p>
            <w:r>
              <w:t>1.43</w:t>
            </w:r>
          </w:p>
        </w:tc>
        <w:tc>
          <w:tcPr>
            <w:tcW w:type="dxa" w:w="1440"/>
          </w:tcPr>
          <w:p>
            <w:r>
              <w:t>#ffa500</w:t>
            </w:r>
          </w:p>
        </w:tc>
      </w:tr>
      <w:tr>
        <w:tc>
          <w:tcPr>
            <w:tcW w:type="dxa" w:w="1440"/>
          </w:tcPr>
          <w:p>
            <w:r>
              <w:t>East</w:t>
            </w:r>
          </w:p>
        </w:tc>
        <w:tc>
          <w:tcPr>
            <w:tcW w:type="dxa" w:w="1440"/>
          </w:tcPr>
          <w:p>
            <w:r>
              <w:t>3</w:t>
            </w:r>
          </w:p>
        </w:tc>
        <w:tc>
          <w:tcPr>
            <w:tcW w:type="dxa" w:w="1440"/>
          </w:tcPr>
          <w:p>
            <w:r>
              <w:t>90</w:t>
            </w:r>
          </w:p>
        </w:tc>
        <w:tc>
          <w:tcPr>
            <w:tcW w:type="dxa" w:w="1440"/>
          </w:tcPr>
          <w:p>
            <w:r>
              <w:t>45.05</w:t>
            </w:r>
          </w:p>
        </w:tc>
        <w:tc>
          <w:tcPr>
            <w:tcW w:type="dxa" w:w="1440"/>
          </w:tcPr>
          <w:p>
            <w:r>
              <w:t>32.47</w:t>
            </w:r>
          </w:p>
        </w:tc>
        <w:tc>
          <w:tcPr>
            <w:tcW w:type="dxa" w:w="1440"/>
          </w:tcPr>
          <w:p>
            <w:r>
              <w:t>#ffff00</w:t>
            </w:r>
          </w:p>
        </w:tc>
      </w:tr>
      <w:tr>
        <w:tc>
          <w:tcPr>
            <w:tcW w:type="dxa" w:w="1440"/>
          </w:tcPr>
          <w:p>
            <w:r>
              <w:t>Southeast</w:t>
            </w:r>
          </w:p>
        </w:tc>
        <w:tc>
          <w:tcPr>
            <w:tcW w:type="dxa" w:w="1440"/>
          </w:tcPr>
          <w:p>
            <w:r>
              <w:t>4</w:t>
            </w:r>
          </w:p>
        </w:tc>
        <w:tc>
          <w:tcPr>
            <w:tcW w:type="dxa" w:w="1440"/>
          </w:tcPr>
          <w:p>
            <w:r>
              <w:t>135</w:t>
            </w:r>
          </w:p>
        </w:tc>
        <w:tc>
          <w:tcPr>
            <w:tcW w:type="dxa" w:w="1440"/>
          </w:tcPr>
          <w:p>
            <w:r>
              <w:t>2.357</w:t>
            </w:r>
          </w:p>
        </w:tc>
        <w:tc>
          <w:tcPr>
            <w:tcW w:type="dxa" w:w="1440"/>
          </w:tcPr>
          <w:p>
            <w:r>
              <w:t>1.699</w:t>
            </w:r>
          </w:p>
        </w:tc>
        <w:tc>
          <w:tcPr>
            <w:tcW w:type="dxa" w:w="1440"/>
          </w:tcPr>
          <w:p>
            <w:r>
              <w:t>#00ff00</w:t>
            </w:r>
          </w:p>
        </w:tc>
      </w:tr>
      <w:tr>
        <w:tc>
          <w:tcPr>
            <w:tcW w:type="dxa" w:w="1440"/>
          </w:tcPr>
          <w:p>
            <w:r>
              <w:t>South</w:t>
            </w:r>
          </w:p>
        </w:tc>
        <w:tc>
          <w:tcPr>
            <w:tcW w:type="dxa" w:w="1440"/>
          </w:tcPr>
          <w:p>
            <w:r>
              <w:t>5</w:t>
            </w:r>
          </w:p>
        </w:tc>
        <w:tc>
          <w:tcPr>
            <w:tcW w:type="dxa" w:w="1440"/>
          </w:tcPr>
          <w:p>
            <w:r>
              <w:t>180</w:t>
            </w:r>
          </w:p>
        </w:tc>
        <w:tc>
          <w:tcPr>
            <w:tcW w:type="dxa" w:w="1440"/>
          </w:tcPr>
          <w:p>
            <w:r>
              <w:t>0.255</w:t>
            </w:r>
          </w:p>
        </w:tc>
        <w:tc>
          <w:tcPr>
            <w:tcW w:type="dxa" w:w="1440"/>
          </w:tcPr>
          <w:p>
            <w:r>
              <w:t>0.1836</w:t>
            </w:r>
          </w:p>
        </w:tc>
        <w:tc>
          <w:tcPr>
            <w:tcW w:type="dxa" w:w="1440"/>
          </w:tcPr>
          <w:p>
            <w:r>
              <w:t>#00ffff</w:t>
            </w:r>
          </w:p>
        </w:tc>
      </w:tr>
      <w:tr>
        <w:tc>
          <w:tcPr>
            <w:tcW w:type="dxa" w:w="1440"/>
          </w:tcPr>
          <w:p>
            <w:r>
              <w:t>Southwest</w:t>
            </w:r>
          </w:p>
        </w:tc>
        <w:tc>
          <w:tcPr>
            <w:tcW w:type="dxa" w:w="1440"/>
          </w:tcPr>
          <w:p>
            <w:r>
              <w:t>6</w:t>
            </w:r>
          </w:p>
        </w:tc>
        <w:tc>
          <w:tcPr>
            <w:tcW w:type="dxa" w:w="1440"/>
          </w:tcPr>
          <w:p>
            <w:r>
              <w:t>225</w:t>
            </w:r>
          </w:p>
        </w:tc>
        <w:tc>
          <w:tcPr>
            <w:tcW w:type="dxa" w:w="1440"/>
          </w:tcPr>
          <w:p>
            <w:r>
              <w:t>0.195</w:t>
            </w:r>
          </w:p>
        </w:tc>
        <w:tc>
          <w:tcPr>
            <w:tcW w:type="dxa" w:w="1440"/>
          </w:tcPr>
          <w:p>
            <w:r>
              <w:t>0.1404</w:t>
            </w:r>
          </w:p>
        </w:tc>
        <w:tc>
          <w:tcPr>
            <w:tcW w:type="dxa" w:w="1440"/>
          </w:tcPr>
          <w:p>
            <w:r>
              <w:t>#00a5ff</w:t>
            </w:r>
          </w:p>
        </w:tc>
      </w:tr>
      <w:tr>
        <w:tc>
          <w:tcPr>
            <w:tcW w:type="dxa" w:w="1440"/>
          </w:tcPr>
          <w:p>
            <w:r>
              <w:t>West</w:t>
            </w:r>
          </w:p>
        </w:tc>
        <w:tc>
          <w:tcPr>
            <w:tcW w:type="dxa" w:w="1440"/>
          </w:tcPr>
          <w:p>
            <w:r>
              <w:t>7</w:t>
            </w:r>
          </w:p>
        </w:tc>
        <w:tc>
          <w:tcPr>
            <w:tcW w:type="dxa" w:w="1440"/>
          </w:tcPr>
          <w:p>
            <w:r>
              <w:t>270</w:t>
            </w:r>
          </w:p>
        </w:tc>
        <w:tc>
          <w:tcPr>
            <w:tcW w:type="dxa" w:w="1440"/>
          </w:tcPr>
          <w:p>
            <w:r>
              <w:t>49.01</w:t>
            </w:r>
          </w:p>
        </w:tc>
        <w:tc>
          <w:tcPr>
            <w:tcW w:type="dxa" w:w="1440"/>
          </w:tcPr>
          <w:p>
            <w:r>
              <w:t>35.33</w:t>
            </w:r>
          </w:p>
        </w:tc>
        <w:tc>
          <w:tcPr>
            <w:tcW w:type="dxa" w:w="1440"/>
          </w:tcPr>
          <w:p>
            <w:r>
              <w:t>#0000ff</w:t>
            </w:r>
          </w:p>
        </w:tc>
      </w:tr>
      <w:tr>
        <w:tc>
          <w:tcPr>
            <w:tcW w:type="dxa" w:w="1440"/>
          </w:tcPr>
          <w:p>
            <w:r>
              <w:t>Northwest</w:t>
            </w:r>
          </w:p>
        </w:tc>
        <w:tc>
          <w:tcPr>
            <w:tcW w:type="dxa" w:w="1440"/>
          </w:tcPr>
          <w:p>
            <w:r>
              <w:t>8</w:t>
            </w:r>
          </w:p>
        </w:tc>
        <w:tc>
          <w:tcPr>
            <w:tcW w:type="dxa" w:w="1440"/>
          </w:tcPr>
          <w:p>
            <w:r>
              <w:t>315</w:t>
            </w:r>
          </w:p>
        </w:tc>
        <w:tc>
          <w:tcPr>
            <w:tcW w:type="dxa" w:w="1440"/>
          </w:tcPr>
          <w:p>
            <w:r>
              <w:t>0.768</w:t>
            </w:r>
          </w:p>
        </w:tc>
        <w:tc>
          <w:tcPr>
            <w:tcW w:type="dxa" w:w="1440"/>
          </w:tcPr>
          <w:p>
            <w:r>
              <w:t>0.5535</w:t>
            </w:r>
          </w:p>
        </w:tc>
        <w:tc>
          <w:tcPr>
            <w:tcW w:type="dxa" w:w="1440"/>
          </w:tcPr>
          <w:p>
            <w:r>
              <w:t>#ff00ff</w:t>
            </w:r>
          </w:p>
        </w:tc>
      </w:tr>
    </w:tbl>
    <w:p/>
    <w:p>
      <w:pPr>
        <w:pStyle w:val="Heading2"/>
      </w:pPr>
      <w:r>
        <w:t>Figure 38. Elevation along the routes [134]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route</w:t>
            </w:r>
          </w:p>
        </w:tc>
        <w:tc>
          <w:tcPr>
            <w:tcW w:type="dxa" w:w="2880"/>
          </w:tcPr>
          <w:p>
            <w:r>
              <w:t>d_km</w:t>
            </w:r>
          </w:p>
        </w:tc>
        <w:tc>
          <w:tcPr>
            <w:tcW w:type="dxa" w:w="2880"/>
          </w:tcPr>
          <w:p>
            <w:r>
              <w:t>elev_m</w:t>
            </w:r>
          </w:p>
        </w:tc>
      </w:tr>
      <w:tr>
        <w:tc>
          <w:tcPr>
            <w:tcW w:type="dxa" w:w="2880"/>
          </w:tcPr>
          <w:p>
            <w:r>
              <w:t>the longest axis (best path)</w:t>
            </w:r>
          </w:p>
        </w:tc>
        <w:tc>
          <w:tcPr>
            <w:tcW w:type="dxa" w:w="2880"/>
          </w:tcPr>
          <w:p>
            <w:r>
              <w:t>0</w:t>
            </w:r>
          </w:p>
        </w:tc>
        <w:tc>
          <w:tcPr>
            <w:tcW w:type="dxa" w:w="2880"/>
          </w:tcPr>
          <w:p>
            <w:r>
              <w:t>2,205</w:t>
            </w:r>
          </w:p>
        </w:tc>
      </w:tr>
      <w:tr>
        <w:tc>
          <w:tcPr>
            <w:tcW w:type="dxa" w:w="2880"/>
          </w:tcPr>
          <w:p>
            <w:r>
              <w:t>the longest axis (best path)</w:t>
            </w:r>
          </w:p>
        </w:tc>
        <w:tc>
          <w:tcPr>
            <w:tcW w:type="dxa" w:w="2880"/>
          </w:tcPr>
          <w:p>
            <w:r>
              <w:t>0.03</w:t>
            </w:r>
          </w:p>
        </w:tc>
        <w:tc>
          <w:tcPr>
            <w:tcW w:type="dxa" w:w="2880"/>
          </w:tcPr>
          <w:p>
            <w:r>
              <w:t>2,199</w:t>
            </w:r>
          </w:p>
        </w:tc>
      </w:tr>
      <w:tr>
        <w:tc>
          <w:tcPr>
            <w:tcW w:type="dxa" w:w="2880"/>
          </w:tcPr>
          <w:p>
            <w:r>
              <w:t>the longest axis (best path)</w:t>
            </w:r>
          </w:p>
        </w:tc>
        <w:tc>
          <w:tcPr>
            <w:tcW w:type="dxa" w:w="2880"/>
          </w:tcPr>
          <w:p>
            <w:r>
              <w:t>0.06</w:t>
            </w:r>
          </w:p>
        </w:tc>
        <w:tc>
          <w:tcPr>
            <w:tcW w:type="dxa" w:w="2880"/>
          </w:tcPr>
          <w:p>
            <w:r>
              <w:t>2,194</w:t>
            </w:r>
          </w:p>
        </w:tc>
      </w:tr>
      <w:tr>
        <w:tc>
          <w:tcPr>
            <w:tcW w:type="dxa" w:w="2880"/>
          </w:tcPr>
          <w:p>
            <w:r>
              <w:t>the longest axis (best path)</w:t>
            </w:r>
          </w:p>
        </w:tc>
        <w:tc>
          <w:tcPr>
            <w:tcW w:type="dxa" w:w="2880"/>
          </w:tcPr>
          <w:p>
            <w:r>
              <w:t>0.09</w:t>
            </w:r>
          </w:p>
        </w:tc>
        <w:tc>
          <w:tcPr>
            <w:tcW w:type="dxa" w:w="2880"/>
          </w:tcPr>
          <w:p>
            <w:r>
              <w:t>2,188</w:t>
            </w:r>
          </w:p>
        </w:tc>
      </w:tr>
      <w:tr>
        <w:tc>
          <w:tcPr>
            <w:tcW w:type="dxa" w:w="2880"/>
          </w:tcPr>
          <w:p>
            <w:r>
              <w:t>the longest axis (best path)</w:t>
            </w:r>
          </w:p>
        </w:tc>
        <w:tc>
          <w:tcPr>
            <w:tcW w:type="dxa" w:w="2880"/>
          </w:tcPr>
          <w:p>
            <w:r>
              <w:t>0.12</w:t>
            </w:r>
          </w:p>
        </w:tc>
        <w:tc>
          <w:tcPr>
            <w:tcW w:type="dxa" w:w="2880"/>
          </w:tcPr>
          <w:p>
            <w:r>
              <w:t>2,182</w:t>
            </w:r>
          </w:p>
        </w:tc>
      </w:tr>
      <w:tr>
        <w:tc>
          <w:tcPr>
            <w:tcW w:type="dxa" w:w="2880"/>
          </w:tcPr>
          <w:p>
            <w:r>
              <w:t>the longest axis (best path)</w:t>
            </w:r>
          </w:p>
        </w:tc>
        <w:tc>
          <w:tcPr>
            <w:tcW w:type="dxa" w:w="2880"/>
          </w:tcPr>
          <w:p>
            <w:r>
              <w:t>0.15</w:t>
            </w:r>
          </w:p>
        </w:tc>
        <w:tc>
          <w:tcPr>
            <w:tcW w:type="dxa" w:w="2880"/>
          </w:tcPr>
          <w:p>
            <w:r>
              <w:t>2,176</w:t>
            </w:r>
          </w:p>
        </w:tc>
      </w:tr>
      <w:tr>
        <w:tc>
          <w:tcPr>
            <w:tcW w:type="dxa" w:w="2880"/>
          </w:tcPr>
          <w:p>
            <w:r>
              <w:t>the longest axis (best path)</w:t>
            </w:r>
          </w:p>
        </w:tc>
        <w:tc>
          <w:tcPr>
            <w:tcW w:type="dxa" w:w="2880"/>
          </w:tcPr>
          <w:p>
            <w:r>
              <w:t>0.18</w:t>
            </w:r>
          </w:p>
        </w:tc>
        <w:tc>
          <w:tcPr>
            <w:tcW w:type="dxa" w:w="2880"/>
          </w:tcPr>
          <w:p>
            <w:r>
              <w:t>2,170</w:t>
            </w:r>
          </w:p>
        </w:tc>
      </w:tr>
      <w:tr>
        <w:tc>
          <w:tcPr>
            <w:tcW w:type="dxa" w:w="2880"/>
          </w:tcPr>
          <w:p>
            <w:r>
              <w:t>the longest axis (best path)</w:t>
            </w:r>
          </w:p>
        </w:tc>
        <w:tc>
          <w:tcPr>
            <w:tcW w:type="dxa" w:w="2880"/>
          </w:tcPr>
          <w:p>
            <w:r>
              <w:t>0.21</w:t>
            </w:r>
          </w:p>
        </w:tc>
        <w:tc>
          <w:tcPr>
            <w:tcW w:type="dxa" w:w="2880"/>
          </w:tcPr>
          <w:p>
            <w:r>
              <w:t>2,165</w:t>
            </w:r>
          </w:p>
        </w:tc>
      </w:tr>
      <w:tr>
        <w:tc>
          <w:tcPr>
            <w:tcW w:type="dxa" w:w="2880"/>
          </w:tcPr>
          <w:p>
            <w:r>
              <w:t>the longest axis (best path)</w:t>
            </w:r>
          </w:p>
        </w:tc>
        <w:tc>
          <w:tcPr>
            <w:tcW w:type="dxa" w:w="2880"/>
          </w:tcPr>
          <w:p>
            <w:r>
              <w:t>0.24</w:t>
            </w:r>
          </w:p>
        </w:tc>
        <w:tc>
          <w:tcPr>
            <w:tcW w:type="dxa" w:w="2880"/>
          </w:tcPr>
          <w:p>
            <w:r>
              <w:t>2,159</w:t>
            </w:r>
          </w:p>
        </w:tc>
      </w:tr>
      <w:tr>
        <w:tc>
          <w:tcPr>
            <w:tcW w:type="dxa" w:w="2880"/>
          </w:tcPr>
          <w:p>
            <w:r>
              <w:t>the longest axis (best path)</w:t>
            </w:r>
          </w:p>
        </w:tc>
        <w:tc>
          <w:tcPr>
            <w:tcW w:type="dxa" w:w="2880"/>
          </w:tcPr>
          <w:p>
            <w:r>
              <w:t>0.27</w:t>
            </w:r>
          </w:p>
        </w:tc>
        <w:tc>
          <w:tcPr>
            <w:tcW w:type="dxa" w:w="2880"/>
          </w:tcPr>
          <w:p>
            <w:r>
              <w:t>2,154</w:t>
            </w:r>
          </w:p>
        </w:tc>
      </w:tr>
      <w:tr>
        <w:tc>
          <w:tcPr>
            <w:tcW w:type="dxa" w:w="2880"/>
          </w:tcPr>
          <w:p>
            <w:r>
              <w:t>the longest axis (best path)</w:t>
            </w:r>
          </w:p>
        </w:tc>
        <w:tc>
          <w:tcPr>
            <w:tcW w:type="dxa" w:w="2880"/>
          </w:tcPr>
          <w:p>
            <w:r>
              <w:t>0.3</w:t>
            </w:r>
          </w:p>
        </w:tc>
        <w:tc>
          <w:tcPr>
            <w:tcW w:type="dxa" w:w="2880"/>
          </w:tcPr>
          <w:p>
            <w:r>
              <w:t>2,148</w:t>
            </w:r>
          </w:p>
        </w:tc>
      </w:tr>
      <w:tr>
        <w:tc>
          <w:tcPr>
            <w:tcW w:type="dxa" w:w="2880"/>
          </w:tcPr>
          <w:p>
            <w:r>
              <w:t>the longest axis (best path)</w:t>
            </w:r>
          </w:p>
        </w:tc>
        <w:tc>
          <w:tcPr>
            <w:tcW w:type="dxa" w:w="2880"/>
          </w:tcPr>
          <w:p>
            <w:r>
              <w:t>0.33</w:t>
            </w:r>
          </w:p>
        </w:tc>
        <w:tc>
          <w:tcPr>
            <w:tcW w:type="dxa" w:w="2880"/>
          </w:tcPr>
          <w:p>
            <w:r>
              <w:t>2,143</w:t>
            </w:r>
          </w:p>
        </w:tc>
      </w:tr>
      <w:tr>
        <w:tc>
          <w:tcPr>
            <w:tcW w:type="dxa" w:w="2880"/>
          </w:tcPr>
          <w:p>
            <w:r>
              <w:t>the longest axis (best path)</w:t>
            </w:r>
          </w:p>
        </w:tc>
        <w:tc>
          <w:tcPr>
            <w:tcW w:type="dxa" w:w="2880"/>
          </w:tcPr>
          <w:p>
            <w:r>
              <w:t>0.36</w:t>
            </w:r>
          </w:p>
        </w:tc>
        <w:tc>
          <w:tcPr>
            <w:tcW w:type="dxa" w:w="2880"/>
          </w:tcPr>
          <w:p>
            <w:r>
              <w:t>2,138</w:t>
            </w:r>
          </w:p>
        </w:tc>
      </w:tr>
      <w:tr>
        <w:tc>
          <w:tcPr>
            <w:tcW w:type="dxa" w:w="2880"/>
          </w:tcPr>
          <w:p>
            <w:r>
              <w:t>the longest axis (best path)</w:t>
            </w:r>
          </w:p>
        </w:tc>
        <w:tc>
          <w:tcPr>
            <w:tcW w:type="dxa" w:w="2880"/>
          </w:tcPr>
          <w:p>
            <w:r>
              <w:t>0.39</w:t>
            </w:r>
          </w:p>
        </w:tc>
        <w:tc>
          <w:tcPr>
            <w:tcW w:type="dxa" w:w="2880"/>
          </w:tcPr>
          <w:p>
            <w:r>
              <w:t>2,133</w:t>
            </w:r>
          </w:p>
        </w:tc>
      </w:tr>
      <w:tr>
        <w:tc>
          <w:tcPr>
            <w:tcW w:type="dxa" w:w="2880"/>
          </w:tcPr>
          <w:p>
            <w:r>
              <w:t>the longest axis (best path)</w:t>
            </w:r>
          </w:p>
        </w:tc>
        <w:tc>
          <w:tcPr>
            <w:tcW w:type="dxa" w:w="2880"/>
          </w:tcPr>
          <w:p>
            <w:r>
              <w:t>0.42</w:t>
            </w:r>
          </w:p>
        </w:tc>
        <w:tc>
          <w:tcPr>
            <w:tcW w:type="dxa" w:w="2880"/>
          </w:tcPr>
          <w:p>
            <w:r>
              <w:t>2,128</w:t>
            </w:r>
          </w:p>
        </w:tc>
      </w:tr>
      <w:tr>
        <w:tc>
          <w:tcPr>
            <w:tcW w:type="dxa" w:w="2880"/>
          </w:tcPr>
          <w:p>
            <w:r>
              <w:t>the longest axis (best path)</w:t>
            </w:r>
          </w:p>
        </w:tc>
        <w:tc>
          <w:tcPr>
            <w:tcW w:type="dxa" w:w="2880"/>
          </w:tcPr>
          <w:p>
            <w:r>
              <w:t>0.45</w:t>
            </w:r>
          </w:p>
        </w:tc>
        <w:tc>
          <w:tcPr>
            <w:tcW w:type="dxa" w:w="2880"/>
          </w:tcPr>
          <w:p>
            <w:r>
              <w:t>2,123</w:t>
            </w:r>
          </w:p>
        </w:tc>
      </w:tr>
      <w:tr>
        <w:tc>
          <w:tcPr>
            <w:tcW w:type="dxa" w:w="2880"/>
          </w:tcPr>
          <w:p>
            <w:r>
              <w:t>the longest axis (best path)</w:t>
            </w:r>
          </w:p>
        </w:tc>
        <w:tc>
          <w:tcPr>
            <w:tcW w:type="dxa" w:w="2880"/>
          </w:tcPr>
          <w:p>
            <w:r>
              <w:t>0.48</w:t>
            </w:r>
          </w:p>
        </w:tc>
        <w:tc>
          <w:tcPr>
            <w:tcW w:type="dxa" w:w="2880"/>
          </w:tcPr>
          <w:p>
            <w:r>
              <w:t>2,118</w:t>
            </w:r>
          </w:p>
        </w:tc>
      </w:tr>
      <w:tr>
        <w:tc>
          <w:tcPr>
            <w:tcW w:type="dxa" w:w="2880"/>
          </w:tcPr>
          <w:p>
            <w:r>
              <w:t>the longest axis (best path)</w:t>
            </w:r>
          </w:p>
        </w:tc>
        <w:tc>
          <w:tcPr>
            <w:tcW w:type="dxa" w:w="2880"/>
          </w:tcPr>
          <w:p>
            <w:r>
              <w:t>0.51</w:t>
            </w:r>
          </w:p>
        </w:tc>
        <w:tc>
          <w:tcPr>
            <w:tcW w:type="dxa" w:w="2880"/>
          </w:tcPr>
          <w:p>
            <w:r>
              <w:t>2,113</w:t>
            </w:r>
          </w:p>
        </w:tc>
      </w:tr>
      <w:tr>
        <w:tc>
          <w:tcPr>
            <w:tcW w:type="dxa" w:w="2880"/>
          </w:tcPr>
          <w:p>
            <w:r>
              <w:t>the longest axis (best path)</w:t>
            </w:r>
          </w:p>
        </w:tc>
        <w:tc>
          <w:tcPr>
            <w:tcW w:type="dxa" w:w="2880"/>
          </w:tcPr>
          <w:p>
            <w:r>
              <w:t>0.54</w:t>
            </w:r>
          </w:p>
        </w:tc>
        <w:tc>
          <w:tcPr>
            <w:tcW w:type="dxa" w:w="2880"/>
          </w:tcPr>
          <w:p>
            <w:r>
              <w:t>2,108</w:t>
            </w:r>
          </w:p>
        </w:tc>
      </w:tr>
      <w:tr>
        <w:tc>
          <w:tcPr>
            <w:tcW w:type="dxa" w:w="2880"/>
          </w:tcPr>
          <w:p>
            <w:r>
              <w:t>the longest axis (best path)</w:t>
            </w:r>
          </w:p>
        </w:tc>
        <w:tc>
          <w:tcPr>
            <w:tcW w:type="dxa" w:w="2880"/>
          </w:tcPr>
          <w:p>
            <w:r>
              <w:t>0.57</w:t>
            </w:r>
          </w:p>
        </w:tc>
        <w:tc>
          <w:tcPr>
            <w:tcW w:type="dxa" w:w="2880"/>
          </w:tcPr>
          <w:p>
            <w:r>
              <w:t>2,103</w:t>
            </w:r>
          </w:p>
        </w:tc>
      </w:tr>
      <w:tr>
        <w:tc>
          <w:tcPr>
            <w:tcW w:type="dxa" w:w="2880"/>
          </w:tcPr>
          <w:p>
            <w:r>
              <w:t>the longest axis (best path)</w:t>
            </w:r>
          </w:p>
        </w:tc>
        <w:tc>
          <w:tcPr>
            <w:tcW w:type="dxa" w:w="2880"/>
          </w:tcPr>
          <w:p>
            <w:r>
              <w:t>0.6</w:t>
            </w:r>
          </w:p>
        </w:tc>
        <w:tc>
          <w:tcPr>
            <w:tcW w:type="dxa" w:w="2880"/>
          </w:tcPr>
          <w:p>
            <w:r>
              <w:t>2,097</w:t>
            </w:r>
          </w:p>
        </w:tc>
      </w:tr>
      <w:tr>
        <w:tc>
          <w:tcPr>
            <w:tcW w:type="dxa" w:w="2880"/>
          </w:tcPr>
          <w:p>
            <w:r>
              <w:t>the longest axis (best path)</w:t>
            </w:r>
          </w:p>
        </w:tc>
        <w:tc>
          <w:tcPr>
            <w:tcW w:type="dxa" w:w="2880"/>
          </w:tcPr>
          <w:p>
            <w:r>
              <w:t>0.63</w:t>
            </w:r>
          </w:p>
        </w:tc>
        <w:tc>
          <w:tcPr>
            <w:tcW w:type="dxa" w:w="2880"/>
          </w:tcPr>
          <w:p>
            <w:r>
              <w:t>2,092</w:t>
            </w:r>
          </w:p>
        </w:tc>
      </w:tr>
      <w:tr>
        <w:tc>
          <w:tcPr>
            <w:tcW w:type="dxa" w:w="2880"/>
          </w:tcPr>
          <w:p>
            <w:r>
              <w:t>the longest axis (best path)</w:t>
            </w:r>
          </w:p>
        </w:tc>
        <w:tc>
          <w:tcPr>
            <w:tcW w:type="dxa" w:w="2880"/>
          </w:tcPr>
          <w:p>
            <w:r>
              <w:t>0.66</w:t>
            </w:r>
          </w:p>
        </w:tc>
        <w:tc>
          <w:tcPr>
            <w:tcW w:type="dxa" w:w="2880"/>
          </w:tcPr>
          <w:p>
            <w:r>
              <w:t>2,086</w:t>
            </w:r>
          </w:p>
        </w:tc>
      </w:tr>
      <w:tr>
        <w:tc>
          <w:tcPr>
            <w:tcW w:type="dxa" w:w="2880"/>
          </w:tcPr>
          <w:p>
            <w:r>
              <w:t>the longest axis (best path)</w:t>
            </w:r>
          </w:p>
        </w:tc>
        <w:tc>
          <w:tcPr>
            <w:tcW w:type="dxa" w:w="2880"/>
          </w:tcPr>
          <w:p>
            <w:r>
              <w:t>0.69</w:t>
            </w:r>
          </w:p>
        </w:tc>
        <w:tc>
          <w:tcPr>
            <w:tcW w:type="dxa" w:w="2880"/>
          </w:tcPr>
          <w:p>
            <w:r>
              <w:t>2,080</w:t>
            </w:r>
          </w:p>
        </w:tc>
      </w:tr>
      <w:tr>
        <w:tc>
          <w:tcPr>
            <w:tcW w:type="dxa" w:w="2880"/>
          </w:tcPr>
          <w:p>
            <w:r>
              <w:t>the longest axis (best path)</w:t>
            </w:r>
          </w:p>
        </w:tc>
        <w:tc>
          <w:tcPr>
            <w:tcW w:type="dxa" w:w="2880"/>
          </w:tcPr>
          <w:p>
            <w:r>
              <w:t>0.72</w:t>
            </w:r>
          </w:p>
        </w:tc>
        <w:tc>
          <w:tcPr>
            <w:tcW w:type="dxa" w:w="2880"/>
          </w:tcPr>
          <w:p>
            <w:r>
              <w:t>2,074</w:t>
            </w:r>
          </w:p>
        </w:tc>
      </w:tr>
      <w:tr>
        <w:tc>
          <w:tcPr>
            <w:tcW w:type="dxa" w:w="2880"/>
          </w:tcPr>
          <w:p>
            <w:r>
              <w:t>the longest axis (best path)</w:t>
            </w:r>
          </w:p>
        </w:tc>
        <w:tc>
          <w:tcPr>
            <w:tcW w:type="dxa" w:w="2880"/>
          </w:tcPr>
          <w:p>
            <w:r>
              <w:t>0.75</w:t>
            </w:r>
          </w:p>
        </w:tc>
        <w:tc>
          <w:tcPr>
            <w:tcW w:type="dxa" w:w="2880"/>
          </w:tcPr>
          <w:p>
            <w:r>
              <w:t>2,068</w:t>
            </w:r>
          </w:p>
        </w:tc>
      </w:tr>
      <w:tr>
        <w:tc>
          <w:tcPr>
            <w:tcW w:type="dxa" w:w="2880"/>
          </w:tcPr>
          <w:p>
            <w:r>
              <w:t>the longest axis (best path)</w:t>
            </w:r>
          </w:p>
        </w:tc>
        <w:tc>
          <w:tcPr>
            <w:tcW w:type="dxa" w:w="2880"/>
          </w:tcPr>
          <w:p>
            <w:r>
              <w:t>0.78</w:t>
            </w:r>
          </w:p>
        </w:tc>
        <w:tc>
          <w:tcPr>
            <w:tcW w:type="dxa" w:w="2880"/>
          </w:tcPr>
          <w:p>
            <w:r>
              <w:t>2,062</w:t>
            </w:r>
          </w:p>
        </w:tc>
      </w:tr>
      <w:tr>
        <w:tc>
          <w:tcPr>
            <w:tcW w:type="dxa" w:w="2880"/>
          </w:tcPr>
          <w:p>
            <w:r>
              <w:t>the longest axis (best path)</w:t>
            </w:r>
          </w:p>
        </w:tc>
        <w:tc>
          <w:tcPr>
            <w:tcW w:type="dxa" w:w="2880"/>
          </w:tcPr>
          <w:p>
            <w:r>
              <w:t>0.81</w:t>
            </w:r>
          </w:p>
        </w:tc>
        <w:tc>
          <w:tcPr>
            <w:tcW w:type="dxa" w:w="2880"/>
          </w:tcPr>
          <w:p>
            <w:r>
              <w:t>2,056</w:t>
            </w:r>
          </w:p>
        </w:tc>
      </w:tr>
      <w:tr>
        <w:tc>
          <w:tcPr>
            <w:tcW w:type="dxa" w:w="2880"/>
          </w:tcPr>
          <w:p>
            <w:r>
              <w:t>the longest axis (best path)</w:t>
            </w:r>
          </w:p>
        </w:tc>
        <w:tc>
          <w:tcPr>
            <w:tcW w:type="dxa" w:w="2880"/>
          </w:tcPr>
          <w:p>
            <w:r>
              <w:t>0.84</w:t>
            </w:r>
          </w:p>
        </w:tc>
        <w:tc>
          <w:tcPr>
            <w:tcW w:type="dxa" w:w="2880"/>
          </w:tcPr>
          <w:p>
            <w:r>
              <w:t>2,050</w:t>
            </w:r>
          </w:p>
        </w:tc>
      </w:tr>
      <w:tr>
        <w:tc>
          <w:tcPr>
            <w:tcW w:type="dxa" w:w="2880"/>
          </w:tcPr>
          <w:p>
            <w:r>
              <w:t>the longest axis (best path)</w:t>
            </w:r>
          </w:p>
        </w:tc>
        <w:tc>
          <w:tcPr>
            <w:tcW w:type="dxa" w:w="2880"/>
          </w:tcPr>
          <w:p>
            <w:r>
              <w:t>0.87</w:t>
            </w:r>
          </w:p>
        </w:tc>
        <w:tc>
          <w:tcPr>
            <w:tcW w:type="dxa" w:w="2880"/>
          </w:tcPr>
          <w:p>
            <w:r>
              <w:t>2,044</w:t>
            </w:r>
          </w:p>
        </w:tc>
      </w:tr>
      <w:tr>
        <w:tc>
          <w:tcPr>
            <w:tcW w:type="dxa" w:w="2880"/>
          </w:tcPr>
          <w:p>
            <w:r>
              <w:t>the longest axis (best path)</w:t>
            </w:r>
          </w:p>
        </w:tc>
        <w:tc>
          <w:tcPr>
            <w:tcW w:type="dxa" w:w="2880"/>
          </w:tcPr>
          <w:p>
            <w:r>
              <w:t>0.9</w:t>
            </w:r>
          </w:p>
        </w:tc>
        <w:tc>
          <w:tcPr>
            <w:tcW w:type="dxa" w:w="2880"/>
          </w:tcPr>
          <w:p>
            <w:r>
              <w:t>2,039</w:t>
            </w:r>
          </w:p>
        </w:tc>
      </w:tr>
      <w:tr>
        <w:tc>
          <w:tcPr>
            <w:tcW w:type="dxa" w:w="2880"/>
          </w:tcPr>
          <w:p>
            <w:r>
              <w:t>the longest axis (best path)</w:t>
            </w:r>
          </w:p>
        </w:tc>
        <w:tc>
          <w:tcPr>
            <w:tcW w:type="dxa" w:w="2880"/>
          </w:tcPr>
          <w:p>
            <w:r>
              <w:t>0.93</w:t>
            </w:r>
          </w:p>
        </w:tc>
        <w:tc>
          <w:tcPr>
            <w:tcW w:type="dxa" w:w="2880"/>
          </w:tcPr>
          <w:p>
            <w:r>
              <w:t>2,033</w:t>
            </w:r>
          </w:p>
        </w:tc>
      </w:tr>
      <w:tr>
        <w:tc>
          <w:tcPr>
            <w:tcW w:type="dxa" w:w="2880"/>
          </w:tcPr>
          <w:p>
            <w:r>
              <w:t>the longest axis (best path)</w:t>
            </w:r>
          </w:p>
        </w:tc>
        <w:tc>
          <w:tcPr>
            <w:tcW w:type="dxa" w:w="2880"/>
          </w:tcPr>
          <w:p>
            <w:r>
              <w:t>0.96</w:t>
            </w:r>
          </w:p>
        </w:tc>
        <w:tc>
          <w:tcPr>
            <w:tcW w:type="dxa" w:w="2880"/>
          </w:tcPr>
          <w:p>
            <w:r>
              <w:t>2,027</w:t>
            </w:r>
          </w:p>
        </w:tc>
      </w:tr>
      <w:tr>
        <w:tc>
          <w:tcPr>
            <w:tcW w:type="dxa" w:w="2880"/>
          </w:tcPr>
          <w:p>
            <w:r>
              <w:t>the longest axis (best path)</w:t>
            </w:r>
          </w:p>
        </w:tc>
        <w:tc>
          <w:tcPr>
            <w:tcW w:type="dxa" w:w="2880"/>
          </w:tcPr>
          <w:p>
            <w:r>
              <w:t>0.99</w:t>
            </w:r>
          </w:p>
        </w:tc>
        <w:tc>
          <w:tcPr>
            <w:tcW w:type="dxa" w:w="2880"/>
          </w:tcPr>
          <w:p>
            <w:r>
              <w:t>2,021</w:t>
            </w:r>
          </w:p>
        </w:tc>
      </w:tr>
      <w:tr>
        <w:tc>
          <w:tcPr>
            <w:tcW w:type="dxa" w:w="2880"/>
          </w:tcPr>
          <w:p>
            <w:r>
              <w:t>the longest axis (best path)</w:t>
            </w:r>
          </w:p>
        </w:tc>
        <w:tc>
          <w:tcPr>
            <w:tcW w:type="dxa" w:w="2880"/>
          </w:tcPr>
          <w:p>
            <w:r>
              <w:t>1.02</w:t>
            </w:r>
          </w:p>
        </w:tc>
        <w:tc>
          <w:tcPr>
            <w:tcW w:type="dxa" w:w="2880"/>
          </w:tcPr>
          <w:p>
            <w:r>
              <w:t>2,015</w:t>
            </w:r>
          </w:p>
        </w:tc>
      </w:tr>
      <w:tr>
        <w:tc>
          <w:tcPr>
            <w:tcW w:type="dxa" w:w="2880"/>
          </w:tcPr>
          <w:p>
            <w:r>
              <w:t>the longest axis (best path)</w:t>
            </w:r>
          </w:p>
        </w:tc>
        <w:tc>
          <w:tcPr>
            <w:tcW w:type="dxa" w:w="2880"/>
          </w:tcPr>
          <w:p>
            <w:r>
              <w:t>1.05</w:t>
            </w:r>
          </w:p>
        </w:tc>
        <w:tc>
          <w:tcPr>
            <w:tcW w:type="dxa" w:w="2880"/>
          </w:tcPr>
          <w:p>
            <w:r>
              <w:t>2,009</w:t>
            </w:r>
          </w:p>
        </w:tc>
      </w:tr>
      <w:tr>
        <w:tc>
          <w:tcPr>
            <w:tcW w:type="dxa" w:w="2880"/>
          </w:tcPr>
          <w:p>
            <w:r>
              <w:t>the longest axis (best path)</w:t>
            </w:r>
          </w:p>
        </w:tc>
        <w:tc>
          <w:tcPr>
            <w:tcW w:type="dxa" w:w="2880"/>
          </w:tcPr>
          <w:p>
            <w:r>
              <w:t>1.08</w:t>
            </w:r>
          </w:p>
        </w:tc>
        <w:tc>
          <w:tcPr>
            <w:tcW w:type="dxa" w:w="2880"/>
          </w:tcPr>
          <w:p>
            <w:r>
              <w:t>2,003</w:t>
            </w:r>
          </w:p>
        </w:tc>
      </w:tr>
      <w:tr>
        <w:tc>
          <w:tcPr>
            <w:tcW w:type="dxa" w:w="2880"/>
          </w:tcPr>
          <w:p>
            <w:r>
              <w:t>the longest axis (best path)</w:t>
            </w:r>
          </w:p>
        </w:tc>
        <w:tc>
          <w:tcPr>
            <w:tcW w:type="dxa" w:w="2880"/>
          </w:tcPr>
          <w:p>
            <w:r>
              <w:t>1.11</w:t>
            </w:r>
          </w:p>
        </w:tc>
        <w:tc>
          <w:tcPr>
            <w:tcW w:type="dxa" w:w="2880"/>
          </w:tcPr>
          <w:p>
            <w:r>
              <w:t>1,998</w:t>
            </w:r>
          </w:p>
        </w:tc>
      </w:tr>
      <w:tr>
        <w:tc>
          <w:tcPr>
            <w:tcW w:type="dxa" w:w="2880"/>
          </w:tcPr>
          <w:p>
            <w:r>
              <w:t>the longest axis (best path)</w:t>
            </w:r>
          </w:p>
        </w:tc>
        <w:tc>
          <w:tcPr>
            <w:tcW w:type="dxa" w:w="2880"/>
          </w:tcPr>
          <w:p>
            <w:r>
              <w:t>1.14</w:t>
            </w:r>
          </w:p>
        </w:tc>
        <w:tc>
          <w:tcPr>
            <w:tcW w:type="dxa" w:w="2880"/>
          </w:tcPr>
          <w:p>
            <w:r>
              <w:t>1,992</w:t>
            </w:r>
          </w:p>
        </w:tc>
      </w:tr>
      <w:tr>
        <w:tc>
          <w:tcPr>
            <w:tcW w:type="dxa" w:w="2880"/>
          </w:tcPr>
          <w:p>
            <w:r>
              <w:t>the longest axis (best path)</w:t>
            </w:r>
          </w:p>
        </w:tc>
        <w:tc>
          <w:tcPr>
            <w:tcW w:type="dxa" w:w="2880"/>
          </w:tcPr>
          <w:p>
            <w:r>
              <w:t>1.17</w:t>
            </w:r>
          </w:p>
        </w:tc>
        <w:tc>
          <w:tcPr>
            <w:tcW w:type="dxa" w:w="2880"/>
          </w:tcPr>
          <w:p>
            <w:r>
              <w:t>1,986</w:t>
            </w:r>
          </w:p>
        </w:tc>
      </w:tr>
      <w:tr>
        <w:tc>
          <w:tcPr>
            <w:tcW w:type="dxa" w:w="2880"/>
          </w:tcPr>
          <w:p>
            <w:r>
              <w:t>the longest axis (best path)</w:t>
            </w:r>
          </w:p>
        </w:tc>
        <w:tc>
          <w:tcPr>
            <w:tcW w:type="dxa" w:w="2880"/>
          </w:tcPr>
          <w:p>
            <w:r>
              <w:t>1.2</w:t>
            </w:r>
          </w:p>
        </w:tc>
        <w:tc>
          <w:tcPr>
            <w:tcW w:type="dxa" w:w="2880"/>
          </w:tcPr>
          <w:p>
            <w:r>
              <w:t>1,980</w:t>
            </w:r>
          </w:p>
        </w:tc>
      </w:tr>
      <w:tr>
        <w:tc>
          <w:tcPr>
            <w:tcW w:type="dxa" w:w="2880"/>
          </w:tcPr>
          <w:p>
            <w:r>
              <w:t>the longest axis (best path)</w:t>
            </w:r>
          </w:p>
        </w:tc>
        <w:tc>
          <w:tcPr>
            <w:tcW w:type="dxa" w:w="2880"/>
          </w:tcPr>
          <w:p>
            <w:r>
              <w:t>1.23</w:t>
            </w:r>
          </w:p>
        </w:tc>
        <w:tc>
          <w:tcPr>
            <w:tcW w:type="dxa" w:w="2880"/>
          </w:tcPr>
          <w:p>
            <w:r>
              <w:t>1,974</w:t>
            </w:r>
          </w:p>
        </w:tc>
      </w:tr>
      <w:tr>
        <w:tc>
          <w:tcPr>
            <w:tcW w:type="dxa" w:w="2880"/>
          </w:tcPr>
          <w:p>
            <w:r>
              <w:t>the longest axis (best path)</w:t>
            </w:r>
          </w:p>
        </w:tc>
        <w:tc>
          <w:tcPr>
            <w:tcW w:type="dxa" w:w="2880"/>
          </w:tcPr>
          <w:p>
            <w:r>
              <w:t>1.26</w:t>
            </w:r>
          </w:p>
        </w:tc>
        <w:tc>
          <w:tcPr>
            <w:tcW w:type="dxa" w:w="2880"/>
          </w:tcPr>
          <w:p>
            <w:r>
              <w:t>1,968</w:t>
            </w:r>
          </w:p>
        </w:tc>
      </w:tr>
      <w:tr>
        <w:tc>
          <w:tcPr>
            <w:tcW w:type="dxa" w:w="2880"/>
          </w:tcPr>
          <w:p>
            <w:r>
              <w:t>the longest axis (best path)</w:t>
            </w:r>
          </w:p>
        </w:tc>
        <w:tc>
          <w:tcPr>
            <w:tcW w:type="dxa" w:w="2880"/>
          </w:tcPr>
          <w:p>
            <w:r>
              <w:t>1.29</w:t>
            </w:r>
          </w:p>
        </w:tc>
        <w:tc>
          <w:tcPr>
            <w:tcW w:type="dxa" w:w="2880"/>
          </w:tcPr>
          <w:p>
            <w:r>
              <w:t>1,962</w:t>
            </w:r>
          </w:p>
        </w:tc>
      </w:tr>
      <w:tr>
        <w:tc>
          <w:tcPr>
            <w:tcW w:type="dxa" w:w="2880"/>
          </w:tcPr>
          <w:p>
            <w:r>
              <w:t>the longest axis (best path)</w:t>
            </w:r>
          </w:p>
        </w:tc>
        <w:tc>
          <w:tcPr>
            <w:tcW w:type="dxa" w:w="2880"/>
          </w:tcPr>
          <w:p>
            <w:r>
              <w:t>1.32</w:t>
            </w:r>
          </w:p>
        </w:tc>
        <w:tc>
          <w:tcPr>
            <w:tcW w:type="dxa" w:w="2880"/>
          </w:tcPr>
          <w:p>
            <w:r>
              <w:t>1,957</w:t>
            </w:r>
          </w:p>
        </w:tc>
      </w:tr>
      <w:tr>
        <w:tc>
          <w:tcPr>
            <w:tcW w:type="dxa" w:w="2880"/>
          </w:tcPr>
          <w:p>
            <w:r>
              <w:t>the longest axis (best path)</w:t>
            </w:r>
          </w:p>
        </w:tc>
        <w:tc>
          <w:tcPr>
            <w:tcW w:type="dxa" w:w="2880"/>
          </w:tcPr>
          <w:p>
            <w:r>
              <w:t>1.35</w:t>
            </w:r>
          </w:p>
        </w:tc>
        <w:tc>
          <w:tcPr>
            <w:tcW w:type="dxa" w:w="2880"/>
          </w:tcPr>
          <w:p>
            <w:r>
              <w:t>1,951</w:t>
            </w:r>
          </w:p>
        </w:tc>
      </w:tr>
      <w:tr>
        <w:tc>
          <w:tcPr>
            <w:tcW w:type="dxa" w:w="2880"/>
          </w:tcPr>
          <w:p>
            <w:r>
              <w:t>the longest axis (best path)</w:t>
            </w:r>
          </w:p>
        </w:tc>
        <w:tc>
          <w:tcPr>
            <w:tcW w:type="dxa" w:w="2880"/>
          </w:tcPr>
          <w:p>
            <w:r>
              <w:t>1.38</w:t>
            </w:r>
          </w:p>
        </w:tc>
        <w:tc>
          <w:tcPr>
            <w:tcW w:type="dxa" w:w="2880"/>
          </w:tcPr>
          <w:p>
            <w:r>
              <w:t>1,945</w:t>
            </w:r>
          </w:p>
        </w:tc>
      </w:tr>
      <w:tr>
        <w:tc>
          <w:tcPr>
            <w:tcW w:type="dxa" w:w="2880"/>
          </w:tcPr>
          <w:p>
            <w:r>
              <w:t>the longest axis (best path)</w:t>
            </w:r>
          </w:p>
        </w:tc>
        <w:tc>
          <w:tcPr>
            <w:tcW w:type="dxa" w:w="2880"/>
          </w:tcPr>
          <w:p>
            <w:r>
              <w:t>1.41</w:t>
            </w:r>
          </w:p>
        </w:tc>
        <w:tc>
          <w:tcPr>
            <w:tcW w:type="dxa" w:w="2880"/>
          </w:tcPr>
          <w:p>
            <w:r>
              <w:t>1,939</w:t>
            </w:r>
          </w:p>
        </w:tc>
      </w:tr>
      <w:tr>
        <w:tc>
          <w:tcPr>
            <w:tcW w:type="dxa" w:w="2880"/>
          </w:tcPr>
          <w:p>
            <w:r>
              <w:t>the longest axis (best path)</w:t>
            </w:r>
          </w:p>
        </w:tc>
        <w:tc>
          <w:tcPr>
            <w:tcW w:type="dxa" w:w="2880"/>
          </w:tcPr>
          <w:p>
            <w:r>
              <w:t>1.44</w:t>
            </w:r>
          </w:p>
        </w:tc>
        <w:tc>
          <w:tcPr>
            <w:tcW w:type="dxa" w:w="2880"/>
          </w:tcPr>
          <w:p>
            <w:r>
              <w:t>1,934</w:t>
            </w:r>
          </w:p>
        </w:tc>
      </w:tr>
      <w:tr>
        <w:tc>
          <w:tcPr>
            <w:tcW w:type="dxa" w:w="2880"/>
          </w:tcPr>
          <w:p>
            <w:r>
              <w:t>the longest axis (best path)</w:t>
            </w:r>
          </w:p>
        </w:tc>
        <w:tc>
          <w:tcPr>
            <w:tcW w:type="dxa" w:w="2880"/>
          </w:tcPr>
          <w:p>
            <w:r>
              <w:t>1.47</w:t>
            </w:r>
          </w:p>
        </w:tc>
        <w:tc>
          <w:tcPr>
            <w:tcW w:type="dxa" w:w="2880"/>
          </w:tcPr>
          <w:p>
            <w:r>
              <w:t>1,928</w:t>
            </w:r>
          </w:p>
        </w:tc>
      </w:tr>
      <w:tr>
        <w:tc>
          <w:tcPr>
            <w:tcW w:type="dxa" w:w="2880"/>
          </w:tcPr>
          <w:p>
            <w:r>
              <w:t>the longest axis (best path)</w:t>
            </w:r>
          </w:p>
        </w:tc>
        <w:tc>
          <w:tcPr>
            <w:tcW w:type="dxa" w:w="2880"/>
          </w:tcPr>
          <w:p>
            <w:r>
              <w:t>1.5</w:t>
            </w:r>
          </w:p>
        </w:tc>
        <w:tc>
          <w:tcPr>
            <w:tcW w:type="dxa" w:w="2880"/>
          </w:tcPr>
          <w:p>
            <w:r>
              <w:t>1,923</w:t>
            </w:r>
          </w:p>
        </w:tc>
      </w:tr>
      <w:tr>
        <w:tc>
          <w:tcPr>
            <w:tcW w:type="dxa" w:w="2880"/>
          </w:tcPr>
          <w:p>
            <w:r>
              <w:t>the longest axis (best path)</w:t>
            </w:r>
          </w:p>
        </w:tc>
        <w:tc>
          <w:tcPr>
            <w:tcW w:type="dxa" w:w="2880"/>
          </w:tcPr>
          <w:p>
            <w:r>
              <w:t>1.53</w:t>
            </w:r>
          </w:p>
        </w:tc>
        <w:tc>
          <w:tcPr>
            <w:tcW w:type="dxa" w:w="2880"/>
          </w:tcPr>
          <w:p>
            <w:r>
              <w:t>1,917</w:t>
            </w:r>
          </w:p>
        </w:tc>
      </w:tr>
      <w:tr>
        <w:tc>
          <w:tcPr>
            <w:tcW w:type="dxa" w:w="2880"/>
          </w:tcPr>
          <w:p>
            <w:r>
              <w:t>the longest axis (best path)</w:t>
            </w:r>
          </w:p>
        </w:tc>
        <w:tc>
          <w:tcPr>
            <w:tcW w:type="dxa" w:w="2880"/>
          </w:tcPr>
          <w:p>
            <w:r>
              <w:t>1.56</w:t>
            </w:r>
          </w:p>
        </w:tc>
        <w:tc>
          <w:tcPr>
            <w:tcW w:type="dxa" w:w="2880"/>
          </w:tcPr>
          <w:p>
            <w:r>
              <w:t>1,912</w:t>
            </w:r>
          </w:p>
        </w:tc>
      </w:tr>
      <w:tr>
        <w:tc>
          <w:tcPr>
            <w:tcW w:type="dxa" w:w="2880"/>
          </w:tcPr>
          <w:p>
            <w:r>
              <w:t>the longest axis (best path)</w:t>
            </w:r>
          </w:p>
        </w:tc>
        <w:tc>
          <w:tcPr>
            <w:tcW w:type="dxa" w:w="2880"/>
          </w:tcPr>
          <w:p>
            <w:r>
              <w:t>1.59</w:t>
            </w:r>
          </w:p>
        </w:tc>
        <w:tc>
          <w:tcPr>
            <w:tcW w:type="dxa" w:w="2880"/>
          </w:tcPr>
          <w:p>
            <w:r>
              <w:t>1,906</w:t>
            </w:r>
          </w:p>
        </w:tc>
      </w:tr>
      <w:tr>
        <w:tc>
          <w:tcPr>
            <w:tcW w:type="dxa" w:w="2880"/>
          </w:tcPr>
          <w:p>
            <w:r>
              <w:t>the longest axis (best path)</w:t>
            </w:r>
          </w:p>
        </w:tc>
        <w:tc>
          <w:tcPr>
            <w:tcW w:type="dxa" w:w="2880"/>
          </w:tcPr>
          <w:p>
            <w:r>
              <w:t>1.62</w:t>
            </w:r>
          </w:p>
        </w:tc>
        <w:tc>
          <w:tcPr>
            <w:tcW w:type="dxa" w:w="2880"/>
          </w:tcPr>
          <w:p>
            <w:r>
              <w:t>1,901</w:t>
            </w:r>
          </w:p>
        </w:tc>
      </w:tr>
      <w:tr>
        <w:tc>
          <w:tcPr>
            <w:tcW w:type="dxa" w:w="2880"/>
          </w:tcPr>
          <w:p>
            <w:r>
              <w:t>the longest axis (best path)</w:t>
            </w:r>
          </w:p>
        </w:tc>
        <w:tc>
          <w:tcPr>
            <w:tcW w:type="dxa" w:w="2880"/>
          </w:tcPr>
          <w:p>
            <w:r>
              <w:t>1.65</w:t>
            </w:r>
          </w:p>
        </w:tc>
        <w:tc>
          <w:tcPr>
            <w:tcW w:type="dxa" w:w="2880"/>
          </w:tcPr>
          <w:p>
            <w:r>
              <w:t>1,895</w:t>
            </w:r>
          </w:p>
        </w:tc>
      </w:tr>
      <w:tr>
        <w:tc>
          <w:tcPr>
            <w:tcW w:type="dxa" w:w="2880"/>
          </w:tcPr>
          <w:p>
            <w:r>
              <w:t>the longest axis (best path)</w:t>
            </w:r>
          </w:p>
        </w:tc>
        <w:tc>
          <w:tcPr>
            <w:tcW w:type="dxa" w:w="2880"/>
          </w:tcPr>
          <w:p>
            <w:r>
              <w:t>1.68</w:t>
            </w:r>
          </w:p>
        </w:tc>
        <w:tc>
          <w:tcPr>
            <w:tcW w:type="dxa" w:w="2880"/>
          </w:tcPr>
          <w:p>
            <w:r>
              <w:t>1,890</w:t>
            </w:r>
          </w:p>
        </w:tc>
      </w:tr>
      <w:tr>
        <w:tc>
          <w:tcPr>
            <w:tcW w:type="dxa" w:w="2880"/>
          </w:tcPr>
          <w:p>
            <w:r>
              <w:t>the longest axis (best path)</w:t>
            </w:r>
          </w:p>
        </w:tc>
        <w:tc>
          <w:tcPr>
            <w:tcW w:type="dxa" w:w="2880"/>
          </w:tcPr>
          <w:p>
            <w:r>
              <w:t>1.71</w:t>
            </w:r>
          </w:p>
        </w:tc>
        <w:tc>
          <w:tcPr>
            <w:tcW w:type="dxa" w:w="2880"/>
          </w:tcPr>
          <w:p>
            <w:r>
              <w:t>1,884</w:t>
            </w:r>
          </w:p>
        </w:tc>
      </w:tr>
      <w:tr>
        <w:tc>
          <w:tcPr>
            <w:tcW w:type="dxa" w:w="2880"/>
          </w:tcPr>
          <w:p>
            <w:r>
              <w:t>the longest axis (best path)</w:t>
            </w:r>
          </w:p>
        </w:tc>
        <w:tc>
          <w:tcPr>
            <w:tcW w:type="dxa" w:w="2880"/>
          </w:tcPr>
          <w:p>
            <w:r>
              <w:t>1.74</w:t>
            </w:r>
          </w:p>
        </w:tc>
        <w:tc>
          <w:tcPr>
            <w:tcW w:type="dxa" w:w="2880"/>
          </w:tcPr>
          <w:p>
            <w:r>
              <w:t>1,879</w:t>
            </w:r>
          </w:p>
        </w:tc>
      </w:tr>
      <w:tr>
        <w:tc>
          <w:tcPr>
            <w:tcW w:type="dxa" w:w="2880"/>
          </w:tcPr>
          <w:p>
            <w:r>
              <w:t>the longest axis (best path)</w:t>
            </w:r>
          </w:p>
        </w:tc>
        <w:tc>
          <w:tcPr>
            <w:tcW w:type="dxa" w:w="2880"/>
          </w:tcPr>
          <w:p>
            <w:r>
              <w:t>1.77</w:t>
            </w:r>
          </w:p>
        </w:tc>
        <w:tc>
          <w:tcPr>
            <w:tcW w:type="dxa" w:w="2880"/>
          </w:tcPr>
          <w:p>
            <w:r>
              <w:t>1,873</w:t>
            </w:r>
          </w:p>
        </w:tc>
      </w:tr>
      <w:tr>
        <w:tc>
          <w:tcPr>
            <w:tcW w:type="dxa" w:w="2880"/>
          </w:tcPr>
          <w:p>
            <w:r>
              <w:t>the longest axis (best path)</w:t>
            </w:r>
          </w:p>
        </w:tc>
        <w:tc>
          <w:tcPr>
            <w:tcW w:type="dxa" w:w="2880"/>
          </w:tcPr>
          <w:p>
            <w:r>
              <w:t>1.8</w:t>
            </w:r>
          </w:p>
        </w:tc>
        <w:tc>
          <w:tcPr>
            <w:tcW w:type="dxa" w:w="2880"/>
          </w:tcPr>
          <w:p>
            <w:r>
              <w:t>1,868</w:t>
            </w:r>
          </w:p>
        </w:tc>
      </w:tr>
      <w:tr>
        <w:tc>
          <w:tcPr>
            <w:tcW w:type="dxa" w:w="2880"/>
          </w:tcPr>
          <w:p>
            <w:r>
              <w:t>the longest axis (best path)</w:t>
            </w:r>
          </w:p>
        </w:tc>
        <w:tc>
          <w:tcPr>
            <w:tcW w:type="dxa" w:w="2880"/>
          </w:tcPr>
          <w:p>
            <w:r>
              <w:t>1.83</w:t>
            </w:r>
          </w:p>
        </w:tc>
        <w:tc>
          <w:tcPr>
            <w:tcW w:type="dxa" w:w="2880"/>
          </w:tcPr>
          <w:p>
            <w:r>
              <w:t>1,863</w:t>
            </w:r>
          </w:p>
        </w:tc>
      </w:tr>
      <w:tr>
        <w:tc>
          <w:tcPr>
            <w:tcW w:type="dxa" w:w="2880"/>
          </w:tcPr>
          <w:p>
            <w:r>
              <w:t>the longest axis (best path)</w:t>
            </w:r>
          </w:p>
        </w:tc>
        <w:tc>
          <w:tcPr>
            <w:tcW w:type="dxa" w:w="2880"/>
          </w:tcPr>
          <w:p>
            <w:r>
              <w:t>1.86</w:t>
            </w:r>
          </w:p>
        </w:tc>
        <w:tc>
          <w:tcPr>
            <w:tcW w:type="dxa" w:w="2880"/>
          </w:tcPr>
          <w:p>
            <w:r>
              <w:t>1,857</w:t>
            </w:r>
          </w:p>
        </w:tc>
      </w:tr>
      <w:tr>
        <w:tc>
          <w:tcPr>
            <w:tcW w:type="dxa" w:w="2880"/>
          </w:tcPr>
          <w:p>
            <w:r>
              <w:t>the longest axis (best path)</w:t>
            </w:r>
          </w:p>
        </w:tc>
        <w:tc>
          <w:tcPr>
            <w:tcW w:type="dxa" w:w="2880"/>
          </w:tcPr>
          <w:p>
            <w:r>
              <w:t>1.89</w:t>
            </w:r>
          </w:p>
        </w:tc>
        <w:tc>
          <w:tcPr>
            <w:tcW w:type="dxa" w:w="2880"/>
          </w:tcPr>
          <w:p>
            <w:r>
              <w:t>1,852</w:t>
            </w:r>
          </w:p>
        </w:tc>
      </w:tr>
      <w:tr>
        <w:tc>
          <w:tcPr>
            <w:tcW w:type="dxa" w:w="2880"/>
          </w:tcPr>
          <w:p>
            <w:r>
              <w:t>the longest axis (best path)</w:t>
            </w:r>
          </w:p>
        </w:tc>
        <w:tc>
          <w:tcPr>
            <w:tcW w:type="dxa" w:w="2880"/>
          </w:tcPr>
          <w:p>
            <w:r>
              <w:t>1.92</w:t>
            </w:r>
          </w:p>
        </w:tc>
        <w:tc>
          <w:tcPr>
            <w:tcW w:type="dxa" w:w="2880"/>
          </w:tcPr>
          <w:p>
            <w:r>
              <w:t>1,846</w:t>
            </w:r>
          </w:p>
        </w:tc>
      </w:tr>
      <w:tr>
        <w:tc>
          <w:tcPr>
            <w:tcW w:type="dxa" w:w="2880"/>
          </w:tcPr>
          <w:p>
            <w:r>
              <w:t>the longest axis (best path)</w:t>
            </w:r>
          </w:p>
        </w:tc>
        <w:tc>
          <w:tcPr>
            <w:tcW w:type="dxa" w:w="2880"/>
          </w:tcPr>
          <w:p>
            <w:r>
              <w:t>1.95</w:t>
            </w:r>
          </w:p>
        </w:tc>
        <w:tc>
          <w:tcPr>
            <w:tcW w:type="dxa" w:w="2880"/>
          </w:tcPr>
          <w:p>
            <w:r>
              <w:t>1,841</w:t>
            </w:r>
          </w:p>
        </w:tc>
      </w:tr>
      <w:tr>
        <w:tc>
          <w:tcPr>
            <w:tcW w:type="dxa" w:w="2880"/>
          </w:tcPr>
          <w:p>
            <w:r>
              <w:t>the longest axis (best path)</w:t>
            </w:r>
          </w:p>
        </w:tc>
        <w:tc>
          <w:tcPr>
            <w:tcW w:type="dxa" w:w="2880"/>
          </w:tcPr>
          <w:p>
            <w:r>
              <w:t>1.98</w:t>
            </w:r>
          </w:p>
        </w:tc>
        <w:tc>
          <w:tcPr>
            <w:tcW w:type="dxa" w:w="2880"/>
          </w:tcPr>
          <w:p>
            <w:r>
              <w:t>1,835</w:t>
            </w:r>
          </w:p>
        </w:tc>
      </w:tr>
      <w:tr>
        <w:tc>
          <w:tcPr>
            <w:tcW w:type="dxa" w:w="2880"/>
          </w:tcPr>
          <w:p>
            <w:r>
              <w:t>the longest axis (best path)</w:t>
            </w:r>
          </w:p>
        </w:tc>
        <w:tc>
          <w:tcPr>
            <w:tcW w:type="dxa" w:w="2880"/>
          </w:tcPr>
          <w:p>
            <w:r>
              <w:t>2.01</w:t>
            </w:r>
          </w:p>
        </w:tc>
        <w:tc>
          <w:tcPr>
            <w:tcW w:type="dxa" w:w="2880"/>
          </w:tcPr>
          <w:p>
            <w:r>
              <w:t>1,830</w:t>
            </w:r>
          </w:p>
        </w:tc>
      </w:tr>
      <w:tr>
        <w:tc>
          <w:tcPr>
            <w:tcW w:type="dxa" w:w="2880"/>
          </w:tcPr>
          <w:p>
            <w:r>
              <w:t>the longest axis (best path)</w:t>
            </w:r>
          </w:p>
        </w:tc>
        <w:tc>
          <w:tcPr>
            <w:tcW w:type="dxa" w:w="2880"/>
          </w:tcPr>
          <w:p>
            <w:r>
              <w:t>2.04</w:t>
            </w:r>
          </w:p>
        </w:tc>
        <w:tc>
          <w:tcPr>
            <w:tcW w:type="dxa" w:w="2880"/>
          </w:tcPr>
          <w:p>
            <w:r>
              <w:t>1,824</w:t>
            </w:r>
          </w:p>
        </w:tc>
      </w:tr>
      <w:tr>
        <w:tc>
          <w:tcPr>
            <w:tcW w:type="dxa" w:w="2880"/>
          </w:tcPr>
          <w:p>
            <w:r>
              <w:t>the longest axis (best path)</w:t>
            </w:r>
          </w:p>
        </w:tc>
        <w:tc>
          <w:tcPr>
            <w:tcW w:type="dxa" w:w="2880"/>
          </w:tcPr>
          <w:p>
            <w:r>
              <w:t>2.07</w:t>
            </w:r>
          </w:p>
        </w:tc>
        <w:tc>
          <w:tcPr>
            <w:tcW w:type="dxa" w:w="2880"/>
          </w:tcPr>
          <w:p>
            <w:r>
              <w:t>1,819</w:t>
            </w:r>
          </w:p>
        </w:tc>
      </w:tr>
      <w:tr>
        <w:tc>
          <w:tcPr>
            <w:tcW w:type="dxa" w:w="2880"/>
          </w:tcPr>
          <w:p>
            <w:r>
              <w:t>the longest axis (best path)</w:t>
            </w:r>
          </w:p>
        </w:tc>
        <w:tc>
          <w:tcPr>
            <w:tcW w:type="dxa" w:w="2880"/>
          </w:tcPr>
          <w:p>
            <w:r>
              <w:t>2.1</w:t>
            </w:r>
          </w:p>
        </w:tc>
        <w:tc>
          <w:tcPr>
            <w:tcW w:type="dxa" w:w="2880"/>
          </w:tcPr>
          <w:p>
            <w:r>
              <w:t>1,813</w:t>
            </w:r>
          </w:p>
        </w:tc>
      </w:tr>
      <w:tr>
        <w:tc>
          <w:tcPr>
            <w:tcW w:type="dxa" w:w="2880"/>
          </w:tcPr>
          <w:p>
            <w:r>
              <w:t>the longest axis (best path)</w:t>
            </w:r>
          </w:p>
        </w:tc>
        <w:tc>
          <w:tcPr>
            <w:tcW w:type="dxa" w:w="2880"/>
          </w:tcPr>
          <w:p>
            <w:r>
              <w:t>2.13</w:t>
            </w:r>
          </w:p>
        </w:tc>
        <w:tc>
          <w:tcPr>
            <w:tcW w:type="dxa" w:w="2880"/>
          </w:tcPr>
          <w:p>
            <w:r>
              <w:t>1,808</w:t>
            </w:r>
          </w:p>
        </w:tc>
      </w:tr>
      <w:tr>
        <w:tc>
          <w:tcPr>
            <w:tcW w:type="dxa" w:w="2880"/>
          </w:tcPr>
          <w:p>
            <w:r>
              <w:t>the longest axis (best path)</w:t>
            </w:r>
          </w:p>
        </w:tc>
        <w:tc>
          <w:tcPr>
            <w:tcW w:type="dxa" w:w="2880"/>
          </w:tcPr>
          <w:p>
            <w:r>
              <w:t>2.16</w:t>
            </w:r>
          </w:p>
        </w:tc>
        <w:tc>
          <w:tcPr>
            <w:tcW w:type="dxa" w:w="2880"/>
          </w:tcPr>
          <w:p>
            <w:r>
              <w:t>1,803</w:t>
            </w:r>
          </w:p>
        </w:tc>
      </w:tr>
      <w:tr>
        <w:tc>
          <w:tcPr>
            <w:tcW w:type="dxa" w:w="2880"/>
          </w:tcPr>
          <w:p>
            <w:r>
              <w:t>the longest axis (best path)</w:t>
            </w:r>
          </w:p>
        </w:tc>
        <w:tc>
          <w:tcPr>
            <w:tcW w:type="dxa" w:w="2880"/>
          </w:tcPr>
          <w:p>
            <w:r>
              <w:t>2.19</w:t>
            </w:r>
          </w:p>
        </w:tc>
        <w:tc>
          <w:tcPr>
            <w:tcW w:type="dxa" w:w="2880"/>
          </w:tcPr>
          <w:p>
            <w:r>
              <w:t>1,797</w:t>
            </w:r>
          </w:p>
        </w:tc>
      </w:tr>
      <w:tr>
        <w:tc>
          <w:tcPr>
            <w:tcW w:type="dxa" w:w="2880"/>
          </w:tcPr>
          <w:p>
            <w:r>
              <w:t>the longest axis (best path)</w:t>
            </w:r>
          </w:p>
        </w:tc>
        <w:tc>
          <w:tcPr>
            <w:tcW w:type="dxa" w:w="2880"/>
          </w:tcPr>
          <w:p>
            <w:r>
              <w:t>2.22</w:t>
            </w:r>
          </w:p>
        </w:tc>
        <w:tc>
          <w:tcPr>
            <w:tcW w:type="dxa" w:w="2880"/>
          </w:tcPr>
          <w:p>
            <w:r>
              <w:t>1,792</w:t>
            </w:r>
          </w:p>
        </w:tc>
      </w:tr>
      <w:tr>
        <w:tc>
          <w:tcPr>
            <w:tcW w:type="dxa" w:w="2880"/>
          </w:tcPr>
          <w:p>
            <w:r>
              <w:t>the longest axis (best path)</w:t>
            </w:r>
          </w:p>
        </w:tc>
        <w:tc>
          <w:tcPr>
            <w:tcW w:type="dxa" w:w="2880"/>
          </w:tcPr>
          <w:p>
            <w:r>
              <w:t>2.25</w:t>
            </w:r>
          </w:p>
        </w:tc>
        <w:tc>
          <w:tcPr>
            <w:tcW w:type="dxa" w:w="2880"/>
          </w:tcPr>
          <w:p>
            <w:r>
              <w:t>1,787</w:t>
            </w:r>
          </w:p>
        </w:tc>
      </w:tr>
      <w:tr>
        <w:tc>
          <w:tcPr>
            <w:tcW w:type="dxa" w:w="2880"/>
          </w:tcPr>
          <w:p>
            <w:r>
              <w:t>the longest axis (best path)</w:t>
            </w:r>
          </w:p>
        </w:tc>
        <w:tc>
          <w:tcPr>
            <w:tcW w:type="dxa" w:w="2880"/>
          </w:tcPr>
          <w:p>
            <w:r>
              <w:t>2.28</w:t>
            </w:r>
          </w:p>
        </w:tc>
        <w:tc>
          <w:tcPr>
            <w:tcW w:type="dxa" w:w="2880"/>
          </w:tcPr>
          <w:p>
            <w:r>
              <w:t>1,782</w:t>
            </w:r>
          </w:p>
        </w:tc>
      </w:tr>
      <w:tr>
        <w:tc>
          <w:tcPr>
            <w:tcW w:type="dxa" w:w="2880"/>
          </w:tcPr>
          <w:p>
            <w:r>
              <w:t>the longest axis (best path)</w:t>
            </w:r>
          </w:p>
        </w:tc>
        <w:tc>
          <w:tcPr>
            <w:tcW w:type="dxa" w:w="2880"/>
          </w:tcPr>
          <w:p>
            <w:r>
              <w:t>2.31</w:t>
            </w:r>
          </w:p>
        </w:tc>
        <w:tc>
          <w:tcPr>
            <w:tcW w:type="dxa" w:w="2880"/>
          </w:tcPr>
          <w:p>
            <w:r>
              <w:t>1,778</w:t>
            </w:r>
          </w:p>
        </w:tc>
      </w:tr>
      <w:tr>
        <w:tc>
          <w:tcPr>
            <w:tcW w:type="dxa" w:w="2880"/>
          </w:tcPr>
          <w:p>
            <w:r>
              <w:t>the longest axis (best path)</w:t>
            </w:r>
          </w:p>
        </w:tc>
        <w:tc>
          <w:tcPr>
            <w:tcW w:type="dxa" w:w="2880"/>
          </w:tcPr>
          <w:p>
            <w:r>
              <w:t>2.34</w:t>
            </w:r>
          </w:p>
        </w:tc>
        <w:tc>
          <w:tcPr>
            <w:tcW w:type="dxa" w:w="2880"/>
          </w:tcPr>
          <w:p>
            <w:r>
              <w:t>1,773</w:t>
            </w:r>
          </w:p>
        </w:tc>
      </w:tr>
      <w:tr>
        <w:tc>
          <w:tcPr>
            <w:tcW w:type="dxa" w:w="2880"/>
          </w:tcPr>
          <w:p>
            <w:r>
              <w:t>the longest axis (best path)</w:t>
            </w:r>
          </w:p>
        </w:tc>
        <w:tc>
          <w:tcPr>
            <w:tcW w:type="dxa" w:w="2880"/>
          </w:tcPr>
          <w:p>
            <w:r>
              <w:t>2.37</w:t>
            </w:r>
          </w:p>
        </w:tc>
        <w:tc>
          <w:tcPr>
            <w:tcW w:type="dxa" w:w="2880"/>
          </w:tcPr>
          <w:p>
            <w:r>
              <w:t>1,768</w:t>
            </w:r>
          </w:p>
        </w:tc>
      </w:tr>
      <w:tr>
        <w:tc>
          <w:tcPr>
            <w:tcW w:type="dxa" w:w="2880"/>
          </w:tcPr>
          <w:p>
            <w:r>
              <w:t>the longest axis (best path)</w:t>
            </w:r>
          </w:p>
        </w:tc>
        <w:tc>
          <w:tcPr>
            <w:tcW w:type="dxa" w:w="2880"/>
          </w:tcPr>
          <w:p>
            <w:r>
              <w:t>2.4</w:t>
            </w:r>
          </w:p>
        </w:tc>
        <w:tc>
          <w:tcPr>
            <w:tcW w:type="dxa" w:w="2880"/>
          </w:tcPr>
          <w:p>
            <w:r>
              <w:t>1,763</w:t>
            </w:r>
          </w:p>
        </w:tc>
      </w:tr>
      <w:tr>
        <w:tc>
          <w:tcPr>
            <w:tcW w:type="dxa" w:w="2880"/>
          </w:tcPr>
          <w:p>
            <w:r>
              <w:t>the longest axis (best path)</w:t>
            </w:r>
          </w:p>
        </w:tc>
        <w:tc>
          <w:tcPr>
            <w:tcW w:type="dxa" w:w="2880"/>
          </w:tcPr>
          <w:p>
            <w:r>
              <w:t>2.43</w:t>
            </w:r>
          </w:p>
        </w:tc>
        <w:tc>
          <w:tcPr>
            <w:tcW w:type="dxa" w:w="2880"/>
          </w:tcPr>
          <w:p>
            <w:r>
              <w:t>1,759</w:t>
            </w:r>
          </w:p>
        </w:tc>
      </w:tr>
      <w:tr>
        <w:tc>
          <w:tcPr>
            <w:tcW w:type="dxa" w:w="2880"/>
          </w:tcPr>
          <w:p>
            <w:r>
              <w:t>the longest axis (best path)</w:t>
            </w:r>
          </w:p>
        </w:tc>
        <w:tc>
          <w:tcPr>
            <w:tcW w:type="dxa" w:w="2880"/>
          </w:tcPr>
          <w:p>
            <w:r>
              <w:t>2.46</w:t>
            </w:r>
          </w:p>
        </w:tc>
        <w:tc>
          <w:tcPr>
            <w:tcW w:type="dxa" w:w="2880"/>
          </w:tcPr>
          <w:p>
            <w:r>
              <w:t>1,754</w:t>
            </w:r>
          </w:p>
        </w:tc>
      </w:tr>
      <w:tr>
        <w:tc>
          <w:tcPr>
            <w:tcW w:type="dxa" w:w="2880"/>
          </w:tcPr>
          <w:p>
            <w:r>
              <w:t>the longest axis (best path)</w:t>
            </w:r>
          </w:p>
        </w:tc>
        <w:tc>
          <w:tcPr>
            <w:tcW w:type="dxa" w:w="2880"/>
          </w:tcPr>
          <w:p>
            <w:r>
              <w:t>2.49</w:t>
            </w:r>
          </w:p>
        </w:tc>
        <w:tc>
          <w:tcPr>
            <w:tcW w:type="dxa" w:w="2880"/>
          </w:tcPr>
          <w:p>
            <w:r>
              <w:t>1,749</w:t>
            </w:r>
          </w:p>
        </w:tc>
      </w:tr>
      <w:tr>
        <w:tc>
          <w:tcPr>
            <w:tcW w:type="dxa" w:w="2880"/>
          </w:tcPr>
          <w:p>
            <w:r>
              <w:t>the longest axis (best path)</w:t>
            </w:r>
          </w:p>
        </w:tc>
        <w:tc>
          <w:tcPr>
            <w:tcW w:type="dxa" w:w="2880"/>
          </w:tcPr>
          <w:p>
            <w:r>
              <w:t>2.52</w:t>
            </w:r>
          </w:p>
        </w:tc>
        <w:tc>
          <w:tcPr>
            <w:tcW w:type="dxa" w:w="2880"/>
          </w:tcPr>
          <w:p>
            <w:r>
              <w:t>1,745</w:t>
            </w:r>
          </w:p>
        </w:tc>
      </w:tr>
      <w:tr>
        <w:tc>
          <w:tcPr>
            <w:tcW w:type="dxa" w:w="2880"/>
          </w:tcPr>
          <w:p>
            <w:r>
              <w:t>the longest axis (best path)</w:t>
            </w:r>
          </w:p>
        </w:tc>
        <w:tc>
          <w:tcPr>
            <w:tcW w:type="dxa" w:w="2880"/>
          </w:tcPr>
          <w:p>
            <w:r>
              <w:t>2.55</w:t>
            </w:r>
          </w:p>
        </w:tc>
        <w:tc>
          <w:tcPr>
            <w:tcW w:type="dxa" w:w="2880"/>
          </w:tcPr>
          <w:p>
            <w:r>
              <w:t>1,740</w:t>
            </w:r>
          </w:p>
        </w:tc>
      </w:tr>
      <w:tr>
        <w:tc>
          <w:tcPr>
            <w:tcW w:type="dxa" w:w="2880"/>
          </w:tcPr>
          <w:p>
            <w:r>
              <w:t>the longest axis (best path)</w:t>
            </w:r>
          </w:p>
        </w:tc>
        <w:tc>
          <w:tcPr>
            <w:tcW w:type="dxa" w:w="2880"/>
          </w:tcPr>
          <w:p>
            <w:r>
              <w:t>2.58</w:t>
            </w:r>
          </w:p>
        </w:tc>
        <w:tc>
          <w:tcPr>
            <w:tcW w:type="dxa" w:w="2880"/>
          </w:tcPr>
          <w:p>
            <w:r>
              <w:t>1,735</w:t>
            </w:r>
          </w:p>
        </w:tc>
      </w:tr>
      <w:tr>
        <w:tc>
          <w:tcPr>
            <w:tcW w:type="dxa" w:w="2880"/>
          </w:tcPr>
          <w:p>
            <w:r>
              <w:t>the longest axis (best path)</w:t>
            </w:r>
          </w:p>
        </w:tc>
        <w:tc>
          <w:tcPr>
            <w:tcW w:type="dxa" w:w="2880"/>
          </w:tcPr>
          <w:p>
            <w:r>
              <w:t>2.61</w:t>
            </w:r>
          </w:p>
        </w:tc>
        <w:tc>
          <w:tcPr>
            <w:tcW w:type="dxa" w:w="2880"/>
          </w:tcPr>
          <w:p>
            <w:r>
              <w:t>1,731</w:t>
            </w:r>
          </w:p>
        </w:tc>
      </w:tr>
      <w:tr>
        <w:tc>
          <w:tcPr>
            <w:tcW w:type="dxa" w:w="2880"/>
          </w:tcPr>
          <w:p>
            <w:r>
              <w:t>the longest axis (best path)</w:t>
            </w:r>
          </w:p>
        </w:tc>
        <w:tc>
          <w:tcPr>
            <w:tcW w:type="dxa" w:w="2880"/>
          </w:tcPr>
          <w:p>
            <w:r>
              <w:t>2.64</w:t>
            </w:r>
          </w:p>
        </w:tc>
        <w:tc>
          <w:tcPr>
            <w:tcW w:type="dxa" w:w="2880"/>
          </w:tcPr>
          <w:p>
            <w:r>
              <w:t>1,726</w:t>
            </w:r>
          </w:p>
        </w:tc>
      </w:tr>
      <w:tr>
        <w:tc>
          <w:tcPr>
            <w:tcW w:type="dxa" w:w="2880"/>
          </w:tcPr>
          <w:p>
            <w:r>
              <w:t>the longest axis (best path)</w:t>
            </w:r>
          </w:p>
        </w:tc>
        <w:tc>
          <w:tcPr>
            <w:tcW w:type="dxa" w:w="2880"/>
          </w:tcPr>
          <w:p>
            <w:r>
              <w:t>2.67</w:t>
            </w:r>
          </w:p>
        </w:tc>
        <w:tc>
          <w:tcPr>
            <w:tcW w:type="dxa" w:w="2880"/>
          </w:tcPr>
          <w:p>
            <w:r>
              <w:t>1,721</w:t>
            </w:r>
          </w:p>
        </w:tc>
      </w:tr>
      <w:tr>
        <w:tc>
          <w:tcPr>
            <w:tcW w:type="dxa" w:w="2880"/>
          </w:tcPr>
          <w:p>
            <w:r>
              <w:t>the longest axis (best path)</w:t>
            </w:r>
          </w:p>
        </w:tc>
        <w:tc>
          <w:tcPr>
            <w:tcW w:type="dxa" w:w="2880"/>
          </w:tcPr>
          <w:p>
            <w:r>
              <w:t>2.7</w:t>
            </w:r>
          </w:p>
        </w:tc>
        <w:tc>
          <w:tcPr>
            <w:tcW w:type="dxa" w:w="2880"/>
          </w:tcPr>
          <w:p>
            <w:r>
              <w:t>1,717</w:t>
            </w:r>
          </w:p>
        </w:tc>
      </w:tr>
      <w:tr>
        <w:tc>
          <w:tcPr>
            <w:tcW w:type="dxa" w:w="2880"/>
          </w:tcPr>
          <w:p>
            <w:r>
              <w:t>the longest axis (best path)</w:t>
            </w:r>
          </w:p>
        </w:tc>
        <w:tc>
          <w:tcPr>
            <w:tcW w:type="dxa" w:w="2880"/>
          </w:tcPr>
          <w:p>
            <w:r>
              <w:t>2.73</w:t>
            </w:r>
          </w:p>
        </w:tc>
        <w:tc>
          <w:tcPr>
            <w:tcW w:type="dxa" w:w="2880"/>
          </w:tcPr>
          <w:p>
            <w:r>
              <w:t>1,712</w:t>
            </w:r>
          </w:p>
        </w:tc>
      </w:tr>
      <w:tr>
        <w:tc>
          <w:tcPr>
            <w:tcW w:type="dxa" w:w="2880"/>
          </w:tcPr>
          <w:p>
            <w:r>
              <w:t>the longest axis (best path)</w:t>
            </w:r>
          </w:p>
        </w:tc>
        <w:tc>
          <w:tcPr>
            <w:tcW w:type="dxa" w:w="2880"/>
          </w:tcPr>
          <w:p>
            <w:r>
              <w:t>2.76</w:t>
            </w:r>
          </w:p>
        </w:tc>
        <w:tc>
          <w:tcPr>
            <w:tcW w:type="dxa" w:w="2880"/>
          </w:tcPr>
          <w:p>
            <w:r>
              <w:t>1,707</w:t>
            </w:r>
          </w:p>
        </w:tc>
      </w:tr>
      <w:tr>
        <w:tc>
          <w:tcPr>
            <w:tcW w:type="dxa" w:w="2880"/>
          </w:tcPr>
          <w:p>
            <w:r>
              <w:t>the longest axis (best path)</w:t>
            </w:r>
          </w:p>
        </w:tc>
        <w:tc>
          <w:tcPr>
            <w:tcW w:type="dxa" w:w="2880"/>
          </w:tcPr>
          <w:p>
            <w:r>
              <w:t>2.79</w:t>
            </w:r>
          </w:p>
        </w:tc>
        <w:tc>
          <w:tcPr>
            <w:tcW w:type="dxa" w:w="2880"/>
          </w:tcPr>
          <w:p>
            <w:r>
              <w:t>1,701</w:t>
            </w:r>
          </w:p>
        </w:tc>
      </w:tr>
      <w:tr>
        <w:tc>
          <w:tcPr>
            <w:tcW w:type="dxa" w:w="2880"/>
          </w:tcPr>
          <w:p>
            <w:r>
              <w:t>the longest axis (best path)</w:t>
            </w:r>
          </w:p>
        </w:tc>
        <w:tc>
          <w:tcPr>
            <w:tcW w:type="dxa" w:w="2880"/>
          </w:tcPr>
          <w:p>
            <w:r>
              <w:t>2.82</w:t>
            </w:r>
          </w:p>
        </w:tc>
        <w:tc>
          <w:tcPr>
            <w:tcW w:type="dxa" w:w="2880"/>
          </w:tcPr>
          <w:p>
            <w:r>
              <w:t>1,696</w:t>
            </w:r>
          </w:p>
        </w:tc>
      </w:tr>
      <w:tr>
        <w:tc>
          <w:tcPr>
            <w:tcW w:type="dxa" w:w="2880"/>
          </w:tcPr>
          <w:p>
            <w:r>
              <w:t>the longest axis (best path)</w:t>
            </w:r>
          </w:p>
        </w:tc>
        <w:tc>
          <w:tcPr>
            <w:tcW w:type="dxa" w:w="2880"/>
          </w:tcPr>
          <w:p>
            <w:r>
              <w:t>2.85</w:t>
            </w:r>
          </w:p>
        </w:tc>
        <w:tc>
          <w:tcPr>
            <w:tcW w:type="dxa" w:w="2880"/>
          </w:tcPr>
          <w:p>
            <w:r>
              <w:t>1,690</w:t>
            </w:r>
          </w:p>
        </w:tc>
      </w:tr>
      <w:tr>
        <w:tc>
          <w:tcPr>
            <w:tcW w:type="dxa" w:w="2880"/>
          </w:tcPr>
          <w:p>
            <w:r>
              <w:t>the longest axis (best path)</w:t>
            </w:r>
          </w:p>
        </w:tc>
        <w:tc>
          <w:tcPr>
            <w:tcW w:type="dxa" w:w="2880"/>
          </w:tcPr>
          <w:p>
            <w:r>
              <w:t>2.88</w:t>
            </w:r>
          </w:p>
        </w:tc>
        <w:tc>
          <w:tcPr>
            <w:tcW w:type="dxa" w:w="2880"/>
          </w:tcPr>
          <w:p>
            <w:r>
              <w:t>1,684</w:t>
            </w:r>
          </w:p>
        </w:tc>
      </w:tr>
      <w:tr>
        <w:tc>
          <w:tcPr>
            <w:tcW w:type="dxa" w:w="2880"/>
          </w:tcPr>
          <w:p>
            <w:r>
              <w:t>the longest axis (best path)</w:t>
            </w:r>
          </w:p>
        </w:tc>
        <w:tc>
          <w:tcPr>
            <w:tcW w:type="dxa" w:w="2880"/>
          </w:tcPr>
          <w:p>
            <w:r>
              <w:t>2.91</w:t>
            </w:r>
          </w:p>
        </w:tc>
        <w:tc>
          <w:tcPr>
            <w:tcW w:type="dxa" w:w="2880"/>
          </w:tcPr>
          <w:p>
            <w:r>
              <w:t>1,678</w:t>
            </w:r>
          </w:p>
        </w:tc>
      </w:tr>
      <w:tr>
        <w:tc>
          <w:tcPr>
            <w:tcW w:type="dxa" w:w="2880"/>
          </w:tcPr>
          <w:p>
            <w:r>
              <w:t>the longest axis (best path)</w:t>
            </w:r>
          </w:p>
        </w:tc>
        <w:tc>
          <w:tcPr>
            <w:tcW w:type="dxa" w:w="2880"/>
          </w:tcPr>
          <w:p>
            <w:r>
              <w:t>2.94</w:t>
            </w:r>
          </w:p>
        </w:tc>
        <w:tc>
          <w:tcPr>
            <w:tcW w:type="dxa" w:w="2880"/>
          </w:tcPr>
          <w:p>
            <w:r>
              <w:t>1,672</w:t>
            </w:r>
          </w:p>
        </w:tc>
      </w:tr>
      <w:tr>
        <w:tc>
          <w:tcPr>
            <w:tcW w:type="dxa" w:w="2880"/>
          </w:tcPr>
          <w:p>
            <w:r>
              <w:t>the longest axis (best path)</w:t>
            </w:r>
          </w:p>
        </w:tc>
        <w:tc>
          <w:tcPr>
            <w:tcW w:type="dxa" w:w="2880"/>
          </w:tcPr>
          <w:p>
            <w:r>
              <w:t>2.97</w:t>
            </w:r>
          </w:p>
        </w:tc>
        <w:tc>
          <w:tcPr>
            <w:tcW w:type="dxa" w:w="2880"/>
          </w:tcPr>
          <w:p>
            <w:r>
              <w:t>1,666</w:t>
            </w:r>
          </w:p>
        </w:tc>
      </w:tr>
      <w:tr>
        <w:tc>
          <w:tcPr>
            <w:tcW w:type="dxa" w:w="2880"/>
          </w:tcPr>
          <w:p>
            <w:r>
              <w:t>the longest axis (best path)</w:t>
            </w:r>
          </w:p>
        </w:tc>
        <w:tc>
          <w:tcPr>
            <w:tcW w:type="dxa" w:w="2880"/>
          </w:tcPr>
          <w:p>
            <w:r>
              <w:t>3</w:t>
            </w:r>
          </w:p>
        </w:tc>
        <w:tc>
          <w:tcPr>
            <w:tcW w:type="dxa" w:w="2880"/>
          </w:tcPr>
          <w:p>
            <w:r>
              <w:t>1,660</w:t>
            </w:r>
          </w:p>
        </w:tc>
      </w:tr>
      <w:tr>
        <w:tc>
          <w:tcPr>
            <w:tcW w:type="dxa" w:w="2880"/>
          </w:tcPr>
          <w:p>
            <w:r>
              <w:t>the longest axis (best path)</w:t>
            </w:r>
          </w:p>
        </w:tc>
        <w:tc>
          <w:tcPr>
            <w:tcW w:type="dxa" w:w="2880"/>
          </w:tcPr>
          <w:p>
            <w:r>
              <w:t>3.03</w:t>
            </w:r>
          </w:p>
        </w:tc>
        <w:tc>
          <w:tcPr>
            <w:tcW w:type="dxa" w:w="2880"/>
          </w:tcPr>
          <w:p>
            <w:r>
              <w:t>1,654</w:t>
            </w:r>
          </w:p>
        </w:tc>
      </w:tr>
      <w:tr>
        <w:tc>
          <w:tcPr>
            <w:tcW w:type="dxa" w:w="2880"/>
          </w:tcPr>
          <w:p>
            <w:r>
              <w:t>the longest axis (best path)</w:t>
            </w:r>
          </w:p>
        </w:tc>
        <w:tc>
          <w:tcPr>
            <w:tcW w:type="dxa" w:w="2880"/>
          </w:tcPr>
          <w:p>
            <w:r>
              <w:t>3.06</w:t>
            </w:r>
          </w:p>
        </w:tc>
        <w:tc>
          <w:tcPr>
            <w:tcW w:type="dxa" w:w="2880"/>
          </w:tcPr>
          <w:p>
            <w:r>
              <w:t>1,647</w:t>
            </w:r>
          </w:p>
        </w:tc>
      </w:tr>
      <w:tr>
        <w:tc>
          <w:tcPr>
            <w:tcW w:type="dxa" w:w="2880"/>
          </w:tcPr>
          <w:p>
            <w:r>
              <w:t>the longest axis (best path)</w:t>
            </w:r>
          </w:p>
        </w:tc>
        <w:tc>
          <w:tcPr>
            <w:tcW w:type="dxa" w:w="2880"/>
          </w:tcPr>
          <w:p>
            <w:r>
              <w:t>3.09</w:t>
            </w:r>
          </w:p>
        </w:tc>
        <w:tc>
          <w:tcPr>
            <w:tcW w:type="dxa" w:w="2880"/>
          </w:tcPr>
          <w:p>
            <w:r>
              <w:t>1,641</w:t>
            </w:r>
          </w:p>
        </w:tc>
      </w:tr>
      <w:tr>
        <w:tc>
          <w:tcPr>
            <w:tcW w:type="dxa" w:w="2880"/>
          </w:tcPr>
          <w:p>
            <w:r>
              <w:t>the longest axis (best path)</w:t>
            </w:r>
          </w:p>
        </w:tc>
        <w:tc>
          <w:tcPr>
            <w:tcW w:type="dxa" w:w="2880"/>
          </w:tcPr>
          <w:p>
            <w:r>
              <w:t>3.12</w:t>
            </w:r>
          </w:p>
        </w:tc>
        <w:tc>
          <w:tcPr>
            <w:tcW w:type="dxa" w:w="2880"/>
          </w:tcPr>
          <w:p>
            <w:r>
              <w:t>1,635</w:t>
            </w:r>
          </w:p>
        </w:tc>
      </w:tr>
      <w:tr>
        <w:tc>
          <w:tcPr>
            <w:tcW w:type="dxa" w:w="2880"/>
          </w:tcPr>
          <w:p>
            <w:r>
              <w:t>the longest axis (best path)</w:t>
            </w:r>
          </w:p>
        </w:tc>
        <w:tc>
          <w:tcPr>
            <w:tcW w:type="dxa" w:w="2880"/>
          </w:tcPr>
          <w:p>
            <w:r>
              <w:t>3.15</w:t>
            </w:r>
          </w:p>
        </w:tc>
        <w:tc>
          <w:tcPr>
            <w:tcW w:type="dxa" w:w="2880"/>
          </w:tcPr>
          <w:p>
            <w:r>
              <w:t>1,630</w:t>
            </w:r>
          </w:p>
        </w:tc>
      </w:tr>
      <w:tr>
        <w:tc>
          <w:tcPr>
            <w:tcW w:type="dxa" w:w="2880"/>
          </w:tcPr>
          <w:p>
            <w:r>
              <w:t>the longest axis (best path)</w:t>
            </w:r>
          </w:p>
        </w:tc>
        <w:tc>
          <w:tcPr>
            <w:tcW w:type="dxa" w:w="2880"/>
          </w:tcPr>
          <w:p>
            <w:r>
              <w:t>3.18</w:t>
            </w:r>
          </w:p>
        </w:tc>
        <w:tc>
          <w:tcPr>
            <w:tcW w:type="dxa" w:w="2880"/>
          </w:tcPr>
          <w:p>
            <w:r>
              <w:t>1,624</w:t>
            </w:r>
          </w:p>
        </w:tc>
      </w:tr>
      <w:tr>
        <w:tc>
          <w:tcPr>
            <w:tcW w:type="dxa" w:w="2880"/>
          </w:tcPr>
          <w:p>
            <w:r>
              <w:t>the longest axis (best path)</w:t>
            </w:r>
          </w:p>
        </w:tc>
        <w:tc>
          <w:tcPr>
            <w:tcW w:type="dxa" w:w="2880"/>
          </w:tcPr>
          <w:p>
            <w:r>
              <w:t>3.21</w:t>
            </w:r>
          </w:p>
        </w:tc>
        <w:tc>
          <w:tcPr>
            <w:tcW w:type="dxa" w:w="2880"/>
          </w:tcPr>
          <w:p>
            <w:r>
              <w:t>1,619</w:t>
            </w:r>
          </w:p>
        </w:tc>
      </w:tr>
      <w:tr>
        <w:tc>
          <w:tcPr>
            <w:tcW w:type="dxa" w:w="2880"/>
          </w:tcPr>
          <w:p>
            <w:r>
              <w:t>the longest axis (best path)</w:t>
            </w:r>
          </w:p>
        </w:tc>
        <w:tc>
          <w:tcPr>
            <w:tcW w:type="dxa" w:w="2880"/>
          </w:tcPr>
          <w:p>
            <w:r>
              <w:t>3.24</w:t>
            </w:r>
          </w:p>
        </w:tc>
        <w:tc>
          <w:tcPr>
            <w:tcW w:type="dxa" w:w="2880"/>
          </w:tcPr>
          <w:p>
            <w:r>
              <w:t>1,613</w:t>
            </w:r>
          </w:p>
        </w:tc>
      </w:tr>
      <w:tr>
        <w:tc>
          <w:tcPr>
            <w:tcW w:type="dxa" w:w="2880"/>
          </w:tcPr>
          <w:p>
            <w:r>
              <w:t>the longest axis (best path)</w:t>
            </w:r>
          </w:p>
        </w:tc>
        <w:tc>
          <w:tcPr>
            <w:tcW w:type="dxa" w:w="2880"/>
          </w:tcPr>
          <w:p>
            <w:r>
              <w:t>3.27</w:t>
            </w:r>
          </w:p>
        </w:tc>
        <w:tc>
          <w:tcPr>
            <w:tcW w:type="dxa" w:w="2880"/>
          </w:tcPr>
          <w:p>
            <w:r>
              <w:t>1,608</w:t>
            </w:r>
          </w:p>
        </w:tc>
      </w:tr>
      <w:tr>
        <w:tc>
          <w:tcPr>
            <w:tcW w:type="dxa" w:w="2880"/>
          </w:tcPr>
          <w:p>
            <w:r>
              <w:t>the longest axis (best path)</w:t>
            </w:r>
          </w:p>
        </w:tc>
        <w:tc>
          <w:tcPr>
            <w:tcW w:type="dxa" w:w="2880"/>
          </w:tcPr>
          <w:p>
            <w:r>
              <w:t>3.3</w:t>
            </w:r>
          </w:p>
        </w:tc>
        <w:tc>
          <w:tcPr>
            <w:tcW w:type="dxa" w:w="2880"/>
          </w:tcPr>
          <w:p>
            <w:r>
              <w:t>1,603</w:t>
            </w:r>
          </w:p>
        </w:tc>
      </w:tr>
      <w:tr>
        <w:tc>
          <w:tcPr>
            <w:tcW w:type="dxa" w:w="2880"/>
          </w:tcPr>
          <w:p>
            <w:r>
              <w:t>the longest axis (best path)</w:t>
            </w:r>
          </w:p>
        </w:tc>
        <w:tc>
          <w:tcPr>
            <w:tcW w:type="dxa" w:w="2880"/>
          </w:tcPr>
          <w:p>
            <w:r>
              <w:t>3.33</w:t>
            </w:r>
          </w:p>
        </w:tc>
        <w:tc>
          <w:tcPr>
            <w:tcW w:type="dxa" w:w="2880"/>
          </w:tcPr>
          <w:p>
            <w:r>
              <w:t>1,598</w:t>
            </w:r>
          </w:p>
        </w:tc>
      </w:tr>
      <w:tr>
        <w:tc>
          <w:tcPr>
            <w:tcW w:type="dxa" w:w="2880"/>
          </w:tcPr>
          <w:p>
            <w:r>
              <w:t>the longest axis (best path)</w:t>
            </w:r>
          </w:p>
        </w:tc>
        <w:tc>
          <w:tcPr>
            <w:tcW w:type="dxa" w:w="2880"/>
          </w:tcPr>
          <w:p>
            <w:r>
              <w:t>3.36</w:t>
            </w:r>
          </w:p>
        </w:tc>
        <w:tc>
          <w:tcPr>
            <w:tcW w:type="dxa" w:w="2880"/>
          </w:tcPr>
          <w:p>
            <w:r>
              <w:t>1,593</w:t>
            </w:r>
          </w:p>
        </w:tc>
      </w:tr>
      <w:tr>
        <w:tc>
          <w:tcPr>
            <w:tcW w:type="dxa" w:w="2880"/>
          </w:tcPr>
          <w:p>
            <w:r>
              <w:t>the longest axis (best path)</w:t>
            </w:r>
          </w:p>
        </w:tc>
        <w:tc>
          <w:tcPr>
            <w:tcW w:type="dxa" w:w="2880"/>
          </w:tcPr>
          <w:p>
            <w:r>
              <w:t>3.39</w:t>
            </w:r>
          </w:p>
        </w:tc>
        <w:tc>
          <w:tcPr>
            <w:tcW w:type="dxa" w:w="2880"/>
          </w:tcPr>
          <w:p>
            <w:r>
              <w:t>1,588</w:t>
            </w:r>
          </w:p>
        </w:tc>
      </w:tr>
      <w:tr>
        <w:tc>
          <w:tcPr>
            <w:tcW w:type="dxa" w:w="2880"/>
          </w:tcPr>
          <w:p>
            <w:r>
              <w:t>the longest axis (best path)</w:t>
            </w:r>
          </w:p>
        </w:tc>
        <w:tc>
          <w:tcPr>
            <w:tcW w:type="dxa" w:w="2880"/>
          </w:tcPr>
          <w:p>
            <w:r>
              <w:t>3.42</w:t>
            </w:r>
          </w:p>
        </w:tc>
        <w:tc>
          <w:tcPr>
            <w:tcW w:type="dxa" w:w="2880"/>
          </w:tcPr>
          <w:p>
            <w:r>
              <w:t>1,583</w:t>
            </w:r>
          </w:p>
        </w:tc>
      </w:tr>
      <w:tr>
        <w:tc>
          <w:tcPr>
            <w:tcW w:type="dxa" w:w="2880"/>
          </w:tcPr>
          <w:p>
            <w:r>
              <w:t>the longest axis (best path)</w:t>
            </w:r>
          </w:p>
        </w:tc>
        <w:tc>
          <w:tcPr>
            <w:tcW w:type="dxa" w:w="2880"/>
          </w:tcPr>
          <w:p>
            <w:r>
              <w:t>3.45</w:t>
            </w:r>
          </w:p>
        </w:tc>
        <w:tc>
          <w:tcPr>
            <w:tcW w:type="dxa" w:w="2880"/>
          </w:tcPr>
          <w:p>
            <w:r>
              <w:t>1,578</w:t>
            </w:r>
          </w:p>
        </w:tc>
      </w:tr>
      <w:tr>
        <w:tc>
          <w:tcPr>
            <w:tcW w:type="dxa" w:w="2880"/>
          </w:tcPr>
          <w:p>
            <w:r>
              <w:t>the longest axis (best path)</w:t>
            </w:r>
          </w:p>
        </w:tc>
        <w:tc>
          <w:tcPr>
            <w:tcW w:type="dxa" w:w="2880"/>
          </w:tcPr>
          <w:p>
            <w:r>
              <w:t>3.48</w:t>
            </w:r>
          </w:p>
        </w:tc>
        <w:tc>
          <w:tcPr>
            <w:tcW w:type="dxa" w:w="2880"/>
          </w:tcPr>
          <w:p>
            <w:r>
              <w:t>1,572</w:t>
            </w:r>
          </w:p>
        </w:tc>
      </w:tr>
      <w:tr>
        <w:tc>
          <w:tcPr>
            <w:tcW w:type="dxa" w:w="2880"/>
          </w:tcPr>
          <w:p>
            <w:r>
              <w:t>the longest axis (best path)</w:t>
            </w:r>
          </w:p>
        </w:tc>
        <w:tc>
          <w:tcPr>
            <w:tcW w:type="dxa" w:w="2880"/>
          </w:tcPr>
          <w:p>
            <w:r>
              <w:t>3.51</w:t>
            </w:r>
          </w:p>
        </w:tc>
        <w:tc>
          <w:tcPr>
            <w:tcW w:type="dxa" w:w="2880"/>
          </w:tcPr>
          <w:p>
            <w:r>
              <w:t>1,567</w:t>
            </w:r>
          </w:p>
        </w:tc>
      </w:tr>
      <w:tr>
        <w:tc>
          <w:tcPr>
            <w:tcW w:type="dxa" w:w="2880"/>
          </w:tcPr>
          <w:p>
            <w:r>
              <w:t>the longest axis (best path)</w:t>
            </w:r>
          </w:p>
        </w:tc>
        <w:tc>
          <w:tcPr>
            <w:tcW w:type="dxa" w:w="2880"/>
          </w:tcPr>
          <w:p>
            <w:r>
              <w:t>3.54</w:t>
            </w:r>
          </w:p>
        </w:tc>
        <w:tc>
          <w:tcPr>
            <w:tcW w:type="dxa" w:w="2880"/>
          </w:tcPr>
          <w:p>
            <w:r>
              <w:t>1,561</w:t>
            </w:r>
          </w:p>
        </w:tc>
      </w:tr>
      <w:tr>
        <w:tc>
          <w:tcPr>
            <w:tcW w:type="dxa" w:w="2880"/>
          </w:tcPr>
          <w:p>
            <w:r>
              <w:t>the longest axis (best path)</w:t>
            </w:r>
          </w:p>
        </w:tc>
        <w:tc>
          <w:tcPr>
            <w:tcW w:type="dxa" w:w="2880"/>
          </w:tcPr>
          <w:p>
            <w:r>
              <w:t>3.57</w:t>
            </w:r>
          </w:p>
        </w:tc>
        <w:tc>
          <w:tcPr>
            <w:tcW w:type="dxa" w:w="2880"/>
          </w:tcPr>
          <w:p>
            <w:r>
              <w:t>1,556</w:t>
            </w:r>
          </w:p>
        </w:tc>
      </w:tr>
      <w:tr>
        <w:tc>
          <w:tcPr>
            <w:tcW w:type="dxa" w:w="2880"/>
          </w:tcPr>
          <w:p>
            <w:r>
              <w:t>the longest axis (best path)</w:t>
            </w:r>
          </w:p>
        </w:tc>
        <w:tc>
          <w:tcPr>
            <w:tcW w:type="dxa" w:w="2880"/>
          </w:tcPr>
          <w:p>
            <w:r>
              <w:t>3.6</w:t>
            </w:r>
          </w:p>
        </w:tc>
        <w:tc>
          <w:tcPr>
            <w:tcW w:type="dxa" w:w="2880"/>
          </w:tcPr>
          <w:p>
            <w:r>
              <w:t>1,550</w:t>
            </w:r>
          </w:p>
        </w:tc>
      </w:tr>
      <w:tr>
        <w:tc>
          <w:tcPr>
            <w:tcW w:type="dxa" w:w="2880"/>
          </w:tcPr>
          <w:p>
            <w:r>
              <w:t>the longest axis (best path)</w:t>
            </w:r>
          </w:p>
        </w:tc>
        <w:tc>
          <w:tcPr>
            <w:tcW w:type="dxa" w:w="2880"/>
          </w:tcPr>
          <w:p>
            <w:r>
              <w:t>3.63</w:t>
            </w:r>
          </w:p>
        </w:tc>
        <w:tc>
          <w:tcPr>
            <w:tcW w:type="dxa" w:w="2880"/>
          </w:tcPr>
          <w:p>
            <w:r>
              <w:t>1,544</w:t>
            </w:r>
          </w:p>
        </w:tc>
      </w:tr>
      <w:tr>
        <w:tc>
          <w:tcPr>
            <w:tcW w:type="dxa" w:w="2880"/>
          </w:tcPr>
          <w:p>
            <w:r>
              <w:t>the longest axis (best path)</w:t>
            </w:r>
          </w:p>
        </w:tc>
        <w:tc>
          <w:tcPr>
            <w:tcW w:type="dxa" w:w="2880"/>
          </w:tcPr>
          <w:p>
            <w:r>
              <w:t>3.66</w:t>
            </w:r>
          </w:p>
        </w:tc>
        <w:tc>
          <w:tcPr>
            <w:tcW w:type="dxa" w:w="2880"/>
          </w:tcPr>
          <w:p>
            <w:r>
              <w:t>1,539</w:t>
            </w:r>
          </w:p>
        </w:tc>
      </w:tr>
      <w:tr>
        <w:tc>
          <w:tcPr>
            <w:tcW w:type="dxa" w:w="2880"/>
          </w:tcPr>
          <w:p>
            <w:r>
              <w:t>the longest axis (best path)</w:t>
            </w:r>
          </w:p>
        </w:tc>
        <w:tc>
          <w:tcPr>
            <w:tcW w:type="dxa" w:w="2880"/>
          </w:tcPr>
          <w:p>
            <w:r>
              <w:t>3.69</w:t>
            </w:r>
          </w:p>
        </w:tc>
        <w:tc>
          <w:tcPr>
            <w:tcW w:type="dxa" w:w="2880"/>
          </w:tcPr>
          <w:p>
            <w:r>
              <w:t>1,533</w:t>
            </w:r>
          </w:p>
        </w:tc>
      </w:tr>
      <w:tr>
        <w:tc>
          <w:tcPr>
            <w:tcW w:type="dxa" w:w="2880"/>
          </w:tcPr>
          <w:p>
            <w:r>
              <w:t>the longest axis (best path)</w:t>
            </w:r>
          </w:p>
        </w:tc>
        <w:tc>
          <w:tcPr>
            <w:tcW w:type="dxa" w:w="2880"/>
          </w:tcPr>
          <w:p>
            <w:r>
              <w:t>3.72</w:t>
            </w:r>
          </w:p>
        </w:tc>
        <w:tc>
          <w:tcPr>
            <w:tcW w:type="dxa" w:w="2880"/>
          </w:tcPr>
          <w:p>
            <w:r>
              <w:t>1,528</w:t>
            </w:r>
          </w:p>
        </w:tc>
      </w:tr>
      <w:tr>
        <w:tc>
          <w:tcPr>
            <w:tcW w:type="dxa" w:w="2880"/>
          </w:tcPr>
          <w:p>
            <w:r>
              <w:t>the longest axis (best path)</w:t>
            </w:r>
          </w:p>
        </w:tc>
        <w:tc>
          <w:tcPr>
            <w:tcW w:type="dxa" w:w="2880"/>
          </w:tcPr>
          <w:p>
            <w:r>
              <w:t>3.75</w:t>
            </w:r>
          </w:p>
        </w:tc>
        <w:tc>
          <w:tcPr>
            <w:tcW w:type="dxa" w:w="2880"/>
          </w:tcPr>
          <w:p>
            <w:r>
              <w:t>1,522</w:t>
            </w:r>
          </w:p>
        </w:tc>
      </w:tr>
      <w:tr>
        <w:tc>
          <w:tcPr>
            <w:tcW w:type="dxa" w:w="2880"/>
          </w:tcPr>
          <w:p>
            <w:r>
              <w:t>the longest axis (best path)</w:t>
            </w:r>
          </w:p>
        </w:tc>
        <w:tc>
          <w:tcPr>
            <w:tcW w:type="dxa" w:w="2880"/>
          </w:tcPr>
          <w:p>
            <w:r>
              <w:t>3.78</w:t>
            </w:r>
          </w:p>
        </w:tc>
        <w:tc>
          <w:tcPr>
            <w:tcW w:type="dxa" w:w="2880"/>
          </w:tcPr>
          <w:p>
            <w:r>
              <w:t>1,517</w:t>
            </w:r>
          </w:p>
        </w:tc>
      </w:tr>
      <w:tr>
        <w:tc>
          <w:tcPr>
            <w:tcW w:type="dxa" w:w="2880"/>
          </w:tcPr>
          <w:p>
            <w:r>
              <w:t>the longest axis (best path)</w:t>
            </w:r>
          </w:p>
        </w:tc>
        <w:tc>
          <w:tcPr>
            <w:tcW w:type="dxa" w:w="2880"/>
          </w:tcPr>
          <w:p>
            <w:r>
              <w:t>3.81</w:t>
            </w:r>
          </w:p>
        </w:tc>
        <w:tc>
          <w:tcPr>
            <w:tcW w:type="dxa" w:w="2880"/>
          </w:tcPr>
          <w:p>
            <w:r>
              <w:t>1,512</w:t>
            </w:r>
          </w:p>
        </w:tc>
      </w:tr>
      <w:tr>
        <w:tc>
          <w:tcPr>
            <w:tcW w:type="dxa" w:w="2880"/>
          </w:tcPr>
          <w:p>
            <w:r>
              <w:t>the longest axis (best path)</w:t>
            </w:r>
          </w:p>
        </w:tc>
        <w:tc>
          <w:tcPr>
            <w:tcW w:type="dxa" w:w="2880"/>
          </w:tcPr>
          <w:p>
            <w:r>
              <w:t>3.84</w:t>
            </w:r>
          </w:p>
        </w:tc>
        <w:tc>
          <w:tcPr>
            <w:tcW w:type="dxa" w:w="2880"/>
          </w:tcPr>
          <w:p>
            <w:r>
              <w:t>1,508</w:t>
            </w:r>
          </w:p>
        </w:tc>
      </w:tr>
      <w:tr>
        <w:tc>
          <w:tcPr>
            <w:tcW w:type="dxa" w:w="2880"/>
          </w:tcPr>
          <w:p>
            <w:r>
              <w:t>the longest axis (best path)</w:t>
            </w:r>
          </w:p>
        </w:tc>
        <w:tc>
          <w:tcPr>
            <w:tcW w:type="dxa" w:w="2880"/>
          </w:tcPr>
          <w:p>
            <w:r>
              <w:t>3.87</w:t>
            </w:r>
          </w:p>
        </w:tc>
        <w:tc>
          <w:tcPr>
            <w:tcW w:type="dxa" w:w="2880"/>
          </w:tcPr>
          <w:p>
            <w:r>
              <w:t>1,503</w:t>
            </w:r>
          </w:p>
        </w:tc>
      </w:tr>
      <w:tr>
        <w:tc>
          <w:tcPr>
            <w:tcW w:type="dxa" w:w="2880"/>
          </w:tcPr>
          <w:p>
            <w:r>
              <w:t>the longest axis (best path)</w:t>
            </w:r>
          </w:p>
        </w:tc>
        <w:tc>
          <w:tcPr>
            <w:tcW w:type="dxa" w:w="2880"/>
          </w:tcPr>
          <w:p>
            <w:r>
              <w:t>3.9</w:t>
            </w:r>
          </w:p>
        </w:tc>
        <w:tc>
          <w:tcPr>
            <w:tcW w:type="dxa" w:w="2880"/>
          </w:tcPr>
          <w:p>
            <w:r>
              <w:t>1,498</w:t>
            </w:r>
          </w:p>
        </w:tc>
      </w:tr>
      <w:tr>
        <w:tc>
          <w:tcPr>
            <w:tcW w:type="dxa" w:w="2880"/>
          </w:tcPr>
          <w:p>
            <w:r>
              <w:t>the longest axis (best path)</w:t>
            </w:r>
          </w:p>
        </w:tc>
        <w:tc>
          <w:tcPr>
            <w:tcW w:type="dxa" w:w="2880"/>
          </w:tcPr>
          <w:p>
            <w:r>
              <w:t>3.93</w:t>
            </w:r>
          </w:p>
        </w:tc>
        <w:tc>
          <w:tcPr>
            <w:tcW w:type="dxa" w:w="2880"/>
          </w:tcPr>
          <w:p>
            <w:r>
              <w:t>1,494</w:t>
            </w:r>
          </w:p>
        </w:tc>
      </w:tr>
      <w:tr>
        <w:tc>
          <w:tcPr>
            <w:tcW w:type="dxa" w:w="2880"/>
          </w:tcPr>
          <w:p>
            <w:r>
              <w:t>the longest axis (best path)</w:t>
            </w:r>
          </w:p>
        </w:tc>
        <w:tc>
          <w:tcPr>
            <w:tcW w:type="dxa" w:w="2880"/>
          </w:tcPr>
          <w:p>
            <w:r>
              <w:t>3.96</w:t>
            </w:r>
          </w:p>
        </w:tc>
        <w:tc>
          <w:tcPr>
            <w:tcW w:type="dxa" w:w="2880"/>
          </w:tcPr>
          <w:p>
            <w:r>
              <w:t>1,490</w:t>
            </w:r>
          </w:p>
        </w:tc>
      </w:tr>
      <w:tr>
        <w:tc>
          <w:tcPr>
            <w:tcW w:type="dxa" w:w="2880"/>
          </w:tcPr>
          <w:p>
            <w:r>
              <w:t>the longest axis (best path)</w:t>
            </w:r>
          </w:p>
        </w:tc>
        <w:tc>
          <w:tcPr>
            <w:tcW w:type="dxa" w:w="2880"/>
          </w:tcPr>
          <w:p>
            <w:r>
              <w:t>3.99</w:t>
            </w:r>
          </w:p>
        </w:tc>
        <w:tc>
          <w:tcPr>
            <w:tcW w:type="dxa" w:w="2880"/>
          </w:tcPr>
          <w:p>
            <w:r>
              <w:t>1,485</w:t>
            </w:r>
          </w:p>
        </w:tc>
      </w:tr>
      <w:tr>
        <w:tc>
          <w:tcPr>
            <w:tcW w:type="dxa" w:w="2880"/>
          </w:tcPr>
          <w:p>
            <w:r>
              <w:t>the longest axis (best path)</w:t>
            </w:r>
          </w:p>
        </w:tc>
        <w:tc>
          <w:tcPr>
            <w:tcW w:type="dxa" w:w="2880"/>
          </w:tcPr>
          <w:p>
            <w:r>
              <w:t>4.02</w:t>
            </w:r>
          </w:p>
        </w:tc>
        <w:tc>
          <w:tcPr>
            <w:tcW w:type="dxa" w:w="2880"/>
          </w:tcPr>
          <w:p>
            <w:r>
              <w:t>1,486</w:t>
            </w:r>
          </w:p>
        </w:tc>
      </w:tr>
      <w:tr>
        <w:tc>
          <w:tcPr>
            <w:tcW w:type="dxa" w:w="2880"/>
          </w:tcPr>
          <w:p>
            <w:r>
              <w:t>the longest axis (best path)</w:t>
            </w:r>
          </w:p>
        </w:tc>
        <w:tc>
          <w:tcPr>
            <w:tcW w:type="dxa" w:w="2880"/>
          </w:tcPr>
          <w:p>
            <w:r>
              <w:t>4.05</w:t>
            </w:r>
          </w:p>
        </w:tc>
        <w:tc>
          <w:tcPr>
            <w:tcW w:type="dxa" w:w="2880"/>
          </w:tcPr>
          <w:p>
            <w:r>
              <w:t>1,493</w:t>
            </w:r>
          </w:p>
        </w:tc>
      </w:tr>
      <w:tr>
        <w:tc>
          <w:tcPr>
            <w:tcW w:type="dxa" w:w="2880"/>
          </w:tcPr>
          <w:p>
            <w:r>
              <w:t>the longest axis (best path)</w:t>
            </w:r>
          </w:p>
        </w:tc>
        <w:tc>
          <w:tcPr>
            <w:tcW w:type="dxa" w:w="2880"/>
          </w:tcPr>
          <w:p>
            <w:r>
              <w:t>4.08</w:t>
            </w:r>
          </w:p>
        </w:tc>
        <w:tc>
          <w:tcPr>
            <w:tcW w:type="dxa" w:w="2880"/>
          </w:tcPr>
          <w:p>
            <w:r>
              <w:t>1,499</w:t>
            </w:r>
          </w:p>
        </w:tc>
      </w:tr>
      <w:tr>
        <w:tc>
          <w:tcPr>
            <w:tcW w:type="dxa" w:w="2880"/>
          </w:tcPr>
          <w:p>
            <w:r>
              <w:t>the longest axis (best path)</w:t>
            </w:r>
          </w:p>
        </w:tc>
        <w:tc>
          <w:tcPr>
            <w:tcW w:type="dxa" w:w="2880"/>
          </w:tcPr>
          <w:p>
            <w:r>
              <w:t>4.11</w:t>
            </w:r>
          </w:p>
        </w:tc>
        <w:tc>
          <w:tcPr>
            <w:tcW w:type="dxa" w:w="2880"/>
          </w:tcPr>
          <w:p>
            <w:r>
              <w:t>1,505</w:t>
            </w:r>
          </w:p>
        </w:tc>
      </w:tr>
      <w:tr>
        <w:tc>
          <w:tcPr>
            <w:tcW w:type="dxa" w:w="2880"/>
          </w:tcPr>
          <w:p>
            <w:r>
              <w:t>the longest axis (best path)</w:t>
            </w:r>
          </w:p>
        </w:tc>
        <w:tc>
          <w:tcPr>
            <w:tcW w:type="dxa" w:w="2880"/>
          </w:tcPr>
          <w:p>
            <w:r>
              <w:t>4.14</w:t>
            </w:r>
          </w:p>
        </w:tc>
        <w:tc>
          <w:tcPr>
            <w:tcW w:type="dxa" w:w="2880"/>
          </w:tcPr>
          <w:p>
            <w:r>
              <w:t>1,511</w:t>
            </w:r>
          </w:p>
        </w:tc>
      </w:tr>
      <w:tr>
        <w:tc>
          <w:tcPr>
            <w:tcW w:type="dxa" w:w="2880"/>
          </w:tcPr>
          <w:p>
            <w:r>
              <w:t>the longest axis (best path)</w:t>
            </w:r>
          </w:p>
        </w:tc>
        <w:tc>
          <w:tcPr>
            <w:tcW w:type="dxa" w:w="2880"/>
          </w:tcPr>
          <w:p>
            <w:r>
              <w:t>4.17</w:t>
            </w:r>
          </w:p>
        </w:tc>
        <w:tc>
          <w:tcPr>
            <w:tcW w:type="dxa" w:w="2880"/>
          </w:tcPr>
          <w:p>
            <w:r>
              <w:t>1,518</w:t>
            </w:r>
          </w:p>
        </w:tc>
      </w:tr>
      <w:tr>
        <w:tc>
          <w:tcPr>
            <w:tcW w:type="dxa" w:w="2880"/>
          </w:tcPr>
          <w:p>
            <w:r>
              <w:t>the longest axis (best path)</w:t>
            </w:r>
          </w:p>
        </w:tc>
        <w:tc>
          <w:tcPr>
            <w:tcW w:type="dxa" w:w="2880"/>
          </w:tcPr>
          <w:p>
            <w:r>
              <w:t>4.2</w:t>
            </w:r>
          </w:p>
        </w:tc>
        <w:tc>
          <w:tcPr>
            <w:tcW w:type="dxa" w:w="2880"/>
          </w:tcPr>
          <w:p>
            <w:r>
              <w:t>1,524</w:t>
            </w:r>
          </w:p>
        </w:tc>
      </w:tr>
      <w:tr>
        <w:tc>
          <w:tcPr>
            <w:tcW w:type="dxa" w:w="2880"/>
          </w:tcPr>
          <w:p>
            <w:r>
              <w:t>the longest axis (best path)</w:t>
            </w:r>
          </w:p>
        </w:tc>
        <w:tc>
          <w:tcPr>
            <w:tcW w:type="dxa" w:w="2880"/>
          </w:tcPr>
          <w:p>
            <w:r>
              <w:t>4.23</w:t>
            </w:r>
          </w:p>
        </w:tc>
        <w:tc>
          <w:tcPr>
            <w:tcW w:type="dxa" w:w="2880"/>
          </w:tcPr>
          <w:p>
            <w:r>
              <w:t>1,530</w:t>
            </w:r>
          </w:p>
        </w:tc>
      </w:tr>
      <w:tr>
        <w:tc>
          <w:tcPr>
            <w:tcW w:type="dxa" w:w="2880"/>
          </w:tcPr>
          <w:p>
            <w:r>
              <w:t>the longest axis (best path)</w:t>
            </w:r>
          </w:p>
        </w:tc>
        <w:tc>
          <w:tcPr>
            <w:tcW w:type="dxa" w:w="2880"/>
          </w:tcPr>
          <w:p>
            <w:r>
              <w:t>4.26</w:t>
            </w:r>
          </w:p>
        </w:tc>
        <w:tc>
          <w:tcPr>
            <w:tcW w:type="dxa" w:w="2880"/>
          </w:tcPr>
          <w:p>
            <w:r>
              <w:t>1,537</w:t>
            </w:r>
          </w:p>
        </w:tc>
      </w:tr>
      <w:tr>
        <w:tc>
          <w:tcPr>
            <w:tcW w:type="dxa" w:w="2880"/>
          </w:tcPr>
          <w:p>
            <w:r>
              <w:t>the longest axis (best path)</w:t>
            </w:r>
          </w:p>
        </w:tc>
        <w:tc>
          <w:tcPr>
            <w:tcW w:type="dxa" w:w="2880"/>
          </w:tcPr>
          <w:p>
            <w:r>
              <w:t>4.29</w:t>
            </w:r>
          </w:p>
        </w:tc>
        <w:tc>
          <w:tcPr>
            <w:tcW w:type="dxa" w:w="2880"/>
          </w:tcPr>
          <w:p>
            <w:r>
              <w:t>1,543</w:t>
            </w:r>
          </w:p>
        </w:tc>
      </w:tr>
      <w:tr>
        <w:tc>
          <w:tcPr>
            <w:tcW w:type="dxa" w:w="2880"/>
          </w:tcPr>
          <w:p>
            <w:r>
              <w:t>the longest axis (best path)</w:t>
            </w:r>
          </w:p>
        </w:tc>
        <w:tc>
          <w:tcPr>
            <w:tcW w:type="dxa" w:w="2880"/>
          </w:tcPr>
          <w:p>
            <w:r>
              <w:t>4.32</w:t>
            </w:r>
          </w:p>
        </w:tc>
        <w:tc>
          <w:tcPr>
            <w:tcW w:type="dxa" w:w="2880"/>
          </w:tcPr>
          <w:p>
            <w:r>
              <w:t>1,550</w:t>
            </w:r>
          </w:p>
        </w:tc>
      </w:tr>
      <w:tr>
        <w:tc>
          <w:tcPr>
            <w:tcW w:type="dxa" w:w="2880"/>
          </w:tcPr>
          <w:p>
            <w:r>
              <w:t>the longest axis (best path)</w:t>
            </w:r>
          </w:p>
        </w:tc>
        <w:tc>
          <w:tcPr>
            <w:tcW w:type="dxa" w:w="2880"/>
          </w:tcPr>
          <w:p>
            <w:r>
              <w:t>4.35</w:t>
            </w:r>
          </w:p>
        </w:tc>
        <w:tc>
          <w:tcPr>
            <w:tcW w:type="dxa" w:w="2880"/>
          </w:tcPr>
          <w:p>
            <w:r>
              <w:t>1,557</w:t>
            </w:r>
          </w:p>
        </w:tc>
      </w:tr>
      <w:tr>
        <w:tc>
          <w:tcPr>
            <w:tcW w:type="dxa" w:w="2880"/>
          </w:tcPr>
          <w:p>
            <w:r>
              <w:t>the longest axis (best path)</w:t>
            </w:r>
          </w:p>
        </w:tc>
        <w:tc>
          <w:tcPr>
            <w:tcW w:type="dxa" w:w="2880"/>
          </w:tcPr>
          <w:p>
            <w:r>
              <w:t>4.38</w:t>
            </w:r>
          </w:p>
        </w:tc>
        <w:tc>
          <w:tcPr>
            <w:tcW w:type="dxa" w:w="2880"/>
          </w:tcPr>
          <w:p>
            <w:r>
              <w:t>1,564</w:t>
            </w:r>
          </w:p>
        </w:tc>
      </w:tr>
      <w:tr>
        <w:tc>
          <w:tcPr>
            <w:tcW w:type="dxa" w:w="2880"/>
          </w:tcPr>
          <w:p>
            <w:r>
              <w:t>the longest axis (best path)</w:t>
            </w:r>
          </w:p>
        </w:tc>
        <w:tc>
          <w:tcPr>
            <w:tcW w:type="dxa" w:w="2880"/>
          </w:tcPr>
          <w:p>
            <w:r>
              <w:t>4.41</w:t>
            </w:r>
          </w:p>
        </w:tc>
        <w:tc>
          <w:tcPr>
            <w:tcW w:type="dxa" w:w="2880"/>
          </w:tcPr>
          <w:p>
            <w:r>
              <w:t>1,571</w:t>
            </w:r>
          </w:p>
        </w:tc>
      </w:tr>
      <w:tr>
        <w:tc>
          <w:tcPr>
            <w:tcW w:type="dxa" w:w="2880"/>
          </w:tcPr>
          <w:p>
            <w:r>
              <w:t>the longest axis (best path)</w:t>
            </w:r>
          </w:p>
        </w:tc>
        <w:tc>
          <w:tcPr>
            <w:tcW w:type="dxa" w:w="2880"/>
          </w:tcPr>
          <w:p>
            <w:r>
              <w:t>4.44</w:t>
            </w:r>
          </w:p>
        </w:tc>
        <w:tc>
          <w:tcPr>
            <w:tcW w:type="dxa" w:w="2880"/>
          </w:tcPr>
          <w:p>
            <w:r>
              <w:t>1,579</w:t>
            </w:r>
          </w:p>
        </w:tc>
      </w:tr>
      <w:tr>
        <w:tc>
          <w:tcPr>
            <w:tcW w:type="dxa" w:w="2880"/>
          </w:tcPr>
          <w:p>
            <w:r>
              <w:t>the longest axis (best path)</w:t>
            </w:r>
          </w:p>
        </w:tc>
        <w:tc>
          <w:tcPr>
            <w:tcW w:type="dxa" w:w="2880"/>
          </w:tcPr>
          <w:p>
            <w:r>
              <w:t>4.47</w:t>
            </w:r>
          </w:p>
        </w:tc>
        <w:tc>
          <w:tcPr>
            <w:tcW w:type="dxa" w:w="2880"/>
          </w:tcPr>
          <w:p>
            <w:r>
              <w:t>1,587</w:t>
            </w:r>
          </w:p>
        </w:tc>
      </w:tr>
      <w:tr>
        <w:tc>
          <w:tcPr>
            <w:tcW w:type="dxa" w:w="2880"/>
          </w:tcPr>
          <w:p>
            <w:r>
              <w:t>the longest axis (best path)</w:t>
            </w:r>
          </w:p>
        </w:tc>
        <w:tc>
          <w:tcPr>
            <w:tcW w:type="dxa" w:w="2880"/>
          </w:tcPr>
          <w:p>
            <w:r>
              <w:t>4.5</w:t>
            </w:r>
          </w:p>
        </w:tc>
        <w:tc>
          <w:tcPr>
            <w:tcW w:type="dxa" w:w="2880"/>
          </w:tcPr>
          <w:p>
            <w:r>
              <w:t>1,595</w:t>
            </w:r>
          </w:p>
        </w:tc>
      </w:tr>
      <w:tr>
        <w:tc>
          <w:tcPr>
            <w:tcW w:type="dxa" w:w="2880"/>
          </w:tcPr>
          <w:p>
            <w:r>
              <w:t>the longest axis (best path)</w:t>
            </w:r>
          </w:p>
        </w:tc>
        <w:tc>
          <w:tcPr>
            <w:tcW w:type="dxa" w:w="2880"/>
          </w:tcPr>
          <w:p>
            <w:r>
              <w:t>4.53</w:t>
            </w:r>
          </w:p>
        </w:tc>
        <w:tc>
          <w:tcPr>
            <w:tcW w:type="dxa" w:w="2880"/>
          </w:tcPr>
          <w:p>
            <w:r>
              <w:t>1,602</w:t>
            </w:r>
          </w:p>
        </w:tc>
      </w:tr>
      <w:tr>
        <w:tc>
          <w:tcPr>
            <w:tcW w:type="dxa" w:w="2880"/>
          </w:tcPr>
          <w:p>
            <w:r>
              <w:t>the longest axis (best path)</w:t>
            </w:r>
          </w:p>
        </w:tc>
        <w:tc>
          <w:tcPr>
            <w:tcW w:type="dxa" w:w="2880"/>
          </w:tcPr>
          <w:p>
            <w:r>
              <w:t>4.56</w:t>
            </w:r>
          </w:p>
        </w:tc>
        <w:tc>
          <w:tcPr>
            <w:tcW w:type="dxa" w:w="2880"/>
          </w:tcPr>
          <w:p>
            <w:r>
              <w:t>1,610</w:t>
            </w:r>
          </w:p>
        </w:tc>
      </w:tr>
      <w:tr>
        <w:tc>
          <w:tcPr>
            <w:tcW w:type="dxa" w:w="2880"/>
          </w:tcPr>
          <w:p>
            <w:r>
              <w:t>the longest axis (best path)</w:t>
            </w:r>
          </w:p>
        </w:tc>
        <w:tc>
          <w:tcPr>
            <w:tcW w:type="dxa" w:w="2880"/>
          </w:tcPr>
          <w:p>
            <w:r>
              <w:t>4.59</w:t>
            </w:r>
          </w:p>
        </w:tc>
        <w:tc>
          <w:tcPr>
            <w:tcW w:type="dxa" w:w="2880"/>
          </w:tcPr>
          <w:p>
            <w:r>
              <w:t>1,618</w:t>
            </w:r>
          </w:p>
        </w:tc>
      </w:tr>
      <w:tr>
        <w:tc>
          <w:tcPr>
            <w:tcW w:type="dxa" w:w="2880"/>
          </w:tcPr>
          <w:p>
            <w:r>
              <w:t>the longest axis (best path)</w:t>
            </w:r>
          </w:p>
        </w:tc>
        <w:tc>
          <w:tcPr>
            <w:tcW w:type="dxa" w:w="2880"/>
          </w:tcPr>
          <w:p>
            <w:r>
              <w:t>4.62</w:t>
            </w:r>
          </w:p>
        </w:tc>
        <w:tc>
          <w:tcPr>
            <w:tcW w:type="dxa" w:w="2880"/>
          </w:tcPr>
          <w:p>
            <w:r>
              <w:t>1,626</w:t>
            </w:r>
          </w:p>
        </w:tc>
      </w:tr>
      <w:tr>
        <w:tc>
          <w:tcPr>
            <w:tcW w:type="dxa" w:w="2880"/>
          </w:tcPr>
          <w:p>
            <w:r>
              <w:t>the longest axis (best path)</w:t>
            </w:r>
          </w:p>
        </w:tc>
        <w:tc>
          <w:tcPr>
            <w:tcW w:type="dxa" w:w="2880"/>
          </w:tcPr>
          <w:p>
            <w:r>
              <w:t>4.65</w:t>
            </w:r>
          </w:p>
        </w:tc>
        <w:tc>
          <w:tcPr>
            <w:tcW w:type="dxa" w:w="2880"/>
          </w:tcPr>
          <w:p>
            <w:r>
              <w:t>1,634</w:t>
            </w:r>
          </w:p>
        </w:tc>
      </w:tr>
      <w:tr>
        <w:tc>
          <w:tcPr>
            <w:tcW w:type="dxa" w:w="2880"/>
          </w:tcPr>
          <w:p>
            <w:r>
              <w:t>the longest axis (best path)</w:t>
            </w:r>
          </w:p>
        </w:tc>
        <w:tc>
          <w:tcPr>
            <w:tcW w:type="dxa" w:w="2880"/>
          </w:tcPr>
          <w:p>
            <w:r>
              <w:t>4.68</w:t>
            </w:r>
          </w:p>
        </w:tc>
        <w:tc>
          <w:tcPr>
            <w:tcW w:type="dxa" w:w="2880"/>
          </w:tcPr>
          <w:p>
            <w:r>
              <w:t>1,641</w:t>
            </w:r>
          </w:p>
        </w:tc>
      </w:tr>
      <w:tr>
        <w:tc>
          <w:tcPr>
            <w:tcW w:type="dxa" w:w="2880"/>
          </w:tcPr>
          <w:p>
            <w:r>
              <w:t>the longest axis (best path)</w:t>
            </w:r>
          </w:p>
        </w:tc>
        <w:tc>
          <w:tcPr>
            <w:tcW w:type="dxa" w:w="2880"/>
          </w:tcPr>
          <w:p>
            <w:r>
              <w:t>4.71</w:t>
            </w:r>
          </w:p>
        </w:tc>
        <w:tc>
          <w:tcPr>
            <w:tcW w:type="dxa" w:w="2880"/>
          </w:tcPr>
          <w:p>
            <w:r>
              <w:t>1,649</w:t>
            </w:r>
          </w:p>
        </w:tc>
      </w:tr>
      <w:tr>
        <w:tc>
          <w:tcPr>
            <w:tcW w:type="dxa" w:w="2880"/>
          </w:tcPr>
          <w:p>
            <w:r>
              <w:t>the longest axis (best path)</w:t>
            </w:r>
          </w:p>
        </w:tc>
        <w:tc>
          <w:tcPr>
            <w:tcW w:type="dxa" w:w="2880"/>
          </w:tcPr>
          <w:p>
            <w:r>
              <w:t>4.74</w:t>
            </w:r>
          </w:p>
        </w:tc>
        <w:tc>
          <w:tcPr>
            <w:tcW w:type="dxa" w:w="2880"/>
          </w:tcPr>
          <w:p>
            <w:r>
              <w:t>1,656</w:t>
            </w:r>
          </w:p>
        </w:tc>
      </w:tr>
      <w:tr>
        <w:tc>
          <w:tcPr>
            <w:tcW w:type="dxa" w:w="2880"/>
          </w:tcPr>
          <w:p>
            <w:r>
              <w:t>the longest axis (best path)</w:t>
            </w:r>
          </w:p>
        </w:tc>
        <w:tc>
          <w:tcPr>
            <w:tcW w:type="dxa" w:w="2880"/>
          </w:tcPr>
          <w:p>
            <w:r>
              <w:t>4.77</w:t>
            </w:r>
          </w:p>
        </w:tc>
        <w:tc>
          <w:tcPr>
            <w:tcW w:type="dxa" w:w="2880"/>
          </w:tcPr>
          <w:p>
            <w:r>
              <w:t>1,663</w:t>
            </w:r>
          </w:p>
        </w:tc>
      </w:tr>
      <w:tr>
        <w:tc>
          <w:tcPr>
            <w:tcW w:type="dxa" w:w="2880"/>
          </w:tcPr>
          <w:p>
            <w:r>
              <w:t>the longest axis (best path)</w:t>
            </w:r>
          </w:p>
        </w:tc>
        <w:tc>
          <w:tcPr>
            <w:tcW w:type="dxa" w:w="2880"/>
          </w:tcPr>
          <w:p>
            <w:r>
              <w:t>4.8</w:t>
            </w:r>
          </w:p>
        </w:tc>
        <w:tc>
          <w:tcPr>
            <w:tcW w:type="dxa" w:w="2880"/>
          </w:tcPr>
          <w:p>
            <w:r>
              <w:t>1,670</w:t>
            </w:r>
          </w:p>
        </w:tc>
      </w:tr>
      <w:tr>
        <w:tc>
          <w:tcPr>
            <w:tcW w:type="dxa" w:w="2880"/>
          </w:tcPr>
          <w:p>
            <w:r>
              <w:t>the longest axis (best path)</w:t>
            </w:r>
          </w:p>
        </w:tc>
        <w:tc>
          <w:tcPr>
            <w:tcW w:type="dxa" w:w="2880"/>
          </w:tcPr>
          <w:p>
            <w:r>
              <w:t>4.83</w:t>
            </w:r>
          </w:p>
        </w:tc>
        <w:tc>
          <w:tcPr>
            <w:tcW w:type="dxa" w:w="2880"/>
          </w:tcPr>
          <w:p>
            <w:r>
              <w:t>1,676</w:t>
            </w:r>
          </w:p>
        </w:tc>
      </w:tr>
      <w:tr>
        <w:tc>
          <w:tcPr>
            <w:tcW w:type="dxa" w:w="2880"/>
          </w:tcPr>
          <w:p>
            <w:r>
              <w:t>the longest axis (best path)</w:t>
            </w:r>
          </w:p>
        </w:tc>
        <w:tc>
          <w:tcPr>
            <w:tcW w:type="dxa" w:w="2880"/>
          </w:tcPr>
          <w:p>
            <w:r>
              <w:t>4.86</w:t>
            </w:r>
          </w:p>
        </w:tc>
        <w:tc>
          <w:tcPr>
            <w:tcW w:type="dxa" w:w="2880"/>
          </w:tcPr>
          <w:p>
            <w:r>
              <w:t>1,683</w:t>
            </w:r>
          </w:p>
        </w:tc>
      </w:tr>
      <w:tr>
        <w:tc>
          <w:tcPr>
            <w:tcW w:type="dxa" w:w="2880"/>
          </w:tcPr>
          <w:p>
            <w:r>
              <w:t>the longest axis (best path)</w:t>
            </w:r>
          </w:p>
        </w:tc>
        <w:tc>
          <w:tcPr>
            <w:tcW w:type="dxa" w:w="2880"/>
          </w:tcPr>
          <w:p>
            <w:r>
              <w:t>4.89</w:t>
            </w:r>
          </w:p>
        </w:tc>
        <w:tc>
          <w:tcPr>
            <w:tcW w:type="dxa" w:w="2880"/>
          </w:tcPr>
          <w:p>
            <w:r>
              <w:t>1,689</w:t>
            </w:r>
          </w:p>
        </w:tc>
      </w:tr>
      <w:tr>
        <w:tc>
          <w:tcPr>
            <w:tcW w:type="dxa" w:w="2880"/>
          </w:tcPr>
          <w:p>
            <w:r>
              <w:t>the longest axis (best path)</w:t>
            </w:r>
          </w:p>
        </w:tc>
        <w:tc>
          <w:tcPr>
            <w:tcW w:type="dxa" w:w="2880"/>
          </w:tcPr>
          <w:p>
            <w:r>
              <w:t>4.92</w:t>
            </w:r>
          </w:p>
        </w:tc>
        <w:tc>
          <w:tcPr>
            <w:tcW w:type="dxa" w:w="2880"/>
          </w:tcPr>
          <w:p>
            <w:r>
              <w:t>1,695</w:t>
            </w:r>
          </w:p>
        </w:tc>
      </w:tr>
      <w:tr>
        <w:tc>
          <w:tcPr>
            <w:tcW w:type="dxa" w:w="2880"/>
          </w:tcPr>
          <w:p>
            <w:r>
              <w:t>the longest axis (best path)</w:t>
            </w:r>
          </w:p>
        </w:tc>
        <w:tc>
          <w:tcPr>
            <w:tcW w:type="dxa" w:w="2880"/>
          </w:tcPr>
          <w:p>
            <w:r>
              <w:t>4.95</w:t>
            </w:r>
          </w:p>
        </w:tc>
        <w:tc>
          <w:tcPr>
            <w:tcW w:type="dxa" w:w="2880"/>
          </w:tcPr>
          <w:p>
            <w:r>
              <w:t>1,701</w:t>
            </w:r>
          </w:p>
        </w:tc>
      </w:tr>
      <w:tr>
        <w:tc>
          <w:tcPr>
            <w:tcW w:type="dxa" w:w="2880"/>
          </w:tcPr>
          <w:p>
            <w:r>
              <w:t>the longest axis (best path)</w:t>
            </w:r>
          </w:p>
        </w:tc>
        <w:tc>
          <w:tcPr>
            <w:tcW w:type="dxa" w:w="2880"/>
          </w:tcPr>
          <w:p>
            <w:r>
              <w:t>4.98</w:t>
            </w:r>
          </w:p>
        </w:tc>
        <w:tc>
          <w:tcPr>
            <w:tcW w:type="dxa" w:w="2880"/>
          </w:tcPr>
          <w:p>
            <w:r>
              <w:t>1,706</w:t>
            </w:r>
          </w:p>
        </w:tc>
      </w:tr>
      <w:tr>
        <w:tc>
          <w:tcPr>
            <w:tcW w:type="dxa" w:w="2880"/>
          </w:tcPr>
          <w:p>
            <w:r>
              <w:t>the longest axis (best path)</w:t>
            </w:r>
          </w:p>
        </w:tc>
        <w:tc>
          <w:tcPr>
            <w:tcW w:type="dxa" w:w="2880"/>
          </w:tcPr>
          <w:p>
            <w:r>
              <w:t>5.01</w:t>
            </w:r>
          </w:p>
        </w:tc>
        <w:tc>
          <w:tcPr>
            <w:tcW w:type="dxa" w:w="2880"/>
          </w:tcPr>
          <w:p>
            <w:r>
              <w:t>1,712</w:t>
            </w:r>
          </w:p>
        </w:tc>
      </w:tr>
      <w:tr>
        <w:tc>
          <w:tcPr>
            <w:tcW w:type="dxa" w:w="2880"/>
          </w:tcPr>
          <w:p>
            <w:r>
              <w:t>the longest axis (best path)</w:t>
            </w:r>
          </w:p>
        </w:tc>
        <w:tc>
          <w:tcPr>
            <w:tcW w:type="dxa" w:w="2880"/>
          </w:tcPr>
          <w:p>
            <w:r>
              <w:t>5.04</w:t>
            </w:r>
          </w:p>
        </w:tc>
        <w:tc>
          <w:tcPr>
            <w:tcW w:type="dxa" w:w="2880"/>
          </w:tcPr>
          <w:p>
            <w:r>
              <w:t>1,717</w:t>
            </w:r>
          </w:p>
        </w:tc>
      </w:tr>
      <w:tr>
        <w:tc>
          <w:tcPr>
            <w:tcW w:type="dxa" w:w="2880"/>
          </w:tcPr>
          <w:p>
            <w:r>
              <w:t>the longest axis (best path)</w:t>
            </w:r>
          </w:p>
        </w:tc>
        <w:tc>
          <w:tcPr>
            <w:tcW w:type="dxa" w:w="2880"/>
          </w:tcPr>
          <w:p>
            <w:r>
              <w:t>5.07</w:t>
            </w:r>
          </w:p>
        </w:tc>
        <w:tc>
          <w:tcPr>
            <w:tcW w:type="dxa" w:w="2880"/>
          </w:tcPr>
          <w:p>
            <w:r>
              <w:t>1,722</w:t>
            </w:r>
          </w:p>
        </w:tc>
      </w:tr>
      <w:tr>
        <w:tc>
          <w:tcPr>
            <w:tcW w:type="dxa" w:w="2880"/>
          </w:tcPr>
          <w:p>
            <w:r>
              <w:t>the longest axis (best path)</w:t>
            </w:r>
          </w:p>
        </w:tc>
        <w:tc>
          <w:tcPr>
            <w:tcW w:type="dxa" w:w="2880"/>
          </w:tcPr>
          <w:p>
            <w:r>
              <w:t>5.1</w:t>
            </w:r>
          </w:p>
        </w:tc>
        <w:tc>
          <w:tcPr>
            <w:tcW w:type="dxa" w:w="2880"/>
          </w:tcPr>
          <w:p>
            <w:r>
              <w:t>1,727</w:t>
            </w:r>
          </w:p>
        </w:tc>
      </w:tr>
      <w:tr>
        <w:tc>
          <w:tcPr>
            <w:tcW w:type="dxa" w:w="2880"/>
          </w:tcPr>
          <w:p>
            <w:r>
              <w:t>the longest axis (best path)</w:t>
            </w:r>
          </w:p>
        </w:tc>
        <w:tc>
          <w:tcPr>
            <w:tcW w:type="dxa" w:w="2880"/>
          </w:tcPr>
          <w:p>
            <w:r>
              <w:t>5.13</w:t>
            </w:r>
          </w:p>
        </w:tc>
        <w:tc>
          <w:tcPr>
            <w:tcW w:type="dxa" w:w="2880"/>
          </w:tcPr>
          <w:p>
            <w:r>
              <w:t>1,733</w:t>
            </w:r>
          </w:p>
        </w:tc>
      </w:tr>
      <w:tr>
        <w:tc>
          <w:tcPr>
            <w:tcW w:type="dxa" w:w="2880"/>
          </w:tcPr>
          <w:p>
            <w:r>
              <w:t>the longest axis (best path)</w:t>
            </w:r>
          </w:p>
        </w:tc>
        <w:tc>
          <w:tcPr>
            <w:tcW w:type="dxa" w:w="2880"/>
          </w:tcPr>
          <w:p>
            <w:r>
              <w:t>5.16</w:t>
            </w:r>
          </w:p>
        </w:tc>
        <w:tc>
          <w:tcPr>
            <w:tcW w:type="dxa" w:w="2880"/>
          </w:tcPr>
          <w:p>
            <w:r>
              <w:t>1,739</w:t>
            </w:r>
          </w:p>
        </w:tc>
      </w:tr>
      <w:tr>
        <w:tc>
          <w:tcPr>
            <w:tcW w:type="dxa" w:w="2880"/>
          </w:tcPr>
          <w:p>
            <w:r>
              <w:t>the longest axis (best path)</w:t>
            </w:r>
          </w:p>
        </w:tc>
        <w:tc>
          <w:tcPr>
            <w:tcW w:type="dxa" w:w="2880"/>
          </w:tcPr>
          <w:p>
            <w:r>
              <w:t>5.19</w:t>
            </w:r>
          </w:p>
        </w:tc>
        <w:tc>
          <w:tcPr>
            <w:tcW w:type="dxa" w:w="2880"/>
          </w:tcPr>
          <w:p>
            <w:r>
              <w:t>1,745</w:t>
            </w:r>
          </w:p>
        </w:tc>
      </w:tr>
      <w:tr>
        <w:tc>
          <w:tcPr>
            <w:tcW w:type="dxa" w:w="2880"/>
          </w:tcPr>
          <w:p>
            <w:r>
              <w:t>the longest axis (best path)</w:t>
            </w:r>
          </w:p>
        </w:tc>
        <w:tc>
          <w:tcPr>
            <w:tcW w:type="dxa" w:w="2880"/>
          </w:tcPr>
          <w:p>
            <w:r>
              <w:t>5.22</w:t>
            </w:r>
          </w:p>
        </w:tc>
        <w:tc>
          <w:tcPr>
            <w:tcW w:type="dxa" w:w="2880"/>
          </w:tcPr>
          <w:p>
            <w:r>
              <w:t>1,751</w:t>
            </w:r>
          </w:p>
        </w:tc>
      </w:tr>
      <w:tr>
        <w:tc>
          <w:tcPr>
            <w:tcW w:type="dxa" w:w="2880"/>
          </w:tcPr>
          <w:p>
            <w:r>
              <w:t>the longest axis (best path)</w:t>
            </w:r>
          </w:p>
        </w:tc>
        <w:tc>
          <w:tcPr>
            <w:tcW w:type="dxa" w:w="2880"/>
          </w:tcPr>
          <w:p>
            <w:r>
              <w:t>5.25</w:t>
            </w:r>
          </w:p>
        </w:tc>
        <w:tc>
          <w:tcPr>
            <w:tcW w:type="dxa" w:w="2880"/>
          </w:tcPr>
          <w:p>
            <w:r>
              <w:t>1,758</w:t>
            </w:r>
          </w:p>
        </w:tc>
      </w:tr>
      <w:tr>
        <w:tc>
          <w:tcPr>
            <w:tcW w:type="dxa" w:w="2880"/>
          </w:tcPr>
          <w:p>
            <w:r>
              <w:t>the longest axis (best path)</w:t>
            </w:r>
          </w:p>
        </w:tc>
        <w:tc>
          <w:tcPr>
            <w:tcW w:type="dxa" w:w="2880"/>
          </w:tcPr>
          <w:p>
            <w:r>
              <w:t>5.28</w:t>
            </w:r>
          </w:p>
        </w:tc>
        <w:tc>
          <w:tcPr>
            <w:tcW w:type="dxa" w:w="2880"/>
          </w:tcPr>
          <w:p>
            <w:r>
              <w:t>1,765</w:t>
            </w:r>
          </w:p>
        </w:tc>
      </w:tr>
      <w:tr>
        <w:tc>
          <w:tcPr>
            <w:tcW w:type="dxa" w:w="2880"/>
          </w:tcPr>
          <w:p>
            <w:r>
              <w:t>the longest axis (best path)</w:t>
            </w:r>
          </w:p>
        </w:tc>
        <w:tc>
          <w:tcPr>
            <w:tcW w:type="dxa" w:w="2880"/>
          </w:tcPr>
          <w:p>
            <w:r>
              <w:t>5.31</w:t>
            </w:r>
          </w:p>
        </w:tc>
        <w:tc>
          <w:tcPr>
            <w:tcW w:type="dxa" w:w="2880"/>
          </w:tcPr>
          <w:p>
            <w:r>
              <w:t>1,772</w:t>
            </w:r>
          </w:p>
        </w:tc>
      </w:tr>
      <w:tr>
        <w:tc>
          <w:tcPr>
            <w:tcW w:type="dxa" w:w="2880"/>
          </w:tcPr>
          <w:p>
            <w:r>
              <w:t>the longest axis (best path)</w:t>
            </w:r>
          </w:p>
        </w:tc>
        <w:tc>
          <w:tcPr>
            <w:tcW w:type="dxa" w:w="2880"/>
          </w:tcPr>
          <w:p>
            <w:r>
              <w:t>5.34</w:t>
            </w:r>
          </w:p>
        </w:tc>
        <w:tc>
          <w:tcPr>
            <w:tcW w:type="dxa" w:w="2880"/>
          </w:tcPr>
          <w:p>
            <w:r>
              <w:t>1,779</w:t>
            </w:r>
          </w:p>
        </w:tc>
      </w:tr>
      <w:tr>
        <w:tc>
          <w:tcPr>
            <w:tcW w:type="dxa" w:w="2880"/>
          </w:tcPr>
          <w:p>
            <w:r>
              <w:t>the longest axis (best path)</w:t>
            </w:r>
          </w:p>
        </w:tc>
        <w:tc>
          <w:tcPr>
            <w:tcW w:type="dxa" w:w="2880"/>
          </w:tcPr>
          <w:p>
            <w:r>
              <w:t>5.37</w:t>
            </w:r>
          </w:p>
        </w:tc>
        <w:tc>
          <w:tcPr>
            <w:tcW w:type="dxa" w:w="2880"/>
          </w:tcPr>
          <w:p>
            <w:r>
              <w:t>1,787</w:t>
            </w:r>
          </w:p>
        </w:tc>
      </w:tr>
      <w:tr>
        <w:tc>
          <w:tcPr>
            <w:tcW w:type="dxa" w:w="2880"/>
          </w:tcPr>
          <w:p>
            <w:r>
              <w:t>the longest axis (best path)</w:t>
            </w:r>
          </w:p>
        </w:tc>
        <w:tc>
          <w:tcPr>
            <w:tcW w:type="dxa" w:w="2880"/>
          </w:tcPr>
          <w:p>
            <w:r>
              <w:t>5.4</w:t>
            </w:r>
          </w:p>
        </w:tc>
        <w:tc>
          <w:tcPr>
            <w:tcW w:type="dxa" w:w="2880"/>
          </w:tcPr>
          <w:p>
            <w:r>
              <w:t>1,795</w:t>
            </w:r>
          </w:p>
        </w:tc>
      </w:tr>
      <w:tr>
        <w:tc>
          <w:tcPr>
            <w:tcW w:type="dxa" w:w="2880"/>
          </w:tcPr>
          <w:p>
            <w:r>
              <w:t>the longest axis (best path)</w:t>
            </w:r>
          </w:p>
        </w:tc>
        <w:tc>
          <w:tcPr>
            <w:tcW w:type="dxa" w:w="2880"/>
          </w:tcPr>
          <w:p>
            <w:r>
              <w:t>5.43</w:t>
            </w:r>
          </w:p>
        </w:tc>
        <w:tc>
          <w:tcPr>
            <w:tcW w:type="dxa" w:w="2880"/>
          </w:tcPr>
          <w:p>
            <w:r>
              <w:t>1,803</w:t>
            </w:r>
          </w:p>
        </w:tc>
      </w:tr>
      <w:tr>
        <w:tc>
          <w:tcPr>
            <w:tcW w:type="dxa" w:w="2880"/>
          </w:tcPr>
          <w:p>
            <w:r>
              <w:t>the longest axis (best path)</w:t>
            </w:r>
          </w:p>
        </w:tc>
        <w:tc>
          <w:tcPr>
            <w:tcW w:type="dxa" w:w="2880"/>
          </w:tcPr>
          <w:p>
            <w:r>
              <w:t>5.46</w:t>
            </w:r>
          </w:p>
        </w:tc>
        <w:tc>
          <w:tcPr>
            <w:tcW w:type="dxa" w:w="2880"/>
          </w:tcPr>
          <w:p>
            <w:r>
              <w:t>1,811</w:t>
            </w:r>
          </w:p>
        </w:tc>
      </w:tr>
      <w:tr>
        <w:tc>
          <w:tcPr>
            <w:tcW w:type="dxa" w:w="2880"/>
          </w:tcPr>
          <w:p>
            <w:r>
              <w:t>the longest axis (best path)</w:t>
            </w:r>
          </w:p>
        </w:tc>
        <w:tc>
          <w:tcPr>
            <w:tcW w:type="dxa" w:w="2880"/>
          </w:tcPr>
          <w:p>
            <w:r>
              <w:t>5.49</w:t>
            </w:r>
          </w:p>
        </w:tc>
        <w:tc>
          <w:tcPr>
            <w:tcW w:type="dxa" w:w="2880"/>
          </w:tcPr>
          <w:p>
            <w:r>
              <w:t>1,819</w:t>
            </w:r>
          </w:p>
        </w:tc>
      </w:tr>
      <w:tr>
        <w:tc>
          <w:tcPr>
            <w:tcW w:type="dxa" w:w="2880"/>
          </w:tcPr>
          <w:p>
            <w:r>
              <w:t>the longest axis (best path)</w:t>
            </w:r>
          </w:p>
        </w:tc>
        <w:tc>
          <w:tcPr>
            <w:tcW w:type="dxa" w:w="2880"/>
          </w:tcPr>
          <w:p>
            <w:r>
              <w:t>5.52</w:t>
            </w:r>
          </w:p>
        </w:tc>
        <w:tc>
          <w:tcPr>
            <w:tcW w:type="dxa" w:w="2880"/>
          </w:tcPr>
          <w:p>
            <w:r>
              <w:t>1,827</w:t>
            </w:r>
          </w:p>
        </w:tc>
      </w:tr>
      <w:tr>
        <w:tc>
          <w:tcPr>
            <w:tcW w:type="dxa" w:w="2880"/>
          </w:tcPr>
          <w:p>
            <w:r>
              <w:t>the longest axis (best path)</w:t>
            </w:r>
          </w:p>
        </w:tc>
        <w:tc>
          <w:tcPr>
            <w:tcW w:type="dxa" w:w="2880"/>
          </w:tcPr>
          <w:p>
            <w:r>
              <w:t>5.55</w:t>
            </w:r>
          </w:p>
        </w:tc>
        <w:tc>
          <w:tcPr>
            <w:tcW w:type="dxa" w:w="2880"/>
          </w:tcPr>
          <w:p>
            <w:r>
              <w:t>1,835</w:t>
            </w:r>
          </w:p>
        </w:tc>
      </w:tr>
      <w:tr>
        <w:tc>
          <w:tcPr>
            <w:tcW w:type="dxa" w:w="2880"/>
          </w:tcPr>
          <w:p>
            <w:r>
              <w:t>the longest axis (best path)</w:t>
            </w:r>
          </w:p>
        </w:tc>
        <w:tc>
          <w:tcPr>
            <w:tcW w:type="dxa" w:w="2880"/>
          </w:tcPr>
          <w:p>
            <w:r>
              <w:t>5.58</w:t>
            </w:r>
          </w:p>
        </w:tc>
        <w:tc>
          <w:tcPr>
            <w:tcW w:type="dxa" w:w="2880"/>
          </w:tcPr>
          <w:p>
            <w:r>
              <w:t>1,843</w:t>
            </w:r>
          </w:p>
        </w:tc>
      </w:tr>
      <w:tr>
        <w:tc>
          <w:tcPr>
            <w:tcW w:type="dxa" w:w="2880"/>
          </w:tcPr>
          <w:p>
            <w:r>
              <w:t>the longest axis (best path)</w:t>
            </w:r>
          </w:p>
        </w:tc>
        <w:tc>
          <w:tcPr>
            <w:tcW w:type="dxa" w:w="2880"/>
          </w:tcPr>
          <w:p>
            <w:r>
              <w:t>5.61</w:t>
            </w:r>
          </w:p>
        </w:tc>
        <w:tc>
          <w:tcPr>
            <w:tcW w:type="dxa" w:w="2880"/>
          </w:tcPr>
          <w:p>
            <w:r>
              <w:t>1,851</w:t>
            </w:r>
          </w:p>
        </w:tc>
      </w:tr>
      <w:tr>
        <w:tc>
          <w:tcPr>
            <w:tcW w:type="dxa" w:w="2880"/>
          </w:tcPr>
          <w:p>
            <w:r>
              <w:t>the longest axis (best path)</w:t>
            </w:r>
          </w:p>
        </w:tc>
        <w:tc>
          <w:tcPr>
            <w:tcW w:type="dxa" w:w="2880"/>
          </w:tcPr>
          <w:p>
            <w:r>
              <w:t>5.64</w:t>
            </w:r>
          </w:p>
        </w:tc>
        <w:tc>
          <w:tcPr>
            <w:tcW w:type="dxa" w:w="2880"/>
          </w:tcPr>
          <w:p>
            <w:r>
              <w:t>1,860</w:t>
            </w:r>
          </w:p>
        </w:tc>
      </w:tr>
      <w:tr>
        <w:tc>
          <w:tcPr>
            <w:tcW w:type="dxa" w:w="2880"/>
          </w:tcPr>
          <w:p>
            <w:r>
              <w:t>the longest axis (best path)</w:t>
            </w:r>
          </w:p>
        </w:tc>
        <w:tc>
          <w:tcPr>
            <w:tcW w:type="dxa" w:w="2880"/>
          </w:tcPr>
          <w:p>
            <w:r>
              <w:t>5.67</w:t>
            </w:r>
          </w:p>
        </w:tc>
        <w:tc>
          <w:tcPr>
            <w:tcW w:type="dxa" w:w="2880"/>
          </w:tcPr>
          <w:p>
            <w:r>
              <w:t>1,868</w:t>
            </w:r>
          </w:p>
        </w:tc>
      </w:tr>
      <w:tr>
        <w:tc>
          <w:tcPr>
            <w:tcW w:type="dxa" w:w="2880"/>
          </w:tcPr>
          <w:p>
            <w:r>
              <w:t>the longest axis (best path)</w:t>
            </w:r>
          </w:p>
        </w:tc>
        <w:tc>
          <w:tcPr>
            <w:tcW w:type="dxa" w:w="2880"/>
          </w:tcPr>
          <w:p>
            <w:r>
              <w:t>5.7</w:t>
            </w:r>
          </w:p>
        </w:tc>
        <w:tc>
          <w:tcPr>
            <w:tcW w:type="dxa" w:w="2880"/>
          </w:tcPr>
          <w:p>
            <w:r>
              <w:t>1,878</w:t>
            </w:r>
          </w:p>
        </w:tc>
      </w:tr>
      <w:tr>
        <w:tc>
          <w:tcPr>
            <w:tcW w:type="dxa" w:w="2880"/>
          </w:tcPr>
          <w:p>
            <w:r>
              <w:t>the longest axis (best path)</w:t>
            </w:r>
          </w:p>
        </w:tc>
        <w:tc>
          <w:tcPr>
            <w:tcW w:type="dxa" w:w="2880"/>
          </w:tcPr>
          <w:p>
            <w:r>
              <w:t>5.73</w:t>
            </w:r>
          </w:p>
        </w:tc>
        <w:tc>
          <w:tcPr>
            <w:tcW w:type="dxa" w:w="2880"/>
          </w:tcPr>
          <w:p>
            <w:r>
              <w:t>1,887</w:t>
            </w:r>
          </w:p>
        </w:tc>
      </w:tr>
      <w:tr>
        <w:tc>
          <w:tcPr>
            <w:tcW w:type="dxa" w:w="2880"/>
          </w:tcPr>
          <w:p>
            <w:r>
              <w:t>the longest axis (best path)</w:t>
            </w:r>
          </w:p>
        </w:tc>
        <w:tc>
          <w:tcPr>
            <w:tcW w:type="dxa" w:w="2880"/>
          </w:tcPr>
          <w:p>
            <w:r>
              <w:t>5.76</w:t>
            </w:r>
          </w:p>
        </w:tc>
        <w:tc>
          <w:tcPr>
            <w:tcW w:type="dxa" w:w="2880"/>
          </w:tcPr>
          <w:p>
            <w:r>
              <w:t>1,898</w:t>
            </w:r>
          </w:p>
        </w:tc>
      </w:tr>
      <w:tr>
        <w:tc>
          <w:tcPr>
            <w:tcW w:type="dxa" w:w="2880"/>
          </w:tcPr>
          <w:p>
            <w:r>
              <w:t>the longest axis (best path)</w:t>
            </w:r>
          </w:p>
        </w:tc>
        <w:tc>
          <w:tcPr>
            <w:tcW w:type="dxa" w:w="2880"/>
          </w:tcPr>
          <w:p>
            <w:r>
              <w:t>5.79</w:t>
            </w:r>
          </w:p>
        </w:tc>
        <w:tc>
          <w:tcPr>
            <w:tcW w:type="dxa" w:w="2880"/>
          </w:tcPr>
          <w:p>
            <w:r>
              <w:t>1,909</w:t>
            </w:r>
          </w:p>
        </w:tc>
      </w:tr>
      <w:tr>
        <w:tc>
          <w:tcPr>
            <w:tcW w:type="dxa" w:w="2880"/>
          </w:tcPr>
          <w:p>
            <w:r>
              <w:t>the longest axis (best path)</w:t>
            </w:r>
          </w:p>
        </w:tc>
        <w:tc>
          <w:tcPr>
            <w:tcW w:type="dxa" w:w="2880"/>
          </w:tcPr>
          <w:p>
            <w:r>
              <w:t>5.82</w:t>
            </w:r>
          </w:p>
        </w:tc>
        <w:tc>
          <w:tcPr>
            <w:tcW w:type="dxa" w:w="2880"/>
          </w:tcPr>
          <w:p>
            <w:r>
              <w:t>1,921</w:t>
            </w:r>
          </w:p>
        </w:tc>
      </w:tr>
      <w:tr>
        <w:tc>
          <w:tcPr>
            <w:tcW w:type="dxa" w:w="2880"/>
          </w:tcPr>
          <w:p>
            <w:r>
              <w:t>the longest axis (best path)</w:t>
            </w:r>
          </w:p>
        </w:tc>
        <w:tc>
          <w:tcPr>
            <w:tcW w:type="dxa" w:w="2880"/>
          </w:tcPr>
          <w:p>
            <w:r>
              <w:t>5.85</w:t>
            </w:r>
          </w:p>
        </w:tc>
        <w:tc>
          <w:tcPr>
            <w:tcW w:type="dxa" w:w="2880"/>
          </w:tcPr>
          <w:p>
            <w:r>
              <w:t>1,934</w:t>
            </w:r>
          </w:p>
        </w:tc>
      </w:tr>
      <w:tr>
        <w:tc>
          <w:tcPr>
            <w:tcW w:type="dxa" w:w="2880"/>
          </w:tcPr>
          <w:p>
            <w:r>
              <w:t>the longest axis (best path)</w:t>
            </w:r>
          </w:p>
        </w:tc>
        <w:tc>
          <w:tcPr>
            <w:tcW w:type="dxa" w:w="2880"/>
          </w:tcPr>
          <w:p>
            <w:r>
              <w:t>5.88</w:t>
            </w:r>
          </w:p>
        </w:tc>
        <w:tc>
          <w:tcPr>
            <w:tcW w:type="dxa" w:w="2880"/>
          </w:tcPr>
          <w:p>
            <w:r>
              <w:t>1,948</w:t>
            </w:r>
          </w:p>
        </w:tc>
      </w:tr>
      <w:tr>
        <w:tc>
          <w:tcPr>
            <w:tcW w:type="dxa" w:w="2880"/>
          </w:tcPr>
          <w:p>
            <w:r>
              <w:t>the longest axis (best path)</w:t>
            </w:r>
          </w:p>
        </w:tc>
        <w:tc>
          <w:tcPr>
            <w:tcW w:type="dxa" w:w="2880"/>
          </w:tcPr>
          <w:p>
            <w:r>
              <w:t>5.91</w:t>
            </w:r>
          </w:p>
        </w:tc>
        <w:tc>
          <w:tcPr>
            <w:tcW w:type="dxa" w:w="2880"/>
          </w:tcPr>
          <w:p>
            <w:r>
              <w:t>1,964</w:t>
            </w:r>
          </w:p>
        </w:tc>
      </w:tr>
      <w:tr>
        <w:tc>
          <w:tcPr>
            <w:tcW w:type="dxa" w:w="2880"/>
          </w:tcPr>
          <w:p>
            <w:r>
              <w:t>the longest axis (best path)</w:t>
            </w:r>
          </w:p>
        </w:tc>
        <w:tc>
          <w:tcPr>
            <w:tcW w:type="dxa" w:w="2880"/>
          </w:tcPr>
          <w:p>
            <w:r>
              <w:t>5.94</w:t>
            </w:r>
          </w:p>
        </w:tc>
        <w:tc>
          <w:tcPr>
            <w:tcW w:type="dxa" w:w="2880"/>
          </w:tcPr>
          <w:p>
            <w:r>
              <w:t>1,980</w:t>
            </w:r>
          </w:p>
        </w:tc>
      </w:tr>
      <w:tr>
        <w:tc>
          <w:tcPr>
            <w:tcW w:type="dxa" w:w="2880"/>
          </w:tcPr>
          <w:p>
            <w:r>
              <w:t>the longest axis (best path)</w:t>
            </w:r>
          </w:p>
        </w:tc>
        <w:tc>
          <w:tcPr>
            <w:tcW w:type="dxa" w:w="2880"/>
          </w:tcPr>
          <w:p>
            <w:r>
              <w:t>5.97</w:t>
            </w:r>
          </w:p>
        </w:tc>
        <w:tc>
          <w:tcPr>
            <w:tcW w:type="dxa" w:w="2880"/>
          </w:tcPr>
          <w:p>
            <w:r>
              <w:t>1,998</w:t>
            </w:r>
          </w:p>
        </w:tc>
      </w:tr>
      <w:tr>
        <w:tc>
          <w:tcPr>
            <w:tcW w:type="dxa" w:w="2880"/>
          </w:tcPr>
          <w:p>
            <w:r>
              <w:t>the longest axis (best path)</w:t>
            </w:r>
          </w:p>
        </w:tc>
        <w:tc>
          <w:tcPr>
            <w:tcW w:type="dxa" w:w="2880"/>
          </w:tcPr>
          <w:p>
            <w:r>
              <w:t>6</w:t>
            </w:r>
          </w:p>
        </w:tc>
        <w:tc>
          <w:tcPr>
            <w:tcW w:type="dxa" w:w="2880"/>
          </w:tcPr>
          <w:p>
            <w:r>
              <w:t>2,017</w:t>
            </w:r>
          </w:p>
        </w:tc>
      </w:tr>
      <w:tr>
        <w:tc>
          <w:tcPr>
            <w:tcW w:type="dxa" w:w="2880"/>
          </w:tcPr>
          <w:p>
            <w:r>
              <w:t>the longest axis (best path)</w:t>
            </w:r>
          </w:p>
        </w:tc>
        <w:tc>
          <w:tcPr>
            <w:tcW w:type="dxa" w:w="2880"/>
          </w:tcPr>
          <w:p>
            <w:r>
              <w:t>6.03</w:t>
            </w:r>
          </w:p>
        </w:tc>
        <w:tc>
          <w:tcPr>
            <w:tcW w:type="dxa" w:w="2880"/>
          </w:tcPr>
          <w:p>
            <w:r>
              <w:t>2,038</w:t>
            </w:r>
          </w:p>
        </w:tc>
      </w:tr>
      <w:tr>
        <w:tc>
          <w:tcPr>
            <w:tcW w:type="dxa" w:w="2880"/>
          </w:tcPr>
          <w:p>
            <w:r>
              <w:t>the longest axis (best path)</w:t>
            </w:r>
          </w:p>
        </w:tc>
        <w:tc>
          <w:tcPr>
            <w:tcW w:type="dxa" w:w="2880"/>
          </w:tcPr>
          <w:p>
            <w:r>
              <w:t>6.06</w:t>
            </w:r>
          </w:p>
        </w:tc>
        <w:tc>
          <w:tcPr>
            <w:tcW w:type="dxa" w:w="2880"/>
          </w:tcPr>
          <w:p>
            <w:r>
              <w:t>2,059</w:t>
            </w:r>
          </w:p>
        </w:tc>
      </w:tr>
      <w:tr>
        <w:tc>
          <w:tcPr>
            <w:tcW w:type="dxa" w:w="2880"/>
          </w:tcPr>
          <w:p>
            <w:r>
              <w:t>the longest axis (best path)</w:t>
            </w:r>
          </w:p>
        </w:tc>
        <w:tc>
          <w:tcPr>
            <w:tcW w:type="dxa" w:w="2880"/>
          </w:tcPr>
          <w:p>
            <w:r>
              <w:t>6.09</w:t>
            </w:r>
          </w:p>
        </w:tc>
        <w:tc>
          <w:tcPr>
            <w:tcW w:type="dxa" w:w="2880"/>
          </w:tcPr>
          <w:p>
            <w:r>
              <w:t>2,082</w:t>
            </w:r>
          </w:p>
        </w:tc>
      </w:tr>
      <w:tr>
        <w:tc>
          <w:tcPr>
            <w:tcW w:type="dxa" w:w="2880"/>
          </w:tcPr>
          <w:p>
            <w:r>
              <w:t>the longest axis (best path)</w:t>
            </w:r>
          </w:p>
        </w:tc>
        <w:tc>
          <w:tcPr>
            <w:tcW w:type="dxa" w:w="2880"/>
          </w:tcPr>
          <w:p>
            <w:r>
              <w:t>6.12</w:t>
            </w:r>
          </w:p>
        </w:tc>
        <w:tc>
          <w:tcPr>
            <w:tcW w:type="dxa" w:w="2880"/>
          </w:tcPr>
          <w:p>
            <w:r>
              <w:t>2,104</w:t>
            </w:r>
          </w:p>
        </w:tc>
      </w:tr>
      <w:tr>
        <w:tc>
          <w:tcPr>
            <w:tcW w:type="dxa" w:w="2880"/>
          </w:tcPr>
          <w:p>
            <w:r>
              <w:t>the longest axis (best path)</w:t>
            </w:r>
          </w:p>
        </w:tc>
        <w:tc>
          <w:tcPr>
            <w:tcW w:type="dxa" w:w="2880"/>
          </w:tcPr>
          <w:p>
            <w:r>
              <w:t>6.15</w:t>
            </w:r>
          </w:p>
        </w:tc>
        <w:tc>
          <w:tcPr>
            <w:tcW w:type="dxa" w:w="2880"/>
          </w:tcPr>
          <w:p>
            <w:r>
              <w:t>2,128</w:t>
            </w:r>
          </w:p>
        </w:tc>
      </w:tr>
      <w:tr>
        <w:tc>
          <w:tcPr>
            <w:tcW w:type="dxa" w:w="2880"/>
          </w:tcPr>
          <w:p>
            <w:r>
              <w:t>the longest axis (best path)</w:t>
            </w:r>
          </w:p>
        </w:tc>
        <w:tc>
          <w:tcPr>
            <w:tcW w:type="dxa" w:w="2880"/>
          </w:tcPr>
          <w:p>
            <w:r>
              <w:t>6.18</w:t>
            </w:r>
          </w:p>
        </w:tc>
        <w:tc>
          <w:tcPr>
            <w:tcW w:type="dxa" w:w="2880"/>
          </w:tcPr>
          <w:p>
            <w:r>
              <w:t>2,151</w:t>
            </w:r>
          </w:p>
        </w:tc>
      </w:tr>
      <w:tr>
        <w:tc>
          <w:tcPr>
            <w:tcW w:type="dxa" w:w="2880"/>
          </w:tcPr>
          <w:p>
            <w:r>
              <w:t>the longest axis (best path)</w:t>
            </w:r>
          </w:p>
        </w:tc>
        <w:tc>
          <w:tcPr>
            <w:tcW w:type="dxa" w:w="2880"/>
          </w:tcPr>
          <w:p>
            <w:r>
              <w:t>6.21</w:t>
            </w:r>
          </w:p>
        </w:tc>
        <w:tc>
          <w:tcPr>
            <w:tcW w:type="dxa" w:w="2880"/>
          </w:tcPr>
          <w:p>
            <w:r>
              <w:t>2,173</w:t>
            </w:r>
          </w:p>
        </w:tc>
      </w:tr>
      <w:tr>
        <w:tc>
          <w:tcPr>
            <w:tcW w:type="dxa" w:w="2880"/>
          </w:tcPr>
          <w:p>
            <w:r>
              <w:t>the longest axis (best path)</w:t>
            </w:r>
          </w:p>
        </w:tc>
        <w:tc>
          <w:tcPr>
            <w:tcW w:type="dxa" w:w="2880"/>
          </w:tcPr>
          <w:p>
            <w:r>
              <w:t>6.24</w:t>
            </w:r>
          </w:p>
        </w:tc>
        <w:tc>
          <w:tcPr>
            <w:tcW w:type="dxa" w:w="2880"/>
          </w:tcPr>
          <w:p>
            <w:r>
              <w:t>2,195</w:t>
            </w:r>
          </w:p>
        </w:tc>
      </w:tr>
      <w:tr>
        <w:tc>
          <w:tcPr>
            <w:tcW w:type="dxa" w:w="2880"/>
          </w:tcPr>
          <w:p>
            <w:r>
              <w:t>the longest axis (best path)</w:t>
            </w:r>
          </w:p>
        </w:tc>
        <w:tc>
          <w:tcPr>
            <w:tcW w:type="dxa" w:w="2880"/>
          </w:tcPr>
          <w:p>
            <w:r>
              <w:t>6.27</w:t>
            </w:r>
          </w:p>
        </w:tc>
        <w:tc>
          <w:tcPr>
            <w:tcW w:type="dxa" w:w="2880"/>
          </w:tcPr>
          <w:p>
            <w:r>
              <w:t>2,215</w:t>
            </w:r>
          </w:p>
        </w:tc>
      </w:tr>
      <w:tr>
        <w:tc>
          <w:tcPr>
            <w:tcW w:type="dxa" w:w="2880"/>
          </w:tcPr>
          <w:p>
            <w:r>
              <w:t>the longest axis (best path)</w:t>
            </w:r>
          </w:p>
        </w:tc>
        <w:tc>
          <w:tcPr>
            <w:tcW w:type="dxa" w:w="2880"/>
          </w:tcPr>
          <w:p>
            <w:r>
              <w:t>6.3</w:t>
            </w:r>
          </w:p>
        </w:tc>
        <w:tc>
          <w:tcPr>
            <w:tcW w:type="dxa" w:w="2880"/>
          </w:tcPr>
          <w:p>
            <w:r>
              <w:t>2,233</w:t>
            </w:r>
          </w:p>
        </w:tc>
      </w:tr>
      <w:tr>
        <w:tc>
          <w:tcPr>
            <w:tcW w:type="dxa" w:w="2880"/>
          </w:tcPr>
          <w:p>
            <w:r>
              <w:t>the longest axis (best path)</w:t>
            </w:r>
          </w:p>
        </w:tc>
        <w:tc>
          <w:tcPr>
            <w:tcW w:type="dxa" w:w="2880"/>
          </w:tcPr>
          <w:p>
            <w:r>
              <w:t>6.33</w:t>
            </w:r>
          </w:p>
        </w:tc>
        <w:tc>
          <w:tcPr>
            <w:tcW w:type="dxa" w:w="2880"/>
          </w:tcPr>
          <w:p>
            <w:r>
              <w:t>2,249</w:t>
            </w:r>
          </w:p>
        </w:tc>
      </w:tr>
      <w:tr>
        <w:tc>
          <w:tcPr>
            <w:tcW w:type="dxa" w:w="2880"/>
          </w:tcPr>
          <w:p>
            <w:r>
              <w:t>the longest axis (best path)</w:t>
            </w:r>
          </w:p>
        </w:tc>
        <w:tc>
          <w:tcPr>
            <w:tcW w:type="dxa" w:w="2880"/>
          </w:tcPr>
          <w:p>
            <w:r>
              <w:t>6.36</w:t>
            </w:r>
          </w:p>
        </w:tc>
        <w:tc>
          <w:tcPr>
            <w:tcW w:type="dxa" w:w="2880"/>
          </w:tcPr>
          <w:p>
            <w:r>
              <w:t>2,262</w:t>
            </w:r>
          </w:p>
        </w:tc>
      </w:tr>
      <w:tr>
        <w:tc>
          <w:tcPr>
            <w:tcW w:type="dxa" w:w="2880"/>
          </w:tcPr>
          <w:p>
            <w:r>
              <w:t>the longest axis (best path)</w:t>
            </w:r>
          </w:p>
        </w:tc>
        <w:tc>
          <w:tcPr>
            <w:tcW w:type="dxa" w:w="2880"/>
          </w:tcPr>
          <w:p>
            <w:r>
              <w:t>6.39</w:t>
            </w:r>
          </w:p>
        </w:tc>
        <w:tc>
          <w:tcPr>
            <w:tcW w:type="dxa" w:w="2880"/>
          </w:tcPr>
          <w:p>
            <w:r>
              <w:t>2,273</w:t>
            </w:r>
          </w:p>
        </w:tc>
      </w:tr>
      <w:tr>
        <w:tc>
          <w:tcPr>
            <w:tcW w:type="dxa" w:w="2880"/>
          </w:tcPr>
          <w:p>
            <w:r>
              <w:t>the longest axis (best path)</w:t>
            </w:r>
          </w:p>
        </w:tc>
        <w:tc>
          <w:tcPr>
            <w:tcW w:type="dxa" w:w="2880"/>
          </w:tcPr>
          <w:p>
            <w:r>
              <w:t>6.42</w:t>
            </w:r>
          </w:p>
        </w:tc>
        <w:tc>
          <w:tcPr>
            <w:tcW w:type="dxa" w:w="2880"/>
          </w:tcPr>
          <w:p>
            <w:r>
              <w:t>2,280</w:t>
            </w:r>
          </w:p>
        </w:tc>
      </w:tr>
      <w:tr>
        <w:tc>
          <w:tcPr>
            <w:tcW w:type="dxa" w:w="2880"/>
          </w:tcPr>
          <w:p>
            <w:r>
              <w:t>the longest axis (best path)</w:t>
            </w:r>
          </w:p>
        </w:tc>
        <w:tc>
          <w:tcPr>
            <w:tcW w:type="dxa" w:w="2880"/>
          </w:tcPr>
          <w:p>
            <w:r>
              <w:t>6.45</w:t>
            </w:r>
          </w:p>
        </w:tc>
        <w:tc>
          <w:tcPr>
            <w:tcW w:type="dxa" w:w="2880"/>
          </w:tcPr>
          <w:p>
            <w:r>
              <w:t>2,285</w:t>
            </w:r>
          </w:p>
        </w:tc>
      </w:tr>
      <w:tr>
        <w:tc>
          <w:tcPr>
            <w:tcW w:type="dxa" w:w="2880"/>
          </w:tcPr>
          <w:p>
            <w:r>
              <w:t>the longest axis (best path)</w:t>
            </w:r>
          </w:p>
        </w:tc>
        <w:tc>
          <w:tcPr>
            <w:tcW w:type="dxa" w:w="2880"/>
          </w:tcPr>
          <w:p>
            <w:r>
              <w:t>6.48</w:t>
            </w:r>
          </w:p>
        </w:tc>
        <w:tc>
          <w:tcPr>
            <w:tcW w:type="dxa" w:w="2880"/>
          </w:tcPr>
          <w:p>
            <w:r>
              <w:t>2,286</w:t>
            </w:r>
          </w:p>
        </w:tc>
      </w:tr>
      <w:tr>
        <w:tc>
          <w:tcPr>
            <w:tcW w:type="dxa" w:w="2880"/>
          </w:tcPr>
          <w:p>
            <w:r>
              <w:t>the longest axis (best path)</w:t>
            </w:r>
          </w:p>
        </w:tc>
        <w:tc>
          <w:tcPr>
            <w:tcW w:type="dxa" w:w="2880"/>
          </w:tcPr>
          <w:p>
            <w:r>
              <w:t>6.51</w:t>
            </w:r>
          </w:p>
        </w:tc>
        <w:tc>
          <w:tcPr>
            <w:tcW w:type="dxa" w:w="2880"/>
          </w:tcPr>
          <w:p>
            <w:r>
              <w:t>2,285</w:t>
            </w:r>
          </w:p>
        </w:tc>
      </w:tr>
      <w:tr>
        <w:tc>
          <w:tcPr>
            <w:tcW w:type="dxa" w:w="2880"/>
          </w:tcPr>
          <w:p>
            <w:r>
              <w:t>the longest axis (best path)</w:t>
            </w:r>
          </w:p>
        </w:tc>
        <w:tc>
          <w:tcPr>
            <w:tcW w:type="dxa" w:w="2880"/>
          </w:tcPr>
          <w:p>
            <w:r>
              <w:t>6.54</w:t>
            </w:r>
          </w:p>
        </w:tc>
        <w:tc>
          <w:tcPr>
            <w:tcW w:type="dxa" w:w="2880"/>
          </w:tcPr>
          <w:p>
            <w:r>
              <w:t>2,282</w:t>
            </w:r>
          </w:p>
        </w:tc>
      </w:tr>
      <w:tr>
        <w:tc>
          <w:tcPr>
            <w:tcW w:type="dxa" w:w="2880"/>
          </w:tcPr>
          <w:p>
            <w:r>
              <w:t>the longest axis (best path)</w:t>
            </w:r>
          </w:p>
        </w:tc>
        <w:tc>
          <w:tcPr>
            <w:tcW w:type="dxa" w:w="2880"/>
          </w:tcPr>
          <w:p>
            <w:r>
              <w:t>6.57</w:t>
            </w:r>
          </w:p>
        </w:tc>
        <w:tc>
          <w:tcPr>
            <w:tcW w:type="dxa" w:w="2880"/>
          </w:tcPr>
          <w:p>
            <w:r>
              <w:t>2,277</w:t>
            </w:r>
          </w:p>
        </w:tc>
      </w:tr>
      <w:tr>
        <w:tc>
          <w:tcPr>
            <w:tcW w:type="dxa" w:w="2880"/>
          </w:tcPr>
          <w:p>
            <w:r>
              <w:t>the longest axis (best path)</w:t>
            </w:r>
          </w:p>
        </w:tc>
        <w:tc>
          <w:tcPr>
            <w:tcW w:type="dxa" w:w="2880"/>
          </w:tcPr>
          <w:p>
            <w:r>
              <w:t>6.6</w:t>
            </w:r>
          </w:p>
        </w:tc>
        <w:tc>
          <w:tcPr>
            <w:tcW w:type="dxa" w:w="2880"/>
          </w:tcPr>
          <w:p>
            <w:r>
              <w:t>2,271</w:t>
            </w:r>
          </w:p>
        </w:tc>
      </w:tr>
      <w:tr>
        <w:tc>
          <w:tcPr>
            <w:tcW w:type="dxa" w:w="2880"/>
          </w:tcPr>
          <w:p>
            <w:r>
              <w:t>the longest axis (best path)</w:t>
            </w:r>
          </w:p>
        </w:tc>
        <w:tc>
          <w:tcPr>
            <w:tcW w:type="dxa" w:w="2880"/>
          </w:tcPr>
          <w:p>
            <w:r>
              <w:t>6.63</w:t>
            </w:r>
          </w:p>
        </w:tc>
        <w:tc>
          <w:tcPr>
            <w:tcW w:type="dxa" w:w="2880"/>
          </w:tcPr>
          <w:p>
            <w:r>
              <w:t>2,263</w:t>
            </w:r>
          </w:p>
        </w:tc>
      </w:tr>
      <w:tr>
        <w:tc>
          <w:tcPr>
            <w:tcW w:type="dxa" w:w="2880"/>
          </w:tcPr>
          <w:p>
            <w:r>
              <w:t>the longest axis (best path)</w:t>
            </w:r>
          </w:p>
        </w:tc>
        <w:tc>
          <w:tcPr>
            <w:tcW w:type="dxa" w:w="2880"/>
          </w:tcPr>
          <w:p>
            <w:r>
              <w:t>6.66</w:t>
            </w:r>
          </w:p>
        </w:tc>
        <w:tc>
          <w:tcPr>
            <w:tcW w:type="dxa" w:w="2880"/>
          </w:tcPr>
          <w:p>
            <w:r>
              <w:t>2,255</w:t>
            </w:r>
          </w:p>
        </w:tc>
      </w:tr>
      <w:tr>
        <w:tc>
          <w:tcPr>
            <w:tcW w:type="dxa" w:w="2880"/>
          </w:tcPr>
          <w:p>
            <w:r>
              <w:t>the longest axis (best path)</w:t>
            </w:r>
          </w:p>
        </w:tc>
        <w:tc>
          <w:tcPr>
            <w:tcW w:type="dxa" w:w="2880"/>
          </w:tcPr>
          <w:p>
            <w:r>
              <w:t>6.69</w:t>
            </w:r>
          </w:p>
        </w:tc>
        <w:tc>
          <w:tcPr>
            <w:tcW w:type="dxa" w:w="2880"/>
          </w:tcPr>
          <w:p>
            <w:r>
              <w:t>2,247</w:t>
            </w:r>
          </w:p>
        </w:tc>
      </w:tr>
      <w:tr>
        <w:tc>
          <w:tcPr>
            <w:tcW w:type="dxa" w:w="2880"/>
          </w:tcPr>
          <w:p>
            <w:r>
              <w:t>the longest axis (best path)</w:t>
            </w:r>
          </w:p>
        </w:tc>
        <w:tc>
          <w:tcPr>
            <w:tcW w:type="dxa" w:w="2880"/>
          </w:tcPr>
          <w:p>
            <w:r>
              <w:t>6.72</w:t>
            </w:r>
          </w:p>
        </w:tc>
        <w:tc>
          <w:tcPr>
            <w:tcW w:type="dxa" w:w="2880"/>
          </w:tcPr>
          <w:p>
            <w:r>
              <w:t>2,239</w:t>
            </w:r>
          </w:p>
        </w:tc>
      </w:tr>
      <w:tr>
        <w:tc>
          <w:tcPr>
            <w:tcW w:type="dxa" w:w="2880"/>
          </w:tcPr>
          <w:p>
            <w:r>
              <w:t>the longest axis (best path)</w:t>
            </w:r>
          </w:p>
        </w:tc>
        <w:tc>
          <w:tcPr>
            <w:tcW w:type="dxa" w:w="2880"/>
          </w:tcPr>
          <w:p>
            <w:r>
              <w:t>6.75</w:t>
            </w:r>
          </w:p>
        </w:tc>
        <w:tc>
          <w:tcPr>
            <w:tcW w:type="dxa" w:w="2880"/>
          </w:tcPr>
          <w:p>
            <w:r>
              <w:t>2,232</w:t>
            </w:r>
          </w:p>
        </w:tc>
      </w:tr>
      <w:tr>
        <w:tc>
          <w:tcPr>
            <w:tcW w:type="dxa" w:w="2880"/>
          </w:tcPr>
          <w:p>
            <w:r>
              <w:t>the longest axis (best path)</w:t>
            </w:r>
          </w:p>
        </w:tc>
        <w:tc>
          <w:tcPr>
            <w:tcW w:type="dxa" w:w="2880"/>
          </w:tcPr>
          <w:p>
            <w:r>
              <w:t>6.78</w:t>
            </w:r>
          </w:p>
        </w:tc>
        <w:tc>
          <w:tcPr>
            <w:tcW w:type="dxa" w:w="2880"/>
          </w:tcPr>
          <w:p>
            <w:r>
              <w:t>2,225</w:t>
            </w:r>
          </w:p>
        </w:tc>
      </w:tr>
      <w:tr>
        <w:tc>
          <w:tcPr>
            <w:tcW w:type="dxa" w:w="2880"/>
          </w:tcPr>
          <w:p>
            <w:r>
              <w:t>the longest axis (best path)</w:t>
            </w:r>
          </w:p>
        </w:tc>
        <w:tc>
          <w:tcPr>
            <w:tcW w:type="dxa" w:w="2880"/>
          </w:tcPr>
          <w:p>
            <w:r>
              <w:t>6.81</w:t>
            </w:r>
          </w:p>
        </w:tc>
        <w:tc>
          <w:tcPr>
            <w:tcW w:type="dxa" w:w="2880"/>
          </w:tcPr>
          <w:p>
            <w:r>
              <w:t>2,220</w:t>
            </w:r>
          </w:p>
        </w:tc>
      </w:tr>
      <w:tr>
        <w:tc>
          <w:tcPr>
            <w:tcW w:type="dxa" w:w="2880"/>
          </w:tcPr>
          <w:p>
            <w:r>
              <w:t>the longest axis (best path)</w:t>
            </w:r>
          </w:p>
        </w:tc>
        <w:tc>
          <w:tcPr>
            <w:tcW w:type="dxa" w:w="2880"/>
          </w:tcPr>
          <w:p>
            <w:r>
              <w:t>6.84</w:t>
            </w:r>
          </w:p>
        </w:tc>
        <w:tc>
          <w:tcPr>
            <w:tcW w:type="dxa" w:w="2880"/>
          </w:tcPr>
          <w:p>
            <w:r>
              <w:t>2,215</w:t>
            </w:r>
          </w:p>
        </w:tc>
      </w:tr>
      <w:tr>
        <w:tc>
          <w:tcPr>
            <w:tcW w:type="dxa" w:w="2880"/>
          </w:tcPr>
          <w:p>
            <w:r>
              <w:t>the longest axis (best path)</w:t>
            </w:r>
          </w:p>
        </w:tc>
        <w:tc>
          <w:tcPr>
            <w:tcW w:type="dxa" w:w="2880"/>
          </w:tcPr>
          <w:p>
            <w:r>
              <w:t>6.87</w:t>
            </w:r>
          </w:p>
        </w:tc>
        <w:tc>
          <w:tcPr>
            <w:tcW w:type="dxa" w:w="2880"/>
          </w:tcPr>
          <w:p>
            <w:r>
              <w:t>2,212</w:t>
            </w:r>
          </w:p>
        </w:tc>
      </w:tr>
      <w:tr>
        <w:tc>
          <w:tcPr>
            <w:tcW w:type="dxa" w:w="2880"/>
          </w:tcPr>
          <w:p>
            <w:r>
              <w:t>the longest axis (best path)</w:t>
            </w:r>
          </w:p>
        </w:tc>
        <w:tc>
          <w:tcPr>
            <w:tcW w:type="dxa" w:w="2880"/>
          </w:tcPr>
          <w:p>
            <w:r>
              <w:t>6.9</w:t>
            </w:r>
          </w:p>
        </w:tc>
        <w:tc>
          <w:tcPr>
            <w:tcW w:type="dxa" w:w="2880"/>
          </w:tcPr>
          <w:p>
            <w:r>
              <w:t>2,211</w:t>
            </w:r>
          </w:p>
        </w:tc>
      </w:tr>
      <w:tr>
        <w:tc>
          <w:tcPr>
            <w:tcW w:type="dxa" w:w="2880"/>
          </w:tcPr>
          <w:p>
            <w:r>
              <w:t>the longest axis (best path)</w:t>
            </w:r>
          </w:p>
        </w:tc>
        <w:tc>
          <w:tcPr>
            <w:tcW w:type="dxa" w:w="2880"/>
          </w:tcPr>
          <w:p>
            <w:r>
              <w:t>6.93</w:t>
            </w:r>
          </w:p>
        </w:tc>
        <w:tc>
          <w:tcPr>
            <w:tcW w:type="dxa" w:w="2880"/>
          </w:tcPr>
          <w:p>
            <w:r>
              <w:t>2,210</w:t>
            </w:r>
          </w:p>
        </w:tc>
      </w:tr>
      <w:tr>
        <w:tc>
          <w:tcPr>
            <w:tcW w:type="dxa" w:w="2880"/>
          </w:tcPr>
          <w:p>
            <w:r>
              <w:t>the longest axis (best path)</w:t>
            </w:r>
          </w:p>
        </w:tc>
        <w:tc>
          <w:tcPr>
            <w:tcW w:type="dxa" w:w="2880"/>
          </w:tcPr>
          <w:p>
            <w:r>
              <w:t>6.96</w:t>
            </w:r>
          </w:p>
        </w:tc>
        <w:tc>
          <w:tcPr>
            <w:tcW w:type="dxa" w:w="2880"/>
          </w:tcPr>
          <w:p>
            <w:r>
              <w:t>2,211</w:t>
            </w:r>
          </w:p>
        </w:tc>
      </w:tr>
      <w:tr>
        <w:tc>
          <w:tcPr>
            <w:tcW w:type="dxa" w:w="2880"/>
          </w:tcPr>
          <w:p>
            <w:r>
              <w:t>the longest axis (best path)</w:t>
            </w:r>
          </w:p>
        </w:tc>
        <w:tc>
          <w:tcPr>
            <w:tcW w:type="dxa" w:w="2880"/>
          </w:tcPr>
          <w:p>
            <w:r>
              <w:t>6.99</w:t>
            </w:r>
          </w:p>
        </w:tc>
        <w:tc>
          <w:tcPr>
            <w:tcW w:type="dxa" w:w="2880"/>
          </w:tcPr>
          <w:p>
            <w:r>
              <w:t>2,213</w:t>
            </w:r>
          </w:p>
        </w:tc>
      </w:tr>
      <w:tr>
        <w:tc>
          <w:tcPr>
            <w:tcW w:type="dxa" w:w="2880"/>
          </w:tcPr>
          <w:p>
            <w:r>
              <w:t>the longest axis (best path)</w:t>
            </w:r>
          </w:p>
        </w:tc>
        <w:tc>
          <w:tcPr>
            <w:tcW w:type="dxa" w:w="2880"/>
          </w:tcPr>
          <w:p>
            <w:r>
              <w:t>7.02</w:t>
            </w:r>
          </w:p>
        </w:tc>
        <w:tc>
          <w:tcPr>
            <w:tcW w:type="dxa" w:w="2880"/>
          </w:tcPr>
          <w:p>
            <w:r>
              <w:t>2,215</w:t>
            </w:r>
          </w:p>
        </w:tc>
      </w:tr>
      <w:tr>
        <w:tc>
          <w:tcPr>
            <w:tcW w:type="dxa" w:w="2880"/>
          </w:tcPr>
          <w:p>
            <w:r>
              <w:t>the longest axis (best path)</w:t>
            </w:r>
          </w:p>
        </w:tc>
        <w:tc>
          <w:tcPr>
            <w:tcW w:type="dxa" w:w="2880"/>
          </w:tcPr>
          <w:p>
            <w:r>
              <w:t>7.05</w:t>
            </w:r>
          </w:p>
        </w:tc>
        <w:tc>
          <w:tcPr>
            <w:tcW w:type="dxa" w:w="2880"/>
          </w:tcPr>
          <w:p>
            <w:r>
              <w:t>2,219</w:t>
            </w:r>
          </w:p>
        </w:tc>
      </w:tr>
      <w:tr>
        <w:tc>
          <w:tcPr>
            <w:tcW w:type="dxa" w:w="2880"/>
          </w:tcPr>
          <w:p>
            <w:r>
              <w:t>the longest axis (best path)</w:t>
            </w:r>
          </w:p>
        </w:tc>
        <w:tc>
          <w:tcPr>
            <w:tcW w:type="dxa" w:w="2880"/>
          </w:tcPr>
          <w:p>
            <w:r>
              <w:t>7.08</w:t>
            </w:r>
          </w:p>
        </w:tc>
        <w:tc>
          <w:tcPr>
            <w:tcW w:type="dxa" w:w="2880"/>
          </w:tcPr>
          <w:p>
            <w:r>
              <w:t>2,224</w:t>
            </w:r>
          </w:p>
        </w:tc>
      </w:tr>
      <w:tr>
        <w:tc>
          <w:tcPr>
            <w:tcW w:type="dxa" w:w="2880"/>
          </w:tcPr>
          <w:p>
            <w:r>
              <w:t>the longest axis (best path)</w:t>
            </w:r>
          </w:p>
        </w:tc>
        <w:tc>
          <w:tcPr>
            <w:tcW w:type="dxa" w:w="2880"/>
          </w:tcPr>
          <w:p>
            <w:r>
              <w:t>7.11</w:t>
            </w:r>
          </w:p>
        </w:tc>
        <w:tc>
          <w:tcPr>
            <w:tcW w:type="dxa" w:w="2880"/>
          </w:tcPr>
          <w:p>
            <w:r>
              <w:t>2,229</w:t>
            </w:r>
          </w:p>
        </w:tc>
      </w:tr>
      <w:tr>
        <w:tc>
          <w:tcPr>
            <w:tcW w:type="dxa" w:w="2880"/>
          </w:tcPr>
          <w:p>
            <w:r>
              <w:t>the longest axis (best path)</w:t>
            </w:r>
          </w:p>
        </w:tc>
        <w:tc>
          <w:tcPr>
            <w:tcW w:type="dxa" w:w="2880"/>
          </w:tcPr>
          <w:p>
            <w:r>
              <w:t>7.14</w:t>
            </w:r>
          </w:p>
        </w:tc>
        <w:tc>
          <w:tcPr>
            <w:tcW w:type="dxa" w:w="2880"/>
          </w:tcPr>
          <w:p>
            <w:r>
              <w:t>2,235</w:t>
            </w:r>
          </w:p>
        </w:tc>
      </w:tr>
      <w:tr>
        <w:tc>
          <w:tcPr>
            <w:tcW w:type="dxa" w:w="2880"/>
          </w:tcPr>
          <w:p>
            <w:r>
              <w:t>the longest axis (best path)</w:t>
            </w:r>
          </w:p>
        </w:tc>
        <w:tc>
          <w:tcPr>
            <w:tcW w:type="dxa" w:w="2880"/>
          </w:tcPr>
          <w:p>
            <w:r>
              <w:t>7.17</w:t>
            </w:r>
          </w:p>
        </w:tc>
        <w:tc>
          <w:tcPr>
            <w:tcW w:type="dxa" w:w="2880"/>
          </w:tcPr>
          <w:p>
            <w:r>
              <w:t>2,241</w:t>
            </w:r>
          </w:p>
        </w:tc>
      </w:tr>
      <w:tr>
        <w:tc>
          <w:tcPr>
            <w:tcW w:type="dxa" w:w="2880"/>
          </w:tcPr>
          <w:p>
            <w:r>
              <w:t>the longest axis (best path)</w:t>
            </w:r>
          </w:p>
        </w:tc>
        <w:tc>
          <w:tcPr>
            <w:tcW w:type="dxa" w:w="2880"/>
          </w:tcPr>
          <w:p>
            <w:r>
              <w:t>7.2</w:t>
            </w:r>
          </w:p>
        </w:tc>
        <w:tc>
          <w:tcPr>
            <w:tcW w:type="dxa" w:w="2880"/>
          </w:tcPr>
          <w:p>
            <w:r>
              <w:t>2,248</w:t>
            </w:r>
          </w:p>
        </w:tc>
      </w:tr>
      <w:tr>
        <w:tc>
          <w:tcPr>
            <w:tcW w:type="dxa" w:w="2880"/>
          </w:tcPr>
          <w:p>
            <w:r>
              <w:t>the longest axis (best path)</w:t>
            </w:r>
          </w:p>
        </w:tc>
        <w:tc>
          <w:tcPr>
            <w:tcW w:type="dxa" w:w="2880"/>
          </w:tcPr>
          <w:p>
            <w:r>
              <w:t>7.23</w:t>
            </w:r>
          </w:p>
        </w:tc>
        <w:tc>
          <w:tcPr>
            <w:tcW w:type="dxa" w:w="2880"/>
          </w:tcPr>
          <w:p>
            <w:r>
              <w:t>2,256</w:t>
            </w:r>
          </w:p>
        </w:tc>
      </w:tr>
      <w:tr>
        <w:tc>
          <w:tcPr>
            <w:tcW w:type="dxa" w:w="2880"/>
          </w:tcPr>
          <w:p>
            <w:r>
              <w:t>the longest axis (best path)</w:t>
            </w:r>
          </w:p>
        </w:tc>
        <w:tc>
          <w:tcPr>
            <w:tcW w:type="dxa" w:w="2880"/>
          </w:tcPr>
          <w:p>
            <w:r>
              <w:t>7.26</w:t>
            </w:r>
          </w:p>
        </w:tc>
        <w:tc>
          <w:tcPr>
            <w:tcW w:type="dxa" w:w="2880"/>
          </w:tcPr>
          <w:p>
            <w:r>
              <w:t>2,263</w:t>
            </w:r>
          </w:p>
        </w:tc>
      </w:tr>
      <w:tr>
        <w:tc>
          <w:tcPr>
            <w:tcW w:type="dxa" w:w="2880"/>
          </w:tcPr>
          <w:p>
            <w:r>
              <w:t>the longest axis (best path)</w:t>
            </w:r>
          </w:p>
        </w:tc>
        <w:tc>
          <w:tcPr>
            <w:tcW w:type="dxa" w:w="2880"/>
          </w:tcPr>
          <w:p>
            <w:r>
              <w:t>7.29</w:t>
            </w:r>
          </w:p>
        </w:tc>
        <w:tc>
          <w:tcPr>
            <w:tcW w:type="dxa" w:w="2880"/>
          </w:tcPr>
          <w:p>
            <w:r>
              <w:t>2,271</w:t>
            </w:r>
          </w:p>
        </w:tc>
      </w:tr>
      <w:tr>
        <w:tc>
          <w:tcPr>
            <w:tcW w:type="dxa" w:w="2880"/>
          </w:tcPr>
          <w:p>
            <w:r>
              <w:t>the longest axis (best path)</w:t>
            </w:r>
          </w:p>
        </w:tc>
        <w:tc>
          <w:tcPr>
            <w:tcW w:type="dxa" w:w="2880"/>
          </w:tcPr>
          <w:p>
            <w:r>
              <w:t>7.32</w:t>
            </w:r>
          </w:p>
        </w:tc>
        <w:tc>
          <w:tcPr>
            <w:tcW w:type="dxa" w:w="2880"/>
          </w:tcPr>
          <w:p>
            <w:r>
              <w:t>2,279</w:t>
            </w:r>
          </w:p>
        </w:tc>
      </w:tr>
      <w:tr>
        <w:tc>
          <w:tcPr>
            <w:tcW w:type="dxa" w:w="2880"/>
          </w:tcPr>
          <w:p>
            <w:r>
              <w:t>the longest axis (best path)</w:t>
            </w:r>
          </w:p>
        </w:tc>
        <w:tc>
          <w:tcPr>
            <w:tcW w:type="dxa" w:w="2880"/>
          </w:tcPr>
          <w:p>
            <w:r>
              <w:t>7.35</w:t>
            </w:r>
          </w:p>
        </w:tc>
        <w:tc>
          <w:tcPr>
            <w:tcW w:type="dxa" w:w="2880"/>
          </w:tcPr>
          <w:p>
            <w:r>
              <w:t>2,287</w:t>
            </w:r>
          </w:p>
        </w:tc>
      </w:tr>
      <w:tr>
        <w:tc>
          <w:tcPr>
            <w:tcW w:type="dxa" w:w="2880"/>
          </w:tcPr>
          <w:p>
            <w:r>
              <w:t>the longest axis (best path)</w:t>
            </w:r>
          </w:p>
        </w:tc>
        <w:tc>
          <w:tcPr>
            <w:tcW w:type="dxa" w:w="2880"/>
          </w:tcPr>
          <w:p>
            <w:r>
              <w:t>7.38</w:t>
            </w:r>
          </w:p>
        </w:tc>
        <w:tc>
          <w:tcPr>
            <w:tcW w:type="dxa" w:w="2880"/>
          </w:tcPr>
          <w:p>
            <w:r>
              <w:t>2,295</w:t>
            </w:r>
          </w:p>
        </w:tc>
      </w:tr>
      <w:tr>
        <w:tc>
          <w:tcPr>
            <w:tcW w:type="dxa" w:w="2880"/>
          </w:tcPr>
          <w:p>
            <w:r>
              <w:t>the longest axis (best path)</w:t>
            </w:r>
          </w:p>
        </w:tc>
        <w:tc>
          <w:tcPr>
            <w:tcW w:type="dxa" w:w="2880"/>
          </w:tcPr>
          <w:p>
            <w:r>
              <w:t>7.41</w:t>
            </w:r>
          </w:p>
        </w:tc>
        <w:tc>
          <w:tcPr>
            <w:tcW w:type="dxa" w:w="2880"/>
          </w:tcPr>
          <w:p>
            <w:r>
              <w:t>2,303</w:t>
            </w:r>
          </w:p>
        </w:tc>
      </w:tr>
      <w:tr>
        <w:tc>
          <w:tcPr>
            <w:tcW w:type="dxa" w:w="2880"/>
          </w:tcPr>
          <w:p>
            <w:r>
              <w:t>the longest axis (best path)</w:t>
            </w:r>
          </w:p>
        </w:tc>
        <w:tc>
          <w:tcPr>
            <w:tcW w:type="dxa" w:w="2880"/>
          </w:tcPr>
          <w:p>
            <w:r>
              <w:t>7.44</w:t>
            </w:r>
          </w:p>
        </w:tc>
        <w:tc>
          <w:tcPr>
            <w:tcW w:type="dxa" w:w="2880"/>
          </w:tcPr>
          <w:p>
            <w:r>
              <w:t>2,311</w:t>
            </w:r>
          </w:p>
        </w:tc>
      </w:tr>
      <w:tr>
        <w:tc>
          <w:tcPr>
            <w:tcW w:type="dxa" w:w="2880"/>
          </w:tcPr>
          <w:p>
            <w:r>
              <w:t>the longest axis (best path)</w:t>
            </w:r>
          </w:p>
        </w:tc>
        <w:tc>
          <w:tcPr>
            <w:tcW w:type="dxa" w:w="2880"/>
          </w:tcPr>
          <w:p>
            <w:r>
              <w:t>7.47</w:t>
            </w:r>
          </w:p>
        </w:tc>
        <w:tc>
          <w:tcPr>
            <w:tcW w:type="dxa" w:w="2880"/>
          </w:tcPr>
          <w:p>
            <w:r>
              <w:t>2,318</w:t>
            </w:r>
          </w:p>
        </w:tc>
      </w:tr>
      <w:tr>
        <w:tc>
          <w:tcPr>
            <w:tcW w:type="dxa" w:w="2880"/>
          </w:tcPr>
          <w:p>
            <w:r>
              <w:t>the longest axis (best path)</w:t>
            </w:r>
          </w:p>
        </w:tc>
        <w:tc>
          <w:tcPr>
            <w:tcW w:type="dxa" w:w="2880"/>
          </w:tcPr>
          <w:p>
            <w:r>
              <w:t>7.5</w:t>
            </w:r>
          </w:p>
        </w:tc>
        <w:tc>
          <w:tcPr>
            <w:tcW w:type="dxa" w:w="2880"/>
          </w:tcPr>
          <w:p>
            <w:r>
              <w:t>2,326</w:t>
            </w:r>
          </w:p>
        </w:tc>
      </w:tr>
      <w:tr>
        <w:tc>
          <w:tcPr>
            <w:tcW w:type="dxa" w:w="2880"/>
          </w:tcPr>
          <w:p>
            <w:r>
              <w:t>the longest axis (best path)</w:t>
            </w:r>
          </w:p>
        </w:tc>
        <w:tc>
          <w:tcPr>
            <w:tcW w:type="dxa" w:w="2880"/>
          </w:tcPr>
          <w:p>
            <w:r>
              <w:t>7.53</w:t>
            </w:r>
          </w:p>
        </w:tc>
        <w:tc>
          <w:tcPr>
            <w:tcW w:type="dxa" w:w="2880"/>
          </w:tcPr>
          <w:p>
            <w:r>
              <w:t>2,333</w:t>
            </w:r>
          </w:p>
        </w:tc>
      </w:tr>
      <w:tr>
        <w:tc>
          <w:tcPr>
            <w:tcW w:type="dxa" w:w="2880"/>
          </w:tcPr>
          <w:p>
            <w:r>
              <w:t>the longest axis (best path)</w:t>
            </w:r>
          </w:p>
        </w:tc>
        <w:tc>
          <w:tcPr>
            <w:tcW w:type="dxa" w:w="2880"/>
          </w:tcPr>
          <w:p>
            <w:r>
              <w:t>7.56</w:t>
            </w:r>
          </w:p>
        </w:tc>
        <w:tc>
          <w:tcPr>
            <w:tcW w:type="dxa" w:w="2880"/>
          </w:tcPr>
          <w:p>
            <w:r>
              <w:t>2,340</w:t>
            </w:r>
          </w:p>
        </w:tc>
      </w:tr>
      <w:tr>
        <w:tc>
          <w:tcPr>
            <w:tcW w:type="dxa" w:w="2880"/>
          </w:tcPr>
          <w:p>
            <w:r>
              <w:t>the longest axis (best path)</w:t>
            </w:r>
          </w:p>
        </w:tc>
        <w:tc>
          <w:tcPr>
            <w:tcW w:type="dxa" w:w="2880"/>
          </w:tcPr>
          <w:p>
            <w:r>
              <w:t>7.59</w:t>
            </w:r>
          </w:p>
        </w:tc>
        <w:tc>
          <w:tcPr>
            <w:tcW w:type="dxa" w:w="2880"/>
          </w:tcPr>
          <w:p>
            <w:r>
              <w:t>2,347</w:t>
            </w:r>
          </w:p>
        </w:tc>
      </w:tr>
      <w:tr>
        <w:tc>
          <w:tcPr>
            <w:tcW w:type="dxa" w:w="2880"/>
          </w:tcPr>
          <w:p>
            <w:r>
              <w:t>the longest axis (best path)</w:t>
            </w:r>
          </w:p>
        </w:tc>
        <w:tc>
          <w:tcPr>
            <w:tcW w:type="dxa" w:w="2880"/>
          </w:tcPr>
          <w:p>
            <w:r>
              <w:t>7.62</w:t>
            </w:r>
          </w:p>
        </w:tc>
        <w:tc>
          <w:tcPr>
            <w:tcW w:type="dxa" w:w="2880"/>
          </w:tcPr>
          <w:p>
            <w:r>
              <w:t>2,354</w:t>
            </w:r>
          </w:p>
        </w:tc>
      </w:tr>
      <w:tr>
        <w:tc>
          <w:tcPr>
            <w:tcW w:type="dxa" w:w="2880"/>
          </w:tcPr>
          <w:p>
            <w:r>
              <w:t>the longest axis (best path)</w:t>
            </w:r>
          </w:p>
        </w:tc>
        <w:tc>
          <w:tcPr>
            <w:tcW w:type="dxa" w:w="2880"/>
          </w:tcPr>
          <w:p>
            <w:r>
              <w:t>7.65</w:t>
            </w:r>
          </w:p>
        </w:tc>
        <w:tc>
          <w:tcPr>
            <w:tcW w:type="dxa" w:w="2880"/>
          </w:tcPr>
          <w:p>
            <w:r>
              <w:t>2,361</w:t>
            </w:r>
          </w:p>
        </w:tc>
      </w:tr>
      <w:tr>
        <w:tc>
          <w:tcPr>
            <w:tcW w:type="dxa" w:w="2880"/>
          </w:tcPr>
          <w:p>
            <w:r>
              <w:t>the longest axis (best path)</w:t>
            </w:r>
          </w:p>
        </w:tc>
        <w:tc>
          <w:tcPr>
            <w:tcW w:type="dxa" w:w="2880"/>
          </w:tcPr>
          <w:p>
            <w:r>
              <w:t>7.68</w:t>
            </w:r>
          </w:p>
        </w:tc>
        <w:tc>
          <w:tcPr>
            <w:tcW w:type="dxa" w:w="2880"/>
          </w:tcPr>
          <w:p>
            <w:r>
              <w:t>2,368</w:t>
            </w:r>
          </w:p>
        </w:tc>
      </w:tr>
      <w:tr>
        <w:tc>
          <w:tcPr>
            <w:tcW w:type="dxa" w:w="2880"/>
          </w:tcPr>
          <w:p>
            <w:r>
              <w:t>the longest axis (best path)</w:t>
            </w:r>
          </w:p>
        </w:tc>
        <w:tc>
          <w:tcPr>
            <w:tcW w:type="dxa" w:w="2880"/>
          </w:tcPr>
          <w:p>
            <w:r>
              <w:t>7.71</w:t>
            </w:r>
          </w:p>
        </w:tc>
        <w:tc>
          <w:tcPr>
            <w:tcW w:type="dxa" w:w="2880"/>
          </w:tcPr>
          <w:p>
            <w:r>
              <w:t>2,375</w:t>
            </w:r>
          </w:p>
        </w:tc>
      </w:tr>
      <w:tr>
        <w:tc>
          <w:tcPr>
            <w:tcW w:type="dxa" w:w="2880"/>
          </w:tcPr>
          <w:p>
            <w:r>
              <w:t>the longest axis (best path)</w:t>
            </w:r>
          </w:p>
        </w:tc>
        <w:tc>
          <w:tcPr>
            <w:tcW w:type="dxa" w:w="2880"/>
          </w:tcPr>
          <w:p>
            <w:r>
              <w:t>7.74</w:t>
            </w:r>
          </w:p>
        </w:tc>
        <w:tc>
          <w:tcPr>
            <w:tcW w:type="dxa" w:w="2880"/>
          </w:tcPr>
          <w:p>
            <w:r>
              <w:t>2,382</w:t>
            </w:r>
          </w:p>
        </w:tc>
      </w:tr>
      <w:tr>
        <w:tc>
          <w:tcPr>
            <w:tcW w:type="dxa" w:w="2880"/>
          </w:tcPr>
          <w:p>
            <w:r>
              <w:t>the longest axis (best path)</w:t>
            </w:r>
          </w:p>
        </w:tc>
        <w:tc>
          <w:tcPr>
            <w:tcW w:type="dxa" w:w="2880"/>
          </w:tcPr>
          <w:p>
            <w:r>
              <w:t>7.77</w:t>
            </w:r>
          </w:p>
        </w:tc>
        <w:tc>
          <w:tcPr>
            <w:tcW w:type="dxa" w:w="2880"/>
          </w:tcPr>
          <w:p>
            <w:r>
              <w:t>2,389</w:t>
            </w:r>
          </w:p>
        </w:tc>
      </w:tr>
      <w:tr>
        <w:tc>
          <w:tcPr>
            <w:tcW w:type="dxa" w:w="2880"/>
          </w:tcPr>
          <w:p>
            <w:r>
              <w:t>the longest axis (best path)</w:t>
            </w:r>
          </w:p>
        </w:tc>
        <w:tc>
          <w:tcPr>
            <w:tcW w:type="dxa" w:w="2880"/>
          </w:tcPr>
          <w:p>
            <w:r>
              <w:t>7.8</w:t>
            </w:r>
          </w:p>
        </w:tc>
        <w:tc>
          <w:tcPr>
            <w:tcW w:type="dxa" w:w="2880"/>
          </w:tcPr>
          <w:p>
            <w:r>
              <w:t>2,397</w:t>
            </w:r>
          </w:p>
        </w:tc>
      </w:tr>
      <w:tr>
        <w:tc>
          <w:tcPr>
            <w:tcW w:type="dxa" w:w="2880"/>
          </w:tcPr>
          <w:p>
            <w:r>
              <w:t>the longest axis (best path)</w:t>
            </w:r>
          </w:p>
        </w:tc>
        <w:tc>
          <w:tcPr>
            <w:tcW w:type="dxa" w:w="2880"/>
          </w:tcPr>
          <w:p>
            <w:r>
              <w:t>7.83</w:t>
            </w:r>
          </w:p>
        </w:tc>
        <w:tc>
          <w:tcPr>
            <w:tcW w:type="dxa" w:w="2880"/>
          </w:tcPr>
          <w:p>
            <w:r>
              <w:t>2,404</w:t>
            </w:r>
          </w:p>
        </w:tc>
      </w:tr>
      <w:tr>
        <w:tc>
          <w:tcPr>
            <w:tcW w:type="dxa" w:w="2880"/>
          </w:tcPr>
          <w:p>
            <w:r>
              <w:t>the longest axis (best path)</w:t>
            </w:r>
          </w:p>
        </w:tc>
        <w:tc>
          <w:tcPr>
            <w:tcW w:type="dxa" w:w="2880"/>
          </w:tcPr>
          <w:p>
            <w:r>
              <w:t>7.86</w:t>
            </w:r>
          </w:p>
        </w:tc>
        <w:tc>
          <w:tcPr>
            <w:tcW w:type="dxa" w:w="2880"/>
          </w:tcPr>
          <w:p>
            <w:r>
              <w:t>2,411</w:t>
            </w:r>
          </w:p>
        </w:tc>
      </w:tr>
      <w:tr>
        <w:tc>
          <w:tcPr>
            <w:tcW w:type="dxa" w:w="2880"/>
          </w:tcPr>
          <w:p>
            <w:r>
              <w:t>the longest axis (best path)</w:t>
            </w:r>
          </w:p>
        </w:tc>
        <w:tc>
          <w:tcPr>
            <w:tcW w:type="dxa" w:w="2880"/>
          </w:tcPr>
          <w:p>
            <w:r>
              <w:t>7.89</w:t>
            </w:r>
          </w:p>
        </w:tc>
        <w:tc>
          <w:tcPr>
            <w:tcW w:type="dxa" w:w="2880"/>
          </w:tcPr>
          <w:p>
            <w:r>
              <w:t>2,419</w:t>
            </w:r>
          </w:p>
        </w:tc>
      </w:tr>
      <w:tr>
        <w:tc>
          <w:tcPr>
            <w:tcW w:type="dxa" w:w="2880"/>
          </w:tcPr>
          <w:p>
            <w:r>
              <w:t>the longest axis (best path)</w:t>
            </w:r>
          </w:p>
        </w:tc>
        <w:tc>
          <w:tcPr>
            <w:tcW w:type="dxa" w:w="2880"/>
          </w:tcPr>
          <w:p>
            <w:r>
              <w:t>7.92</w:t>
            </w:r>
          </w:p>
        </w:tc>
        <w:tc>
          <w:tcPr>
            <w:tcW w:type="dxa" w:w="2880"/>
          </w:tcPr>
          <w:p>
            <w:r>
              <w:t>2,426</w:t>
            </w:r>
          </w:p>
        </w:tc>
      </w:tr>
      <w:tr>
        <w:tc>
          <w:tcPr>
            <w:tcW w:type="dxa" w:w="2880"/>
          </w:tcPr>
          <w:p>
            <w:r>
              <w:t>the longest axis (best path)</w:t>
            </w:r>
          </w:p>
        </w:tc>
        <w:tc>
          <w:tcPr>
            <w:tcW w:type="dxa" w:w="2880"/>
          </w:tcPr>
          <w:p>
            <w:r>
              <w:t>7.95</w:t>
            </w:r>
          </w:p>
        </w:tc>
        <w:tc>
          <w:tcPr>
            <w:tcW w:type="dxa" w:w="2880"/>
          </w:tcPr>
          <w:p>
            <w:r>
              <w:t>2,434</w:t>
            </w:r>
          </w:p>
        </w:tc>
      </w:tr>
      <w:tr>
        <w:tc>
          <w:tcPr>
            <w:tcW w:type="dxa" w:w="2880"/>
          </w:tcPr>
          <w:p>
            <w:r>
              <w:t>the longest axis (best path)</w:t>
            </w:r>
          </w:p>
        </w:tc>
        <w:tc>
          <w:tcPr>
            <w:tcW w:type="dxa" w:w="2880"/>
          </w:tcPr>
          <w:p>
            <w:r>
              <w:t>7.98</w:t>
            </w:r>
          </w:p>
        </w:tc>
        <w:tc>
          <w:tcPr>
            <w:tcW w:type="dxa" w:w="2880"/>
          </w:tcPr>
          <w:p>
            <w:r>
              <w:t>2,441</w:t>
            </w:r>
          </w:p>
        </w:tc>
      </w:tr>
      <w:tr>
        <w:tc>
          <w:tcPr>
            <w:tcW w:type="dxa" w:w="2880"/>
          </w:tcPr>
          <w:p>
            <w:r>
              <w:t>the longest axis (best path)</w:t>
            </w:r>
          </w:p>
        </w:tc>
        <w:tc>
          <w:tcPr>
            <w:tcW w:type="dxa" w:w="2880"/>
          </w:tcPr>
          <w:p>
            <w:r>
              <w:t>8.01</w:t>
            </w:r>
          </w:p>
        </w:tc>
        <w:tc>
          <w:tcPr>
            <w:tcW w:type="dxa" w:w="2880"/>
          </w:tcPr>
          <w:p>
            <w:r>
              <w:t>2,449</w:t>
            </w:r>
          </w:p>
        </w:tc>
      </w:tr>
      <w:tr>
        <w:tc>
          <w:tcPr>
            <w:tcW w:type="dxa" w:w="2880"/>
          </w:tcPr>
          <w:p>
            <w:r>
              <w:t>the longest axis (best path)</w:t>
            </w:r>
          </w:p>
        </w:tc>
        <w:tc>
          <w:tcPr>
            <w:tcW w:type="dxa" w:w="2880"/>
          </w:tcPr>
          <w:p>
            <w:r>
              <w:t>8.04</w:t>
            </w:r>
          </w:p>
        </w:tc>
        <w:tc>
          <w:tcPr>
            <w:tcW w:type="dxa" w:w="2880"/>
          </w:tcPr>
          <w:p>
            <w:r>
              <w:t>2,456</w:t>
            </w:r>
          </w:p>
        </w:tc>
      </w:tr>
      <w:tr>
        <w:tc>
          <w:tcPr>
            <w:tcW w:type="dxa" w:w="2880"/>
          </w:tcPr>
          <w:p>
            <w:r>
              <w:t>the longest axis (best path)</w:t>
            </w:r>
          </w:p>
        </w:tc>
        <w:tc>
          <w:tcPr>
            <w:tcW w:type="dxa" w:w="2880"/>
          </w:tcPr>
          <w:p>
            <w:r>
              <w:t>8.07</w:t>
            </w:r>
          </w:p>
        </w:tc>
        <w:tc>
          <w:tcPr>
            <w:tcW w:type="dxa" w:w="2880"/>
          </w:tcPr>
          <w:p>
            <w:r>
              <w:t>2,464</w:t>
            </w:r>
          </w:p>
        </w:tc>
      </w:tr>
      <w:tr>
        <w:tc>
          <w:tcPr>
            <w:tcW w:type="dxa" w:w="2880"/>
          </w:tcPr>
          <w:p>
            <w:r>
              <w:t>the longest axis (best path)</w:t>
            </w:r>
          </w:p>
        </w:tc>
        <w:tc>
          <w:tcPr>
            <w:tcW w:type="dxa" w:w="2880"/>
          </w:tcPr>
          <w:p>
            <w:r>
              <w:t>8.1</w:t>
            </w:r>
          </w:p>
        </w:tc>
        <w:tc>
          <w:tcPr>
            <w:tcW w:type="dxa" w:w="2880"/>
          </w:tcPr>
          <w:p>
            <w:r>
              <w:t>2,472</w:t>
            </w:r>
          </w:p>
        </w:tc>
      </w:tr>
      <w:tr>
        <w:tc>
          <w:tcPr>
            <w:tcW w:type="dxa" w:w="2880"/>
          </w:tcPr>
          <w:p>
            <w:r>
              <w:t>the longest axis (best path)</w:t>
            </w:r>
          </w:p>
        </w:tc>
        <w:tc>
          <w:tcPr>
            <w:tcW w:type="dxa" w:w="2880"/>
          </w:tcPr>
          <w:p>
            <w:r>
              <w:t>8.13</w:t>
            </w:r>
          </w:p>
        </w:tc>
        <w:tc>
          <w:tcPr>
            <w:tcW w:type="dxa" w:w="2880"/>
          </w:tcPr>
          <w:p>
            <w:r>
              <w:t>2,479</w:t>
            </w:r>
          </w:p>
        </w:tc>
      </w:tr>
      <w:tr>
        <w:tc>
          <w:tcPr>
            <w:tcW w:type="dxa" w:w="2880"/>
          </w:tcPr>
          <w:p>
            <w:r>
              <w:t>the longest axis (best path)</w:t>
            </w:r>
          </w:p>
        </w:tc>
        <w:tc>
          <w:tcPr>
            <w:tcW w:type="dxa" w:w="2880"/>
          </w:tcPr>
          <w:p>
            <w:r>
              <w:t>8.16</w:t>
            </w:r>
          </w:p>
        </w:tc>
        <w:tc>
          <w:tcPr>
            <w:tcW w:type="dxa" w:w="2880"/>
          </w:tcPr>
          <w:p>
            <w:r>
              <w:t>2,487</w:t>
            </w:r>
          </w:p>
        </w:tc>
      </w:tr>
      <w:tr>
        <w:tc>
          <w:tcPr>
            <w:tcW w:type="dxa" w:w="2880"/>
          </w:tcPr>
          <w:p>
            <w:r>
              <w:t>the longest axis (best path)</w:t>
            </w:r>
          </w:p>
        </w:tc>
        <w:tc>
          <w:tcPr>
            <w:tcW w:type="dxa" w:w="2880"/>
          </w:tcPr>
          <w:p>
            <w:r>
              <w:t>8.19</w:t>
            </w:r>
          </w:p>
        </w:tc>
        <w:tc>
          <w:tcPr>
            <w:tcW w:type="dxa" w:w="2880"/>
          </w:tcPr>
          <w:p>
            <w:r>
              <w:t>2,495</w:t>
            </w:r>
          </w:p>
        </w:tc>
      </w:tr>
      <w:tr>
        <w:tc>
          <w:tcPr>
            <w:tcW w:type="dxa" w:w="2880"/>
          </w:tcPr>
          <w:p>
            <w:r>
              <w:t>the longest axis (best path)</w:t>
            </w:r>
          </w:p>
        </w:tc>
        <w:tc>
          <w:tcPr>
            <w:tcW w:type="dxa" w:w="2880"/>
          </w:tcPr>
          <w:p>
            <w:r>
              <w:t>8.22</w:t>
            </w:r>
          </w:p>
        </w:tc>
        <w:tc>
          <w:tcPr>
            <w:tcW w:type="dxa" w:w="2880"/>
          </w:tcPr>
          <w:p>
            <w:r>
              <w:t>2,503</w:t>
            </w:r>
          </w:p>
        </w:tc>
      </w:tr>
      <w:tr>
        <w:tc>
          <w:tcPr>
            <w:tcW w:type="dxa" w:w="2880"/>
          </w:tcPr>
          <w:p>
            <w:r>
              <w:t>the longest axis (best path)</w:t>
            </w:r>
          </w:p>
        </w:tc>
        <w:tc>
          <w:tcPr>
            <w:tcW w:type="dxa" w:w="2880"/>
          </w:tcPr>
          <w:p>
            <w:r>
              <w:t>8.25</w:t>
            </w:r>
          </w:p>
        </w:tc>
        <w:tc>
          <w:tcPr>
            <w:tcW w:type="dxa" w:w="2880"/>
          </w:tcPr>
          <w:p>
            <w:r>
              <w:t>2,511</w:t>
            </w:r>
          </w:p>
        </w:tc>
      </w:tr>
      <w:tr>
        <w:tc>
          <w:tcPr>
            <w:tcW w:type="dxa" w:w="2880"/>
          </w:tcPr>
          <w:p>
            <w:r>
              <w:t>the longest axis (best path)</w:t>
            </w:r>
          </w:p>
        </w:tc>
        <w:tc>
          <w:tcPr>
            <w:tcW w:type="dxa" w:w="2880"/>
          </w:tcPr>
          <w:p>
            <w:r>
              <w:t>8.28</w:t>
            </w:r>
          </w:p>
        </w:tc>
        <w:tc>
          <w:tcPr>
            <w:tcW w:type="dxa" w:w="2880"/>
          </w:tcPr>
          <w:p>
            <w:r>
              <w:t>2,518</w:t>
            </w:r>
          </w:p>
        </w:tc>
      </w:tr>
      <w:tr>
        <w:tc>
          <w:tcPr>
            <w:tcW w:type="dxa" w:w="2880"/>
          </w:tcPr>
          <w:p>
            <w:r>
              <w:t>the longest axis (best path)</w:t>
            </w:r>
          </w:p>
        </w:tc>
        <w:tc>
          <w:tcPr>
            <w:tcW w:type="dxa" w:w="2880"/>
          </w:tcPr>
          <w:p>
            <w:r>
              <w:t>8.31</w:t>
            </w:r>
          </w:p>
        </w:tc>
        <w:tc>
          <w:tcPr>
            <w:tcW w:type="dxa" w:w="2880"/>
          </w:tcPr>
          <w:p>
            <w:r>
              <w:t>2,526</w:t>
            </w:r>
          </w:p>
        </w:tc>
      </w:tr>
      <w:tr>
        <w:tc>
          <w:tcPr>
            <w:tcW w:type="dxa" w:w="2880"/>
          </w:tcPr>
          <w:p>
            <w:r>
              <w:t>the longest axis (best path)</w:t>
            </w:r>
          </w:p>
        </w:tc>
        <w:tc>
          <w:tcPr>
            <w:tcW w:type="dxa" w:w="2880"/>
          </w:tcPr>
          <w:p>
            <w:r>
              <w:t>8.34</w:t>
            </w:r>
          </w:p>
        </w:tc>
        <w:tc>
          <w:tcPr>
            <w:tcW w:type="dxa" w:w="2880"/>
          </w:tcPr>
          <w:p>
            <w:r>
              <w:t>2,534</w:t>
            </w:r>
          </w:p>
        </w:tc>
      </w:tr>
      <w:tr>
        <w:tc>
          <w:tcPr>
            <w:tcW w:type="dxa" w:w="2880"/>
          </w:tcPr>
          <w:p>
            <w:r>
              <w:t>the longest axis (best path)</w:t>
            </w:r>
          </w:p>
        </w:tc>
        <w:tc>
          <w:tcPr>
            <w:tcW w:type="dxa" w:w="2880"/>
          </w:tcPr>
          <w:p>
            <w:r>
              <w:t>8.37</w:t>
            </w:r>
          </w:p>
        </w:tc>
        <w:tc>
          <w:tcPr>
            <w:tcW w:type="dxa" w:w="2880"/>
          </w:tcPr>
          <w:p>
            <w:r>
              <w:t>2,542</w:t>
            </w:r>
          </w:p>
        </w:tc>
      </w:tr>
      <w:tr>
        <w:tc>
          <w:tcPr>
            <w:tcW w:type="dxa" w:w="2880"/>
          </w:tcPr>
          <w:p>
            <w:r>
              <w:t>the longest axis (best path)</w:t>
            </w:r>
          </w:p>
        </w:tc>
        <w:tc>
          <w:tcPr>
            <w:tcW w:type="dxa" w:w="2880"/>
          </w:tcPr>
          <w:p>
            <w:r>
              <w:t>8.4</w:t>
            </w:r>
          </w:p>
        </w:tc>
        <w:tc>
          <w:tcPr>
            <w:tcW w:type="dxa" w:w="2880"/>
          </w:tcPr>
          <w:p>
            <w:r>
              <w:t>2,550</w:t>
            </w:r>
          </w:p>
        </w:tc>
      </w:tr>
      <w:tr>
        <w:tc>
          <w:tcPr>
            <w:tcW w:type="dxa" w:w="2880"/>
          </w:tcPr>
          <w:p>
            <w:r>
              <w:t>the longest axis (best path)</w:t>
            </w:r>
          </w:p>
        </w:tc>
        <w:tc>
          <w:tcPr>
            <w:tcW w:type="dxa" w:w="2880"/>
          </w:tcPr>
          <w:p>
            <w:r>
              <w:t>8.43</w:t>
            </w:r>
          </w:p>
        </w:tc>
        <w:tc>
          <w:tcPr>
            <w:tcW w:type="dxa" w:w="2880"/>
          </w:tcPr>
          <w:p>
            <w:r>
              <w:t>2,558</w:t>
            </w:r>
          </w:p>
        </w:tc>
      </w:tr>
      <w:tr>
        <w:tc>
          <w:tcPr>
            <w:tcW w:type="dxa" w:w="2880"/>
          </w:tcPr>
          <w:p>
            <w:r>
              <w:t>the longest axis (best path)</w:t>
            </w:r>
          </w:p>
        </w:tc>
        <w:tc>
          <w:tcPr>
            <w:tcW w:type="dxa" w:w="2880"/>
          </w:tcPr>
          <w:p>
            <w:r>
              <w:t>8.46</w:t>
            </w:r>
          </w:p>
        </w:tc>
        <w:tc>
          <w:tcPr>
            <w:tcW w:type="dxa" w:w="2880"/>
          </w:tcPr>
          <w:p>
            <w:r>
              <w:t>2,566</w:t>
            </w:r>
          </w:p>
        </w:tc>
      </w:tr>
      <w:tr>
        <w:tc>
          <w:tcPr>
            <w:tcW w:type="dxa" w:w="2880"/>
          </w:tcPr>
          <w:p>
            <w:r>
              <w:t>the longest axis (best path)</w:t>
            </w:r>
          </w:p>
        </w:tc>
        <w:tc>
          <w:tcPr>
            <w:tcW w:type="dxa" w:w="2880"/>
          </w:tcPr>
          <w:p>
            <w:r>
              <w:t>8.49</w:t>
            </w:r>
          </w:p>
        </w:tc>
        <w:tc>
          <w:tcPr>
            <w:tcW w:type="dxa" w:w="2880"/>
          </w:tcPr>
          <w:p>
            <w:r>
              <w:t>2,574</w:t>
            </w:r>
          </w:p>
        </w:tc>
      </w:tr>
      <w:tr>
        <w:tc>
          <w:tcPr>
            <w:tcW w:type="dxa" w:w="2880"/>
          </w:tcPr>
          <w:p>
            <w:r>
              <w:t>the longest axis (best path)</w:t>
            </w:r>
          </w:p>
        </w:tc>
        <w:tc>
          <w:tcPr>
            <w:tcW w:type="dxa" w:w="2880"/>
          </w:tcPr>
          <w:p>
            <w:r>
              <w:t>8.52</w:t>
            </w:r>
          </w:p>
        </w:tc>
        <w:tc>
          <w:tcPr>
            <w:tcW w:type="dxa" w:w="2880"/>
          </w:tcPr>
          <w:p>
            <w:r>
              <w:t>2,582</w:t>
            </w:r>
          </w:p>
        </w:tc>
      </w:tr>
      <w:tr>
        <w:tc>
          <w:tcPr>
            <w:tcW w:type="dxa" w:w="2880"/>
          </w:tcPr>
          <w:p>
            <w:r>
              <w:t>the longest axis (best path)</w:t>
            </w:r>
          </w:p>
        </w:tc>
        <w:tc>
          <w:tcPr>
            <w:tcW w:type="dxa" w:w="2880"/>
          </w:tcPr>
          <w:p>
            <w:r>
              <w:t>8.55</w:t>
            </w:r>
          </w:p>
        </w:tc>
        <w:tc>
          <w:tcPr>
            <w:tcW w:type="dxa" w:w="2880"/>
          </w:tcPr>
          <w:p>
            <w:r>
              <w:t>2,591</w:t>
            </w:r>
          </w:p>
        </w:tc>
      </w:tr>
      <w:tr>
        <w:tc>
          <w:tcPr>
            <w:tcW w:type="dxa" w:w="2880"/>
          </w:tcPr>
          <w:p>
            <w:r>
              <w:t>the longest axis (best path)</w:t>
            </w:r>
          </w:p>
        </w:tc>
        <w:tc>
          <w:tcPr>
            <w:tcW w:type="dxa" w:w="2880"/>
          </w:tcPr>
          <w:p>
            <w:r>
              <w:t>8.58</w:t>
            </w:r>
          </w:p>
        </w:tc>
        <w:tc>
          <w:tcPr>
            <w:tcW w:type="dxa" w:w="2880"/>
          </w:tcPr>
          <w:p>
            <w:r>
              <w:t>2,599</w:t>
            </w:r>
          </w:p>
        </w:tc>
      </w:tr>
      <w:tr>
        <w:tc>
          <w:tcPr>
            <w:tcW w:type="dxa" w:w="2880"/>
          </w:tcPr>
          <w:p>
            <w:r>
              <w:t>the longest axis (best path)</w:t>
            </w:r>
          </w:p>
        </w:tc>
        <w:tc>
          <w:tcPr>
            <w:tcW w:type="dxa" w:w="2880"/>
          </w:tcPr>
          <w:p>
            <w:r>
              <w:t>8.61</w:t>
            </w:r>
          </w:p>
        </w:tc>
        <w:tc>
          <w:tcPr>
            <w:tcW w:type="dxa" w:w="2880"/>
          </w:tcPr>
          <w:p>
            <w:r>
              <w:t>2,607</w:t>
            </w:r>
          </w:p>
        </w:tc>
      </w:tr>
      <w:tr>
        <w:tc>
          <w:tcPr>
            <w:tcW w:type="dxa" w:w="2880"/>
          </w:tcPr>
          <w:p>
            <w:r>
              <w:t>the longest axis (best path)</w:t>
            </w:r>
          </w:p>
        </w:tc>
        <w:tc>
          <w:tcPr>
            <w:tcW w:type="dxa" w:w="2880"/>
          </w:tcPr>
          <w:p>
            <w:r>
              <w:t>8.64</w:t>
            </w:r>
          </w:p>
        </w:tc>
        <w:tc>
          <w:tcPr>
            <w:tcW w:type="dxa" w:w="2880"/>
          </w:tcPr>
          <w:p>
            <w:r>
              <w:t>2,615</w:t>
            </w:r>
          </w:p>
        </w:tc>
      </w:tr>
      <w:tr>
        <w:tc>
          <w:tcPr>
            <w:tcW w:type="dxa" w:w="2880"/>
          </w:tcPr>
          <w:p>
            <w:r>
              <w:t>the longest axis (best path)</w:t>
            </w:r>
          </w:p>
        </w:tc>
        <w:tc>
          <w:tcPr>
            <w:tcW w:type="dxa" w:w="2880"/>
          </w:tcPr>
          <w:p>
            <w:r>
              <w:t>8.67</w:t>
            </w:r>
          </w:p>
        </w:tc>
        <w:tc>
          <w:tcPr>
            <w:tcW w:type="dxa" w:w="2880"/>
          </w:tcPr>
          <w:p>
            <w:r>
              <w:t>2,623</w:t>
            </w:r>
          </w:p>
        </w:tc>
      </w:tr>
      <w:tr>
        <w:tc>
          <w:tcPr>
            <w:tcW w:type="dxa" w:w="2880"/>
          </w:tcPr>
          <w:p>
            <w:r>
              <w:t>the longest axis (best path)</w:t>
            </w:r>
          </w:p>
        </w:tc>
        <w:tc>
          <w:tcPr>
            <w:tcW w:type="dxa" w:w="2880"/>
          </w:tcPr>
          <w:p>
            <w:r>
              <w:t>8.7</w:t>
            </w:r>
          </w:p>
        </w:tc>
        <w:tc>
          <w:tcPr>
            <w:tcW w:type="dxa" w:w="2880"/>
          </w:tcPr>
          <w:p>
            <w:r>
              <w:t>2,631</w:t>
            </w:r>
          </w:p>
        </w:tc>
      </w:tr>
      <w:tr>
        <w:tc>
          <w:tcPr>
            <w:tcW w:type="dxa" w:w="2880"/>
          </w:tcPr>
          <w:p>
            <w:r>
              <w:t>the longest axis (best path)</w:t>
            </w:r>
          </w:p>
        </w:tc>
        <w:tc>
          <w:tcPr>
            <w:tcW w:type="dxa" w:w="2880"/>
          </w:tcPr>
          <w:p>
            <w:r>
              <w:t>8.73</w:t>
            </w:r>
          </w:p>
        </w:tc>
        <w:tc>
          <w:tcPr>
            <w:tcW w:type="dxa" w:w="2880"/>
          </w:tcPr>
          <w:p>
            <w:r>
              <w:t>2,640</w:t>
            </w:r>
          </w:p>
        </w:tc>
      </w:tr>
      <w:tr>
        <w:tc>
          <w:tcPr>
            <w:tcW w:type="dxa" w:w="2880"/>
          </w:tcPr>
          <w:p>
            <w:r>
              <w:t>the longest axis (best path)</w:t>
            </w:r>
          </w:p>
        </w:tc>
        <w:tc>
          <w:tcPr>
            <w:tcW w:type="dxa" w:w="2880"/>
          </w:tcPr>
          <w:p>
            <w:r>
              <w:t>8.76</w:t>
            </w:r>
          </w:p>
        </w:tc>
        <w:tc>
          <w:tcPr>
            <w:tcW w:type="dxa" w:w="2880"/>
          </w:tcPr>
          <w:p>
            <w:r>
              <w:t>2,648</w:t>
            </w:r>
          </w:p>
        </w:tc>
      </w:tr>
      <w:tr>
        <w:tc>
          <w:tcPr>
            <w:tcW w:type="dxa" w:w="2880"/>
          </w:tcPr>
          <w:p>
            <w:r>
              <w:t>the longest axis (best path)</w:t>
            </w:r>
          </w:p>
        </w:tc>
        <w:tc>
          <w:tcPr>
            <w:tcW w:type="dxa" w:w="2880"/>
          </w:tcPr>
          <w:p>
            <w:r>
              <w:t>8.79</w:t>
            </w:r>
          </w:p>
        </w:tc>
        <w:tc>
          <w:tcPr>
            <w:tcW w:type="dxa" w:w="2880"/>
          </w:tcPr>
          <w:p>
            <w:r>
              <w:t>2,656</w:t>
            </w:r>
          </w:p>
        </w:tc>
      </w:tr>
      <w:tr>
        <w:tc>
          <w:tcPr>
            <w:tcW w:type="dxa" w:w="2880"/>
          </w:tcPr>
          <w:p>
            <w:r>
              <w:t>the longest axis (best path)</w:t>
            </w:r>
          </w:p>
        </w:tc>
        <w:tc>
          <w:tcPr>
            <w:tcW w:type="dxa" w:w="2880"/>
          </w:tcPr>
          <w:p>
            <w:r>
              <w:t>8.82</w:t>
            </w:r>
          </w:p>
        </w:tc>
        <w:tc>
          <w:tcPr>
            <w:tcW w:type="dxa" w:w="2880"/>
          </w:tcPr>
          <w:p>
            <w:r>
              <w:t>2,665</w:t>
            </w:r>
          </w:p>
        </w:tc>
      </w:tr>
      <w:tr>
        <w:tc>
          <w:tcPr>
            <w:tcW w:type="dxa" w:w="2880"/>
          </w:tcPr>
          <w:p>
            <w:r>
              <w:t>the longest axis (best path)</w:t>
            </w:r>
          </w:p>
        </w:tc>
        <w:tc>
          <w:tcPr>
            <w:tcW w:type="dxa" w:w="2880"/>
          </w:tcPr>
          <w:p>
            <w:r>
              <w:t>8.85</w:t>
            </w:r>
          </w:p>
        </w:tc>
        <w:tc>
          <w:tcPr>
            <w:tcW w:type="dxa" w:w="2880"/>
          </w:tcPr>
          <w:p>
            <w:r>
              <w:t>2,673</w:t>
            </w:r>
          </w:p>
        </w:tc>
      </w:tr>
      <w:tr>
        <w:tc>
          <w:tcPr>
            <w:tcW w:type="dxa" w:w="2880"/>
          </w:tcPr>
          <w:p>
            <w:r>
              <w:t>the longest axis (best path)</w:t>
            </w:r>
          </w:p>
        </w:tc>
        <w:tc>
          <w:tcPr>
            <w:tcW w:type="dxa" w:w="2880"/>
          </w:tcPr>
          <w:p>
            <w:r>
              <w:t>8.88</w:t>
            </w:r>
          </w:p>
        </w:tc>
        <w:tc>
          <w:tcPr>
            <w:tcW w:type="dxa" w:w="2880"/>
          </w:tcPr>
          <w:p>
            <w:r>
              <w:t>2,681</w:t>
            </w:r>
          </w:p>
        </w:tc>
      </w:tr>
      <w:tr>
        <w:tc>
          <w:tcPr>
            <w:tcW w:type="dxa" w:w="2880"/>
          </w:tcPr>
          <w:p>
            <w:r>
              <w:t>the longest axis (best path)</w:t>
            </w:r>
          </w:p>
        </w:tc>
        <w:tc>
          <w:tcPr>
            <w:tcW w:type="dxa" w:w="2880"/>
          </w:tcPr>
          <w:p>
            <w:r>
              <w:t>8.91</w:t>
            </w:r>
          </w:p>
        </w:tc>
        <w:tc>
          <w:tcPr>
            <w:tcW w:type="dxa" w:w="2880"/>
          </w:tcPr>
          <w:p>
            <w:r>
              <w:t>2,689</w:t>
            </w:r>
          </w:p>
        </w:tc>
      </w:tr>
      <w:tr>
        <w:tc>
          <w:tcPr>
            <w:tcW w:type="dxa" w:w="2880"/>
          </w:tcPr>
          <w:p>
            <w:r>
              <w:t>the two highest summits (best path)</w:t>
            </w:r>
          </w:p>
        </w:tc>
        <w:tc>
          <w:tcPr>
            <w:tcW w:type="dxa" w:w="2880"/>
          </w:tcPr>
          <w:p>
            <w:r>
              <w:t>0</w:t>
            </w:r>
          </w:p>
        </w:tc>
        <w:tc>
          <w:tcPr>
            <w:tcW w:type="dxa" w:w="2880"/>
          </w:tcPr>
          <w:p>
            <w:r>
              <w:t>2,759</w:t>
            </w:r>
          </w:p>
        </w:tc>
      </w:tr>
      <w:tr>
        <w:tc>
          <w:tcPr>
            <w:tcW w:type="dxa" w:w="2880"/>
          </w:tcPr>
          <w:p>
            <w:r>
              <w:t>the two highest summits (best path)</w:t>
            </w:r>
          </w:p>
        </w:tc>
        <w:tc>
          <w:tcPr>
            <w:tcW w:type="dxa" w:w="2880"/>
          </w:tcPr>
          <w:p>
            <w:r>
              <w:t>0.03</w:t>
            </w:r>
          </w:p>
        </w:tc>
        <w:tc>
          <w:tcPr>
            <w:tcW w:type="dxa" w:w="2880"/>
          </w:tcPr>
          <w:p>
            <w:r>
              <w:t>2,759</w:t>
            </w:r>
          </w:p>
        </w:tc>
      </w:tr>
      <w:tr>
        <w:tc>
          <w:tcPr>
            <w:tcW w:type="dxa" w:w="2880"/>
          </w:tcPr>
          <w:p>
            <w:r>
              <w:t>the two highest summits (best path)</w:t>
            </w:r>
          </w:p>
        </w:tc>
        <w:tc>
          <w:tcPr>
            <w:tcW w:type="dxa" w:w="2880"/>
          </w:tcPr>
          <w:p>
            <w:r>
              <w:t>0.06</w:t>
            </w:r>
          </w:p>
        </w:tc>
        <w:tc>
          <w:tcPr>
            <w:tcW w:type="dxa" w:w="2880"/>
          </w:tcPr>
          <w:p>
            <w:r>
              <w:t>2,759</w:t>
            </w:r>
          </w:p>
        </w:tc>
      </w:tr>
      <w:tr>
        <w:tc>
          <w:tcPr>
            <w:tcW w:type="dxa" w:w="2880"/>
          </w:tcPr>
          <w:p>
            <w:r>
              <w:t>the two highest summits (best path)</w:t>
            </w:r>
          </w:p>
        </w:tc>
        <w:tc>
          <w:tcPr>
            <w:tcW w:type="dxa" w:w="2880"/>
          </w:tcPr>
          <w:p>
            <w:r>
              <w:t>0.09</w:t>
            </w:r>
          </w:p>
        </w:tc>
        <w:tc>
          <w:tcPr>
            <w:tcW w:type="dxa" w:w="2880"/>
          </w:tcPr>
          <w:p>
            <w:r>
              <w:t>2,759</w:t>
            </w:r>
          </w:p>
        </w:tc>
      </w:tr>
      <w:tr>
        <w:tc>
          <w:tcPr>
            <w:tcW w:type="dxa" w:w="2880"/>
          </w:tcPr>
          <w:p>
            <w:r>
              <w:t>the two highest summits (best path)</w:t>
            </w:r>
          </w:p>
        </w:tc>
        <w:tc>
          <w:tcPr>
            <w:tcW w:type="dxa" w:w="2880"/>
          </w:tcPr>
          <w:p>
            <w:r>
              <w:t>0.12</w:t>
            </w:r>
          </w:p>
        </w:tc>
        <w:tc>
          <w:tcPr>
            <w:tcW w:type="dxa" w:w="2880"/>
          </w:tcPr>
          <w:p>
            <w:r>
              <w:t>2,759</w:t>
            </w:r>
          </w:p>
        </w:tc>
      </w:tr>
      <w:tr>
        <w:tc>
          <w:tcPr>
            <w:tcW w:type="dxa" w:w="2880"/>
          </w:tcPr>
          <w:p>
            <w:r>
              <w:t>the two highest summits (best path)</w:t>
            </w:r>
          </w:p>
        </w:tc>
        <w:tc>
          <w:tcPr>
            <w:tcW w:type="dxa" w:w="2880"/>
          </w:tcPr>
          <w:p>
            <w:r>
              <w:t>0.15</w:t>
            </w:r>
          </w:p>
        </w:tc>
        <w:tc>
          <w:tcPr>
            <w:tcW w:type="dxa" w:w="2880"/>
          </w:tcPr>
          <w:p>
            <w:r>
              <w:t>2,759</w:t>
            </w:r>
          </w:p>
        </w:tc>
      </w:tr>
      <w:tr>
        <w:tc>
          <w:tcPr>
            <w:tcW w:type="dxa" w:w="2880"/>
          </w:tcPr>
          <w:p>
            <w:r>
              <w:t>the two highest summits (best path)</w:t>
            </w:r>
          </w:p>
        </w:tc>
        <w:tc>
          <w:tcPr>
            <w:tcW w:type="dxa" w:w="2880"/>
          </w:tcPr>
          <w:p>
            <w:r>
              <w:t>0.18</w:t>
            </w:r>
          </w:p>
        </w:tc>
        <w:tc>
          <w:tcPr>
            <w:tcW w:type="dxa" w:w="2880"/>
          </w:tcPr>
          <w:p>
            <w:r>
              <w:t>2,759</w:t>
            </w:r>
          </w:p>
        </w:tc>
      </w:tr>
      <w:tr>
        <w:tc>
          <w:tcPr>
            <w:tcW w:type="dxa" w:w="2880"/>
          </w:tcPr>
          <w:p>
            <w:r>
              <w:t>the two highest summits (best path)</w:t>
            </w:r>
          </w:p>
        </w:tc>
        <w:tc>
          <w:tcPr>
            <w:tcW w:type="dxa" w:w="2880"/>
          </w:tcPr>
          <w:p>
            <w:r>
              <w:t>0.21</w:t>
            </w:r>
          </w:p>
        </w:tc>
        <w:tc>
          <w:tcPr>
            <w:tcW w:type="dxa" w:w="2880"/>
          </w:tcPr>
          <w:p>
            <w:r>
              <w:t>2,759</w:t>
            </w:r>
          </w:p>
        </w:tc>
      </w:tr>
      <w:tr>
        <w:tc>
          <w:tcPr>
            <w:tcW w:type="dxa" w:w="2880"/>
          </w:tcPr>
          <w:p>
            <w:r>
              <w:t>the two highest summits (best path)</w:t>
            </w:r>
          </w:p>
        </w:tc>
        <w:tc>
          <w:tcPr>
            <w:tcW w:type="dxa" w:w="2880"/>
          </w:tcPr>
          <w:p>
            <w:r>
              <w:t>0.24</w:t>
            </w:r>
          </w:p>
        </w:tc>
        <w:tc>
          <w:tcPr>
            <w:tcW w:type="dxa" w:w="2880"/>
          </w:tcPr>
          <w:p>
            <w:r>
              <w:t>2,759</w:t>
            </w:r>
          </w:p>
        </w:tc>
      </w:tr>
      <w:tr>
        <w:tc>
          <w:tcPr>
            <w:tcW w:type="dxa" w:w="2880"/>
          </w:tcPr>
          <w:p>
            <w:r>
              <w:t>the two highest summits (best path)</w:t>
            </w:r>
          </w:p>
        </w:tc>
        <w:tc>
          <w:tcPr>
            <w:tcW w:type="dxa" w:w="2880"/>
          </w:tcPr>
          <w:p>
            <w:r>
              <w:t>0.27</w:t>
            </w:r>
          </w:p>
        </w:tc>
        <w:tc>
          <w:tcPr>
            <w:tcW w:type="dxa" w:w="2880"/>
          </w:tcPr>
          <w:p>
            <w:r>
              <w:t>2,758</w:t>
            </w:r>
          </w:p>
        </w:tc>
      </w:tr>
      <w:tr>
        <w:tc>
          <w:tcPr>
            <w:tcW w:type="dxa" w:w="2880"/>
          </w:tcPr>
          <w:p>
            <w:r>
              <w:t>the two highest summits (best path)</w:t>
            </w:r>
          </w:p>
        </w:tc>
        <w:tc>
          <w:tcPr>
            <w:tcW w:type="dxa" w:w="2880"/>
          </w:tcPr>
          <w:p>
            <w:r>
              <w:t>0.3</w:t>
            </w:r>
          </w:p>
        </w:tc>
        <w:tc>
          <w:tcPr>
            <w:tcW w:type="dxa" w:w="2880"/>
          </w:tcPr>
          <w:p>
            <w:r>
              <w:t>2,758</w:t>
            </w:r>
          </w:p>
        </w:tc>
      </w:tr>
      <w:tr>
        <w:tc>
          <w:tcPr>
            <w:tcW w:type="dxa" w:w="2880"/>
          </w:tcPr>
          <w:p>
            <w:r>
              <w:t>the two highest summits (best path)</w:t>
            </w:r>
          </w:p>
        </w:tc>
        <w:tc>
          <w:tcPr>
            <w:tcW w:type="dxa" w:w="2880"/>
          </w:tcPr>
          <w:p>
            <w:r>
              <w:t>0.33</w:t>
            </w:r>
          </w:p>
        </w:tc>
        <w:tc>
          <w:tcPr>
            <w:tcW w:type="dxa" w:w="2880"/>
          </w:tcPr>
          <w:p>
            <w:r>
              <w:t>2,758</w:t>
            </w:r>
          </w:p>
        </w:tc>
      </w:tr>
      <w:tr>
        <w:tc>
          <w:tcPr>
            <w:tcW w:type="dxa" w:w="2880"/>
          </w:tcPr>
          <w:p>
            <w:r>
              <w:t>the two highest summits (best path)</w:t>
            </w:r>
          </w:p>
        </w:tc>
        <w:tc>
          <w:tcPr>
            <w:tcW w:type="dxa" w:w="2880"/>
          </w:tcPr>
          <w:p>
            <w:r>
              <w:t>0.36</w:t>
            </w:r>
          </w:p>
        </w:tc>
        <w:tc>
          <w:tcPr>
            <w:tcW w:type="dxa" w:w="2880"/>
          </w:tcPr>
          <w:p>
            <w:r>
              <w:t>2,757</w:t>
            </w:r>
          </w:p>
        </w:tc>
      </w:tr>
      <w:tr>
        <w:tc>
          <w:tcPr>
            <w:tcW w:type="dxa" w:w="2880"/>
          </w:tcPr>
          <w:p>
            <w:r>
              <w:t>the two highest summits (best path)</w:t>
            </w:r>
          </w:p>
        </w:tc>
        <w:tc>
          <w:tcPr>
            <w:tcW w:type="dxa" w:w="2880"/>
          </w:tcPr>
          <w:p>
            <w:r>
              <w:t>0.39</w:t>
            </w:r>
          </w:p>
        </w:tc>
        <w:tc>
          <w:tcPr>
            <w:tcW w:type="dxa" w:w="2880"/>
          </w:tcPr>
          <w:p>
            <w:r>
              <w:t>2,757</w:t>
            </w:r>
          </w:p>
        </w:tc>
      </w:tr>
      <w:tr>
        <w:tc>
          <w:tcPr>
            <w:tcW w:type="dxa" w:w="2880"/>
          </w:tcPr>
          <w:p>
            <w:r>
              <w:t>the two highest summits (best path)</w:t>
            </w:r>
          </w:p>
        </w:tc>
        <w:tc>
          <w:tcPr>
            <w:tcW w:type="dxa" w:w="2880"/>
          </w:tcPr>
          <w:p>
            <w:r>
              <w:t>0.42</w:t>
            </w:r>
          </w:p>
        </w:tc>
        <w:tc>
          <w:tcPr>
            <w:tcW w:type="dxa" w:w="2880"/>
          </w:tcPr>
          <w:p>
            <w:r>
              <w:t>2,756</w:t>
            </w:r>
          </w:p>
        </w:tc>
      </w:tr>
      <w:tr>
        <w:tc>
          <w:tcPr>
            <w:tcW w:type="dxa" w:w="2880"/>
          </w:tcPr>
          <w:p>
            <w:r>
              <w:t>the two highest summits (best path)</w:t>
            </w:r>
          </w:p>
        </w:tc>
        <w:tc>
          <w:tcPr>
            <w:tcW w:type="dxa" w:w="2880"/>
          </w:tcPr>
          <w:p>
            <w:r>
              <w:t>0.45</w:t>
            </w:r>
          </w:p>
        </w:tc>
        <w:tc>
          <w:tcPr>
            <w:tcW w:type="dxa" w:w="2880"/>
          </w:tcPr>
          <w:p>
            <w:r>
              <w:t>2,756</w:t>
            </w:r>
          </w:p>
        </w:tc>
      </w:tr>
      <w:tr>
        <w:tc>
          <w:tcPr>
            <w:tcW w:type="dxa" w:w="2880"/>
          </w:tcPr>
          <w:p>
            <w:r>
              <w:t>the two highest summits (best path)</w:t>
            </w:r>
          </w:p>
        </w:tc>
        <w:tc>
          <w:tcPr>
            <w:tcW w:type="dxa" w:w="2880"/>
          </w:tcPr>
          <w:p>
            <w:r>
              <w:t>0.48</w:t>
            </w:r>
          </w:p>
        </w:tc>
        <w:tc>
          <w:tcPr>
            <w:tcW w:type="dxa" w:w="2880"/>
          </w:tcPr>
          <w:p>
            <w:r>
              <w:t>2,756</w:t>
            </w:r>
          </w:p>
        </w:tc>
      </w:tr>
      <w:tr>
        <w:tc>
          <w:tcPr>
            <w:tcW w:type="dxa" w:w="2880"/>
          </w:tcPr>
          <w:p>
            <w:r>
              <w:t>the two highest summits (best path)</w:t>
            </w:r>
          </w:p>
        </w:tc>
        <w:tc>
          <w:tcPr>
            <w:tcW w:type="dxa" w:w="2880"/>
          </w:tcPr>
          <w:p>
            <w:r>
              <w:t>0.51</w:t>
            </w:r>
          </w:p>
        </w:tc>
        <w:tc>
          <w:tcPr>
            <w:tcW w:type="dxa" w:w="2880"/>
          </w:tcPr>
          <w:p>
            <w:r>
              <w:t>2,756</w:t>
            </w:r>
          </w:p>
        </w:tc>
      </w:tr>
      <w:tr>
        <w:tc>
          <w:tcPr>
            <w:tcW w:type="dxa" w:w="2880"/>
          </w:tcPr>
          <w:p>
            <w:r>
              <w:t>the two highest summits (best path)</w:t>
            </w:r>
          </w:p>
        </w:tc>
        <w:tc>
          <w:tcPr>
            <w:tcW w:type="dxa" w:w="2880"/>
          </w:tcPr>
          <w:p>
            <w:r>
              <w:t>0.54</w:t>
            </w:r>
          </w:p>
        </w:tc>
        <w:tc>
          <w:tcPr>
            <w:tcW w:type="dxa" w:w="2880"/>
          </w:tcPr>
          <w:p>
            <w:r>
              <w:t>2,756</w:t>
            </w:r>
          </w:p>
        </w:tc>
      </w:tr>
      <w:tr>
        <w:tc>
          <w:tcPr>
            <w:tcW w:type="dxa" w:w="2880"/>
          </w:tcPr>
          <w:p>
            <w:r>
              <w:t>the two highest summits (best path)</w:t>
            </w:r>
          </w:p>
        </w:tc>
        <w:tc>
          <w:tcPr>
            <w:tcW w:type="dxa" w:w="2880"/>
          </w:tcPr>
          <w:p>
            <w:r>
              <w:t>0.57</w:t>
            </w:r>
          </w:p>
        </w:tc>
        <w:tc>
          <w:tcPr>
            <w:tcW w:type="dxa" w:w="2880"/>
          </w:tcPr>
          <w:p>
            <w:r>
              <w:t>2,756</w:t>
            </w:r>
          </w:p>
        </w:tc>
      </w:tr>
      <w:tr>
        <w:tc>
          <w:tcPr>
            <w:tcW w:type="dxa" w:w="2880"/>
          </w:tcPr>
          <w:p>
            <w:r>
              <w:t>the two highest summits (best path)</w:t>
            </w:r>
          </w:p>
        </w:tc>
        <w:tc>
          <w:tcPr>
            <w:tcW w:type="dxa" w:w="2880"/>
          </w:tcPr>
          <w:p>
            <w:r>
              <w:t>0.6</w:t>
            </w:r>
          </w:p>
        </w:tc>
        <w:tc>
          <w:tcPr>
            <w:tcW w:type="dxa" w:w="2880"/>
          </w:tcPr>
          <w:p>
            <w:r>
              <w:t>2,756</w:t>
            </w:r>
          </w:p>
        </w:tc>
      </w:tr>
      <w:tr>
        <w:tc>
          <w:tcPr>
            <w:tcW w:type="dxa" w:w="2880"/>
          </w:tcPr>
          <w:p>
            <w:r>
              <w:t>the two highest summits (best path)</w:t>
            </w:r>
          </w:p>
        </w:tc>
        <w:tc>
          <w:tcPr>
            <w:tcW w:type="dxa" w:w="2880"/>
          </w:tcPr>
          <w:p>
            <w:r>
              <w:t>0.63</w:t>
            </w:r>
          </w:p>
        </w:tc>
        <w:tc>
          <w:tcPr>
            <w:tcW w:type="dxa" w:w="2880"/>
          </w:tcPr>
          <w:p>
            <w:r>
              <w:t>2,756</w:t>
            </w:r>
          </w:p>
        </w:tc>
      </w:tr>
    </w:tbl>
    <w:p/>
    <w:p>
      <w:pPr>
        <w:pStyle w:val="Heading2"/>
      </w:pPr>
      <w:r>
        <w:t>Figure 39. Terrain: Contours (100 m) [135]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1,500</w:t>
            </w:r>
          </w:p>
        </w:tc>
        <w:tc>
          <w:tcPr>
            <w:tcW w:type="dxa" w:w="2880"/>
          </w:tcPr>
          <w:p>
            <w:r>
              <w:t>1,700</w:t>
            </w:r>
          </w:p>
        </w:tc>
        <w:tc>
          <w:tcPr>
            <w:tcW w:type="dxa" w:w="2880"/>
          </w:tcPr>
          <w:p>
            <w:r>
              <w:t>4</w:t>
            </w:r>
          </w:p>
        </w:tc>
      </w:tr>
      <w:tr>
        <w:tc>
          <w:tcPr>
            <w:tcW w:type="dxa" w:w="2880"/>
          </w:tcPr>
          <w:p>
            <w:r>
              <w:t>1,700</w:t>
            </w:r>
          </w:p>
        </w:tc>
        <w:tc>
          <w:tcPr>
            <w:tcW w:type="dxa" w:w="2880"/>
          </w:tcPr>
          <w:p>
            <w:r>
              <w:t>1,900</w:t>
            </w:r>
          </w:p>
        </w:tc>
        <w:tc>
          <w:tcPr>
            <w:tcW w:type="dxa" w:w="2880"/>
          </w:tcPr>
          <w:p>
            <w:r>
              <w:t>4</w:t>
            </w:r>
          </w:p>
        </w:tc>
      </w:tr>
      <w:tr>
        <w:tc>
          <w:tcPr>
            <w:tcW w:type="dxa" w:w="2880"/>
          </w:tcPr>
          <w:p>
            <w:r>
              <w:t>1,900</w:t>
            </w:r>
          </w:p>
        </w:tc>
        <w:tc>
          <w:tcPr>
            <w:tcW w:type="dxa" w:w="2880"/>
          </w:tcPr>
          <w:p>
            <w:r>
              <w:t>2,100</w:t>
            </w:r>
          </w:p>
        </w:tc>
        <w:tc>
          <w:tcPr>
            <w:tcW w:type="dxa" w:w="2880"/>
          </w:tcPr>
          <w:p>
            <w:r>
              <w:t>4</w:t>
            </w:r>
          </w:p>
        </w:tc>
      </w:tr>
      <w:tr>
        <w:tc>
          <w:tcPr>
            <w:tcW w:type="dxa" w:w="2880"/>
          </w:tcPr>
          <w:p>
            <w:r>
              <w:t>2,100</w:t>
            </w:r>
          </w:p>
        </w:tc>
        <w:tc>
          <w:tcPr>
            <w:tcW w:type="dxa" w:w="2880"/>
          </w:tcPr>
          <w:p>
            <w:r>
              <w:t>2,300</w:t>
            </w:r>
          </w:p>
        </w:tc>
        <w:tc>
          <w:tcPr>
            <w:tcW w:type="dxa" w:w="2880"/>
          </w:tcPr>
          <w:p>
            <w:r>
              <w:t>5</w:t>
            </w:r>
          </w:p>
        </w:tc>
      </w:tr>
      <w:tr>
        <w:tc>
          <w:tcPr>
            <w:tcW w:type="dxa" w:w="2880"/>
          </w:tcPr>
          <w:p>
            <w:r>
              <w:t>2,300</w:t>
            </w:r>
          </w:p>
        </w:tc>
        <w:tc>
          <w:tcPr>
            <w:tcW w:type="dxa" w:w="2880"/>
          </w:tcPr>
          <w:p>
            <w:r>
              <w:t>2,500</w:t>
            </w:r>
          </w:p>
        </w:tc>
        <w:tc>
          <w:tcPr>
            <w:tcW w:type="dxa" w:w="2880"/>
          </w:tcPr>
          <w:p>
            <w:r>
              <w:t>3</w:t>
            </w:r>
          </w:p>
        </w:tc>
      </w:tr>
      <w:tr>
        <w:tc>
          <w:tcPr>
            <w:tcW w:type="dxa" w:w="2880"/>
          </w:tcPr>
          <w:p>
            <w:r>
              <w:t>2,500</w:t>
            </w:r>
          </w:p>
        </w:tc>
        <w:tc>
          <w:tcPr>
            <w:tcW w:type="dxa" w:w="2880"/>
          </w:tcPr>
          <w:p>
            <w:r>
              <w:t>2,700</w:t>
            </w:r>
          </w:p>
        </w:tc>
        <w:tc>
          <w:tcPr>
            <w:tcW w:type="dxa" w:w="2880"/>
          </w:tcPr>
          <w:p>
            <w:r>
              <w:t>4</w:t>
            </w:r>
          </w:p>
        </w:tc>
      </w:tr>
    </w:tbl>
    <w:p/>
    <w:p>
      <w:pPr>
        <w:pStyle w:val="Heading2"/>
      </w:pPr>
      <w:r>
        <w:t>Figure 40. Terrain: Ravines [136]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1.8</w:t>
            </w:r>
          </w:p>
        </w:tc>
        <w:tc>
          <w:tcPr>
            <w:tcW w:type="dxa" w:w="2880"/>
          </w:tcPr>
          <w:p>
            <w:r>
              <w:t>1</w:t>
            </w:r>
          </w:p>
        </w:tc>
      </w:tr>
      <w:tr>
        <w:tc>
          <w:tcPr>
            <w:tcW w:type="dxa" w:w="2880"/>
          </w:tcPr>
          <w:p>
            <w:r>
              <w:t>1.8</w:t>
            </w:r>
          </w:p>
        </w:tc>
        <w:tc>
          <w:tcPr>
            <w:tcW w:type="dxa" w:w="2880"/>
          </w:tcPr>
          <w:p>
            <w:r>
              <w:t>2.6</w:t>
            </w:r>
          </w:p>
        </w:tc>
        <w:tc>
          <w:tcPr>
            <w:tcW w:type="dxa" w:w="2880"/>
          </w:tcPr>
          <w:p>
            <w:r>
              <w:t>1</w:t>
            </w:r>
          </w:p>
        </w:tc>
      </w:tr>
      <w:tr>
        <w:tc>
          <w:tcPr>
            <w:tcW w:type="dxa" w:w="2880"/>
          </w:tcPr>
          <w:p>
            <w:r>
              <w:t>2.6</w:t>
            </w:r>
          </w:p>
        </w:tc>
        <w:tc>
          <w:tcPr>
            <w:tcW w:type="dxa" w:w="2880"/>
          </w:tcPr>
          <w:p>
            <w:r>
              <w:t>3.4</w:t>
            </w:r>
          </w:p>
        </w:tc>
        <w:tc>
          <w:tcPr>
            <w:tcW w:type="dxa" w:w="2880"/>
          </w:tcPr>
          <w:p>
            <w:r>
              <w:t>1</w:t>
            </w:r>
          </w:p>
        </w:tc>
      </w:tr>
      <w:tr>
        <w:tc>
          <w:tcPr>
            <w:tcW w:type="dxa" w:w="2880"/>
          </w:tcPr>
          <w:p>
            <w:r>
              <w:t>3.4</w:t>
            </w:r>
          </w:p>
        </w:tc>
        <w:tc>
          <w:tcPr>
            <w:tcW w:type="dxa" w:w="2880"/>
          </w:tcPr>
          <w:p>
            <w:r>
              <w:t>4.2</w:t>
            </w:r>
          </w:p>
        </w:tc>
        <w:tc>
          <w:tcPr>
            <w:tcW w:type="dxa" w:w="2880"/>
          </w:tcPr>
          <w:p>
            <w:r>
              <w:t>1</w:t>
            </w:r>
          </w:p>
        </w:tc>
      </w:tr>
      <w:tr>
        <w:tc>
          <w:tcPr>
            <w:tcW w:type="dxa" w:w="2880"/>
          </w:tcPr>
          <w:p>
            <w:r>
              <w:t>4.2</w:t>
            </w:r>
          </w:p>
        </w:tc>
        <w:tc>
          <w:tcPr>
            <w:tcW w:type="dxa" w:w="2880"/>
          </w:tcPr>
          <w:p>
            <w:r>
              <w:t>5</w:t>
            </w:r>
          </w:p>
        </w:tc>
        <w:tc>
          <w:tcPr>
            <w:tcW w:type="dxa" w:w="2880"/>
          </w:tcPr>
          <w:p>
            <w:r>
              <w:t>1</w:t>
            </w:r>
          </w:p>
        </w:tc>
      </w:tr>
    </w:tbl>
    <w:p/>
    <w:p>
      <w:pPr>
        <w:pStyle w:val="Heading2"/>
      </w:pPr>
      <w:r>
        <w:t>Figure 41. Terrain: Ridges [137]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6</w:t>
            </w:r>
          </w:p>
        </w:tc>
        <w:tc>
          <w:tcPr>
            <w:tcW w:type="dxa" w:w="2880"/>
          </w:tcPr>
          <w:p>
            <w:r>
              <w:t>5</w:t>
            </w:r>
          </w:p>
        </w:tc>
      </w:tr>
      <w:tr>
        <w:tc>
          <w:tcPr>
            <w:tcW w:type="dxa" w:w="2880"/>
          </w:tcPr>
          <w:p>
            <w:r>
              <w:t>6</w:t>
            </w:r>
          </w:p>
        </w:tc>
        <w:tc>
          <w:tcPr>
            <w:tcW w:type="dxa" w:w="2880"/>
          </w:tcPr>
          <w:p>
            <w:r>
              <w:t>11</w:t>
            </w:r>
          </w:p>
        </w:tc>
        <w:tc>
          <w:tcPr>
            <w:tcW w:type="dxa" w:w="2880"/>
          </w:tcPr>
          <w:p>
            <w:r>
              <w:t>5</w:t>
            </w:r>
          </w:p>
        </w:tc>
      </w:tr>
      <w:tr>
        <w:tc>
          <w:tcPr>
            <w:tcW w:type="dxa" w:w="2880"/>
          </w:tcPr>
          <w:p>
            <w:r>
              <w:t>11</w:t>
            </w:r>
          </w:p>
        </w:tc>
        <w:tc>
          <w:tcPr>
            <w:tcW w:type="dxa" w:w="2880"/>
          </w:tcPr>
          <w:p>
            <w:r>
              <w:t>16</w:t>
            </w:r>
          </w:p>
        </w:tc>
        <w:tc>
          <w:tcPr>
            <w:tcW w:type="dxa" w:w="2880"/>
          </w:tcPr>
          <w:p>
            <w:r>
              <w:t>5</w:t>
            </w:r>
          </w:p>
        </w:tc>
      </w:tr>
      <w:tr>
        <w:tc>
          <w:tcPr>
            <w:tcW w:type="dxa" w:w="2880"/>
          </w:tcPr>
          <w:p>
            <w:r>
              <w:t>16</w:t>
            </w:r>
          </w:p>
        </w:tc>
        <w:tc>
          <w:tcPr>
            <w:tcW w:type="dxa" w:w="2880"/>
          </w:tcPr>
          <w:p>
            <w:r>
              <w:t>21</w:t>
            </w:r>
          </w:p>
        </w:tc>
        <w:tc>
          <w:tcPr>
            <w:tcW w:type="dxa" w:w="2880"/>
          </w:tcPr>
          <w:p>
            <w:r>
              <w:t>5</w:t>
            </w:r>
          </w:p>
        </w:tc>
      </w:tr>
      <w:tr>
        <w:tc>
          <w:tcPr>
            <w:tcW w:type="dxa" w:w="2880"/>
          </w:tcPr>
          <w:p>
            <w:r>
              <w:t>21</w:t>
            </w:r>
          </w:p>
        </w:tc>
        <w:tc>
          <w:tcPr>
            <w:tcW w:type="dxa" w:w="2880"/>
          </w:tcPr>
          <w:p>
            <w:r>
              <w:t>26</w:t>
            </w:r>
          </w:p>
        </w:tc>
        <w:tc>
          <w:tcPr>
            <w:tcW w:type="dxa" w:w="2880"/>
          </w:tcPr>
          <w:p>
            <w:r>
              <w:t>5</w:t>
            </w:r>
          </w:p>
        </w:tc>
      </w:tr>
      <w:tr>
        <w:tc>
          <w:tcPr>
            <w:tcW w:type="dxa" w:w="2880"/>
          </w:tcPr>
          <w:p>
            <w:r>
              <w:t>26</w:t>
            </w:r>
          </w:p>
        </w:tc>
        <w:tc>
          <w:tcPr>
            <w:tcW w:type="dxa" w:w="2880"/>
          </w:tcPr>
          <w:p>
            <w:r>
              <w:t>31</w:t>
            </w:r>
          </w:p>
        </w:tc>
        <w:tc>
          <w:tcPr>
            <w:tcW w:type="dxa" w:w="2880"/>
          </w:tcPr>
          <w:p>
            <w:r>
              <w:t>5</w:t>
            </w:r>
          </w:p>
        </w:tc>
      </w:tr>
      <w:tr>
        <w:tc>
          <w:tcPr>
            <w:tcW w:type="dxa" w:w="2880"/>
          </w:tcPr>
          <w:p>
            <w:r>
              <w:t>31</w:t>
            </w:r>
          </w:p>
        </w:tc>
        <w:tc>
          <w:tcPr>
            <w:tcW w:type="dxa" w:w="2880"/>
          </w:tcPr>
          <w:p>
            <w:r>
              <w:t>36</w:t>
            </w:r>
          </w:p>
        </w:tc>
        <w:tc>
          <w:tcPr>
            <w:tcW w:type="dxa" w:w="2880"/>
          </w:tcPr>
          <w:p>
            <w:r>
              <w:t>6</w:t>
            </w:r>
          </w:p>
        </w:tc>
      </w:tr>
    </w:tbl>
    <w:p/>
    <w:p>
      <w:pPr>
        <w:pStyle w:val="Heading2"/>
      </w:pPr>
      <w:r>
        <w:t>Figure 42. Terrain: Observation points [138]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1.2</w:t>
            </w:r>
          </w:p>
        </w:tc>
        <w:tc>
          <w:tcPr>
            <w:tcW w:type="dxa" w:w="2880"/>
          </w:tcPr>
          <w:p>
            <w:r>
              <w:t>1</w:t>
            </w:r>
          </w:p>
        </w:tc>
      </w:tr>
      <w:tr>
        <w:tc>
          <w:tcPr>
            <w:tcW w:type="dxa" w:w="2880"/>
          </w:tcPr>
          <w:p>
            <w:r>
              <w:t>1.2</w:t>
            </w:r>
          </w:p>
        </w:tc>
        <w:tc>
          <w:tcPr>
            <w:tcW w:type="dxa" w:w="2880"/>
          </w:tcPr>
          <w:p>
            <w:r>
              <w:t>1.4</w:t>
            </w:r>
          </w:p>
        </w:tc>
        <w:tc>
          <w:tcPr>
            <w:tcW w:type="dxa" w:w="2880"/>
          </w:tcPr>
          <w:p>
            <w:r>
              <w:t>0</w:t>
            </w:r>
          </w:p>
        </w:tc>
      </w:tr>
      <w:tr>
        <w:tc>
          <w:tcPr>
            <w:tcW w:type="dxa" w:w="2880"/>
          </w:tcPr>
          <w:p>
            <w:r>
              <w:t>1.4</w:t>
            </w:r>
          </w:p>
        </w:tc>
        <w:tc>
          <w:tcPr>
            <w:tcW w:type="dxa" w:w="2880"/>
          </w:tcPr>
          <w:p>
            <w:r>
              <w:t>1.6</w:t>
            </w:r>
          </w:p>
        </w:tc>
        <w:tc>
          <w:tcPr>
            <w:tcW w:type="dxa" w:w="2880"/>
          </w:tcPr>
          <w:p>
            <w:r>
              <w:t>0</w:t>
            </w:r>
          </w:p>
        </w:tc>
      </w:tr>
      <w:tr>
        <w:tc>
          <w:tcPr>
            <w:tcW w:type="dxa" w:w="2880"/>
          </w:tcPr>
          <w:p>
            <w:r>
              <w:t>1.6</w:t>
            </w:r>
          </w:p>
        </w:tc>
        <w:tc>
          <w:tcPr>
            <w:tcW w:type="dxa" w:w="2880"/>
          </w:tcPr>
          <w:p>
            <w:r>
              <w:t>1.8</w:t>
            </w:r>
          </w:p>
        </w:tc>
        <w:tc>
          <w:tcPr>
            <w:tcW w:type="dxa" w:w="2880"/>
          </w:tcPr>
          <w:p>
            <w:r>
              <w:t>0</w:t>
            </w:r>
          </w:p>
        </w:tc>
      </w:tr>
      <w:tr>
        <w:tc>
          <w:tcPr>
            <w:tcW w:type="dxa" w:w="2880"/>
          </w:tcPr>
          <w:p>
            <w:r>
              <w:t>1.8</w:t>
            </w:r>
          </w:p>
        </w:tc>
        <w:tc>
          <w:tcPr>
            <w:tcW w:type="dxa" w:w="2880"/>
          </w:tcPr>
          <w:p>
            <w:r>
              <w:t>2</w:t>
            </w:r>
          </w:p>
        </w:tc>
        <w:tc>
          <w:tcPr>
            <w:tcW w:type="dxa" w:w="2880"/>
          </w:tcPr>
          <w:p>
            <w:r>
              <w:t>1</w:t>
            </w:r>
          </w:p>
        </w:tc>
      </w:tr>
    </w:tbl>
    <w:p/>
    <w:p>
      <w:pPr>
        <w:pStyle w:val="Heading2"/>
      </w:pPr>
      <w:r>
        <w:t>Figure 43. Terrain: Open flat ground [139]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1.08e+04</w:t>
            </w:r>
          </w:p>
        </w:tc>
        <w:tc>
          <w:tcPr>
            <w:tcW w:type="dxa" w:w="2880"/>
          </w:tcPr>
          <w:p>
            <w:r>
              <w:t>2.988e+04</w:t>
            </w:r>
          </w:p>
        </w:tc>
        <w:tc>
          <w:tcPr>
            <w:tcW w:type="dxa" w:w="2880"/>
          </w:tcPr>
          <w:p>
            <w:r>
              <w:t>5</w:t>
            </w:r>
          </w:p>
        </w:tc>
      </w:tr>
      <w:tr>
        <w:tc>
          <w:tcPr>
            <w:tcW w:type="dxa" w:w="2880"/>
          </w:tcPr>
          <w:p>
            <w:r>
              <w:t>2.988e+04</w:t>
            </w:r>
          </w:p>
        </w:tc>
        <w:tc>
          <w:tcPr>
            <w:tcW w:type="dxa" w:w="2880"/>
          </w:tcPr>
          <w:p>
            <w:r>
              <w:t>4.896e+04</w:t>
            </w:r>
          </w:p>
        </w:tc>
        <w:tc>
          <w:tcPr>
            <w:tcW w:type="dxa" w:w="2880"/>
          </w:tcPr>
          <w:p>
            <w:r>
              <w:t>2</w:t>
            </w:r>
          </w:p>
        </w:tc>
      </w:tr>
      <w:tr>
        <w:tc>
          <w:tcPr>
            <w:tcW w:type="dxa" w:w="2880"/>
          </w:tcPr>
          <w:p>
            <w:r>
              <w:t>4.896e+04</w:t>
            </w:r>
          </w:p>
        </w:tc>
        <w:tc>
          <w:tcPr>
            <w:tcW w:type="dxa" w:w="2880"/>
          </w:tcPr>
          <w:p>
            <w:r>
              <w:t>6.804e+04</w:t>
            </w:r>
          </w:p>
        </w:tc>
        <w:tc>
          <w:tcPr>
            <w:tcW w:type="dxa" w:w="2880"/>
          </w:tcPr>
          <w:p>
            <w:r>
              <w:t>1</w:t>
            </w:r>
          </w:p>
        </w:tc>
      </w:tr>
      <w:tr>
        <w:tc>
          <w:tcPr>
            <w:tcW w:type="dxa" w:w="2880"/>
          </w:tcPr>
          <w:p>
            <w:r>
              <w:t>6.804e+04</w:t>
            </w:r>
          </w:p>
        </w:tc>
        <w:tc>
          <w:tcPr>
            <w:tcW w:type="dxa" w:w="2880"/>
          </w:tcPr>
          <w:p>
            <w:r>
              <w:t>8.712e+04</w:t>
            </w:r>
          </w:p>
        </w:tc>
        <w:tc>
          <w:tcPr>
            <w:tcW w:type="dxa" w:w="2880"/>
          </w:tcPr>
          <w:p>
            <w:r>
              <w:t>0</w:t>
            </w:r>
          </w:p>
        </w:tc>
      </w:tr>
      <w:tr>
        <w:tc>
          <w:tcPr>
            <w:tcW w:type="dxa" w:w="2880"/>
          </w:tcPr>
          <w:p>
            <w:r>
              <w:t>8.712e+04</w:t>
            </w:r>
          </w:p>
        </w:tc>
        <w:tc>
          <w:tcPr>
            <w:tcW w:type="dxa" w:w="2880"/>
          </w:tcPr>
          <w:p>
            <w:r>
              <w:t>1.062e+05</w:t>
            </w:r>
          </w:p>
        </w:tc>
        <w:tc>
          <w:tcPr>
            <w:tcW w:type="dxa" w:w="2880"/>
          </w:tcPr>
          <w:p>
            <w:r>
              <w:t>1</w:t>
            </w:r>
          </w:p>
        </w:tc>
      </w:tr>
    </w:tbl>
    <w:p/>
    <w:p>
      <w:pPr>
        <w:pStyle w:val="Heading2"/>
      </w:pPr>
      <w:r>
        <w:t>Figure 44. Terrain: Terrain masking (cover) [140]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3.699e+05</w:t>
            </w:r>
          </w:p>
        </w:tc>
        <w:tc>
          <w:tcPr>
            <w:tcW w:type="dxa" w:w="2880"/>
          </w:tcPr>
          <w:p>
            <w:r>
              <w:t>5.621e+05</w:t>
            </w:r>
          </w:p>
        </w:tc>
        <w:tc>
          <w:tcPr>
            <w:tcW w:type="dxa" w:w="2880"/>
          </w:tcPr>
          <w:p>
            <w:r>
              <w:t>2</w:t>
            </w:r>
          </w:p>
        </w:tc>
      </w:tr>
      <w:tr>
        <w:tc>
          <w:tcPr>
            <w:tcW w:type="dxa" w:w="2880"/>
          </w:tcPr>
          <w:p>
            <w:r>
              <w:t>5.621e+05</w:t>
            </w:r>
          </w:p>
        </w:tc>
        <w:tc>
          <w:tcPr>
            <w:tcW w:type="dxa" w:w="2880"/>
          </w:tcPr>
          <w:p>
            <w:r>
              <w:t>7.544e+05</w:t>
            </w:r>
          </w:p>
        </w:tc>
        <w:tc>
          <w:tcPr>
            <w:tcW w:type="dxa" w:w="2880"/>
          </w:tcPr>
          <w:p>
            <w:r>
              <w:t>0</w:t>
            </w:r>
          </w:p>
        </w:tc>
      </w:tr>
      <w:tr>
        <w:tc>
          <w:tcPr>
            <w:tcW w:type="dxa" w:w="2880"/>
          </w:tcPr>
          <w:p>
            <w:r>
              <w:t>7.544e+05</w:t>
            </w:r>
          </w:p>
        </w:tc>
        <w:tc>
          <w:tcPr>
            <w:tcW w:type="dxa" w:w="2880"/>
          </w:tcPr>
          <w:p>
            <w:r>
              <w:t>9.466e+05</w:t>
            </w:r>
          </w:p>
        </w:tc>
        <w:tc>
          <w:tcPr>
            <w:tcW w:type="dxa" w:w="2880"/>
          </w:tcPr>
          <w:p>
            <w:r>
              <w:t>0</w:t>
            </w:r>
          </w:p>
        </w:tc>
      </w:tr>
      <w:tr>
        <w:tc>
          <w:tcPr>
            <w:tcW w:type="dxa" w:w="2880"/>
          </w:tcPr>
          <w:p>
            <w:r>
              <w:t>9.466e+05</w:t>
            </w:r>
          </w:p>
        </w:tc>
        <w:tc>
          <w:tcPr>
            <w:tcW w:type="dxa" w:w="2880"/>
          </w:tcPr>
          <w:p>
            <w:r>
              <w:t>1,138,860</w:t>
            </w:r>
          </w:p>
        </w:tc>
        <w:tc>
          <w:tcPr>
            <w:tcW w:type="dxa" w:w="2880"/>
          </w:tcPr>
          <w:p>
            <w:r>
              <w:t>0</w:t>
            </w:r>
          </w:p>
        </w:tc>
      </w:tr>
      <w:tr>
        <w:tc>
          <w:tcPr>
            <w:tcW w:type="dxa" w:w="2880"/>
          </w:tcPr>
          <w:p>
            <w:r>
              <w:t>1,138,860</w:t>
            </w:r>
          </w:p>
        </w:tc>
        <w:tc>
          <w:tcPr>
            <w:tcW w:type="dxa" w:w="2880"/>
          </w:tcPr>
          <w:p>
            <w:r>
              <w:t>1,331,100</w:t>
            </w:r>
          </w:p>
        </w:tc>
        <w:tc>
          <w:tcPr>
            <w:tcW w:type="dxa" w:w="2880"/>
          </w:tcPr>
          <w:p>
            <w:r>
              <w:t>3</w:t>
            </w:r>
          </w:p>
        </w:tc>
      </w:tr>
    </w:tbl>
    <w:p/>
    <w:p>
      <w:pPr>
        <w:pStyle w:val="Heading2"/>
      </w:pPr>
      <w:r>
        <w:t>Figure 45. Terrain: Streams (Strahler order) [141]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2.6</w:t>
            </w:r>
          </w:p>
        </w:tc>
        <w:tc>
          <w:tcPr>
            <w:tcW w:type="dxa" w:w="2880"/>
          </w:tcPr>
          <w:p>
            <w:r>
              <w:t>2</w:t>
            </w:r>
          </w:p>
        </w:tc>
      </w:tr>
      <w:tr>
        <w:tc>
          <w:tcPr>
            <w:tcW w:type="dxa" w:w="2880"/>
          </w:tcPr>
          <w:p>
            <w:r>
              <w:t>2.6</w:t>
            </w:r>
          </w:p>
        </w:tc>
        <w:tc>
          <w:tcPr>
            <w:tcW w:type="dxa" w:w="2880"/>
          </w:tcPr>
          <w:p>
            <w:r>
              <w:t>4.2</w:t>
            </w:r>
          </w:p>
        </w:tc>
        <w:tc>
          <w:tcPr>
            <w:tcW w:type="dxa" w:w="2880"/>
          </w:tcPr>
          <w:p>
            <w:r>
              <w:t>2</w:t>
            </w:r>
          </w:p>
        </w:tc>
      </w:tr>
      <w:tr>
        <w:tc>
          <w:tcPr>
            <w:tcW w:type="dxa" w:w="2880"/>
          </w:tcPr>
          <w:p>
            <w:r>
              <w:t>4.2</w:t>
            </w:r>
          </w:p>
        </w:tc>
        <w:tc>
          <w:tcPr>
            <w:tcW w:type="dxa" w:w="2880"/>
          </w:tcPr>
          <w:p>
            <w:r>
              <w:t>5.8</w:t>
            </w:r>
          </w:p>
        </w:tc>
        <w:tc>
          <w:tcPr>
            <w:tcW w:type="dxa" w:w="2880"/>
          </w:tcPr>
          <w:p>
            <w:r>
              <w:t>1</w:t>
            </w:r>
          </w:p>
        </w:tc>
      </w:tr>
      <w:tr>
        <w:tc>
          <w:tcPr>
            <w:tcW w:type="dxa" w:w="2880"/>
          </w:tcPr>
          <w:p>
            <w:r>
              <w:t>5.8</w:t>
            </w:r>
          </w:p>
        </w:tc>
        <w:tc>
          <w:tcPr>
            <w:tcW w:type="dxa" w:w="2880"/>
          </w:tcPr>
          <w:p>
            <w:r>
              <w:t>7.4</w:t>
            </w:r>
          </w:p>
        </w:tc>
        <w:tc>
          <w:tcPr>
            <w:tcW w:type="dxa" w:w="2880"/>
          </w:tcPr>
          <w:p>
            <w:r>
              <w:t>2</w:t>
            </w:r>
          </w:p>
        </w:tc>
      </w:tr>
      <w:tr>
        <w:tc>
          <w:tcPr>
            <w:tcW w:type="dxa" w:w="2880"/>
          </w:tcPr>
          <w:p>
            <w:r>
              <w:t>7.4</w:t>
            </w:r>
          </w:p>
        </w:tc>
        <w:tc>
          <w:tcPr>
            <w:tcW w:type="dxa" w:w="2880"/>
          </w:tcPr>
          <w:p>
            <w:r>
              <w:t>9</w:t>
            </w:r>
          </w:p>
        </w:tc>
        <w:tc>
          <w:tcPr>
            <w:tcW w:type="dxa" w:w="2880"/>
          </w:tcPr>
          <w:p>
            <w:r>
              <w:t>2</w:t>
            </w:r>
          </w:p>
        </w:tc>
      </w:tr>
    </w:tbl>
    <w:p/>
    <w:p>
      <w:pPr>
        <w:pStyle w:val="Heading2"/>
      </w:pPr>
      <w:r>
        <w:t>Figure 46. Terrain: Pour points [142]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1.4</w:t>
            </w:r>
          </w:p>
        </w:tc>
        <w:tc>
          <w:tcPr>
            <w:tcW w:type="dxa" w:w="2880"/>
          </w:tcPr>
          <w:p>
            <w:r>
              <w:t>1</w:t>
            </w:r>
          </w:p>
        </w:tc>
      </w:tr>
      <w:tr>
        <w:tc>
          <w:tcPr>
            <w:tcW w:type="dxa" w:w="2880"/>
          </w:tcPr>
          <w:p>
            <w:r>
              <w:t>1.4</w:t>
            </w:r>
          </w:p>
        </w:tc>
        <w:tc>
          <w:tcPr>
            <w:tcW w:type="dxa" w:w="2880"/>
          </w:tcPr>
          <w:p>
            <w:r>
              <w:t>1.8</w:t>
            </w:r>
          </w:p>
        </w:tc>
        <w:tc>
          <w:tcPr>
            <w:tcW w:type="dxa" w:w="2880"/>
          </w:tcPr>
          <w:p>
            <w:r>
              <w:t>0</w:t>
            </w:r>
          </w:p>
        </w:tc>
      </w:tr>
      <w:tr>
        <w:tc>
          <w:tcPr>
            <w:tcW w:type="dxa" w:w="2880"/>
          </w:tcPr>
          <w:p>
            <w:r>
              <w:t>1.8</w:t>
            </w:r>
          </w:p>
        </w:tc>
        <w:tc>
          <w:tcPr>
            <w:tcW w:type="dxa" w:w="2880"/>
          </w:tcPr>
          <w:p>
            <w:r>
              <w:t>2.2</w:t>
            </w:r>
          </w:p>
        </w:tc>
        <w:tc>
          <w:tcPr>
            <w:tcW w:type="dxa" w:w="2880"/>
          </w:tcPr>
          <w:p>
            <w:r>
              <w:t>1</w:t>
            </w:r>
          </w:p>
        </w:tc>
      </w:tr>
      <w:tr>
        <w:tc>
          <w:tcPr>
            <w:tcW w:type="dxa" w:w="2880"/>
          </w:tcPr>
          <w:p>
            <w:r>
              <w:t>2.2</w:t>
            </w:r>
          </w:p>
        </w:tc>
        <w:tc>
          <w:tcPr>
            <w:tcW w:type="dxa" w:w="2880"/>
          </w:tcPr>
          <w:p>
            <w:r>
              <w:t>2.6</w:t>
            </w:r>
          </w:p>
        </w:tc>
        <w:tc>
          <w:tcPr>
            <w:tcW w:type="dxa" w:w="2880"/>
          </w:tcPr>
          <w:p>
            <w:r>
              <w:t>0</w:t>
            </w:r>
          </w:p>
        </w:tc>
      </w:tr>
      <w:tr>
        <w:tc>
          <w:tcPr>
            <w:tcW w:type="dxa" w:w="2880"/>
          </w:tcPr>
          <w:p>
            <w:r>
              <w:t>2.6</w:t>
            </w:r>
          </w:p>
        </w:tc>
        <w:tc>
          <w:tcPr>
            <w:tcW w:type="dxa" w:w="2880"/>
          </w:tcPr>
          <w:p>
            <w:r>
              <w:t>3</w:t>
            </w:r>
          </w:p>
        </w:tc>
        <w:tc>
          <w:tcPr>
            <w:tcW w:type="dxa" w:w="2880"/>
          </w:tcPr>
          <w:p>
            <w:r>
              <w:t>1</w:t>
            </w:r>
          </w:p>
        </w:tc>
      </w:tr>
    </w:tbl>
    <w:p/>
    <w:p>
      <w:pPr>
        <w:pStyle w:val="Heading2"/>
      </w:pPr>
      <w:r>
        <w:t>Figure 47. Terrain: Watershed boundaries [143]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1.004e+04</w:t>
            </w:r>
          </w:p>
        </w:tc>
        <w:tc>
          <w:tcPr>
            <w:tcW w:type="dxa" w:w="2880"/>
          </w:tcPr>
          <w:p>
            <w:r>
              <w:t>1.764e+04</w:t>
            </w:r>
          </w:p>
        </w:tc>
        <w:tc>
          <w:tcPr>
            <w:tcW w:type="dxa" w:w="2880"/>
          </w:tcPr>
          <w:p>
            <w:r>
              <w:t>1</w:t>
            </w:r>
          </w:p>
        </w:tc>
      </w:tr>
      <w:tr>
        <w:tc>
          <w:tcPr>
            <w:tcW w:type="dxa" w:w="2880"/>
          </w:tcPr>
          <w:p>
            <w:r>
              <w:t>1.764e+04</w:t>
            </w:r>
          </w:p>
        </w:tc>
        <w:tc>
          <w:tcPr>
            <w:tcW w:type="dxa" w:w="2880"/>
          </w:tcPr>
          <w:p>
            <w:r>
              <w:t>2.524e+04</w:t>
            </w:r>
          </w:p>
        </w:tc>
        <w:tc>
          <w:tcPr>
            <w:tcW w:type="dxa" w:w="2880"/>
          </w:tcPr>
          <w:p>
            <w:r>
              <w:t>1</w:t>
            </w:r>
          </w:p>
        </w:tc>
      </w:tr>
      <w:tr>
        <w:tc>
          <w:tcPr>
            <w:tcW w:type="dxa" w:w="2880"/>
          </w:tcPr>
          <w:p>
            <w:r>
              <w:t>2.524e+04</w:t>
            </w:r>
          </w:p>
        </w:tc>
        <w:tc>
          <w:tcPr>
            <w:tcW w:type="dxa" w:w="2880"/>
          </w:tcPr>
          <w:p>
            <w:r>
              <w:t>3.284e+04</w:t>
            </w:r>
          </w:p>
        </w:tc>
        <w:tc>
          <w:tcPr>
            <w:tcW w:type="dxa" w:w="2880"/>
          </w:tcPr>
          <w:p>
            <w:r>
              <w:t>0</w:t>
            </w:r>
          </w:p>
        </w:tc>
      </w:tr>
      <w:tr>
        <w:tc>
          <w:tcPr>
            <w:tcW w:type="dxa" w:w="2880"/>
          </w:tcPr>
          <w:p>
            <w:r>
              <w:t>3.284e+04</w:t>
            </w:r>
          </w:p>
        </w:tc>
        <w:tc>
          <w:tcPr>
            <w:tcW w:type="dxa" w:w="2880"/>
          </w:tcPr>
          <w:p>
            <w:r>
              <w:t>4.044e+04</w:t>
            </w:r>
          </w:p>
        </w:tc>
        <w:tc>
          <w:tcPr>
            <w:tcW w:type="dxa" w:w="2880"/>
          </w:tcPr>
          <w:p>
            <w:r>
              <w:t>0</w:t>
            </w:r>
          </w:p>
        </w:tc>
      </w:tr>
      <w:tr>
        <w:tc>
          <w:tcPr>
            <w:tcW w:type="dxa" w:w="2880"/>
          </w:tcPr>
          <w:p>
            <w:r>
              <w:t>4.044e+04</w:t>
            </w:r>
          </w:p>
        </w:tc>
        <w:tc>
          <w:tcPr>
            <w:tcW w:type="dxa" w:w="2880"/>
          </w:tcPr>
          <w:p>
            <w:r>
              <w:t>4.805e+04</w:t>
            </w:r>
          </w:p>
        </w:tc>
        <w:tc>
          <w:tcPr>
            <w:tcW w:type="dxa" w:w="2880"/>
          </w:tcPr>
          <w:p>
            <w:r>
              <w:t>1</w:t>
            </w:r>
          </w:p>
        </w:tc>
      </w:tr>
    </w:tbl>
    <w:p/>
    <w:p>
      <w:pPr>
        <w:pStyle w:val="Heading2"/>
      </w:pPr>
      <w:r>
        <w:t>Figure 48. Terrain: Pour points (snapped) [144]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9,034,200</w:t>
            </w:r>
          </w:p>
        </w:tc>
        <w:tc>
          <w:tcPr>
            <w:tcW w:type="dxa" w:w="2880"/>
          </w:tcPr>
          <w:p>
            <w:r>
              <w:t>15,875,640</w:t>
            </w:r>
          </w:p>
        </w:tc>
        <w:tc>
          <w:tcPr>
            <w:tcW w:type="dxa" w:w="2880"/>
          </w:tcPr>
          <w:p>
            <w:r>
              <w:t>1</w:t>
            </w:r>
          </w:p>
        </w:tc>
      </w:tr>
      <w:tr>
        <w:tc>
          <w:tcPr>
            <w:tcW w:type="dxa" w:w="2880"/>
          </w:tcPr>
          <w:p>
            <w:r>
              <w:t>15,875,640</w:t>
            </w:r>
          </w:p>
        </w:tc>
        <w:tc>
          <w:tcPr>
            <w:tcW w:type="dxa" w:w="2880"/>
          </w:tcPr>
          <w:p>
            <w:r>
              <w:t>22,717,080</w:t>
            </w:r>
          </w:p>
        </w:tc>
        <w:tc>
          <w:tcPr>
            <w:tcW w:type="dxa" w:w="2880"/>
          </w:tcPr>
          <w:p>
            <w:r>
              <w:t>1</w:t>
            </w:r>
          </w:p>
        </w:tc>
      </w:tr>
      <w:tr>
        <w:tc>
          <w:tcPr>
            <w:tcW w:type="dxa" w:w="2880"/>
          </w:tcPr>
          <w:p>
            <w:r>
              <w:t>22,717,080</w:t>
            </w:r>
          </w:p>
        </w:tc>
        <w:tc>
          <w:tcPr>
            <w:tcW w:type="dxa" w:w="2880"/>
          </w:tcPr>
          <w:p>
            <w:r>
              <w:t>29,558,520</w:t>
            </w:r>
          </w:p>
        </w:tc>
        <w:tc>
          <w:tcPr>
            <w:tcW w:type="dxa" w:w="2880"/>
          </w:tcPr>
          <w:p>
            <w:r>
              <w:t>0</w:t>
            </w:r>
          </w:p>
        </w:tc>
      </w:tr>
      <w:tr>
        <w:tc>
          <w:tcPr>
            <w:tcW w:type="dxa" w:w="2880"/>
          </w:tcPr>
          <w:p>
            <w:r>
              <w:t>29,558,520</w:t>
            </w:r>
          </w:p>
        </w:tc>
        <w:tc>
          <w:tcPr>
            <w:tcW w:type="dxa" w:w="2880"/>
          </w:tcPr>
          <w:p>
            <w:r>
              <w:t>36,399,960</w:t>
            </w:r>
          </w:p>
        </w:tc>
        <w:tc>
          <w:tcPr>
            <w:tcW w:type="dxa" w:w="2880"/>
          </w:tcPr>
          <w:p>
            <w:r>
              <w:t>0</w:t>
            </w:r>
          </w:p>
        </w:tc>
      </w:tr>
      <w:tr>
        <w:tc>
          <w:tcPr>
            <w:tcW w:type="dxa" w:w="2880"/>
          </w:tcPr>
          <w:p>
            <w:r>
              <w:t>36,399,960</w:t>
            </w:r>
          </w:p>
        </w:tc>
        <w:tc>
          <w:tcPr>
            <w:tcW w:type="dxa" w:w="2880"/>
          </w:tcPr>
          <w:p>
            <w:r>
              <w:t>43,241,400</w:t>
            </w:r>
          </w:p>
        </w:tc>
        <w:tc>
          <w:tcPr>
            <w:tcW w:type="dxa" w:w="2880"/>
          </w:tcPr>
          <w:p>
            <w:r>
              <w:t>1</w:t>
            </w:r>
          </w:p>
        </w:tc>
      </w:tr>
    </w:tbl>
    <w:p/>
    <w:p>
      <w:pPr>
        <w:pStyle w:val="Heading2"/>
      </w:pPr>
      <w:r>
        <w:t>Figure 49. Terrain: Streams (Strahler order) [145]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2.6</w:t>
            </w:r>
          </w:p>
        </w:tc>
        <w:tc>
          <w:tcPr>
            <w:tcW w:type="dxa" w:w="2880"/>
          </w:tcPr>
          <w:p>
            <w:r>
              <w:t>2</w:t>
            </w:r>
          </w:p>
        </w:tc>
      </w:tr>
      <w:tr>
        <w:tc>
          <w:tcPr>
            <w:tcW w:type="dxa" w:w="2880"/>
          </w:tcPr>
          <w:p>
            <w:r>
              <w:t>2.6</w:t>
            </w:r>
          </w:p>
        </w:tc>
        <w:tc>
          <w:tcPr>
            <w:tcW w:type="dxa" w:w="2880"/>
          </w:tcPr>
          <w:p>
            <w:r>
              <w:t>4.2</w:t>
            </w:r>
          </w:p>
        </w:tc>
        <w:tc>
          <w:tcPr>
            <w:tcW w:type="dxa" w:w="2880"/>
          </w:tcPr>
          <w:p>
            <w:r>
              <w:t>2</w:t>
            </w:r>
          </w:p>
        </w:tc>
      </w:tr>
      <w:tr>
        <w:tc>
          <w:tcPr>
            <w:tcW w:type="dxa" w:w="2880"/>
          </w:tcPr>
          <w:p>
            <w:r>
              <w:t>4.2</w:t>
            </w:r>
          </w:p>
        </w:tc>
        <w:tc>
          <w:tcPr>
            <w:tcW w:type="dxa" w:w="2880"/>
          </w:tcPr>
          <w:p>
            <w:r>
              <w:t>5.8</w:t>
            </w:r>
          </w:p>
        </w:tc>
        <w:tc>
          <w:tcPr>
            <w:tcW w:type="dxa" w:w="2880"/>
          </w:tcPr>
          <w:p>
            <w:r>
              <w:t>1</w:t>
            </w:r>
          </w:p>
        </w:tc>
      </w:tr>
      <w:tr>
        <w:tc>
          <w:tcPr>
            <w:tcW w:type="dxa" w:w="2880"/>
          </w:tcPr>
          <w:p>
            <w:r>
              <w:t>5.8</w:t>
            </w:r>
          </w:p>
        </w:tc>
        <w:tc>
          <w:tcPr>
            <w:tcW w:type="dxa" w:w="2880"/>
          </w:tcPr>
          <w:p>
            <w:r>
              <w:t>7.4</w:t>
            </w:r>
          </w:p>
        </w:tc>
        <w:tc>
          <w:tcPr>
            <w:tcW w:type="dxa" w:w="2880"/>
          </w:tcPr>
          <w:p>
            <w:r>
              <w:t>2</w:t>
            </w:r>
          </w:p>
        </w:tc>
      </w:tr>
      <w:tr>
        <w:tc>
          <w:tcPr>
            <w:tcW w:type="dxa" w:w="2880"/>
          </w:tcPr>
          <w:p>
            <w:r>
              <w:t>7.4</w:t>
            </w:r>
          </w:p>
        </w:tc>
        <w:tc>
          <w:tcPr>
            <w:tcW w:type="dxa" w:w="2880"/>
          </w:tcPr>
          <w:p>
            <w:r>
              <w:t>9</w:t>
            </w:r>
          </w:p>
        </w:tc>
        <w:tc>
          <w:tcPr>
            <w:tcW w:type="dxa" w:w="2880"/>
          </w:tcPr>
          <w:p>
            <w:r>
              <w:t>2</w:t>
            </w:r>
          </w:p>
        </w:tc>
      </w:tr>
    </w:tbl>
    <w:p/>
    <w:p>
      <w:pPr>
        <w:pStyle w:val="Heading2"/>
      </w:pPr>
      <w:r>
        <w:t>Figure 50. Terrain: Flood-prone areas [146]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7.587e+05</w:t>
            </w:r>
          </w:p>
        </w:tc>
        <w:tc>
          <w:tcPr>
            <w:tcW w:type="dxa" w:w="2880"/>
          </w:tcPr>
          <w:p>
            <w:r>
              <w:t>7.974e+05</w:t>
            </w:r>
          </w:p>
        </w:tc>
        <w:tc>
          <w:tcPr>
            <w:tcW w:type="dxa" w:w="2880"/>
          </w:tcPr>
          <w:p>
            <w:r>
              <w:t>1</w:t>
            </w:r>
          </w:p>
        </w:tc>
      </w:tr>
      <w:tr>
        <w:tc>
          <w:tcPr>
            <w:tcW w:type="dxa" w:w="2880"/>
          </w:tcPr>
          <w:p>
            <w:r>
              <w:t>7.974e+05</w:t>
            </w:r>
          </w:p>
        </w:tc>
        <w:tc>
          <w:tcPr>
            <w:tcW w:type="dxa" w:w="2880"/>
          </w:tcPr>
          <w:p>
            <w:r>
              <w:t>8.361e+05</w:t>
            </w:r>
          </w:p>
        </w:tc>
        <w:tc>
          <w:tcPr>
            <w:tcW w:type="dxa" w:w="2880"/>
          </w:tcPr>
          <w:p>
            <w:r>
              <w:t>0</w:t>
            </w:r>
          </w:p>
        </w:tc>
      </w:tr>
      <w:tr>
        <w:tc>
          <w:tcPr>
            <w:tcW w:type="dxa" w:w="2880"/>
          </w:tcPr>
          <w:p>
            <w:r>
              <w:t>8.361e+05</w:t>
            </w:r>
          </w:p>
        </w:tc>
        <w:tc>
          <w:tcPr>
            <w:tcW w:type="dxa" w:w="2880"/>
          </w:tcPr>
          <w:p>
            <w:r>
              <w:t>8.748e+05</w:t>
            </w:r>
          </w:p>
        </w:tc>
        <w:tc>
          <w:tcPr>
            <w:tcW w:type="dxa" w:w="2880"/>
          </w:tcPr>
          <w:p>
            <w:r>
              <w:t>0</w:t>
            </w:r>
          </w:p>
        </w:tc>
      </w:tr>
      <w:tr>
        <w:tc>
          <w:tcPr>
            <w:tcW w:type="dxa" w:w="2880"/>
          </w:tcPr>
          <w:p>
            <w:r>
              <w:t>8.748e+05</w:t>
            </w:r>
          </w:p>
        </w:tc>
        <w:tc>
          <w:tcPr>
            <w:tcW w:type="dxa" w:w="2880"/>
          </w:tcPr>
          <w:p>
            <w:r>
              <w:t>9.135e+05</w:t>
            </w:r>
          </w:p>
        </w:tc>
        <w:tc>
          <w:tcPr>
            <w:tcW w:type="dxa" w:w="2880"/>
          </w:tcPr>
          <w:p>
            <w:r>
              <w:t>0</w:t>
            </w:r>
          </w:p>
        </w:tc>
      </w:tr>
      <w:tr>
        <w:tc>
          <w:tcPr>
            <w:tcW w:type="dxa" w:w="2880"/>
          </w:tcPr>
          <w:p>
            <w:r>
              <w:t>9.135e+05</w:t>
            </w:r>
          </w:p>
        </w:tc>
        <w:tc>
          <w:tcPr>
            <w:tcW w:type="dxa" w:w="2880"/>
          </w:tcPr>
          <w:p>
            <w:r>
              <w:t>9.522e+05</w:t>
            </w:r>
          </w:p>
        </w:tc>
        <w:tc>
          <w:tcPr>
            <w:tcW w:type="dxa" w:w="2880"/>
          </w:tcPr>
          <w:p>
            <w:r>
              <w:t>1</w:t>
            </w:r>
          </w:p>
        </w:tc>
      </w:tr>
    </w:tbl>
    <w:p/>
    <w:p>
      <w:pPr>
        <w:pStyle w:val="Heading2"/>
      </w:pPr>
      <w:r>
        <w:t>Figure 51. Terrain dismounted: Obstacles [147]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2,498,400</w:t>
            </w:r>
          </w:p>
        </w:tc>
        <w:tc>
          <w:tcPr>
            <w:tcW w:type="dxa" w:w="2880"/>
          </w:tcPr>
          <w:p>
            <w:r>
              <w:t>2,498,400</w:t>
            </w:r>
          </w:p>
        </w:tc>
        <w:tc>
          <w:tcPr>
            <w:tcW w:type="dxa" w:w="2880"/>
          </w:tcPr>
          <w:p>
            <w:r>
              <w:t>1</w:t>
            </w:r>
          </w:p>
        </w:tc>
      </w:tr>
    </w:tbl>
    <w:p/>
    <w:p>
      <w:pPr>
        <w:pStyle w:val="Heading2"/>
      </w:pPr>
      <w:r>
        <w:t>Figure 52. Terrain wheeled: Obstacles [148]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2.16e+04</w:t>
            </w:r>
          </w:p>
        </w:tc>
        <w:tc>
          <w:tcPr>
            <w:tcW w:type="dxa" w:w="2880"/>
          </w:tcPr>
          <w:p>
            <w:r>
              <w:t>1,103,580</w:t>
            </w:r>
          </w:p>
        </w:tc>
        <w:tc>
          <w:tcPr>
            <w:tcW w:type="dxa" w:w="2880"/>
          </w:tcPr>
          <w:p>
            <w:r>
              <w:t>9</w:t>
            </w:r>
          </w:p>
        </w:tc>
      </w:tr>
      <w:tr>
        <w:tc>
          <w:tcPr>
            <w:tcW w:type="dxa" w:w="2880"/>
          </w:tcPr>
          <w:p>
            <w:r>
              <w:t>1,103,580</w:t>
            </w:r>
          </w:p>
        </w:tc>
        <w:tc>
          <w:tcPr>
            <w:tcW w:type="dxa" w:w="2880"/>
          </w:tcPr>
          <w:p>
            <w:r>
              <w:t>2,185,560</w:t>
            </w:r>
          </w:p>
        </w:tc>
        <w:tc>
          <w:tcPr>
            <w:tcW w:type="dxa" w:w="2880"/>
          </w:tcPr>
          <w:p>
            <w:r>
              <w:t>0</w:t>
            </w:r>
          </w:p>
        </w:tc>
      </w:tr>
      <w:tr>
        <w:tc>
          <w:tcPr>
            <w:tcW w:type="dxa" w:w="2880"/>
          </w:tcPr>
          <w:p>
            <w:r>
              <w:t>2,185,560</w:t>
            </w:r>
          </w:p>
        </w:tc>
        <w:tc>
          <w:tcPr>
            <w:tcW w:type="dxa" w:w="2880"/>
          </w:tcPr>
          <w:p>
            <w:r>
              <w:t>3,267,540</w:t>
            </w:r>
          </w:p>
        </w:tc>
        <w:tc>
          <w:tcPr>
            <w:tcW w:type="dxa" w:w="2880"/>
          </w:tcPr>
          <w:p>
            <w:r>
              <w:t>0</w:t>
            </w:r>
          </w:p>
        </w:tc>
      </w:tr>
      <w:tr>
        <w:tc>
          <w:tcPr>
            <w:tcW w:type="dxa" w:w="2880"/>
          </w:tcPr>
          <w:p>
            <w:r>
              <w:t>3,267,540</w:t>
            </w:r>
          </w:p>
        </w:tc>
        <w:tc>
          <w:tcPr>
            <w:tcW w:type="dxa" w:w="2880"/>
          </w:tcPr>
          <w:p>
            <w:r>
              <w:t>4,349,520</w:t>
            </w:r>
          </w:p>
        </w:tc>
        <w:tc>
          <w:tcPr>
            <w:tcW w:type="dxa" w:w="2880"/>
          </w:tcPr>
          <w:p>
            <w:r>
              <w:t>0</w:t>
            </w:r>
          </w:p>
        </w:tc>
      </w:tr>
      <w:tr>
        <w:tc>
          <w:tcPr>
            <w:tcW w:type="dxa" w:w="2880"/>
          </w:tcPr>
          <w:p>
            <w:r>
              <w:t>4,349,520</w:t>
            </w:r>
          </w:p>
        </w:tc>
        <w:tc>
          <w:tcPr>
            <w:tcW w:type="dxa" w:w="2880"/>
          </w:tcPr>
          <w:p>
            <w:r>
              <w:t>5,431,500</w:t>
            </w:r>
          </w:p>
        </w:tc>
        <w:tc>
          <w:tcPr>
            <w:tcW w:type="dxa" w:w="2880"/>
          </w:tcPr>
          <w:p>
            <w:r>
              <w:t>1</w:t>
            </w:r>
          </w:p>
        </w:tc>
      </w:tr>
    </w:tbl>
    <w:p/>
    <w:p>
      <w:pPr>
        <w:pStyle w:val="Heading2"/>
      </w:pPr>
      <w:r>
        <w:t>Figure 53. Terrain tracked: Obstacles [149]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2,498,400</w:t>
            </w:r>
          </w:p>
        </w:tc>
        <w:tc>
          <w:tcPr>
            <w:tcW w:type="dxa" w:w="2880"/>
          </w:tcPr>
          <w:p>
            <w:r>
              <w:t>2,498,400</w:t>
            </w:r>
          </w:p>
        </w:tc>
        <w:tc>
          <w:tcPr>
            <w:tcW w:type="dxa" w:w="2880"/>
          </w:tcPr>
          <w:p>
            <w:r>
              <w:t>1</w:t>
            </w:r>
          </w:p>
        </w:tc>
      </w:tr>
    </w:tbl>
    <w:p/>
    <w:p>
      <w:pPr>
        <w:pStyle w:val="Heading2"/>
      </w:pPr>
      <w:r>
        <w:t>Figure 54. Terrain: Obstacles [150]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2,498,400</w:t>
            </w:r>
          </w:p>
        </w:tc>
        <w:tc>
          <w:tcPr>
            <w:tcW w:type="dxa" w:w="2880"/>
          </w:tcPr>
          <w:p>
            <w:r>
              <w:t>2,498,400</w:t>
            </w:r>
          </w:p>
        </w:tc>
        <w:tc>
          <w:tcPr>
            <w:tcW w:type="dxa" w:w="2880"/>
          </w:tcPr>
          <w:p>
            <w:r>
              <w:t>1</w:t>
            </w:r>
          </w:p>
        </w:tc>
      </w:tr>
    </w:tbl>
    <w:p/>
    <w:p>
      <w:pPr>
        <w:pStyle w:val="Heading2"/>
      </w:pPr>
      <w:r>
        <w:t>Figure 55. Terrain: Mobility corridors [151]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20,304,900</w:t>
            </w:r>
          </w:p>
        </w:tc>
        <w:tc>
          <w:tcPr>
            <w:tcW w:type="dxa" w:w="2880"/>
          </w:tcPr>
          <w:p>
            <w:r>
              <w:t>25,091,100</w:t>
            </w:r>
          </w:p>
        </w:tc>
        <w:tc>
          <w:tcPr>
            <w:tcW w:type="dxa" w:w="2880"/>
          </w:tcPr>
          <w:p>
            <w:r>
              <w:t>1</w:t>
            </w:r>
          </w:p>
        </w:tc>
      </w:tr>
      <w:tr>
        <w:tc>
          <w:tcPr>
            <w:tcW w:type="dxa" w:w="2880"/>
          </w:tcPr>
          <w:p>
            <w:r>
              <w:t>25,091,100</w:t>
            </w:r>
          </w:p>
        </w:tc>
        <w:tc>
          <w:tcPr>
            <w:tcW w:type="dxa" w:w="2880"/>
          </w:tcPr>
          <w:p>
            <w:r>
              <w:t>29,877,300</w:t>
            </w:r>
          </w:p>
        </w:tc>
        <w:tc>
          <w:tcPr>
            <w:tcW w:type="dxa" w:w="2880"/>
          </w:tcPr>
          <w:p>
            <w:r>
              <w:t>0</w:t>
            </w:r>
          </w:p>
        </w:tc>
      </w:tr>
      <w:tr>
        <w:tc>
          <w:tcPr>
            <w:tcW w:type="dxa" w:w="2880"/>
          </w:tcPr>
          <w:p>
            <w:r>
              <w:t>29,877,300</w:t>
            </w:r>
          </w:p>
        </w:tc>
        <w:tc>
          <w:tcPr>
            <w:tcW w:type="dxa" w:w="2880"/>
          </w:tcPr>
          <w:p>
            <w:r>
              <w:t>34,663,500</w:t>
            </w:r>
          </w:p>
        </w:tc>
        <w:tc>
          <w:tcPr>
            <w:tcW w:type="dxa" w:w="2880"/>
          </w:tcPr>
          <w:p>
            <w:r>
              <w:t>0</w:t>
            </w:r>
          </w:p>
        </w:tc>
      </w:tr>
      <w:tr>
        <w:tc>
          <w:tcPr>
            <w:tcW w:type="dxa" w:w="2880"/>
          </w:tcPr>
          <w:p>
            <w:r>
              <w:t>34,663,500</w:t>
            </w:r>
          </w:p>
        </w:tc>
        <w:tc>
          <w:tcPr>
            <w:tcW w:type="dxa" w:w="2880"/>
          </w:tcPr>
          <w:p>
            <w:r>
              <w:t>39,449,700</w:t>
            </w:r>
          </w:p>
        </w:tc>
        <w:tc>
          <w:tcPr>
            <w:tcW w:type="dxa" w:w="2880"/>
          </w:tcPr>
          <w:p>
            <w:r>
              <w:t>0</w:t>
            </w:r>
          </w:p>
        </w:tc>
      </w:tr>
      <w:tr>
        <w:tc>
          <w:tcPr>
            <w:tcW w:type="dxa" w:w="2880"/>
          </w:tcPr>
          <w:p>
            <w:r>
              <w:t>39,449,700</w:t>
            </w:r>
          </w:p>
        </w:tc>
        <w:tc>
          <w:tcPr>
            <w:tcW w:type="dxa" w:w="2880"/>
          </w:tcPr>
          <w:p>
            <w:r>
              <w:t>44,235,900</w:t>
            </w:r>
          </w:p>
        </w:tc>
        <w:tc>
          <w:tcPr>
            <w:tcW w:type="dxa" w:w="2880"/>
          </w:tcPr>
          <w:p>
            <w:r>
              <w:t>1</w:t>
            </w:r>
          </w:p>
        </w:tc>
      </w:tr>
    </w:tbl>
    <w:p/>
    <w:p>
      <w:pPr>
        <w:pStyle w:val="Heading2"/>
      </w:pPr>
      <w:r>
        <w:t>Figure 56. Terrain: Key terrain candidates [152]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1.2</w:t>
            </w:r>
          </w:p>
        </w:tc>
        <w:tc>
          <w:tcPr>
            <w:tcW w:type="dxa" w:w="2880"/>
          </w:tcPr>
          <w:p>
            <w:r>
              <w:t>1</w:t>
            </w:r>
          </w:p>
        </w:tc>
      </w:tr>
      <w:tr>
        <w:tc>
          <w:tcPr>
            <w:tcW w:type="dxa" w:w="2880"/>
          </w:tcPr>
          <w:p>
            <w:r>
              <w:t>1.2</w:t>
            </w:r>
          </w:p>
        </w:tc>
        <w:tc>
          <w:tcPr>
            <w:tcW w:type="dxa" w:w="2880"/>
          </w:tcPr>
          <w:p>
            <w:r>
              <w:t>1.4</w:t>
            </w:r>
          </w:p>
        </w:tc>
        <w:tc>
          <w:tcPr>
            <w:tcW w:type="dxa" w:w="2880"/>
          </w:tcPr>
          <w:p>
            <w:r>
              <w:t>0</w:t>
            </w:r>
          </w:p>
        </w:tc>
      </w:tr>
      <w:tr>
        <w:tc>
          <w:tcPr>
            <w:tcW w:type="dxa" w:w="2880"/>
          </w:tcPr>
          <w:p>
            <w:r>
              <w:t>1.4</w:t>
            </w:r>
          </w:p>
        </w:tc>
        <w:tc>
          <w:tcPr>
            <w:tcW w:type="dxa" w:w="2880"/>
          </w:tcPr>
          <w:p>
            <w:r>
              <w:t>1.6</w:t>
            </w:r>
          </w:p>
        </w:tc>
        <w:tc>
          <w:tcPr>
            <w:tcW w:type="dxa" w:w="2880"/>
          </w:tcPr>
          <w:p>
            <w:r>
              <w:t>0</w:t>
            </w:r>
          </w:p>
        </w:tc>
      </w:tr>
      <w:tr>
        <w:tc>
          <w:tcPr>
            <w:tcW w:type="dxa" w:w="2880"/>
          </w:tcPr>
          <w:p>
            <w:r>
              <w:t>1.6</w:t>
            </w:r>
          </w:p>
        </w:tc>
        <w:tc>
          <w:tcPr>
            <w:tcW w:type="dxa" w:w="2880"/>
          </w:tcPr>
          <w:p>
            <w:r>
              <w:t>1.8</w:t>
            </w:r>
          </w:p>
        </w:tc>
        <w:tc>
          <w:tcPr>
            <w:tcW w:type="dxa" w:w="2880"/>
          </w:tcPr>
          <w:p>
            <w:r>
              <w:t>0</w:t>
            </w:r>
          </w:p>
        </w:tc>
      </w:tr>
      <w:tr>
        <w:tc>
          <w:tcPr>
            <w:tcW w:type="dxa" w:w="2880"/>
          </w:tcPr>
          <w:p>
            <w:r>
              <w:t>1.8</w:t>
            </w:r>
          </w:p>
        </w:tc>
        <w:tc>
          <w:tcPr>
            <w:tcW w:type="dxa" w:w="2880"/>
          </w:tcPr>
          <w:p>
            <w:r>
              <w:t>2</w:t>
            </w:r>
          </w:p>
        </w:tc>
        <w:tc>
          <w:tcPr>
            <w:tcW w:type="dxa" w:w="2880"/>
          </w:tcPr>
          <w:p>
            <w:r>
              <w:t>1</w:t>
            </w:r>
          </w:p>
        </w:tc>
      </w:tr>
    </w:tbl>
    <w:p/>
    <w:p>
      <w:pPr>
        <w:pStyle w:val="Heading2"/>
      </w:pPr>
      <w:r>
        <w:t>Figure 57. Terrain: Corridor constrictions [153]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180</w:t>
            </w:r>
          </w:p>
        </w:tc>
        <w:tc>
          <w:tcPr>
            <w:tcW w:type="dxa" w:w="2880"/>
          </w:tcPr>
          <w:p>
            <w:r>
              <w:t>246.5</w:t>
            </w:r>
          </w:p>
        </w:tc>
        <w:tc>
          <w:tcPr>
            <w:tcW w:type="dxa" w:w="2880"/>
          </w:tcPr>
          <w:p>
            <w:r>
              <w:t>1</w:t>
            </w:r>
          </w:p>
        </w:tc>
      </w:tr>
      <w:tr>
        <w:tc>
          <w:tcPr>
            <w:tcW w:type="dxa" w:w="2880"/>
          </w:tcPr>
          <w:p>
            <w:r>
              <w:t>246.5</w:t>
            </w:r>
          </w:p>
        </w:tc>
        <w:tc>
          <w:tcPr>
            <w:tcW w:type="dxa" w:w="2880"/>
          </w:tcPr>
          <w:p>
            <w:r>
              <w:t>313</w:t>
            </w:r>
          </w:p>
        </w:tc>
        <w:tc>
          <w:tcPr>
            <w:tcW w:type="dxa" w:w="2880"/>
          </w:tcPr>
          <w:p>
            <w:r>
              <w:t>1</w:t>
            </w:r>
          </w:p>
        </w:tc>
      </w:tr>
      <w:tr>
        <w:tc>
          <w:tcPr>
            <w:tcW w:type="dxa" w:w="2880"/>
          </w:tcPr>
          <w:p>
            <w:r>
              <w:t>313</w:t>
            </w:r>
          </w:p>
        </w:tc>
        <w:tc>
          <w:tcPr>
            <w:tcW w:type="dxa" w:w="2880"/>
          </w:tcPr>
          <w:p>
            <w:r>
              <w:t>379.6</w:t>
            </w:r>
          </w:p>
        </w:tc>
        <w:tc>
          <w:tcPr>
            <w:tcW w:type="dxa" w:w="2880"/>
          </w:tcPr>
          <w:p>
            <w:r>
              <w:t>0</w:t>
            </w:r>
          </w:p>
        </w:tc>
      </w:tr>
      <w:tr>
        <w:tc>
          <w:tcPr>
            <w:tcW w:type="dxa" w:w="2880"/>
          </w:tcPr>
          <w:p>
            <w:r>
              <w:t>379.6</w:t>
            </w:r>
          </w:p>
        </w:tc>
        <w:tc>
          <w:tcPr>
            <w:tcW w:type="dxa" w:w="2880"/>
          </w:tcPr>
          <w:p>
            <w:r>
              <w:t>446.1</w:t>
            </w:r>
          </w:p>
        </w:tc>
        <w:tc>
          <w:tcPr>
            <w:tcW w:type="dxa" w:w="2880"/>
          </w:tcPr>
          <w:p>
            <w:r>
              <w:t>0</w:t>
            </w:r>
          </w:p>
        </w:tc>
      </w:tr>
      <w:tr>
        <w:tc>
          <w:tcPr>
            <w:tcW w:type="dxa" w:w="2880"/>
          </w:tcPr>
          <w:p>
            <w:r>
              <w:t>446.1</w:t>
            </w:r>
          </w:p>
        </w:tc>
        <w:tc>
          <w:tcPr>
            <w:tcW w:type="dxa" w:w="2880"/>
          </w:tcPr>
          <w:p>
            <w:r>
              <w:t>512.6</w:t>
            </w:r>
          </w:p>
        </w:tc>
        <w:tc>
          <w:tcPr>
            <w:tcW w:type="dxa" w:w="2880"/>
          </w:tcPr>
          <w:p>
            <w:r>
              <w:t>1</w:t>
            </w:r>
          </w:p>
        </w:tc>
      </w:tr>
    </w:tbl>
    <w:p/>
    <w:p>
      <w:pPr>
        <w:pStyle w:val="Heading2"/>
      </w:pPr>
      <w:r>
        <w:t>Figure 58. Terrain: Avenues of approach [154]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8,241</w:t>
            </w:r>
          </w:p>
        </w:tc>
        <w:tc>
          <w:tcPr>
            <w:tcW w:type="dxa" w:w="2880"/>
          </w:tcPr>
          <w:p>
            <w:r>
              <w:t>8,583</w:t>
            </w:r>
          </w:p>
        </w:tc>
        <w:tc>
          <w:tcPr>
            <w:tcW w:type="dxa" w:w="2880"/>
          </w:tcPr>
          <w:p>
            <w:r>
              <w:t>1</w:t>
            </w:r>
          </w:p>
        </w:tc>
      </w:tr>
      <w:tr>
        <w:tc>
          <w:tcPr>
            <w:tcW w:type="dxa" w:w="2880"/>
          </w:tcPr>
          <w:p>
            <w:r>
              <w:t>8,583</w:t>
            </w:r>
          </w:p>
        </w:tc>
        <w:tc>
          <w:tcPr>
            <w:tcW w:type="dxa" w:w="2880"/>
          </w:tcPr>
          <w:p>
            <w:r>
              <w:t>8,925</w:t>
            </w:r>
          </w:p>
        </w:tc>
        <w:tc>
          <w:tcPr>
            <w:tcW w:type="dxa" w:w="2880"/>
          </w:tcPr>
          <w:p>
            <w:r>
              <w:t>0</w:t>
            </w:r>
          </w:p>
        </w:tc>
      </w:tr>
      <w:tr>
        <w:tc>
          <w:tcPr>
            <w:tcW w:type="dxa" w:w="2880"/>
          </w:tcPr>
          <w:p>
            <w:r>
              <w:t>8,925</w:t>
            </w:r>
          </w:p>
        </w:tc>
        <w:tc>
          <w:tcPr>
            <w:tcW w:type="dxa" w:w="2880"/>
          </w:tcPr>
          <w:p>
            <w:r>
              <w:t>9,267</w:t>
            </w:r>
          </w:p>
        </w:tc>
        <w:tc>
          <w:tcPr>
            <w:tcW w:type="dxa" w:w="2880"/>
          </w:tcPr>
          <w:p>
            <w:r>
              <w:t>0</w:t>
            </w:r>
          </w:p>
        </w:tc>
      </w:tr>
      <w:tr>
        <w:tc>
          <w:tcPr>
            <w:tcW w:type="dxa" w:w="2880"/>
          </w:tcPr>
          <w:p>
            <w:r>
              <w:t>9,267</w:t>
            </w:r>
          </w:p>
        </w:tc>
        <w:tc>
          <w:tcPr>
            <w:tcW w:type="dxa" w:w="2880"/>
          </w:tcPr>
          <w:p>
            <w:r>
              <w:t>9,609</w:t>
            </w:r>
          </w:p>
        </w:tc>
        <w:tc>
          <w:tcPr>
            <w:tcW w:type="dxa" w:w="2880"/>
          </w:tcPr>
          <w:p>
            <w:r>
              <w:t>1</w:t>
            </w:r>
          </w:p>
        </w:tc>
      </w:tr>
      <w:tr>
        <w:tc>
          <w:tcPr>
            <w:tcW w:type="dxa" w:w="2880"/>
          </w:tcPr>
          <w:p>
            <w:r>
              <w:t>9,609</w:t>
            </w:r>
          </w:p>
        </w:tc>
        <w:tc>
          <w:tcPr>
            <w:tcW w:type="dxa" w:w="2880"/>
          </w:tcPr>
          <w:p>
            <w:r>
              <w:t>9,951</w:t>
            </w:r>
          </w:p>
        </w:tc>
        <w:tc>
          <w:tcPr>
            <w:tcW w:type="dxa" w:w="2880"/>
          </w:tcPr>
          <w:p>
            <w:r>
              <w:t>1</w:t>
            </w:r>
          </w:p>
        </w:tc>
      </w:tr>
    </w:tbl>
    <w:p/>
    <w:p>
      <w:pPr>
        <w:pStyle w:val="Heading2"/>
      </w:pPr>
      <w:r>
        <w:t>Figure 59. Terrain heights: Visible area [155]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5.94e+04</w:t>
            </w:r>
          </w:p>
        </w:tc>
        <w:tc>
          <w:tcPr>
            <w:tcW w:type="dxa" w:w="2880"/>
          </w:tcPr>
          <w:p>
            <w:r>
              <w:t>4,117,320</w:t>
            </w:r>
          </w:p>
        </w:tc>
        <w:tc>
          <w:tcPr>
            <w:tcW w:type="dxa" w:w="2880"/>
          </w:tcPr>
          <w:p>
            <w:r>
              <w:t>4</w:t>
            </w:r>
          </w:p>
        </w:tc>
      </w:tr>
      <w:tr>
        <w:tc>
          <w:tcPr>
            <w:tcW w:type="dxa" w:w="2880"/>
          </w:tcPr>
          <w:p>
            <w:r>
              <w:t>4,117,320</w:t>
            </w:r>
          </w:p>
        </w:tc>
        <w:tc>
          <w:tcPr>
            <w:tcW w:type="dxa" w:w="2880"/>
          </w:tcPr>
          <w:p>
            <w:r>
              <w:t>8,175,240</w:t>
            </w:r>
          </w:p>
        </w:tc>
        <w:tc>
          <w:tcPr>
            <w:tcW w:type="dxa" w:w="2880"/>
          </w:tcPr>
          <w:p>
            <w:r>
              <w:t>0</w:t>
            </w:r>
          </w:p>
        </w:tc>
      </w:tr>
      <w:tr>
        <w:tc>
          <w:tcPr>
            <w:tcW w:type="dxa" w:w="2880"/>
          </w:tcPr>
          <w:p>
            <w:r>
              <w:t>8,175,240</w:t>
            </w:r>
          </w:p>
        </w:tc>
        <w:tc>
          <w:tcPr>
            <w:tcW w:type="dxa" w:w="2880"/>
          </w:tcPr>
          <w:p>
            <w:r>
              <w:t>12,233,160</w:t>
            </w:r>
          </w:p>
        </w:tc>
        <w:tc>
          <w:tcPr>
            <w:tcW w:type="dxa" w:w="2880"/>
          </w:tcPr>
          <w:p>
            <w:r>
              <w:t>0</w:t>
            </w:r>
          </w:p>
        </w:tc>
      </w:tr>
      <w:tr>
        <w:tc>
          <w:tcPr>
            <w:tcW w:type="dxa" w:w="2880"/>
          </w:tcPr>
          <w:p>
            <w:r>
              <w:t>12,233,160</w:t>
            </w:r>
          </w:p>
        </w:tc>
        <w:tc>
          <w:tcPr>
            <w:tcW w:type="dxa" w:w="2880"/>
          </w:tcPr>
          <w:p>
            <w:r>
              <w:t>16,291,080</w:t>
            </w:r>
          </w:p>
        </w:tc>
        <w:tc>
          <w:tcPr>
            <w:tcW w:type="dxa" w:w="2880"/>
          </w:tcPr>
          <w:p>
            <w:r>
              <w:t>0</w:t>
            </w:r>
          </w:p>
        </w:tc>
      </w:tr>
      <w:tr>
        <w:tc>
          <w:tcPr>
            <w:tcW w:type="dxa" w:w="2880"/>
          </w:tcPr>
          <w:p>
            <w:r>
              <w:t>16,291,080</w:t>
            </w:r>
          </w:p>
        </w:tc>
        <w:tc>
          <w:tcPr>
            <w:tcW w:type="dxa" w:w="2880"/>
          </w:tcPr>
          <w:p>
            <w:r>
              <w:t>20,349,000</w:t>
            </w:r>
          </w:p>
        </w:tc>
        <w:tc>
          <w:tcPr>
            <w:tcW w:type="dxa" w:w="2880"/>
          </w:tcPr>
          <w:p>
            <w:r>
              <w:t>1</w:t>
            </w:r>
          </w:p>
        </w:tc>
      </w:tr>
    </w:tbl>
    <w:p/>
    <w:p>
      <w:pPr>
        <w:pStyle w:val="Heading2"/>
      </w:pPr>
      <w:r>
        <w:t>Figure 60. Terrain heights: Observers [156]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2,270</w:t>
            </w:r>
          </w:p>
        </w:tc>
        <w:tc>
          <w:tcPr>
            <w:tcW w:type="dxa" w:w="2880"/>
          </w:tcPr>
          <w:p>
            <w:r>
              <w:t>2,368</w:t>
            </w:r>
          </w:p>
        </w:tc>
        <w:tc>
          <w:tcPr>
            <w:tcW w:type="dxa" w:w="2880"/>
          </w:tcPr>
          <w:p>
            <w:r>
              <w:t>3</w:t>
            </w:r>
          </w:p>
        </w:tc>
      </w:tr>
      <w:tr>
        <w:tc>
          <w:tcPr>
            <w:tcW w:type="dxa" w:w="2880"/>
          </w:tcPr>
          <w:p>
            <w:r>
              <w:t>2,368</w:t>
            </w:r>
          </w:p>
        </w:tc>
        <w:tc>
          <w:tcPr>
            <w:tcW w:type="dxa" w:w="2880"/>
          </w:tcPr>
          <w:p>
            <w:r>
              <w:t>2,466</w:t>
            </w:r>
          </w:p>
        </w:tc>
        <w:tc>
          <w:tcPr>
            <w:tcW w:type="dxa" w:w="2880"/>
          </w:tcPr>
          <w:p>
            <w:r>
              <w:t>0</w:t>
            </w:r>
          </w:p>
        </w:tc>
      </w:tr>
      <w:tr>
        <w:tc>
          <w:tcPr>
            <w:tcW w:type="dxa" w:w="2880"/>
          </w:tcPr>
          <w:p>
            <w:r>
              <w:t>2,466</w:t>
            </w:r>
          </w:p>
        </w:tc>
        <w:tc>
          <w:tcPr>
            <w:tcW w:type="dxa" w:w="2880"/>
          </w:tcPr>
          <w:p>
            <w:r>
              <w:t>2,564</w:t>
            </w:r>
          </w:p>
        </w:tc>
        <w:tc>
          <w:tcPr>
            <w:tcW w:type="dxa" w:w="2880"/>
          </w:tcPr>
          <w:p>
            <w:r>
              <w:t>0</w:t>
            </w:r>
          </w:p>
        </w:tc>
      </w:tr>
      <w:tr>
        <w:tc>
          <w:tcPr>
            <w:tcW w:type="dxa" w:w="2880"/>
          </w:tcPr>
          <w:p>
            <w:r>
              <w:t>2,564</w:t>
            </w:r>
          </w:p>
        </w:tc>
        <w:tc>
          <w:tcPr>
            <w:tcW w:type="dxa" w:w="2880"/>
          </w:tcPr>
          <w:p>
            <w:r>
              <w:t>2,663</w:t>
            </w:r>
          </w:p>
        </w:tc>
        <w:tc>
          <w:tcPr>
            <w:tcW w:type="dxa" w:w="2880"/>
          </w:tcPr>
          <w:p>
            <w:r>
              <w:t>0</w:t>
            </w:r>
          </w:p>
        </w:tc>
      </w:tr>
      <w:tr>
        <w:tc>
          <w:tcPr>
            <w:tcW w:type="dxa" w:w="2880"/>
          </w:tcPr>
          <w:p>
            <w:r>
              <w:t>2,663</w:t>
            </w:r>
          </w:p>
        </w:tc>
        <w:tc>
          <w:tcPr>
            <w:tcW w:type="dxa" w:w="2880"/>
          </w:tcPr>
          <w:p>
            <w:r>
              <w:t>2,761</w:t>
            </w:r>
          </w:p>
        </w:tc>
        <w:tc>
          <w:tcPr>
            <w:tcW w:type="dxa" w:w="2880"/>
          </w:tcPr>
          <w:p>
            <w:r>
              <w:t>2</w:t>
            </w:r>
          </w:p>
        </w:tc>
      </w:tr>
    </w:tbl>
    <w:p/>
    <w:p>
      <w:pPr>
        <w:pStyle w:val="Heading2"/>
      </w:pPr>
      <w:r>
        <w:t>Figure 61. Terrain DH-1 DH-2: Sightline [157]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3,840</w:t>
            </w:r>
          </w:p>
        </w:tc>
        <w:tc>
          <w:tcPr>
            <w:tcW w:type="dxa" w:w="2880"/>
          </w:tcPr>
          <w:p>
            <w:r>
              <w:t>3,840</w:t>
            </w:r>
          </w:p>
        </w:tc>
        <w:tc>
          <w:tcPr>
            <w:tcW w:type="dxa" w:w="2880"/>
          </w:tcPr>
          <w:p>
            <w:r>
              <w:t>1</w:t>
            </w:r>
          </w:p>
        </w:tc>
      </w:tr>
    </w:tbl>
    <w:p/>
    <w:p>
      <w:pPr>
        <w:pStyle w:val="Heading2"/>
      </w:pPr>
      <w:r>
        <w:t>Figure 62. Terrain DH-1 DH-3: Sightline [158]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2,694</w:t>
            </w:r>
          </w:p>
        </w:tc>
        <w:tc>
          <w:tcPr>
            <w:tcW w:type="dxa" w:w="2880"/>
          </w:tcPr>
          <w:p>
            <w:r>
              <w:t>2,694</w:t>
            </w:r>
          </w:p>
        </w:tc>
        <w:tc>
          <w:tcPr>
            <w:tcW w:type="dxa" w:w="2880"/>
          </w:tcPr>
          <w:p>
            <w:r>
              <w:t>1</w:t>
            </w:r>
          </w:p>
        </w:tc>
      </w:tr>
    </w:tbl>
    <w:p/>
    <w:p>
      <w:pPr>
        <w:pStyle w:val="Heading2"/>
      </w:pPr>
      <w:r>
        <w:t>Figure 63. Terrain DH-1 DH-3: Ground visible from the observer [159]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329.3</w:t>
            </w:r>
          </w:p>
        </w:tc>
        <w:tc>
          <w:tcPr>
            <w:tcW w:type="dxa" w:w="2880"/>
          </w:tcPr>
          <w:p>
            <w:r>
              <w:t>799.3</w:t>
            </w:r>
          </w:p>
        </w:tc>
        <w:tc>
          <w:tcPr>
            <w:tcW w:type="dxa" w:w="2880"/>
          </w:tcPr>
          <w:p>
            <w:r>
              <w:t>1</w:t>
            </w:r>
          </w:p>
        </w:tc>
      </w:tr>
      <w:tr>
        <w:tc>
          <w:tcPr>
            <w:tcW w:type="dxa" w:w="2880"/>
          </w:tcPr>
          <w:p>
            <w:r>
              <w:t>799.3</w:t>
            </w:r>
          </w:p>
        </w:tc>
        <w:tc>
          <w:tcPr>
            <w:tcW w:type="dxa" w:w="2880"/>
          </w:tcPr>
          <w:p>
            <w:r>
              <w:t>1,269</w:t>
            </w:r>
          </w:p>
        </w:tc>
        <w:tc>
          <w:tcPr>
            <w:tcW w:type="dxa" w:w="2880"/>
          </w:tcPr>
          <w:p>
            <w:r>
              <w:t>0</w:t>
            </w:r>
          </w:p>
        </w:tc>
      </w:tr>
      <w:tr>
        <w:tc>
          <w:tcPr>
            <w:tcW w:type="dxa" w:w="2880"/>
          </w:tcPr>
          <w:p>
            <w:r>
              <w:t>1,269</w:t>
            </w:r>
          </w:p>
        </w:tc>
        <w:tc>
          <w:tcPr>
            <w:tcW w:type="dxa" w:w="2880"/>
          </w:tcPr>
          <w:p>
            <w:r>
              <w:t>1,739</w:t>
            </w:r>
          </w:p>
        </w:tc>
        <w:tc>
          <w:tcPr>
            <w:tcW w:type="dxa" w:w="2880"/>
          </w:tcPr>
          <w:p>
            <w:r>
              <w:t>0</w:t>
            </w:r>
          </w:p>
        </w:tc>
      </w:tr>
      <w:tr>
        <w:tc>
          <w:tcPr>
            <w:tcW w:type="dxa" w:w="2880"/>
          </w:tcPr>
          <w:p>
            <w:r>
              <w:t>1,739</w:t>
            </w:r>
          </w:p>
        </w:tc>
        <w:tc>
          <w:tcPr>
            <w:tcW w:type="dxa" w:w="2880"/>
          </w:tcPr>
          <w:p>
            <w:r>
              <w:t>2,209</w:t>
            </w:r>
          </w:p>
        </w:tc>
        <w:tc>
          <w:tcPr>
            <w:tcW w:type="dxa" w:w="2880"/>
          </w:tcPr>
          <w:p>
            <w:r>
              <w:t>0</w:t>
            </w:r>
          </w:p>
        </w:tc>
      </w:tr>
      <w:tr>
        <w:tc>
          <w:tcPr>
            <w:tcW w:type="dxa" w:w="2880"/>
          </w:tcPr>
          <w:p>
            <w:r>
              <w:t>2,209</w:t>
            </w:r>
          </w:p>
        </w:tc>
        <w:tc>
          <w:tcPr>
            <w:tcW w:type="dxa" w:w="2880"/>
          </w:tcPr>
          <w:p>
            <w:r>
              <w:t>2,679</w:t>
            </w:r>
          </w:p>
        </w:tc>
        <w:tc>
          <w:tcPr>
            <w:tcW w:type="dxa" w:w="2880"/>
          </w:tcPr>
          <w:p>
            <w:r>
              <w:t>2</w:t>
            </w:r>
          </w:p>
        </w:tc>
      </w:tr>
    </w:tbl>
    <w:p/>
    <w:p>
      <w:pPr>
        <w:pStyle w:val="Heading2"/>
      </w:pPr>
      <w:r>
        <w:t>Figure 64. Terrain DH-2 DH-3: Sightline [160]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3,915</w:t>
            </w:r>
          </w:p>
        </w:tc>
        <w:tc>
          <w:tcPr>
            <w:tcW w:type="dxa" w:w="2880"/>
          </w:tcPr>
          <w:p>
            <w:r>
              <w:t>3,915</w:t>
            </w:r>
          </w:p>
        </w:tc>
        <w:tc>
          <w:tcPr>
            <w:tcW w:type="dxa" w:w="2880"/>
          </w:tcPr>
          <w:p>
            <w:r>
              <w:t>1</w:t>
            </w:r>
          </w:p>
        </w:tc>
      </w:tr>
    </w:tbl>
    <w:p/>
    <w:p>
      <w:pPr>
        <w:pStyle w:val="Heading2"/>
      </w:pPr>
      <w:r>
        <w:t>Figure 65. Terrain axis: Least-cost routes [161]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w:t>
            </w:r>
          </w:p>
        </w:tc>
        <w:tc>
          <w:tcPr>
            <w:tcW w:type="dxa" w:w="2880"/>
          </w:tcPr>
          <w:p>
            <w:r>
              <w:t>1</w:t>
            </w:r>
          </w:p>
        </w:tc>
      </w:tr>
    </w:tbl>
    <w:p/>
    <w:p>
      <w:pPr>
        <w:pStyle w:val="Heading2"/>
      </w:pPr>
      <w:r>
        <w:t>Figure 66. Terrain summits: Least-cost routes [162]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w:t>
            </w:r>
          </w:p>
        </w:tc>
        <w:tc>
          <w:tcPr>
            <w:tcW w:type="dxa" w:w="2880"/>
          </w:tcPr>
          <w:p>
            <w:r>
              <w:t>1</w:t>
            </w:r>
          </w:p>
        </w:tc>
      </w:tr>
    </w:tbl>
    <w:p/>
    <w:p>
      <w:pPr>
        <w:pStyle w:val="Heading2"/>
      </w:pPr>
      <w:r>
        <w:t>Figure 67. Terrain axis: Profile line [163]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2,689</w:t>
            </w:r>
          </w:p>
        </w:tc>
        <w:tc>
          <w:tcPr>
            <w:tcW w:type="dxa" w:w="2880"/>
          </w:tcPr>
          <w:p>
            <w:r>
              <w:t>2,689</w:t>
            </w:r>
          </w:p>
        </w:tc>
        <w:tc>
          <w:tcPr>
            <w:tcW w:type="dxa" w:w="2880"/>
          </w:tcPr>
          <w:p>
            <w:r>
              <w:t>1</w:t>
            </w:r>
          </w:p>
        </w:tc>
      </w:tr>
    </w:tbl>
    <w:p/>
    <w:p>
      <w:pPr>
        <w:pStyle w:val="Heading2"/>
      </w:pPr>
      <w:r>
        <w:t>Figure 68. Terrain summits: Profile line [164]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2,759</w:t>
            </w:r>
          </w:p>
        </w:tc>
        <w:tc>
          <w:tcPr>
            <w:tcW w:type="dxa" w:w="2880"/>
          </w:tcPr>
          <w:p>
            <w:r>
              <w:t>2,759</w:t>
            </w:r>
          </w:p>
        </w:tc>
        <w:tc>
          <w:tcPr>
            <w:tcW w:type="dxa" w:w="2880"/>
          </w:tcPr>
          <w:p>
            <w:r>
              <w:t>1</w:t>
            </w:r>
          </w:p>
        </w:tc>
      </w:tr>
    </w:tbl>
    <w:p/>
    <w:p>
      <w:pPr>
        <w:pStyle w:val="Heading2"/>
      </w:pPr>
      <w:r>
        <w:t>Figure 69. Terrain: Best buildability areas [165]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3,600</w:t>
            </w:r>
          </w:p>
        </w:tc>
        <w:tc>
          <w:tcPr>
            <w:tcW w:type="dxa" w:w="2880"/>
          </w:tcPr>
          <w:p>
            <w:r>
              <w:t>5.366e+04</w:t>
            </w:r>
          </w:p>
        </w:tc>
        <w:tc>
          <w:tcPr>
            <w:tcW w:type="dxa" w:w="2880"/>
          </w:tcPr>
          <w:p>
            <w:r>
              <w:t>76</w:t>
            </w:r>
          </w:p>
        </w:tc>
      </w:tr>
      <w:tr>
        <w:tc>
          <w:tcPr>
            <w:tcW w:type="dxa" w:w="2880"/>
          </w:tcPr>
          <w:p>
            <w:r>
              <w:t>5.366e+04</w:t>
            </w:r>
          </w:p>
        </w:tc>
        <w:tc>
          <w:tcPr>
            <w:tcW w:type="dxa" w:w="2880"/>
          </w:tcPr>
          <w:p>
            <w:r>
              <w:t>1.037e+05</w:t>
            </w:r>
          </w:p>
        </w:tc>
        <w:tc>
          <w:tcPr>
            <w:tcW w:type="dxa" w:w="2880"/>
          </w:tcPr>
          <w:p>
            <w:r>
              <w:t>6</w:t>
            </w:r>
          </w:p>
        </w:tc>
      </w:tr>
      <w:tr>
        <w:tc>
          <w:tcPr>
            <w:tcW w:type="dxa" w:w="2880"/>
          </w:tcPr>
          <w:p>
            <w:r>
              <w:t>1.037e+05</w:t>
            </w:r>
          </w:p>
        </w:tc>
        <w:tc>
          <w:tcPr>
            <w:tcW w:type="dxa" w:w="2880"/>
          </w:tcPr>
          <w:p>
            <w:r>
              <w:t>1.538e+05</w:t>
            </w:r>
          </w:p>
        </w:tc>
        <w:tc>
          <w:tcPr>
            <w:tcW w:type="dxa" w:w="2880"/>
          </w:tcPr>
          <w:p>
            <w:r>
              <w:t>1</w:t>
            </w:r>
          </w:p>
        </w:tc>
      </w:tr>
      <w:tr>
        <w:tc>
          <w:tcPr>
            <w:tcW w:type="dxa" w:w="2880"/>
          </w:tcPr>
          <w:p>
            <w:r>
              <w:t>1.538e+05</w:t>
            </w:r>
          </w:p>
        </w:tc>
        <w:tc>
          <w:tcPr>
            <w:tcW w:type="dxa" w:w="2880"/>
          </w:tcPr>
          <w:p>
            <w:r>
              <w:t>2.038e+05</w:t>
            </w:r>
          </w:p>
        </w:tc>
        <w:tc>
          <w:tcPr>
            <w:tcW w:type="dxa" w:w="2880"/>
          </w:tcPr>
          <w:p>
            <w:r>
              <w:t>1</w:t>
            </w:r>
          </w:p>
        </w:tc>
      </w:tr>
      <w:tr>
        <w:tc>
          <w:tcPr>
            <w:tcW w:type="dxa" w:w="2880"/>
          </w:tcPr>
          <w:p>
            <w:r>
              <w:t>2.038e+05</w:t>
            </w:r>
          </w:p>
        </w:tc>
        <w:tc>
          <w:tcPr>
            <w:tcW w:type="dxa" w:w="2880"/>
          </w:tcPr>
          <w:p>
            <w:r>
              <w:t>2.539e+05</w:t>
            </w:r>
          </w:p>
        </w:tc>
        <w:tc>
          <w:tcPr>
            <w:tcW w:type="dxa" w:w="2880"/>
          </w:tcPr>
          <w:p>
            <w:r>
              <w:t>0</w:t>
            </w:r>
          </w:p>
        </w:tc>
      </w:tr>
      <w:tr>
        <w:tc>
          <w:tcPr>
            <w:tcW w:type="dxa" w:w="2880"/>
          </w:tcPr>
          <w:p>
            <w:r>
              <w:t>2.539e+05</w:t>
            </w:r>
          </w:p>
        </w:tc>
        <w:tc>
          <w:tcPr>
            <w:tcW w:type="dxa" w:w="2880"/>
          </w:tcPr>
          <w:p>
            <w:r>
              <w:t>3.04e+05</w:t>
            </w:r>
          </w:p>
        </w:tc>
        <w:tc>
          <w:tcPr>
            <w:tcW w:type="dxa" w:w="2880"/>
          </w:tcPr>
          <w:p>
            <w:r>
              <w:t>0</w:t>
            </w:r>
          </w:p>
        </w:tc>
      </w:tr>
      <w:tr>
        <w:tc>
          <w:tcPr>
            <w:tcW w:type="dxa" w:w="2880"/>
          </w:tcPr>
          <w:p>
            <w:r>
              <w:t>3.04e+05</w:t>
            </w:r>
          </w:p>
        </w:tc>
        <w:tc>
          <w:tcPr>
            <w:tcW w:type="dxa" w:w="2880"/>
          </w:tcPr>
          <w:p>
            <w:r>
              <w:t>3.54e+05</w:t>
            </w:r>
          </w:p>
        </w:tc>
        <w:tc>
          <w:tcPr>
            <w:tcW w:type="dxa" w:w="2880"/>
          </w:tcPr>
          <w:p>
            <w:r>
              <w:t>3</w:t>
            </w:r>
          </w:p>
        </w:tc>
      </w:tr>
      <w:tr>
        <w:tc>
          <w:tcPr>
            <w:tcW w:type="dxa" w:w="2880"/>
          </w:tcPr>
          <w:p>
            <w:r>
              <w:t>3.54e+05</w:t>
            </w:r>
          </w:p>
        </w:tc>
        <w:tc>
          <w:tcPr>
            <w:tcW w:type="dxa" w:w="2880"/>
          </w:tcPr>
          <w:p>
            <w:r>
              <w:t>4.041e+05</w:t>
            </w:r>
          </w:p>
        </w:tc>
        <w:tc>
          <w:tcPr>
            <w:tcW w:type="dxa" w:w="2880"/>
          </w:tcPr>
          <w:p>
            <w:r>
              <w:t>1</w:t>
            </w:r>
          </w:p>
        </w:tc>
      </w:tr>
    </w:tbl>
    <w:p/>
    <w:p>
      <w:pPr>
        <w:pStyle w:val="Heading2"/>
      </w:pPr>
      <w:r>
        <w:t>Figure 70. Terrain: Best mineability areas [166]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4,500</w:t>
            </w:r>
          </w:p>
        </w:tc>
        <w:tc>
          <w:tcPr>
            <w:tcW w:type="dxa" w:w="2880"/>
          </w:tcPr>
          <w:p>
            <w:r>
              <w:t>3.492e+05</w:t>
            </w:r>
          </w:p>
        </w:tc>
        <w:tc>
          <w:tcPr>
            <w:tcW w:type="dxa" w:w="2880"/>
          </w:tcPr>
          <w:p>
            <w:r>
              <w:t>11</w:t>
            </w:r>
          </w:p>
        </w:tc>
      </w:tr>
      <w:tr>
        <w:tc>
          <w:tcPr>
            <w:tcW w:type="dxa" w:w="2880"/>
          </w:tcPr>
          <w:p>
            <w:r>
              <w:t>3.492e+05</w:t>
            </w:r>
          </w:p>
        </w:tc>
        <w:tc>
          <w:tcPr>
            <w:tcW w:type="dxa" w:w="2880"/>
          </w:tcPr>
          <w:p>
            <w:r>
              <w:t>6.939e+05</w:t>
            </w:r>
          </w:p>
        </w:tc>
        <w:tc>
          <w:tcPr>
            <w:tcW w:type="dxa" w:w="2880"/>
          </w:tcPr>
          <w:p>
            <w:r>
              <w:t>0</w:t>
            </w:r>
          </w:p>
        </w:tc>
      </w:tr>
      <w:tr>
        <w:tc>
          <w:tcPr>
            <w:tcW w:type="dxa" w:w="2880"/>
          </w:tcPr>
          <w:p>
            <w:r>
              <w:t>6.939e+05</w:t>
            </w:r>
          </w:p>
        </w:tc>
        <w:tc>
          <w:tcPr>
            <w:tcW w:type="dxa" w:w="2880"/>
          </w:tcPr>
          <w:p>
            <w:r>
              <w:t>1,038,600</w:t>
            </w:r>
          </w:p>
        </w:tc>
        <w:tc>
          <w:tcPr>
            <w:tcW w:type="dxa" w:w="2880"/>
          </w:tcPr>
          <w:p>
            <w:r>
              <w:t>2</w:t>
            </w:r>
          </w:p>
        </w:tc>
      </w:tr>
      <w:tr>
        <w:tc>
          <w:tcPr>
            <w:tcW w:type="dxa" w:w="2880"/>
          </w:tcPr>
          <w:p>
            <w:r>
              <w:t>1,038,600</w:t>
            </w:r>
          </w:p>
        </w:tc>
        <w:tc>
          <w:tcPr>
            <w:tcW w:type="dxa" w:w="2880"/>
          </w:tcPr>
          <w:p>
            <w:r>
              <w:t>1,383,300</w:t>
            </w:r>
          </w:p>
        </w:tc>
        <w:tc>
          <w:tcPr>
            <w:tcW w:type="dxa" w:w="2880"/>
          </w:tcPr>
          <w:p>
            <w:r>
              <w:t>0</w:t>
            </w:r>
          </w:p>
        </w:tc>
      </w:tr>
      <w:tr>
        <w:tc>
          <w:tcPr>
            <w:tcW w:type="dxa" w:w="2880"/>
          </w:tcPr>
          <w:p>
            <w:r>
              <w:t>1,383,300</w:t>
            </w:r>
          </w:p>
        </w:tc>
        <w:tc>
          <w:tcPr>
            <w:tcW w:type="dxa" w:w="2880"/>
          </w:tcPr>
          <w:p>
            <w:r>
              <w:t>1,728,000</w:t>
            </w:r>
          </w:p>
        </w:tc>
        <w:tc>
          <w:tcPr>
            <w:tcW w:type="dxa" w:w="2880"/>
          </w:tcPr>
          <w:p>
            <w:r>
              <w:t>2</w:t>
            </w:r>
          </w:p>
        </w:tc>
      </w:tr>
    </w:tbl>
    <w:p/>
    <w:p>
      <w:pPr>
        <w:pStyle w:val="Heading2"/>
      </w:pPr>
      <w:r>
        <w:t>Figure 71. Terrain: Landing zone candidates [167]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2</w:t>
            </w:r>
          </w:p>
        </w:tc>
        <w:tc>
          <w:tcPr>
            <w:tcW w:type="dxa" w:w="2880"/>
          </w:tcPr>
          <w:p>
            <w:r>
              <w:t>1</w:t>
            </w:r>
          </w:p>
        </w:tc>
      </w:tr>
      <w:tr>
        <w:tc>
          <w:tcPr>
            <w:tcW w:type="dxa" w:w="2880"/>
          </w:tcPr>
          <w:p>
            <w:r>
              <w:t>2</w:t>
            </w:r>
          </w:p>
        </w:tc>
        <w:tc>
          <w:tcPr>
            <w:tcW w:type="dxa" w:w="2880"/>
          </w:tcPr>
          <w:p>
            <w:r>
              <w:t>3</w:t>
            </w:r>
          </w:p>
        </w:tc>
        <w:tc>
          <w:tcPr>
            <w:tcW w:type="dxa" w:w="2880"/>
          </w:tcPr>
          <w:p>
            <w:r>
              <w:t>1</w:t>
            </w:r>
          </w:p>
        </w:tc>
      </w:tr>
      <w:tr>
        <w:tc>
          <w:tcPr>
            <w:tcW w:type="dxa" w:w="2880"/>
          </w:tcPr>
          <w:p>
            <w:r>
              <w:t>3</w:t>
            </w:r>
          </w:p>
        </w:tc>
        <w:tc>
          <w:tcPr>
            <w:tcW w:type="dxa" w:w="2880"/>
          </w:tcPr>
          <w:p>
            <w:r>
              <w:t>4</w:t>
            </w:r>
          </w:p>
        </w:tc>
        <w:tc>
          <w:tcPr>
            <w:tcW w:type="dxa" w:w="2880"/>
          </w:tcPr>
          <w:p>
            <w:r>
              <w:t>1</w:t>
            </w:r>
          </w:p>
        </w:tc>
      </w:tr>
      <w:tr>
        <w:tc>
          <w:tcPr>
            <w:tcW w:type="dxa" w:w="2880"/>
          </w:tcPr>
          <w:p>
            <w:r>
              <w:t>4</w:t>
            </w:r>
          </w:p>
        </w:tc>
        <w:tc>
          <w:tcPr>
            <w:tcW w:type="dxa" w:w="2880"/>
          </w:tcPr>
          <w:p>
            <w:r>
              <w:t>5</w:t>
            </w:r>
          </w:p>
        </w:tc>
        <w:tc>
          <w:tcPr>
            <w:tcW w:type="dxa" w:w="2880"/>
          </w:tcPr>
          <w:p>
            <w:r>
              <w:t>1</w:t>
            </w:r>
          </w:p>
        </w:tc>
      </w:tr>
      <w:tr>
        <w:tc>
          <w:tcPr>
            <w:tcW w:type="dxa" w:w="2880"/>
          </w:tcPr>
          <w:p>
            <w:r>
              <w:t>5</w:t>
            </w:r>
          </w:p>
        </w:tc>
        <w:tc>
          <w:tcPr>
            <w:tcW w:type="dxa" w:w="2880"/>
          </w:tcPr>
          <w:p>
            <w:r>
              <w:t>6</w:t>
            </w:r>
          </w:p>
        </w:tc>
        <w:tc>
          <w:tcPr>
            <w:tcW w:type="dxa" w:w="2880"/>
          </w:tcPr>
          <w:p>
            <w:r>
              <w:t>2</w:t>
            </w:r>
          </w:p>
        </w:tc>
      </w:tr>
    </w:tbl>
    <w:p/>
    <w:p>
      <w:pPr>
        <w:pStyle w:val="Heading2"/>
      </w:pPr>
      <w:r>
        <w:t>Figure 72. Terrain: Landing points [168]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29.9</w:t>
            </w:r>
          </w:p>
        </w:tc>
        <w:tc>
          <w:tcPr>
            <w:tcW w:type="dxa" w:w="2880"/>
          </w:tcPr>
          <w:p>
            <w:r>
              <w:t>29.9</w:t>
            </w:r>
          </w:p>
        </w:tc>
        <w:tc>
          <w:tcPr>
            <w:tcW w:type="dxa" w:w="2880"/>
          </w:tcPr>
          <w:p>
            <w:r>
              <w:t>6</w:t>
            </w:r>
          </w:p>
        </w:tc>
      </w:tr>
    </w:tbl>
    <w:p/>
    <w:p>
      <w:pPr>
        <w:pStyle w:val="Heading2"/>
      </w:pPr>
      <w:r>
        <w:t>Figure 73. Terrain: Visible area [169]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49,940,100</w:t>
            </w:r>
          </w:p>
        </w:tc>
        <w:tc>
          <w:tcPr>
            <w:tcW w:type="dxa" w:w="2880"/>
          </w:tcPr>
          <w:p>
            <w:r>
              <w:t>49,940,100</w:t>
            </w:r>
          </w:p>
        </w:tc>
        <w:tc>
          <w:tcPr>
            <w:tcW w:type="dxa" w:w="2880"/>
          </w:tcPr>
          <w:p>
            <w:r>
              <w:t>1</w:t>
            </w:r>
          </w:p>
        </w:tc>
      </w:tr>
    </w:tbl>
    <w:p/>
    <w:p>
      <w:pPr>
        <w:pStyle w:val="Heading2"/>
      </w:pPr>
      <w:r>
        <w:t>Figure 74. Terrain: Observers [170]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1,496</w:t>
            </w:r>
          </w:p>
        </w:tc>
        <w:tc>
          <w:tcPr>
            <w:tcW w:type="dxa" w:w="2880"/>
          </w:tcPr>
          <w:p>
            <w:r>
              <w:t>1,648</w:t>
            </w:r>
          </w:p>
        </w:tc>
        <w:tc>
          <w:tcPr>
            <w:tcW w:type="dxa" w:w="2880"/>
          </w:tcPr>
          <w:p>
            <w:r>
              <w:t>6</w:t>
            </w:r>
          </w:p>
        </w:tc>
      </w:tr>
      <w:tr>
        <w:tc>
          <w:tcPr>
            <w:tcW w:type="dxa" w:w="2880"/>
          </w:tcPr>
          <w:p>
            <w:r>
              <w:t>1,648</w:t>
            </w:r>
          </w:p>
        </w:tc>
        <w:tc>
          <w:tcPr>
            <w:tcW w:type="dxa" w:w="2880"/>
          </w:tcPr>
          <w:p>
            <w:r>
              <w:t>1,800</w:t>
            </w:r>
          </w:p>
        </w:tc>
        <w:tc>
          <w:tcPr>
            <w:tcW w:type="dxa" w:w="2880"/>
          </w:tcPr>
          <w:p>
            <w:r>
              <w:t>3</w:t>
            </w:r>
          </w:p>
        </w:tc>
      </w:tr>
      <w:tr>
        <w:tc>
          <w:tcPr>
            <w:tcW w:type="dxa" w:w="2880"/>
          </w:tcPr>
          <w:p>
            <w:r>
              <w:t>1,800</w:t>
            </w:r>
          </w:p>
        </w:tc>
        <w:tc>
          <w:tcPr>
            <w:tcW w:type="dxa" w:w="2880"/>
          </w:tcPr>
          <w:p>
            <w:r>
              <w:t>1,952</w:t>
            </w:r>
          </w:p>
        </w:tc>
        <w:tc>
          <w:tcPr>
            <w:tcW w:type="dxa" w:w="2880"/>
          </w:tcPr>
          <w:p>
            <w:r>
              <w:t>2</w:t>
            </w:r>
          </w:p>
        </w:tc>
      </w:tr>
      <w:tr>
        <w:tc>
          <w:tcPr>
            <w:tcW w:type="dxa" w:w="2880"/>
          </w:tcPr>
          <w:p>
            <w:r>
              <w:t>1,952</w:t>
            </w:r>
          </w:p>
        </w:tc>
        <w:tc>
          <w:tcPr>
            <w:tcW w:type="dxa" w:w="2880"/>
          </w:tcPr>
          <w:p>
            <w:r>
              <w:t>2,103</w:t>
            </w:r>
          </w:p>
        </w:tc>
        <w:tc>
          <w:tcPr>
            <w:tcW w:type="dxa" w:w="2880"/>
          </w:tcPr>
          <w:p>
            <w:r>
              <w:t>1</w:t>
            </w:r>
          </w:p>
        </w:tc>
      </w:tr>
      <w:tr>
        <w:tc>
          <w:tcPr>
            <w:tcW w:type="dxa" w:w="2880"/>
          </w:tcPr>
          <w:p>
            <w:r>
              <w:t>2,103</w:t>
            </w:r>
          </w:p>
        </w:tc>
        <w:tc>
          <w:tcPr>
            <w:tcW w:type="dxa" w:w="2880"/>
          </w:tcPr>
          <w:p>
            <w:r>
              <w:t>2,255</w:t>
            </w:r>
          </w:p>
        </w:tc>
        <w:tc>
          <w:tcPr>
            <w:tcW w:type="dxa" w:w="2880"/>
          </w:tcPr>
          <w:p>
            <w:r>
              <w:t>2</w:t>
            </w:r>
          </w:p>
        </w:tc>
      </w:tr>
    </w:tbl>
    <w:p/>
    <w:p>
      <w:pPr>
        <w:pStyle w:val="Heading2"/>
      </w:pPr>
      <w:r>
        <w:t>Figure 75. Terrain: Dominant heights [171]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1.8</w:t>
            </w:r>
          </w:p>
        </w:tc>
        <w:tc>
          <w:tcPr>
            <w:tcW w:type="dxa" w:w="2880"/>
          </w:tcPr>
          <w:p>
            <w:r>
              <w:t>1</w:t>
            </w:r>
          </w:p>
        </w:tc>
      </w:tr>
      <w:tr>
        <w:tc>
          <w:tcPr>
            <w:tcW w:type="dxa" w:w="2880"/>
          </w:tcPr>
          <w:p>
            <w:r>
              <w:t>1.8</w:t>
            </w:r>
          </w:p>
        </w:tc>
        <w:tc>
          <w:tcPr>
            <w:tcW w:type="dxa" w:w="2880"/>
          </w:tcPr>
          <w:p>
            <w:r>
              <w:t>2.6</w:t>
            </w:r>
          </w:p>
        </w:tc>
        <w:tc>
          <w:tcPr>
            <w:tcW w:type="dxa" w:w="2880"/>
          </w:tcPr>
          <w:p>
            <w:r>
              <w:t>1</w:t>
            </w:r>
          </w:p>
        </w:tc>
      </w:tr>
      <w:tr>
        <w:tc>
          <w:tcPr>
            <w:tcW w:type="dxa" w:w="2880"/>
          </w:tcPr>
          <w:p>
            <w:r>
              <w:t>2.6</w:t>
            </w:r>
          </w:p>
        </w:tc>
        <w:tc>
          <w:tcPr>
            <w:tcW w:type="dxa" w:w="2880"/>
          </w:tcPr>
          <w:p>
            <w:r>
              <w:t>3.4</w:t>
            </w:r>
          </w:p>
        </w:tc>
        <w:tc>
          <w:tcPr>
            <w:tcW w:type="dxa" w:w="2880"/>
          </w:tcPr>
          <w:p>
            <w:r>
              <w:t>1</w:t>
            </w:r>
          </w:p>
        </w:tc>
      </w:tr>
      <w:tr>
        <w:tc>
          <w:tcPr>
            <w:tcW w:type="dxa" w:w="2880"/>
          </w:tcPr>
          <w:p>
            <w:r>
              <w:t>3.4</w:t>
            </w:r>
          </w:p>
        </w:tc>
        <w:tc>
          <w:tcPr>
            <w:tcW w:type="dxa" w:w="2880"/>
          </w:tcPr>
          <w:p>
            <w:r>
              <w:t>4.2</w:t>
            </w:r>
          </w:p>
        </w:tc>
        <w:tc>
          <w:tcPr>
            <w:tcW w:type="dxa" w:w="2880"/>
          </w:tcPr>
          <w:p>
            <w:r>
              <w:t>1</w:t>
            </w:r>
          </w:p>
        </w:tc>
      </w:tr>
      <w:tr>
        <w:tc>
          <w:tcPr>
            <w:tcW w:type="dxa" w:w="2880"/>
          </w:tcPr>
          <w:p>
            <w:r>
              <w:t>4.2</w:t>
            </w:r>
          </w:p>
        </w:tc>
        <w:tc>
          <w:tcPr>
            <w:tcW w:type="dxa" w:w="2880"/>
          </w:tcPr>
          <w:p>
            <w:r>
              <w:t>5</w:t>
            </w:r>
          </w:p>
        </w:tc>
        <w:tc>
          <w:tcPr>
            <w:tcW w:type="dxa" w:w="2880"/>
          </w:tcPr>
          <w:p>
            <w:r>
              <w:t>1</w:t>
            </w:r>
          </w:p>
        </w:tc>
      </w:tr>
    </w:tbl>
    <w:p/>
    <w:p>
      <w:pPr>
        <w:pStyle w:val="Heading2"/>
      </w:pPr>
      <w:r>
        <w:t>Figure 76. Dropped calls: count per week [199]</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2026-08-03</w:t>
            </w:r>
          </w:p>
        </w:tc>
        <w:tc>
          <w:tcPr>
            <w:tcW w:type="dxa" w:w="4320"/>
          </w:tcPr>
          <w:p>
            <w:r>
              <w:t>239</w:t>
            </w:r>
          </w:p>
        </w:tc>
      </w:tr>
      <w:tr>
        <w:tc>
          <w:tcPr>
            <w:tcW w:type="dxa" w:w="4320"/>
          </w:tcPr>
          <w:p>
            <w:r>
              <w:t>2026-08-10</w:t>
            </w:r>
          </w:p>
        </w:tc>
        <w:tc>
          <w:tcPr>
            <w:tcW w:type="dxa" w:w="4320"/>
          </w:tcPr>
          <w:p>
            <w:r>
              <w:t>232</w:t>
            </w:r>
          </w:p>
        </w:tc>
      </w:tr>
      <w:tr>
        <w:tc>
          <w:tcPr>
            <w:tcW w:type="dxa" w:w="4320"/>
          </w:tcPr>
          <w:p>
            <w:r>
              <w:t>2026-08-17</w:t>
            </w:r>
          </w:p>
        </w:tc>
        <w:tc>
          <w:tcPr>
            <w:tcW w:type="dxa" w:w="4320"/>
          </w:tcPr>
          <w:p>
            <w:r>
              <w:t>218</w:t>
            </w:r>
          </w:p>
        </w:tc>
      </w:tr>
      <w:tr>
        <w:tc>
          <w:tcPr>
            <w:tcW w:type="dxa" w:w="4320"/>
          </w:tcPr>
          <w:p>
            <w:r>
              <w:t>2026-08-24</w:t>
            </w:r>
          </w:p>
        </w:tc>
        <w:tc>
          <w:tcPr>
            <w:tcW w:type="dxa" w:w="4320"/>
          </w:tcPr>
          <w:p>
            <w:r>
              <w:t>200</w:t>
            </w:r>
          </w:p>
        </w:tc>
      </w:tr>
      <w:tr>
        <w:tc>
          <w:tcPr>
            <w:tcW w:type="dxa" w:w="4320"/>
          </w:tcPr>
          <w:p>
            <w:r>
              <w:t>2026-08-31</w:t>
            </w:r>
          </w:p>
        </w:tc>
        <w:tc>
          <w:tcPr>
            <w:tcW w:type="dxa" w:w="4320"/>
          </w:tcPr>
          <w:p>
            <w:r>
              <w:t>242</w:t>
            </w:r>
          </w:p>
        </w:tc>
      </w:tr>
      <w:tr>
        <w:tc>
          <w:tcPr>
            <w:tcW w:type="dxa" w:w="4320"/>
          </w:tcPr>
          <w:p>
            <w:r>
              <w:t>2026-09-07</w:t>
            </w:r>
          </w:p>
        </w:tc>
        <w:tc>
          <w:tcPr>
            <w:tcW w:type="dxa" w:w="4320"/>
          </w:tcPr>
          <w:p>
            <w:r>
              <w:t>224</w:t>
            </w:r>
          </w:p>
        </w:tc>
      </w:tr>
      <w:tr>
        <w:tc>
          <w:tcPr>
            <w:tcW w:type="dxa" w:w="4320"/>
          </w:tcPr>
          <w:p>
            <w:r>
              <w:t>2026-09-14</w:t>
            </w:r>
          </w:p>
        </w:tc>
        <w:tc>
          <w:tcPr>
            <w:tcW w:type="dxa" w:w="4320"/>
          </w:tcPr>
          <w:p>
            <w:r>
              <w:t>218</w:t>
            </w:r>
          </w:p>
        </w:tc>
      </w:tr>
      <w:tr>
        <w:tc>
          <w:tcPr>
            <w:tcW w:type="dxa" w:w="4320"/>
          </w:tcPr>
          <w:p>
            <w:r>
              <w:t>2026-09-21</w:t>
            </w:r>
          </w:p>
        </w:tc>
        <w:tc>
          <w:tcPr>
            <w:tcW w:type="dxa" w:w="4320"/>
          </w:tcPr>
          <w:p>
            <w:r>
              <w:t>227</w:t>
            </w:r>
          </w:p>
        </w:tc>
      </w:tr>
    </w:tbl>
    <w:p/>
    <w:p>
      <w:pPr>
        <w:pStyle w:val="Heading2"/>
      </w:pPr>
      <w:r>
        <w:t>Figure 77. Dropped calls: week of 2026-08-24 to week of 2026-08-31 by place [200]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group</w:t>
            </w:r>
          </w:p>
        </w:tc>
        <w:tc>
          <w:tcPr>
            <w:tcW w:type="dxa" w:w="2880"/>
          </w:tcPr>
          <w:p>
            <w:r>
              <w:t>period</w:t>
            </w:r>
          </w:p>
        </w:tc>
        <w:tc>
          <w:tcPr>
            <w:tcW w:type="dxa" w:w="2880"/>
          </w:tcPr>
          <w:p>
            <w:r>
              <w:t>value</w:t>
            </w:r>
          </w:p>
        </w:tc>
      </w:tr>
      <w:tr>
        <w:tc>
          <w:tcPr>
            <w:tcW w:type="dxa" w:w="2880"/>
          </w:tcPr>
          <w:p>
            <w:r>
              <w:t>Los Olivos</w:t>
            </w:r>
          </w:p>
        </w:tc>
        <w:tc>
          <w:tcPr>
            <w:tcW w:type="dxa" w:w="2880"/>
          </w:tcPr>
          <w:p>
            <w:r>
              <w:t>week of 2026-08-24</w:t>
            </w:r>
          </w:p>
        </w:tc>
        <w:tc>
          <w:tcPr>
            <w:tcW w:type="dxa" w:w="2880"/>
          </w:tcPr>
          <w:p>
            <w:r>
              <w:t>28</w:t>
            </w:r>
          </w:p>
        </w:tc>
      </w:tr>
      <w:tr>
        <w:tc>
          <w:tcPr>
            <w:tcW w:type="dxa" w:w="2880"/>
          </w:tcPr>
          <w:p>
            <w:r>
              <w:t>Los Olivos</w:t>
            </w:r>
          </w:p>
        </w:tc>
        <w:tc>
          <w:tcPr>
            <w:tcW w:type="dxa" w:w="2880"/>
          </w:tcPr>
          <w:p>
            <w:r>
              <w:t>week of 2026-08-31</w:t>
            </w:r>
          </w:p>
        </w:tc>
        <w:tc>
          <w:tcPr>
            <w:tcW w:type="dxa" w:w="2880"/>
          </w:tcPr>
          <w:p>
            <w:r>
              <w:t>41</w:t>
            </w:r>
          </w:p>
        </w:tc>
      </w:tr>
      <w:tr>
        <w:tc>
          <w:tcPr>
            <w:tcW w:type="dxa" w:w="2880"/>
          </w:tcPr>
          <w:p>
            <w:r>
              <w:t>Los Pinos</w:t>
            </w:r>
          </w:p>
        </w:tc>
        <w:tc>
          <w:tcPr>
            <w:tcW w:type="dxa" w:w="2880"/>
          </w:tcPr>
          <w:p>
            <w:r>
              <w:t>week of 2026-08-24</w:t>
            </w:r>
          </w:p>
        </w:tc>
        <w:tc>
          <w:tcPr>
            <w:tcW w:type="dxa" w:w="2880"/>
          </w:tcPr>
          <w:p>
            <w:r>
              <w:t>3</w:t>
            </w:r>
          </w:p>
        </w:tc>
      </w:tr>
      <w:tr>
        <w:tc>
          <w:tcPr>
            <w:tcW w:type="dxa" w:w="2880"/>
          </w:tcPr>
          <w:p>
            <w:r>
              <w:t>Los Pinos</w:t>
            </w:r>
          </w:p>
        </w:tc>
        <w:tc>
          <w:tcPr>
            <w:tcW w:type="dxa" w:w="2880"/>
          </w:tcPr>
          <w:p>
            <w:r>
              <w:t>week of 2026-08-31</w:t>
            </w:r>
          </w:p>
        </w:tc>
        <w:tc>
          <w:tcPr>
            <w:tcW w:type="dxa" w:w="2880"/>
          </w:tcPr>
          <w:p>
            <w:r>
              <w:t>11</w:t>
            </w:r>
          </w:p>
        </w:tc>
      </w:tr>
      <w:tr>
        <w:tc>
          <w:tcPr>
            <w:tcW w:type="dxa" w:w="2880"/>
          </w:tcPr>
          <w:p>
            <w:r>
              <w:t>Barrio Norte</w:t>
            </w:r>
          </w:p>
        </w:tc>
        <w:tc>
          <w:tcPr>
            <w:tcW w:type="dxa" w:w="2880"/>
          </w:tcPr>
          <w:p>
            <w:r>
              <w:t>week of 2026-08-24</w:t>
            </w:r>
          </w:p>
        </w:tc>
        <w:tc>
          <w:tcPr>
            <w:tcW w:type="dxa" w:w="2880"/>
          </w:tcPr>
          <w:p>
            <w:r>
              <w:t>12</w:t>
            </w:r>
          </w:p>
        </w:tc>
      </w:tr>
      <w:tr>
        <w:tc>
          <w:tcPr>
            <w:tcW w:type="dxa" w:w="2880"/>
          </w:tcPr>
          <w:p>
            <w:r>
              <w:t>Barrio Norte</w:t>
            </w:r>
          </w:p>
        </w:tc>
        <w:tc>
          <w:tcPr>
            <w:tcW w:type="dxa" w:w="2880"/>
          </w:tcPr>
          <w:p>
            <w:r>
              <w:t>week of 2026-08-31</w:t>
            </w:r>
          </w:p>
        </w:tc>
        <w:tc>
          <w:tcPr>
            <w:tcW w:type="dxa" w:w="2880"/>
          </w:tcPr>
          <w:p>
            <w:r>
              <w:t>5</w:t>
            </w:r>
          </w:p>
        </w:tc>
      </w:tr>
      <w:tr>
        <w:tc>
          <w:tcPr>
            <w:tcW w:type="dxa" w:w="2880"/>
          </w:tcPr>
          <w:p>
            <w:r>
              <w:t>La Estacion</w:t>
            </w:r>
          </w:p>
        </w:tc>
        <w:tc>
          <w:tcPr>
            <w:tcW w:type="dxa" w:w="2880"/>
          </w:tcPr>
          <w:p>
            <w:r>
              <w:t>week of 2026-08-24</w:t>
            </w:r>
          </w:p>
        </w:tc>
        <w:tc>
          <w:tcPr>
            <w:tcW w:type="dxa" w:w="2880"/>
          </w:tcPr>
          <w:p>
            <w:r>
              <w:t>12</w:t>
            </w:r>
          </w:p>
        </w:tc>
      </w:tr>
      <w:tr>
        <w:tc>
          <w:tcPr>
            <w:tcW w:type="dxa" w:w="2880"/>
          </w:tcPr>
          <w:p>
            <w:r>
              <w:t>La Estacion</w:t>
            </w:r>
          </w:p>
        </w:tc>
        <w:tc>
          <w:tcPr>
            <w:tcW w:type="dxa" w:w="2880"/>
          </w:tcPr>
          <w:p>
            <w:r>
              <w:t>week of 2026-08-31</w:t>
            </w:r>
          </w:p>
        </w:tc>
        <w:tc>
          <w:tcPr>
            <w:tcW w:type="dxa" w:w="2880"/>
          </w:tcPr>
          <w:p>
            <w:r>
              <w:t>19</w:t>
            </w:r>
          </w:p>
        </w:tc>
      </w:tr>
      <w:tr>
        <w:tc>
          <w:tcPr>
            <w:tcW w:type="dxa" w:w="2880"/>
          </w:tcPr>
          <w:p>
            <w:r>
              <w:t>Los Arcos</w:t>
            </w:r>
          </w:p>
        </w:tc>
        <w:tc>
          <w:tcPr>
            <w:tcW w:type="dxa" w:w="2880"/>
          </w:tcPr>
          <w:p>
            <w:r>
              <w:t>week of 2026-08-24</w:t>
            </w:r>
          </w:p>
        </w:tc>
        <w:tc>
          <w:tcPr>
            <w:tcW w:type="dxa" w:w="2880"/>
          </w:tcPr>
          <w:p>
            <w:r>
              <w:t>20</w:t>
            </w:r>
          </w:p>
        </w:tc>
      </w:tr>
      <w:tr>
        <w:tc>
          <w:tcPr>
            <w:tcW w:type="dxa" w:w="2880"/>
          </w:tcPr>
          <w:p>
            <w:r>
              <w:t>Los Arcos</w:t>
            </w:r>
          </w:p>
        </w:tc>
        <w:tc>
          <w:tcPr>
            <w:tcW w:type="dxa" w:w="2880"/>
          </w:tcPr>
          <w:p>
            <w:r>
              <w:t>week of 2026-08-31</w:t>
            </w:r>
          </w:p>
        </w:tc>
        <w:tc>
          <w:tcPr>
            <w:tcW w:type="dxa" w:w="2880"/>
          </w:tcPr>
          <w:p>
            <w:r>
              <w:t>27</w:t>
            </w:r>
          </w:p>
        </w:tc>
      </w:tr>
      <w:tr>
        <w:tc>
          <w:tcPr>
            <w:tcW w:type="dxa" w:w="2880"/>
          </w:tcPr>
          <w:p>
            <w:r>
              <w:t>La Fuente</w:t>
            </w:r>
          </w:p>
        </w:tc>
        <w:tc>
          <w:tcPr>
            <w:tcW w:type="dxa" w:w="2880"/>
          </w:tcPr>
          <w:p>
            <w:r>
              <w:t>week of 2026-08-24</w:t>
            </w:r>
          </w:p>
        </w:tc>
        <w:tc>
          <w:tcPr>
            <w:tcW w:type="dxa" w:w="2880"/>
          </w:tcPr>
          <w:p>
            <w:r>
              <w:t>2</w:t>
            </w:r>
          </w:p>
        </w:tc>
      </w:tr>
      <w:tr>
        <w:tc>
          <w:tcPr>
            <w:tcW w:type="dxa" w:w="2880"/>
          </w:tcPr>
          <w:p>
            <w:r>
              <w:t>La Fuente</w:t>
            </w:r>
          </w:p>
        </w:tc>
        <w:tc>
          <w:tcPr>
            <w:tcW w:type="dxa" w:w="2880"/>
          </w:tcPr>
          <w:p>
            <w:r>
              <w:t>week of 2026-08-31</w:t>
            </w:r>
          </w:p>
        </w:tc>
        <w:tc>
          <w:tcPr>
            <w:tcW w:type="dxa" w:w="2880"/>
          </w:tcPr>
          <w:p>
            <w:r>
              <w:t>7</w:t>
            </w:r>
          </w:p>
        </w:tc>
      </w:tr>
      <w:tr>
        <w:tc>
          <w:tcPr>
            <w:tcW w:type="dxa" w:w="2880"/>
          </w:tcPr>
          <w:p>
            <w:r>
              <w:t>La Vega</w:t>
            </w:r>
          </w:p>
        </w:tc>
        <w:tc>
          <w:tcPr>
            <w:tcW w:type="dxa" w:w="2880"/>
          </w:tcPr>
          <w:p>
            <w:r>
              <w:t>week of 2026-08-24</w:t>
            </w:r>
          </w:p>
        </w:tc>
        <w:tc>
          <w:tcPr>
            <w:tcW w:type="dxa" w:w="2880"/>
          </w:tcPr>
          <w:p>
            <w:r>
              <w:t>1</w:t>
            </w:r>
          </w:p>
        </w:tc>
      </w:tr>
      <w:tr>
        <w:tc>
          <w:tcPr>
            <w:tcW w:type="dxa" w:w="2880"/>
          </w:tcPr>
          <w:p>
            <w:r>
              <w:t>La Vega</w:t>
            </w:r>
          </w:p>
        </w:tc>
        <w:tc>
          <w:tcPr>
            <w:tcW w:type="dxa" w:w="2880"/>
          </w:tcPr>
          <w:p>
            <w:r>
              <w:t>week of 2026-08-31</w:t>
            </w:r>
          </w:p>
        </w:tc>
        <w:tc>
          <w:tcPr>
            <w:tcW w:type="dxa" w:w="2880"/>
          </w:tcPr>
          <w:p>
            <w:r>
              <w:t>6</w:t>
            </w:r>
          </w:p>
        </w:tc>
      </w:tr>
      <w:tr>
        <w:tc>
          <w:tcPr>
            <w:tcW w:type="dxa" w:w="2880"/>
          </w:tcPr>
          <w:p>
            <w:r>
              <w:t>El Cerro</w:t>
            </w:r>
          </w:p>
        </w:tc>
        <w:tc>
          <w:tcPr>
            <w:tcW w:type="dxa" w:w="2880"/>
          </w:tcPr>
          <w:p>
            <w:r>
              <w:t>week of 2026-08-24</w:t>
            </w:r>
          </w:p>
        </w:tc>
        <w:tc>
          <w:tcPr>
            <w:tcW w:type="dxa" w:w="2880"/>
          </w:tcPr>
          <w:p>
            <w:r>
              <w:t>38</w:t>
            </w:r>
          </w:p>
        </w:tc>
      </w:tr>
      <w:tr>
        <w:tc>
          <w:tcPr>
            <w:tcW w:type="dxa" w:w="2880"/>
          </w:tcPr>
          <w:p>
            <w:r>
              <w:t>El Cerro</w:t>
            </w:r>
          </w:p>
        </w:tc>
        <w:tc>
          <w:tcPr>
            <w:tcW w:type="dxa" w:w="2880"/>
          </w:tcPr>
          <w:p>
            <w:r>
              <w:t>week of 2026-08-31</w:t>
            </w:r>
          </w:p>
        </w:tc>
        <w:tc>
          <w:tcPr>
            <w:tcW w:type="dxa" w:w="2880"/>
          </w:tcPr>
          <w:p>
            <w:r>
              <w:t>34</w:t>
            </w:r>
          </w:p>
        </w:tc>
      </w:tr>
      <w:tr>
        <w:tc>
          <w:tcPr>
            <w:tcW w:type="dxa" w:w="2880"/>
          </w:tcPr>
          <w:p>
            <w:r>
              <w:t>Las Flores</w:t>
            </w:r>
          </w:p>
        </w:tc>
        <w:tc>
          <w:tcPr>
            <w:tcW w:type="dxa" w:w="2880"/>
          </w:tcPr>
          <w:p>
            <w:r>
              <w:t>week of 2026-08-24</w:t>
            </w:r>
          </w:p>
        </w:tc>
        <w:tc>
          <w:tcPr>
            <w:tcW w:type="dxa" w:w="2880"/>
          </w:tcPr>
          <w:p>
            <w:r>
              <w:t>5</w:t>
            </w:r>
          </w:p>
        </w:tc>
      </w:tr>
      <w:tr>
        <w:tc>
          <w:tcPr>
            <w:tcW w:type="dxa" w:w="2880"/>
          </w:tcPr>
          <w:p>
            <w:r>
              <w:t>Las Flores</w:t>
            </w:r>
          </w:p>
        </w:tc>
        <w:tc>
          <w:tcPr>
            <w:tcW w:type="dxa" w:w="2880"/>
          </w:tcPr>
          <w:p>
            <w:r>
              <w:t>week of 2026-08-31</w:t>
            </w:r>
          </w:p>
        </w:tc>
        <w:tc>
          <w:tcPr>
            <w:tcW w:type="dxa" w:w="2880"/>
          </w:tcPr>
          <w:p>
            <w:r>
              <w:t>8</w:t>
            </w:r>
          </w:p>
        </w:tc>
      </w:tr>
      <w:tr>
        <w:tc>
          <w:tcPr>
            <w:tcW w:type="dxa" w:w="2880"/>
          </w:tcPr>
          <w:p>
            <w:r>
              <w:t>El Mercado</w:t>
            </w:r>
          </w:p>
        </w:tc>
        <w:tc>
          <w:tcPr>
            <w:tcW w:type="dxa" w:w="2880"/>
          </w:tcPr>
          <w:p>
            <w:r>
              <w:t>week of 2026-08-24</w:t>
            </w:r>
          </w:p>
        </w:tc>
        <w:tc>
          <w:tcPr>
            <w:tcW w:type="dxa" w:w="2880"/>
          </w:tcPr>
          <w:p>
            <w:r>
              <w:t>8</w:t>
            </w:r>
          </w:p>
        </w:tc>
      </w:tr>
      <w:tr>
        <w:tc>
          <w:tcPr>
            <w:tcW w:type="dxa" w:w="2880"/>
          </w:tcPr>
          <w:p>
            <w:r>
              <w:t>El Mercado</w:t>
            </w:r>
          </w:p>
        </w:tc>
        <w:tc>
          <w:tcPr>
            <w:tcW w:type="dxa" w:w="2880"/>
          </w:tcPr>
          <w:p>
            <w:r>
              <w:t>week of 2026-08-31</w:t>
            </w:r>
          </w:p>
        </w:tc>
        <w:tc>
          <w:tcPr>
            <w:tcW w:type="dxa" w:w="2880"/>
          </w:tcPr>
          <w:p>
            <w:r>
              <w:t>6</w:t>
            </w:r>
          </w:p>
        </w:tc>
      </w:tr>
      <w:tr>
        <w:tc>
          <w:tcPr>
            <w:tcW w:type="dxa" w:w="2880"/>
          </w:tcPr>
          <w:p>
            <w:r>
              <w:t>La Ribera</w:t>
            </w:r>
          </w:p>
        </w:tc>
        <w:tc>
          <w:tcPr>
            <w:tcW w:type="dxa" w:w="2880"/>
          </w:tcPr>
          <w:p>
            <w:r>
              <w:t>week of 2026-08-24</w:t>
            </w:r>
          </w:p>
        </w:tc>
        <w:tc>
          <w:tcPr>
            <w:tcW w:type="dxa" w:w="2880"/>
          </w:tcPr>
          <w:p>
            <w:r>
              <w:t>12</w:t>
            </w:r>
          </w:p>
        </w:tc>
      </w:tr>
      <w:tr>
        <w:tc>
          <w:tcPr>
            <w:tcW w:type="dxa" w:w="2880"/>
          </w:tcPr>
          <w:p>
            <w:r>
              <w:t>La Ribera</w:t>
            </w:r>
          </w:p>
        </w:tc>
        <w:tc>
          <w:tcPr>
            <w:tcW w:type="dxa" w:w="2880"/>
          </w:tcPr>
          <w:p>
            <w:r>
              <w:t>week of 2026-08-31</w:t>
            </w:r>
          </w:p>
        </w:tc>
        <w:tc>
          <w:tcPr>
            <w:tcW w:type="dxa" w:w="2880"/>
          </w:tcPr>
          <w:p>
            <w:r>
              <w:t>14</w:t>
            </w:r>
          </w:p>
        </w:tc>
      </w:tr>
      <w:tr>
        <w:tc>
          <w:tcPr>
            <w:tcW w:type="dxa" w:w="2880"/>
          </w:tcPr>
          <w:p>
            <w:r>
              <w:t>Las Acacias</w:t>
            </w:r>
          </w:p>
        </w:tc>
        <w:tc>
          <w:tcPr>
            <w:tcW w:type="dxa" w:w="2880"/>
          </w:tcPr>
          <w:p>
            <w:r>
              <w:t>week of 2026-08-24</w:t>
            </w:r>
          </w:p>
        </w:tc>
        <w:tc>
          <w:tcPr>
            <w:tcW w:type="dxa" w:w="2880"/>
          </w:tcPr>
          <w:p>
            <w:r>
              <w:t>26</w:t>
            </w:r>
          </w:p>
        </w:tc>
      </w:tr>
      <w:tr>
        <w:tc>
          <w:tcPr>
            <w:tcW w:type="dxa" w:w="2880"/>
          </w:tcPr>
          <w:p>
            <w:r>
              <w:t>Las Acacias</w:t>
            </w:r>
          </w:p>
        </w:tc>
        <w:tc>
          <w:tcPr>
            <w:tcW w:type="dxa" w:w="2880"/>
          </w:tcPr>
          <w:p>
            <w:r>
              <w:t>week of 2026-08-31</w:t>
            </w:r>
          </w:p>
        </w:tc>
        <w:tc>
          <w:tcPr>
            <w:tcW w:type="dxa" w:w="2880"/>
          </w:tcPr>
          <w:p>
            <w:r>
              <w:t>28</w:t>
            </w:r>
          </w:p>
        </w:tc>
      </w:tr>
      <w:tr>
        <w:tc>
          <w:tcPr>
            <w:tcW w:type="dxa" w:w="2880"/>
          </w:tcPr>
          <w:p>
            <w:r>
              <w:t>El Molino</w:t>
            </w:r>
          </w:p>
        </w:tc>
        <w:tc>
          <w:tcPr>
            <w:tcW w:type="dxa" w:w="2880"/>
          </w:tcPr>
          <w:p>
            <w:r>
              <w:t>week of 2026-08-24</w:t>
            </w:r>
          </w:p>
        </w:tc>
        <w:tc>
          <w:tcPr>
            <w:tcW w:type="dxa" w:w="2880"/>
          </w:tcPr>
          <w:p>
            <w:r>
              <w:t>7</w:t>
            </w:r>
          </w:p>
        </w:tc>
      </w:tr>
      <w:tr>
        <w:tc>
          <w:tcPr>
            <w:tcW w:type="dxa" w:w="2880"/>
          </w:tcPr>
          <w:p>
            <w:r>
              <w:t>El Molino</w:t>
            </w:r>
          </w:p>
        </w:tc>
        <w:tc>
          <w:tcPr>
            <w:tcW w:type="dxa" w:w="2880"/>
          </w:tcPr>
          <w:p>
            <w:r>
              <w:t>week of 2026-08-31</w:t>
            </w:r>
          </w:p>
        </w:tc>
        <w:tc>
          <w:tcPr>
            <w:tcW w:type="dxa" w:w="2880"/>
          </w:tcPr>
          <w:p>
            <w:r>
              <w:t>8</w:t>
            </w:r>
          </w:p>
        </w:tc>
      </w:tr>
      <w:tr>
        <w:tc>
          <w:tcPr>
            <w:tcW w:type="dxa" w:w="2880"/>
          </w:tcPr>
          <w:p>
            <w:r>
              <w:t>El Puerto Viejo</w:t>
            </w:r>
          </w:p>
        </w:tc>
        <w:tc>
          <w:tcPr>
            <w:tcW w:type="dxa" w:w="2880"/>
          </w:tcPr>
          <w:p>
            <w:r>
              <w:t>week of 2026-08-24</w:t>
            </w:r>
          </w:p>
        </w:tc>
        <w:tc>
          <w:tcPr>
            <w:tcW w:type="dxa" w:w="2880"/>
          </w:tcPr>
          <w:p>
            <w:r>
              <w:t>9</w:t>
            </w:r>
          </w:p>
        </w:tc>
      </w:tr>
      <w:tr>
        <w:tc>
          <w:tcPr>
            <w:tcW w:type="dxa" w:w="2880"/>
          </w:tcPr>
          <w:p>
            <w:r>
              <w:t>El Puerto Viejo</w:t>
            </w:r>
          </w:p>
        </w:tc>
        <w:tc>
          <w:tcPr>
            <w:tcW w:type="dxa" w:w="2880"/>
          </w:tcPr>
          <w:p>
            <w:r>
              <w:t>week of 2026-08-31</w:t>
            </w:r>
          </w:p>
        </w:tc>
        <w:tc>
          <w:tcPr>
            <w:tcW w:type="dxa" w:w="2880"/>
          </w:tcPr>
          <w:p>
            <w:r>
              <w:t>10</w:t>
            </w:r>
          </w:p>
        </w:tc>
      </w:tr>
      <w:tr>
        <w:tc>
          <w:tcPr>
            <w:tcW w:type="dxa" w:w="2880"/>
          </w:tcPr>
          <w:p>
            <w:r>
              <w:t>La Alameda</w:t>
            </w:r>
          </w:p>
        </w:tc>
        <w:tc>
          <w:tcPr>
            <w:tcW w:type="dxa" w:w="2880"/>
          </w:tcPr>
          <w:p>
            <w:r>
              <w:t>week of 2026-08-24</w:t>
            </w:r>
          </w:p>
        </w:tc>
        <w:tc>
          <w:tcPr>
            <w:tcW w:type="dxa" w:w="2880"/>
          </w:tcPr>
          <w:p>
            <w:r>
              <w:t>8</w:t>
            </w:r>
          </w:p>
        </w:tc>
      </w:tr>
      <w:tr>
        <w:tc>
          <w:tcPr>
            <w:tcW w:type="dxa" w:w="2880"/>
          </w:tcPr>
          <w:p>
            <w:r>
              <w:t>La Alameda</w:t>
            </w:r>
          </w:p>
        </w:tc>
        <w:tc>
          <w:tcPr>
            <w:tcW w:type="dxa" w:w="2880"/>
          </w:tcPr>
          <w:p>
            <w:r>
              <w:t>week of 2026-08-31</w:t>
            </w:r>
          </w:p>
        </w:tc>
        <w:tc>
          <w:tcPr>
            <w:tcW w:type="dxa" w:w="2880"/>
          </w:tcPr>
          <w:p>
            <w:r>
              <w:t>9</w:t>
            </w:r>
          </w:p>
        </w:tc>
      </w:tr>
    </w:tbl>
    <w:p/>
    <w:p>
      <w:pPr>
        <w:pStyle w:val="Heading2"/>
      </w:pPr>
      <w:r>
        <w:t>Figure 78. Period change: Dropped calls (week of 2026-08-24 to week of 2026-08-31) [201]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-1.698</w:t>
            </w:r>
          </w:p>
        </w:tc>
        <w:tc>
          <w:tcPr>
            <w:tcW w:type="dxa" w:w="2880"/>
          </w:tcPr>
          <w:p>
            <w:r>
              <w:t>-0.9305</w:t>
            </w:r>
          </w:p>
        </w:tc>
        <w:tc>
          <w:tcPr>
            <w:tcW w:type="dxa" w:w="2880"/>
          </w:tcPr>
          <w:p>
            <w:r>
              <w:t>1</w:t>
            </w:r>
          </w:p>
        </w:tc>
      </w:tr>
      <w:tr>
        <w:tc>
          <w:tcPr>
            <w:tcW w:type="dxa" w:w="2880"/>
          </w:tcPr>
          <w:p>
            <w:r>
              <w:t>-0.9305</w:t>
            </w:r>
          </w:p>
        </w:tc>
        <w:tc>
          <w:tcPr>
            <w:tcW w:type="dxa" w:w="2880"/>
          </w:tcPr>
          <w:p>
            <w:r>
              <w:t>-0.1634</w:t>
            </w:r>
          </w:p>
        </w:tc>
        <w:tc>
          <w:tcPr>
            <w:tcW w:type="dxa" w:w="2880"/>
          </w:tcPr>
          <w:p>
            <w:r>
              <w:t>2</w:t>
            </w:r>
          </w:p>
        </w:tc>
      </w:tr>
      <w:tr>
        <w:tc>
          <w:tcPr>
            <w:tcW w:type="dxa" w:w="2880"/>
          </w:tcPr>
          <w:p>
            <w:r>
              <w:t>-0.1634</w:t>
            </w:r>
          </w:p>
        </w:tc>
        <w:tc>
          <w:tcPr>
            <w:tcW w:type="dxa" w:w="2880"/>
          </w:tcPr>
          <w:p>
            <w:r>
              <w:t>0.6038</w:t>
            </w:r>
          </w:p>
        </w:tc>
        <w:tc>
          <w:tcPr>
            <w:tcW w:type="dxa" w:w="2880"/>
          </w:tcPr>
          <w:p>
            <w:r>
              <w:t>6</w:t>
            </w:r>
          </w:p>
        </w:tc>
      </w:tr>
      <w:tr>
        <w:tc>
          <w:tcPr>
            <w:tcW w:type="dxa" w:w="2880"/>
          </w:tcPr>
          <w:p>
            <w:r>
              <w:t>0.6038</w:t>
            </w:r>
          </w:p>
        </w:tc>
        <w:tc>
          <w:tcPr>
            <w:tcW w:type="dxa" w:w="2880"/>
          </w:tcPr>
          <w:p>
            <w:r>
              <w:t>1.371</w:t>
            </w:r>
          </w:p>
        </w:tc>
        <w:tc>
          <w:tcPr>
            <w:tcW w:type="dxa" w:w="2880"/>
          </w:tcPr>
          <w:p>
            <w:r>
              <w:t>3</w:t>
            </w:r>
          </w:p>
        </w:tc>
      </w:tr>
      <w:tr>
        <w:tc>
          <w:tcPr>
            <w:tcW w:type="dxa" w:w="2880"/>
          </w:tcPr>
          <w:p>
            <w:r>
              <w:t>1.371</w:t>
            </w:r>
          </w:p>
        </w:tc>
        <w:tc>
          <w:tcPr>
            <w:tcW w:type="dxa" w:w="2880"/>
          </w:tcPr>
          <w:p>
            <w:r>
              <w:t>2.138</w:t>
            </w:r>
          </w:p>
        </w:tc>
        <w:tc>
          <w:tcPr>
            <w:tcW w:type="dxa" w:w="2880"/>
          </w:tcPr>
          <w:p>
            <w:r>
              <w:t>4</w:t>
            </w:r>
          </w:p>
        </w:tc>
      </w:tr>
    </w:tbl>
    <w:p/>
    <w:p>
      <w:pPr>
        <w:pStyle w:val="Heading2"/>
      </w:pPr>
      <w:r>
        <w:t>Figure 79. Coverage complaints: count per week [202]</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2026-02-23</w:t>
            </w:r>
          </w:p>
        </w:tc>
        <w:tc>
          <w:tcPr>
            <w:tcW w:type="dxa" w:w="4320"/>
          </w:tcPr>
          <w:p>
            <w:r>
              <w:t>4</w:t>
            </w:r>
          </w:p>
        </w:tc>
      </w:tr>
      <w:tr>
        <w:tc>
          <w:tcPr>
            <w:tcW w:type="dxa" w:w="4320"/>
          </w:tcPr>
          <w:p>
            <w:r>
              <w:t>2026-03-02</w:t>
            </w:r>
          </w:p>
        </w:tc>
        <w:tc>
          <w:tcPr>
            <w:tcW w:type="dxa" w:w="4320"/>
          </w:tcPr>
          <w:p>
            <w:r>
              <w:t>11</w:t>
            </w:r>
          </w:p>
        </w:tc>
      </w:tr>
      <w:tr>
        <w:tc>
          <w:tcPr>
            <w:tcW w:type="dxa" w:w="4320"/>
          </w:tcPr>
          <w:p>
            <w:r>
              <w:t>2026-03-09</w:t>
            </w:r>
          </w:p>
        </w:tc>
        <w:tc>
          <w:tcPr>
            <w:tcW w:type="dxa" w:w="4320"/>
          </w:tcPr>
          <w:p>
            <w:r>
              <w:t>14</w:t>
            </w:r>
          </w:p>
        </w:tc>
      </w:tr>
      <w:tr>
        <w:tc>
          <w:tcPr>
            <w:tcW w:type="dxa" w:w="4320"/>
          </w:tcPr>
          <w:p>
            <w:r>
              <w:t>2026-03-16</w:t>
            </w:r>
          </w:p>
        </w:tc>
        <w:tc>
          <w:tcPr>
            <w:tcW w:type="dxa" w:w="4320"/>
          </w:tcPr>
          <w:p>
            <w:r>
              <w:t>12</w:t>
            </w:r>
          </w:p>
        </w:tc>
      </w:tr>
      <w:tr>
        <w:tc>
          <w:tcPr>
            <w:tcW w:type="dxa" w:w="4320"/>
          </w:tcPr>
          <w:p>
            <w:r>
              <w:t>2026-03-23</w:t>
            </w:r>
          </w:p>
        </w:tc>
        <w:tc>
          <w:tcPr>
            <w:tcW w:type="dxa" w:w="4320"/>
          </w:tcPr>
          <w:p>
            <w:r>
              <w:t>14</w:t>
            </w:r>
          </w:p>
        </w:tc>
      </w:tr>
      <w:tr>
        <w:tc>
          <w:tcPr>
            <w:tcW w:type="dxa" w:w="4320"/>
          </w:tcPr>
          <w:p>
            <w:r>
              <w:t>2026-03-30</w:t>
            </w:r>
          </w:p>
        </w:tc>
        <w:tc>
          <w:tcPr>
            <w:tcW w:type="dxa" w:w="4320"/>
          </w:tcPr>
          <w:p>
            <w:r>
              <w:t>13</w:t>
            </w:r>
          </w:p>
        </w:tc>
      </w:tr>
      <w:tr>
        <w:tc>
          <w:tcPr>
            <w:tcW w:type="dxa" w:w="4320"/>
          </w:tcPr>
          <w:p>
            <w:r>
              <w:t>2026-04-06</w:t>
            </w:r>
          </w:p>
        </w:tc>
        <w:tc>
          <w:tcPr>
            <w:tcW w:type="dxa" w:w="4320"/>
          </w:tcPr>
          <w:p>
            <w:r>
              <w:t>16</w:t>
            </w:r>
          </w:p>
        </w:tc>
      </w:tr>
      <w:tr>
        <w:tc>
          <w:tcPr>
            <w:tcW w:type="dxa" w:w="4320"/>
          </w:tcPr>
          <w:p>
            <w:r>
              <w:t>2026-04-13</w:t>
            </w:r>
          </w:p>
        </w:tc>
        <w:tc>
          <w:tcPr>
            <w:tcW w:type="dxa" w:w="4320"/>
          </w:tcPr>
          <w:p>
            <w:r>
              <w:t>11</w:t>
            </w:r>
          </w:p>
        </w:tc>
      </w:tr>
      <w:tr>
        <w:tc>
          <w:tcPr>
            <w:tcW w:type="dxa" w:w="4320"/>
          </w:tcPr>
          <w:p>
            <w:r>
              <w:t>2026-04-20</w:t>
            </w:r>
          </w:p>
        </w:tc>
        <w:tc>
          <w:tcPr>
            <w:tcW w:type="dxa" w:w="4320"/>
          </w:tcPr>
          <w:p>
            <w:r>
              <w:t>15</w:t>
            </w:r>
          </w:p>
        </w:tc>
      </w:tr>
      <w:tr>
        <w:tc>
          <w:tcPr>
            <w:tcW w:type="dxa" w:w="4320"/>
          </w:tcPr>
          <w:p>
            <w:r>
              <w:t>2026-04-27</w:t>
            </w:r>
          </w:p>
        </w:tc>
        <w:tc>
          <w:tcPr>
            <w:tcW w:type="dxa" w:w="4320"/>
          </w:tcPr>
          <w:p>
            <w:r>
              <w:t>10</w:t>
            </w:r>
          </w:p>
        </w:tc>
      </w:tr>
      <w:tr>
        <w:tc>
          <w:tcPr>
            <w:tcW w:type="dxa" w:w="4320"/>
          </w:tcPr>
          <w:p>
            <w:r>
              <w:t>2026-05-04</w:t>
            </w:r>
          </w:p>
        </w:tc>
        <w:tc>
          <w:tcPr>
            <w:tcW w:type="dxa" w:w="4320"/>
          </w:tcPr>
          <w:p>
            <w:r>
              <w:t>11</w:t>
            </w:r>
          </w:p>
        </w:tc>
      </w:tr>
      <w:tr>
        <w:tc>
          <w:tcPr>
            <w:tcW w:type="dxa" w:w="4320"/>
          </w:tcPr>
          <w:p>
            <w:r>
              <w:t>2026-05-11</w:t>
            </w:r>
          </w:p>
        </w:tc>
        <w:tc>
          <w:tcPr>
            <w:tcW w:type="dxa" w:w="4320"/>
          </w:tcPr>
          <w:p>
            <w:r>
              <w:t>18</w:t>
            </w:r>
          </w:p>
        </w:tc>
      </w:tr>
      <w:tr>
        <w:tc>
          <w:tcPr>
            <w:tcW w:type="dxa" w:w="4320"/>
          </w:tcPr>
          <w:p>
            <w:r>
              <w:t>2026-05-18</w:t>
            </w:r>
          </w:p>
        </w:tc>
        <w:tc>
          <w:tcPr>
            <w:tcW w:type="dxa" w:w="4320"/>
          </w:tcPr>
          <w:p>
            <w:r>
              <w:t>17</w:t>
            </w:r>
          </w:p>
        </w:tc>
      </w:tr>
      <w:tr>
        <w:tc>
          <w:tcPr>
            <w:tcW w:type="dxa" w:w="4320"/>
          </w:tcPr>
          <w:p>
            <w:r>
              <w:t>2026-05-25</w:t>
            </w:r>
          </w:p>
        </w:tc>
        <w:tc>
          <w:tcPr>
            <w:tcW w:type="dxa" w:w="4320"/>
          </w:tcPr>
          <w:p>
            <w:r>
              <w:t>11</w:t>
            </w:r>
          </w:p>
        </w:tc>
      </w:tr>
      <w:tr>
        <w:tc>
          <w:tcPr>
            <w:tcW w:type="dxa" w:w="4320"/>
          </w:tcPr>
          <w:p>
            <w:r>
              <w:t>2026-06-01</w:t>
            </w:r>
          </w:p>
        </w:tc>
        <w:tc>
          <w:tcPr>
            <w:tcW w:type="dxa" w:w="4320"/>
          </w:tcPr>
          <w:p>
            <w:r>
              <w:t>8</w:t>
            </w:r>
          </w:p>
        </w:tc>
      </w:tr>
      <w:tr>
        <w:tc>
          <w:tcPr>
            <w:tcW w:type="dxa" w:w="4320"/>
          </w:tcPr>
          <w:p>
            <w:r>
              <w:t>2026-06-08</w:t>
            </w:r>
          </w:p>
        </w:tc>
        <w:tc>
          <w:tcPr>
            <w:tcW w:type="dxa" w:w="4320"/>
          </w:tcPr>
          <w:p>
            <w:r>
              <w:t>13</w:t>
            </w:r>
          </w:p>
        </w:tc>
      </w:tr>
      <w:tr>
        <w:tc>
          <w:tcPr>
            <w:tcW w:type="dxa" w:w="4320"/>
          </w:tcPr>
          <w:p>
            <w:r>
              <w:t>2026-06-15</w:t>
            </w:r>
          </w:p>
        </w:tc>
        <w:tc>
          <w:tcPr>
            <w:tcW w:type="dxa" w:w="4320"/>
          </w:tcPr>
          <w:p>
            <w:r>
              <w:t>16</w:t>
            </w:r>
          </w:p>
        </w:tc>
      </w:tr>
      <w:tr>
        <w:tc>
          <w:tcPr>
            <w:tcW w:type="dxa" w:w="4320"/>
          </w:tcPr>
          <w:p>
            <w:r>
              <w:t>2026-06-22</w:t>
            </w:r>
          </w:p>
        </w:tc>
        <w:tc>
          <w:tcPr>
            <w:tcW w:type="dxa" w:w="4320"/>
          </w:tcPr>
          <w:p>
            <w:r>
              <w:t>15</w:t>
            </w:r>
          </w:p>
        </w:tc>
      </w:tr>
      <w:tr>
        <w:tc>
          <w:tcPr>
            <w:tcW w:type="dxa" w:w="4320"/>
          </w:tcPr>
          <w:p>
            <w:r>
              <w:t>2026-06-29</w:t>
            </w:r>
          </w:p>
        </w:tc>
        <w:tc>
          <w:tcPr>
            <w:tcW w:type="dxa" w:w="4320"/>
          </w:tcPr>
          <w:p>
            <w:r>
              <w:t>11</w:t>
            </w:r>
          </w:p>
        </w:tc>
      </w:tr>
      <w:tr>
        <w:tc>
          <w:tcPr>
            <w:tcW w:type="dxa" w:w="4320"/>
          </w:tcPr>
          <w:p>
            <w:r>
              <w:t>2026-07-06</w:t>
            </w:r>
          </w:p>
        </w:tc>
        <w:tc>
          <w:tcPr>
            <w:tcW w:type="dxa" w:w="4320"/>
          </w:tcPr>
          <w:p>
            <w:r>
              <w:t>18</w:t>
            </w:r>
          </w:p>
        </w:tc>
      </w:tr>
      <w:tr>
        <w:tc>
          <w:tcPr>
            <w:tcW w:type="dxa" w:w="4320"/>
          </w:tcPr>
          <w:p>
            <w:r>
              <w:t>2026-07-13</w:t>
            </w:r>
          </w:p>
        </w:tc>
        <w:tc>
          <w:tcPr>
            <w:tcW w:type="dxa" w:w="4320"/>
          </w:tcPr>
          <w:p>
            <w:r>
              <w:t>13</w:t>
            </w:r>
          </w:p>
        </w:tc>
      </w:tr>
      <w:tr>
        <w:tc>
          <w:tcPr>
            <w:tcW w:type="dxa" w:w="4320"/>
          </w:tcPr>
          <w:p>
            <w:r>
              <w:t>2026-07-20</w:t>
            </w:r>
          </w:p>
        </w:tc>
        <w:tc>
          <w:tcPr>
            <w:tcW w:type="dxa" w:w="4320"/>
          </w:tcPr>
          <w:p>
            <w:r>
              <w:t>13</w:t>
            </w:r>
          </w:p>
        </w:tc>
      </w:tr>
      <w:tr>
        <w:tc>
          <w:tcPr>
            <w:tcW w:type="dxa" w:w="4320"/>
          </w:tcPr>
          <w:p>
            <w:r>
              <w:t>2026-07-27</w:t>
            </w:r>
          </w:p>
        </w:tc>
        <w:tc>
          <w:tcPr>
            <w:tcW w:type="dxa" w:w="4320"/>
          </w:tcPr>
          <w:p>
            <w:r>
              <w:t>16</w:t>
            </w:r>
          </w:p>
        </w:tc>
      </w:tr>
      <w:tr>
        <w:tc>
          <w:tcPr>
            <w:tcW w:type="dxa" w:w="4320"/>
          </w:tcPr>
          <w:p>
            <w:r>
              <w:t>2026-08-03</w:t>
            </w:r>
          </w:p>
        </w:tc>
        <w:tc>
          <w:tcPr>
            <w:tcW w:type="dxa" w:w="4320"/>
          </w:tcPr>
          <w:p>
            <w:r>
              <w:t>14</w:t>
            </w:r>
          </w:p>
        </w:tc>
      </w:tr>
      <w:tr>
        <w:tc>
          <w:tcPr>
            <w:tcW w:type="dxa" w:w="4320"/>
          </w:tcPr>
          <w:p>
            <w:r>
              <w:t>2026-08-10</w:t>
            </w:r>
          </w:p>
        </w:tc>
        <w:tc>
          <w:tcPr>
            <w:tcW w:type="dxa" w:w="4320"/>
          </w:tcPr>
          <w:p>
            <w:r>
              <w:t>9</w:t>
            </w:r>
          </w:p>
        </w:tc>
      </w:tr>
      <w:tr>
        <w:tc>
          <w:tcPr>
            <w:tcW w:type="dxa" w:w="4320"/>
          </w:tcPr>
          <w:p>
            <w:r>
              <w:t>2026-08-17</w:t>
            </w:r>
          </w:p>
        </w:tc>
        <w:tc>
          <w:tcPr>
            <w:tcW w:type="dxa" w:w="4320"/>
          </w:tcPr>
          <w:p>
            <w:r>
              <w:t>17</w:t>
            </w:r>
          </w:p>
        </w:tc>
      </w:tr>
      <w:tr>
        <w:tc>
          <w:tcPr>
            <w:tcW w:type="dxa" w:w="4320"/>
          </w:tcPr>
          <w:p>
            <w:r>
              <w:t>2026-08-24</w:t>
            </w:r>
          </w:p>
        </w:tc>
        <w:tc>
          <w:tcPr>
            <w:tcW w:type="dxa" w:w="4320"/>
          </w:tcPr>
          <w:p>
            <w:r>
              <w:t>19</w:t>
            </w:r>
          </w:p>
        </w:tc>
      </w:tr>
      <w:tr>
        <w:tc>
          <w:tcPr>
            <w:tcW w:type="dxa" w:w="4320"/>
          </w:tcPr>
          <w:p>
            <w:r>
              <w:t>2026-08-31</w:t>
            </w:r>
          </w:p>
        </w:tc>
        <w:tc>
          <w:tcPr>
            <w:tcW w:type="dxa" w:w="4320"/>
          </w:tcPr>
          <w:p>
            <w:r>
              <w:t>15</w:t>
            </w:r>
          </w:p>
        </w:tc>
      </w:tr>
      <w:tr>
        <w:tc>
          <w:tcPr>
            <w:tcW w:type="dxa" w:w="4320"/>
          </w:tcPr>
          <w:p>
            <w:r>
              <w:t>2026-09-07</w:t>
            </w:r>
          </w:p>
        </w:tc>
        <w:tc>
          <w:tcPr>
            <w:tcW w:type="dxa" w:w="4320"/>
          </w:tcPr>
          <w:p>
            <w:r>
              <w:t>10</w:t>
            </w:r>
          </w:p>
        </w:tc>
      </w:tr>
      <w:tr>
        <w:tc>
          <w:tcPr>
            <w:tcW w:type="dxa" w:w="4320"/>
          </w:tcPr>
          <w:p>
            <w:r>
              <w:t>2026-09-14</w:t>
            </w:r>
          </w:p>
        </w:tc>
        <w:tc>
          <w:tcPr>
            <w:tcW w:type="dxa" w:w="4320"/>
          </w:tcPr>
          <w:p>
            <w:r>
              <w:t>16</w:t>
            </w:r>
          </w:p>
        </w:tc>
      </w:tr>
      <w:tr>
        <w:tc>
          <w:tcPr>
            <w:tcW w:type="dxa" w:w="4320"/>
          </w:tcPr>
          <w:p>
            <w:r>
              <w:t>2026-09-21</w:t>
            </w:r>
          </w:p>
        </w:tc>
        <w:tc>
          <w:tcPr>
            <w:tcW w:type="dxa" w:w="4320"/>
          </w:tcPr>
          <w:p>
            <w:r>
              <w:t>13</w:t>
            </w:r>
          </w:p>
        </w:tc>
      </w:tr>
      <w:tr>
        <w:tc>
          <w:tcPr>
            <w:tcW w:type="dxa" w:w="4320"/>
          </w:tcPr>
          <w:p>
            <w:r>
              <w:t>2026-09-28</w:t>
            </w:r>
          </w:p>
        </w:tc>
        <w:tc>
          <w:tcPr>
            <w:tcW w:type="dxa" w:w="4320"/>
          </w:tcPr>
          <w:p>
            <w:r>
              <w:t>7</w:t>
            </w:r>
          </w:p>
        </w:tc>
      </w:tr>
    </w:tbl>
    <w:p/>
    <w:p>
      <w:pPr>
        <w:pStyle w:val="Heading2"/>
      </w:pPr>
      <w:r>
        <w:t>Figure 80. Coverage complaints: week of 2026-08-10 to week of 2026-08-17 by place [203]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group</w:t>
            </w:r>
          </w:p>
        </w:tc>
        <w:tc>
          <w:tcPr>
            <w:tcW w:type="dxa" w:w="2880"/>
          </w:tcPr>
          <w:p>
            <w:r>
              <w:t>period</w:t>
            </w:r>
          </w:p>
        </w:tc>
        <w:tc>
          <w:tcPr>
            <w:tcW w:type="dxa" w:w="2880"/>
          </w:tcPr>
          <w:p>
            <w:r>
              <w:t>value</w:t>
            </w:r>
          </w:p>
        </w:tc>
      </w:tr>
      <w:tr>
        <w:tc>
          <w:tcPr>
            <w:tcW w:type="dxa" w:w="2880"/>
          </w:tcPr>
          <w:p>
            <w:r>
              <w:t>El Puerto Viejo</w:t>
            </w:r>
          </w:p>
        </w:tc>
        <w:tc>
          <w:tcPr>
            <w:tcW w:type="dxa" w:w="2880"/>
          </w:tcPr>
          <w:p>
            <w:r>
              <w:t>week of 2026-08-10</w:t>
            </w:r>
          </w:p>
        </w:tc>
        <w:tc>
          <w:tcPr>
            <w:tcW w:type="dxa" w:w="2880"/>
          </w:tcPr>
          <w:p>
            <w:r>
              <w:t>0</w:t>
            </w:r>
          </w:p>
        </w:tc>
      </w:tr>
      <w:tr>
        <w:tc>
          <w:tcPr>
            <w:tcW w:type="dxa" w:w="2880"/>
          </w:tcPr>
          <w:p>
            <w:r>
              <w:t>El Puerto Viejo</w:t>
            </w:r>
          </w:p>
        </w:tc>
        <w:tc>
          <w:tcPr>
            <w:tcW w:type="dxa" w:w="2880"/>
          </w:tcPr>
          <w:p>
            <w:r>
              <w:t>week of 2026-08-17</w:t>
            </w:r>
          </w:p>
        </w:tc>
        <w:tc>
          <w:tcPr>
            <w:tcW w:type="dxa" w:w="2880"/>
          </w:tcPr>
          <w:p>
            <w:r>
              <w:t>3</w:t>
            </w:r>
          </w:p>
        </w:tc>
      </w:tr>
      <w:tr>
        <w:tc>
          <w:tcPr>
            <w:tcW w:type="dxa" w:w="2880"/>
          </w:tcPr>
          <w:p>
            <w:r>
              <w:t>Los Olivos</w:t>
            </w:r>
          </w:p>
        </w:tc>
        <w:tc>
          <w:tcPr>
            <w:tcW w:type="dxa" w:w="2880"/>
          </w:tcPr>
          <w:p>
            <w:r>
              <w:t>week of 2026-08-10</w:t>
            </w:r>
          </w:p>
        </w:tc>
        <w:tc>
          <w:tcPr>
            <w:tcW w:type="dxa" w:w="2880"/>
          </w:tcPr>
          <w:p>
            <w:r>
              <w:t>1</w:t>
            </w:r>
          </w:p>
        </w:tc>
      </w:tr>
      <w:tr>
        <w:tc>
          <w:tcPr>
            <w:tcW w:type="dxa" w:w="2880"/>
          </w:tcPr>
          <w:p>
            <w:r>
              <w:t>Los Olivos</w:t>
            </w:r>
          </w:p>
        </w:tc>
        <w:tc>
          <w:tcPr>
            <w:tcW w:type="dxa" w:w="2880"/>
          </w:tcPr>
          <w:p>
            <w:r>
              <w:t>week of 2026-08-17</w:t>
            </w:r>
          </w:p>
        </w:tc>
        <w:tc>
          <w:tcPr>
            <w:tcW w:type="dxa" w:w="2880"/>
          </w:tcPr>
          <w:p>
            <w:r>
              <w:t>4</w:t>
            </w:r>
          </w:p>
        </w:tc>
      </w:tr>
      <w:tr>
        <w:tc>
          <w:tcPr>
            <w:tcW w:type="dxa" w:w="2880"/>
          </w:tcPr>
          <w:p>
            <w:r>
              <w:t>El Cerro</w:t>
            </w:r>
          </w:p>
        </w:tc>
        <w:tc>
          <w:tcPr>
            <w:tcW w:type="dxa" w:w="2880"/>
          </w:tcPr>
          <w:p>
            <w:r>
              <w:t>week of 2026-08-10</w:t>
            </w:r>
          </w:p>
        </w:tc>
        <w:tc>
          <w:tcPr>
            <w:tcW w:type="dxa" w:w="2880"/>
          </w:tcPr>
          <w:p>
            <w:r>
              <w:t>2</w:t>
            </w:r>
          </w:p>
        </w:tc>
      </w:tr>
      <w:tr>
        <w:tc>
          <w:tcPr>
            <w:tcW w:type="dxa" w:w="2880"/>
          </w:tcPr>
          <w:p>
            <w:r>
              <w:t>El Cerro</w:t>
            </w:r>
          </w:p>
        </w:tc>
        <w:tc>
          <w:tcPr>
            <w:tcW w:type="dxa" w:w="2880"/>
          </w:tcPr>
          <w:p>
            <w:r>
              <w:t>week of 2026-08-17</w:t>
            </w:r>
          </w:p>
        </w:tc>
        <w:tc>
          <w:tcPr>
            <w:tcW w:type="dxa" w:w="2880"/>
          </w:tcPr>
          <w:p>
            <w:r>
              <w:t>4</w:t>
            </w:r>
          </w:p>
        </w:tc>
      </w:tr>
      <w:tr>
        <w:tc>
          <w:tcPr>
            <w:tcW w:type="dxa" w:w="2880"/>
          </w:tcPr>
          <w:p>
            <w:r>
              <w:t>La Fuente</w:t>
            </w:r>
          </w:p>
        </w:tc>
        <w:tc>
          <w:tcPr>
            <w:tcW w:type="dxa" w:w="2880"/>
          </w:tcPr>
          <w:p>
            <w:r>
              <w:t>week of 2026-08-10</w:t>
            </w:r>
          </w:p>
        </w:tc>
        <w:tc>
          <w:tcPr>
            <w:tcW w:type="dxa" w:w="2880"/>
          </w:tcPr>
          <w:p>
            <w:r>
              <w:t>0</w:t>
            </w:r>
          </w:p>
        </w:tc>
      </w:tr>
      <w:tr>
        <w:tc>
          <w:tcPr>
            <w:tcW w:type="dxa" w:w="2880"/>
          </w:tcPr>
          <w:p>
            <w:r>
              <w:t>La Fuente</w:t>
            </w:r>
          </w:p>
        </w:tc>
        <w:tc>
          <w:tcPr>
            <w:tcW w:type="dxa" w:w="2880"/>
          </w:tcPr>
          <w:p>
            <w:r>
              <w:t>week of 2026-08-17</w:t>
            </w:r>
          </w:p>
        </w:tc>
        <w:tc>
          <w:tcPr>
            <w:tcW w:type="dxa" w:w="2880"/>
          </w:tcPr>
          <w:p>
            <w:r>
              <w:t>1</w:t>
            </w:r>
          </w:p>
        </w:tc>
      </w:tr>
      <w:tr>
        <w:tc>
          <w:tcPr>
            <w:tcW w:type="dxa" w:w="2880"/>
          </w:tcPr>
          <w:p>
            <w:r>
              <w:t>La Ribera</w:t>
            </w:r>
          </w:p>
        </w:tc>
        <w:tc>
          <w:tcPr>
            <w:tcW w:type="dxa" w:w="2880"/>
          </w:tcPr>
          <w:p>
            <w:r>
              <w:t>week of 2026-08-10</w:t>
            </w:r>
          </w:p>
        </w:tc>
        <w:tc>
          <w:tcPr>
            <w:tcW w:type="dxa" w:w="2880"/>
          </w:tcPr>
          <w:p>
            <w:r>
              <w:t>2</w:t>
            </w:r>
          </w:p>
        </w:tc>
      </w:tr>
      <w:tr>
        <w:tc>
          <w:tcPr>
            <w:tcW w:type="dxa" w:w="2880"/>
          </w:tcPr>
          <w:p>
            <w:r>
              <w:t>La Ribera</w:t>
            </w:r>
          </w:p>
        </w:tc>
        <w:tc>
          <w:tcPr>
            <w:tcW w:type="dxa" w:w="2880"/>
          </w:tcPr>
          <w:p>
            <w:r>
              <w:t>week of 2026-08-17</w:t>
            </w:r>
          </w:p>
        </w:tc>
        <w:tc>
          <w:tcPr>
            <w:tcW w:type="dxa" w:w="2880"/>
          </w:tcPr>
          <w:p>
            <w:r>
              <w:t>1</w:t>
            </w:r>
          </w:p>
        </w:tc>
      </w:tr>
      <w:tr>
        <w:tc>
          <w:tcPr>
            <w:tcW w:type="dxa" w:w="2880"/>
          </w:tcPr>
          <w:p>
            <w:r>
              <w:t>Las Acacias</w:t>
            </w:r>
          </w:p>
        </w:tc>
        <w:tc>
          <w:tcPr>
            <w:tcW w:type="dxa" w:w="2880"/>
          </w:tcPr>
          <w:p>
            <w:r>
              <w:t>week of 2026-08-10</w:t>
            </w:r>
          </w:p>
        </w:tc>
        <w:tc>
          <w:tcPr>
            <w:tcW w:type="dxa" w:w="2880"/>
          </w:tcPr>
          <w:p>
            <w:r>
              <w:t>1</w:t>
            </w:r>
          </w:p>
        </w:tc>
      </w:tr>
      <w:tr>
        <w:tc>
          <w:tcPr>
            <w:tcW w:type="dxa" w:w="2880"/>
          </w:tcPr>
          <w:p>
            <w:r>
              <w:t>Las Acacias</w:t>
            </w:r>
          </w:p>
        </w:tc>
        <w:tc>
          <w:tcPr>
            <w:tcW w:type="dxa" w:w="2880"/>
          </w:tcPr>
          <w:p>
            <w:r>
              <w:t>week of 2026-08-17</w:t>
            </w:r>
          </w:p>
        </w:tc>
        <w:tc>
          <w:tcPr>
            <w:tcW w:type="dxa" w:w="2880"/>
          </w:tcPr>
          <w:p>
            <w:r>
              <w:t>0</w:t>
            </w:r>
          </w:p>
        </w:tc>
      </w:tr>
      <w:tr>
        <w:tc>
          <w:tcPr>
            <w:tcW w:type="dxa" w:w="2880"/>
          </w:tcPr>
          <w:p>
            <w:r>
              <w:t>Los Arcos</w:t>
            </w:r>
          </w:p>
        </w:tc>
        <w:tc>
          <w:tcPr>
            <w:tcW w:type="dxa" w:w="2880"/>
          </w:tcPr>
          <w:p>
            <w:r>
              <w:t>week of 2026-08-10</w:t>
            </w:r>
          </w:p>
        </w:tc>
        <w:tc>
          <w:tcPr>
            <w:tcW w:type="dxa" w:w="2880"/>
          </w:tcPr>
          <w:p>
            <w:r>
              <w:t>2</w:t>
            </w:r>
          </w:p>
        </w:tc>
      </w:tr>
      <w:tr>
        <w:tc>
          <w:tcPr>
            <w:tcW w:type="dxa" w:w="2880"/>
          </w:tcPr>
          <w:p>
            <w:r>
              <w:t>Los Arcos</w:t>
            </w:r>
          </w:p>
        </w:tc>
        <w:tc>
          <w:tcPr>
            <w:tcW w:type="dxa" w:w="2880"/>
          </w:tcPr>
          <w:p>
            <w:r>
              <w:t>week of 2026-08-17</w:t>
            </w:r>
          </w:p>
        </w:tc>
        <w:tc>
          <w:tcPr>
            <w:tcW w:type="dxa" w:w="2880"/>
          </w:tcPr>
          <w:p>
            <w:r>
              <w:t>3</w:t>
            </w:r>
          </w:p>
        </w:tc>
      </w:tr>
      <w:tr>
        <w:tc>
          <w:tcPr>
            <w:tcW w:type="dxa" w:w="2880"/>
          </w:tcPr>
          <w:p>
            <w:r>
              <w:t>Los Pinos</w:t>
            </w:r>
          </w:p>
        </w:tc>
        <w:tc>
          <w:tcPr>
            <w:tcW w:type="dxa" w:w="2880"/>
          </w:tcPr>
          <w:p>
            <w:r>
              <w:t>week of 2026-08-10</w:t>
            </w:r>
          </w:p>
        </w:tc>
        <w:tc>
          <w:tcPr>
            <w:tcW w:type="dxa" w:w="2880"/>
          </w:tcPr>
          <w:p>
            <w:r>
              <w:t>1</w:t>
            </w:r>
          </w:p>
        </w:tc>
      </w:tr>
      <w:tr>
        <w:tc>
          <w:tcPr>
            <w:tcW w:type="dxa" w:w="2880"/>
          </w:tcPr>
          <w:p>
            <w:r>
              <w:t>Los Pinos</w:t>
            </w:r>
          </w:p>
        </w:tc>
        <w:tc>
          <w:tcPr>
            <w:tcW w:type="dxa" w:w="2880"/>
          </w:tcPr>
          <w:p>
            <w:r>
              <w:t>week of 2026-08-17</w:t>
            </w:r>
          </w:p>
        </w:tc>
        <w:tc>
          <w:tcPr>
            <w:tcW w:type="dxa" w:w="2880"/>
          </w:tcPr>
          <w:p>
            <w:r>
              <w:t>1</w:t>
            </w:r>
          </w:p>
        </w:tc>
      </w:tr>
    </w:tbl>
    <w:p/>
    <w:p>
      <w:pPr>
        <w:pStyle w:val="Heading2"/>
      </w:pPr>
      <w:r>
        <w:t>Figure 81. Period change: Coverage complaints (week of 2026-08-10 to week of 2026-08-17) [204]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w:t>
            </w:r>
          </w:p>
        </w:tc>
        <w:tc>
          <w:tcPr>
            <w:tcW w:type="dxa" w:w="2880"/>
          </w:tcPr>
          <w:p>
            <w:r>
              <w:t>-0.4536</w:t>
            </w:r>
          </w:p>
        </w:tc>
        <w:tc>
          <w:tcPr>
            <w:tcW w:type="dxa" w:w="2880"/>
          </w:tcPr>
          <w:p>
            <w:r>
              <w:t>2</w:t>
            </w:r>
          </w:p>
        </w:tc>
      </w:tr>
      <w:tr>
        <w:tc>
          <w:tcPr>
            <w:tcW w:type="dxa" w:w="2880"/>
          </w:tcPr>
          <w:p>
            <w:r>
              <w:t>-0.4536</w:t>
            </w:r>
          </w:p>
        </w:tc>
        <w:tc>
          <w:tcPr>
            <w:tcW w:type="dxa" w:w="2880"/>
          </w:tcPr>
          <w:p>
            <w:r>
              <w:t>0.09284</w:t>
            </w:r>
          </w:p>
        </w:tc>
        <w:tc>
          <w:tcPr>
            <w:tcW w:type="dxa" w:w="2880"/>
          </w:tcPr>
          <w:p>
            <w:r>
              <w:t>1</w:t>
            </w:r>
          </w:p>
        </w:tc>
      </w:tr>
      <w:tr>
        <w:tc>
          <w:tcPr>
            <w:tcW w:type="dxa" w:w="2880"/>
          </w:tcPr>
          <w:p>
            <w:r>
              <w:t>0.09284</w:t>
            </w:r>
          </w:p>
        </w:tc>
        <w:tc>
          <w:tcPr>
            <w:tcW w:type="dxa" w:w="2880"/>
          </w:tcPr>
          <w:p>
            <w:r>
              <w:t>0.6393</w:t>
            </w:r>
          </w:p>
        </w:tc>
        <w:tc>
          <w:tcPr>
            <w:tcW w:type="dxa" w:w="2880"/>
          </w:tcPr>
          <w:p>
            <w:r>
              <w:t>1</w:t>
            </w:r>
          </w:p>
        </w:tc>
      </w:tr>
      <w:tr>
        <w:tc>
          <w:tcPr>
            <w:tcW w:type="dxa" w:w="2880"/>
          </w:tcPr>
          <w:p>
            <w:r>
              <w:t>0.6393</w:t>
            </w:r>
          </w:p>
        </w:tc>
        <w:tc>
          <w:tcPr>
            <w:tcW w:type="dxa" w:w="2880"/>
          </w:tcPr>
          <w:p>
            <w:r>
              <w:t>1.186</w:t>
            </w:r>
          </w:p>
        </w:tc>
        <w:tc>
          <w:tcPr>
            <w:tcW w:type="dxa" w:w="2880"/>
          </w:tcPr>
          <w:p>
            <w:r>
              <w:t>2</w:t>
            </w:r>
          </w:p>
        </w:tc>
      </w:tr>
      <w:tr>
        <w:tc>
          <w:tcPr>
            <w:tcW w:type="dxa" w:w="2880"/>
          </w:tcPr>
          <w:p>
            <w:r>
              <w:t>1.186</w:t>
            </w:r>
          </w:p>
        </w:tc>
        <w:tc>
          <w:tcPr>
            <w:tcW w:type="dxa" w:w="2880"/>
          </w:tcPr>
          <w:p>
            <w:r>
              <w:t>1.732</w:t>
            </w:r>
          </w:p>
        </w:tc>
        <w:tc>
          <w:tcPr>
            <w:tcW w:type="dxa" w:w="2880"/>
          </w:tcPr>
          <w:p>
            <w:r>
              <w:t>2</w:t>
            </w:r>
          </w:p>
        </w:tc>
      </w:tr>
    </w:tbl>
    <w:p/>
    <w:p>
      <w:pPr>
        <w:pStyle w:val="Heading2"/>
      </w:pPr>
      <w:r>
        <w:t>Figure 82. Dropped calls by hour of day [209]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label</w:t>
            </w:r>
          </w:p>
        </w:tc>
        <w:tc>
          <w:tcPr>
            <w:tcW w:type="dxa" w:w="2880"/>
          </w:tcPr>
          <w:p>
            <w:r>
              <w:t>count</w:t>
            </w:r>
          </w:p>
        </w:tc>
        <w:tc>
          <w:tcPr>
            <w:tcW w:type="dxa" w:w="2880"/>
          </w:tcPr>
          <w:p>
            <w:r>
              <w:t>share</w:t>
            </w:r>
          </w:p>
        </w:tc>
      </w:tr>
      <w:tr>
        <w:tc>
          <w:tcPr>
            <w:tcW w:type="dxa" w:w="2880"/>
          </w:tcPr>
          <w:p>
            <w:r>
              <w:t>00:00</w:t>
            </w:r>
          </w:p>
        </w:tc>
        <w:tc>
          <w:tcPr>
            <w:tcW w:type="dxa" w:w="2880"/>
          </w:tcPr>
          <w:p>
            <w:r>
              <w:t>30</w:t>
            </w:r>
          </w:p>
        </w:tc>
        <w:tc>
          <w:tcPr>
            <w:tcW w:type="dxa" w:w="2880"/>
          </w:tcPr>
          <w:p>
            <w:r>
              <w:t>0.0167</w:t>
            </w:r>
          </w:p>
        </w:tc>
      </w:tr>
      <w:tr>
        <w:tc>
          <w:tcPr>
            <w:tcW w:type="dxa" w:w="2880"/>
          </w:tcPr>
          <w:p>
            <w:r>
              <w:t>01:00</w:t>
            </w:r>
          </w:p>
        </w:tc>
        <w:tc>
          <w:tcPr>
            <w:tcW w:type="dxa" w:w="2880"/>
          </w:tcPr>
          <w:p>
            <w:r>
              <w:t>15</w:t>
            </w:r>
          </w:p>
        </w:tc>
        <w:tc>
          <w:tcPr>
            <w:tcW w:type="dxa" w:w="2880"/>
          </w:tcPr>
          <w:p>
            <w:r>
              <w:t>0.0083</w:t>
            </w:r>
          </w:p>
        </w:tc>
      </w:tr>
      <w:tr>
        <w:tc>
          <w:tcPr>
            <w:tcW w:type="dxa" w:w="2880"/>
          </w:tcPr>
          <w:p>
            <w:r>
              <w:t>02:00</w:t>
            </w:r>
          </w:p>
        </w:tc>
        <w:tc>
          <w:tcPr>
            <w:tcW w:type="dxa" w:w="2880"/>
          </w:tcPr>
          <w:p>
            <w:r>
              <w:t>14</w:t>
            </w:r>
          </w:p>
        </w:tc>
        <w:tc>
          <w:tcPr>
            <w:tcW w:type="dxa" w:w="2880"/>
          </w:tcPr>
          <w:p>
            <w:r>
              <w:t>0.0078</w:t>
            </w:r>
          </w:p>
        </w:tc>
      </w:tr>
      <w:tr>
        <w:tc>
          <w:tcPr>
            <w:tcW w:type="dxa" w:w="2880"/>
          </w:tcPr>
          <w:p>
            <w:r>
              <w:t>03:00</w:t>
            </w:r>
          </w:p>
        </w:tc>
        <w:tc>
          <w:tcPr>
            <w:tcW w:type="dxa" w:w="2880"/>
          </w:tcPr>
          <w:p>
            <w:r>
              <w:t>6</w:t>
            </w:r>
          </w:p>
        </w:tc>
        <w:tc>
          <w:tcPr>
            <w:tcW w:type="dxa" w:w="2880"/>
          </w:tcPr>
          <w:p>
            <w:r>
              <w:t>0.0033</w:t>
            </w:r>
          </w:p>
        </w:tc>
      </w:tr>
      <w:tr>
        <w:tc>
          <w:tcPr>
            <w:tcW w:type="dxa" w:w="2880"/>
          </w:tcPr>
          <w:p>
            <w:r>
              <w:t>04:00</w:t>
            </w:r>
          </w:p>
        </w:tc>
        <w:tc>
          <w:tcPr>
            <w:tcW w:type="dxa" w:w="2880"/>
          </w:tcPr>
          <w:p>
            <w:r>
              <w:t>7</w:t>
            </w:r>
          </w:p>
        </w:tc>
        <w:tc>
          <w:tcPr>
            <w:tcW w:type="dxa" w:w="2880"/>
          </w:tcPr>
          <w:p>
            <w:r>
              <w:t>0.0039</w:t>
            </w:r>
          </w:p>
        </w:tc>
      </w:tr>
      <w:tr>
        <w:tc>
          <w:tcPr>
            <w:tcW w:type="dxa" w:w="2880"/>
          </w:tcPr>
          <w:p>
            <w:r>
              <w:t>05:00</w:t>
            </w:r>
          </w:p>
        </w:tc>
        <w:tc>
          <w:tcPr>
            <w:tcW w:type="dxa" w:w="2880"/>
          </w:tcPr>
          <w:p>
            <w:r>
              <w:t>18</w:t>
            </w:r>
          </w:p>
        </w:tc>
        <w:tc>
          <w:tcPr>
            <w:tcW w:type="dxa" w:w="2880"/>
          </w:tcPr>
          <w:p>
            <w:r>
              <w:t>0.01</w:t>
            </w:r>
          </w:p>
        </w:tc>
      </w:tr>
      <w:tr>
        <w:tc>
          <w:tcPr>
            <w:tcW w:type="dxa" w:w="2880"/>
          </w:tcPr>
          <w:p>
            <w:r>
              <w:t>06:00</w:t>
            </w:r>
          </w:p>
        </w:tc>
        <w:tc>
          <w:tcPr>
            <w:tcW w:type="dxa" w:w="2880"/>
          </w:tcPr>
          <w:p>
            <w:r>
              <w:t>48</w:t>
            </w:r>
          </w:p>
        </w:tc>
        <w:tc>
          <w:tcPr>
            <w:tcW w:type="dxa" w:w="2880"/>
          </w:tcPr>
          <w:p>
            <w:r>
              <w:t>0.0267</w:t>
            </w:r>
          </w:p>
        </w:tc>
      </w:tr>
      <w:tr>
        <w:tc>
          <w:tcPr>
            <w:tcW w:type="dxa" w:w="2880"/>
          </w:tcPr>
          <w:p>
            <w:r>
              <w:t>07:00</w:t>
            </w:r>
          </w:p>
        </w:tc>
        <w:tc>
          <w:tcPr>
            <w:tcW w:type="dxa" w:w="2880"/>
          </w:tcPr>
          <w:p>
            <w:r>
              <w:t>96</w:t>
            </w:r>
          </w:p>
        </w:tc>
        <w:tc>
          <w:tcPr>
            <w:tcW w:type="dxa" w:w="2880"/>
          </w:tcPr>
          <w:p>
            <w:r>
              <w:t>0.0533</w:t>
            </w:r>
          </w:p>
        </w:tc>
      </w:tr>
      <w:tr>
        <w:tc>
          <w:tcPr>
            <w:tcW w:type="dxa" w:w="2880"/>
          </w:tcPr>
          <w:p>
            <w:r>
              <w:t>08:00</w:t>
            </w:r>
          </w:p>
        </w:tc>
        <w:tc>
          <w:tcPr>
            <w:tcW w:type="dxa" w:w="2880"/>
          </w:tcPr>
          <w:p>
            <w:r>
              <w:t>113</w:t>
            </w:r>
          </w:p>
        </w:tc>
        <w:tc>
          <w:tcPr>
            <w:tcW w:type="dxa" w:w="2880"/>
          </w:tcPr>
          <w:p>
            <w:r>
              <w:t>0.0628</w:t>
            </w:r>
          </w:p>
        </w:tc>
      </w:tr>
      <w:tr>
        <w:tc>
          <w:tcPr>
            <w:tcW w:type="dxa" w:w="2880"/>
          </w:tcPr>
          <w:p>
            <w:r>
              <w:t>09:00</w:t>
            </w:r>
          </w:p>
        </w:tc>
        <w:tc>
          <w:tcPr>
            <w:tcW w:type="dxa" w:w="2880"/>
          </w:tcPr>
          <w:p>
            <w:r>
              <w:t>107</w:t>
            </w:r>
          </w:p>
        </w:tc>
        <w:tc>
          <w:tcPr>
            <w:tcW w:type="dxa" w:w="2880"/>
          </w:tcPr>
          <w:p>
            <w:r>
              <w:t>0.0594</w:t>
            </w:r>
          </w:p>
        </w:tc>
      </w:tr>
      <w:tr>
        <w:tc>
          <w:tcPr>
            <w:tcW w:type="dxa" w:w="2880"/>
          </w:tcPr>
          <w:p>
            <w:r>
              <w:t>10:00</w:t>
            </w:r>
          </w:p>
        </w:tc>
        <w:tc>
          <w:tcPr>
            <w:tcW w:type="dxa" w:w="2880"/>
          </w:tcPr>
          <w:p>
            <w:r>
              <w:t>100</w:t>
            </w:r>
          </w:p>
        </w:tc>
        <w:tc>
          <w:tcPr>
            <w:tcW w:type="dxa" w:w="2880"/>
          </w:tcPr>
          <w:p>
            <w:r>
              <w:t>0.0556</w:t>
            </w:r>
          </w:p>
        </w:tc>
      </w:tr>
      <w:tr>
        <w:tc>
          <w:tcPr>
            <w:tcW w:type="dxa" w:w="2880"/>
          </w:tcPr>
          <w:p>
            <w:r>
              <w:t>11:00</w:t>
            </w:r>
          </w:p>
        </w:tc>
        <w:tc>
          <w:tcPr>
            <w:tcW w:type="dxa" w:w="2880"/>
          </w:tcPr>
          <w:p>
            <w:r>
              <w:t>99</w:t>
            </w:r>
          </w:p>
        </w:tc>
        <w:tc>
          <w:tcPr>
            <w:tcW w:type="dxa" w:w="2880"/>
          </w:tcPr>
          <w:p>
            <w:r>
              <w:t>0.055</w:t>
            </w:r>
          </w:p>
        </w:tc>
      </w:tr>
      <w:tr>
        <w:tc>
          <w:tcPr>
            <w:tcW w:type="dxa" w:w="2880"/>
          </w:tcPr>
          <w:p>
            <w:r>
              <w:t>12:00</w:t>
            </w:r>
          </w:p>
        </w:tc>
        <w:tc>
          <w:tcPr>
            <w:tcW w:type="dxa" w:w="2880"/>
          </w:tcPr>
          <w:p>
            <w:r>
              <w:t>87</w:t>
            </w:r>
          </w:p>
        </w:tc>
        <w:tc>
          <w:tcPr>
            <w:tcW w:type="dxa" w:w="2880"/>
          </w:tcPr>
          <w:p>
            <w:r>
              <w:t>0.0483</w:t>
            </w:r>
          </w:p>
        </w:tc>
      </w:tr>
      <w:tr>
        <w:tc>
          <w:tcPr>
            <w:tcW w:type="dxa" w:w="2880"/>
          </w:tcPr>
          <w:p>
            <w:r>
              <w:t>13:00</w:t>
            </w:r>
          </w:p>
        </w:tc>
        <w:tc>
          <w:tcPr>
            <w:tcW w:type="dxa" w:w="2880"/>
          </w:tcPr>
          <w:p>
            <w:r>
              <w:t>91</w:t>
            </w:r>
          </w:p>
        </w:tc>
        <w:tc>
          <w:tcPr>
            <w:tcW w:type="dxa" w:w="2880"/>
          </w:tcPr>
          <w:p>
            <w:r>
              <w:t>0.0506</w:t>
            </w:r>
          </w:p>
        </w:tc>
      </w:tr>
      <w:tr>
        <w:tc>
          <w:tcPr>
            <w:tcW w:type="dxa" w:w="2880"/>
          </w:tcPr>
          <w:p>
            <w:r>
              <w:t>14:00</w:t>
            </w:r>
          </w:p>
        </w:tc>
        <w:tc>
          <w:tcPr>
            <w:tcW w:type="dxa" w:w="2880"/>
          </w:tcPr>
          <w:p>
            <w:r>
              <w:t>87</w:t>
            </w:r>
          </w:p>
        </w:tc>
        <w:tc>
          <w:tcPr>
            <w:tcW w:type="dxa" w:w="2880"/>
          </w:tcPr>
          <w:p>
            <w:r>
              <w:t>0.0483</w:t>
            </w:r>
          </w:p>
        </w:tc>
      </w:tr>
      <w:tr>
        <w:tc>
          <w:tcPr>
            <w:tcW w:type="dxa" w:w="2880"/>
          </w:tcPr>
          <w:p>
            <w:r>
              <w:t>15:00</w:t>
            </w:r>
          </w:p>
        </w:tc>
        <w:tc>
          <w:tcPr>
            <w:tcW w:type="dxa" w:w="2880"/>
          </w:tcPr>
          <w:p>
            <w:r>
              <w:t>90</w:t>
            </w:r>
          </w:p>
        </w:tc>
        <w:tc>
          <w:tcPr>
            <w:tcW w:type="dxa" w:w="2880"/>
          </w:tcPr>
          <w:p>
            <w:r>
              <w:t>0.05</w:t>
            </w:r>
          </w:p>
        </w:tc>
      </w:tr>
      <w:tr>
        <w:tc>
          <w:tcPr>
            <w:tcW w:type="dxa" w:w="2880"/>
          </w:tcPr>
          <w:p>
            <w:r>
              <w:t>16:00</w:t>
            </w:r>
          </w:p>
        </w:tc>
        <w:tc>
          <w:tcPr>
            <w:tcW w:type="dxa" w:w="2880"/>
          </w:tcPr>
          <w:p>
            <w:r>
              <w:t>121</w:t>
            </w:r>
          </w:p>
        </w:tc>
        <w:tc>
          <w:tcPr>
            <w:tcW w:type="dxa" w:w="2880"/>
          </w:tcPr>
          <w:p>
            <w:r>
              <w:t>0.0672</w:t>
            </w:r>
          </w:p>
        </w:tc>
      </w:tr>
      <w:tr>
        <w:tc>
          <w:tcPr>
            <w:tcW w:type="dxa" w:w="2880"/>
          </w:tcPr>
          <w:p>
            <w:r>
              <w:t>17:00</w:t>
            </w:r>
          </w:p>
        </w:tc>
        <w:tc>
          <w:tcPr>
            <w:tcW w:type="dxa" w:w="2880"/>
          </w:tcPr>
          <w:p>
            <w:r>
              <w:t>154</w:t>
            </w:r>
          </w:p>
        </w:tc>
        <w:tc>
          <w:tcPr>
            <w:tcW w:type="dxa" w:w="2880"/>
          </w:tcPr>
          <w:p>
            <w:r>
              <w:t>0.0856</w:t>
            </w:r>
          </w:p>
        </w:tc>
      </w:tr>
      <w:tr>
        <w:tc>
          <w:tcPr>
            <w:tcW w:type="dxa" w:w="2880"/>
          </w:tcPr>
          <w:p>
            <w:r>
              <w:t>18:00</w:t>
            </w:r>
          </w:p>
        </w:tc>
        <w:tc>
          <w:tcPr>
            <w:tcW w:type="dxa" w:w="2880"/>
          </w:tcPr>
          <w:p>
            <w:r>
              <w:t>138</w:t>
            </w:r>
          </w:p>
        </w:tc>
        <w:tc>
          <w:tcPr>
            <w:tcW w:type="dxa" w:w="2880"/>
          </w:tcPr>
          <w:p>
            <w:r>
              <w:t>0.0767</w:t>
            </w:r>
          </w:p>
        </w:tc>
      </w:tr>
      <w:tr>
        <w:tc>
          <w:tcPr>
            <w:tcW w:type="dxa" w:w="2880"/>
          </w:tcPr>
          <w:p>
            <w:r>
              <w:t>19:00</w:t>
            </w:r>
          </w:p>
        </w:tc>
        <w:tc>
          <w:tcPr>
            <w:tcW w:type="dxa" w:w="2880"/>
          </w:tcPr>
          <w:p>
            <w:r>
              <w:t>110</w:t>
            </w:r>
          </w:p>
        </w:tc>
        <w:tc>
          <w:tcPr>
            <w:tcW w:type="dxa" w:w="2880"/>
          </w:tcPr>
          <w:p>
            <w:r>
              <w:t>0.0611</w:t>
            </w:r>
          </w:p>
        </w:tc>
      </w:tr>
      <w:tr>
        <w:tc>
          <w:tcPr>
            <w:tcW w:type="dxa" w:w="2880"/>
          </w:tcPr>
          <w:p>
            <w:r>
              <w:t>20:00</w:t>
            </w:r>
          </w:p>
        </w:tc>
        <w:tc>
          <w:tcPr>
            <w:tcW w:type="dxa" w:w="2880"/>
          </w:tcPr>
          <w:p>
            <w:r>
              <w:t>101</w:t>
            </w:r>
          </w:p>
        </w:tc>
        <w:tc>
          <w:tcPr>
            <w:tcW w:type="dxa" w:w="2880"/>
          </w:tcPr>
          <w:p>
            <w:r>
              <w:t>0.0561</w:t>
            </w:r>
          </w:p>
        </w:tc>
      </w:tr>
      <w:tr>
        <w:tc>
          <w:tcPr>
            <w:tcW w:type="dxa" w:w="2880"/>
          </w:tcPr>
          <w:p>
            <w:r>
              <w:t>21:00</w:t>
            </w:r>
          </w:p>
        </w:tc>
        <w:tc>
          <w:tcPr>
            <w:tcW w:type="dxa" w:w="2880"/>
          </w:tcPr>
          <w:p>
            <w:r>
              <w:t>80</w:t>
            </w:r>
          </w:p>
        </w:tc>
        <w:tc>
          <w:tcPr>
            <w:tcW w:type="dxa" w:w="2880"/>
          </w:tcPr>
          <w:p>
            <w:r>
              <w:t>0.0444</w:t>
            </w:r>
          </w:p>
        </w:tc>
      </w:tr>
      <w:tr>
        <w:tc>
          <w:tcPr>
            <w:tcW w:type="dxa" w:w="2880"/>
          </w:tcPr>
          <w:p>
            <w:r>
              <w:t>22:00</w:t>
            </w:r>
          </w:p>
        </w:tc>
        <w:tc>
          <w:tcPr>
            <w:tcW w:type="dxa" w:w="2880"/>
          </w:tcPr>
          <w:p>
            <w:r>
              <w:t>53</w:t>
            </w:r>
          </w:p>
        </w:tc>
        <w:tc>
          <w:tcPr>
            <w:tcW w:type="dxa" w:w="2880"/>
          </w:tcPr>
          <w:p>
            <w:r>
              <w:t>0.0294</w:t>
            </w:r>
          </w:p>
        </w:tc>
      </w:tr>
      <w:tr>
        <w:tc>
          <w:tcPr>
            <w:tcW w:type="dxa" w:w="2880"/>
          </w:tcPr>
          <w:p>
            <w:r>
              <w:t>23:00</w:t>
            </w:r>
          </w:p>
        </w:tc>
        <w:tc>
          <w:tcPr>
            <w:tcW w:type="dxa" w:w="2880"/>
          </w:tcPr>
          <w:p>
            <w:r>
              <w:t>35</w:t>
            </w:r>
          </w:p>
        </w:tc>
        <w:tc>
          <w:tcPr>
            <w:tcW w:type="dxa" w:w="2880"/>
          </w:tcPr>
          <w:p>
            <w:r>
              <w:t>0.0194</w:t>
            </w:r>
          </w:p>
        </w:tc>
      </w:tr>
    </w:tbl>
    <w:p/>
    <w:p>
      <w:pPr>
        <w:pStyle w:val="Heading2"/>
      </w:pPr>
      <w:r>
        <w:t>Figure 83. Dropped calls by day of week [210]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label</w:t>
            </w:r>
          </w:p>
        </w:tc>
        <w:tc>
          <w:tcPr>
            <w:tcW w:type="dxa" w:w="2880"/>
          </w:tcPr>
          <w:p>
            <w:r>
              <w:t>count</w:t>
            </w:r>
          </w:p>
        </w:tc>
        <w:tc>
          <w:tcPr>
            <w:tcW w:type="dxa" w:w="2880"/>
          </w:tcPr>
          <w:p>
            <w:r>
              <w:t>share</w:t>
            </w:r>
          </w:p>
        </w:tc>
      </w:tr>
      <w:tr>
        <w:tc>
          <w:tcPr>
            <w:tcW w:type="dxa" w:w="2880"/>
          </w:tcPr>
          <w:p>
            <w:r>
              <w:t>Monday</w:t>
            </w:r>
          </w:p>
        </w:tc>
        <w:tc>
          <w:tcPr>
            <w:tcW w:type="dxa" w:w="2880"/>
          </w:tcPr>
          <w:p>
            <w:r>
              <w:t>185</w:t>
            </w:r>
          </w:p>
        </w:tc>
        <w:tc>
          <w:tcPr>
            <w:tcW w:type="dxa" w:w="2880"/>
          </w:tcPr>
          <w:p>
            <w:r>
              <w:t>0.1028</w:t>
            </w:r>
          </w:p>
        </w:tc>
      </w:tr>
      <w:tr>
        <w:tc>
          <w:tcPr>
            <w:tcW w:type="dxa" w:w="2880"/>
          </w:tcPr>
          <w:p>
            <w:r>
              <w:t>Tuesday</w:t>
            </w:r>
          </w:p>
        </w:tc>
        <w:tc>
          <w:tcPr>
            <w:tcW w:type="dxa" w:w="2880"/>
          </w:tcPr>
          <w:p>
            <w:r>
              <w:t>195</w:t>
            </w:r>
          </w:p>
        </w:tc>
        <w:tc>
          <w:tcPr>
            <w:tcW w:type="dxa" w:w="2880"/>
          </w:tcPr>
          <w:p>
            <w:r>
              <w:t>0.1083</w:t>
            </w:r>
          </w:p>
        </w:tc>
      </w:tr>
      <w:tr>
        <w:tc>
          <w:tcPr>
            <w:tcW w:type="dxa" w:w="2880"/>
          </w:tcPr>
          <w:p>
            <w:r>
              <w:t>Wednesday</w:t>
            </w:r>
          </w:p>
        </w:tc>
        <w:tc>
          <w:tcPr>
            <w:tcW w:type="dxa" w:w="2880"/>
          </w:tcPr>
          <w:p>
            <w:r>
              <w:t>199</w:t>
            </w:r>
          </w:p>
        </w:tc>
        <w:tc>
          <w:tcPr>
            <w:tcW w:type="dxa" w:w="2880"/>
          </w:tcPr>
          <w:p>
            <w:r>
              <w:t>0.1106</w:t>
            </w:r>
          </w:p>
        </w:tc>
      </w:tr>
      <w:tr>
        <w:tc>
          <w:tcPr>
            <w:tcW w:type="dxa" w:w="2880"/>
          </w:tcPr>
          <w:p>
            <w:r>
              <w:t>Thursday</w:t>
            </w:r>
          </w:p>
        </w:tc>
        <w:tc>
          <w:tcPr>
            <w:tcW w:type="dxa" w:w="2880"/>
          </w:tcPr>
          <w:p>
            <w:r>
              <w:t>241</w:t>
            </w:r>
          </w:p>
        </w:tc>
        <w:tc>
          <w:tcPr>
            <w:tcW w:type="dxa" w:w="2880"/>
          </w:tcPr>
          <w:p>
            <w:r>
              <w:t>0.1339</w:t>
            </w:r>
          </w:p>
        </w:tc>
      </w:tr>
      <w:tr>
        <w:tc>
          <w:tcPr>
            <w:tcW w:type="dxa" w:w="2880"/>
          </w:tcPr>
          <w:p>
            <w:r>
              <w:t>Friday</w:t>
            </w:r>
          </w:p>
        </w:tc>
        <w:tc>
          <w:tcPr>
            <w:tcW w:type="dxa" w:w="2880"/>
          </w:tcPr>
          <w:p>
            <w:r>
              <w:t>292</w:t>
            </w:r>
          </w:p>
        </w:tc>
        <w:tc>
          <w:tcPr>
            <w:tcW w:type="dxa" w:w="2880"/>
          </w:tcPr>
          <w:p>
            <w:r>
              <w:t>0.1622</w:t>
            </w:r>
          </w:p>
        </w:tc>
      </w:tr>
      <w:tr>
        <w:tc>
          <w:tcPr>
            <w:tcW w:type="dxa" w:w="2880"/>
          </w:tcPr>
          <w:p>
            <w:r>
              <w:t>Saturday</w:t>
            </w:r>
          </w:p>
        </w:tc>
        <w:tc>
          <w:tcPr>
            <w:tcW w:type="dxa" w:w="2880"/>
          </w:tcPr>
          <w:p>
            <w:r>
              <w:t>330</w:t>
            </w:r>
          </w:p>
        </w:tc>
        <w:tc>
          <w:tcPr>
            <w:tcW w:type="dxa" w:w="2880"/>
          </w:tcPr>
          <w:p>
            <w:r>
              <w:t>0.1833</w:t>
            </w:r>
          </w:p>
        </w:tc>
      </w:tr>
      <w:tr>
        <w:tc>
          <w:tcPr>
            <w:tcW w:type="dxa" w:w="2880"/>
          </w:tcPr>
          <w:p>
            <w:r>
              <w:t>Sunday</w:t>
            </w:r>
          </w:p>
        </w:tc>
        <w:tc>
          <w:tcPr>
            <w:tcW w:type="dxa" w:w="2880"/>
          </w:tcPr>
          <w:p>
            <w:r>
              <w:t>358</w:t>
            </w:r>
          </w:p>
        </w:tc>
        <w:tc>
          <w:tcPr>
            <w:tcW w:type="dxa" w:w="2880"/>
          </w:tcPr>
          <w:p>
            <w:r>
              <w:t>0.1989</w:t>
            </w:r>
          </w:p>
        </w:tc>
      </w:tr>
    </w:tbl>
    <w:p/>
    <w:p>
      <w:pPr>
        <w:pStyle w:val="Heading2"/>
      </w:pPr>
      <w:r>
        <w:t>Figure 84. Seasonality of Dropped calls [211]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31</w:t>
            </w:r>
          </w:p>
        </w:tc>
        <w:tc>
          <w:tcPr>
            <w:tcW w:type="dxa" w:w="2880"/>
          </w:tcPr>
          <w:p>
            <w:r>
              <w:t>90.2</w:t>
            </w:r>
          </w:p>
        </w:tc>
        <w:tc>
          <w:tcPr>
            <w:tcW w:type="dxa" w:w="2880"/>
          </w:tcPr>
          <w:p>
            <w:r>
              <w:t>9</w:t>
            </w:r>
          </w:p>
        </w:tc>
      </w:tr>
      <w:tr>
        <w:tc>
          <w:tcPr>
            <w:tcW w:type="dxa" w:w="2880"/>
          </w:tcPr>
          <w:p>
            <w:r>
              <w:t>90.2</w:t>
            </w:r>
          </w:p>
        </w:tc>
        <w:tc>
          <w:tcPr>
            <w:tcW w:type="dxa" w:w="2880"/>
          </w:tcPr>
          <w:p>
            <w:r>
              <w:t>149.4</w:t>
            </w:r>
          </w:p>
        </w:tc>
        <w:tc>
          <w:tcPr>
            <w:tcW w:type="dxa" w:w="2880"/>
          </w:tcPr>
          <w:p>
            <w:r>
              <w:t>3</w:t>
            </w:r>
          </w:p>
        </w:tc>
      </w:tr>
      <w:tr>
        <w:tc>
          <w:tcPr>
            <w:tcW w:type="dxa" w:w="2880"/>
          </w:tcPr>
          <w:p>
            <w:r>
              <w:t>149.4</w:t>
            </w:r>
          </w:p>
        </w:tc>
        <w:tc>
          <w:tcPr>
            <w:tcW w:type="dxa" w:w="2880"/>
          </w:tcPr>
          <w:p>
            <w:r>
              <w:t>208.6</w:t>
            </w:r>
          </w:p>
        </w:tc>
        <w:tc>
          <w:tcPr>
            <w:tcW w:type="dxa" w:w="2880"/>
          </w:tcPr>
          <w:p>
            <w:r>
              <w:t>1</w:t>
            </w:r>
          </w:p>
        </w:tc>
      </w:tr>
      <w:tr>
        <w:tc>
          <w:tcPr>
            <w:tcW w:type="dxa" w:w="2880"/>
          </w:tcPr>
          <w:p>
            <w:r>
              <w:t>208.6</w:t>
            </w:r>
          </w:p>
        </w:tc>
        <w:tc>
          <w:tcPr>
            <w:tcW w:type="dxa" w:w="2880"/>
          </w:tcPr>
          <w:p>
            <w:r>
              <w:t>267.8</w:t>
            </w:r>
          </w:p>
        </w:tc>
        <w:tc>
          <w:tcPr>
            <w:tcW w:type="dxa" w:w="2880"/>
          </w:tcPr>
          <w:p>
            <w:r>
              <w:t>2</w:t>
            </w:r>
          </w:p>
        </w:tc>
      </w:tr>
      <w:tr>
        <w:tc>
          <w:tcPr>
            <w:tcW w:type="dxa" w:w="2880"/>
          </w:tcPr>
          <w:p>
            <w:r>
              <w:t>267.8</w:t>
            </w:r>
          </w:p>
        </w:tc>
        <w:tc>
          <w:tcPr>
            <w:tcW w:type="dxa" w:w="2880"/>
          </w:tcPr>
          <w:p>
            <w:r>
              <w:t>327</w:t>
            </w:r>
          </w:p>
        </w:tc>
        <w:tc>
          <w:tcPr>
            <w:tcW w:type="dxa" w:w="2880"/>
          </w:tcPr>
          <w:p>
            <w:r>
              <w:t>1</w:t>
            </w:r>
          </w:p>
        </w:tc>
      </w:tr>
    </w:tbl>
    <w:p/>
    <w:p>
      <w:pPr>
        <w:pStyle w:val="Heading2"/>
      </w:pPr>
      <w:r>
        <w:t>Figure 85. Clusters of all inputs together: dropped calls and coverage complaints over time [259]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2026-08-03</w:t>
            </w:r>
          </w:p>
        </w:tc>
        <w:tc>
          <w:tcPr>
            <w:tcW w:type="dxa" w:w="2880"/>
          </w:tcPr>
          <w:p>
            <w:r>
              <w:t>coverage</w:t>
            </w:r>
          </w:p>
        </w:tc>
        <w:tc>
          <w:tcPr>
            <w:tcW w:type="dxa" w:w="2880"/>
          </w:tcPr>
          <w:p>
            <w:r>
              <w:t>92</w:t>
            </w:r>
          </w:p>
        </w:tc>
      </w:tr>
      <w:tr>
        <w:tc>
          <w:tcPr>
            <w:tcW w:type="dxa" w:w="2880"/>
          </w:tcPr>
          <w:p>
            <w:r>
              <w:t>2026-08-03</w:t>
            </w:r>
          </w:p>
        </w:tc>
        <w:tc>
          <w:tcPr>
            <w:tcW w:type="dxa" w:w="2880"/>
          </w:tcPr>
          <w:p>
            <w:r>
              <w:t>handover</w:t>
            </w:r>
          </w:p>
        </w:tc>
        <w:tc>
          <w:tcPr>
            <w:tcW w:type="dxa" w:w="2880"/>
          </w:tcPr>
          <w:p>
            <w:r>
              <w:t>82</w:t>
            </w:r>
          </w:p>
        </w:tc>
      </w:tr>
      <w:tr>
        <w:tc>
          <w:tcPr>
            <w:tcW w:type="dxa" w:w="2880"/>
          </w:tcPr>
          <w:p>
            <w:r>
              <w:t>2026-08-03</w:t>
            </w:r>
          </w:p>
        </w:tc>
        <w:tc>
          <w:tcPr>
            <w:tcW w:type="dxa" w:w="2880"/>
          </w:tcPr>
          <w:p>
            <w:r>
              <w:t>congestion</w:t>
            </w:r>
          </w:p>
        </w:tc>
        <w:tc>
          <w:tcPr>
            <w:tcW w:type="dxa" w:w="2880"/>
          </w:tcPr>
          <w:p>
            <w:r>
              <w:t>39</w:t>
            </w:r>
          </w:p>
        </w:tc>
      </w:tr>
      <w:tr>
        <w:tc>
          <w:tcPr>
            <w:tcW w:type="dxa" w:w="2880"/>
          </w:tcPr>
          <w:p>
            <w:r>
              <w:t>2026-08-03</w:t>
            </w:r>
          </w:p>
        </w:tc>
        <w:tc>
          <w:tcPr>
            <w:tcW w:type="dxa" w:w="2880"/>
          </w:tcPr>
          <w:p>
            <w:r>
              <w:t>interference</w:t>
            </w:r>
          </w:p>
        </w:tc>
        <w:tc>
          <w:tcPr>
            <w:tcW w:type="dxa" w:w="2880"/>
          </w:tcPr>
          <w:p>
            <w:r>
              <w:t>26</w:t>
            </w:r>
          </w:p>
        </w:tc>
      </w:tr>
      <w:tr>
        <w:tc>
          <w:tcPr>
            <w:tcW w:type="dxa" w:w="2880"/>
          </w:tcPr>
          <w:p>
            <w:r>
              <w:t>2026-08-10</w:t>
            </w:r>
          </w:p>
        </w:tc>
        <w:tc>
          <w:tcPr>
            <w:tcW w:type="dxa" w:w="2880"/>
          </w:tcPr>
          <w:p>
            <w:r>
              <w:t>coverage</w:t>
            </w:r>
          </w:p>
        </w:tc>
        <w:tc>
          <w:tcPr>
            <w:tcW w:type="dxa" w:w="2880"/>
          </w:tcPr>
          <w:p>
            <w:r>
              <w:t>80</w:t>
            </w:r>
          </w:p>
        </w:tc>
      </w:tr>
      <w:tr>
        <w:tc>
          <w:tcPr>
            <w:tcW w:type="dxa" w:w="2880"/>
          </w:tcPr>
          <w:p>
            <w:r>
              <w:t>2026-08-10</w:t>
            </w:r>
          </w:p>
        </w:tc>
        <w:tc>
          <w:tcPr>
            <w:tcW w:type="dxa" w:w="2880"/>
          </w:tcPr>
          <w:p>
            <w:r>
              <w:t>handover</w:t>
            </w:r>
          </w:p>
        </w:tc>
        <w:tc>
          <w:tcPr>
            <w:tcW w:type="dxa" w:w="2880"/>
          </w:tcPr>
          <w:p>
            <w:r>
              <w:t>79</w:t>
            </w:r>
          </w:p>
        </w:tc>
      </w:tr>
      <w:tr>
        <w:tc>
          <w:tcPr>
            <w:tcW w:type="dxa" w:w="2880"/>
          </w:tcPr>
          <w:p>
            <w:r>
              <w:t>2026-08-10</w:t>
            </w:r>
          </w:p>
        </w:tc>
        <w:tc>
          <w:tcPr>
            <w:tcW w:type="dxa" w:w="2880"/>
          </w:tcPr>
          <w:p>
            <w:r>
              <w:t>congestion</w:t>
            </w:r>
          </w:p>
        </w:tc>
        <w:tc>
          <w:tcPr>
            <w:tcW w:type="dxa" w:w="2880"/>
          </w:tcPr>
          <w:p>
            <w:r>
              <w:t>48</w:t>
            </w:r>
          </w:p>
        </w:tc>
      </w:tr>
      <w:tr>
        <w:tc>
          <w:tcPr>
            <w:tcW w:type="dxa" w:w="2880"/>
          </w:tcPr>
          <w:p>
            <w:r>
              <w:t>2026-08-10</w:t>
            </w:r>
          </w:p>
        </w:tc>
        <w:tc>
          <w:tcPr>
            <w:tcW w:type="dxa" w:w="2880"/>
          </w:tcPr>
          <w:p>
            <w:r>
              <w:t>interference</w:t>
            </w:r>
          </w:p>
        </w:tc>
        <w:tc>
          <w:tcPr>
            <w:tcW w:type="dxa" w:w="2880"/>
          </w:tcPr>
          <w:p>
            <w:r>
              <w:t>25</w:t>
            </w:r>
          </w:p>
        </w:tc>
      </w:tr>
      <w:tr>
        <w:tc>
          <w:tcPr>
            <w:tcW w:type="dxa" w:w="2880"/>
          </w:tcPr>
          <w:p>
            <w:r>
              <w:t>2026-08-17</w:t>
            </w:r>
          </w:p>
        </w:tc>
        <w:tc>
          <w:tcPr>
            <w:tcW w:type="dxa" w:w="2880"/>
          </w:tcPr>
          <w:p>
            <w:r>
              <w:t>coverage</w:t>
            </w:r>
          </w:p>
        </w:tc>
        <w:tc>
          <w:tcPr>
            <w:tcW w:type="dxa" w:w="2880"/>
          </w:tcPr>
          <w:p>
            <w:r>
              <w:t>82</w:t>
            </w:r>
          </w:p>
        </w:tc>
      </w:tr>
      <w:tr>
        <w:tc>
          <w:tcPr>
            <w:tcW w:type="dxa" w:w="2880"/>
          </w:tcPr>
          <w:p>
            <w:r>
              <w:t>2026-08-17</w:t>
            </w:r>
          </w:p>
        </w:tc>
        <w:tc>
          <w:tcPr>
            <w:tcW w:type="dxa" w:w="2880"/>
          </w:tcPr>
          <w:p>
            <w:r>
              <w:t>handover</w:t>
            </w:r>
          </w:p>
        </w:tc>
        <w:tc>
          <w:tcPr>
            <w:tcW w:type="dxa" w:w="2880"/>
          </w:tcPr>
          <w:p>
            <w:r>
              <w:t>86</w:t>
            </w:r>
          </w:p>
        </w:tc>
      </w:tr>
      <w:tr>
        <w:tc>
          <w:tcPr>
            <w:tcW w:type="dxa" w:w="2880"/>
          </w:tcPr>
          <w:p>
            <w:r>
              <w:t>2026-08-17</w:t>
            </w:r>
          </w:p>
        </w:tc>
        <w:tc>
          <w:tcPr>
            <w:tcW w:type="dxa" w:w="2880"/>
          </w:tcPr>
          <w:p>
            <w:r>
              <w:t>congestion</w:t>
            </w:r>
          </w:p>
        </w:tc>
        <w:tc>
          <w:tcPr>
            <w:tcW w:type="dxa" w:w="2880"/>
          </w:tcPr>
          <w:p>
            <w:r>
              <w:t>35</w:t>
            </w:r>
          </w:p>
        </w:tc>
      </w:tr>
      <w:tr>
        <w:tc>
          <w:tcPr>
            <w:tcW w:type="dxa" w:w="2880"/>
          </w:tcPr>
          <w:p>
            <w:r>
              <w:t>2026-08-17</w:t>
            </w:r>
          </w:p>
        </w:tc>
        <w:tc>
          <w:tcPr>
            <w:tcW w:type="dxa" w:w="2880"/>
          </w:tcPr>
          <w:p>
            <w:r>
              <w:t>interference</w:t>
            </w:r>
          </w:p>
        </w:tc>
        <w:tc>
          <w:tcPr>
            <w:tcW w:type="dxa" w:w="2880"/>
          </w:tcPr>
          <w:p>
            <w:r>
              <w:t>15</w:t>
            </w:r>
          </w:p>
        </w:tc>
      </w:tr>
      <w:tr>
        <w:tc>
          <w:tcPr>
            <w:tcW w:type="dxa" w:w="2880"/>
          </w:tcPr>
          <w:p>
            <w:r>
              <w:t>2026-08-24</w:t>
            </w:r>
          </w:p>
        </w:tc>
        <w:tc>
          <w:tcPr>
            <w:tcW w:type="dxa" w:w="2880"/>
          </w:tcPr>
          <w:p>
            <w:r>
              <w:t>coverage</w:t>
            </w:r>
          </w:p>
        </w:tc>
        <w:tc>
          <w:tcPr>
            <w:tcW w:type="dxa" w:w="2880"/>
          </w:tcPr>
          <w:p>
            <w:r>
              <w:t>68</w:t>
            </w:r>
          </w:p>
        </w:tc>
      </w:tr>
      <w:tr>
        <w:tc>
          <w:tcPr>
            <w:tcW w:type="dxa" w:w="2880"/>
          </w:tcPr>
          <w:p>
            <w:r>
              <w:t>2026-08-24</w:t>
            </w:r>
          </w:p>
        </w:tc>
        <w:tc>
          <w:tcPr>
            <w:tcW w:type="dxa" w:w="2880"/>
          </w:tcPr>
          <w:p>
            <w:r>
              <w:t>handover</w:t>
            </w:r>
          </w:p>
        </w:tc>
        <w:tc>
          <w:tcPr>
            <w:tcW w:type="dxa" w:w="2880"/>
          </w:tcPr>
          <w:p>
            <w:r>
              <w:t>75</w:t>
            </w:r>
          </w:p>
        </w:tc>
      </w:tr>
      <w:tr>
        <w:tc>
          <w:tcPr>
            <w:tcW w:type="dxa" w:w="2880"/>
          </w:tcPr>
          <w:p>
            <w:r>
              <w:t>2026-08-24</w:t>
            </w:r>
          </w:p>
        </w:tc>
        <w:tc>
          <w:tcPr>
            <w:tcW w:type="dxa" w:w="2880"/>
          </w:tcPr>
          <w:p>
            <w:r>
              <w:t>congestion</w:t>
            </w:r>
          </w:p>
        </w:tc>
        <w:tc>
          <w:tcPr>
            <w:tcW w:type="dxa" w:w="2880"/>
          </w:tcPr>
          <w:p>
            <w:r>
              <w:t>37</w:t>
            </w:r>
          </w:p>
        </w:tc>
      </w:tr>
      <w:tr>
        <w:tc>
          <w:tcPr>
            <w:tcW w:type="dxa" w:w="2880"/>
          </w:tcPr>
          <w:p>
            <w:r>
              <w:t>2026-08-24</w:t>
            </w:r>
          </w:p>
        </w:tc>
        <w:tc>
          <w:tcPr>
            <w:tcW w:type="dxa" w:w="2880"/>
          </w:tcPr>
          <w:p>
            <w:r>
              <w:t>interference</w:t>
            </w:r>
          </w:p>
        </w:tc>
        <w:tc>
          <w:tcPr>
            <w:tcW w:type="dxa" w:w="2880"/>
          </w:tcPr>
          <w:p>
            <w:r>
              <w:t>20</w:t>
            </w:r>
          </w:p>
        </w:tc>
      </w:tr>
      <w:tr>
        <w:tc>
          <w:tcPr>
            <w:tcW w:type="dxa" w:w="2880"/>
          </w:tcPr>
          <w:p>
            <w:r>
              <w:t>2026-08-31</w:t>
            </w:r>
          </w:p>
        </w:tc>
        <w:tc>
          <w:tcPr>
            <w:tcW w:type="dxa" w:w="2880"/>
          </w:tcPr>
          <w:p>
            <w:r>
              <w:t>coverage</w:t>
            </w:r>
          </w:p>
        </w:tc>
        <w:tc>
          <w:tcPr>
            <w:tcW w:type="dxa" w:w="2880"/>
          </w:tcPr>
          <w:p>
            <w:r>
              <w:t>82</w:t>
            </w:r>
          </w:p>
        </w:tc>
      </w:tr>
      <w:tr>
        <w:tc>
          <w:tcPr>
            <w:tcW w:type="dxa" w:w="2880"/>
          </w:tcPr>
          <w:p>
            <w:r>
              <w:t>2026-08-31</w:t>
            </w:r>
          </w:p>
        </w:tc>
        <w:tc>
          <w:tcPr>
            <w:tcW w:type="dxa" w:w="2880"/>
          </w:tcPr>
          <w:p>
            <w:r>
              <w:t>handover</w:t>
            </w:r>
          </w:p>
        </w:tc>
        <w:tc>
          <w:tcPr>
            <w:tcW w:type="dxa" w:w="2880"/>
          </w:tcPr>
          <w:p>
            <w:r>
              <w:t>80</w:t>
            </w:r>
          </w:p>
        </w:tc>
      </w:tr>
      <w:tr>
        <w:tc>
          <w:tcPr>
            <w:tcW w:type="dxa" w:w="2880"/>
          </w:tcPr>
          <w:p>
            <w:r>
              <w:t>2026-08-31</w:t>
            </w:r>
          </w:p>
        </w:tc>
        <w:tc>
          <w:tcPr>
            <w:tcW w:type="dxa" w:w="2880"/>
          </w:tcPr>
          <w:p>
            <w:r>
              <w:t>congestion</w:t>
            </w:r>
          </w:p>
        </w:tc>
        <w:tc>
          <w:tcPr>
            <w:tcW w:type="dxa" w:w="2880"/>
          </w:tcPr>
          <w:p>
            <w:r>
              <w:t>51</w:t>
            </w:r>
          </w:p>
        </w:tc>
      </w:tr>
      <w:tr>
        <w:tc>
          <w:tcPr>
            <w:tcW w:type="dxa" w:w="2880"/>
          </w:tcPr>
          <w:p>
            <w:r>
              <w:t>2026-08-31</w:t>
            </w:r>
          </w:p>
        </w:tc>
        <w:tc>
          <w:tcPr>
            <w:tcW w:type="dxa" w:w="2880"/>
          </w:tcPr>
          <w:p>
            <w:r>
              <w:t>interference</w:t>
            </w:r>
          </w:p>
        </w:tc>
        <w:tc>
          <w:tcPr>
            <w:tcW w:type="dxa" w:w="2880"/>
          </w:tcPr>
          <w:p>
            <w:r>
              <w:t>29</w:t>
            </w:r>
          </w:p>
        </w:tc>
      </w:tr>
      <w:tr>
        <w:tc>
          <w:tcPr>
            <w:tcW w:type="dxa" w:w="2880"/>
          </w:tcPr>
          <w:p>
            <w:r>
              <w:t>2026-09-07</w:t>
            </w:r>
          </w:p>
        </w:tc>
        <w:tc>
          <w:tcPr>
            <w:tcW w:type="dxa" w:w="2880"/>
          </w:tcPr>
          <w:p>
            <w:r>
              <w:t>coverage</w:t>
            </w:r>
          </w:p>
        </w:tc>
        <w:tc>
          <w:tcPr>
            <w:tcW w:type="dxa" w:w="2880"/>
          </w:tcPr>
          <w:p>
            <w:r>
              <w:t>76</w:t>
            </w:r>
          </w:p>
        </w:tc>
      </w:tr>
      <w:tr>
        <w:tc>
          <w:tcPr>
            <w:tcW w:type="dxa" w:w="2880"/>
          </w:tcPr>
          <w:p>
            <w:r>
              <w:t>2026-09-07</w:t>
            </w:r>
          </w:p>
        </w:tc>
        <w:tc>
          <w:tcPr>
            <w:tcW w:type="dxa" w:w="2880"/>
          </w:tcPr>
          <w:p>
            <w:r>
              <w:t>handover</w:t>
            </w:r>
          </w:p>
        </w:tc>
        <w:tc>
          <w:tcPr>
            <w:tcW w:type="dxa" w:w="2880"/>
          </w:tcPr>
          <w:p>
            <w:r>
              <w:t>74</w:t>
            </w:r>
          </w:p>
        </w:tc>
      </w:tr>
      <w:tr>
        <w:tc>
          <w:tcPr>
            <w:tcW w:type="dxa" w:w="2880"/>
          </w:tcPr>
          <w:p>
            <w:r>
              <w:t>2026-09-07</w:t>
            </w:r>
          </w:p>
        </w:tc>
        <w:tc>
          <w:tcPr>
            <w:tcW w:type="dxa" w:w="2880"/>
          </w:tcPr>
          <w:p>
            <w:r>
              <w:t>congestion</w:t>
            </w:r>
          </w:p>
        </w:tc>
        <w:tc>
          <w:tcPr>
            <w:tcW w:type="dxa" w:w="2880"/>
          </w:tcPr>
          <w:p>
            <w:r>
              <w:t>51</w:t>
            </w:r>
          </w:p>
        </w:tc>
      </w:tr>
      <w:tr>
        <w:tc>
          <w:tcPr>
            <w:tcW w:type="dxa" w:w="2880"/>
          </w:tcPr>
          <w:p>
            <w:r>
              <w:t>2026-09-07</w:t>
            </w:r>
          </w:p>
        </w:tc>
        <w:tc>
          <w:tcPr>
            <w:tcW w:type="dxa" w:w="2880"/>
          </w:tcPr>
          <w:p>
            <w:r>
              <w:t>interference</w:t>
            </w:r>
          </w:p>
        </w:tc>
        <w:tc>
          <w:tcPr>
            <w:tcW w:type="dxa" w:w="2880"/>
          </w:tcPr>
          <w:p>
            <w:r>
              <w:t>23</w:t>
            </w:r>
          </w:p>
        </w:tc>
      </w:tr>
      <w:tr>
        <w:tc>
          <w:tcPr>
            <w:tcW w:type="dxa" w:w="2880"/>
          </w:tcPr>
          <w:p>
            <w:r>
              <w:t>2026-09-14</w:t>
            </w:r>
          </w:p>
        </w:tc>
        <w:tc>
          <w:tcPr>
            <w:tcW w:type="dxa" w:w="2880"/>
          </w:tcPr>
          <w:p>
            <w:r>
              <w:t>coverage</w:t>
            </w:r>
          </w:p>
        </w:tc>
        <w:tc>
          <w:tcPr>
            <w:tcW w:type="dxa" w:w="2880"/>
          </w:tcPr>
          <w:p>
            <w:r>
              <w:t>81</w:t>
            </w:r>
          </w:p>
        </w:tc>
      </w:tr>
      <w:tr>
        <w:tc>
          <w:tcPr>
            <w:tcW w:type="dxa" w:w="2880"/>
          </w:tcPr>
          <w:p>
            <w:r>
              <w:t>2026-09-14</w:t>
            </w:r>
          </w:p>
        </w:tc>
        <w:tc>
          <w:tcPr>
            <w:tcW w:type="dxa" w:w="2880"/>
          </w:tcPr>
          <w:p>
            <w:r>
              <w:t>handover</w:t>
            </w:r>
          </w:p>
        </w:tc>
        <w:tc>
          <w:tcPr>
            <w:tcW w:type="dxa" w:w="2880"/>
          </w:tcPr>
          <w:p>
            <w:r>
              <w:t>74</w:t>
            </w:r>
          </w:p>
        </w:tc>
      </w:tr>
      <w:tr>
        <w:tc>
          <w:tcPr>
            <w:tcW w:type="dxa" w:w="2880"/>
          </w:tcPr>
          <w:p>
            <w:r>
              <w:t>2026-09-14</w:t>
            </w:r>
          </w:p>
        </w:tc>
        <w:tc>
          <w:tcPr>
            <w:tcW w:type="dxa" w:w="2880"/>
          </w:tcPr>
          <w:p>
            <w:r>
              <w:t>congestion</w:t>
            </w:r>
          </w:p>
        </w:tc>
        <w:tc>
          <w:tcPr>
            <w:tcW w:type="dxa" w:w="2880"/>
          </w:tcPr>
          <w:p>
            <w:r>
              <w:t>34</w:t>
            </w:r>
          </w:p>
        </w:tc>
      </w:tr>
      <w:tr>
        <w:tc>
          <w:tcPr>
            <w:tcW w:type="dxa" w:w="2880"/>
          </w:tcPr>
          <w:p>
            <w:r>
              <w:t>2026-09-14</w:t>
            </w:r>
          </w:p>
        </w:tc>
        <w:tc>
          <w:tcPr>
            <w:tcW w:type="dxa" w:w="2880"/>
          </w:tcPr>
          <w:p>
            <w:r>
              <w:t>interference</w:t>
            </w:r>
          </w:p>
        </w:tc>
        <w:tc>
          <w:tcPr>
            <w:tcW w:type="dxa" w:w="2880"/>
          </w:tcPr>
          <w:p>
            <w:r>
              <w:t>29</w:t>
            </w:r>
          </w:p>
        </w:tc>
      </w:tr>
      <w:tr>
        <w:tc>
          <w:tcPr>
            <w:tcW w:type="dxa" w:w="2880"/>
          </w:tcPr>
          <w:p>
            <w:r>
              <w:t>2026-09-21</w:t>
            </w:r>
          </w:p>
        </w:tc>
        <w:tc>
          <w:tcPr>
            <w:tcW w:type="dxa" w:w="2880"/>
          </w:tcPr>
          <w:p>
            <w:r>
              <w:t>coverage</w:t>
            </w:r>
          </w:p>
        </w:tc>
        <w:tc>
          <w:tcPr>
            <w:tcW w:type="dxa" w:w="2880"/>
          </w:tcPr>
          <w:p>
            <w:r>
              <w:t>85</w:t>
            </w:r>
          </w:p>
        </w:tc>
      </w:tr>
      <w:tr>
        <w:tc>
          <w:tcPr>
            <w:tcW w:type="dxa" w:w="2880"/>
          </w:tcPr>
          <w:p>
            <w:r>
              <w:t>2026-09-21</w:t>
            </w:r>
          </w:p>
        </w:tc>
        <w:tc>
          <w:tcPr>
            <w:tcW w:type="dxa" w:w="2880"/>
          </w:tcPr>
          <w:p>
            <w:r>
              <w:t>handover</w:t>
            </w:r>
          </w:p>
        </w:tc>
        <w:tc>
          <w:tcPr>
            <w:tcW w:type="dxa" w:w="2880"/>
          </w:tcPr>
          <w:p>
            <w:r>
              <w:t>67</w:t>
            </w:r>
          </w:p>
        </w:tc>
      </w:tr>
      <w:tr>
        <w:tc>
          <w:tcPr>
            <w:tcW w:type="dxa" w:w="2880"/>
          </w:tcPr>
          <w:p>
            <w:r>
              <w:t>2026-09-21</w:t>
            </w:r>
          </w:p>
        </w:tc>
        <w:tc>
          <w:tcPr>
            <w:tcW w:type="dxa" w:w="2880"/>
          </w:tcPr>
          <w:p>
            <w:r>
              <w:t>congestion</w:t>
            </w:r>
          </w:p>
        </w:tc>
        <w:tc>
          <w:tcPr>
            <w:tcW w:type="dxa" w:w="2880"/>
          </w:tcPr>
          <w:p>
            <w:r>
              <w:t>46</w:t>
            </w:r>
          </w:p>
        </w:tc>
      </w:tr>
      <w:tr>
        <w:tc>
          <w:tcPr>
            <w:tcW w:type="dxa" w:w="2880"/>
          </w:tcPr>
          <w:p>
            <w:r>
              <w:t>2026-09-21</w:t>
            </w:r>
          </w:p>
        </w:tc>
        <w:tc>
          <w:tcPr>
            <w:tcW w:type="dxa" w:w="2880"/>
          </w:tcPr>
          <w:p>
            <w:r>
              <w:t>interference</w:t>
            </w:r>
          </w:p>
        </w:tc>
        <w:tc>
          <w:tcPr>
            <w:tcW w:type="dxa" w:w="2880"/>
          </w:tcPr>
          <w:p>
            <w:r>
              <w:t>29</w:t>
            </w:r>
          </w:p>
        </w:tc>
      </w:tr>
    </w:tbl>
    <w:p/>
    <w:p>
      <w:pPr>
        <w:pStyle w:val="Heading2"/>
      </w:pPr>
      <w:r>
        <w:t>Figure 86. Dropped calls over time (occurred_at) [262]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2026-08-03</w:t>
            </w:r>
          </w:p>
        </w:tc>
        <w:tc>
          <w:tcPr>
            <w:tcW w:type="dxa" w:w="2880"/>
          </w:tcPr>
          <w:p>
            <w:r>
              <w:t>coverage</w:t>
            </w:r>
          </w:p>
        </w:tc>
        <w:tc>
          <w:tcPr>
            <w:tcW w:type="dxa" w:w="2880"/>
          </w:tcPr>
          <w:p>
            <w:r>
              <w:t>92</w:t>
            </w:r>
          </w:p>
        </w:tc>
      </w:tr>
      <w:tr>
        <w:tc>
          <w:tcPr>
            <w:tcW w:type="dxa" w:w="2880"/>
          </w:tcPr>
          <w:p>
            <w:r>
              <w:t>2026-08-03</w:t>
            </w:r>
          </w:p>
        </w:tc>
        <w:tc>
          <w:tcPr>
            <w:tcW w:type="dxa" w:w="2880"/>
          </w:tcPr>
          <w:p>
            <w:r>
              <w:t>handover</w:t>
            </w:r>
          </w:p>
        </w:tc>
        <w:tc>
          <w:tcPr>
            <w:tcW w:type="dxa" w:w="2880"/>
          </w:tcPr>
          <w:p>
            <w:r>
              <w:t>82</w:t>
            </w:r>
          </w:p>
        </w:tc>
      </w:tr>
      <w:tr>
        <w:tc>
          <w:tcPr>
            <w:tcW w:type="dxa" w:w="2880"/>
          </w:tcPr>
          <w:p>
            <w:r>
              <w:t>2026-08-03</w:t>
            </w:r>
          </w:p>
        </w:tc>
        <w:tc>
          <w:tcPr>
            <w:tcW w:type="dxa" w:w="2880"/>
          </w:tcPr>
          <w:p>
            <w:r>
              <w:t>congestion</w:t>
            </w:r>
          </w:p>
        </w:tc>
        <w:tc>
          <w:tcPr>
            <w:tcW w:type="dxa" w:w="2880"/>
          </w:tcPr>
          <w:p>
            <w:r>
              <w:t>39</w:t>
            </w:r>
          </w:p>
        </w:tc>
      </w:tr>
      <w:tr>
        <w:tc>
          <w:tcPr>
            <w:tcW w:type="dxa" w:w="2880"/>
          </w:tcPr>
          <w:p>
            <w:r>
              <w:t>2026-08-03</w:t>
            </w:r>
          </w:p>
        </w:tc>
        <w:tc>
          <w:tcPr>
            <w:tcW w:type="dxa" w:w="2880"/>
          </w:tcPr>
          <w:p>
            <w:r>
              <w:t>interference</w:t>
            </w:r>
          </w:p>
        </w:tc>
        <w:tc>
          <w:tcPr>
            <w:tcW w:type="dxa" w:w="2880"/>
          </w:tcPr>
          <w:p>
            <w:r>
              <w:t>26</w:t>
            </w:r>
          </w:p>
        </w:tc>
      </w:tr>
      <w:tr>
        <w:tc>
          <w:tcPr>
            <w:tcW w:type="dxa" w:w="2880"/>
          </w:tcPr>
          <w:p>
            <w:r>
              <w:t>2026-08-10</w:t>
            </w:r>
          </w:p>
        </w:tc>
        <w:tc>
          <w:tcPr>
            <w:tcW w:type="dxa" w:w="2880"/>
          </w:tcPr>
          <w:p>
            <w:r>
              <w:t>coverage</w:t>
            </w:r>
          </w:p>
        </w:tc>
        <w:tc>
          <w:tcPr>
            <w:tcW w:type="dxa" w:w="2880"/>
          </w:tcPr>
          <w:p>
            <w:r>
              <w:t>80</w:t>
            </w:r>
          </w:p>
        </w:tc>
      </w:tr>
      <w:tr>
        <w:tc>
          <w:tcPr>
            <w:tcW w:type="dxa" w:w="2880"/>
          </w:tcPr>
          <w:p>
            <w:r>
              <w:t>2026-08-10</w:t>
            </w:r>
          </w:p>
        </w:tc>
        <w:tc>
          <w:tcPr>
            <w:tcW w:type="dxa" w:w="2880"/>
          </w:tcPr>
          <w:p>
            <w:r>
              <w:t>handover</w:t>
            </w:r>
          </w:p>
        </w:tc>
        <w:tc>
          <w:tcPr>
            <w:tcW w:type="dxa" w:w="2880"/>
          </w:tcPr>
          <w:p>
            <w:r>
              <w:t>79</w:t>
            </w:r>
          </w:p>
        </w:tc>
      </w:tr>
      <w:tr>
        <w:tc>
          <w:tcPr>
            <w:tcW w:type="dxa" w:w="2880"/>
          </w:tcPr>
          <w:p>
            <w:r>
              <w:t>2026-08-10</w:t>
            </w:r>
          </w:p>
        </w:tc>
        <w:tc>
          <w:tcPr>
            <w:tcW w:type="dxa" w:w="2880"/>
          </w:tcPr>
          <w:p>
            <w:r>
              <w:t>congestion</w:t>
            </w:r>
          </w:p>
        </w:tc>
        <w:tc>
          <w:tcPr>
            <w:tcW w:type="dxa" w:w="2880"/>
          </w:tcPr>
          <w:p>
            <w:r>
              <w:t>48</w:t>
            </w:r>
          </w:p>
        </w:tc>
      </w:tr>
      <w:tr>
        <w:tc>
          <w:tcPr>
            <w:tcW w:type="dxa" w:w="2880"/>
          </w:tcPr>
          <w:p>
            <w:r>
              <w:t>2026-08-10</w:t>
            </w:r>
          </w:p>
        </w:tc>
        <w:tc>
          <w:tcPr>
            <w:tcW w:type="dxa" w:w="2880"/>
          </w:tcPr>
          <w:p>
            <w:r>
              <w:t>interference</w:t>
            </w:r>
          </w:p>
        </w:tc>
        <w:tc>
          <w:tcPr>
            <w:tcW w:type="dxa" w:w="2880"/>
          </w:tcPr>
          <w:p>
            <w:r>
              <w:t>25</w:t>
            </w:r>
          </w:p>
        </w:tc>
      </w:tr>
      <w:tr>
        <w:tc>
          <w:tcPr>
            <w:tcW w:type="dxa" w:w="2880"/>
          </w:tcPr>
          <w:p>
            <w:r>
              <w:t>2026-08-17</w:t>
            </w:r>
          </w:p>
        </w:tc>
        <w:tc>
          <w:tcPr>
            <w:tcW w:type="dxa" w:w="2880"/>
          </w:tcPr>
          <w:p>
            <w:r>
              <w:t>coverage</w:t>
            </w:r>
          </w:p>
        </w:tc>
        <w:tc>
          <w:tcPr>
            <w:tcW w:type="dxa" w:w="2880"/>
          </w:tcPr>
          <w:p>
            <w:r>
              <w:t>82</w:t>
            </w:r>
          </w:p>
        </w:tc>
      </w:tr>
      <w:tr>
        <w:tc>
          <w:tcPr>
            <w:tcW w:type="dxa" w:w="2880"/>
          </w:tcPr>
          <w:p>
            <w:r>
              <w:t>2026-08-17</w:t>
            </w:r>
          </w:p>
        </w:tc>
        <w:tc>
          <w:tcPr>
            <w:tcW w:type="dxa" w:w="2880"/>
          </w:tcPr>
          <w:p>
            <w:r>
              <w:t>handover</w:t>
            </w:r>
          </w:p>
        </w:tc>
        <w:tc>
          <w:tcPr>
            <w:tcW w:type="dxa" w:w="2880"/>
          </w:tcPr>
          <w:p>
            <w:r>
              <w:t>86</w:t>
            </w:r>
          </w:p>
        </w:tc>
      </w:tr>
      <w:tr>
        <w:tc>
          <w:tcPr>
            <w:tcW w:type="dxa" w:w="2880"/>
          </w:tcPr>
          <w:p>
            <w:r>
              <w:t>2026-08-17</w:t>
            </w:r>
          </w:p>
        </w:tc>
        <w:tc>
          <w:tcPr>
            <w:tcW w:type="dxa" w:w="2880"/>
          </w:tcPr>
          <w:p>
            <w:r>
              <w:t>congestion</w:t>
            </w:r>
          </w:p>
        </w:tc>
        <w:tc>
          <w:tcPr>
            <w:tcW w:type="dxa" w:w="2880"/>
          </w:tcPr>
          <w:p>
            <w:r>
              <w:t>35</w:t>
            </w:r>
          </w:p>
        </w:tc>
      </w:tr>
      <w:tr>
        <w:tc>
          <w:tcPr>
            <w:tcW w:type="dxa" w:w="2880"/>
          </w:tcPr>
          <w:p>
            <w:r>
              <w:t>2026-08-17</w:t>
            </w:r>
          </w:p>
        </w:tc>
        <w:tc>
          <w:tcPr>
            <w:tcW w:type="dxa" w:w="2880"/>
          </w:tcPr>
          <w:p>
            <w:r>
              <w:t>interference</w:t>
            </w:r>
          </w:p>
        </w:tc>
        <w:tc>
          <w:tcPr>
            <w:tcW w:type="dxa" w:w="2880"/>
          </w:tcPr>
          <w:p>
            <w:r>
              <w:t>15</w:t>
            </w:r>
          </w:p>
        </w:tc>
      </w:tr>
      <w:tr>
        <w:tc>
          <w:tcPr>
            <w:tcW w:type="dxa" w:w="2880"/>
          </w:tcPr>
          <w:p>
            <w:r>
              <w:t>2026-08-24</w:t>
            </w:r>
          </w:p>
        </w:tc>
        <w:tc>
          <w:tcPr>
            <w:tcW w:type="dxa" w:w="2880"/>
          </w:tcPr>
          <w:p>
            <w:r>
              <w:t>coverage</w:t>
            </w:r>
          </w:p>
        </w:tc>
        <w:tc>
          <w:tcPr>
            <w:tcW w:type="dxa" w:w="2880"/>
          </w:tcPr>
          <w:p>
            <w:r>
              <w:t>68</w:t>
            </w:r>
          </w:p>
        </w:tc>
      </w:tr>
      <w:tr>
        <w:tc>
          <w:tcPr>
            <w:tcW w:type="dxa" w:w="2880"/>
          </w:tcPr>
          <w:p>
            <w:r>
              <w:t>2026-08-24</w:t>
            </w:r>
          </w:p>
        </w:tc>
        <w:tc>
          <w:tcPr>
            <w:tcW w:type="dxa" w:w="2880"/>
          </w:tcPr>
          <w:p>
            <w:r>
              <w:t>handover</w:t>
            </w:r>
          </w:p>
        </w:tc>
        <w:tc>
          <w:tcPr>
            <w:tcW w:type="dxa" w:w="2880"/>
          </w:tcPr>
          <w:p>
            <w:r>
              <w:t>75</w:t>
            </w:r>
          </w:p>
        </w:tc>
      </w:tr>
      <w:tr>
        <w:tc>
          <w:tcPr>
            <w:tcW w:type="dxa" w:w="2880"/>
          </w:tcPr>
          <w:p>
            <w:r>
              <w:t>2026-08-24</w:t>
            </w:r>
          </w:p>
        </w:tc>
        <w:tc>
          <w:tcPr>
            <w:tcW w:type="dxa" w:w="2880"/>
          </w:tcPr>
          <w:p>
            <w:r>
              <w:t>congestion</w:t>
            </w:r>
          </w:p>
        </w:tc>
        <w:tc>
          <w:tcPr>
            <w:tcW w:type="dxa" w:w="2880"/>
          </w:tcPr>
          <w:p>
            <w:r>
              <w:t>37</w:t>
            </w:r>
          </w:p>
        </w:tc>
      </w:tr>
      <w:tr>
        <w:tc>
          <w:tcPr>
            <w:tcW w:type="dxa" w:w="2880"/>
          </w:tcPr>
          <w:p>
            <w:r>
              <w:t>2026-08-24</w:t>
            </w:r>
          </w:p>
        </w:tc>
        <w:tc>
          <w:tcPr>
            <w:tcW w:type="dxa" w:w="2880"/>
          </w:tcPr>
          <w:p>
            <w:r>
              <w:t>interference</w:t>
            </w:r>
          </w:p>
        </w:tc>
        <w:tc>
          <w:tcPr>
            <w:tcW w:type="dxa" w:w="2880"/>
          </w:tcPr>
          <w:p>
            <w:r>
              <w:t>20</w:t>
            </w:r>
          </w:p>
        </w:tc>
      </w:tr>
      <w:tr>
        <w:tc>
          <w:tcPr>
            <w:tcW w:type="dxa" w:w="2880"/>
          </w:tcPr>
          <w:p>
            <w:r>
              <w:t>2026-08-31</w:t>
            </w:r>
          </w:p>
        </w:tc>
        <w:tc>
          <w:tcPr>
            <w:tcW w:type="dxa" w:w="2880"/>
          </w:tcPr>
          <w:p>
            <w:r>
              <w:t>coverage</w:t>
            </w:r>
          </w:p>
        </w:tc>
        <w:tc>
          <w:tcPr>
            <w:tcW w:type="dxa" w:w="2880"/>
          </w:tcPr>
          <w:p>
            <w:r>
              <w:t>82</w:t>
            </w:r>
          </w:p>
        </w:tc>
      </w:tr>
      <w:tr>
        <w:tc>
          <w:tcPr>
            <w:tcW w:type="dxa" w:w="2880"/>
          </w:tcPr>
          <w:p>
            <w:r>
              <w:t>2026-08-31</w:t>
            </w:r>
          </w:p>
        </w:tc>
        <w:tc>
          <w:tcPr>
            <w:tcW w:type="dxa" w:w="2880"/>
          </w:tcPr>
          <w:p>
            <w:r>
              <w:t>handover</w:t>
            </w:r>
          </w:p>
        </w:tc>
        <w:tc>
          <w:tcPr>
            <w:tcW w:type="dxa" w:w="2880"/>
          </w:tcPr>
          <w:p>
            <w:r>
              <w:t>80</w:t>
            </w:r>
          </w:p>
        </w:tc>
      </w:tr>
      <w:tr>
        <w:tc>
          <w:tcPr>
            <w:tcW w:type="dxa" w:w="2880"/>
          </w:tcPr>
          <w:p>
            <w:r>
              <w:t>2026-08-31</w:t>
            </w:r>
          </w:p>
        </w:tc>
        <w:tc>
          <w:tcPr>
            <w:tcW w:type="dxa" w:w="2880"/>
          </w:tcPr>
          <w:p>
            <w:r>
              <w:t>congestion</w:t>
            </w:r>
          </w:p>
        </w:tc>
        <w:tc>
          <w:tcPr>
            <w:tcW w:type="dxa" w:w="2880"/>
          </w:tcPr>
          <w:p>
            <w:r>
              <w:t>51</w:t>
            </w:r>
          </w:p>
        </w:tc>
      </w:tr>
      <w:tr>
        <w:tc>
          <w:tcPr>
            <w:tcW w:type="dxa" w:w="2880"/>
          </w:tcPr>
          <w:p>
            <w:r>
              <w:t>2026-08-31</w:t>
            </w:r>
          </w:p>
        </w:tc>
        <w:tc>
          <w:tcPr>
            <w:tcW w:type="dxa" w:w="2880"/>
          </w:tcPr>
          <w:p>
            <w:r>
              <w:t>interference</w:t>
            </w:r>
          </w:p>
        </w:tc>
        <w:tc>
          <w:tcPr>
            <w:tcW w:type="dxa" w:w="2880"/>
          </w:tcPr>
          <w:p>
            <w:r>
              <w:t>29</w:t>
            </w:r>
          </w:p>
        </w:tc>
      </w:tr>
      <w:tr>
        <w:tc>
          <w:tcPr>
            <w:tcW w:type="dxa" w:w="2880"/>
          </w:tcPr>
          <w:p>
            <w:r>
              <w:t>2026-09-07</w:t>
            </w:r>
          </w:p>
        </w:tc>
        <w:tc>
          <w:tcPr>
            <w:tcW w:type="dxa" w:w="2880"/>
          </w:tcPr>
          <w:p>
            <w:r>
              <w:t>coverage</w:t>
            </w:r>
          </w:p>
        </w:tc>
        <w:tc>
          <w:tcPr>
            <w:tcW w:type="dxa" w:w="2880"/>
          </w:tcPr>
          <w:p>
            <w:r>
              <w:t>76</w:t>
            </w:r>
          </w:p>
        </w:tc>
      </w:tr>
      <w:tr>
        <w:tc>
          <w:tcPr>
            <w:tcW w:type="dxa" w:w="2880"/>
          </w:tcPr>
          <w:p>
            <w:r>
              <w:t>2026-09-07</w:t>
            </w:r>
          </w:p>
        </w:tc>
        <w:tc>
          <w:tcPr>
            <w:tcW w:type="dxa" w:w="2880"/>
          </w:tcPr>
          <w:p>
            <w:r>
              <w:t>handover</w:t>
            </w:r>
          </w:p>
        </w:tc>
        <w:tc>
          <w:tcPr>
            <w:tcW w:type="dxa" w:w="2880"/>
          </w:tcPr>
          <w:p>
            <w:r>
              <w:t>74</w:t>
            </w:r>
          </w:p>
        </w:tc>
      </w:tr>
      <w:tr>
        <w:tc>
          <w:tcPr>
            <w:tcW w:type="dxa" w:w="2880"/>
          </w:tcPr>
          <w:p>
            <w:r>
              <w:t>2026-09-07</w:t>
            </w:r>
          </w:p>
        </w:tc>
        <w:tc>
          <w:tcPr>
            <w:tcW w:type="dxa" w:w="2880"/>
          </w:tcPr>
          <w:p>
            <w:r>
              <w:t>congestion</w:t>
            </w:r>
          </w:p>
        </w:tc>
        <w:tc>
          <w:tcPr>
            <w:tcW w:type="dxa" w:w="2880"/>
          </w:tcPr>
          <w:p>
            <w:r>
              <w:t>51</w:t>
            </w:r>
          </w:p>
        </w:tc>
      </w:tr>
      <w:tr>
        <w:tc>
          <w:tcPr>
            <w:tcW w:type="dxa" w:w="2880"/>
          </w:tcPr>
          <w:p>
            <w:r>
              <w:t>2026-09-07</w:t>
            </w:r>
          </w:p>
        </w:tc>
        <w:tc>
          <w:tcPr>
            <w:tcW w:type="dxa" w:w="2880"/>
          </w:tcPr>
          <w:p>
            <w:r>
              <w:t>interference</w:t>
            </w:r>
          </w:p>
        </w:tc>
        <w:tc>
          <w:tcPr>
            <w:tcW w:type="dxa" w:w="2880"/>
          </w:tcPr>
          <w:p>
            <w:r>
              <w:t>23</w:t>
            </w:r>
          </w:p>
        </w:tc>
      </w:tr>
      <w:tr>
        <w:tc>
          <w:tcPr>
            <w:tcW w:type="dxa" w:w="2880"/>
          </w:tcPr>
          <w:p>
            <w:r>
              <w:t>2026-09-14</w:t>
            </w:r>
          </w:p>
        </w:tc>
        <w:tc>
          <w:tcPr>
            <w:tcW w:type="dxa" w:w="2880"/>
          </w:tcPr>
          <w:p>
            <w:r>
              <w:t>coverage</w:t>
            </w:r>
          </w:p>
        </w:tc>
        <w:tc>
          <w:tcPr>
            <w:tcW w:type="dxa" w:w="2880"/>
          </w:tcPr>
          <w:p>
            <w:r>
              <w:t>81</w:t>
            </w:r>
          </w:p>
        </w:tc>
      </w:tr>
      <w:tr>
        <w:tc>
          <w:tcPr>
            <w:tcW w:type="dxa" w:w="2880"/>
          </w:tcPr>
          <w:p>
            <w:r>
              <w:t>2026-09-14</w:t>
            </w:r>
          </w:p>
        </w:tc>
        <w:tc>
          <w:tcPr>
            <w:tcW w:type="dxa" w:w="2880"/>
          </w:tcPr>
          <w:p>
            <w:r>
              <w:t>handover</w:t>
            </w:r>
          </w:p>
        </w:tc>
        <w:tc>
          <w:tcPr>
            <w:tcW w:type="dxa" w:w="2880"/>
          </w:tcPr>
          <w:p>
            <w:r>
              <w:t>74</w:t>
            </w:r>
          </w:p>
        </w:tc>
      </w:tr>
      <w:tr>
        <w:tc>
          <w:tcPr>
            <w:tcW w:type="dxa" w:w="2880"/>
          </w:tcPr>
          <w:p>
            <w:r>
              <w:t>2026-09-14</w:t>
            </w:r>
          </w:p>
        </w:tc>
        <w:tc>
          <w:tcPr>
            <w:tcW w:type="dxa" w:w="2880"/>
          </w:tcPr>
          <w:p>
            <w:r>
              <w:t>congestion</w:t>
            </w:r>
          </w:p>
        </w:tc>
        <w:tc>
          <w:tcPr>
            <w:tcW w:type="dxa" w:w="2880"/>
          </w:tcPr>
          <w:p>
            <w:r>
              <w:t>34</w:t>
            </w:r>
          </w:p>
        </w:tc>
      </w:tr>
      <w:tr>
        <w:tc>
          <w:tcPr>
            <w:tcW w:type="dxa" w:w="2880"/>
          </w:tcPr>
          <w:p>
            <w:r>
              <w:t>2026-09-14</w:t>
            </w:r>
          </w:p>
        </w:tc>
        <w:tc>
          <w:tcPr>
            <w:tcW w:type="dxa" w:w="2880"/>
          </w:tcPr>
          <w:p>
            <w:r>
              <w:t>interference</w:t>
            </w:r>
          </w:p>
        </w:tc>
        <w:tc>
          <w:tcPr>
            <w:tcW w:type="dxa" w:w="2880"/>
          </w:tcPr>
          <w:p>
            <w:r>
              <w:t>29</w:t>
            </w:r>
          </w:p>
        </w:tc>
      </w:tr>
      <w:tr>
        <w:tc>
          <w:tcPr>
            <w:tcW w:type="dxa" w:w="2880"/>
          </w:tcPr>
          <w:p>
            <w:r>
              <w:t>2026-09-21</w:t>
            </w:r>
          </w:p>
        </w:tc>
        <w:tc>
          <w:tcPr>
            <w:tcW w:type="dxa" w:w="2880"/>
          </w:tcPr>
          <w:p>
            <w:r>
              <w:t>coverage</w:t>
            </w:r>
          </w:p>
        </w:tc>
        <w:tc>
          <w:tcPr>
            <w:tcW w:type="dxa" w:w="2880"/>
          </w:tcPr>
          <w:p>
            <w:r>
              <w:t>85</w:t>
            </w:r>
          </w:p>
        </w:tc>
      </w:tr>
      <w:tr>
        <w:tc>
          <w:tcPr>
            <w:tcW w:type="dxa" w:w="2880"/>
          </w:tcPr>
          <w:p>
            <w:r>
              <w:t>2026-09-21</w:t>
            </w:r>
          </w:p>
        </w:tc>
        <w:tc>
          <w:tcPr>
            <w:tcW w:type="dxa" w:w="2880"/>
          </w:tcPr>
          <w:p>
            <w:r>
              <w:t>handover</w:t>
            </w:r>
          </w:p>
        </w:tc>
        <w:tc>
          <w:tcPr>
            <w:tcW w:type="dxa" w:w="2880"/>
          </w:tcPr>
          <w:p>
            <w:r>
              <w:t>67</w:t>
            </w:r>
          </w:p>
        </w:tc>
      </w:tr>
      <w:tr>
        <w:tc>
          <w:tcPr>
            <w:tcW w:type="dxa" w:w="2880"/>
          </w:tcPr>
          <w:p>
            <w:r>
              <w:t>2026-09-21</w:t>
            </w:r>
          </w:p>
        </w:tc>
        <w:tc>
          <w:tcPr>
            <w:tcW w:type="dxa" w:w="2880"/>
          </w:tcPr>
          <w:p>
            <w:r>
              <w:t>congestion</w:t>
            </w:r>
          </w:p>
        </w:tc>
        <w:tc>
          <w:tcPr>
            <w:tcW w:type="dxa" w:w="2880"/>
          </w:tcPr>
          <w:p>
            <w:r>
              <w:t>46</w:t>
            </w:r>
          </w:p>
        </w:tc>
      </w:tr>
      <w:tr>
        <w:tc>
          <w:tcPr>
            <w:tcW w:type="dxa" w:w="2880"/>
          </w:tcPr>
          <w:p>
            <w:r>
              <w:t>2026-09-21</w:t>
            </w:r>
          </w:p>
        </w:tc>
        <w:tc>
          <w:tcPr>
            <w:tcW w:type="dxa" w:w="2880"/>
          </w:tcPr>
          <w:p>
            <w:r>
              <w:t>interference</w:t>
            </w:r>
          </w:p>
        </w:tc>
        <w:tc>
          <w:tcPr>
            <w:tcW w:type="dxa" w:w="2880"/>
          </w:tcPr>
          <w:p>
            <w:r>
              <w:t>29</w:t>
            </w:r>
          </w:p>
        </w:tc>
      </w:tr>
    </w:tbl>
    <w:p/>
    <w:p>
      <w:pPr>
        <w:pStyle w:val="Heading2"/>
      </w:pPr>
      <w:r>
        <w:t>Figure 87. Coverage complaints over time (date) [263]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slow data</w:t>
            </w:r>
          </w:p>
        </w:tc>
        <w:tc>
          <w:tcPr>
            <w:tcW w:type="dxa" w:w="2880"/>
          </w:tcPr>
          <w:p>
            <w:r>
              <w:t>2</w:t>
            </w:r>
          </w:p>
        </w:tc>
      </w:tr>
      <w:tr>
        <w:tc>
          <w:tcPr>
            <w:tcW w:type="dxa" w:w="2880"/>
          </w:tcPr>
          <w:p>
            <w:r>
              <w:t>2026-02-23</w:t>
            </w:r>
          </w:p>
        </w:tc>
        <w:tc>
          <w:tcPr>
            <w:tcW w:type="dxa" w:w="2880"/>
          </w:tcPr>
          <w:p>
            <w:r>
              <w:t>calls drop</w:t>
            </w:r>
          </w:p>
        </w:tc>
        <w:tc>
          <w:tcPr>
            <w:tcW w:type="dxa" w:w="2880"/>
          </w:tcPr>
          <w:p>
            <w:r>
              <w:t>2</w:t>
            </w:r>
          </w:p>
        </w:tc>
      </w:tr>
      <w:tr>
        <w:tc>
          <w:tcPr>
            <w:tcW w:type="dxa" w:w="2880"/>
          </w:tcPr>
          <w:p>
            <w:r>
              <w:t>2026-02-23</w:t>
            </w:r>
          </w:p>
        </w:tc>
        <w:tc>
          <w:tcPr>
            <w:tcW w:type="dxa" w:w="2880"/>
          </w:tcPr>
          <w:p>
            <w:r>
              <w:t>no signal indoors</w:t>
            </w:r>
          </w:p>
        </w:tc>
        <w:tc>
          <w:tcPr>
            <w:tcW w:type="dxa" w:w="2880"/>
          </w:tcPr>
          <w:p>
            <w:r>
              <w:t>0</w:t>
            </w:r>
          </w:p>
        </w:tc>
      </w:tr>
      <w:tr>
        <w:tc>
          <w:tcPr>
            <w:tcW w:type="dxa" w:w="2880"/>
          </w:tcPr>
          <w:p>
            <w:r>
              <w:t>2026-03-02</w:t>
            </w:r>
          </w:p>
        </w:tc>
        <w:tc>
          <w:tcPr>
            <w:tcW w:type="dxa" w:w="2880"/>
          </w:tcPr>
          <w:p>
            <w:r>
              <w:t>slow data</w:t>
            </w:r>
          </w:p>
        </w:tc>
        <w:tc>
          <w:tcPr>
            <w:tcW w:type="dxa" w:w="2880"/>
          </w:tcPr>
          <w:p>
            <w:r>
              <w:t>4</w:t>
            </w:r>
          </w:p>
        </w:tc>
      </w:tr>
      <w:tr>
        <w:tc>
          <w:tcPr>
            <w:tcW w:type="dxa" w:w="2880"/>
          </w:tcPr>
          <w:p>
            <w:r>
              <w:t>2026-03-02</w:t>
            </w:r>
          </w:p>
        </w:tc>
        <w:tc>
          <w:tcPr>
            <w:tcW w:type="dxa" w:w="2880"/>
          </w:tcPr>
          <w:p>
            <w:r>
              <w:t>calls drop</w:t>
            </w:r>
          </w:p>
        </w:tc>
        <w:tc>
          <w:tcPr>
            <w:tcW w:type="dxa" w:w="2880"/>
          </w:tcPr>
          <w:p>
            <w:r>
              <w:t>6</w:t>
            </w:r>
          </w:p>
        </w:tc>
      </w:tr>
      <w:tr>
        <w:tc>
          <w:tcPr>
            <w:tcW w:type="dxa" w:w="2880"/>
          </w:tcPr>
          <w:p>
            <w:r>
              <w:t>2026-03-02</w:t>
            </w:r>
          </w:p>
        </w:tc>
        <w:tc>
          <w:tcPr>
            <w:tcW w:type="dxa" w:w="2880"/>
          </w:tcPr>
          <w:p>
            <w:r>
              <w:t>no signal indoors</w:t>
            </w:r>
          </w:p>
        </w:tc>
        <w:tc>
          <w:tcPr>
            <w:tcW w:type="dxa" w:w="2880"/>
          </w:tcPr>
          <w:p>
            <w:r>
              <w:t>1</w:t>
            </w:r>
          </w:p>
        </w:tc>
      </w:tr>
      <w:tr>
        <w:tc>
          <w:tcPr>
            <w:tcW w:type="dxa" w:w="2880"/>
          </w:tcPr>
          <w:p>
            <w:r>
              <w:t>2026-03-09</w:t>
            </w:r>
          </w:p>
        </w:tc>
        <w:tc>
          <w:tcPr>
            <w:tcW w:type="dxa" w:w="2880"/>
          </w:tcPr>
          <w:p>
            <w:r>
              <w:t>slow data</w:t>
            </w:r>
          </w:p>
        </w:tc>
        <w:tc>
          <w:tcPr>
            <w:tcW w:type="dxa" w:w="2880"/>
          </w:tcPr>
          <w:p>
            <w:r>
              <w:t>6</w:t>
            </w:r>
          </w:p>
        </w:tc>
      </w:tr>
      <w:tr>
        <w:tc>
          <w:tcPr>
            <w:tcW w:type="dxa" w:w="2880"/>
          </w:tcPr>
          <w:p>
            <w:r>
              <w:t>2026-03-09</w:t>
            </w:r>
          </w:p>
        </w:tc>
        <w:tc>
          <w:tcPr>
            <w:tcW w:type="dxa" w:w="2880"/>
          </w:tcPr>
          <w:p>
            <w:r>
              <w:t>calls drop</w:t>
            </w:r>
          </w:p>
        </w:tc>
        <w:tc>
          <w:tcPr>
            <w:tcW w:type="dxa" w:w="2880"/>
          </w:tcPr>
          <w:p>
            <w:r>
              <w:t>4</w:t>
            </w:r>
          </w:p>
        </w:tc>
      </w:tr>
      <w:tr>
        <w:tc>
          <w:tcPr>
            <w:tcW w:type="dxa" w:w="2880"/>
          </w:tcPr>
          <w:p>
            <w:r>
              <w:t>2026-03-09</w:t>
            </w:r>
          </w:p>
        </w:tc>
        <w:tc>
          <w:tcPr>
            <w:tcW w:type="dxa" w:w="2880"/>
          </w:tcPr>
          <w:p>
            <w:r>
              <w:t>no signal indoors</w:t>
            </w:r>
          </w:p>
        </w:tc>
        <w:tc>
          <w:tcPr>
            <w:tcW w:type="dxa" w:w="2880"/>
          </w:tcPr>
          <w:p>
            <w:r>
              <w:t>4</w:t>
            </w:r>
          </w:p>
        </w:tc>
      </w:tr>
      <w:tr>
        <w:tc>
          <w:tcPr>
            <w:tcW w:type="dxa" w:w="2880"/>
          </w:tcPr>
          <w:p>
            <w:r>
              <w:t>2026-03-16</w:t>
            </w:r>
          </w:p>
        </w:tc>
        <w:tc>
          <w:tcPr>
            <w:tcW w:type="dxa" w:w="2880"/>
          </w:tcPr>
          <w:p>
            <w:r>
              <w:t>slow data</w:t>
            </w:r>
          </w:p>
        </w:tc>
        <w:tc>
          <w:tcPr>
            <w:tcW w:type="dxa" w:w="2880"/>
          </w:tcPr>
          <w:p>
            <w:r>
              <w:t>3</w:t>
            </w:r>
          </w:p>
        </w:tc>
      </w:tr>
      <w:tr>
        <w:tc>
          <w:tcPr>
            <w:tcW w:type="dxa" w:w="2880"/>
          </w:tcPr>
          <w:p>
            <w:r>
              <w:t>2026-03-16</w:t>
            </w:r>
          </w:p>
        </w:tc>
        <w:tc>
          <w:tcPr>
            <w:tcW w:type="dxa" w:w="2880"/>
          </w:tcPr>
          <w:p>
            <w:r>
              <w:t>calls drop</w:t>
            </w:r>
          </w:p>
        </w:tc>
        <w:tc>
          <w:tcPr>
            <w:tcW w:type="dxa" w:w="2880"/>
          </w:tcPr>
          <w:p>
            <w:r>
              <w:t>6</w:t>
            </w:r>
          </w:p>
        </w:tc>
      </w:tr>
      <w:tr>
        <w:tc>
          <w:tcPr>
            <w:tcW w:type="dxa" w:w="2880"/>
          </w:tcPr>
          <w:p>
            <w:r>
              <w:t>2026-03-16</w:t>
            </w:r>
          </w:p>
        </w:tc>
        <w:tc>
          <w:tcPr>
            <w:tcW w:type="dxa" w:w="2880"/>
          </w:tcPr>
          <w:p>
            <w:r>
              <w:t>no signal indoors</w:t>
            </w:r>
          </w:p>
        </w:tc>
        <w:tc>
          <w:tcPr>
            <w:tcW w:type="dxa" w:w="2880"/>
          </w:tcPr>
          <w:p>
            <w:r>
              <w:t>3</w:t>
            </w:r>
          </w:p>
        </w:tc>
      </w:tr>
      <w:tr>
        <w:tc>
          <w:tcPr>
            <w:tcW w:type="dxa" w:w="2880"/>
          </w:tcPr>
          <w:p>
            <w:r>
              <w:t>2026-03-23</w:t>
            </w:r>
          </w:p>
        </w:tc>
        <w:tc>
          <w:tcPr>
            <w:tcW w:type="dxa" w:w="2880"/>
          </w:tcPr>
          <w:p>
            <w:r>
              <w:t>slow data</w:t>
            </w:r>
          </w:p>
        </w:tc>
        <w:tc>
          <w:tcPr>
            <w:tcW w:type="dxa" w:w="2880"/>
          </w:tcPr>
          <w:p>
            <w:r>
              <w:t>6</w:t>
            </w:r>
          </w:p>
        </w:tc>
      </w:tr>
      <w:tr>
        <w:tc>
          <w:tcPr>
            <w:tcW w:type="dxa" w:w="2880"/>
          </w:tcPr>
          <w:p>
            <w:r>
              <w:t>2026-03-23</w:t>
            </w:r>
          </w:p>
        </w:tc>
        <w:tc>
          <w:tcPr>
            <w:tcW w:type="dxa" w:w="2880"/>
          </w:tcPr>
          <w:p>
            <w:r>
              <w:t>calls drop</w:t>
            </w:r>
          </w:p>
        </w:tc>
        <w:tc>
          <w:tcPr>
            <w:tcW w:type="dxa" w:w="2880"/>
          </w:tcPr>
          <w:p>
            <w:r>
              <w:t>5</w:t>
            </w:r>
          </w:p>
        </w:tc>
      </w:tr>
      <w:tr>
        <w:tc>
          <w:tcPr>
            <w:tcW w:type="dxa" w:w="2880"/>
          </w:tcPr>
          <w:p>
            <w:r>
              <w:t>2026-03-23</w:t>
            </w:r>
          </w:p>
        </w:tc>
        <w:tc>
          <w:tcPr>
            <w:tcW w:type="dxa" w:w="2880"/>
          </w:tcPr>
          <w:p>
            <w:r>
              <w:t>no signal indoors</w:t>
            </w:r>
          </w:p>
        </w:tc>
        <w:tc>
          <w:tcPr>
            <w:tcW w:type="dxa" w:w="2880"/>
          </w:tcPr>
          <w:p>
            <w:r>
              <w:t>3</w:t>
            </w:r>
          </w:p>
        </w:tc>
      </w:tr>
      <w:tr>
        <w:tc>
          <w:tcPr>
            <w:tcW w:type="dxa" w:w="2880"/>
          </w:tcPr>
          <w:p>
            <w:r>
              <w:t>2026-03-30</w:t>
            </w:r>
          </w:p>
        </w:tc>
        <w:tc>
          <w:tcPr>
            <w:tcW w:type="dxa" w:w="2880"/>
          </w:tcPr>
          <w:p>
            <w:r>
              <w:t>slow data</w:t>
            </w:r>
          </w:p>
        </w:tc>
        <w:tc>
          <w:tcPr>
            <w:tcW w:type="dxa" w:w="2880"/>
          </w:tcPr>
          <w:p>
            <w:r>
              <w:t>6</w:t>
            </w:r>
          </w:p>
        </w:tc>
      </w:tr>
      <w:tr>
        <w:tc>
          <w:tcPr>
            <w:tcW w:type="dxa" w:w="2880"/>
          </w:tcPr>
          <w:p>
            <w:r>
              <w:t>2026-03-30</w:t>
            </w:r>
          </w:p>
        </w:tc>
        <w:tc>
          <w:tcPr>
            <w:tcW w:type="dxa" w:w="2880"/>
          </w:tcPr>
          <w:p>
            <w:r>
              <w:t>calls drop</w:t>
            </w:r>
          </w:p>
        </w:tc>
        <w:tc>
          <w:tcPr>
            <w:tcW w:type="dxa" w:w="2880"/>
          </w:tcPr>
          <w:p>
            <w:r>
              <w:t>4</w:t>
            </w:r>
          </w:p>
        </w:tc>
      </w:tr>
      <w:tr>
        <w:tc>
          <w:tcPr>
            <w:tcW w:type="dxa" w:w="2880"/>
          </w:tcPr>
          <w:p>
            <w:r>
              <w:t>2026-03-30</w:t>
            </w:r>
          </w:p>
        </w:tc>
        <w:tc>
          <w:tcPr>
            <w:tcW w:type="dxa" w:w="2880"/>
          </w:tcPr>
          <w:p>
            <w:r>
              <w:t>no signal indoors</w:t>
            </w:r>
          </w:p>
        </w:tc>
        <w:tc>
          <w:tcPr>
            <w:tcW w:type="dxa" w:w="2880"/>
          </w:tcPr>
          <w:p>
            <w:r>
              <w:t>3</w:t>
            </w:r>
          </w:p>
        </w:tc>
      </w:tr>
      <w:tr>
        <w:tc>
          <w:tcPr>
            <w:tcW w:type="dxa" w:w="2880"/>
          </w:tcPr>
          <w:p>
            <w:r>
              <w:t>2026-04-06</w:t>
            </w:r>
          </w:p>
        </w:tc>
        <w:tc>
          <w:tcPr>
            <w:tcW w:type="dxa" w:w="2880"/>
          </w:tcPr>
          <w:p>
            <w:r>
              <w:t>slow data</w:t>
            </w:r>
          </w:p>
        </w:tc>
        <w:tc>
          <w:tcPr>
            <w:tcW w:type="dxa" w:w="2880"/>
          </w:tcPr>
          <w:p>
            <w:r>
              <w:t>3</w:t>
            </w:r>
          </w:p>
        </w:tc>
      </w:tr>
      <w:tr>
        <w:tc>
          <w:tcPr>
            <w:tcW w:type="dxa" w:w="2880"/>
          </w:tcPr>
          <w:p>
            <w:r>
              <w:t>2026-04-06</w:t>
            </w:r>
          </w:p>
        </w:tc>
        <w:tc>
          <w:tcPr>
            <w:tcW w:type="dxa" w:w="2880"/>
          </w:tcPr>
          <w:p>
            <w:r>
              <w:t>calls drop</w:t>
            </w:r>
          </w:p>
        </w:tc>
        <w:tc>
          <w:tcPr>
            <w:tcW w:type="dxa" w:w="2880"/>
          </w:tcPr>
          <w:p>
            <w:r>
              <w:t>5</w:t>
            </w:r>
          </w:p>
        </w:tc>
      </w:tr>
      <w:tr>
        <w:tc>
          <w:tcPr>
            <w:tcW w:type="dxa" w:w="2880"/>
          </w:tcPr>
          <w:p>
            <w:r>
              <w:t>2026-04-06</w:t>
            </w:r>
          </w:p>
        </w:tc>
        <w:tc>
          <w:tcPr>
            <w:tcW w:type="dxa" w:w="2880"/>
          </w:tcPr>
          <w:p>
            <w:r>
              <w:t>no signal indoors</w:t>
            </w:r>
          </w:p>
        </w:tc>
        <w:tc>
          <w:tcPr>
            <w:tcW w:type="dxa" w:w="2880"/>
          </w:tcPr>
          <w:p>
            <w:r>
              <w:t>8</w:t>
            </w:r>
          </w:p>
        </w:tc>
      </w:tr>
      <w:tr>
        <w:tc>
          <w:tcPr>
            <w:tcW w:type="dxa" w:w="2880"/>
          </w:tcPr>
          <w:p>
            <w:r>
              <w:t>2026-04-13</w:t>
            </w:r>
          </w:p>
        </w:tc>
        <w:tc>
          <w:tcPr>
            <w:tcW w:type="dxa" w:w="2880"/>
          </w:tcPr>
          <w:p>
            <w:r>
              <w:t>slow data</w:t>
            </w:r>
          </w:p>
        </w:tc>
        <w:tc>
          <w:tcPr>
            <w:tcW w:type="dxa" w:w="2880"/>
          </w:tcPr>
          <w:p>
            <w:r>
              <w:t>4</w:t>
            </w:r>
          </w:p>
        </w:tc>
      </w:tr>
      <w:tr>
        <w:tc>
          <w:tcPr>
            <w:tcW w:type="dxa" w:w="2880"/>
          </w:tcPr>
          <w:p>
            <w:r>
              <w:t>2026-04-13</w:t>
            </w:r>
          </w:p>
        </w:tc>
        <w:tc>
          <w:tcPr>
            <w:tcW w:type="dxa" w:w="2880"/>
          </w:tcPr>
          <w:p>
            <w:r>
              <w:t>calls drop</w:t>
            </w:r>
          </w:p>
        </w:tc>
        <w:tc>
          <w:tcPr>
            <w:tcW w:type="dxa" w:w="2880"/>
          </w:tcPr>
          <w:p>
            <w:r>
              <w:t>5</w:t>
            </w:r>
          </w:p>
        </w:tc>
      </w:tr>
      <w:tr>
        <w:tc>
          <w:tcPr>
            <w:tcW w:type="dxa" w:w="2880"/>
          </w:tcPr>
          <w:p>
            <w:r>
              <w:t>2026-04-13</w:t>
            </w:r>
          </w:p>
        </w:tc>
        <w:tc>
          <w:tcPr>
            <w:tcW w:type="dxa" w:w="2880"/>
          </w:tcPr>
          <w:p>
            <w:r>
              <w:t>no signal indoors</w:t>
            </w:r>
          </w:p>
        </w:tc>
        <w:tc>
          <w:tcPr>
            <w:tcW w:type="dxa" w:w="2880"/>
          </w:tcPr>
          <w:p>
            <w:r>
              <w:t>2</w:t>
            </w:r>
          </w:p>
        </w:tc>
      </w:tr>
      <w:tr>
        <w:tc>
          <w:tcPr>
            <w:tcW w:type="dxa" w:w="2880"/>
          </w:tcPr>
          <w:p>
            <w:r>
              <w:t>2026-04-20</w:t>
            </w:r>
          </w:p>
        </w:tc>
        <w:tc>
          <w:tcPr>
            <w:tcW w:type="dxa" w:w="2880"/>
          </w:tcPr>
          <w:p>
            <w:r>
              <w:t>slow data</w:t>
            </w:r>
          </w:p>
        </w:tc>
        <w:tc>
          <w:tcPr>
            <w:tcW w:type="dxa" w:w="2880"/>
          </w:tcPr>
          <w:p>
            <w:r>
              <w:t>6</w:t>
            </w:r>
          </w:p>
        </w:tc>
      </w:tr>
      <w:tr>
        <w:tc>
          <w:tcPr>
            <w:tcW w:type="dxa" w:w="2880"/>
          </w:tcPr>
          <w:p>
            <w:r>
              <w:t>2026-04-20</w:t>
            </w:r>
          </w:p>
        </w:tc>
        <w:tc>
          <w:tcPr>
            <w:tcW w:type="dxa" w:w="2880"/>
          </w:tcPr>
          <w:p>
            <w:r>
              <w:t>calls drop</w:t>
            </w:r>
          </w:p>
        </w:tc>
        <w:tc>
          <w:tcPr>
            <w:tcW w:type="dxa" w:w="2880"/>
          </w:tcPr>
          <w:p>
            <w:r>
              <w:t>3</w:t>
            </w:r>
          </w:p>
        </w:tc>
      </w:tr>
      <w:tr>
        <w:tc>
          <w:tcPr>
            <w:tcW w:type="dxa" w:w="2880"/>
          </w:tcPr>
          <w:p>
            <w:r>
              <w:t>2026-04-20</w:t>
            </w:r>
          </w:p>
        </w:tc>
        <w:tc>
          <w:tcPr>
            <w:tcW w:type="dxa" w:w="2880"/>
          </w:tcPr>
          <w:p>
            <w:r>
              <w:t>no signal indoors</w:t>
            </w:r>
          </w:p>
        </w:tc>
        <w:tc>
          <w:tcPr>
            <w:tcW w:type="dxa" w:w="2880"/>
          </w:tcPr>
          <w:p>
            <w:r>
              <w:t>6</w:t>
            </w:r>
          </w:p>
        </w:tc>
      </w:tr>
      <w:tr>
        <w:tc>
          <w:tcPr>
            <w:tcW w:type="dxa" w:w="2880"/>
          </w:tcPr>
          <w:p>
            <w:r>
              <w:t>2026-04-27</w:t>
            </w:r>
          </w:p>
        </w:tc>
        <w:tc>
          <w:tcPr>
            <w:tcW w:type="dxa" w:w="2880"/>
          </w:tcPr>
          <w:p>
            <w:r>
              <w:t>slow data</w:t>
            </w:r>
          </w:p>
        </w:tc>
        <w:tc>
          <w:tcPr>
            <w:tcW w:type="dxa" w:w="2880"/>
          </w:tcPr>
          <w:p>
            <w:r>
              <w:t>5</w:t>
            </w:r>
          </w:p>
        </w:tc>
      </w:tr>
      <w:tr>
        <w:tc>
          <w:tcPr>
            <w:tcW w:type="dxa" w:w="2880"/>
          </w:tcPr>
          <w:p>
            <w:r>
              <w:t>2026-04-27</w:t>
            </w:r>
          </w:p>
        </w:tc>
        <w:tc>
          <w:tcPr>
            <w:tcW w:type="dxa" w:w="2880"/>
          </w:tcPr>
          <w:p>
            <w:r>
              <w:t>calls drop</w:t>
            </w:r>
          </w:p>
        </w:tc>
        <w:tc>
          <w:tcPr>
            <w:tcW w:type="dxa" w:w="2880"/>
          </w:tcPr>
          <w:p>
            <w:r>
              <w:t>2</w:t>
            </w:r>
          </w:p>
        </w:tc>
      </w:tr>
      <w:tr>
        <w:tc>
          <w:tcPr>
            <w:tcW w:type="dxa" w:w="2880"/>
          </w:tcPr>
          <w:p>
            <w:r>
              <w:t>2026-04-27</w:t>
            </w:r>
          </w:p>
        </w:tc>
        <w:tc>
          <w:tcPr>
            <w:tcW w:type="dxa" w:w="2880"/>
          </w:tcPr>
          <w:p>
            <w:r>
              <w:t>no signal indoors</w:t>
            </w:r>
          </w:p>
        </w:tc>
        <w:tc>
          <w:tcPr>
            <w:tcW w:type="dxa" w:w="2880"/>
          </w:tcPr>
          <w:p>
            <w:r>
              <w:t>3</w:t>
            </w:r>
          </w:p>
        </w:tc>
      </w:tr>
      <w:tr>
        <w:tc>
          <w:tcPr>
            <w:tcW w:type="dxa" w:w="2880"/>
          </w:tcPr>
          <w:p>
            <w:r>
              <w:t>2026-05-04</w:t>
            </w:r>
          </w:p>
        </w:tc>
        <w:tc>
          <w:tcPr>
            <w:tcW w:type="dxa" w:w="2880"/>
          </w:tcPr>
          <w:p>
            <w:r>
              <w:t>slow data</w:t>
            </w:r>
          </w:p>
        </w:tc>
        <w:tc>
          <w:tcPr>
            <w:tcW w:type="dxa" w:w="2880"/>
          </w:tcPr>
          <w:p>
            <w:r>
              <w:t>5</w:t>
            </w:r>
          </w:p>
        </w:tc>
      </w:tr>
      <w:tr>
        <w:tc>
          <w:tcPr>
            <w:tcW w:type="dxa" w:w="2880"/>
          </w:tcPr>
          <w:p>
            <w:r>
              <w:t>2026-05-04</w:t>
            </w:r>
          </w:p>
        </w:tc>
        <w:tc>
          <w:tcPr>
            <w:tcW w:type="dxa" w:w="2880"/>
          </w:tcPr>
          <w:p>
            <w:r>
              <w:t>calls drop</w:t>
            </w:r>
          </w:p>
        </w:tc>
        <w:tc>
          <w:tcPr>
            <w:tcW w:type="dxa" w:w="2880"/>
          </w:tcPr>
          <w:p>
            <w:r>
              <w:t>4</w:t>
            </w:r>
          </w:p>
        </w:tc>
      </w:tr>
      <w:tr>
        <w:tc>
          <w:tcPr>
            <w:tcW w:type="dxa" w:w="2880"/>
          </w:tcPr>
          <w:p>
            <w:r>
              <w:t>2026-05-04</w:t>
            </w:r>
          </w:p>
        </w:tc>
        <w:tc>
          <w:tcPr>
            <w:tcW w:type="dxa" w:w="2880"/>
          </w:tcPr>
          <w:p>
            <w:r>
              <w:t>no signal indoors</w:t>
            </w:r>
          </w:p>
        </w:tc>
        <w:tc>
          <w:tcPr>
            <w:tcW w:type="dxa" w:w="2880"/>
          </w:tcPr>
          <w:p>
            <w:r>
              <w:t>2</w:t>
            </w:r>
          </w:p>
        </w:tc>
      </w:tr>
      <w:tr>
        <w:tc>
          <w:tcPr>
            <w:tcW w:type="dxa" w:w="2880"/>
          </w:tcPr>
          <w:p>
            <w:r>
              <w:t>2026-05-11</w:t>
            </w:r>
          </w:p>
        </w:tc>
        <w:tc>
          <w:tcPr>
            <w:tcW w:type="dxa" w:w="2880"/>
          </w:tcPr>
          <w:p>
            <w:r>
              <w:t>slow data</w:t>
            </w:r>
          </w:p>
        </w:tc>
        <w:tc>
          <w:tcPr>
            <w:tcW w:type="dxa" w:w="2880"/>
          </w:tcPr>
          <w:p>
            <w:r>
              <w:t>9</w:t>
            </w:r>
          </w:p>
        </w:tc>
      </w:tr>
      <w:tr>
        <w:tc>
          <w:tcPr>
            <w:tcW w:type="dxa" w:w="2880"/>
          </w:tcPr>
          <w:p>
            <w:r>
              <w:t>2026-05-11</w:t>
            </w:r>
          </w:p>
        </w:tc>
        <w:tc>
          <w:tcPr>
            <w:tcW w:type="dxa" w:w="2880"/>
          </w:tcPr>
          <w:p>
            <w:r>
              <w:t>calls drop</w:t>
            </w:r>
          </w:p>
        </w:tc>
        <w:tc>
          <w:tcPr>
            <w:tcW w:type="dxa" w:w="2880"/>
          </w:tcPr>
          <w:p>
            <w:r>
              <w:t>5</w:t>
            </w:r>
          </w:p>
        </w:tc>
      </w:tr>
      <w:tr>
        <w:tc>
          <w:tcPr>
            <w:tcW w:type="dxa" w:w="2880"/>
          </w:tcPr>
          <w:p>
            <w:r>
              <w:t>2026-05-11</w:t>
            </w:r>
          </w:p>
        </w:tc>
        <w:tc>
          <w:tcPr>
            <w:tcW w:type="dxa" w:w="2880"/>
          </w:tcPr>
          <w:p>
            <w:r>
              <w:t>no signal indoors</w:t>
            </w:r>
          </w:p>
        </w:tc>
        <w:tc>
          <w:tcPr>
            <w:tcW w:type="dxa" w:w="2880"/>
          </w:tcPr>
          <w:p>
            <w:r>
              <w:t>4</w:t>
            </w:r>
          </w:p>
        </w:tc>
      </w:tr>
      <w:tr>
        <w:tc>
          <w:tcPr>
            <w:tcW w:type="dxa" w:w="2880"/>
          </w:tcPr>
          <w:p>
            <w:r>
              <w:t>2026-05-18</w:t>
            </w:r>
          </w:p>
        </w:tc>
        <w:tc>
          <w:tcPr>
            <w:tcW w:type="dxa" w:w="2880"/>
          </w:tcPr>
          <w:p>
            <w:r>
              <w:t>slow data</w:t>
            </w:r>
          </w:p>
        </w:tc>
        <w:tc>
          <w:tcPr>
            <w:tcW w:type="dxa" w:w="2880"/>
          </w:tcPr>
          <w:p>
            <w:r>
              <w:t>7</w:t>
            </w:r>
          </w:p>
        </w:tc>
      </w:tr>
      <w:tr>
        <w:tc>
          <w:tcPr>
            <w:tcW w:type="dxa" w:w="2880"/>
          </w:tcPr>
          <w:p>
            <w:r>
              <w:t>2026-05-18</w:t>
            </w:r>
          </w:p>
        </w:tc>
        <w:tc>
          <w:tcPr>
            <w:tcW w:type="dxa" w:w="2880"/>
          </w:tcPr>
          <w:p>
            <w:r>
              <w:t>calls drop</w:t>
            </w:r>
          </w:p>
        </w:tc>
        <w:tc>
          <w:tcPr>
            <w:tcW w:type="dxa" w:w="2880"/>
          </w:tcPr>
          <w:p>
            <w:r>
              <w:t>7</w:t>
            </w:r>
          </w:p>
        </w:tc>
      </w:tr>
      <w:tr>
        <w:tc>
          <w:tcPr>
            <w:tcW w:type="dxa" w:w="2880"/>
          </w:tcPr>
          <w:p>
            <w:r>
              <w:t>2026-05-18</w:t>
            </w:r>
          </w:p>
        </w:tc>
        <w:tc>
          <w:tcPr>
            <w:tcW w:type="dxa" w:w="2880"/>
          </w:tcPr>
          <w:p>
            <w:r>
              <w:t>no signal indoors</w:t>
            </w:r>
          </w:p>
        </w:tc>
        <w:tc>
          <w:tcPr>
            <w:tcW w:type="dxa" w:w="2880"/>
          </w:tcPr>
          <w:p>
            <w:r>
              <w:t>3</w:t>
            </w:r>
          </w:p>
        </w:tc>
      </w:tr>
      <w:tr>
        <w:tc>
          <w:tcPr>
            <w:tcW w:type="dxa" w:w="2880"/>
          </w:tcPr>
          <w:p>
            <w:r>
              <w:t>2026-05-25</w:t>
            </w:r>
          </w:p>
        </w:tc>
        <w:tc>
          <w:tcPr>
            <w:tcW w:type="dxa" w:w="2880"/>
          </w:tcPr>
          <w:p>
            <w:r>
              <w:t>slow data</w:t>
            </w:r>
          </w:p>
        </w:tc>
        <w:tc>
          <w:tcPr>
            <w:tcW w:type="dxa" w:w="2880"/>
          </w:tcPr>
          <w:p>
            <w:r>
              <w:t>6</w:t>
            </w:r>
          </w:p>
        </w:tc>
      </w:tr>
      <w:tr>
        <w:tc>
          <w:tcPr>
            <w:tcW w:type="dxa" w:w="2880"/>
          </w:tcPr>
          <w:p>
            <w:r>
              <w:t>2026-05-25</w:t>
            </w:r>
          </w:p>
        </w:tc>
        <w:tc>
          <w:tcPr>
            <w:tcW w:type="dxa" w:w="2880"/>
          </w:tcPr>
          <w:p>
            <w:r>
              <w:t>calls drop</w:t>
            </w:r>
          </w:p>
        </w:tc>
        <w:tc>
          <w:tcPr>
            <w:tcW w:type="dxa" w:w="2880"/>
          </w:tcPr>
          <w:p>
            <w:r>
              <w:t>2</w:t>
            </w:r>
          </w:p>
        </w:tc>
      </w:tr>
      <w:tr>
        <w:tc>
          <w:tcPr>
            <w:tcW w:type="dxa" w:w="2880"/>
          </w:tcPr>
          <w:p>
            <w:r>
              <w:t>2026-05-25</w:t>
            </w:r>
          </w:p>
        </w:tc>
        <w:tc>
          <w:tcPr>
            <w:tcW w:type="dxa" w:w="2880"/>
          </w:tcPr>
          <w:p>
            <w:r>
              <w:t>no signal indoors</w:t>
            </w:r>
          </w:p>
        </w:tc>
        <w:tc>
          <w:tcPr>
            <w:tcW w:type="dxa" w:w="2880"/>
          </w:tcPr>
          <w:p>
            <w:r>
              <w:t>3</w:t>
            </w:r>
          </w:p>
        </w:tc>
      </w:tr>
      <w:tr>
        <w:tc>
          <w:tcPr>
            <w:tcW w:type="dxa" w:w="2880"/>
          </w:tcPr>
          <w:p>
            <w:r>
              <w:t>2026-06-01</w:t>
            </w:r>
          </w:p>
        </w:tc>
        <w:tc>
          <w:tcPr>
            <w:tcW w:type="dxa" w:w="2880"/>
          </w:tcPr>
          <w:p>
            <w:r>
              <w:t>slow data</w:t>
            </w:r>
          </w:p>
        </w:tc>
        <w:tc>
          <w:tcPr>
            <w:tcW w:type="dxa" w:w="2880"/>
          </w:tcPr>
          <w:p>
            <w:r>
              <w:t>3</w:t>
            </w:r>
          </w:p>
        </w:tc>
      </w:tr>
      <w:tr>
        <w:tc>
          <w:tcPr>
            <w:tcW w:type="dxa" w:w="2880"/>
          </w:tcPr>
          <w:p>
            <w:r>
              <w:t>2026-06-01</w:t>
            </w:r>
          </w:p>
        </w:tc>
        <w:tc>
          <w:tcPr>
            <w:tcW w:type="dxa" w:w="2880"/>
          </w:tcPr>
          <w:p>
            <w:r>
              <w:t>calls drop</w:t>
            </w:r>
          </w:p>
        </w:tc>
        <w:tc>
          <w:tcPr>
            <w:tcW w:type="dxa" w:w="2880"/>
          </w:tcPr>
          <w:p>
            <w:r>
              <w:t>2</w:t>
            </w:r>
          </w:p>
        </w:tc>
      </w:tr>
      <w:tr>
        <w:tc>
          <w:tcPr>
            <w:tcW w:type="dxa" w:w="2880"/>
          </w:tcPr>
          <w:p>
            <w:r>
              <w:t>2026-06-01</w:t>
            </w:r>
          </w:p>
        </w:tc>
        <w:tc>
          <w:tcPr>
            <w:tcW w:type="dxa" w:w="2880"/>
          </w:tcPr>
          <w:p>
            <w:r>
              <w:t>no signal indoors</w:t>
            </w:r>
          </w:p>
        </w:tc>
        <w:tc>
          <w:tcPr>
            <w:tcW w:type="dxa" w:w="2880"/>
          </w:tcPr>
          <w:p>
            <w:r>
              <w:t>3</w:t>
            </w:r>
          </w:p>
        </w:tc>
      </w:tr>
      <w:tr>
        <w:tc>
          <w:tcPr>
            <w:tcW w:type="dxa" w:w="2880"/>
          </w:tcPr>
          <w:p>
            <w:r>
              <w:t>2026-06-08</w:t>
            </w:r>
          </w:p>
        </w:tc>
        <w:tc>
          <w:tcPr>
            <w:tcW w:type="dxa" w:w="2880"/>
          </w:tcPr>
          <w:p>
            <w:r>
              <w:t>slow data</w:t>
            </w:r>
          </w:p>
        </w:tc>
        <w:tc>
          <w:tcPr>
            <w:tcW w:type="dxa" w:w="2880"/>
          </w:tcPr>
          <w:p>
            <w:r>
              <w:t>3</w:t>
            </w:r>
          </w:p>
        </w:tc>
      </w:tr>
      <w:tr>
        <w:tc>
          <w:tcPr>
            <w:tcW w:type="dxa" w:w="2880"/>
          </w:tcPr>
          <w:p>
            <w:r>
              <w:t>2026-06-08</w:t>
            </w:r>
          </w:p>
        </w:tc>
        <w:tc>
          <w:tcPr>
            <w:tcW w:type="dxa" w:w="2880"/>
          </w:tcPr>
          <w:p>
            <w:r>
              <w:t>calls drop</w:t>
            </w:r>
          </w:p>
        </w:tc>
        <w:tc>
          <w:tcPr>
            <w:tcW w:type="dxa" w:w="2880"/>
          </w:tcPr>
          <w:p>
            <w:r>
              <w:t>6</w:t>
            </w:r>
          </w:p>
        </w:tc>
      </w:tr>
      <w:tr>
        <w:tc>
          <w:tcPr>
            <w:tcW w:type="dxa" w:w="2880"/>
          </w:tcPr>
          <w:p>
            <w:r>
              <w:t>2026-06-08</w:t>
            </w:r>
          </w:p>
        </w:tc>
        <w:tc>
          <w:tcPr>
            <w:tcW w:type="dxa" w:w="2880"/>
          </w:tcPr>
          <w:p>
            <w:r>
              <w:t>no signal indoors</w:t>
            </w:r>
          </w:p>
        </w:tc>
        <w:tc>
          <w:tcPr>
            <w:tcW w:type="dxa" w:w="2880"/>
          </w:tcPr>
          <w:p>
            <w:r>
              <w:t>4</w:t>
            </w:r>
          </w:p>
        </w:tc>
      </w:tr>
      <w:tr>
        <w:tc>
          <w:tcPr>
            <w:tcW w:type="dxa" w:w="2880"/>
          </w:tcPr>
          <w:p>
            <w:r>
              <w:t>2026-06-15</w:t>
            </w:r>
          </w:p>
        </w:tc>
        <w:tc>
          <w:tcPr>
            <w:tcW w:type="dxa" w:w="2880"/>
          </w:tcPr>
          <w:p>
            <w:r>
              <w:t>slow data</w:t>
            </w:r>
          </w:p>
        </w:tc>
        <w:tc>
          <w:tcPr>
            <w:tcW w:type="dxa" w:w="2880"/>
          </w:tcPr>
          <w:p>
            <w:r>
              <w:t>5</w:t>
            </w:r>
          </w:p>
        </w:tc>
      </w:tr>
      <w:tr>
        <w:tc>
          <w:tcPr>
            <w:tcW w:type="dxa" w:w="2880"/>
          </w:tcPr>
          <w:p>
            <w:r>
              <w:t>2026-06-15</w:t>
            </w:r>
          </w:p>
        </w:tc>
        <w:tc>
          <w:tcPr>
            <w:tcW w:type="dxa" w:w="2880"/>
          </w:tcPr>
          <w:p>
            <w:r>
              <w:t>calls drop</w:t>
            </w:r>
          </w:p>
        </w:tc>
        <w:tc>
          <w:tcPr>
            <w:tcW w:type="dxa" w:w="2880"/>
          </w:tcPr>
          <w:p>
            <w:r>
              <w:t>3</w:t>
            </w:r>
          </w:p>
        </w:tc>
      </w:tr>
      <w:tr>
        <w:tc>
          <w:tcPr>
            <w:tcW w:type="dxa" w:w="2880"/>
          </w:tcPr>
          <w:p>
            <w:r>
              <w:t>2026-06-15</w:t>
            </w:r>
          </w:p>
        </w:tc>
        <w:tc>
          <w:tcPr>
            <w:tcW w:type="dxa" w:w="2880"/>
          </w:tcPr>
          <w:p>
            <w:r>
              <w:t>no signal indoors</w:t>
            </w:r>
          </w:p>
        </w:tc>
        <w:tc>
          <w:tcPr>
            <w:tcW w:type="dxa" w:w="2880"/>
          </w:tcPr>
          <w:p>
            <w:r>
              <w:t>8</w:t>
            </w:r>
          </w:p>
        </w:tc>
      </w:tr>
      <w:tr>
        <w:tc>
          <w:tcPr>
            <w:tcW w:type="dxa" w:w="2880"/>
          </w:tcPr>
          <w:p>
            <w:r>
              <w:t>2026-06-22</w:t>
            </w:r>
          </w:p>
        </w:tc>
        <w:tc>
          <w:tcPr>
            <w:tcW w:type="dxa" w:w="2880"/>
          </w:tcPr>
          <w:p>
            <w:r>
              <w:t>slow data</w:t>
            </w:r>
          </w:p>
        </w:tc>
        <w:tc>
          <w:tcPr>
            <w:tcW w:type="dxa" w:w="2880"/>
          </w:tcPr>
          <w:p>
            <w:r>
              <w:t>3</w:t>
            </w:r>
          </w:p>
        </w:tc>
      </w:tr>
      <w:tr>
        <w:tc>
          <w:tcPr>
            <w:tcW w:type="dxa" w:w="2880"/>
          </w:tcPr>
          <w:p>
            <w:r>
              <w:t>2026-06-22</w:t>
            </w:r>
          </w:p>
        </w:tc>
        <w:tc>
          <w:tcPr>
            <w:tcW w:type="dxa" w:w="2880"/>
          </w:tcPr>
          <w:p>
            <w:r>
              <w:t>calls drop</w:t>
            </w:r>
          </w:p>
        </w:tc>
        <w:tc>
          <w:tcPr>
            <w:tcW w:type="dxa" w:w="2880"/>
          </w:tcPr>
          <w:p>
            <w:r>
              <w:t>6</w:t>
            </w:r>
          </w:p>
        </w:tc>
      </w:tr>
      <w:tr>
        <w:tc>
          <w:tcPr>
            <w:tcW w:type="dxa" w:w="2880"/>
          </w:tcPr>
          <w:p>
            <w:r>
              <w:t>2026-06-22</w:t>
            </w:r>
          </w:p>
        </w:tc>
        <w:tc>
          <w:tcPr>
            <w:tcW w:type="dxa" w:w="2880"/>
          </w:tcPr>
          <w:p>
            <w:r>
              <w:t>no signal indoors</w:t>
            </w:r>
          </w:p>
        </w:tc>
        <w:tc>
          <w:tcPr>
            <w:tcW w:type="dxa" w:w="2880"/>
          </w:tcPr>
          <w:p>
            <w:r>
              <w:t>6</w:t>
            </w:r>
          </w:p>
        </w:tc>
      </w:tr>
      <w:tr>
        <w:tc>
          <w:tcPr>
            <w:tcW w:type="dxa" w:w="2880"/>
          </w:tcPr>
          <w:p>
            <w:r>
              <w:t>2026-06-29</w:t>
            </w:r>
          </w:p>
        </w:tc>
        <w:tc>
          <w:tcPr>
            <w:tcW w:type="dxa" w:w="2880"/>
          </w:tcPr>
          <w:p>
            <w:r>
              <w:t>slow data</w:t>
            </w:r>
          </w:p>
        </w:tc>
        <w:tc>
          <w:tcPr>
            <w:tcW w:type="dxa" w:w="2880"/>
          </w:tcPr>
          <w:p>
            <w:r>
              <w:t>4</w:t>
            </w:r>
          </w:p>
        </w:tc>
      </w:tr>
      <w:tr>
        <w:tc>
          <w:tcPr>
            <w:tcW w:type="dxa" w:w="2880"/>
          </w:tcPr>
          <w:p>
            <w:r>
              <w:t>2026-06-29</w:t>
            </w:r>
          </w:p>
        </w:tc>
        <w:tc>
          <w:tcPr>
            <w:tcW w:type="dxa" w:w="2880"/>
          </w:tcPr>
          <w:p>
            <w:r>
              <w:t>calls drop</w:t>
            </w:r>
          </w:p>
        </w:tc>
        <w:tc>
          <w:tcPr>
            <w:tcW w:type="dxa" w:w="2880"/>
          </w:tcPr>
          <w:p>
            <w:r>
              <w:t>5</w:t>
            </w:r>
          </w:p>
        </w:tc>
      </w:tr>
      <w:tr>
        <w:tc>
          <w:tcPr>
            <w:tcW w:type="dxa" w:w="2880"/>
          </w:tcPr>
          <w:p>
            <w:r>
              <w:t>2026-06-29</w:t>
            </w:r>
          </w:p>
        </w:tc>
        <w:tc>
          <w:tcPr>
            <w:tcW w:type="dxa" w:w="2880"/>
          </w:tcPr>
          <w:p>
            <w:r>
              <w:t>no signal indoors</w:t>
            </w:r>
          </w:p>
        </w:tc>
        <w:tc>
          <w:tcPr>
            <w:tcW w:type="dxa" w:w="2880"/>
          </w:tcPr>
          <w:p>
            <w:r>
              <w:t>2</w:t>
            </w:r>
          </w:p>
        </w:tc>
      </w:tr>
      <w:tr>
        <w:tc>
          <w:tcPr>
            <w:tcW w:type="dxa" w:w="2880"/>
          </w:tcPr>
          <w:p>
            <w:r>
              <w:t>2026-07-06</w:t>
            </w:r>
          </w:p>
        </w:tc>
        <w:tc>
          <w:tcPr>
            <w:tcW w:type="dxa" w:w="2880"/>
          </w:tcPr>
          <w:p>
            <w:r>
              <w:t>slow data</w:t>
            </w:r>
          </w:p>
        </w:tc>
        <w:tc>
          <w:tcPr>
            <w:tcW w:type="dxa" w:w="2880"/>
          </w:tcPr>
          <w:p>
            <w:r>
              <w:t>8</w:t>
            </w:r>
          </w:p>
        </w:tc>
      </w:tr>
      <w:tr>
        <w:tc>
          <w:tcPr>
            <w:tcW w:type="dxa" w:w="2880"/>
          </w:tcPr>
          <w:p>
            <w:r>
              <w:t>2026-07-06</w:t>
            </w:r>
          </w:p>
        </w:tc>
        <w:tc>
          <w:tcPr>
            <w:tcW w:type="dxa" w:w="2880"/>
          </w:tcPr>
          <w:p>
            <w:r>
              <w:t>calls drop</w:t>
            </w:r>
          </w:p>
        </w:tc>
        <w:tc>
          <w:tcPr>
            <w:tcW w:type="dxa" w:w="2880"/>
          </w:tcPr>
          <w:p>
            <w:r>
              <w:t>4</w:t>
            </w:r>
          </w:p>
        </w:tc>
      </w:tr>
      <w:tr>
        <w:tc>
          <w:tcPr>
            <w:tcW w:type="dxa" w:w="2880"/>
          </w:tcPr>
          <w:p>
            <w:r>
              <w:t>2026-07-06</w:t>
            </w:r>
          </w:p>
        </w:tc>
        <w:tc>
          <w:tcPr>
            <w:tcW w:type="dxa" w:w="2880"/>
          </w:tcPr>
          <w:p>
            <w:r>
              <w:t>no signal indoors</w:t>
            </w:r>
          </w:p>
        </w:tc>
        <w:tc>
          <w:tcPr>
            <w:tcW w:type="dxa" w:w="2880"/>
          </w:tcPr>
          <w:p>
            <w:r>
              <w:t>6</w:t>
            </w:r>
          </w:p>
        </w:tc>
      </w:tr>
      <w:tr>
        <w:tc>
          <w:tcPr>
            <w:tcW w:type="dxa" w:w="2880"/>
          </w:tcPr>
          <w:p>
            <w:r>
              <w:t>2026-07-13</w:t>
            </w:r>
          </w:p>
        </w:tc>
        <w:tc>
          <w:tcPr>
            <w:tcW w:type="dxa" w:w="2880"/>
          </w:tcPr>
          <w:p>
            <w:r>
              <w:t>slow data</w:t>
            </w:r>
          </w:p>
        </w:tc>
        <w:tc>
          <w:tcPr>
            <w:tcW w:type="dxa" w:w="2880"/>
          </w:tcPr>
          <w:p>
            <w:r>
              <w:t>5</w:t>
            </w:r>
          </w:p>
        </w:tc>
      </w:tr>
      <w:tr>
        <w:tc>
          <w:tcPr>
            <w:tcW w:type="dxa" w:w="2880"/>
          </w:tcPr>
          <w:p>
            <w:r>
              <w:t>2026-07-13</w:t>
            </w:r>
          </w:p>
        </w:tc>
        <w:tc>
          <w:tcPr>
            <w:tcW w:type="dxa" w:w="2880"/>
          </w:tcPr>
          <w:p>
            <w:r>
              <w:t>calls drop</w:t>
            </w:r>
          </w:p>
        </w:tc>
        <w:tc>
          <w:tcPr>
            <w:tcW w:type="dxa" w:w="2880"/>
          </w:tcPr>
          <w:p>
            <w:r>
              <w:t>6</w:t>
            </w:r>
          </w:p>
        </w:tc>
      </w:tr>
      <w:tr>
        <w:tc>
          <w:tcPr>
            <w:tcW w:type="dxa" w:w="2880"/>
          </w:tcPr>
          <w:p>
            <w:r>
              <w:t>2026-07-13</w:t>
            </w:r>
          </w:p>
        </w:tc>
        <w:tc>
          <w:tcPr>
            <w:tcW w:type="dxa" w:w="2880"/>
          </w:tcPr>
          <w:p>
            <w:r>
              <w:t>no signal indoors</w:t>
            </w:r>
          </w:p>
        </w:tc>
        <w:tc>
          <w:tcPr>
            <w:tcW w:type="dxa" w:w="2880"/>
          </w:tcPr>
          <w:p>
            <w:r>
              <w:t>2</w:t>
            </w:r>
          </w:p>
        </w:tc>
      </w:tr>
      <w:tr>
        <w:tc>
          <w:tcPr>
            <w:tcW w:type="dxa" w:w="2880"/>
          </w:tcPr>
          <w:p>
            <w:r>
              <w:t>2026-07-20</w:t>
            </w:r>
          </w:p>
        </w:tc>
        <w:tc>
          <w:tcPr>
            <w:tcW w:type="dxa" w:w="2880"/>
          </w:tcPr>
          <w:p>
            <w:r>
              <w:t>slow data</w:t>
            </w:r>
          </w:p>
        </w:tc>
        <w:tc>
          <w:tcPr>
            <w:tcW w:type="dxa" w:w="2880"/>
          </w:tcPr>
          <w:p>
            <w:r>
              <w:t>5</w:t>
            </w:r>
          </w:p>
        </w:tc>
      </w:tr>
      <w:tr>
        <w:tc>
          <w:tcPr>
            <w:tcW w:type="dxa" w:w="2880"/>
          </w:tcPr>
          <w:p>
            <w:r>
              <w:t>2026-07-20</w:t>
            </w:r>
          </w:p>
        </w:tc>
        <w:tc>
          <w:tcPr>
            <w:tcW w:type="dxa" w:w="2880"/>
          </w:tcPr>
          <w:p>
            <w:r>
              <w:t>calls drop</w:t>
            </w:r>
          </w:p>
        </w:tc>
        <w:tc>
          <w:tcPr>
            <w:tcW w:type="dxa" w:w="2880"/>
          </w:tcPr>
          <w:p>
            <w:r>
              <w:t>5</w:t>
            </w:r>
          </w:p>
        </w:tc>
      </w:tr>
      <w:tr>
        <w:tc>
          <w:tcPr>
            <w:tcW w:type="dxa" w:w="2880"/>
          </w:tcPr>
          <w:p>
            <w:r>
              <w:t>2026-07-20</w:t>
            </w:r>
          </w:p>
        </w:tc>
        <w:tc>
          <w:tcPr>
            <w:tcW w:type="dxa" w:w="2880"/>
          </w:tcPr>
          <w:p>
            <w:r>
              <w:t>no signal indoors</w:t>
            </w:r>
          </w:p>
        </w:tc>
        <w:tc>
          <w:tcPr>
            <w:tcW w:type="dxa" w:w="2880"/>
          </w:tcPr>
          <w:p>
            <w:r>
              <w:t>3</w:t>
            </w:r>
          </w:p>
        </w:tc>
      </w:tr>
      <w:tr>
        <w:tc>
          <w:tcPr>
            <w:tcW w:type="dxa" w:w="2880"/>
          </w:tcPr>
          <w:p>
            <w:r>
              <w:t>2026-07-27</w:t>
            </w:r>
          </w:p>
        </w:tc>
        <w:tc>
          <w:tcPr>
            <w:tcW w:type="dxa" w:w="2880"/>
          </w:tcPr>
          <w:p>
            <w:r>
              <w:t>slow data</w:t>
            </w:r>
          </w:p>
        </w:tc>
        <w:tc>
          <w:tcPr>
            <w:tcW w:type="dxa" w:w="2880"/>
          </w:tcPr>
          <w:p>
            <w:r>
              <w:t>8</w:t>
            </w:r>
          </w:p>
        </w:tc>
      </w:tr>
      <w:tr>
        <w:tc>
          <w:tcPr>
            <w:tcW w:type="dxa" w:w="2880"/>
          </w:tcPr>
          <w:p>
            <w:r>
              <w:t>2026-07-27</w:t>
            </w:r>
          </w:p>
        </w:tc>
        <w:tc>
          <w:tcPr>
            <w:tcW w:type="dxa" w:w="2880"/>
          </w:tcPr>
          <w:p>
            <w:r>
              <w:t>calls drop</w:t>
            </w:r>
          </w:p>
        </w:tc>
        <w:tc>
          <w:tcPr>
            <w:tcW w:type="dxa" w:w="2880"/>
          </w:tcPr>
          <w:p>
            <w:r>
              <w:t>3</w:t>
            </w:r>
          </w:p>
        </w:tc>
      </w:tr>
      <w:tr>
        <w:tc>
          <w:tcPr>
            <w:tcW w:type="dxa" w:w="2880"/>
          </w:tcPr>
          <w:p>
            <w:r>
              <w:t>2026-07-27</w:t>
            </w:r>
          </w:p>
        </w:tc>
        <w:tc>
          <w:tcPr>
            <w:tcW w:type="dxa" w:w="2880"/>
          </w:tcPr>
          <w:p>
            <w:r>
              <w:t>no signal indoors</w:t>
            </w:r>
          </w:p>
        </w:tc>
        <w:tc>
          <w:tcPr>
            <w:tcW w:type="dxa" w:w="2880"/>
          </w:tcPr>
          <w:p>
            <w:r>
              <w:t>5</w:t>
            </w:r>
          </w:p>
        </w:tc>
      </w:tr>
      <w:tr>
        <w:tc>
          <w:tcPr>
            <w:tcW w:type="dxa" w:w="2880"/>
          </w:tcPr>
          <w:p>
            <w:r>
              <w:t>2026-08-03</w:t>
            </w:r>
          </w:p>
        </w:tc>
        <w:tc>
          <w:tcPr>
            <w:tcW w:type="dxa" w:w="2880"/>
          </w:tcPr>
          <w:p>
            <w:r>
              <w:t>slow data</w:t>
            </w:r>
          </w:p>
        </w:tc>
        <w:tc>
          <w:tcPr>
            <w:tcW w:type="dxa" w:w="2880"/>
          </w:tcPr>
          <w:p>
            <w:r>
              <w:t>4</w:t>
            </w:r>
          </w:p>
        </w:tc>
      </w:tr>
      <w:tr>
        <w:tc>
          <w:tcPr>
            <w:tcW w:type="dxa" w:w="2880"/>
          </w:tcPr>
          <w:p>
            <w:r>
              <w:t>2026-08-03</w:t>
            </w:r>
          </w:p>
        </w:tc>
        <w:tc>
          <w:tcPr>
            <w:tcW w:type="dxa" w:w="2880"/>
          </w:tcPr>
          <w:p>
            <w:r>
              <w:t>calls drop</w:t>
            </w:r>
          </w:p>
        </w:tc>
        <w:tc>
          <w:tcPr>
            <w:tcW w:type="dxa" w:w="2880"/>
          </w:tcPr>
          <w:p>
            <w:r>
              <w:t>5</w:t>
            </w:r>
          </w:p>
        </w:tc>
      </w:tr>
      <w:tr>
        <w:tc>
          <w:tcPr>
            <w:tcW w:type="dxa" w:w="2880"/>
          </w:tcPr>
          <w:p>
            <w:r>
              <w:t>2026-08-03</w:t>
            </w:r>
          </w:p>
        </w:tc>
        <w:tc>
          <w:tcPr>
            <w:tcW w:type="dxa" w:w="2880"/>
          </w:tcPr>
          <w:p>
            <w:r>
              <w:t>no signal indoors</w:t>
            </w:r>
          </w:p>
        </w:tc>
        <w:tc>
          <w:tcPr>
            <w:tcW w:type="dxa" w:w="2880"/>
          </w:tcPr>
          <w:p>
            <w:r>
              <w:t>5</w:t>
            </w:r>
          </w:p>
        </w:tc>
      </w:tr>
      <w:tr>
        <w:tc>
          <w:tcPr>
            <w:tcW w:type="dxa" w:w="2880"/>
          </w:tcPr>
          <w:p>
            <w:r>
              <w:t>2026-08-10</w:t>
            </w:r>
          </w:p>
        </w:tc>
        <w:tc>
          <w:tcPr>
            <w:tcW w:type="dxa" w:w="2880"/>
          </w:tcPr>
          <w:p>
            <w:r>
              <w:t>slow data</w:t>
            </w:r>
          </w:p>
        </w:tc>
        <w:tc>
          <w:tcPr>
            <w:tcW w:type="dxa" w:w="2880"/>
          </w:tcPr>
          <w:p>
            <w:r>
              <w:t>4</w:t>
            </w:r>
          </w:p>
        </w:tc>
      </w:tr>
      <w:tr>
        <w:tc>
          <w:tcPr>
            <w:tcW w:type="dxa" w:w="2880"/>
          </w:tcPr>
          <w:p>
            <w:r>
              <w:t>2026-08-10</w:t>
            </w:r>
          </w:p>
        </w:tc>
        <w:tc>
          <w:tcPr>
            <w:tcW w:type="dxa" w:w="2880"/>
          </w:tcPr>
          <w:p>
            <w:r>
              <w:t>calls drop</w:t>
            </w:r>
          </w:p>
        </w:tc>
        <w:tc>
          <w:tcPr>
            <w:tcW w:type="dxa" w:w="2880"/>
          </w:tcPr>
          <w:p>
            <w:r>
              <w:t>3</w:t>
            </w:r>
          </w:p>
        </w:tc>
      </w:tr>
      <w:tr>
        <w:tc>
          <w:tcPr>
            <w:tcW w:type="dxa" w:w="2880"/>
          </w:tcPr>
          <w:p>
            <w:r>
              <w:t>2026-08-10</w:t>
            </w:r>
          </w:p>
        </w:tc>
        <w:tc>
          <w:tcPr>
            <w:tcW w:type="dxa" w:w="2880"/>
          </w:tcPr>
          <w:p>
            <w:r>
              <w:t>no signal indoors</w:t>
            </w:r>
          </w:p>
        </w:tc>
        <w:tc>
          <w:tcPr>
            <w:tcW w:type="dxa" w:w="2880"/>
          </w:tcPr>
          <w:p>
            <w:r>
              <w:t>2</w:t>
            </w:r>
          </w:p>
        </w:tc>
      </w:tr>
      <w:tr>
        <w:tc>
          <w:tcPr>
            <w:tcW w:type="dxa" w:w="2880"/>
          </w:tcPr>
          <w:p>
            <w:r>
              <w:t>2026-08-17</w:t>
            </w:r>
          </w:p>
        </w:tc>
        <w:tc>
          <w:tcPr>
            <w:tcW w:type="dxa" w:w="2880"/>
          </w:tcPr>
          <w:p>
            <w:r>
              <w:t>slow data</w:t>
            </w:r>
          </w:p>
        </w:tc>
        <w:tc>
          <w:tcPr>
            <w:tcW w:type="dxa" w:w="2880"/>
          </w:tcPr>
          <w:p>
            <w:r>
              <w:t>6</w:t>
            </w:r>
          </w:p>
        </w:tc>
      </w:tr>
      <w:tr>
        <w:tc>
          <w:tcPr>
            <w:tcW w:type="dxa" w:w="2880"/>
          </w:tcPr>
          <w:p>
            <w:r>
              <w:t>2026-08-17</w:t>
            </w:r>
          </w:p>
        </w:tc>
        <w:tc>
          <w:tcPr>
            <w:tcW w:type="dxa" w:w="2880"/>
          </w:tcPr>
          <w:p>
            <w:r>
              <w:t>calls drop</w:t>
            </w:r>
          </w:p>
        </w:tc>
        <w:tc>
          <w:tcPr>
            <w:tcW w:type="dxa" w:w="2880"/>
          </w:tcPr>
          <w:p>
            <w:r>
              <w:t>6</w:t>
            </w:r>
          </w:p>
        </w:tc>
      </w:tr>
      <w:tr>
        <w:tc>
          <w:tcPr>
            <w:tcW w:type="dxa" w:w="2880"/>
          </w:tcPr>
          <w:p>
            <w:r>
              <w:t>2026-08-17</w:t>
            </w:r>
          </w:p>
        </w:tc>
        <w:tc>
          <w:tcPr>
            <w:tcW w:type="dxa" w:w="2880"/>
          </w:tcPr>
          <w:p>
            <w:r>
              <w:t>no signal indoors</w:t>
            </w:r>
          </w:p>
        </w:tc>
        <w:tc>
          <w:tcPr>
            <w:tcW w:type="dxa" w:w="2880"/>
          </w:tcPr>
          <w:p>
            <w:r>
              <w:t>5</w:t>
            </w:r>
          </w:p>
        </w:tc>
      </w:tr>
      <w:tr>
        <w:tc>
          <w:tcPr>
            <w:tcW w:type="dxa" w:w="2880"/>
          </w:tcPr>
          <w:p>
            <w:r>
              <w:t>2026-08-24</w:t>
            </w:r>
          </w:p>
        </w:tc>
        <w:tc>
          <w:tcPr>
            <w:tcW w:type="dxa" w:w="2880"/>
          </w:tcPr>
          <w:p>
            <w:r>
              <w:t>slow data</w:t>
            </w:r>
          </w:p>
        </w:tc>
        <w:tc>
          <w:tcPr>
            <w:tcW w:type="dxa" w:w="2880"/>
          </w:tcPr>
          <w:p>
            <w:r>
              <w:t>5</w:t>
            </w:r>
          </w:p>
        </w:tc>
      </w:tr>
      <w:tr>
        <w:tc>
          <w:tcPr>
            <w:tcW w:type="dxa" w:w="2880"/>
          </w:tcPr>
          <w:p>
            <w:r>
              <w:t>2026-08-24</w:t>
            </w:r>
          </w:p>
        </w:tc>
        <w:tc>
          <w:tcPr>
            <w:tcW w:type="dxa" w:w="2880"/>
          </w:tcPr>
          <w:p>
            <w:r>
              <w:t>calls drop</w:t>
            </w:r>
          </w:p>
        </w:tc>
        <w:tc>
          <w:tcPr>
            <w:tcW w:type="dxa" w:w="2880"/>
          </w:tcPr>
          <w:p>
            <w:r>
              <w:t>6</w:t>
            </w:r>
          </w:p>
        </w:tc>
      </w:tr>
      <w:tr>
        <w:tc>
          <w:tcPr>
            <w:tcW w:type="dxa" w:w="2880"/>
          </w:tcPr>
          <w:p>
            <w:r>
              <w:t>2026-08-24</w:t>
            </w:r>
          </w:p>
        </w:tc>
        <w:tc>
          <w:tcPr>
            <w:tcW w:type="dxa" w:w="2880"/>
          </w:tcPr>
          <w:p>
            <w:r>
              <w:t>no signal indoors</w:t>
            </w:r>
          </w:p>
        </w:tc>
        <w:tc>
          <w:tcPr>
            <w:tcW w:type="dxa" w:w="2880"/>
          </w:tcPr>
          <w:p>
            <w:r>
              <w:t>8</w:t>
            </w:r>
          </w:p>
        </w:tc>
      </w:tr>
      <w:tr>
        <w:tc>
          <w:tcPr>
            <w:tcW w:type="dxa" w:w="2880"/>
          </w:tcPr>
          <w:p>
            <w:r>
              <w:t>2026-08-31</w:t>
            </w:r>
          </w:p>
        </w:tc>
        <w:tc>
          <w:tcPr>
            <w:tcW w:type="dxa" w:w="2880"/>
          </w:tcPr>
          <w:p>
            <w:r>
              <w:t>slow data</w:t>
            </w:r>
          </w:p>
        </w:tc>
        <w:tc>
          <w:tcPr>
            <w:tcW w:type="dxa" w:w="2880"/>
          </w:tcPr>
          <w:p>
            <w:r>
              <w:t>5</w:t>
            </w:r>
          </w:p>
        </w:tc>
      </w:tr>
      <w:tr>
        <w:tc>
          <w:tcPr>
            <w:tcW w:type="dxa" w:w="2880"/>
          </w:tcPr>
          <w:p>
            <w:r>
              <w:t>2026-08-31</w:t>
            </w:r>
          </w:p>
        </w:tc>
        <w:tc>
          <w:tcPr>
            <w:tcW w:type="dxa" w:w="2880"/>
          </w:tcPr>
          <w:p>
            <w:r>
              <w:t>calls drop</w:t>
            </w:r>
          </w:p>
        </w:tc>
        <w:tc>
          <w:tcPr>
            <w:tcW w:type="dxa" w:w="2880"/>
          </w:tcPr>
          <w:p>
            <w:r>
              <w:t>4</w:t>
            </w:r>
          </w:p>
        </w:tc>
      </w:tr>
      <w:tr>
        <w:tc>
          <w:tcPr>
            <w:tcW w:type="dxa" w:w="2880"/>
          </w:tcPr>
          <w:p>
            <w:r>
              <w:t>2026-08-31</w:t>
            </w:r>
          </w:p>
        </w:tc>
        <w:tc>
          <w:tcPr>
            <w:tcW w:type="dxa" w:w="2880"/>
          </w:tcPr>
          <w:p>
            <w:r>
              <w:t>no signal indoors</w:t>
            </w:r>
          </w:p>
        </w:tc>
        <w:tc>
          <w:tcPr>
            <w:tcW w:type="dxa" w:w="2880"/>
          </w:tcPr>
          <w:p>
            <w:r>
              <w:t>6</w:t>
            </w:r>
          </w:p>
        </w:tc>
      </w:tr>
      <w:tr>
        <w:tc>
          <w:tcPr>
            <w:tcW w:type="dxa" w:w="2880"/>
          </w:tcPr>
          <w:p>
            <w:r>
              <w:t>2026-09-07</w:t>
            </w:r>
          </w:p>
        </w:tc>
        <w:tc>
          <w:tcPr>
            <w:tcW w:type="dxa" w:w="2880"/>
          </w:tcPr>
          <w:p>
            <w:r>
              <w:t>slow data</w:t>
            </w:r>
          </w:p>
        </w:tc>
        <w:tc>
          <w:tcPr>
            <w:tcW w:type="dxa" w:w="2880"/>
          </w:tcPr>
          <w:p>
            <w:r>
              <w:t>5</w:t>
            </w:r>
          </w:p>
        </w:tc>
      </w:tr>
      <w:tr>
        <w:tc>
          <w:tcPr>
            <w:tcW w:type="dxa" w:w="2880"/>
          </w:tcPr>
          <w:p>
            <w:r>
              <w:t>2026-09-07</w:t>
            </w:r>
          </w:p>
        </w:tc>
        <w:tc>
          <w:tcPr>
            <w:tcW w:type="dxa" w:w="2880"/>
          </w:tcPr>
          <w:p>
            <w:r>
              <w:t>calls drop</w:t>
            </w:r>
          </w:p>
        </w:tc>
        <w:tc>
          <w:tcPr>
            <w:tcW w:type="dxa" w:w="2880"/>
          </w:tcPr>
          <w:p>
            <w:r>
              <w:t>2</w:t>
            </w:r>
          </w:p>
        </w:tc>
      </w:tr>
      <w:tr>
        <w:tc>
          <w:tcPr>
            <w:tcW w:type="dxa" w:w="2880"/>
          </w:tcPr>
          <w:p>
            <w:r>
              <w:t>2026-09-07</w:t>
            </w:r>
          </w:p>
        </w:tc>
        <w:tc>
          <w:tcPr>
            <w:tcW w:type="dxa" w:w="2880"/>
          </w:tcPr>
          <w:p>
            <w:r>
              <w:t>no signal indoors</w:t>
            </w:r>
          </w:p>
        </w:tc>
        <w:tc>
          <w:tcPr>
            <w:tcW w:type="dxa" w:w="2880"/>
          </w:tcPr>
          <w:p>
            <w:r>
              <w:t>3</w:t>
            </w:r>
          </w:p>
        </w:tc>
      </w:tr>
      <w:tr>
        <w:tc>
          <w:tcPr>
            <w:tcW w:type="dxa" w:w="2880"/>
          </w:tcPr>
          <w:p>
            <w:r>
              <w:t>2026-09-14</w:t>
            </w:r>
          </w:p>
        </w:tc>
        <w:tc>
          <w:tcPr>
            <w:tcW w:type="dxa" w:w="2880"/>
          </w:tcPr>
          <w:p>
            <w:r>
              <w:t>slow data</w:t>
            </w:r>
          </w:p>
        </w:tc>
        <w:tc>
          <w:tcPr>
            <w:tcW w:type="dxa" w:w="2880"/>
          </w:tcPr>
          <w:p>
            <w:r>
              <w:t>2</w:t>
            </w:r>
          </w:p>
        </w:tc>
      </w:tr>
      <w:tr>
        <w:tc>
          <w:tcPr>
            <w:tcW w:type="dxa" w:w="2880"/>
          </w:tcPr>
          <w:p>
            <w:r>
              <w:t>2026-09-14</w:t>
            </w:r>
          </w:p>
        </w:tc>
        <w:tc>
          <w:tcPr>
            <w:tcW w:type="dxa" w:w="2880"/>
          </w:tcPr>
          <w:p>
            <w:r>
              <w:t>calls drop</w:t>
            </w:r>
          </w:p>
        </w:tc>
        <w:tc>
          <w:tcPr>
            <w:tcW w:type="dxa" w:w="2880"/>
          </w:tcPr>
          <w:p>
            <w:r>
              <w:t>7</w:t>
            </w:r>
          </w:p>
        </w:tc>
      </w:tr>
      <w:tr>
        <w:tc>
          <w:tcPr>
            <w:tcW w:type="dxa" w:w="2880"/>
          </w:tcPr>
          <w:p>
            <w:r>
              <w:t>2026-09-14</w:t>
            </w:r>
          </w:p>
        </w:tc>
        <w:tc>
          <w:tcPr>
            <w:tcW w:type="dxa" w:w="2880"/>
          </w:tcPr>
          <w:p>
            <w:r>
              <w:t>no signal indoors</w:t>
            </w:r>
          </w:p>
        </w:tc>
        <w:tc>
          <w:tcPr>
            <w:tcW w:type="dxa" w:w="2880"/>
          </w:tcPr>
          <w:p>
            <w:r>
              <w:t>7</w:t>
            </w:r>
          </w:p>
        </w:tc>
      </w:tr>
      <w:tr>
        <w:tc>
          <w:tcPr>
            <w:tcW w:type="dxa" w:w="2880"/>
          </w:tcPr>
          <w:p>
            <w:r>
              <w:t>2026-09-21</w:t>
            </w:r>
          </w:p>
        </w:tc>
        <w:tc>
          <w:tcPr>
            <w:tcW w:type="dxa" w:w="2880"/>
          </w:tcPr>
          <w:p>
            <w:r>
              <w:t>slow data</w:t>
            </w:r>
          </w:p>
        </w:tc>
        <w:tc>
          <w:tcPr>
            <w:tcW w:type="dxa" w:w="2880"/>
          </w:tcPr>
          <w:p>
            <w:r>
              <w:t>6</w:t>
            </w:r>
          </w:p>
        </w:tc>
      </w:tr>
      <w:tr>
        <w:tc>
          <w:tcPr>
            <w:tcW w:type="dxa" w:w="2880"/>
          </w:tcPr>
          <w:p>
            <w:r>
              <w:t>2026-09-21</w:t>
            </w:r>
          </w:p>
        </w:tc>
        <w:tc>
          <w:tcPr>
            <w:tcW w:type="dxa" w:w="2880"/>
          </w:tcPr>
          <w:p>
            <w:r>
              <w:t>calls drop</w:t>
            </w:r>
          </w:p>
        </w:tc>
        <w:tc>
          <w:tcPr>
            <w:tcW w:type="dxa" w:w="2880"/>
          </w:tcPr>
          <w:p>
            <w:r>
              <w:t>3</w:t>
            </w:r>
          </w:p>
        </w:tc>
      </w:tr>
      <w:tr>
        <w:tc>
          <w:tcPr>
            <w:tcW w:type="dxa" w:w="2880"/>
          </w:tcPr>
          <w:p>
            <w:r>
              <w:t>2026-09-21</w:t>
            </w:r>
          </w:p>
        </w:tc>
        <w:tc>
          <w:tcPr>
            <w:tcW w:type="dxa" w:w="2880"/>
          </w:tcPr>
          <w:p>
            <w:r>
              <w:t>no signal indoors</w:t>
            </w:r>
          </w:p>
        </w:tc>
        <w:tc>
          <w:tcPr>
            <w:tcW w:type="dxa" w:w="2880"/>
          </w:tcPr>
          <w:p>
            <w:r>
              <w:t>4</w:t>
            </w:r>
          </w:p>
        </w:tc>
      </w:tr>
      <w:tr>
        <w:tc>
          <w:tcPr>
            <w:tcW w:type="dxa" w:w="2880"/>
          </w:tcPr>
          <w:p>
            <w:r>
              <w:t>2026-09-28</w:t>
            </w:r>
          </w:p>
        </w:tc>
        <w:tc>
          <w:tcPr>
            <w:tcW w:type="dxa" w:w="2880"/>
          </w:tcPr>
          <w:p>
            <w:r>
              <w:t>slow data</w:t>
            </w:r>
          </w:p>
        </w:tc>
        <w:tc>
          <w:tcPr>
            <w:tcW w:type="dxa" w:w="2880"/>
          </w:tcPr>
          <w:p>
            <w:r>
              <w:t>1</w:t>
            </w:r>
          </w:p>
        </w:tc>
      </w:tr>
      <w:tr>
        <w:tc>
          <w:tcPr>
            <w:tcW w:type="dxa" w:w="2880"/>
          </w:tcPr>
          <w:p>
            <w:r>
              <w:t>2026-09-28</w:t>
            </w:r>
          </w:p>
        </w:tc>
        <w:tc>
          <w:tcPr>
            <w:tcW w:type="dxa" w:w="2880"/>
          </w:tcPr>
          <w:p>
            <w:r>
              <w:t>calls drop</w:t>
            </w:r>
          </w:p>
        </w:tc>
        <w:tc>
          <w:tcPr>
            <w:tcW w:type="dxa" w:w="2880"/>
          </w:tcPr>
          <w:p>
            <w:r>
              <w:t>4</w:t>
            </w:r>
          </w:p>
        </w:tc>
      </w:tr>
      <w:tr>
        <w:tc>
          <w:tcPr>
            <w:tcW w:type="dxa" w:w="2880"/>
          </w:tcPr>
          <w:p>
            <w:r>
              <w:t>2026-09-28</w:t>
            </w:r>
          </w:p>
        </w:tc>
        <w:tc>
          <w:tcPr>
            <w:tcW w:type="dxa" w:w="2880"/>
          </w:tcPr>
          <w:p>
            <w:r>
              <w:t>no signal indoors</w:t>
            </w:r>
          </w:p>
        </w:tc>
        <w:tc>
          <w:tcPr>
            <w:tcW w:type="dxa" w:w="2880"/>
          </w:tcPr>
          <w:p>
            <w:r>
              <w:t>2</w:t>
            </w:r>
          </w:p>
        </w:tc>
      </w:tr>
    </w:tbl>
    <w:p/>
    <w:p>
      <w:pPr>
        <w:pStyle w:val="Heading2"/>
      </w:pPr>
      <w:r>
        <w:t>Figure 88. Cell KPIs by day over time (date) [264]</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2026-08-03</w:t>
            </w:r>
          </w:p>
        </w:tc>
        <w:tc>
          <w:tcPr>
            <w:tcW w:type="dxa" w:w="4320"/>
          </w:tcPr>
          <w:p>
            <w:r>
              <w:t>98</w:t>
            </w:r>
          </w:p>
        </w:tc>
      </w:tr>
      <w:tr>
        <w:tc>
          <w:tcPr>
            <w:tcW w:type="dxa" w:w="4320"/>
          </w:tcPr>
          <w:p>
            <w:r>
              <w:t>2026-08-10</w:t>
            </w:r>
          </w:p>
        </w:tc>
        <w:tc>
          <w:tcPr>
            <w:tcW w:type="dxa" w:w="4320"/>
          </w:tcPr>
          <w:p>
            <w:r>
              <w:t>98</w:t>
            </w:r>
          </w:p>
        </w:tc>
      </w:tr>
      <w:tr>
        <w:tc>
          <w:tcPr>
            <w:tcW w:type="dxa" w:w="4320"/>
          </w:tcPr>
          <w:p>
            <w:r>
              <w:t>2026-08-17</w:t>
            </w:r>
          </w:p>
        </w:tc>
        <w:tc>
          <w:tcPr>
            <w:tcW w:type="dxa" w:w="4320"/>
          </w:tcPr>
          <w:p>
            <w:r>
              <w:t>98</w:t>
            </w:r>
          </w:p>
        </w:tc>
      </w:tr>
      <w:tr>
        <w:tc>
          <w:tcPr>
            <w:tcW w:type="dxa" w:w="4320"/>
          </w:tcPr>
          <w:p>
            <w:r>
              <w:t>2026-08-24</w:t>
            </w:r>
          </w:p>
        </w:tc>
        <w:tc>
          <w:tcPr>
            <w:tcW w:type="dxa" w:w="4320"/>
          </w:tcPr>
          <w:p>
            <w:r>
              <w:t>98</w:t>
            </w:r>
          </w:p>
        </w:tc>
      </w:tr>
      <w:tr>
        <w:tc>
          <w:tcPr>
            <w:tcW w:type="dxa" w:w="4320"/>
          </w:tcPr>
          <w:p>
            <w:r>
              <w:t>2026-08-31</w:t>
            </w:r>
          </w:p>
        </w:tc>
        <w:tc>
          <w:tcPr>
            <w:tcW w:type="dxa" w:w="4320"/>
          </w:tcPr>
          <w:p>
            <w:r>
              <w:t>98</w:t>
            </w:r>
          </w:p>
        </w:tc>
      </w:tr>
      <w:tr>
        <w:tc>
          <w:tcPr>
            <w:tcW w:type="dxa" w:w="4320"/>
          </w:tcPr>
          <w:p>
            <w:r>
              <w:t>2026-09-07</w:t>
            </w:r>
          </w:p>
        </w:tc>
        <w:tc>
          <w:tcPr>
            <w:tcW w:type="dxa" w:w="4320"/>
          </w:tcPr>
          <w:p>
            <w:r>
              <w:t>98</w:t>
            </w:r>
          </w:p>
        </w:tc>
      </w:tr>
      <w:tr>
        <w:tc>
          <w:tcPr>
            <w:tcW w:type="dxa" w:w="4320"/>
          </w:tcPr>
          <w:p>
            <w:r>
              <w:t>2026-09-14</w:t>
            </w:r>
          </w:p>
        </w:tc>
        <w:tc>
          <w:tcPr>
            <w:tcW w:type="dxa" w:w="4320"/>
          </w:tcPr>
          <w:p>
            <w:r>
              <w:t>98</w:t>
            </w:r>
          </w:p>
        </w:tc>
      </w:tr>
      <w:tr>
        <w:tc>
          <w:tcPr>
            <w:tcW w:type="dxa" w:w="4320"/>
          </w:tcPr>
          <w:p>
            <w:r>
              <w:t>2026-09-21</w:t>
            </w:r>
          </w:p>
        </w:tc>
        <w:tc>
          <w:tcPr>
            <w:tcW w:type="dxa" w:w="4320"/>
          </w:tcPr>
          <w:p>
            <w:r>
              <w:t>98</w:t>
            </w:r>
          </w:p>
        </w:tc>
      </w:tr>
    </w:tbl>
    <w:p/>
    <w:p>
      <w:pPr>
        <w:pStyle w:val="Heading2"/>
      </w:pPr>
      <w:r>
        <w:t>Figure 89. Site leases over time (lease_end_year) [265]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2,027</w:t>
            </w:r>
          </w:p>
        </w:tc>
        <w:tc>
          <w:tcPr>
            <w:tcW w:type="dxa" w:w="2880"/>
          </w:tcPr>
          <w:p>
            <w:r>
              <w:t>2,028</w:t>
            </w:r>
          </w:p>
        </w:tc>
        <w:tc>
          <w:tcPr>
            <w:tcW w:type="dxa" w:w="2880"/>
          </w:tcPr>
          <w:p>
            <w:r>
              <w:t>5</w:t>
            </w:r>
          </w:p>
        </w:tc>
      </w:tr>
      <w:tr>
        <w:tc>
          <w:tcPr>
            <w:tcW w:type="dxa" w:w="2880"/>
          </w:tcPr>
          <w:p>
            <w:r>
              <w:t>2,028</w:t>
            </w:r>
          </w:p>
        </w:tc>
        <w:tc>
          <w:tcPr>
            <w:tcW w:type="dxa" w:w="2880"/>
          </w:tcPr>
          <w:p>
            <w:r>
              <w:t>2,029</w:t>
            </w:r>
          </w:p>
        </w:tc>
        <w:tc>
          <w:tcPr>
            <w:tcW w:type="dxa" w:w="2880"/>
          </w:tcPr>
          <w:p>
            <w:r>
              <w:t>1</w:t>
            </w:r>
          </w:p>
        </w:tc>
      </w:tr>
      <w:tr>
        <w:tc>
          <w:tcPr>
            <w:tcW w:type="dxa" w:w="2880"/>
          </w:tcPr>
          <w:p>
            <w:r>
              <w:t>2,029</w:t>
            </w:r>
          </w:p>
        </w:tc>
        <w:tc>
          <w:tcPr>
            <w:tcW w:type="dxa" w:w="2880"/>
          </w:tcPr>
          <w:p>
            <w:r>
              <w:t>2,031</w:t>
            </w:r>
          </w:p>
        </w:tc>
        <w:tc>
          <w:tcPr>
            <w:tcW w:type="dxa" w:w="2880"/>
          </w:tcPr>
          <w:p>
            <w:r>
              <w:t>0</w:t>
            </w:r>
          </w:p>
        </w:tc>
      </w:tr>
      <w:tr>
        <w:tc>
          <w:tcPr>
            <w:tcW w:type="dxa" w:w="2880"/>
          </w:tcPr>
          <w:p>
            <w:r>
              <w:t>2,031</w:t>
            </w:r>
          </w:p>
        </w:tc>
        <w:tc>
          <w:tcPr>
            <w:tcW w:type="dxa" w:w="2880"/>
          </w:tcPr>
          <w:p>
            <w:r>
              <w:t>2,032</w:t>
            </w:r>
          </w:p>
        </w:tc>
        <w:tc>
          <w:tcPr>
            <w:tcW w:type="dxa" w:w="2880"/>
          </w:tcPr>
          <w:p>
            <w:r>
              <w:t>1</w:t>
            </w:r>
          </w:p>
        </w:tc>
      </w:tr>
      <w:tr>
        <w:tc>
          <w:tcPr>
            <w:tcW w:type="dxa" w:w="2880"/>
          </w:tcPr>
          <w:p>
            <w:r>
              <w:t>2,032</w:t>
            </w:r>
          </w:p>
        </w:tc>
        <w:tc>
          <w:tcPr>
            <w:tcW w:type="dxa" w:w="2880"/>
          </w:tcPr>
          <w:p>
            <w:r>
              <w:t>2,033</w:t>
            </w:r>
          </w:p>
        </w:tc>
        <w:tc>
          <w:tcPr>
            <w:tcW w:type="dxa" w:w="2880"/>
          </w:tcPr>
          <w:p>
            <w:r>
              <w:t>7</w:t>
            </w:r>
          </w:p>
        </w:tc>
      </w:tr>
    </w:tbl>
    <w:p/>
    <w:p>
      <w:pPr>
        <w:pStyle w:val="Heading2"/>
      </w:pPr>
      <w:r>
        <w:t>Figure 90. Hot spot analysis: Dropped calls [266]</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15</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32</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451</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622</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414</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88</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19</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13</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7</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2</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15</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5</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9</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13</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3</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2</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9</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5</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3</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5</w:t>
            </w:r>
          </w:p>
        </w:tc>
      </w:tr>
      <w:tr>
        <w:tc>
          <w:tcPr>
            <w:tcW w:type="dxa" w:w="1728"/>
          </w:tcPr>
          <w:p>
            <w:r>
              <w:t>7</w:t>
            </w:r>
          </w:p>
        </w:tc>
        <w:tc>
          <w:tcPr>
            <w:tcW w:type="dxa" w:w="1728"/>
          </w:tcPr>
          <w:p>
            <w:r>
              <w:t>7.5</w:t>
            </w:r>
          </w:p>
        </w:tc>
        <w:tc>
          <w:tcPr>
            <w:tcW w:type="dxa" w:w="1728"/>
          </w:tcPr>
          <w:p>
            <w:r>
              <w:t>hot_99</w:t>
            </w:r>
          </w:p>
        </w:tc>
        <w:tc>
          <w:tcPr>
            <w:tcW w:type="dxa" w:w="1728"/>
          </w:tcPr>
          <w:p>
            <w:r>
              <w:t>Hot spot, 99% confidence</w:t>
            </w:r>
          </w:p>
        </w:tc>
        <w:tc>
          <w:tcPr>
            <w:tcW w:type="dxa" w:w="1728"/>
          </w:tcPr>
          <w:p>
            <w:r>
              <w:t>4</w:t>
            </w:r>
          </w:p>
        </w:tc>
      </w:tr>
      <w:tr>
        <w:tc>
          <w:tcPr>
            <w:tcW w:type="dxa" w:w="1728"/>
          </w:tcPr>
          <w:p>
            <w:r>
              <w:t>7.5</w:t>
            </w:r>
          </w:p>
        </w:tc>
        <w:tc>
          <w:tcPr>
            <w:tcW w:type="dxa" w:w="1728"/>
          </w:tcPr>
          <w:p>
            <w:r>
              <w:t>8</w:t>
            </w:r>
          </w:p>
        </w:tc>
        <w:tc>
          <w:tcPr>
            <w:tcW w:type="dxa" w:w="1728"/>
          </w:tcPr>
          <w:p>
            <w:r>
              <w:t>hot_99</w:t>
            </w:r>
          </w:p>
        </w:tc>
        <w:tc>
          <w:tcPr>
            <w:tcW w:type="dxa" w:w="1728"/>
          </w:tcPr>
          <w:p>
            <w:r>
              <w:t>Hot spot, 99% confidence</w:t>
            </w:r>
          </w:p>
        </w:tc>
        <w:tc>
          <w:tcPr>
            <w:tcW w:type="dxa" w:w="1728"/>
          </w:tcPr>
          <w:p>
            <w:r>
              <w:t>7</w:t>
            </w:r>
          </w:p>
        </w:tc>
      </w:tr>
      <w:tr>
        <w:tc>
          <w:tcPr>
            <w:tcW w:type="dxa" w:w="1728"/>
          </w:tcPr>
          <w:p>
            <w:r>
              <w:t>8</w:t>
            </w:r>
          </w:p>
        </w:tc>
        <w:tc>
          <w:tcPr>
            <w:tcW w:type="dxa" w:w="1728"/>
          </w:tcPr>
          <w:p>
            <w:r>
              <w:t>8.5</w:t>
            </w:r>
          </w:p>
        </w:tc>
        <w:tc>
          <w:tcPr>
            <w:tcW w:type="dxa" w:w="1728"/>
          </w:tcPr>
          <w:p>
            <w:r>
              <w:t>hot_99</w:t>
            </w:r>
          </w:p>
        </w:tc>
        <w:tc>
          <w:tcPr>
            <w:tcW w:type="dxa" w:w="1728"/>
          </w:tcPr>
          <w:p>
            <w:r>
              <w:t>Hot spot, 99% confidence</w:t>
            </w:r>
          </w:p>
        </w:tc>
        <w:tc>
          <w:tcPr>
            <w:tcW w:type="dxa" w:w="1728"/>
          </w:tcPr>
          <w:p>
            <w:r>
              <w:t>5</w:t>
            </w:r>
          </w:p>
        </w:tc>
      </w:tr>
      <w:tr>
        <w:tc>
          <w:tcPr>
            <w:tcW w:type="dxa" w:w="1728"/>
          </w:tcPr>
          <w:p>
            <w:r>
              <w:t>8.5</w:t>
            </w:r>
          </w:p>
        </w:tc>
        <w:tc>
          <w:tcPr>
            <w:tcW w:type="dxa" w:w="1728"/>
          </w:tcPr>
          <w:p>
            <w:r>
              <w:t>9</w:t>
            </w:r>
          </w:p>
        </w:tc>
        <w:tc>
          <w:tcPr>
            <w:tcW w:type="dxa" w:w="1728"/>
          </w:tcPr>
          <w:p>
            <w:r>
              <w:t>hot_99</w:t>
            </w:r>
          </w:p>
        </w:tc>
        <w:tc>
          <w:tcPr>
            <w:tcW w:type="dxa" w:w="1728"/>
          </w:tcPr>
          <w:p>
            <w:r>
              <w:t>Hot spot, 99% confidence</w:t>
            </w:r>
          </w:p>
        </w:tc>
        <w:tc>
          <w:tcPr>
            <w:tcW w:type="dxa" w:w="1728"/>
          </w:tcPr>
          <w:p>
            <w:r>
              <w:t>2</w:t>
            </w:r>
          </w:p>
        </w:tc>
      </w:tr>
      <w:tr>
        <w:tc>
          <w:tcPr>
            <w:tcW w:type="dxa" w:w="1728"/>
          </w:tcPr>
          <w:p>
            <w:r>
              <w:t>9</w:t>
            </w:r>
          </w:p>
        </w:tc>
        <w:tc>
          <w:tcPr>
            <w:tcW w:type="dxa" w:w="1728"/>
          </w:tcPr>
          <w:p>
            <w:r>
              <w:t>9.5</w:t>
            </w:r>
          </w:p>
        </w:tc>
        <w:tc>
          <w:tcPr>
            <w:tcW w:type="dxa" w:w="1728"/>
          </w:tcPr>
          <w:p>
            <w:r>
              <w:t>hot_99</w:t>
            </w:r>
          </w:p>
        </w:tc>
        <w:tc>
          <w:tcPr>
            <w:tcW w:type="dxa" w:w="1728"/>
          </w:tcPr>
          <w:p>
            <w:r>
              <w:t>Hot spot, 99% confidence</w:t>
            </w:r>
          </w:p>
        </w:tc>
        <w:tc>
          <w:tcPr>
            <w:tcW w:type="dxa" w:w="1728"/>
          </w:tcPr>
          <w:p>
            <w:r>
              <w:t>1</w:t>
            </w:r>
          </w:p>
        </w:tc>
      </w:tr>
      <w:tr>
        <w:tc>
          <w:tcPr>
            <w:tcW w:type="dxa" w:w="1728"/>
          </w:tcPr>
          <w:p>
            <w:r>
              <w:t>10</w:t>
            </w:r>
          </w:p>
        </w:tc>
        <w:tc>
          <w:tcPr>
            <w:tcW w:type="dxa" w:w="1728"/>
          </w:tcPr>
          <w:p>
            <w:r>
              <w:t>10.5</w:t>
            </w:r>
          </w:p>
        </w:tc>
        <w:tc>
          <w:tcPr>
            <w:tcW w:type="dxa" w:w="1728"/>
          </w:tcPr>
          <w:p>
            <w:r>
              <w:t>hot_99</w:t>
            </w:r>
          </w:p>
        </w:tc>
        <w:tc>
          <w:tcPr>
            <w:tcW w:type="dxa" w:w="1728"/>
          </w:tcPr>
          <w:p>
            <w:r>
              <w:t>Hot spot, 99% confidence</w:t>
            </w:r>
          </w:p>
        </w:tc>
        <w:tc>
          <w:tcPr>
            <w:tcW w:type="dxa" w:w="1728"/>
          </w:tcPr>
          <w:p>
            <w:r>
              <w:t>2</w:t>
            </w:r>
          </w:p>
        </w:tc>
      </w:tr>
      <w:tr>
        <w:tc>
          <w:tcPr>
            <w:tcW w:type="dxa" w:w="1728"/>
          </w:tcPr>
          <w:p>
            <w:r>
              <w:t>10.5</w:t>
            </w:r>
          </w:p>
        </w:tc>
        <w:tc>
          <w:tcPr>
            <w:tcW w:type="dxa" w:w="1728"/>
          </w:tcPr>
          <w:p>
            <w:r>
              <w:t>11</w:t>
            </w:r>
          </w:p>
        </w:tc>
        <w:tc>
          <w:tcPr>
            <w:tcW w:type="dxa" w:w="1728"/>
          </w:tcPr>
          <w:p>
            <w:r>
              <w:t>hot_99</w:t>
            </w:r>
          </w:p>
        </w:tc>
        <w:tc>
          <w:tcPr>
            <w:tcW w:type="dxa" w:w="1728"/>
          </w:tcPr>
          <w:p>
            <w:r>
              <w:t>Hot spot, 99% confidence</w:t>
            </w:r>
          </w:p>
        </w:tc>
        <w:tc>
          <w:tcPr>
            <w:tcW w:type="dxa" w:w="1728"/>
          </w:tcPr>
          <w:p>
            <w:r>
              <w:t>3</w:t>
            </w:r>
          </w:p>
        </w:tc>
      </w:tr>
      <w:tr>
        <w:tc>
          <w:tcPr>
            <w:tcW w:type="dxa" w:w="1728"/>
          </w:tcPr>
          <w:p>
            <w:r>
              <w:t>11</w:t>
            </w:r>
          </w:p>
        </w:tc>
        <w:tc>
          <w:tcPr>
            <w:tcW w:type="dxa" w:w="1728"/>
          </w:tcPr>
          <w:p>
            <w:r>
              <w:t>11.5</w:t>
            </w:r>
          </w:p>
        </w:tc>
        <w:tc>
          <w:tcPr>
            <w:tcW w:type="dxa" w:w="1728"/>
          </w:tcPr>
          <w:p>
            <w:r>
              <w:t>hot_99</w:t>
            </w:r>
          </w:p>
        </w:tc>
        <w:tc>
          <w:tcPr>
            <w:tcW w:type="dxa" w:w="1728"/>
          </w:tcPr>
          <w:p>
            <w:r>
              <w:t>Hot spot, 99% confidence</w:t>
            </w:r>
          </w:p>
        </w:tc>
        <w:tc>
          <w:tcPr>
            <w:tcW w:type="dxa" w:w="1728"/>
          </w:tcPr>
          <w:p>
            <w:r>
              <w:t>2</w:t>
            </w:r>
          </w:p>
        </w:tc>
      </w:tr>
      <w:tr>
        <w:tc>
          <w:tcPr>
            <w:tcW w:type="dxa" w:w="1728"/>
          </w:tcPr>
          <w:p>
            <w:r>
              <w:t>11.5</w:t>
            </w:r>
          </w:p>
        </w:tc>
        <w:tc>
          <w:tcPr>
            <w:tcW w:type="dxa" w:w="1728"/>
          </w:tcPr>
          <w:p>
            <w:r>
              <w:t>12</w:t>
            </w:r>
          </w:p>
        </w:tc>
        <w:tc>
          <w:tcPr>
            <w:tcW w:type="dxa" w:w="1728"/>
          </w:tcPr>
          <w:p>
            <w:r>
              <w:t>hot_99</w:t>
            </w:r>
          </w:p>
        </w:tc>
        <w:tc>
          <w:tcPr>
            <w:tcW w:type="dxa" w:w="1728"/>
          </w:tcPr>
          <w:p>
            <w:r>
              <w:t>Hot spot, 99% confidence</w:t>
            </w:r>
          </w:p>
        </w:tc>
        <w:tc>
          <w:tcPr>
            <w:tcW w:type="dxa" w:w="1728"/>
          </w:tcPr>
          <w:p>
            <w:r>
              <w:t>2</w:t>
            </w:r>
          </w:p>
        </w:tc>
      </w:tr>
      <w:tr>
        <w:tc>
          <w:tcPr>
            <w:tcW w:type="dxa" w:w="1728"/>
          </w:tcPr>
          <w:p>
            <w:r>
              <w:t>12</w:t>
            </w:r>
          </w:p>
        </w:tc>
        <w:tc>
          <w:tcPr>
            <w:tcW w:type="dxa" w:w="1728"/>
          </w:tcPr>
          <w:p>
            <w:r>
              <w:t>12.5</w:t>
            </w:r>
          </w:p>
        </w:tc>
        <w:tc>
          <w:tcPr>
            <w:tcW w:type="dxa" w:w="1728"/>
          </w:tcPr>
          <w:p>
            <w:r>
              <w:t>hot_99</w:t>
            </w:r>
          </w:p>
        </w:tc>
        <w:tc>
          <w:tcPr>
            <w:tcW w:type="dxa" w:w="1728"/>
          </w:tcPr>
          <w:p>
            <w:r>
              <w:t>Hot spot, 99% confidence</w:t>
            </w:r>
          </w:p>
        </w:tc>
        <w:tc>
          <w:tcPr>
            <w:tcW w:type="dxa" w:w="1728"/>
          </w:tcPr>
          <w:p>
            <w:r>
              <w:t>3</w:t>
            </w:r>
          </w:p>
        </w:tc>
      </w:tr>
      <w:tr>
        <w:tc>
          <w:tcPr>
            <w:tcW w:type="dxa" w:w="1728"/>
          </w:tcPr>
          <w:p>
            <w:r>
              <w:t>12.5</w:t>
            </w:r>
          </w:p>
        </w:tc>
        <w:tc>
          <w:tcPr>
            <w:tcW w:type="dxa" w:w="1728"/>
          </w:tcPr>
          <w:p>
            <w:r>
              <w:t>13</w:t>
            </w:r>
          </w:p>
        </w:tc>
        <w:tc>
          <w:tcPr>
            <w:tcW w:type="dxa" w:w="1728"/>
          </w:tcPr>
          <w:p>
            <w:r>
              <w:t>hot_99</w:t>
            </w:r>
          </w:p>
        </w:tc>
        <w:tc>
          <w:tcPr>
            <w:tcW w:type="dxa" w:w="1728"/>
          </w:tcPr>
          <w:p>
            <w:r>
              <w:t>Hot spot, 99% confidence</w:t>
            </w:r>
          </w:p>
        </w:tc>
        <w:tc>
          <w:tcPr>
            <w:tcW w:type="dxa" w:w="1728"/>
          </w:tcPr>
          <w:p>
            <w:r>
              <w:t>1</w:t>
            </w:r>
          </w:p>
        </w:tc>
      </w:tr>
      <w:tr>
        <w:tc>
          <w:tcPr>
            <w:tcW w:type="dxa" w:w="1728"/>
          </w:tcPr>
          <w:p>
            <w:r>
              <w:t>13</w:t>
            </w:r>
          </w:p>
        </w:tc>
        <w:tc>
          <w:tcPr>
            <w:tcW w:type="dxa" w:w="1728"/>
          </w:tcPr>
          <w:p>
            <w:r>
              <w:t>13.5</w:t>
            </w:r>
          </w:p>
        </w:tc>
        <w:tc>
          <w:tcPr>
            <w:tcW w:type="dxa" w:w="1728"/>
          </w:tcPr>
          <w:p>
            <w:r>
              <w:t>hot_99</w:t>
            </w:r>
          </w:p>
        </w:tc>
        <w:tc>
          <w:tcPr>
            <w:tcW w:type="dxa" w:w="1728"/>
          </w:tcPr>
          <w:p>
            <w:r>
              <w:t>Hot spot, 99% confidence</w:t>
            </w:r>
          </w:p>
        </w:tc>
        <w:tc>
          <w:tcPr>
            <w:tcW w:type="dxa" w:w="1728"/>
          </w:tcPr>
          <w:p>
            <w:r>
              <w:t>2</w:t>
            </w:r>
          </w:p>
        </w:tc>
      </w:tr>
      <w:tr>
        <w:tc>
          <w:tcPr>
            <w:tcW w:type="dxa" w:w="1728"/>
          </w:tcPr>
          <w:p>
            <w:r>
              <w:t>13.5</w:t>
            </w:r>
          </w:p>
        </w:tc>
        <w:tc>
          <w:tcPr>
            <w:tcW w:type="dxa" w:w="1728"/>
          </w:tcPr>
          <w:p>
            <w:r>
              <w:t>14</w:t>
            </w:r>
          </w:p>
        </w:tc>
        <w:tc>
          <w:tcPr>
            <w:tcW w:type="dxa" w:w="1728"/>
          </w:tcPr>
          <w:p>
            <w:r>
              <w:t>hot_99</w:t>
            </w:r>
          </w:p>
        </w:tc>
        <w:tc>
          <w:tcPr>
            <w:tcW w:type="dxa" w:w="1728"/>
          </w:tcPr>
          <w:p>
            <w:r>
              <w:t>Hot spot, 99% confidence</w:t>
            </w:r>
          </w:p>
        </w:tc>
        <w:tc>
          <w:tcPr>
            <w:tcW w:type="dxa" w:w="1728"/>
          </w:tcPr>
          <w:p>
            <w:r>
              <w:t>1</w:t>
            </w:r>
          </w:p>
        </w:tc>
      </w:tr>
      <w:tr>
        <w:tc>
          <w:tcPr>
            <w:tcW w:type="dxa" w:w="1728"/>
          </w:tcPr>
          <w:p>
            <w:r>
              <w:t>14</w:t>
            </w:r>
          </w:p>
        </w:tc>
        <w:tc>
          <w:tcPr>
            <w:tcW w:type="dxa" w:w="1728"/>
          </w:tcPr>
          <w:p>
            <w:r>
              <w:t>14.5</w:t>
            </w:r>
          </w:p>
        </w:tc>
        <w:tc>
          <w:tcPr>
            <w:tcW w:type="dxa" w:w="1728"/>
          </w:tcPr>
          <w:p>
            <w:r>
              <w:t>hot_99</w:t>
            </w:r>
          </w:p>
        </w:tc>
        <w:tc>
          <w:tcPr>
            <w:tcW w:type="dxa" w:w="1728"/>
          </w:tcPr>
          <w:p>
            <w:r>
              <w:t>Hot spot, 99% confidence</w:t>
            </w:r>
          </w:p>
        </w:tc>
        <w:tc>
          <w:tcPr>
            <w:tcW w:type="dxa" w:w="1728"/>
          </w:tcPr>
          <w:p>
            <w:r>
              <w:t>2</w:t>
            </w:r>
          </w:p>
        </w:tc>
      </w:tr>
      <w:tr>
        <w:tc>
          <w:tcPr>
            <w:tcW w:type="dxa" w:w="1728"/>
          </w:tcPr>
          <w:p>
            <w:r>
              <w:t>14.5</w:t>
            </w:r>
          </w:p>
        </w:tc>
        <w:tc>
          <w:tcPr>
            <w:tcW w:type="dxa" w:w="1728"/>
          </w:tcPr>
          <w:p>
            <w:r>
              <w:t>15</w:t>
            </w:r>
          </w:p>
        </w:tc>
        <w:tc>
          <w:tcPr>
            <w:tcW w:type="dxa" w:w="1728"/>
          </w:tcPr>
          <w:p>
            <w:r>
              <w:t>hot_99</w:t>
            </w:r>
          </w:p>
        </w:tc>
        <w:tc>
          <w:tcPr>
            <w:tcW w:type="dxa" w:w="1728"/>
          </w:tcPr>
          <w:p>
            <w:r>
              <w:t>Hot spot, 99% confidence</w:t>
            </w:r>
          </w:p>
        </w:tc>
        <w:tc>
          <w:tcPr>
            <w:tcW w:type="dxa" w:w="1728"/>
          </w:tcPr>
          <w:p>
            <w:r>
              <w:t>3</w:t>
            </w:r>
          </w:p>
        </w:tc>
      </w:tr>
      <w:tr>
        <w:tc>
          <w:tcPr>
            <w:tcW w:type="dxa" w:w="1728"/>
          </w:tcPr>
          <w:p>
            <w:r>
              <w:t>15.5</w:t>
            </w:r>
          </w:p>
        </w:tc>
        <w:tc>
          <w:tcPr>
            <w:tcW w:type="dxa" w:w="1728"/>
          </w:tcPr>
          <w:p>
            <w:r>
              <w:t>16</w:t>
            </w:r>
          </w:p>
        </w:tc>
        <w:tc>
          <w:tcPr>
            <w:tcW w:type="dxa" w:w="1728"/>
          </w:tcPr>
          <w:p>
            <w:r>
              <w:t>hot_99</w:t>
            </w:r>
          </w:p>
        </w:tc>
        <w:tc>
          <w:tcPr>
            <w:tcW w:type="dxa" w:w="1728"/>
          </w:tcPr>
          <w:p>
            <w:r>
              <w:t>Hot spot, 99% confidence</w:t>
            </w:r>
          </w:p>
        </w:tc>
        <w:tc>
          <w:tcPr>
            <w:tcW w:type="dxa" w:w="1728"/>
          </w:tcPr>
          <w:p>
            <w:r>
              <w:t>1</w:t>
            </w:r>
          </w:p>
        </w:tc>
      </w:tr>
      <w:tr>
        <w:tc>
          <w:tcPr>
            <w:tcW w:type="dxa" w:w="1728"/>
          </w:tcPr>
          <w:p>
            <w:r>
              <w:t>16</w:t>
            </w:r>
          </w:p>
        </w:tc>
        <w:tc>
          <w:tcPr>
            <w:tcW w:type="dxa" w:w="1728"/>
          </w:tcPr>
          <w:p>
            <w:r>
              <w:t>16.5</w:t>
            </w:r>
          </w:p>
        </w:tc>
        <w:tc>
          <w:tcPr>
            <w:tcW w:type="dxa" w:w="1728"/>
          </w:tcPr>
          <w:p>
            <w:r>
              <w:t>hot_99</w:t>
            </w:r>
          </w:p>
        </w:tc>
        <w:tc>
          <w:tcPr>
            <w:tcW w:type="dxa" w:w="1728"/>
          </w:tcPr>
          <w:p>
            <w:r>
              <w:t>Hot spot, 99% confidence</w:t>
            </w:r>
          </w:p>
        </w:tc>
        <w:tc>
          <w:tcPr>
            <w:tcW w:type="dxa" w:w="1728"/>
          </w:tcPr>
          <w:p>
            <w:r>
              <w:t>1</w:t>
            </w:r>
          </w:p>
        </w:tc>
      </w:tr>
      <w:tr>
        <w:tc>
          <w:tcPr>
            <w:tcW w:type="dxa" w:w="1728"/>
          </w:tcPr>
          <w:p>
            <w:r>
              <w:t>17</w:t>
            </w:r>
          </w:p>
        </w:tc>
        <w:tc>
          <w:tcPr>
            <w:tcW w:type="dxa" w:w="1728"/>
          </w:tcPr>
          <w:p>
            <w:r>
              <w:t>17.5</w:t>
            </w:r>
          </w:p>
        </w:tc>
        <w:tc>
          <w:tcPr>
            <w:tcW w:type="dxa" w:w="1728"/>
          </w:tcPr>
          <w:p>
            <w:r>
              <w:t>hot_99</w:t>
            </w:r>
          </w:p>
        </w:tc>
        <w:tc>
          <w:tcPr>
            <w:tcW w:type="dxa" w:w="1728"/>
          </w:tcPr>
          <w:p>
            <w:r>
              <w:t>Hot spot, 99% confidence</w:t>
            </w:r>
          </w:p>
        </w:tc>
        <w:tc>
          <w:tcPr>
            <w:tcW w:type="dxa" w:w="1728"/>
          </w:tcPr>
          <w:p>
            <w:r>
              <w:t>2</w:t>
            </w:r>
          </w:p>
        </w:tc>
      </w:tr>
      <w:tr>
        <w:tc>
          <w:tcPr>
            <w:tcW w:type="dxa" w:w="1728"/>
          </w:tcPr>
          <w:p>
            <w:r>
              <w:t>18</w:t>
            </w:r>
          </w:p>
        </w:tc>
        <w:tc>
          <w:tcPr>
            <w:tcW w:type="dxa" w:w="1728"/>
          </w:tcPr>
          <w:p>
            <w:r>
              <w:t>18.5</w:t>
            </w:r>
          </w:p>
        </w:tc>
        <w:tc>
          <w:tcPr>
            <w:tcW w:type="dxa" w:w="1728"/>
          </w:tcPr>
          <w:p>
            <w:r>
              <w:t>hot_99</w:t>
            </w:r>
          </w:p>
        </w:tc>
        <w:tc>
          <w:tcPr>
            <w:tcW w:type="dxa" w:w="1728"/>
          </w:tcPr>
          <w:p>
            <w:r>
              <w:t>Hot spot, 99% confidence</w:t>
            </w:r>
          </w:p>
        </w:tc>
        <w:tc>
          <w:tcPr>
            <w:tcW w:type="dxa" w:w="1728"/>
          </w:tcPr>
          <w:p>
            <w:r>
              <w:t>2</w:t>
            </w:r>
          </w:p>
        </w:tc>
      </w:tr>
      <w:tr>
        <w:tc>
          <w:tcPr>
            <w:tcW w:type="dxa" w:w="1728"/>
          </w:tcPr>
          <w:p>
            <w:r>
              <w:t>18.5</w:t>
            </w:r>
          </w:p>
        </w:tc>
        <w:tc>
          <w:tcPr>
            <w:tcW w:type="dxa" w:w="1728"/>
          </w:tcPr>
          <w:p>
            <w:r>
              <w:t>19</w:t>
            </w:r>
          </w:p>
        </w:tc>
        <w:tc>
          <w:tcPr>
            <w:tcW w:type="dxa" w:w="1728"/>
          </w:tcPr>
          <w:p>
            <w:r>
              <w:t>hot_99</w:t>
            </w:r>
          </w:p>
        </w:tc>
        <w:tc>
          <w:tcPr>
            <w:tcW w:type="dxa" w:w="1728"/>
          </w:tcPr>
          <w:p>
            <w:r>
              <w:t>Hot spot, 99% confidence</w:t>
            </w:r>
          </w:p>
        </w:tc>
        <w:tc>
          <w:tcPr>
            <w:tcW w:type="dxa" w:w="1728"/>
          </w:tcPr>
          <w:p>
            <w:r>
              <w:t>2</w:t>
            </w:r>
          </w:p>
        </w:tc>
      </w:tr>
      <w:tr>
        <w:tc>
          <w:tcPr>
            <w:tcW w:type="dxa" w:w="1728"/>
          </w:tcPr>
          <w:p>
            <w:r>
              <w:t>19</w:t>
            </w:r>
          </w:p>
        </w:tc>
        <w:tc>
          <w:tcPr>
            <w:tcW w:type="dxa" w:w="1728"/>
          </w:tcPr>
          <w:p>
            <w:r>
              <w:t>19.5</w:t>
            </w:r>
          </w:p>
        </w:tc>
        <w:tc>
          <w:tcPr>
            <w:tcW w:type="dxa" w:w="1728"/>
          </w:tcPr>
          <w:p>
            <w:r>
              <w:t>hot_99</w:t>
            </w:r>
          </w:p>
        </w:tc>
        <w:tc>
          <w:tcPr>
            <w:tcW w:type="dxa" w:w="1728"/>
          </w:tcPr>
          <w:p>
            <w:r>
              <w:t>Hot spot, 99% confidence</w:t>
            </w:r>
          </w:p>
        </w:tc>
        <w:tc>
          <w:tcPr>
            <w:tcW w:type="dxa" w:w="1728"/>
          </w:tcPr>
          <w:p>
            <w:r>
              <w:t>3</w:t>
            </w:r>
          </w:p>
        </w:tc>
      </w:tr>
      <w:tr>
        <w:tc>
          <w:tcPr>
            <w:tcW w:type="dxa" w:w="1728"/>
          </w:tcPr>
          <w:p>
            <w:r>
              <w:t>19.5</w:t>
            </w:r>
          </w:p>
        </w:tc>
        <w:tc>
          <w:tcPr>
            <w:tcW w:type="dxa" w:w="1728"/>
          </w:tcPr>
          <w:p>
            <w:r>
              <w:t>20</w:t>
            </w:r>
          </w:p>
        </w:tc>
        <w:tc>
          <w:tcPr>
            <w:tcW w:type="dxa" w:w="1728"/>
          </w:tcPr>
          <w:p>
            <w:r>
              <w:t>hot_99</w:t>
            </w:r>
          </w:p>
        </w:tc>
        <w:tc>
          <w:tcPr>
            <w:tcW w:type="dxa" w:w="1728"/>
          </w:tcPr>
          <w:p>
            <w:r>
              <w:t>Hot spot, 99% confidence</w:t>
            </w:r>
          </w:p>
        </w:tc>
        <w:tc>
          <w:tcPr>
            <w:tcW w:type="dxa" w:w="1728"/>
          </w:tcPr>
          <w:p>
            <w:r>
              <w:t>1</w:t>
            </w:r>
          </w:p>
        </w:tc>
      </w:tr>
      <w:tr>
        <w:tc>
          <w:tcPr>
            <w:tcW w:type="dxa" w:w="1728"/>
          </w:tcPr>
          <w:p>
            <w:r>
              <w:t>21</w:t>
            </w:r>
          </w:p>
        </w:tc>
        <w:tc>
          <w:tcPr>
            <w:tcW w:type="dxa" w:w="1728"/>
          </w:tcPr>
          <w:p>
            <w:r>
              <w:t>21.5</w:t>
            </w:r>
          </w:p>
        </w:tc>
        <w:tc>
          <w:tcPr>
            <w:tcW w:type="dxa" w:w="1728"/>
          </w:tcPr>
          <w:p>
            <w:r>
              <w:t>hot_99</w:t>
            </w:r>
          </w:p>
        </w:tc>
        <w:tc>
          <w:tcPr>
            <w:tcW w:type="dxa" w:w="1728"/>
          </w:tcPr>
          <w:p>
            <w:r>
              <w:t>Hot spot, 99% confidence</w:t>
            </w:r>
          </w:p>
        </w:tc>
        <w:tc>
          <w:tcPr>
            <w:tcW w:type="dxa" w:w="1728"/>
          </w:tcPr>
          <w:p>
            <w:r>
              <w:t>1</w:t>
            </w:r>
          </w:p>
        </w:tc>
      </w:tr>
      <w:tr>
        <w:tc>
          <w:tcPr>
            <w:tcW w:type="dxa" w:w="1728"/>
          </w:tcPr>
          <w:p>
            <w:r>
              <w:t>21.5</w:t>
            </w:r>
          </w:p>
        </w:tc>
        <w:tc>
          <w:tcPr>
            <w:tcW w:type="dxa" w:w="1728"/>
          </w:tcPr>
          <w:p>
            <w:r>
              <w:t>22</w:t>
            </w:r>
          </w:p>
        </w:tc>
        <w:tc>
          <w:tcPr>
            <w:tcW w:type="dxa" w:w="1728"/>
          </w:tcPr>
          <w:p>
            <w:r>
              <w:t>hot_99</w:t>
            </w:r>
          </w:p>
        </w:tc>
        <w:tc>
          <w:tcPr>
            <w:tcW w:type="dxa" w:w="1728"/>
          </w:tcPr>
          <w:p>
            <w:r>
              <w:t>Hot spot, 99% confidence</w:t>
            </w:r>
          </w:p>
        </w:tc>
        <w:tc>
          <w:tcPr>
            <w:tcW w:type="dxa" w:w="1728"/>
          </w:tcPr>
          <w:p>
            <w:r>
              <w:t>1</w:t>
            </w:r>
          </w:p>
        </w:tc>
      </w:tr>
      <w:tr>
        <w:tc>
          <w:tcPr>
            <w:tcW w:type="dxa" w:w="1728"/>
          </w:tcPr>
          <w:p>
            <w:r>
              <w:t>22</w:t>
            </w:r>
          </w:p>
        </w:tc>
        <w:tc>
          <w:tcPr>
            <w:tcW w:type="dxa" w:w="1728"/>
          </w:tcPr>
          <w:p>
            <w:r>
              <w:t>22.5</w:t>
            </w:r>
          </w:p>
        </w:tc>
        <w:tc>
          <w:tcPr>
            <w:tcW w:type="dxa" w:w="1728"/>
          </w:tcPr>
          <w:p>
            <w:r>
              <w:t>hot_99</w:t>
            </w:r>
          </w:p>
        </w:tc>
        <w:tc>
          <w:tcPr>
            <w:tcW w:type="dxa" w:w="1728"/>
          </w:tcPr>
          <w:p>
            <w:r>
              <w:t>Hot spot, 99% confidence</w:t>
            </w:r>
          </w:p>
        </w:tc>
        <w:tc>
          <w:tcPr>
            <w:tcW w:type="dxa" w:w="1728"/>
          </w:tcPr>
          <w:p>
            <w:r>
              <w:t>1</w:t>
            </w:r>
          </w:p>
        </w:tc>
      </w:tr>
      <w:tr>
        <w:tc>
          <w:tcPr>
            <w:tcW w:type="dxa" w:w="1728"/>
          </w:tcPr>
          <w:p>
            <w:r>
              <w:t>22.5</w:t>
            </w:r>
          </w:p>
        </w:tc>
        <w:tc>
          <w:tcPr>
            <w:tcW w:type="dxa" w:w="1728"/>
          </w:tcPr>
          <w:p>
            <w:r>
              <w:t>23</w:t>
            </w:r>
          </w:p>
        </w:tc>
        <w:tc>
          <w:tcPr>
            <w:tcW w:type="dxa" w:w="1728"/>
          </w:tcPr>
          <w:p>
            <w:r>
              <w:t>hot_99</w:t>
            </w:r>
          </w:p>
        </w:tc>
        <w:tc>
          <w:tcPr>
            <w:tcW w:type="dxa" w:w="1728"/>
          </w:tcPr>
          <w:p>
            <w:r>
              <w:t>Hot spot, 99% confidence</w:t>
            </w:r>
          </w:p>
        </w:tc>
        <w:tc>
          <w:tcPr>
            <w:tcW w:type="dxa" w:w="1728"/>
          </w:tcPr>
          <w:p>
            <w:r>
              <w:t>2</w:t>
            </w:r>
          </w:p>
        </w:tc>
      </w:tr>
      <w:tr>
        <w:tc>
          <w:tcPr>
            <w:tcW w:type="dxa" w:w="1728"/>
          </w:tcPr>
          <w:p>
            <w:r>
              <w:t>23</w:t>
            </w:r>
          </w:p>
        </w:tc>
        <w:tc>
          <w:tcPr>
            <w:tcW w:type="dxa" w:w="1728"/>
          </w:tcPr>
          <w:p>
            <w:r>
              <w:t>23.5</w:t>
            </w:r>
          </w:p>
        </w:tc>
        <w:tc>
          <w:tcPr>
            <w:tcW w:type="dxa" w:w="1728"/>
          </w:tcPr>
          <w:p>
            <w:r>
              <w:t>hot_99</w:t>
            </w:r>
          </w:p>
        </w:tc>
        <w:tc>
          <w:tcPr>
            <w:tcW w:type="dxa" w:w="1728"/>
          </w:tcPr>
          <w:p>
            <w:r>
              <w:t>Hot spot, 99% confidence</w:t>
            </w:r>
          </w:p>
        </w:tc>
        <w:tc>
          <w:tcPr>
            <w:tcW w:type="dxa" w:w="1728"/>
          </w:tcPr>
          <w:p>
            <w:r>
              <w:t>2</w:t>
            </w:r>
          </w:p>
        </w:tc>
      </w:tr>
      <w:tr>
        <w:tc>
          <w:tcPr>
            <w:tcW w:type="dxa" w:w="1728"/>
          </w:tcPr>
          <w:p>
            <w:r>
              <w:t>24</w:t>
            </w:r>
          </w:p>
        </w:tc>
        <w:tc>
          <w:tcPr>
            <w:tcW w:type="dxa" w:w="1728"/>
          </w:tcPr>
          <w:p>
            <w:r>
              <w:t>24.5</w:t>
            </w:r>
          </w:p>
        </w:tc>
        <w:tc>
          <w:tcPr>
            <w:tcW w:type="dxa" w:w="1728"/>
          </w:tcPr>
          <w:p>
            <w:r>
              <w:t>hot_99</w:t>
            </w:r>
          </w:p>
        </w:tc>
        <w:tc>
          <w:tcPr>
            <w:tcW w:type="dxa" w:w="1728"/>
          </w:tcPr>
          <w:p>
            <w:r>
              <w:t>Hot spot, 99% confidence</w:t>
            </w:r>
          </w:p>
        </w:tc>
        <w:tc>
          <w:tcPr>
            <w:tcW w:type="dxa" w:w="1728"/>
          </w:tcPr>
          <w:p>
            <w:r>
              <w:t>2</w:t>
            </w:r>
          </w:p>
        </w:tc>
      </w:tr>
      <w:tr>
        <w:tc>
          <w:tcPr>
            <w:tcW w:type="dxa" w:w="1728"/>
          </w:tcPr>
          <w:p>
            <w:r>
              <w:t>25.5</w:t>
            </w:r>
          </w:p>
        </w:tc>
        <w:tc>
          <w:tcPr>
            <w:tcW w:type="dxa" w:w="1728"/>
          </w:tcPr>
          <w:p>
            <w:r>
              <w:t>26</w:t>
            </w:r>
          </w:p>
        </w:tc>
        <w:tc>
          <w:tcPr>
            <w:tcW w:type="dxa" w:w="1728"/>
          </w:tcPr>
          <w:p>
            <w:r>
              <w:t>hot_99</w:t>
            </w:r>
          </w:p>
        </w:tc>
        <w:tc>
          <w:tcPr>
            <w:tcW w:type="dxa" w:w="1728"/>
          </w:tcPr>
          <w:p>
            <w:r>
              <w:t>Hot spot, 99% confidence</w:t>
            </w:r>
          </w:p>
        </w:tc>
        <w:tc>
          <w:tcPr>
            <w:tcW w:type="dxa" w:w="1728"/>
          </w:tcPr>
          <w:p>
            <w:r>
              <w:t>2</w:t>
            </w:r>
          </w:p>
        </w:tc>
      </w:tr>
      <w:tr>
        <w:tc>
          <w:tcPr>
            <w:tcW w:type="dxa" w:w="1728"/>
          </w:tcPr>
          <w:p>
            <w:r>
              <w:t>26.5</w:t>
            </w:r>
          </w:p>
        </w:tc>
        <w:tc>
          <w:tcPr>
            <w:tcW w:type="dxa" w:w="1728"/>
          </w:tcPr>
          <w:p>
            <w:r>
              <w:t>27</w:t>
            </w:r>
          </w:p>
        </w:tc>
        <w:tc>
          <w:tcPr>
            <w:tcW w:type="dxa" w:w="1728"/>
          </w:tcPr>
          <w:p>
            <w:r>
              <w:t>hot_99</w:t>
            </w:r>
          </w:p>
        </w:tc>
        <w:tc>
          <w:tcPr>
            <w:tcW w:type="dxa" w:w="1728"/>
          </w:tcPr>
          <w:p>
            <w:r>
              <w:t>Hot spot, 99% confidence</w:t>
            </w:r>
          </w:p>
        </w:tc>
        <w:tc>
          <w:tcPr>
            <w:tcW w:type="dxa" w:w="1728"/>
          </w:tcPr>
          <w:p>
            <w:r>
              <w:t>1</w:t>
            </w:r>
          </w:p>
        </w:tc>
      </w:tr>
      <w:tr>
        <w:tc>
          <w:tcPr>
            <w:tcW w:type="dxa" w:w="1728"/>
          </w:tcPr>
          <w:p>
            <w:r>
              <w:t>27</w:t>
            </w:r>
          </w:p>
        </w:tc>
        <w:tc>
          <w:tcPr>
            <w:tcW w:type="dxa" w:w="1728"/>
          </w:tcPr>
          <w:p>
            <w:r>
              <w:t>27.5</w:t>
            </w:r>
          </w:p>
        </w:tc>
        <w:tc>
          <w:tcPr>
            <w:tcW w:type="dxa" w:w="1728"/>
          </w:tcPr>
          <w:p>
            <w:r>
              <w:t>hot_99</w:t>
            </w:r>
          </w:p>
        </w:tc>
        <w:tc>
          <w:tcPr>
            <w:tcW w:type="dxa" w:w="1728"/>
          </w:tcPr>
          <w:p>
            <w:r>
              <w:t>Hot spot, 99% confidence</w:t>
            </w:r>
          </w:p>
        </w:tc>
        <w:tc>
          <w:tcPr>
            <w:tcW w:type="dxa" w:w="1728"/>
          </w:tcPr>
          <w:p>
            <w:r>
              <w:t>1</w:t>
            </w:r>
          </w:p>
        </w:tc>
      </w:tr>
      <w:tr>
        <w:tc>
          <w:tcPr>
            <w:tcW w:type="dxa" w:w="1728"/>
          </w:tcPr>
          <w:p>
            <w:r>
              <w:t>27.5</w:t>
            </w:r>
          </w:p>
        </w:tc>
        <w:tc>
          <w:tcPr>
            <w:tcW w:type="dxa" w:w="1728"/>
          </w:tcPr>
          <w:p>
            <w:r>
              <w:t>28</w:t>
            </w:r>
          </w:p>
        </w:tc>
        <w:tc>
          <w:tcPr>
            <w:tcW w:type="dxa" w:w="1728"/>
          </w:tcPr>
          <w:p>
            <w:r>
              <w:t>hot_99</w:t>
            </w:r>
          </w:p>
        </w:tc>
        <w:tc>
          <w:tcPr>
            <w:tcW w:type="dxa" w:w="1728"/>
          </w:tcPr>
          <w:p>
            <w:r>
              <w:t>Hot spot, 99% confidence</w:t>
            </w:r>
          </w:p>
        </w:tc>
        <w:tc>
          <w:tcPr>
            <w:tcW w:type="dxa" w:w="1728"/>
          </w:tcPr>
          <w:p>
            <w:r>
              <w:t>1</w:t>
            </w:r>
          </w:p>
        </w:tc>
      </w:tr>
    </w:tbl>
    <w:p/>
    <w:p>
      <w:pPr>
        <w:pStyle w:val="Heading2"/>
      </w:pPr>
      <w:r>
        <w:t>Figure 91. Hot spot analysis: Coverage complaints [267]</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47</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127</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71</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21</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5</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3</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2</w:t>
            </w:r>
          </w:p>
        </w:tc>
      </w:tr>
      <w:tr>
        <w:tc>
          <w:tcPr>
            <w:tcW w:type="dxa" w:w="1728"/>
          </w:tcPr>
          <w:p>
            <w:r>
              <w:t>1.5</w:t>
            </w:r>
          </w:p>
        </w:tc>
        <w:tc>
          <w:tcPr>
            <w:tcW w:type="dxa" w:w="1728"/>
          </w:tcPr>
          <w:p>
            <w:r>
              <w:t>2</w:t>
            </w:r>
          </w:p>
        </w:tc>
        <w:tc>
          <w:tcPr>
            <w:tcW w:type="dxa" w:w="1728"/>
          </w:tcPr>
          <w:p>
            <w:r>
              <w:t>hot_95</w:t>
            </w:r>
          </w:p>
        </w:tc>
        <w:tc>
          <w:tcPr>
            <w:tcW w:type="dxa" w:w="1728"/>
          </w:tcPr>
          <w:p>
            <w:r>
              <w:t>Hot spot, 95% confidence</w:t>
            </w:r>
          </w:p>
        </w:tc>
        <w:tc>
          <w:tcPr>
            <w:tcW w:type="dxa" w:w="1728"/>
          </w:tcPr>
          <w:p>
            <w:r>
              <w:t>1</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1</w:t>
            </w:r>
          </w:p>
        </w:tc>
      </w:tr>
      <w:tr>
        <w:tc>
          <w:tcPr>
            <w:tcW w:type="dxa" w:w="1728"/>
          </w:tcPr>
          <w:p>
            <w:r>
              <w:t>2.5</w:t>
            </w:r>
          </w:p>
        </w:tc>
        <w:tc>
          <w:tcPr>
            <w:tcW w:type="dxa" w:w="1728"/>
          </w:tcPr>
          <w:p>
            <w:r>
              <w:t>3</w:t>
            </w:r>
          </w:p>
        </w:tc>
        <w:tc>
          <w:tcPr>
            <w:tcW w:type="dxa" w:w="1728"/>
          </w:tcPr>
          <w:p>
            <w:r>
              <w:t>hot_95</w:t>
            </w:r>
          </w:p>
        </w:tc>
        <w:tc>
          <w:tcPr>
            <w:tcW w:type="dxa" w:w="1728"/>
          </w:tcPr>
          <w:p>
            <w:r>
              <w:t>Hot spot, 95% confidence</w:t>
            </w:r>
          </w:p>
        </w:tc>
        <w:tc>
          <w:tcPr>
            <w:tcW w:type="dxa" w:w="1728"/>
          </w:tcPr>
          <w:p>
            <w:r>
              <w:t>2</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3</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1</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2</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1</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3</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2</w:t>
            </w:r>
          </w:p>
        </w:tc>
      </w:tr>
      <w:tr>
        <w:tc>
          <w:tcPr>
            <w:tcW w:type="dxa" w:w="1728"/>
          </w:tcPr>
          <w:p>
            <w:r>
              <w:t>8</w:t>
            </w:r>
          </w:p>
        </w:tc>
        <w:tc>
          <w:tcPr>
            <w:tcW w:type="dxa" w:w="1728"/>
          </w:tcPr>
          <w:p>
            <w:r>
              <w:t>8.5</w:t>
            </w:r>
          </w:p>
        </w:tc>
        <w:tc>
          <w:tcPr>
            <w:tcW w:type="dxa" w:w="1728"/>
          </w:tcPr>
          <w:p>
            <w:r>
              <w:t>hot_99</w:t>
            </w:r>
          </w:p>
        </w:tc>
        <w:tc>
          <w:tcPr>
            <w:tcW w:type="dxa" w:w="1728"/>
          </w:tcPr>
          <w:p>
            <w:r>
              <w:t>Hot spot, 99% confidence</w:t>
            </w:r>
          </w:p>
        </w:tc>
        <w:tc>
          <w:tcPr>
            <w:tcW w:type="dxa" w:w="1728"/>
          </w:tcPr>
          <w:p>
            <w:r>
              <w:t>2</w:t>
            </w:r>
          </w:p>
        </w:tc>
      </w:tr>
      <w:tr>
        <w:tc>
          <w:tcPr>
            <w:tcW w:type="dxa" w:w="1728"/>
          </w:tcPr>
          <w:p>
            <w:r>
              <w:t>8.5</w:t>
            </w:r>
          </w:p>
        </w:tc>
        <w:tc>
          <w:tcPr>
            <w:tcW w:type="dxa" w:w="1728"/>
          </w:tcPr>
          <w:p>
            <w:r>
              <w:t>9</w:t>
            </w:r>
          </w:p>
        </w:tc>
        <w:tc>
          <w:tcPr>
            <w:tcW w:type="dxa" w:w="1728"/>
          </w:tcPr>
          <w:p>
            <w:r>
              <w:t>hot_99</w:t>
            </w:r>
          </w:p>
        </w:tc>
        <w:tc>
          <w:tcPr>
            <w:tcW w:type="dxa" w:w="1728"/>
          </w:tcPr>
          <w:p>
            <w:r>
              <w:t>Hot spot, 99% confidence</w:t>
            </w:r>
          </w:p>
        </w:tc>
        <w:tc>
          <w:tcPr>
            <w:tcW w:type="dxa" w:w="1728"/>
          </w:tcPr>
          <w:p>
            <w:r>
              <w:t>3</w:t>
            </w:r>
          </w:p>
        </w:tc>
      </w:tr>
      <w:tr>
        <w:tc>
          <w:tcPr>
            <w:tcW w:type="dxa" w:w="1728"/>
          </w:tcPr>
          <w:p>
            <w:r>
              <w:t>9</w:t>
            </w:r>
          </w:p>
        </w:tc>
        <w:tc>
          <w:tcPr>
            <w:tcW w:type="dxa" w:w="1728"/>
          </w:tcPr>
          <w:p>
            <w:r>
              <w:t>9.5</w:t>
            </w:r>
          </w:p>
        </w:tc>
        <w:tc>
          <w:tcPr>
            <w:tcW w:type="dxa" w:w="1728"/>
          </w:tcPr>
          <w:p>
            <w:r>
              <w:t>hot_99</w:t>
            </w:r>
          </w:p>
        </w:tc>
        <w:tc>
          <w:tcPr>
            <w:tcW w:type="dxa" w:w="1728"/>
          </w:tcPr>
          <w:p>
            <w:r>
              <w:t>Hot spot, 99% confidence</w:t>
            </w:r>
          </w:p>
        </w:tc>
        <w:tc>
          <w:tcPr>
            <w:tcW w:type="dxa" w:w="1728"/>
          </w:tcPr>
          <w:p>
            <w:r>
              <w:t>1</w:t>
            </w:r>
          </w:p>
        </w:tc>
      </w:tr>
      <w:tr>
        <w:tc>
          <w:tcPr>
            <w:tcW w:type="dxa" w:w="1728"/>
          </w:tcPr>
          <w:p>
            <w:r>
              <w:t>10.5</w:t>
            </w:r>
          </w:p>
        </w:tc>
        <w:tc>
          <w:tcPr>
            <w:tcW w:type="dxa" w:w="1728"/>
          </w:tcPr>
          <w:p>
            <w:r>
              <w:t>11</w:t>
            </w:r>
          </w:p>
        </w:tc>
        <w:tc>
          <w:tcPr>
            <w:tcW w:type="dxa" w:w="1728"/>
          </w:tcPr>
          <w:p>
            <w:r>
              <w:t>hot_99</w:t>
            </w:r>
          </w:p>
        </w:tc>
        <w:tc>
          <w:tcPr>
            <w:tcW w:type="dxa" w:w="1728"/>
          </w:tcPr>
          <w:p>
            <w:r>
              <w:t>Hot spot, 99% confidence</w:t>
            </w:r>
          </w:p>
        </w:tc>
        <w:tc>
          <w:tcPr>
            <w:tcW w:type="dxa" w:w="1728"/>
          </w:tcPr>
          <w:p>
            <w:r>
              <w:t>3</w:t>
            </w:r>
          </w:p>
        </w:tc>
      </w:tr>
      <w:tr>
        <w:tc>
          <w:tcPr>
            <w:tcW w:type="dxa" w:w="1728"/>
          </w:tcPr>
          <w:p>
            <w:r>
              <w:t>12.5</w:t>
            </w:r>
          </w:p>
        </w:tc>
        <w:tc>
          <w:tcPr>
            <w:tcW w:type="dxa" w:w="1728"/>
          </w:tcPr>
          <w:p>
            <w:r>
              <w:t>13</w:t>
            </w:r>
          </w:p>
        </w:tc>
        <w:tc>
          <w:tcPr>
            <w:tcW w:type="dxa" w:w="1728"/>
          </w:tcPr>
          <w:p>
            <w:r>
              <w:t>hot_99</w:t>
            </w:r>
          </w:p>
        </w:tc>
        <w:tc>
          <w:tcPr>
            <w:tcW w:type="dxa" w:w="1728"/>
          </w:tcPr>
          <w:p>
            <w:r>
              <w:t>Hot spot, 99% confidence</w:t>
            </w:r>
          </w:p>
        </w:tc>
        <w:tc>
          <w:tcPr>
            <w:tcW w:type="dxa" w:w="1728"/>
          </w:tcPr>
          <w:p>
            <w:r>
              <w:t>1</w:t>
            </w:r>
          </w:p>
        </w:tc>
      </w:tr>
      <w:tr>
        <w:tc>
          <w:tcPr>
            <w:tcW w:type="dxa" w:w="1728"/>
          </w:tcPr>
          <w:p>
            <w:r>
              <w:t>13</w:t>
            </w:r>
          </w:p>
        </w:tc>
        <w:tc>
          <w:tcPr>
            <w:tcW w:type="dxa" w:w="1728"/>
          </w:tcPr>
          <w:p>
            <w:r>
              <w:t>13.5</w:t>
            </w:r>
          </w:p>
        </w:tc>
        <w:tc>
          <w:tcPr>
            <w:tcW w:type="dxa" w:w="1728"/>
          </w:tcPr>
          <w:p>
            <w:r>
              <w:t>hot_99</w:t>
            </w:r>
          </w:p>
        </w:tc>
        <w:tc>
          <w:tcPr>
            <w:tcW w:type="dxa" w:w="1728"/>
          </w:tcPr>
          <w:p>
            <w:r>
              <w:t>Hot spot, 99% confidence</w:t>
            </w:r>
          </w:p>
        </w:tc>
        <w:tc>
          <w:tcPr>
            <w:tcW w:type="dxa" w:w="1728"/>
          </w:tcPr>
          <w:p>
            <w:r>
              <w:t>1</w:t>
            </w:r>
          </w:p>
        </w:tc>
      </w:tr>
      <w:tr>
        <w:tc>
          <w:tcPr>
            <w:tcW w:type="dxa" w:w="1728"/>
          </w:tcPr>
          <w:p>
            <w:r>
              <w:t>13.5</w:t>
            </w:r>
          </w:p>
        </w:tc>
        <w:tc>
          <w:tcPr>
            <w:tcW w:type="dxa" w:w="1728"/>
          </w:tcPr>
          <w:p>
            <w:r>
              <w:t>14</w:t>
            </w:r>
          </w:p>
        </w:tc>
        <w:tc>
          <w:tcPr>
            <w:tcW w:type="dxa" w:w="1728"/>
          </w:tcPr>
          <w:p>
            <w:r>
              <w:t>hot_99</w:t>
            </w:r>
          </w:p>
        </w:tc>
        <w:tc>
          <w:tcPr>
            <w:tcW w:type="dxa" w:w="1728"/>
          </w:tcPr>
          <w:p>
            <w:r>
              <w:t>Hot spot, 99% confidence</w:t>
            </w:r>
          </w:p>
        </w:tc>
        <w:tc>
          <w:tcPr>
            <w:tcW w:type="dxa" w:w="1728"/>
          </w:tcPr>
          <w:p>
            <w:r>
              <w:t>1</w:t>
            </w:r>
          </w:p>
        </w:tc>
      </w:tr>
    </w:tbl>
    <w:p/>
    <w:p>
      <w:pPr>
        <w:pStyle w:val="Heading2"/>
      </w:pPr>
      <w:r>
        <w:t>Figure 92. Hot spot analysis: Small cells [268]</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8</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3</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2</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2</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1</w:t>
            </w:r>
          </w:p>
        </w:tc>
      </w:tr>
    </w:tbl>
    <w:p/>
    <w:p>
      <w:pPr>
        <w:pStyle w:val="Heading2"/>
      </w:pPr>
      <w:r>
        <w:t>Figure 93. Emerging hot spots: Coverage complaints [269]</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-0.685</w:t>
            </w:r>
          </w:p>
        </w:tc>
        <w:tc>
          <w:tcPr>
            <w:tcW w:type="dxa" w:w="2880"/>
          </w:tcPr>
          <w:p>
            <w:r>
              <w:t>-0.4285</w:t>
            </w:r>
          </w:p>
        </w:tc>
        <w:tc>
          <w:tcPr>
            <w:tcW w:type="dxa" w:w="2880"/>
          </w:tcPr>
          <w:p>
            <w:r>
              <w:t>42</w:t>
            </w:r>
          </w:p>
        </w:tc>
      </w:tr>
      <w:tr>
        <w:tc>
          <w:tcPr>
            <w:tcW w:type="dxa" w:w="2880"/>
          </w:tcPr>
          <w:p>
            <w:r>
              <w:t>-0.4285</w:t>
            </w:r>
          </w:p>
        </w:tc>
        <w:tc>
          <w:tcPr>
            <w:tcW w:type="dxa" w:w="2880"/>
          </w:tcPr>
          <w:p>
            <w:r>
              <w:t>-0.172</w:t>
            </w:r>
          </w:p>
        </w:tc>
        <w:tc>
          <w:tcPr>
            <w:tcW w:type="dxa" w:w="2880"/>
          </w:tcPr>
          <w:p>
            <w:r>
              <w:t>0</w:t>
            </w:r>
          </w:p>
        </w:tc>
      </w:tr>
      <w:tr>
        <w:tc>
          <w:tcPr>
            <w:tcW w:type="dxa" w:w="2880"/>
          </w:tcPr>
          <w:p>
            <w:r>
              <w:t>-0.172</w:t>
            </w:r>
          </w:p>
        </w:tc>
        <w:tc>
          <w:tcPr>
            <w:tcW w:type="dxa" w:w="2880"/>
          </w:tcPr>
          <w:p>
            <w:r>
              <w:t>0.0845</w:t>
            </w:r>
          </w:p>
        </w:tc>
        <w:tc>
          <w:tcPr>
            <w:tcW w:type="dxa" w:w="2880"/>
          </w:tcPr>
          <w:p>
            <w:r>
              <w:t>0</w:t>
            </w:r>
          </w:p>
        </w:tc>
      </w:tr>
      <w:tr>
        <w:tc>
          <w:tcPr>
            <w:tcW w:type="dxa" w:w="2880"/>
          </w:tcPr>
          <w:p>
            <w:r>
              <w:t>0.0845</w:t>
            </w:r>
          </w:p>
        </w:tc>
        <w:tc>
          <w:tcPr>
            <w:tcW w:type="dxa" w:w="2880"/>
          </w:tcPr>
          <w:p>
            <w:r>
              <w:t>0.341</w:t>
            </w:r>
          </w:p>
        </w:tc>
        <w:tc>
          <w:tcPr>
            <w:tcW w:type="dxa" w:w="2880"/>
          </w:tcPr>
          <w:p>
            <w:r>
              <w:t>0</w:t>
            </w:r>
          </w:p>
        </w:tc>
      </w:tr>
      <w:tr>
        <w:tc>
          <w:tcPr>
            <w:tcW w:type="dxa" w:w="2880"/>
          </w:tcPr>
          <w:p>
            <w:r>
              <w:t>0.341</w:t>
            </w:r>
          </w:p>
        </w:tc>
        <w:tc>
          <w:tcPr>
            <w:tcW w:type="dxa" w:w="2880"/>
          </w:tcPr>
          <w:p>
            <w:r>
              <w:t>0.5975</w:t>
            </w:r>
          </w:p>
        </w:tc>
        <w:tc>
          <w:tcPr>
            <w:tcW w:type="dxa" w:w="2880"/>
          </w:tcPr>
          <w:p>
            <w:r>
              <w:t>38</w:t>
            </w:r>
          </w:p>
        </w:tc>
      </w:tr>
      <w:tr>
        <w:tc>
          <w:tcPr>
            <w:tcW w:type="dxa" w:w="2880"/>
          </w:tcPr>
          <w:p>
            <w:r>
              <w:t>0.5975</w:t>
            </w:r>
          </w:p>
        </w:tc>
        <w:tc>
          <w:tcPr>
            <w:tcW w:type="dxa" w:w="2880"/>
          </w:tcPr>
          <w:p>
            <w:r>
              <w:t>0.854</w:t>
            </w:r>
          </w:p>
        </w:tc>
        <w:tc>
          <w:tcPr>
            <w:tcW w:type="dxa" w:w="2880"/>
          </w:tcPr>
          <w:p>
            <w:r>
              <w:t>0</w:t>
            </w:r>
          </w:p>
        </w:tc>
      </w:tr>
      <w:tr>
        <w:tc>
          <w:tcPr>
            <w:tcW w:type="dxa" w:w="2880"/>
          </w:tcPr>
          <w:p>
            <w:r>
              <w:t>0.854</w:t>
            </w:r>
          </w:p>
        </w:tc>
        <w:tc>
          <w:tcPr>
            <w:tcW w:type="dxa" w:w="2880"/>
          </w:tcPr>
          <w:p>
            <w:r>
              <w:t>1.111</w:t>
            </w:r>
          </w:p>
        </w:tc>
        <w:tc>
          <w:tcPr>
            <w:tcW w:type="dxa" w:w="2880"/>
          </w:tcPr>
          <w:p>
            <w:r>
              <w:t>0</w:t>
            </w:r>
          </w:p>
        </w:tc>
      </w:tr>
      <w:tr>
        <w:tc>
          <w:tcPr>
            <w:tcW w:type="dxa" w:w="2880"/>
          </w:tcPr>
          <w:p>
            <w:r>
              <w:t>1.111</w:t>
            </w:r>
          </w:p>
        </w:tc>
        <w:tc>
          <w:tcPr>
            <w:tcW w:type="dxa" w:w="2880"/>
          </w:tcPr>
          <w:p>
            <w:r>
              <w:t>1.367</w:t>
            </w:r>
          </w:p>
        </w:tc>
        <w:tc>
          <w:tcPr>
            <w:tcW w:type="dxa" w:w="2880"/>
          </w:tcPr>
          <w:p>
            <w:r>
              <w:t>14</w:t>
            </w:r>
          </w:p>
        </w:tc>
      </w:tr>
    </w:tbl>
    <w:p/>
    <w:p>
      <w:pPr>
        <w:pStyle w:val="Heading2"/>
      </w:pPr>
      <w:r>
        <w:t>Figure 94. Emerging hot spots: Dropped calls [270]</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-1.205</w:t>
            </w:r>
          </w:p>
        </w:tc>
        <w:tc>
          <w:tcPr>
            <w:tcW w:type="dxa" w:w="2880"/>
          </w:tcPr>
          <w:p>
            <w:r>
              <w:t>-0.9106</w:t>
            </w:r>
          </w:p>
        </w:tc>
        <w:tc>
          <w:tcPr>
            <w:tcW w:type="dxa" w:w="2880"/>
          </w:tcPr>
          <w:p>
            <w:r>
              <w:t>66</w:t>
            </w:r>
          </w:p>
        </w:tc>
      </w:tr>
      <w:tr>
        <w:tc>
          <w:tcPr>
            <w:tcW w:type="dxa" w:w="2880"/>
          </w:tcPr>
          <w:p>
            <w:r>
              <w:t>-0.9106</w:t>
            </w:r>
          </w:p>
        </w:tc>
        <w:tc>
          <w:tcPr>
            <w:tcW w:type="dxa" w:w="2880"/>
          </w:tcPr>
          <w:p>
            <w:r>
              <w:t>-0.6162</w:t>
            </w:r>
          </w:p>
        </w:tc>
        <w:tc>
          <w:tcPr>
            <w:tcW w:type="dxa" w:w="2880"/>
          </w:tcPr>
          <w:p>
            <w:r>
              <w:t>23</w:t>
            </w:r>
          </w:p>
        </w:tc>
      </w:tr>
      <w:tr>
        <w:tc>
          <w:tcPr>
            <w:tcW w:type="dxa" w:w="2880"/>
          </w:tcPr>
          <w:p>
            <w:r>
              <w:t>-0.6162</w:t>
            </w:r>
          </w:p>
        </w:tc>
        <w:tc>
          <w:tcPr>
            <w:tcW w:type="dxa" w:w="2880"/>
          </w:tcPr>
          <w:p>
            <w:r>
              <w:t>-0.3219</w:t>
            </w:r>
          </w:p>
        </w:tc>
        <w:tc>
          <w:tcPr>
            <w:tcW w:type="dxa" w:w="2880"/>
          </w:tcPr>
          <w:p>
            <w:r>
              <w:t>8</w:t>
            </w:r>
          </w:p>
        </w:tc>
      </w:tr>
      <w:tr>
        <w:tc>
          <w:tcPr>
            <w:tcW w:type="dxa" w:w="2880"/>
          </w:tcPr>
          <w:p>
            <w:r>
              <w:t>-0.3219</w:t>
            </w:r>
          </w:p>
        </w:tc>
        <w:tc>
          <w:tcPr>
            <w:tcW w:type="dxa" w:w="2880"/>
          </w:tcPr>
          <w:p>
            <w:r>
              <w:t>-0.0275</w:t>
            </w:r>
          </w:p>
        </w:tc>
        <w:tc>
          <w:tcPr>
            <w:tcW w:type="dxa" w:w="2880"/>
          </w:tcPr>
          <w:p>
            <w:r>
              <w:t>6</w:t>
            </w:r>
          </w:p>
        </w:tc>
      </w:tr>
      <w:tr>
        <w:tc>
          <w:tcPr>
            <w:tcW w:type="dxa" w:w="2880"/>
          </w:tcPr>
          <w:p>
            <w:r>
              <w:t>-0.0275</w:t>
            </w:r>
          </w:p>
        </w:tc>
        <w:tc>
          <w:tcPr>
            <w:tcW w:type="dxa" w:w="2880"/>
          </w:tcPr>
          <w:p>
            <w:r>
              <w:t>0.2669</w:t>
            </w:r>
          </w:p>
        </w:tc>
        <w:tc>
          <w:tcPr>
            <w:tcW w:type="dxa" w:w="2880"/>
          </w:tcPr>
          <w:p>
            <w:r>
              <w:t>2</w:t>
            </w:r>
          </w:p>
        </w:tc>
      </w:tr>
      <w:tr>
        <w:tc>
          <w:tcPr>
            <w:tcW w:type="dxa" w:w="2880"/>
          </w:tcPr>
          <w:p>
            <w:r>
              <w:t>0.2669</w:t>
            </w:r>
          </w:p>
        </w:tc>
        <w:tc>
          <w:tcPr>
            <w:tcW w:type="dxa" w:w="2880"/>
          </w:tcPr>
          <w:p>
            <w:r>
              <w:t>0.5613</w:t>
            </w:r>
          </w:p>
        </w:tc>
        <w:tc>
          <w:tcPr>
            <w:tcW w:type="dxa" w:w="2880"/>
          </w:tcPr>
          <w:p>
            <w:r>
              <w:t>0</w:t>
            </w:r>
          </w:p>
        </w:tc>
      </w:tr>
      <w:tr>
        <w:tc>
          <w:tcPr>
            <w:tcW w:type="dxa" w:w="2880"/>
          </w:tcPr>
          <w:p>
            <w:r>
              <w:t>0.5613</w:t>
            </w:r>
          </w:p>
        </w:tc>
        <w:tc>
          <w:tcPr>
            <w:tcW w:type="dxa" w:w="2880"/>
          </w:tcPr>
          <w:p>
            <w:r>
              <w:t>0.8556</w:t>
            </w:r>
          </w:p>
        </w:tc>
        <w:tc>
          <w:tcPr>
            <w:tcW w:type="dxa" w:w="2880"/>
          </w:tcPr>
          <w:p>
            <w:r>
              <w:t>1</w:t>
            </w:r>
          </w:p>
        </w:tc>
      </w:tr>
      <w:tr>
        <w:tc>
          <w:tcPr>
            <w:tcW w:type="dxa" w:w="2880"/>
          </w:tcPr>
          <w:p>
            <w:r>
              <w:t>0.8556</w:t>
            </w:r>
          </w:p>
        </w:tc>
        <w:tc>
          <w:tcPr>
            <w:tcW w:type="dxa" w:w="2880"/>
          </w:tcPr>
          <w:p>
            <w:r>
              <w:t>1.15</w:t>
            </w:r>
          </w:p>
        </w:tc>
        <w:tc>
          <w:tcPr>
            <w:tcW w:type="dxa" w:w="2880"/>
          </w:tcPr>
          <w:p>
            <w:r>
              <w:t>3</w:t>
            </w:r>
          </w:p>
        </w:tc>
      </w:tr>
    </w:tbl>
    <w:p/>
    <w:p>
      <w:pPr>
        <w:pStyle w:val="Heading2"/>
      </w:pPr>
      <w:r>
        <w:t>Figure 95. Summarize within: Neighborhoods [271]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0.6</w:t>
            </w:r>
          </w:p>
        </w:tc>
        <w:tc>
          <w:tcPr>
            <w:tcW w:type="dxa" w:w="2880"/>
          </w:tcPr>
          <w:p>
            <w:r>
              <w:t>7</w:t>
            </w:r>
          </w:p>
        </w:tc>
      </w:tr>
      <w:tr>
        <w:tc>
          <w:tcPr>
            <w:tcW w:type="dxa" w:w="2880"/>
          </w:tcPr>
          <w:p>
            <w:r>
              <w:t>0.6</w:t>
            </w:r>
          </w:p>
        </w:tc>
        <w:tc>
          <w:tcPr>
            <w:tcW w:type="dxa" w:w="2880"/>
          </w:tcPr>
          <w:p>
            <w:r>
              <w:t>1.2</w:t>
            </w:r>
          </w:p>
        </w:tc>
        <w:tc>
          <w:tcPr>
            <w:tcW w:type="dxa" w:w="2880"/>
          </w:tcPr>
          <w:p>
            <w:r>
              <w:t>5</w:t>
            </w:r>
          </w:p>
        </w:tc>
      </w:tr>
      <w:tr>
        <w:tc>
          <w:tcPr>
            <w:tcW w:type="dxa" w:w="2880"/>
          </w:tcPr>
          <w:p>
            <w:r>
              <w:t>1.2</w:t>
            </w:r>
          </w:p>
        </w:tc>
        <w:tc>
          <w:tcPr>
            <w:tcW w:type="dxa" w:w="2880"/>
          </w:tcPr>
          <w:p>
            <w:r>
              <w:t>1.8</w:t>
            </w:r>
          </w:p>
        </w:tc>
        <w:tc>
          <w:tcPr>
            <w:tcW w:type="dxa" w:w="2880"/>
          </w:tcPr>
          <w:p>
            <w:r>
              <w:t>0</w:t>
            </w:r>
          </w:p>
        </w:tc>
      </w:tr>
      <w:tr>
        <w:tc>
          <w:tcPr>
            <w:tcW w:type="dxa" w:w="2880"/>
          </w:tcPr>
          <w:p>
            <w:r>
              <w:t>1.8</w:t>
            </w:r>
          </w:p>
        </w:tc>
        <w:tc>
          <w:tcPr>
            <w:tcW w:type="dxa" w:w="2880"/>
          </w:tcPr>
          <w:p>
            <w:r>
              <w:t>2.4</w:t>
            </w:r>
          </w:p>
        </w:tc>
        <w:tc>
          <w:tcPr>
            <w:tcW w:type="dxa" w:w="2880"/>
          </w:tcPr>
          <w:p>
            <w:r>
              <w:t>3</w:t>
            </w:r>
          </w:p>
        </w:tc>
      </w:tr>
      <w:tr>
        <w:tc>
          <w:tcPr>
            <w:tcW w:type="dxa" w:w="2880"/>
          </w:tcPr>
          <w:p>
            <w:r>
              <w:t>2.4</w:t>
            </w:r>
          </w:p>
        </w:tc>
        <w:tc>
          <w:tcPr>
            <w:tcW w:type="dxa" w:w="2880"/>
          </w:tcPr>
          <w:p>
            <w:r>
              <w:t>3</w:t>
            </w:r>
          </w:p>
        </w:tc>
        <w:tc>
          <w:tcPr>
            <w:tcW w:type="dxa" w:w="2880"/>
          </w:tcPr>
          <w:p>
            <w:r>
              <w:t>1</w:t>
            </w:r>
          </w:p>
        </w:tc>
      </w:tr>
    </w:tbl>
    <w:p/>
    <w:p>
      <w:pPr>
        <w:pStyle w:val="Heading2"/>
      </w:pPr>
      <w:r>
        <w:t>Figure 96. Summarize within: Neighborhoods [272]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1.8</w:t>
            </w:r>
          </w:p>
        </w:tc>
        <w:tc>
          <w:tcPr>
            <w:tcW w:type="dxa" w:w="2880"/>
          </w:tcPr>
          <w:p>
            <w:r>
              <w:t>8</w:t>
            </w:r>
          </w:p>
        </w:tc>
      </w:tr>
      <w:tr>
        <w:tc>
          <w:tcPr>
            <w:tcW w:type="dxa" w:w="2880"/>
          </w:tcPr>
          <w:p>
            <w:r>
              <w:t>1.8</w:t>
            </w:r>
          </w:p>
        </w:tc>
        <w:tc>
          <w:tcPr>
            <w:tcW w:type="dxa" w:w="2880"/>
          </w:tcPr>
          <w:p>
            <w:r>
              <w:t>3.6</w:t>
            </w:r>
          </w:p>
        </w:tc>
        <w:tc>
          <w:tcPr>
            <w:tcW w:type="dxa" w:w="2880"/>
          </w:tcPr>
          <w:p>
            <w:r>
              <w:t>5</w:t>
            </w:r>
          </w:p>
        </w:tc>
      </w:tr>
      <w:tr>
        <w:tc>
          <w:tcPr>
            <w:tcW w:type="dxa" w:w="2880"/>
          </w:tcPr>
          <w:p>
            <w:r>
              <w:t>3.6</w:t>
            </w:r>
          </w:p>
        </w:tc>
        <w:tc>
          <w:tcPr>
            <w:tcW w:type="dxa" w:w="2880"/>
          </w:tcPr>
          <w:p>
            <w:r>
              <w:t>5.4</w:t>
            </w:r>
          </w:p>
        </w:tc>
        <w:tc>
          <w:tcPr>
            <w:tcW w:type="dxa" w:w="2880"/>
          </w:tcPr>
          <w:p>
            <w:r>
              <w:t>1</w:t>
            </w:r>
          </w:p>
        </w:tc>
      </w:tr>
      <w:tr>
        <w:tc>
          <w:tcPr>
            <w:tcW w:type="dxa" w:w="2880"/>
          </w:tcPr>
          <w:p>
            <w:r>
              <w:t>5.4</w:t>
            </w:r>
          </w:p>
        </w:tc>
        <w:tc>
          <w:tcPr>
            <w:tcW w:type="dxa" w:w="2880"/>
          </w:tcPr>
          <w:p>
            <w:r>
              <w:t>7.2</w:t>
            </w:r>
          </w:p>
        </w:tc>
        <w:tc>
          <w:tcPr>
            <w:tcW w:type="dxa" w:w="2880"/>
          </w:tcPr>
          <w:p>
            <w:r>
              <w:t>0</w:t>
            </w:r>
          </w:p>
        </w:tc>
      </w:tr>
      <w:tr>
        <w:tc>
          <w:tcPr>
            <w:tcW w:type="dxa" w:w="2880"/>
          </w:tcPr>
          <w:p>
            <w:r>
              <w:t>7.2</w:t>
            </w:r>
          </w:p>
        </w:tc>
        <w:tc>
          <w:tcPr>
            <w:tcW w:type="dxa" w:w="2880"/>
          </w:tcPr>
          <w:p>
            <w:r>
              <w:t>9</w:t>
            </w:r>
          </w:p>
        </w:tc>
        <w:tc>
          <w:tcPr>
            <w:tcW w:type="dxa" w:w="2880"/>
          </w:tcPr>
          <w:p>
            <w:r>
              <w:t>2</w:t>
            </w:r>
          </w:p>
        </w:tc>
      </w:tr>
    </w:tbl>
    <w:p/>
    <w:p>
      <w:pPr>
        <w:pStyle w:val="Heading2"/>
      </w:pPr>
      <w:r>
        <w:t>Figure 97. Summarize within: Neighborhoods [273]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31</w:t>
            </w:r>
          </w:p>
        </w:tc>
        <w:tc>
          <w:tcPr>
            <w:tcW w:type="dxa" w:w="2880"/>
          </w:tcPr>
          <w:p>
            <w:r>
              <w:t>90.2</w:t>
            </w:r>
          </w:p>
        </w:tc>
        <w:tc>
          <w:tcPr>
            <w:tcW w:type="dxa" w:w="2880"/>
          </w:tcPr>
          <w:p>
            <w:r>
              <w:t>9</w:t>
            </w:r>
          </w:p>
        </w:tc>
      </w:tr>
      <w:tr>
        <w:tc>
          <w:tcPr>
            <w:tcW w:type="dxa" w:w="2880"/>
          </w:tcPr>
          <w:p>
            <w:r>
              <w:t>90.2</w:t>
            </w:r>
          </w:p>
        </w:tc>
        <w:tc>
          <w:tcPr>
            <w:tcW w:type="dxa" w:w="2880"/>
          </w:tcPr>
          <w:p>
            <w:r>
              <w:t>149.4</w:t>
            </w:r>
          </w:p>
        </w:tc>
        <w:tc>
          <w:tcPr>
            <w:tcW w:type="dxa" w:w="2880"/>
          </w:tcPr>
          <w:p>
            <w:r>
              <w:t>3</w:t>
            </w:r>
          </w:p>
        </w:tc>
      </w:tr>
      <w:tr>
        <w:tc>
          <w:tcPr>
            <w:tcW w:type="dxa" w:w="2880"/>
          </w:tcPr>
          <w:p>
            <w:r>
              <w:t>149.4</w:t>
            </w:r>
          </w:p>
        </w:tc>
        <w:tc>
          <w:tcPr>
            <w:tcW w:type="dxa" w:w="2880"/>
          </w:tcPr>
          <w:p>
            <w:r>
              <w:t>208.6</w:t>
            </w:r>
          </w:p>
        </w:tc>
        <w:tc>
          <w:tcPr>
            <w:tcW w:type="dxa" w:w="2880"/>
          </w:tcPr>
          <w:p>
            <w:r>
              <w:t>1</w:t>
            </w:r>
          </w:p>
        </w:tc>
      </w:tr>
      <w:tr>
        <w:tc>
          <w:tcPr>
            <w:tcW w:type="dxa" w:w="2880"/>
          </w:tcPr>
          <w:p>
            <w:r>
              <w:t>208.6</w:t>
            </w:r>
          </w:p>
        </w:tc>
        <w:tc>
          <w:tcPr>
            <w:tcW w:type="dxa" w:w="2880"/>
          </w:tcPr>
          <w:p>
            <w:r>
              <w:t>267.8</w:t>
            </w:r>
          </w:p>
        </w:tc>
        <w:tc>
          <w:tcPr>
            <w:tcW w:type="dxa" w:w="2880"/>
          </w:tcPr>
          <w:p>
            <w:r>
              <w:t>2</w:t>
            </w:r>
          </w:p>
        </w:tc>
      </w:tr>
      <w:tr>
        <w:tc>
          <w:tcPr>
            <w:tcW w:type="dxa" w:w="2880"/>
          </w:tcPr>
          <w:p>
            <w:r>
              <w:t>267.8</w:t>
            </w:r>
          </w:p>
        </w:tc>
        <w:tc>
          <w:tcPr>
            <w:tcW w:type="dxa" w:w="2880"/>
          </w:tcPr>
          <w:p>
            <w:r>
              <w:t>327</w:t>
            </w:r>
          </w:p>
        </w:tc>
        <w:tc>
          <w:tcPr>
            <w:tcW w:type="dxa" w:w="2880"/>
          </w:tcPr>
          <w:p>
            <w:r>
              <w:t>1</w:t>
            </w:r>
          </w:p>
        </w:tc>
      </w:tr>
    </w:tbl>
    <w:p/>
    <w:p>
      <w:pPr>
        <w:pStyle w:val="Heading2"/>
      </w:pPr>
      <w:r>
        <w:t>Figure 98. Calculate density: Dropped calls [274]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4</w:t>
            </w:r>
          </w:p>
        </w:tc>
        <w:tc>
          <w:tcPr>
            <w:tcW w:type="dxa" w:w="2880"/>
          </w:tcPr>
          <w:p>
            <w:r>
              <w:t>136</w:t>
            </w:r>
          </w:p>
        </w:tc>
      </w:tr>
      <w:tr>
        <w:tc>
          <w:tcPr>
            <w:tcW w:type="dxa" w:w="2880"/>
          </w:tcPr>
          <w:p>
            <w:r>
              <w:t>4</w:t>
            </w:r>
          </w:p>
        </w:tc>
        <w:tc>
          <w:tcPr>
            <w:tcW w:type="dxa" w:w="2880"/>
          </w:tcPr>
          <w:p>
            <w:r>
              <w:t>8</w:t>
            </w:r>
          </w:p>
        </w:tc>
        <w:tc>
          <w:tcPr>
            <w:tcW w:type="dxa" w:w="2880"/>
          </w:tcPr>
          <w:p>
            <w:r>
              <w:t>175</w:t>
            </w:r>
          </w:p>
        </w:tc>
      </w:tr>
      <w:tr>
        <w:tc>
          <w:tcPr>
            <w:tcW w:type="dxa" w:w="2880"/>
          </w:tcPr>
          <w:p>
            <w:r>
              <w:t>8</w:t>
            </w:r>
          </w:p>
        </w:tc>
        <w:tc>
          <w:tcPr>
            <w:tcW w:type="dxa" w:w="2880"/>
          </w:tcPr>
          <w:p>
            <w:r>
              <w:t>12</w:t>
            </w:r>
          </w:p>
        </w:tc>
        <w:tc>
          <w:tcPr>
            <w:tcW w:type="dxa" w:w="2880"/>
          </w:tcPr>
          <w:p>
            <w:r>
              <w:t>171</w:t>
            </w:r>
          </w:p>
        </w:tc>
      </w:tr>
      <w:tr>
        <w:tc>
          <w:tcPr>
            <w:tcW w:type="dxa" w:w="2880"/>
          </w:tcPr>
          <w:p>
            <w:r>
              <w:t>12</w:t>
            </w:r>
          </w:p>
        </w:tc>
        <w:tc>
          <w:tcPr>
            <w:tcW w:type="dxa" w:w="2880"/>
          </w:tcPr>
          <w:p>
            <w:r>
              <w:t>16</w:t>
            </w:r>
          </w:p>
        </w:tc>
        <w:tc>
          <w:tcPr>
            <w:tcW w:type="dxa" w:w="2880"/>
          </w:tcPr>
          <w:p>
            <w:r>
              <w:t>170</w:t>
            </w:r>
          </w:p>
        </w:tc>
      </w:tr>
      <w:tr>
        <w:tc>
          <w:tcPr>
            <w:tcW w:type="dxa" w:w="2880"/>
          </w:tcPr>
          <w:p>
            <w:r>
              <w:t>16</w:t>
            </w:r>
          </w:p>
        </w:tc>
        <w:tc>
          <w:tcPr>
            <w:tcW w:type="dxa" w:w="2880"/>
          </w:tcPr>
          <w:p>
            <w:r>
              <w:t>20</w:t>
            </w:r>
          </w:p>
        </w:tc>
        <w:tc>
          <w:tcPr>
            <w:tcW w:type="dxa" w:w="2880"/>
          </w:tcPr>
          <w:p>
            <w:r>
              <w:t>170</w:t>
            </w:r>
          </w:p>
        </w:tc>
      </w:tr>
      <w:tr>
        <w:tc>
          <w:tcPr>
            <w:tcW w:type="dxa" w:w="2880"/>
          </w:tcPr>
          <w:p>
            <w:r>
              <w:t>20</w:t>
            </w:r>
          </w:p>
        </w:tc>
        <w:tc>
          <w:tcPr>
            <w:tcW w:type="dxa" w:w="2880"/>
          </w:tcPr>
          <w:p>
            <w:r>
              <w:t>24</w:t>
            </w:r>
          </w:p>
        </w:tc>
        <w:tc>
          <w:tcPr>
            <w:tcW w:type="dxa" w:w="2880"/>
          </w:tcPr>
          <w:p>
            <w:r>
              <w:t>172</w:t>
            </w:r>
          </w:p>
        </w:tc>
      </w:tr>
      <w:tr>
        <w:tc>
          <w:tcPr>
            <w:tcW w:type="dxa" w:w="2880"/>
          </w:tcPr>
          <w:p>
            <w:r>
              <w:t>24</w:t>
            </w:r>
          </w:p>
        </w:tc>
        <w:tc>
          <w:tcPr>
            <w:tcW w:type="dxa" w:w="2880"/>
          </w:tcPr>
          <w:p>
            <w:r>
              <w:t>28</w:t>
            </w:r>
          </w:p>
        </w:tc>
        <w:tc>
          <w:tcPr>
            <w:tcW w:type="dxa" w:w="2880"/>
          </w:tcPr>
          <w:p>
            <w:r>
              <w:t>171</w:t>
            </w:r>
          </w:p>
        </w:tc>
      </w:tr>
      <w:tr>
        <w:tc>
          <w:tcPr>
            <w:tcW w:type="dxa" w:w="2880"/>
          </w:tcPr>
          <w:p>
            <w:r>
              <w:t>28</w:t>
            </w:r>
          </w:p>
        </w:tc>
        <w:tc>
          <w:tcPr>
            <w:tcW w:type="dxa" w:w="2880"/>
          </w:tcPr>
          <w:p>
            <w:r>
              <w:t>32</w:t>
            </w:r>
          </w:p>
        </w:tc>
        <w:tc>
          <w:tcPr>
            <w:tcW w:type="dxa" w:w="2880"/>
          </w:tcPr>
          <w:p>
            <w:r>
              <w:t>169</w:t>
            </w:r>
          </w:p>
        </w:tc>
      </w:tr>
      <w:tr>
        <w:tc>
          <w:tcPr>
            <w:tcW w:type="dxa" w:w="2880"/>
          </w:tcPr>
          <w:p>
            <w:r>
              <w:t>32</w:t>
            </w:r>
          </w:p>
        </w:tc>
        <w:tc>
          <w:tcPr>
            <w:tcW w:type="dxa" w:w="2880"/>
          </w:tcPr>
          <w:p>
            <w:r>
              <w:t>36</w:t>
            </w:r>
          </w:p>
        </w:tc>
        <w:tc>
          <w:tcPr>
            <w:tcW w:type="dxa" w:w="2880"/>
          </w:tcPr>
          <w:p>
            <w:r>
              <w:t>172</w:t>
            </w:r>
          </w:p>
        </w:tc>
      </w:tr>
      <w:tr>
        <w:tc>
          <w:tcPr>
            <w:tcW w:type="dxa" w:w="2880"/>
          </w:tcPr>
          <w:p>
            <w:r>
              <w:t>36</w:t>
            </w:r>
          </w:p>
        </w:tc>
        <w:tc>
          <w:tcPr>
            <w:tcW w:type="dxa" w:w="2880"/>
          </w:tcPr>
          <w:p>
            <w:r>
              <w:t>40</w:t>
            </w:r>
          </w:p>
        </w:tc>
        <w:tc>
          <w:tcPr>
            <w:tcW w:type="dxa" w:w="2880"/>
          </w:tcPr>
          <w:p>
            <w:r>
              <w:t>173</w:t>
            </w:r>
          </w:p>
        </w:tc>
      </w:tr>
      <w:tr>
        <w:tc>
          <w:tcPr>
            <w:tcW w:type="dxa" w:w="2880"/>
          </w:tcPr>
          <w:p>
            <w:r>
              <w:t>40</w:t>
            </w:r>
          </w:p>
        </w:tc>
        <w:tc>
          <w:tcPr>
            <w:tcW w:type="dxa" w:w="2880"/>
          </w:tcPr>
          <w:p>
            <w:r>
              <w:t>44</w:t>
            </w:r>
          </w:p>
        </w:tc>
        <w:tc>
          <w:tcPr>
            <w:tcW w:type="dxa" w:w="2880"/>
          </w:tcPr>
          <w:p>
            <w:r>
              <w:t>169</w:t>
            </w:r>
          </w:p>
        </w:tc>
      </w:tr>
      <w:tr>
        <w:tc>
          <w:tcPr>
            <w:tcW w:type="dxa" w:w="2880"/>
          </w:tcPr>
          <w:p>
            <w:r>
              <w:t>44</w:t>
            </w:r>
          </w:p>
        </w:tc>
        <w:tc>
          <w:tcPr>
            <w:tcW w:type="dxa" w:w="2880"/>
          </w:tcPr>
          <w:p>
            <w:r>
              <w:t>48</w:t>
            </w:r>
          </w:p>
        </w:tc>
        <w:tc>
          <w:tcPr>
            <w:tcW w:type="dxa" w:w="2880"/>
          </w:tcPr>
          <w:p>
            <w:r>
              <w:t>186</w:t>
            </w:r>
          </w:p>
        </w:tc>
      </w:tr>
    </w:tbl>
    <w:p/>
    <w:p>
      <w:pPr>
        <w:pStyle w:val="Heading2"/>
      </w:pPr>
      <w:r>
        <w:t>Figure 99. Calculate density: Coverage complaints [275]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2.1</w:t>
            </w:r>
          </w:p>
        </w:tc>
        <w:tc>
          <w:tcPr>
            <w:tcW w:type="dxa" w:w="2880"/>
          </w:tcPr>
          <w:p>
            <w:r>
              <w:t>47</w:t>
            </w:r>
          </w:p>
        </w:tc>
      </w:tr>
      <w:tr>
        <w:tc>
          <w:tcPr>
            <w:tcW w:type="dxa" w:w="2880"/>
          </w:tcPr>
          <w:p>
            <w:r>
              <w:t>2.1</w:t>
            </w:r>
          </w:p>
        </w:tc>
        <w:tc>
          <w:tcPr>
            <w:tcW w:type="dxa" w:w="2880"/>
          </w:tcPr>
          <w:p>
            <w:r>
              <w:t>4.2</w:t>
            </w:r>
          </w:p>
        </w:tc>
        <w:tc>
          <w:tcPr>
            <w:tcW w:type="dxa" w:w="2880"/>
          </w:tcPr>
          <w:p>
            <w:r>
              <w:t>37</w:t>
            </w:r>
          </w:p>
        </w:tc>
      </w:tr>
      <w:tr>
        <w:tc>
          <w:tcPr>
            <w:tcW w:type="dxa" w:w="2880"/>
          </w:tcPr>
          <w:p>
            <w:r>
              <w:t>4.2</w:t>
            </w:r>
          </w:p>
        </w:tc>
        <w:tc>
          <w:tcPr>
            <w:tcW w:type="dxa" w:w="2880"/>
          </w:tcPr>
          <w:p>
            <w:r>
              <w:t>6.3</w:t>
            </w:r>
          </w:p>
        </w:tc>
        <w:tc>
          <w:tcPr>
            <w:tcW w:type="dxa" w:w="2880"/>
          </w:tcPr>
          <w:p>
            <w:r>
              <w:t>39</w:t>
            </w:r>
          </w:p>
        </w:tc>
      </w:tr>
      <w:tr>
        <w:tc>
          <w:tcPr>
            <w:tcW w:type="dxa" w:w="2880"/>
          </w:tcPr>
          <w:p>
            <w:r>
              <w:t>6.3</w:t>
            </w:r>
          </w:p>
        </w:tc>
        <w:tc>
          <w:tcPr>
            <w:tcW w:type="dxa" w:w="2880"/>
          </w:tcPr>
          <w:p>
            <w:r>
              <w:t>8.4</w:t>
            </w:r>
          </w:p>
        </w:tc>
        <w:tc>
          <w:tcPr>
            <w:tcW w:type="dxa" w:w="2880"/>
          </w:tcPr>
          <w:p>
            <w:r>
              <w:t>36</w:t>
            </w:r>
          </w:p>
        </w:tc>
      </w:tr>
      <w:tr>
        <w:tc>
          <w:tcPr>
            <w:tcW w:type="dxa" w:w="2880"/>
          </w:tcPr>
          <w:p>
            <w:r>
              <w:t>8.4</w:t>
            </w:r>
          </w:p>
        </w:tc>
        <w:tc>
          <w:tcPr>
            <w:tcW w:type="dxa" w:w="2880"/>
          </w:tcPr>
          <w:p>
            <w:r>
              <w:t>10.5</w:t>
            </w:r>
          </w:p>
        </w:tc>
        <w:tc>
          <w:tcPr>
            <w:tcW w:type="dxa" w:w="2880"/>
          </w:tcPr>
          <w:p>
            <w:r>
              <w:t>37</w:t>
            </w:r>
          </w:p>
        </w:tc>
      </w:tr>
      <w:tr>
        <w:tc>
          <w:tcPr>
            <w:tcW w:type="dxa" w:w="2880"/>
          </w:tcPr>
          <w:p>
            <w:r>
              <w:t>10.5</w:t>
            </w:r>
          </w:p>
        </w:tc>
        <w:tc>
          <w:tcPr>
            <w:tcW w:type="dxa" w:w="2880"/>
          </w:tcPr>
          <w:p>
            <w:r>
              <w:t>12.6</w:t>
            </w:r>
          </w:p>
        </w:tc>
        <w:tc>
          <w:tcPr>
            <w:tcW w:type="dxa" w:w="2880"/>
          </w:tcPr>
          <w:p>
            <w:r>
              <w:t>39</w:t>
            </w:r>
          </w:p>
        </w:tc>
      </w:tr>
      <w:tr>
        <w:tc>
          <w:tcPr>
            <w:tcW w:type="dxa" w:w="2880"/>
          </w:tcPr>
          <w:p>
            <w:r>
              <w:t>12.6</w:t>
            </w:r>
          </w:p>
        </w:tc>
        <w:tc>
          <w:tcPr>
            <w:tcW w:type="dxa" w:w="2880"/>
          </w:tcPr>
          <w:p>
            <w:r>
              <w:t>14.7</w:t>
            </w:r>
          </w:p>
        </w:tc>
        <w:tc>
          <w:tcPr>
            <w:tcW w:type="dxa" w:w="2880"/>
          </w:tcPr>
          <w:p>
            <w:r>
              <w:t>39</w:t>
            </w:r>
          </w:p>
        </w:tc>
      </w:tr>
      <w:tr>
        <w:tc>
          <w:tcPr>
            <w:tcW w:type="dxa" w:w="2880"/>
          </w:tcPr>
          <w:p>
            <w:r>
              <w:t>14.7</w:t>
            </w:r>
          </w:p>
        </w:tc>
        <w:tc>
          <w:tcPr>
            <w:tcW w:type="dxa" w:w="2880"/>
          </w:tcPr>
          <w:p>
            <w:r>
              <w:t>16.8</w:t>
            </w:r>
          </w:p>
        </w:tc>
        <w:tc>
          <w:tcPr>
            <w:tcW w:type="dxa" w:w="2880"/>
          </w:tcPr>
          <w:p>
            <w:r>
              <w:t>39</w:t>
            </w:r>
          </w:p>
        </w:tc>
      </w:tr>
      <w:tr>
        <w:tc>
          <w:tcPr>
            <w:tcW w:type="dxa" w:w="2880"/>
          </w:tcPr>
          <w:p>
            <w:r>
              <w:t>16.8</w:t>
            </w:r>
          </w:p>
        </w:tc>
        <w:tc>
          <w:tcPr>
            <w:tcW w:type="dxa" w:w="2880"/>
          </w:tcPr>
          <w:p>
            <w:r>
              <w:t>18.9</w:t>
            </w:r>
          </w:p>
        </w:tc>
        <w:tc>
          <w:tcPr>
            <w:tcW w:type="dxa" w:w="2880"/>
          </w:tcPr>
          <w:p>
            <w:r>
              <w:t>37</w:t>
            </w:r>
          </w:p>
        </w:tc>
      </w:tr>
      <w:tr>
        <w:tc>
          <w:tcPr>
            <w:tcW w:type="dxa" w:w="2880"/>
          </w:tcPr>
          <w:p>
            <w:r>
              <w:t>18.9</w:t>
            </w:r>
          </w:p>
        </w:tc>
        <w:tc>
          <w:tcPr>
            <w:tcW w:type="dxa" w:w="2880"/>
          </w:tcPr>
          <w:p>
            <w:r>
              <w:t>21</w:t>
            </w:r>
          </w:p>
        </w:tc>
        <w:tc>
          <w:tcPr>
            <w:tcW w:type="dxa" w:w="2880"/>
          </w:tcPr>
          <w:p>
            <w:r>
              <w:t>33</w:t>
            </w:r>
          </w:p>
        </w:tc>
      </w:tr>
    </w:tbl>
    <w:p/>
    <w:p>
      <w:pPr>
        <w:pStyle w:val="Heading2"/>
      </w:pPr>
      <w:r>
        <w:t>Figure 100. Calculate density: Small cells [276]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1.5</w:t>
            </w:r>
          </w:p>
        </w:tc>
        <w:tc>
          <w:tcPr>
            <w:tcW w:type="dxa" w:w="2880"/>
          </w:tcPr>
          <w:p>
            <w:r>
              <w:t>10</w:t>
            </w:r>
          </w:p>
        </w:tc>
      </w:tr>
      <w:tr>
        <w:tc>
          <w:tcPr>
            <w:tcW w:type="dxa" w:w="2880"/>
          </w:tcPr>
          <w:p>
            <w:r>
              <w:t>1.5</w:t>
            </w:r>
          </w:p>
        </w:tc>
        <w:tc>
          <w:tcPr>
            <w:tcW w:type="dxa" w:w="2880"/>
          </w:tcPr>
          <w:p>
            <w:r>
              <w:t>3</w:t>
            </w:r>
          </w:p>
        </w:tc>
        <w:tc>
          <w:tcPr>
            <w:tcW w:type="dxa" w:w="2880"/>
          </w:tcPr>
          <w:p>
            <w:r>
              <w:t>8</w:t>
            </w:r>
          </w:p>
        </w:tc>
      </w:tr>
      <w:tr>
        <w:tc>
          <w:tcPr>
            <w:tcW w:type="dxa" w:w="2880"/>
          </w:tcPr>
          <w:p>
            <w:r>
              <w:t>3</w:t>
            </w:r>
          </w:p>
        </w:tc>
        <w:tc>
          <w:tcPr>
            <w:tcW w:type="dxa" w:w="2880"/>
          </w:tcPr>
          <w:p>
            <w:r>
              <w:t>4.5</w:t>
            </w:r>
          </w:p>
        </w:tc>
        <w:tc>
          <w:tcPr>
            <w:tcW w:type="dxa" w:w="2880"/>
          </w:tcPr>
          <w:p>
            <w:r>
              <w:t>19</w:t>
            </w:r>
          </w:p>
        </w:tc>
      </w:tr>
      <w:tr>
        <w:tc>
          <w:tcPr>
            <w:tcW w:type="dxa" w:w="2880"/>
          </w:tcPr>
          <w:p>
            <w:r>
              <w:t>4.5</w:t>
            </w:r>
          </w:p>
        </w:tc>
        <w:tc>
          <w:tcPr>
            <w:tcW w:type="dxa" w:w="2880"/>
          </w:tcPr>
          <w:p>
            <w:r>
              <w:t>6</w:t>
            </w:r>
          </w:p>
        </w:tc>
        <w:tc>
          <w:tcPr>
            <w:tcW w:type="dxa" w:w="2880"/>
          </w:tcPr>
          <w:p>
            <w:r>
              <w:t>11</w:t>
            </w:r>
          </w:p>
        </w:tc>
      </w:tr>
      <w:tr>
        <w:tc>
          <w:tcPr>
            <w:tcW w:type="dxa" w:w="2880"/>
          </w:tcPr>
          <w:p>
            <w:r>
              <w:t>6</w:t>
            </w:r>
          </w:p>
        </w:tc>
        <w:tc>
          <w:tcPr>
            <w:tcW w:type="dxa" w:w="2880"/>
          </w:tcPr>
          <w:p>
            <w:r>
              <w:t>7.5</w:t>
            </w:r>
          </w:p>
        </w:tc>
        <w:tc>
          <w:tcPr>
            <w:tcW w:type="dxa" w:w="2880"/>
          </w:tcPr>
          <w:p>
            <w:r>
              <w:t>24</w:t>
            </w:r>
          </w:p>
        </w:tc>
      </w:tr>
      <w:tr>
        <w:tc>
          <w:tcPr>
            <w:tcW w:type="dxa" w:w="2880"/>
          </w:tcPr>
          <w:p>
            <w:r>
              <w:t>7.5</w:t>
            </w:r>
          </w:p>
        </w:tc>
        <w:tc>
          <w:tcPr>
            <w:tcW w:type="dxa" w:w="2880"/>
          </w:tcPr>
          <w:p>
            <w:r>
              <w:t>9</w:t>
            </w:r>
          </w:p>
        </w:tc>
        <w:tc>
          <w:tcPr>
            <w:tcW w:type="dxa" w:w="2880"/>
          </w:tcPr>
          <w:p>
            <w:r>
              <w:t>10</w:t>
            </w:r>
          </w:p>
        </w:tc>
      </w:tr>
      <w:tr>
        <w:tc>
          <w:tcPr>
            <w:tcW w:type="dxa" w:w="2880"/>
          </w:tcPr>
          <w:p>
            <w:r>
              <w:t>9</w:t>
            </w:r>
          </w:p>
        </w:tc>
        <w:tc>
          <w:tcPr>
            <w:tcW w:type="dxa" w:w="2880"/>
          </w:tcPr>
          <w:p>
            <w:r>
              <w:t>10.5</w:t>
            </w:r>
          </w:p>
        </w:tc>
        <w:tc>
          <w:tcPr>
            <w:tcW w:type="dxa" w:w="2880"/>
          </w:tcPr>
          <w:p>
            <w:r>
              <w:t>22</w:t>
            </w:r>
          </w:p>
        </w:tc>
      </w:tr>
      <w:tr>
        <w:tc>
          <w:tcPr>
            <w:tcW w:type="dxa" w:w="2880"/>
          </w:tcPr>
          <w:p>
            <w:r>
              <w:t>10.5</w:t>
            </w:r>
          </w:p>
        </w:tc>
        <w:tc>
          <w:tcPr>
            <w:tcW w:type="dxa" w:w="2880"/>
          </w:tcPr>
          <w:p>
            <w:r>
              <w:t>12</w:t>
            </w:r>
          </w:p>
        </w:tc>
        <w:tc>
          <w:tcPr>
            <w:tcW w:type="dxa" w:w="2880"/>
          </w:tcPr>
          <w:p>
            <w:r>
              <w:t>13</w:t>
            </w:r>
          </w:p>
        </w:tc>
      </w:tr>
    </w:tbl>
    <w:p/>
    <w:p>
      <w:pPr>
        <w:pStyle w:val="Heading2"/>
      </w:pPr>
      <w:r>
        <w:t>Figure 101. Find point clusters: Dropped calls [277]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1,744</w:t>
            </w:r>
          </w:p>
        </w:tc>
        <w:tc>
          <w:tcPr>
            <w:tcW w:type="dxa" w:w="2160"/>
          </w:tcPr>
          <w:p>
            <w:r>
              <w:t>0.9689</w:t>
            </w:r>
          </w:p>
        </w:tc>
        <w:tc>
          <w:tcPr>
            <w:tcW w:type="dxa" w:w="2160"/>
          </w:tcPr>
          <w:p>
            <w:r>
              <w:t>96.9%</w:t>
            </w:r>
          </w:p>
        </w:tc>
      </w:tr>
      <w:tr>
        <w:tc>
          <w:tcPr>
            <w:tcW w:type="dxa" w:w="2160"/>
          </w:tcPr>
          <w:p>
            <w:r>
              <w:t>1</w:t>
            </w:r>
          </w:p>
        </w:tc>
        <w:tc>
          <w:tcPr>
            <w:tcW w:type="dxa" w:w="2160"/>
          </w:tcPr>
          <w:p>
            <w:r>
              <w:t>32</w:t>
            </w:r>
          </w:p>
        </w:tc>
        <w:tc>
          <w:tcPr>
            <w:tcW w:type="dxa" w:w="2160"/>
          </w:tcPr>
          <w:p>
            <w:r>
              <w:t>0.01778</w:t>
            </w:r>
          </w:p>
        </w:tc>
        <w:tc>
          <w:tcPr>
            <w:tcW w:type="dxa" w:w="2160"/>
          </w:tcPr>
          <w:p>
            <w:r>
              <w:t>1.8%</w:t>
            </w:r>
          </w:p>
        </w:tc>
      </w:tr>
      <w:tr>
        <w:tc>
          <w:tcPr>
            <w:tcW w:type="dxa" w:w="2160"/>
          </w:tcPr>
          <w:p>
            <w:r>
              <w:t>0</w:t>
            </w:r>
          </w:p>
        </w:tc>
        <w:tc>
          <w:tcPr>
            <w:tcW w:type="dxa" w:w="2160"/>
          </w:tcPr>
          <w:p>
            <w:r>
              <w:t>24</w:t>
            </w:r>
          </w:p>
        </w:tc>
        <w:tc>
          <w:tcPr>
            <w:tcW w:type="dxa" w:w="2160"/>
          </w:tcPr>
          <w:p>
            <w:r>
              <w:t>0.01333</w:t>
            </w:r>
          </w:p>
        </w:tc>
        <w:tc>
          <w:tcPr>
            <w:tcW w:type="dxa" w:w="2160"/>
          </w:tcPr>
          <w:p>
            <w:r>
              <w:t>1.3%</w:t>
            </w:r>
          </w:p>
        </w:tc>
      </w:tr>
    </w:tbl>
    <w:p/>
    <w:p>
      <w:pPr>
        <w:pStyle w:val="Heading2"/>
      </w:pPr>
      <w:r>
        <w:t>Figure 102. Find point clusters: cluster hulls [278]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0.5</w:t>
            </w:r>
          </w:p>
        </w:tc>
        <w:tc>
          <w:tcPr>
            <w:tcW w:type="dxa" w:w="2160"/>
          </w:tcPr>
          <w:p>
            <w:r>
              <w:t>50.0%</w:t>
            </w:r>
          </w:p>
        </w:tc>
      </w:tr>
      <w:tr>
        <w:tc>
          <w:tcPr>
            <w:tcW w:type="dxa" w:w="2160"/>
          </w:tcPr>
          <w:p>
            <w:r>
              <w:t>1</w:t>
            </w:r>
          </w:p>
        </w:tc>
        <w:tc>
          <w:tcPr>
            <w:tcW w:type="dxa" w:w="2160"/>
          </w:tcPr>
          <w:p>
            <w:r>
              <w:t>1</w:t>
            </w:r>
          </w:p>
        </w:tc>
        <w:tc>
          <w:tcPr>
            <w:tcW w:type="dxa" w:w="2160"/>
          </w:tcPr>
          <w:p>
            <w:r>
              <w:t>0.5</w:t>
            </w:r>
          </w:p>
        </w:tc>
        <w:tc>
          <w:tcPr>
            <w:tcW w:type="dxa" w:w="2160"/>
          </w:tcPr>
          <w:p>
            <w:r>
              <w:t>50.0%</w:t>
            </w:r>
          </w:p>
        </w:tc>
      </w:tr>
    </w:tbl>
    <w:p/>
    <w:p>
      <w:pPr>
        <w:pStyle w:val="Heading2"/>
      </w:pPr>
      <w:r>
        <w:t>Figure 103. Find point clusters: Coverage complaints [279]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320</w:t>
            </w:r>
          </w:p>
        </w:tc>
        <w:tc>
          <w:tcPr>
            <w:tcW w:type="dxa" w:w="2160"/>
          </w:tcPr>
          <w:p>
            <w:r>
              <w:t>0.7619</w:t>
            </w:r>
          </w:p>
        </w:tc>
        <w:tc>
          <w:tcPr>
            <w:tcW w:type="dxa" w:w="2160"/>
          </w:tcPr>
          <w:p>
            <w:r>
              <w:t>76.2%</w:t>
            </w:r>
          </w:p>
        </w:tc>
      </w:tr>
      <w:tr>
        <w:tc>
          <w:tcPr>
            <w:tcW w:type="dxa" w:w="2160"/>
          </w:tcPr>
          <w:p>
            <w:r>
              <w:t>0</w:t>
            </w:r>
          </w:p>
        </w:tc>
        <w:tc>
          <w:tcPr>
            <w:tcW w:type="dxa" w:w="2160"/>
          </w:tcPr>
          <w:p>
            <w:r>
              <w:t>100</w:t>
            </w:r>
          </w:p>
        </w:tc>
        <w:tc>
          <w:tcPr>
            <w:tcW w:type="dxa" w:w="2160"/>
          </w:tcPr>
          <w:p>
            <w:r>
              <w:t>0.2381</w:t>
            </w:r>
          </w:p>
        </w:tc>
        <w:tc>
          <w:tcPr>
            <w:tcW w:type="dxa" w:w="2160"/>
          </w:tcPr>
          <w:p>
            <w:r>
              <w:t>23.8%</w:t>
            </w:r>
          </w:p>
        </w:tc>
      </w:tr>
    </w:tbl>
    <w:p/>
    <w:p>
      <w:pPr>
        <w:pStyle w:val="Heading2"/>
      </w:pPr>
      <w:r>
        <w:t>Figure 104. Find point clusters: cluster hulls [280]</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1</w:t>
            </w:r>
          </w:p>
        </w:tc>
        <w:tc>
          <w:tcPr>
            <w:tcW w:type="dxa" w:w="2160"/>
          </w:tcPr>
          <w:p>
            <w:r>
              <w:t>100.0%</w:t>
            </w:r>
          </w:p>
        </w:tc>
      </w:tr>
    </w:tbl>
    <w:p/>
    <w:p>
      <w:pPr>
        <w:pStyle w:val="Heading2"/>
      </w:pPr>
      <w:r>
        <w:t>Figure 105. Find outliers: Neighborhoods [281]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value</w:t>
            </w:r>
          </w:p>
        </w:tc>
        <w:tc>
          <w:tcPr>
            <w:tcW w:type="dxa" w:w="2880"/>
          </w:tcPr>
          <w:p>
            <w:r>
              <w:t>lag</w:t>
            </w:r>
          </w:p>
        </w:tc>
        <w:tc>
          <w:tcPr>
            <w:tcW w:type="dxa" w:w="2880"/>
          </w:tcPr>
          <w:p>
            <w:r>
              <w:t>type</w:t>
            </w:r>
          </w:p>
        </w:tc>
      </w:tr>
      <w:tr>
        <w:tc>
          <w:tcPr>
            <w:tcW w:type="dxa" w:w="2880"/>
          </w:tcPr>
          <w:p>
            <w:r>
              <w:t>1.492</w:t>
            </w:r>
          </w:p>
        </w:tc>
        <w:tc>
          <w:tcPr>
            <w:tcW w:type="dxa" w:w="2880"/>
          </w:tcPr>
          <w:p>
            <w:r>
              <w:t>0.8836</w:t>
            </w:r>
          </w:p>
        </w:tc>
        <w:tc>
          <w:tcPr>
            <w:tcW w:type="dxa" w:w="2880"/>
          </w:tcPr>
          <w:p>
            <w:r>
              <w:t>NS</w:t>
            </w:r>
          </w:p>
        </w:tc>
      </w:tr>
      <w:tr>
        <w:tc>
          <w:tcPr>
            <w:tcW w:type="dxa" w:w="2880"/>
          </w:tcPr>
          <w:p>
            <w:r>
              <w:t>-1.146</w:t>
            </w:r>
          </w:p>
        </w:tc>
        <w:tc>
          <w:tcPr>
            <w:tcW w:type="dxa" w:w="2880"/>
          </w:tcPr>
          <w:p>
            <w:r>
              <w:t>0.4296</w:t>
            </w:r>
          </w:p>
        </w:tc>
        <w:tc>
          <w:tcPr>
            <w:tcW w:type="dxa" w:w="2880"/>
          </w:tcPr>
          <w:p>
            <w:r>
              <w:t>NS</w:t>
            </w:r>
          </w:p>
        </w:tc>
      </w:tr>
      <w:tr>
        <w:tc>
          <w:tcPr>
            <w:tcW w:type="dxa" w:w="2880"/>
          </w:tcPr>
          <w:p>
            <w:r>
              <w:t>-0.1431</w:t>
            </w:r>
          </w:p>
        </w:tc>
        <w:tc>
          <w:tcPr>
            <w:tcW w:type="dxa" w:w="2880"/>
          </w:tcPr>
          <w:p>
            <w:r>
              <w:t>-0.1232</w:t>
            </w:r>
          </w:p>
        </w:tc>
        <w:tc>
          <w:tcPr>
            <w:tcW w:type="dxa" w:w="2880"/>
          </w:tcPr>
          <w:p>
            <w:r>
              <w:t>NS</w:t>
            </w:r>
          </w:p>
        </w:tc>
      </w:tr>
      <w:tr>
        <w:tc>
          <w:tcPr>
            <w:tcW w:type="dxa" w:w="2880"/>
          </w:tcPr>
          <w:p>
            <w:r>
              <w:t>1.74</w:t>
            </w:r>
          </w:p>
        </w:tc>
        <w:tc>
          <w:tcPr>
            <w:tcW w:type="dxa" w:w="2880"/>
          </w:tcPr>
          <w:p>
            <w:r>
              <w:t>-0.319</w:t>
            </w:r>
          </w:p>
        </w:tc>
        <w:tc>
          <w:tcPr>
            <w:tcW w:type="dxa" w:w="2880"/>
          </w:tcPr>
          <w:p>
            <w:r>
              <w:t>NS</w:t>
            </w:r>
          </w:p>
        </w:tc>
      </w:tr>
      <w:tr>
        <w:tc>
          <w:tcPr>
            <w:tcW w:type="dxa" w:w="2880"/>
          </w:tcPr>
          <w:p>
            <w:r>
              <w:t>-0.9566</w:t>
            </w:r>
          </w:p>
        </w:tc>
        <w:tc>
          <w:tcPr>
            <w:tcW w:type="dxa" w:w="2880"/>
          </w:tcPr>
          <w:p>
            <w:r>
              <w:t>0.0861</w:t>
            </w:r>
          </w:p>
        </w:tc>
        <w:tc>
          <w:tcPr>
            <w:tcW w:type="dxa" w:w="2880"/>
          </w:tcPr>
          <w:p>
            <w:r>
              <w:t>NS</w:t>
            </w:r>
          </w:p>
        </w:tc>
      </w:tr>
      <w:tr>
        <w:tc>
          <w:tcPr>
            <w:tcW w:type="dxa" w:w="2880"/>
          </w:tcPr>
          <w:p>
            <w:r>
              <w:t>0.3185</w:t>
            </w:r>
          </w:p>
        </w:tc>
        <w:tc>
          <w:tcPr>
            <w:tcW w:type="dxa" w:w="2880"/>
          </w:tcPr>
          <w:p>
            <w:r>
              <w:t>0.7984</w:t>
            </w:r>
          </w:p>
        </w:tc>
        <w:tc>
          <w:tcPr>
            <w:tcW w:type="dxa" w:w="2880"/>
          </w:tcPr>
          <w:p>
            <w:r>
              <w:t>NS</w:t>
            </w:r>
          </w:p>
        </w:tc>
      </w:tr>
      <w:tr>
        <w:tc>
          <w:tcPr>
            <w:tcW w:type="dxa" w:w="2880"/>
          </w:tcPr>
          <w:p>
            <w:r>
              <w:t>1.337</w:t>
            </w:r>
          </w:p>
        </w:tc>
        <w:tc>
          <w:tcPr>
            <w:tcW w:type="dxa" w:w="2880"/>
          </w:tcPr>
          <w:p>
            <w:r>
              <w:t>1.492</w:t>
            </w:r>
          </w:p>
        </w:tc>
        <w:tc>
          <w:tcPr>
            <w:tcW w:type="dxa" w:w="2880"/>
          </w:tcPr>
          <w:p>
            <w:r>
              <w:t>NS</w:t>
            </w:r>
          </w:p>
        </w:tc>
      </w:tr>
      <w:tr>
        <w:tc>
          <w:tcPr>
            <w:tcW w:type="dxa" w:w="2880"/>
          </w:tcPr>
          <w:p>
            <w:r>
              <w:t>-0.6946</w:t>
            </w:r>
          </w:p>
        </w:tc>
        <w:tc>
          <w:tcPr>
            <w:tcW w:type="dxa" w:w="2880"/>
          </w:tcPr>
          <w:p>
            <w:r>
              <w:t>1.072</w:t>
            </w:r>
          </w:p>
        </w:tc>
        <w:tc>
          <w:tcPr>
            <w:tcW w:type="dxa" w:w="2880"/>
          </w:tcPr>
          <w:p>
            <w:r>
              <w:t>NS</w:t>
            </w:r>
          </w:p>
        </w:tc>
      </w:tr>
      <w:tr>
        <w:tc>
          <w:tcPr>
            <w:tcW w:type="dxa" w:w="2880"/>
          </w:tcPr>
          <w:p>
            <w:r>
              <w:t>1.072</w:t>
            </w:r>
          </w:p>
        </w:tc>
        <w:tc>
          <w:tcPr>
            <w:tcW w:type="dxa" w:w="2880"/>
          </w:tcPr>
          <w:p>
            <w:r>
              <w:t>-0.6946</w:t>
            </w:r>
          </w:p>
        </w:tc>
        <w:tc>
          <w:tcPr>
            <w:tcW w:type="dxa" w:w="2880"/>
          </w:tcPr>
          <w:p>
            <w:r>
              <w:t>NS</w:t>
            </w:r>
          </w:p>
        </w:tc>
      </w:tr>
      <w:tr>
        <w:tc>
          <w:tcPr>
            <w:tcW w:type="dxa" w:w="2880"/>
          </w:tcPr>
          <w:p>
            <w:r>
              <w:t>-1.568</w:t>
            </w:r>
          </w:p>
        </w:tc>
        <w:tc>
          <w:tcPr>
            <w:tcW w:type="dxa" w:w="2880"/>
          </w:tcPr>
          <w:p>
            <w:r>
              <w:t>-0.5375</w:t>
            </w:r>
          </w:p>
        </w:tc>
        <w:tc>
          <w:tcPr>
            <w:tcW w:type="dxa" w:w="2880"/>
          </w:tcPr>
          <w:p>
            <w:r>
              <w:t>NS</w:t>
            </w:r>
          </w:p>
        </w:tc>
      </w:tr>
      <w:tr>
        <w:tc>
          <w:tcPr>
            <w:tcW w:type="dxa" w:w="2880"/>
          </w:tcPr>
          <w:p>
            <w:r>
              <w:t>0.4296</w:t>
            </w:r>
          </w:p>
        </w:tc>
        <w:tc>
          <w:tcPr>
            <w:tcW w:type="dxa" w:w="2880"/>
          </w:tcPr>
          <w:p>
            <w:r>
              <w:t>0.1732</w:t>
            </w:r>
          </w:p>
        </w:tc>
        <w:tc>
          <w:tcPr>
            <w:tcW w:type="dxa" w:w="2880"/>
          </w:tcPr>
          <w:p>
            <w:r>
              <w:t>NS</w:t>
            </w:r>
          </w:p>
        </w:tc>
      </w:tr>
      <w:tr>
        <w:tc>
          <w:tcPr>
            <w:tcW w:type="dxa" w:w="2880"/>
          </w:tcPr>
          <w:p>
            <w:r>
              <w:t>0.5457</w:t>
            </w:r>
          </w:p>
        </w:tc>
        <w:tc>
          <w:tcPr>
            <w:tcW w:type="dxa" w:w="2880"/>
          </w:tcPr>
          <w:p>
            <w:r>
              <w:t>-0.1431</w:t>
            </w:r>
          </w:p>
        </w:tc>
        <w:tc>
          <w:tcPr>
            <w:tcW w:type="dxa" w:w="2880"/>
          </w:tcPr>
          <w:p>
            <w:r>
              <w:t>NS</w:t>
            </w:r>
          </w:p>
        </w:tc>
      </w:tr>
      <w:tr>
        <w:tc>
          <w:tcPr>
            <w:tcW w:type="dxa" w:w="2880"/>
          </w:tcPr>
          <w:p>
            <w:r>
              <w:t>-0.5388</w:t>
            </w:r>
          </w:p>
        </w:tc>
        <w:tc>
          <w:tcPr>
            <w:tcW w:type="dxa" w:w="2880"/>
          </w:tcPr>
          <w:p>
            <w:r>
              <w:t>-1.568</w:t>
            </w:r>
          </w:p>
        </w:tc>
        <w:tc>
          <w:tcPr>
            <w:tcW w:type="dxa" w:w="2880"/>
          </w:tcPr>
          <w:p>
            <w:r>
              <w:t>NS</w:t>
            </w:r>
          </w:p>
        </w:tc>
      </w:tr>
      <w:tr>
        <w:tc>
          <w:tcPr>
            <w:tcW w:type="dxa" w:w="2880"/>
          </w:tcPr>
          <w:p>
            <w:r>
              <w:t>-0.3985</w:t>
            </w:r>
          </w:p>
        </w:tc>
        <w:tc>
          <w:tcPr>
            <w:tcW w:type="dxa" w:w="2880"/>
          </w:tcPr>
          <w:p>
            <w:r>
              <w:t>-1.568</w:t>
            </w:r>
          </w:p>
        </w:tc>
        <w:tc>
          <w:tcPr>
            <w:tcW w:type="dxa" w:w="2880"/>
          </w:tcPr>
          <w:p>
            <w:r>
              <w:t>NS</w:t>
            </w:r>
          </w:p>
        </w:tc>
      </w:tr>
      <w:tr>
        <w:tc>
          <w:tcPr>
            <w:tcW w:type="dxa" w:w="2880"/>
          </w:tcPr>
          <w:p>
            <w:r>
              <w:t>-1.234</w:t>
            </w:r>
          </w:p>
        </w:tc>
        <w:tc>
          <w:tcPr>
            <w:tcW w:type="dxa" w:w="2880"/>
          </w:tcPr>
          <w:p>
            <w:r>
              <w:t>-0.1431</w:t>
            </w:r>
          </w:p>
        </w:tc>
        <w:tc>
          <w:tcPr>
            <w:tcW w:type="dxa" w:w="2880"/>
          </w:tcPr>
          <w:p>
            <w:r>
              <w:t>NS</w:t>
            </w:r>
          </w:p>
        </w:tc>
      </w:tr>
      <w:tr>
        <w:tc>
          <w:tcPr>
            <w:tcW w:type="dxa" w:w="2880"/>
          </w:tcPr>
          <w:p>
            <w:r>
              <w:t>-0.2563</w:t>
            </w:r>
          </w:p>
        </w:tc>
        <w:tc>
          <w:tcPr>
            <w:tcW w:type="dxa" w:w="2880"/>
          </w:tcPr>
          <w:p>
            <w:r>
              <w:t>-1.568</w:t>
            </w:r>
          </w:p>
        </w:tc>
        <w:tc>
          <w:tcPr>
            <w:tcW w:type="dxa" w:w="2880"/>
          </w:tcPr>
          <w:p>
            <w:r>
              <w:t>NS</w:t>
            </w:r>
          </w:p>
        </w:tc>
      </w:tr>
    </w:tbl>
    <w:p/>
    <w:p>
      <w:pPr>
        <w:pStyle w:val="Heading2"/>
      </w:pPr>
      <w:r>
        <w:t>Figure 106. Find point clusters: Coverage complaints over time [282]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2026-02-23</w:t>
            </w:r>
          </w:p>
        </w:tc>
        <w:tc>
          <w:tcPr>
            <w:tcW w:type="dxa" w:w="2880"/>
          </w:tcPr>
          <w:p>
            <w:r>
              <w:t>prepaid</w:t>
            </w:r>
          </w:p>
        </w:tc>
        <w:tc>
          <w:tcPr>
            <w:tcW w:type="dxa" w:w="2880"/>
          </w:tcPr>
          <w:p>
            <w:r>
              <w:t>0</w:t>
            </w:r>
          </w:p>
        </w:tc>
      </w:tr>
      <w:tr>
        <w:tc>
          <w:tcPr>
            <w:tcW w:type="dxa" w:w="2880"/>
          </w:tcPr>
          <w:p>
            <w:r>
              <w:t>2026-02-23</w:t>
            </w:r>
          </w:p>
        </w:tc>
        <w:tc>
          <w:tcPr>
            <w:tcW w:type="dxa" w:w="2880"/>
          </w:tcPr>
          <w:p>
            <w:r>
              <w:t>postpaid</w:t>
            </w:r>
          </w:p>
        </w:tc>
        <w:tc>
          <w:tcPr>
            <w:tcW w:type="dxa" w:w="2880"/>
          </w:tcPr>
          <w:p>
            <w:r>
              <w:t>3</w:t>
            </w:r>
          </w:p>
        </w:tc>
      </w:tr>
      <w:tr>
        <w:tc>
          <w:tcPr>
            <w:tcW w:type="dxa" w:w="2880"/>
          </w:tcPr>
          <w:p>
            <w:r>
              <w:t>2026-02-23</w:t>
            </w:r>
          </w:p>
        </w:tc>
        <w:tc>
          <w:tcPr>
            <w:tcW w:type="dxa" w:w="2880"/>
          </w:tcPr>
          <w:p>
            <w:r>
              <w:t>business</w:t>
            </w:r>
          </w:p>
        </w:tc>
        <w:tc>
          <w:tcPr>
            <w:tcW w:type="dxa" w:w="2880"/>
          </w:tcPr>
          <w:p>
            <w:r>
              <w:t>1</w:t>
            </w:r>
          </w:p>
        </w:tc>
      </w:tr>
      <w:tr>
        <w:tc>
          <w:tcPr>
            <w:tcW w:type="dxa" w:w="2880"/>
          </w:tcPr>
          <w:p>
            <w:r>
              <w:t>2026-03-02</w:t>
            </w:r>
          </w:p>
        </w:tc>
        <w:tc>
          <w:tcPr>
            <w:tcW w:type="dxa" w:w="2880"/>
          </w:tcPr>
          <w:p>
            <w:r>
              <w:t>prepaid</w:t>
            </w:r>
          </w:p>
        </w:tc>
        <w:tc>
          <w:tcPr>
            <w:tcW w:type="dxa" w:w="2880"/>
          </w:tcPr>
          <w:p>
            <w:r>
              <w:t>2</w:t>
            </w:r>
          </w:p>
        </w:tc>
      </w:tr>
      <w:tr>
        <w:tc>
          <w:tcPr>
            <w:tcW w:type="dxa" w:w="2880"/>
          </w:tcPr>
          <w:p>
            <w:r>
              <w:t>2026-03-02</w:t>
            </w:r>
          </w:p>
        </w:tc>
        <w:tc>
          <w:tcPr>
            <w:tcW w:type="dxa" w:w="2880"/>
          </w:tcPr>
          <w:p>
            <w:r>
              <w:t>postpaid</w:t>
            </w:r>
          </w:p>
        </w:tc>
        <w:tc>
          <w:tcPr>
            <w:tcW w:type="dxa" w:w="2880"/>
          </w:tcPr>
          <w:p>
            <w:r>
              <w:t>3</w:t>
            </w:r>
          </w:p>
        </w:tc>
      </w:tr>
      <w:tr>
        <w:tc>
          <w:tcPr>
            <w:tcW w:type="dxa" w:w="2880"/>
          </w:tcPr>
          <w:p>
            <w:r>
              <w:t>2026-03-02</w:t>
            </w:r>
          </w:p>
        </w:tc>
        <w:tc>
          <w:tcPr>
            <w:tcW w:type="dxa" w:w="2880"/>
          </w:tcPr>
          <w:p>
            <w:r>
              <w:t>business</w:t>
            </w:r>
          </w:p>
        </w:tc>
        <w:tc>
          <w:tcPr>
            <w:tcW w:type="dxa" w:w="2880"/>
          </w:tcPr>
          <w:p>
            <w:r>
              <w:t>6</w:t>
            </w:r>
          </w:p>
        </w:tc>
      </w:tr>
      <w:tr>
        <w:tc>
          <w:tcPr>
            <w:tcW w:type="dxa" w:w="2880"/>
          </w:tcPr>
          <w:p>
            <w:r>
              <w:t>2026-03-09</w:t>
            </w:r>
          </w:p>
        </w:tc>
        <w:tc>
          <w:tcPr>
            <w:tcW w:type="dxa" w:w="2880"/>
          </w:tcPr>
          <w:p>
            <w:r>
              <w:t>prepaid</w:t>
            </w:r>
          </w:p>
        </w:tc>
        <w:tc>
          <w:tcPr>
            <w:tcW w:type="dxa" w:w="2880"/>
          </w:tcPr>
          <w:p>
            <w:r>
              <w:t>6</w:t>
            </w:r>
          </w:p>
        </w:tc>
      </w:tr>
      <w:tr>
        <w:tc>
          <w:tcPr>
            <w:tcW w:type="dxa" w:w="2880"/>
          </w:tcPr>
          <w:p>
            <w:r>
              <w:t>2026-03-09</w:t>
            </w:r>
          </w:p>
        </w:tc>
        <w:tc>
          <w:tcPr>
            <w:tcW w:type="dxa" w:w="2880"/>
          </w:tcPr>
          <w:p>
            <w:r>
              <w:t>postpaid</w:t>
            </w:r>
          </w:p>
        </w:tc>
        <w:tc>
          <w:tcPr>
            <w:tcW w:type="dxa" w:w="2880"/>
          </w:tcPr>
          <w:p>
            <w:r>
              <w:t>6</w:t>
            </w:r>
          </w:p>
        </w:tc>
      </w:tr>
      <w:tr>
        <w:tc>
          <w:tcPr>
            <w:tcW w:type="dxa" w:w="2880"/>
          </w:tcPr>
          <w:p>
            <w:r>
              <w:t>2026-03-09</w:t>
            </w:r>
          </w:p>
        </w:tc>
        <w:tc>
          <w:tcPr>
            <w:tcW w:type="dxa" w:w="2880"/>
          </w:tcPr>
          <w:p>
            <w:r>
              <w:t>business</w:t>
            </w:r>
          </w:p>
        </w:tc>
        <w:tc>
          <w:tcPr>
            <w:tcW w:type="dxa" w:w="2880"/>
          </w:tcPr>
          <w:p>
            <w:r>
              <w:t>2</w:t>
            </w:r>
          </w:p>
        </w:tc>
      </w:tr>
      <w:tr>
        <w:tc>
          <w:tcPr>
            <w:tcW w:type="dxa" w:w="2880"/>
          </w:tcPr>
          <w:p>
            <w:r>
              <w:t>2026-03-16</w:t>
            </w:r>
          </w:p>
        </w:tc>
        <w:tc>
          <w:tcPr>
            <w:tcW w:type="dxa" w:w="2880"/>
          </w:tcPr>
          <w:p>
            <w:r>
              <w:t>prepaid</w:t>
            </w:r>
          </w:p>
        </w:tc>
        <w:tc>
          <w:tcPr>
            <w:tcW w:type="dxa" w:w="2880"/>
          </w:tcPr>
          <w:p>
            <w:r>
              <w:t>5</w:t>
            </w:r>
          </w:p>
        </w:tc>
      </w:tr>
      <w:tr>
        <w:tc>
          <w:tcPr>
            <w:tcW w:type="dxa" w:w="2880"/>
          </w:tcPr>
          <w:p>
            <w:r>
              <w:t>2026-03-16</w:t>
            </w:r>
          </w:p>
        </w:tc>
        <w:tc>
          <w:tcPr>
            <w:tcW w:type="dxa" w:w="2880"/>
          </w:tcPr>
          <w:p>
            <w:r>
              <w:t>postpaid</w:t>
            </w:r>
          </w:p>
        </w:tc>
        <w:tc>
          <w:tcPr>
            <w:tcW w:type="dxa" w:w="2880"/>
          </w:tcPr>
          <w:p>
            <w:r>
              <w:t>4</w:t>
            </w:r>
          </w:p>
        </w:tc>
      </w:tr>
      <w:tr>
        <w:tc>
          <w:tcPr>
            <w:tcW w:type="dxa" w:w="2880"/>
          </w:tcPr>
          <w:p>
            <w:r>
              <w:t>2026-03-16</w:t>
            </w:r>
          </w:p>
        </w:tc>
        <w:tc>
          <w:tcPr>
            <w:tcW w:type="dxa" w:w="2880"/>
          </w:tcPr>
          <w:p>
            <w:r>
              <w:t>business</w:t>
            </w:r>
          </w:p>
        </w:tc>
        <w:tc>
          <w:tcPr>
            <w:tcW w:type="dxa" w:w="2880"/>
          </w:tcPr>
          <w:p>
            <w:r>
              <w:t>3</w:t>
            </w:r>
          </w:p>
        </w:tc>
      </w:tr>
      <w:tr>
        <w:tc>
          <w:tcPr>
            <w:tcW w:type="dxa" w:w="2880"/>
          </w:tcPr>
          <w:p>
            <w:r>
              <w:t>2026-03-23</w:t>
            </w:r>
          </w:p>
        </w:tc>
        <w:tc>
          <w:tcPr>
            <w:tcW w:type="dxa" w:w="2880"/>
          </w:tcPr>
          <w:p>
            <w:r>
              <w:t>prepaid</w:t>
            </w:r>
          </w:p>
        </w:tc>
        <w:tc>
          <w:tcPr>
            <w:tcW w:type="dxa" w:w="2880"/>
          </w:tcPr>
          <w:p>
            <w:r>
              <w:t>6</w:t>
            </w:r>
          </w:p>
        </w:tc>
      </w:tr>
      <w:tr>
        <w:tc>
          <w:tcPr>
            <w:tcW w:type="dxa" w:w="2880"/>
          </w:tcPr>
          <w:p>
            <w:r>
              <w:t>2026-03-23</w:t>
            </w:r>
          </w:p>
        </w:tc>
        <w:tc>
          <w:tcPr>
            <w:tcW w:type="dxa" w:w="2880"/>
          </w:tcPr>
          <w:p>
            <w:r>
              <w:t>postpaid</w:t>
            </w:r>
          </w:p>
        </w:tc>
        <w:tc>
          <w:tcPr>
            <w:tcW w:type="dxa" w:w="2880"/>
          </w:tcPr>
          <w:p>
            <w:r>
              <w:t>4</w:t>
            </w:r>
          </w:p>
        </w:tc>
      </w:tr>
      <w:tr>
        <w:tc>
          <w:tcPr>
            <w:tcW w:type="dxa" w:w="2880"/>
          </w:tcPr>
          <w:p>
            <w:r>
              <w:t>2026-03-23</w:t>
            </w:r>
          </w:p>
        </w:tc>
        <w:tc>
          <w:tcPr>
            <w:tcW w:type="dxa" w:w="2880"/>
          </w:tcPr>
          <w:p>
            <w:r>
              <w:t>business</w:t>
            </w:r>
          </w:p>
        </w:tc>
        <w:tc>
          <w:tcPr>
            <w:tcW w:type="dxa" w:w="2880"/>
          </w:tcPr>
          <w:p>
            <w:r>
              <w:t>4</w:t>
            </w:r>
          </w:p>
        </w:tc>
      </w:tr>
      <w:tr>
        <w:tc>
          <w:tcPr>
            <w:tcW w:type="dxa" w:w="2880"/>
          </w:tcPr>
          <w:p>
            <w:r>
              <w:t>2026-03-30</w:t>
            </w:r>
          </w:p>
        </w:tc>
        <w:tc>
          <w:tcPr>
            <w:tcW w:type="dxa" w:w="2880"/>
          </w:tcPr>
          <w:p>
            <w:r>
              <w:t>prepaid</w:t>
            </w:r>
          </w:p>
        </w:tc>
        <w:tc>
          <w:tcPr>
            <w:tcW w:type="dxa" w:w="2880"/>
          </w:tcPr>
          <w:p>
            <w:r>
              <w:t>4</w:t>
            </w:r>
          </w:p>
        </w:tc>
      </w:tr>
      <w:tr>
        <w:tc>
          <w:tcPr>
            <w:tcW w:type="dxa" w:w="2880"/>
          </w:tcPr>
          <w:p>
            <w:r>
              <w:t>2026-03-30</w:t>
            </w:r>
          </w:p>
        </w:tc>
        <w:tc>
          <w:tcPr>
            <w:tcW w:type="dxa" w:w="2880"/>
          </w:tcPr>
          <w:p>
            <w:r>
              <w:t>postpaid</w:t>
            </w:r>
          </w:p>
        </w:tc>
        <w:tc>
          <w:tcPr>
            <w:tcW w:type="dxa" w:w="2880"/>
          </w:tcPr>
          <w:p>
            <w:r>
              <w:t>3</w:t>
            </w:r>
          </w:p>
        </w:tc>
      </w:tr>
      <w:tr>
        <w:tc>
          <w:tcPr>
            <w:tcW w:type="dxa" w:w="2880"/>
          </w:tcPr>
          <w:p>
            <w:r>
              <w:t>2026-03-30</w:t>
            </w:r>
          </w:p>
        </w:tc>
        <w:tc>
          <w:tcPr>
            <w:tcW w:type="dxa" w:w="2880"/>
          </w:tcPr>
          <w:p>
            <w:r>
              <w:t>business</w:t>
            </w:r>
          </w:p>
        </w:tc>
        <w:tc>
          <w:tcPr>
            <w:tcW w:type="dxa" w:w="2880"/>
          </w:tcPr>
          <w:p>
            <w:r>
              <w:t>6</w:t>
            </w:r>
          </w:p>
        </w:tc>
      </w:tr>
      <w:tr>
        <w:tc>
          <w:tcPr>
            <w:tcW w:type="dxa" w:w="2880"/>
          </w:tcPr>
          <w:p>
            <w:r>
              <w:t>2026-04-06</w:t>
            </w:r>
          </w:p>
        </w:tc>
        <w:tc>
          <w:tcPr>
            <w:tcW w:type="dxa" w:w="2880"/>
          </w:tcPr>
          <w:p>
            <w:r>
              <w:t>prepaid</w:t>
            </w:r>
          </w:p>
        </w:tc>
        <w:tc>
          <w:tcPr>
            <w:tcW w:type="dxa" w:w="2880"/>
          </w:tcPr>
          <w:p>
            <w:r>
              <w:t>6</w:t>
            </w:r>
          </w:p>
        </w:tc>
      </w:tr>
      <w:tr>
        <w:tc>
          <w:tcPr>
            <w:tcW w:type="dxa" w:w="2880"/>
          </w:tcPr>
          <w:p>
            <w:r>
              <w:t>2026-04-06</w:t>
            </w:r>
          </w:p>
        </w:tc>
        <w:tc>
          <w:tcPr>
            <w:tcW w:type="dxa" w:w="2880"/>
          </w:tcPr>
          <w:p>
            <w:r>
              <w:t>postpaid</w:t>
            </w:r>
          </w:p>
        </w:tc>
        <w:tc>
          <w:tcPr>
            <w:tcW w:type="dxa" w:w="2880"/>
          </w:tcPr>
          <w:p>
            <w:r>
              <w:t>4</w:t>
            </w:r>
          </w:p>
        </w:tc>
      </w:tr>
      <w:tr>
        <w:tc>
          <w:tcPr>
            <w:tcW w:type="dxa" w:w="2880"/>
          </w:tcPr>
          <w:p>
            <w:r>
              <w:t>2026-04-06</w:t>
            </w:r>
          </w:p>
        </w:tc>
        <w:tc>
          <w:tcPr>
            <w:tcW w:type="dxa" w:w="2880"/>
          </w:tcPr>
          <w:p>
            <w:r>
              <w:t>business</w:t>
            </w:r>
          </w:p>
        </w:tc>
        <w:tc>
          <w:tcPr>
            <w:tcW w:type="dxa" w:w="2880"/>
          </w:tcPr>
          <w:p>
            <w:r>
              <w:t>6</w:t>
            </w:r>
          </w:p>
        </w:tc>
      </w:tr>
      <w:tr>
        <w:tc>
          <w:tcPr>
            <w:tcW w:type="dxa" w:w="2880"/>
          </w:tcPr>
          <w:p>
            <w:r>
              <w:t>2026-04-13</w:t>
            </w:r>
          </w:p>
        </w:tc>
        <w:tc>
          <w:tcPr>
            <w:tcW w:type="dxa" w:w="2880"/>
          </w:tcPr>
          <w:p>
            <w:r>
              <w:t>prepaid</w:t>
            </w:r>
          </w:p>
        </w:tc>
        <w:tc>
          <w:tcPr>
            <w:tcW w:type="dxa" w:w="2880"/>
          </w:tcPr>
          <w:p>
            <w:r>
              <w:t>7</w:t>
            </w:r>
          </w:p>
        </w:tc>
      </w:tr>
      <w:tr>
        <w:tc>
          <w:tcPr>
            <w:tcW w:type="dxa" w:w="2880"/>
          </w:tcPr>
          <w:p>
            <w:r>
              <w:t>2026-04-13</w:t>
            </w:r>
          </w:p>
        </w:tc>
        <w:tc>
          <w:tcPr>
            <w:tcW w:type="dxa" w:w="2880"/>
          </w:tcPr>
          <w:p>
            <w:r>
              <w:t>postpaid</w:t>
            </w:r>
          </w:p>
        </w:tc>
        <w:tc>
          <w:tcPr>
            <w:tcW w:type="dxa" w:w="2880"/>
          </w:tcPr>
          <w:p>
            <w:r>
              <w:t>3</w:t>
            </w:r>
          </w:p>
        </w:tc>
      </w:tr>
      <w:tr>
        <w:tc>
          <w:tcPr>
            <w:tcW w:type="dxa" w:w="2880"/>
          </w:tcPr>
          <w:p>
            <w:r>
              <w:t>2026-04-13</w:t>
            </w:r>
          </w:p>
        </w:tc>
        <w:tc>
          <w:tcPr>
            <w:tcW w:type="dxa" w:w="2880"/>
          </w:tcPr>
          <w:p>
            <w:r>
              <w:t>business</w:t>
            </w:r>
          </w:p>
        </w:tc>
        <w:tc>
          <w:tcPr>
            <w:tcW w:type="dxa" w:w="2880"/>
          </w:tcPr>
          <w:p>
            <w:r>
              <w:t>1</w:t>
            </w:r>
          </w:p>
        </w:tc>
      </w:tr>
      <w:tr>
        <w:tc>
          <w:tcPr>
            <w:tcW w:type="dxa" w:w="2880"/>
          </w:tcPr>
          <w:p>
            <w:r>
              <w:t>2026-04-20</w:t>
            </w:r>
          </w:p>
        </w:tc>
        <w:tc>
          <w:tcPr>
            <w:tcW w:type="dxa" w:w="2880"/>
          </w:tcPr>
          <w:p>
            <w:r>
              <w:t>prepaid</w:t>
            </w:r>
          </w:p>
        </w:tc>
        <w:tc>
          <w:tcPr>
            <w:tcW w:type="dxa" w:w="2880"/>
          </w:tcPr>
          <w:p>
            <w:r>
              <w:t>3</w:t>
            </w:r>
          </w:p>
        </w:tc>
      </w:tr>
      <w:tr>
        <w:tc>
          <w:tcPr>
            <w:tcW w:type="dxa" w:w="2880"/>
          </w:tcPr>
          <w:p>
            <w:r>
              <w:t>2026-04-20</w:t>
            </w:r>
          </w:p>
        </w:tc>
        <w:tc>
          <w:tcPr>
            <w:tcW w:type="dxa" w:w="2880"/>
          </w:tcPr>
          <w:p>
            <w:r>
              <w:t>postpaid</w:t>
            </w:r>
          </w:p>
        </w:tc>
        <w:tc>
          <w:tcPr>
            <w:tcW w:type="dxa" w:w="2880"/>
          </w:tcPr>
          <w:p>
            <w:r>
              <w:t>5</w:t>
            </w:r>
          </w:p>
        </w:tc>
      </w:tr>
      <w:tr>
        <w:tc>
          <w:tcPr>
            <w:tcW w:type="dxa" w:w="2880"/>
          </w:tcPr>
          <w:p>
            <w:r>
              <w:t>2026-04-20</w:t>
            </w:r>
          </w:p>
        </w:tc>
        <w:tc>
          <w:tcPr>
            <w:tcW w:type="dxa" w:w="2880"/>
          </w:tcPr>
          <w:p>
            <w:r>
              <w:t>business</w:t>
            </w:r>
          </w:p>
        </w:tc>
        <w:tc>
          <w:tcPr>
            <w:tcW w:type="dxa" w:w="2880"/>
          </w:tcPr>
          <w:p>
            <w:r>
              <w:t>7</w:t>
            </w:r>
          </w:p>
        </w:tc>
      </w:tr>
      <w:tr>
        <w:tc>
          <w:tcPr>
            <w:tcW w:type="dxa" w:w="2880"/>
          </w:tcPr>
          <w:p>
            <w:r>
              <w:t>2026-04-27</w:t>
            </w:r>
          </w:p>
        </w:tc>
        <w:tc>
          <w:tcPr>
            <w:tcW w:type="dxa" w:w="2880"/>
          </w:tcPr>
          <w:p>
            <w:r>
              <w:t>prepaid</w:t>
            </w:r>
          </w:p>
        </w:tc>
        <w:tc>
          <w:tcPr>
            <w:tcW w:type="dxa" w:w="2880"/>
          </w:tcPr>
          <w:p>
            <w:r>
              <w:t>4</w:t>
            </w:r>
          </w:p>
        </w:tc>
      </w:tr>
      <w:tr>
        <w:tc>
          <w:tcPr>
            <w:tcW w:type="dxa" w:w="2880"/>
          </w:tcPr>
          <w:p>
            <w:r>
              <w:t>2026-04-27</w:t>
            </w:r>
          </w:p>
        </w:tc>
        <w:tc>
          <w:tcPr>
            <w:tcW w:type="dxa" w:w="2880"/>
          </w:tcPr>
          <w:p>
            <w:r>
              <w:t>postpaid</w:t>
            </w:r>
          </w:p>
        </w:tc>
        <w:tc>
          <w:tcPr>
            <w:tcW w:type="dxa" w:w="2880"/>
          </w:tcPr>
          <w:p>
            <w:r>
              <w:t>4</w:t>
            </w:r>
          </w:p>
        </w:tc>
      </w:tr>
      <w:tr>
        <w:tc>
          <w:tcPr>
            <w:tcW w:type="dxa" w:w="2880"/>
          </w:tcPr>
          <w:p>
            <w:r>
              <w:t>2026-04-27</w:t>
            </w:r>
          </w:p>
        </w:tc>
        <w:tc>
          <w:tcPr>
            <w:tcW w:type="dxa" w:w="2880"/>
          </w:tcPr>
          <w:p>
            <w:r>
              <w:t>business</w:t>
            </w:r>
          </w:p>
        </w:tc>
        <w:tc>
          <w:tcPr>
            <w:tcW w:type="dxa" w:w="2880"/>
          </w:tcPr>
          <w:p>
            <w:r>
              <w:t>2</w:t>
            </w:r>
          </w:p>
        </w:tc>
      </w:tr>
      <w:tr>
        <w:tc>
          <w:tcPr>
            <w:tcW w:type="dxa" w:w="2880"/>
          </w:tcPr>
          <w:p>
            <w:r>
              <w:t>2026-05-04</w:t>
            </w:r>
          </w:p>
        </w:tc>
        <w:tc>
          <w:tcPr>
            <w:tcW w:type="dxa" w:w="2880"/>
          </w:tcPr>
          <w:p>
            <w:r>
              <w:t>prepaid</w:t>
            </w:r>
          </w:p>
        </w:tc>
        <w:tc>
          <w:tcPr>
            <w:tcW w:type="dxa" w:w="2880"/>
          </w:tcPr>
          <w:p>
            <w:r>
              <w:t>3</w:t>
            </w:r>
          </w:p>
        </w:tc>
      </w:tr>
      <w:tr>
        <w:tc>
          <w:tcPr>
            <w:tcW w:type="dxa" w:w="2880"/>
          </w:tcPr>
          <w:p>
            <w:r>
              <w:t>2026-05-04</w:t>
            </w:r>
          </w:p>
        </w:tc>
        <w:tc>
          <w:tcPr>
            <w:tcW w:type="dxa" w:w="2880"/>
          </w:tcPr>
          <w:p>
            <w:r>
              <w:t>postpaid</w:t>
            </w:r>
          </w:p>
        </w:tc>
        <w:tc>
          <w:tcPr>
            <w:tcW w:type="dxa" w:w="2880"/>
          </w:tcPr>
          <w:p>
            <w:r>
              <w:t>4</w:t>
            </w:r>
          </w:p>
        </w:tc>
      </w:tr>
      <w:tr>
        <w:tc>
          <w:tcPr>
            <w:tcW w:type="dxa" w:w="2880"/>
          </w:tcPr>
          <w:p>
            <w:r>
              <w:t>2026-05-04</w:t>
            </w:r>
          </w:p>
        </w:tc>
        <w:tc>
          <w:tcPr>
            <w:tcW w:type="dxa" w:w="2880"/>
          </w:tcPr>
          <w:p>
            <w:r>
              <w:t>business</w:t>
            </w:r>
          </w:p>
        </w:tc>
        <w:tc>
          <w:tcPr>
            <w:tcW w:type="dxa" w:w="2880"/>
          </w:tcPr>
          <w:p>
            <w:r>
              <w:t>4</w:t>
            </w:r>
          </w:p>
        </w:tc>
      </w:tr>
      <w:tr>
        <w:tc>
          <w:tcPr>
            <w:tcW w:type="dxa" w:w="2880"/>
          </w:tcPr>
          <w:p>
            <w:r>
              <w:t>2026-05-11</w:t>
            </w:r>
          </w:p>
        </w:tc>
        <w:tc>
          <w:tcPr>
            <w:tcW w:type="dxa" w:w="2880"/>
          </w:tcPr>
          <w:p>
            <w:r>
              <w:t>prepaid</w:t>
            </w:r>
          </w:p>
        </w:tc>
        <w:tc>
          <w:tcPr>
            <w:tcW w:type="dxa" w:w="2880"/>
          </w:tcPr>
          <w:p>
            <w:r>
              <w:t>5</w:t>
            </w:r>
          </w:p>
        </w:tc>
      </w:tr>
      <w:tr>
        <w:tc>
          <w:tcPr>
            <w:tcW w:type="dxa" w:w="2880"/>
          </w:tcPr>
          <w:p>
            <w:r>
              <w:t>2026-05-11</w:t>
            </w:r>
          </w:p>
        </w:tc>
        <w:tc>
          <w:tcPr>
            <w:tcW w:type="dxa" w:w="2880"/>
          </w:tcPr>
          <w:p>
            <w:r>
              <w:t>postpaid</w:t>
            </w:r>
          </w:p>
        </w:tc>
        <w:tc>
          <w:tcPr>
            <w:tcW w:type="dxa" w:w="2880"/>
          </w:tcPr>
          <w:p>
            <w:r>
              <w:t>8</w:t>
            </w:r>
          </w:p>
        </w:tc>
      </w:tr>
      <w:tr>
        <w:tc>
          <w:tcPr>
            <w:tcW w:type="dxa" w:w="2880"/>
          </w:tcPr>
          <w:p>
            <w:r>
              <w:t>2026-05-11</w:t>
            </w:r>
          </w:p>
        </w:tc>
        <w:tc>
          <w:tcPr>
            <w:tcW w:type="dxa" w:w="2880"/>
          </w:tcPr>
          <w:p>
            <w:r>
              <w:t>business</w:t>
            </w:r>
          </w:p>
        </w:tc>
        <w:tc>
          <w:tcPr>
            <w:tcW w:type="dxa" w:w="2880"/>
          </w:tcPr>
          <w:p>
            <w:r>
              <w:t>5</w:t>
            </w:r>
          </w:p>
        </w:tc>
      </w:tr>
      <w:tr>
        <w:tc>
          <w:tcPr>
            <w:tcW w:type="dxa" w:w="2880"/>
          </w:tcPr>
          <w:p>
            <w:r>
              <w:t>2026-05-18</w:t>
            </w:r>
          </w:p>
        </w:tc>
        <w:tc>
          <w:tcPr>
            <w:tcW w:type="dxa" w:w="2880"/>
          </w:tcPr>
          <w:p>
            <w:r>
              <w:t>prepaid</w:t>
            </w:r>
          </w:p>
        </w:tc>
        <w:tc>
          <w:tcPr>
            <w:tcW w:type="dxa" w:w="2880"/>
          </w:tcPr>
          <w:p>
            <w:r>
              <w:t>6</w:t>
            </w:r>
          </w:p>
        </w:tc>
      </w:tr>
      <w:tr>
        <w:tc>
          <w:tcPr>
            <w:tcW w:type="dxa" w:w="2880"/>
          </w:tcPr>
          <w:p>
            <w:r>
              <w:t>2026-05-18</w:t>
            </w:r>
          </w:p>
        </w:tc>
        <w:tc>
          <w:tcPr>
            <w:tcW w:type="dxa" w:w="2880"/>
          </w:tcPr>
          <w:p>
            <w:r>
              <w:t>postpaid</w:t>
            </w:r>
          </w:p>
        </w:tc>
        <w:tc>
          <w:tcPr>
            <w:tcW w:type="dxa" w:w="2880"/>
          </w:tcPr>
          <w:p>
            <w:r>
              <w:t>4</w:t>
            </w:r>
          </w:p>
        </w:tc>
      </w:tr>
      <w:tr>
        <w:tc>
          <w:tcPr>
            <w:tcW w:type="dxa" w:w="2880"/>
          </w:tcPr>
          <w:p>
            <w:r>
              <w:t>2026-05-18</w:t>
            </w:r>
          </w:p>
        </w:tc>
        <w:tc>
          <w:tcPr>
            <w:tcW w:type="dxa" w:w="2880"/>
          </w:tcPr>
          <w:p>
            <w:r>
              <w:t>business</w:t>
            </w:r>
          </w:p>
        </w:tc>
        <w:tc>
          <w:tcPr>
            <w:tcW w:type="dxa" w:w="2880"/>
          </w:tcPr>
          <w:p>
            <w:r>
              <w:t>7</w:t>
            </w:r>
          </w:p>
        </w:tc>
      </w:tr>
      <w:tr>
        <w:tc>
          <w:tcPr>
            <w:tcW w:type="dxa" w:w="2880"/>
          </w:tcPr>
          <w:p>
            <w:r>
              <w:t>2026-05-25</w:t>
            </w:r>
          </w:p>
        </w:tc>
        <w:tc>
          <w:tcPr>
            <w:tcW w:type="dxa" w:w="2880"/>
          </w:tcPr>
          <w:p>
            <w:r>
              <w:t>prepaid</w:t>
            </w:r>
          </w:p>
        </w:tc>
        <w:tc>
          <w:tcPr>
            <w:tcW w:type="dxa" w:w="2880"/>
          </w:tcPr>
          <w:p>
            <w:r>
              <w:t>4</w:t>
            </w:r>
          </w:p>
        </w:tc>
      </w:tr>
      <w:tr>
        <w:tc>
          <w:tcPr>
            <w:tcW w:type="dxa" w:w="2880"/>
          </w:tcPr>
          <w:p>
            <w:r>
              <w:t>2026-05-25</w:t>
            </w:r>
          </w:p>
        </w:tc>
        <w:tc>
          <w:tcPr>
            <w:tcW w:type="dxa" w:w="2880"/>
          </w:tcPr>
          <w:p>
            <w:r>
              <w:t>postpaid</w:t>
            </w:r>
          </w:p>
        </w:tc>
        <w:tc>
          <w:tcPr>
            <w:tcW w:type="dxa" w:w="2880"/>
          </w:tcPr>
          <w:p>
            <w:r>
              <w:t>2</w:t>
            </w:r>
          </w:p>
        </w:tc>
      </w:tr>
      <w:tr>
        <w:tc>
          <w:tcPr>
            <w:tcW w:type="dxa" w:w="2880"/>
          </w:tcPr>
          <w:p>
            <w:r>
              <w:t>2026-05-25</w:t>
            </w:r>
          </w:p>
        </w:tc>
        <w:tc>
          <w:tcPr>
            <w:tcW w:type="dxa" w:w="2880"/>
          </w:tcPr>
          <w:p>
            <w:r>
              <w:t>business</w:t>
            </w:r>
          </w:p>
        </w:tc>
        <w:tc>
          <w:tcPr>
            <w:tcW w:type="dxa" w:w="2880"/>
          </w:tcPr>
          <w:p>
            <w:r>
              <w:t>5</w:t>
            </w:r>
          </w:p>
        </w:tc>
      </w:tr>
      <w:tr>
        <w:tc>
          <w:tcPr>
            <w:tcW w:type="dxa" w:w="2880"/>
          </w:tcPr>
          <w:p>
            <w:r>
              <w:t>2026-06-01</w:t>
            </w:r>
          </w:p>
        </w:tc>
        <w:tc>
          <w:tcPr>
            <w:tcW w:type="dxa" w:w="2880"/>
          </w:tcPr>
          <w:p>
            <w:r>
              <w:t>prepaid</w:t>
            </w:r>
          </w:p>
        </w:tc>
        <w:tc>
          <w:tcPr>
            <w:tcW w:type="dxa" w:w="2880"/>
          </w:tcPr>
          <w:p>
            <w:r>
              <w:t>3</w:t>
            </w:r>
          </w:p>
        </w:tc>
      </w:tr>
      <w:tr>
        <w:tc>
          <w:tcPr>
            <w:tcW w:type="dxa" w:w="2880"/>
          </w:tcPr>
          <w:p>
            <w:r>
              <w:t>2026-06-01</w:t>
            </w:r>
          </w:p>
        </w:tc>
        <w:tc>
          <w:tcPr>
            <w:tcW w:type="dxa" w:w="2880"/>
          </w:tcPr>
          <w:p>
            <w:r>
              <w:t>postpaid</w:t>
            </w:r>
          </w:p>
        </w:tc>
        <w:tc>
          <w:tcPr>
            <w:tcW w:type="dxa" w:w="2880"/>
          </w:tcPr>
          <w:p>
            <w:r>
              <w:t>3</w:t>
            </w:r>
          </w:p>
        </w:tc>
      </w:tr>
      <w:tr>
        <w:tc>
          <w:tcPr>
            <w:tcW w:type="dxa" w:w="2880"/>
          </w:tcPr>
          <w:p>
            <w:r>
              <w:t>2026-06-01</w:t>
            </w:r>
          </w:p>
        </w:tc>
        <w:tc>
          <w:tcPr>
            <w:tcW w:type="dxa" w:w="2880"/>
          </w:tcPr>
          <w:p>
            <w:r>
              <w:t>business</w:t>
            </w:r>
          </w:p>
        </w:tc>
        <w:tc>
          <w:tcPr>
            <w:tcW w:type="dxa" w:w="2880"/>
          </w:tcPr>
          <w:p>
            <w:r>
              <w:t>2</w:t>
            </w:r>
          </w:p>
        </w:tc>
      </w:tr>
      <w:tr>
        <w:tc>
          <w:tcPr>
            <w:tcW w:type="dxa" w:w="2880"/>
          </w:tcPr>
          <w:p>
            <w:r>
              <w:t>2026-06-08</w:t>
            </w:r>
          </w:p>
        </w:tc>
        <w:tc>
          <w:tcPr>
            <w:tcW w:type="dxa" w:w="2880"/>
          </w:tcPr>
          <w:p>
            <w:r>
              <w:t>prepaid</w:t>
            </w:r>
          </w:p>
        </w:tc>
        <w:tc>
          <w:tcPr>
            <w:tcW w:type="dxa" w:w="2880"/>
          </w:tcPr>
          <w:p>
            <w:r>
              <w:t>4</w:t>
            </w:r>
          </w:p>
        </w:tc>
      </w:tr>
      <w:tr>
        <w:tc>
          <w:tcPr>
            <w:tcW w:type="dxa" w:w="2880"/>
          </w:tcPr>
          <w:p>
            <w:r>
              <w:t>2026-06-08</w:t>
            </w:r>
          </w:p>
        </w:tc>
        <w:tc>
          <w:tcPr>
            <w:tcW w:type="dxa" w:w="2880"/>
          </w:tcPr>
          <w:p>
            <w:r>
              <w:t>postpaid</w:t>
            </w:r>
          </w:p>
        </w:tc>
        <w:tc>
          <w:tcPr>
            <w:tcW w:type="dxa" w:w="2880"/>
          </w:tcPr>
          <w:p>
            <w:r>
              <w:t>4</w:t>
            </w:r>
          </w:p>
        </w:tc>
      </w:tr>
      <w:tr>
        <w:tc>
          <w:tcPr>
            <w:tcW w:type="dxa" w:w="2880"/>
          </w:tcPr>
          <w:p>
            <w:r>
              <w:t>2026-06-08</w:t>
            </w:r>
          </w:p>
        </w:tc>
        <w:tc>
          <w:tcPr>
            <w:tcW w:type="dxa" w:w="2880"/>
          </w:tcPr>
          <w:p>
            <w:r>
              <w:t>business</w:t>
            </w:r>
          </w:p>
        </w:tc>
        <w:tc>
          <w:tcPr>
            <w:tcW w:type="dxa" w:w="2880"/>
          </w:tcPr>
          <w:p>
            <w:r>
              <w:t>5</w:t>
            </w:r>
          </w:p>
        </w:tc>
      </w:tr>
      <w:tr>
        <w:tc>
          <w:tcPr>
            <w:tcW w:type="dxa" w:w="2880"/>
          </w:tcPr>
          <w:p>
            <w:r>
              <w:t>2026-06-15</w:t>
            </w:r>
          </w:p>
        </w:tc>
        <w:tc>
          <w:tcPr>
            <w:tcW w:type="dxa" w:w="2880"/>
          </w:tcPr>
          <w:p>
            <w:r>
              <w:t>prepaid</w:t>
            </w:r>
          </w:p>
        </w:tc>
        <w:tc>
          <w:tcPr>
            <w:tcW w:type="dxa" w:w="2880"/>
          </w:tcPr>
          <w:p>
            <w:r>
              <w:t>9</w:t>
            </w:r>
          </w:p>
        </w:tc>
      </w:tr>
      <w:tr>
        <w:tc>
          <w:tcPr>
            <w:tcW w:type="dxa" w:w="2880"/>
          </w:tcPr>
          <w:p>
            <w:r>
              <w:t>2026-06-15</w:t>
            </w:r>
          </w:p>
        </w:tc>
        <w:tc>
          <w:tcPr>
            <w:tcW w:type="dxa" w:w="2880"/>
          </w:tcPr>
          <w:p>
            <w:r>
              <w:t>postpaid</w:t>
            </w:r>
          </w:p>
        </w:tc>
        <w:tc>
          <w:tcPr>
            <w:tcW w:type="dxa" w:w="2880"/>
          </w:tcPr>
          <w:p>
            <w:r>
              <w:t>4</w:t>
            </w:r>
          </w:p>
        </w:tc>
      </w:tr>
      <w:tr>
        <w:tc>
          <w:tcPr>
            <w:tcW w:type="dxa" w:w="2880"/>
          </w:tcPr>
          <w:p>
            <w:r>
              <w:t>2026-06-15</w:t>
            </w:r>
          </w:p>
        </w:tc>
        <w:tc>
          <w:tcPr>
            <w:tcW w:type="dxa" w:w="2880"/>
          </w:tcPr>
          <w:p>
            <w:r>
              <w:t>business</w:t>
            </w:r>
          </w:p>
        </w:tc>
        <w:tc>
          <w:tcPr>
            <w:tcW w:type="dxa" w:w="2880"/>
          </w:tcPr>
          <w:p>
            <w:r>
              <w:t>3</w:t>
            </w:r>
          </w:p>
        </w:tc>
      </w:tr>
      <w:tr>
        <w:tc>
          <w:tcPr>
            <w:tcW w:type="dxa" w:w="2880"/>
          </w:tcPr>
          <w:p>
            <w:r>
              <w:t>2026-06-22</w:t>
            </w:r>
          </w:p>
        </w:tc>
        <w:tc>
          <w:tcPr>
            <w:tcW w:type="dxa" w:w="2880"/>
          </w:tcPr>
          <w:p>
            <w:r>
              <w:t>prepaid</w:t>
            </w:r>
          </w:p>
        </w:tc>
        <w:tc>
          <w:tcPr>
            <w:tcW w:type="dxa" w:w="2880"/>
          </w:tcPr>
          <w:p>
            <w:r>
              <w:t>5</w:t>
            </w:r>
          </w:p>
        </w:tc>
      </w:tr>
      <w:tr>
        <w:tc>
          <w:tcPr>
            <w:tcW w:type="dxa" w:w="2880"/>
          </w:tcPr>
          <w:p>
            <w:r>
              <w:t>2026-06-22</w:t>
            </w:r>
          </w:p>
        </w:tc>
        <w:tc>
          <w:tcPr>
            <w:tcW w:type="dxa" w:w="2880"/>
          </w:tcPr>
          <w:p>
            <w:r>
              <w:t>postpaid</w:t>
            </w:r>
          </w:p>
        </w:tc>
        <w:tc>
          <w:tcPr>
            <w:tcW w:type="dxa" w:w="2880"/>
          </w:tcPr>
          <w:p>
            <w:r>
              <w:t>6</w:t>
            </w:r>
          </w:p>
        </w:tc>
      </w:tr>
      <w:tr>
        <w:tc>
          <w:tcPr>
            <w:tcW w:type="dxa" w:w="2880"/>
          </w:tcPr>
          <w:p>
            <w:r>
              <w:t>2026-06-22</w:t>
            </w:r>
          </w:p>
        </w:tc>
        <w:tc>
          <w:tcPr>
            <w:tcW w:type="dxa" w:w="2880"/>
          </w:tcPr>
          <w:p>
            <w:r>
              <w:t>business</w:t>
            </w:r>
          </w:p>
        </w:tc>
        <w:tc>
          <w:tcPr>
            <w:tcW w:type="dxa" w:w="2880"/>
          </w:tcPr>
          <w:p>
            <w:r>
              <w:t>4</w:t>
            </w:r>
          </w:p>
        </w:tc>
      </w:tr>
      <w:tr>
        <w:tc>
          <w:tcPr>
            <w:tcW w:type="dxa" w:w="2880"/>
          </w:tcPr>
          <w:p>
            <w:r>
              <w:t>2026-06-29</w:t>
            </w:r>
          </w:p>
        </w:tc>
        <w:tc>
          <w:tcPr>
            <w:tcW w:type="dxa" w:w="2880"/>
          </w:tcPr>
          <w:p>
            <w:r>
              <w:t>prepaid</w:t>
            </w:r>
          </w:p>
        </w:tc>
        <w:tc>
          <w:tcPr>
            <w:tcW w:type="dxa" w:w="2880"/>
          </w:tcPr>
          <w:p>
            <w:r>
              <w:t>4</w:t>
            </w:r>
          </w:p>
        </w:tc>
      </w:tr>
      <w:tr>
        <w:tc>
          <w:tcPr>
            <w:tcW w:type="dxa" w:w="2880"/>
          </w:tcPr>
          <w:p>
            <w:r>
              <w:t>2026-06-29</w:t>
            </w:r>
          </w:p>
        </w:tc>
        <w:tc>
          <w:tcPr>
            <w:tcW w:type="dxa" w:w="2880"/>
          </w:tcPr>
          <w:p>
            <w:r>
              <w:t>postpaid</w:t>
            </w:r>
          </w:p>
        </w:tc>
        <w:tc>
          <w:tcPr>
            <w:tcW w:type="dxa" w:w="2880"/>
          </w:tcPr>
          <w:p>
            <w:r>
              <w:t>2</w:t>
            </w:r>
          </w:p>
        </w:tc>
      </w:tr>
      <w:tr>
        <w:tc>
          <w:tcPr>
            <w:tcW w:type="dxa" w:w="2880"/>
          </w:tcPr>
          <w:p>
            <w:r>
              <w:t>2026-06-29</w:t>
            </w:r>
          </w:p>
        </w:tc>
        <w:tc>
          <w:tcPr>
            <w:tcW w:type="dxa" w:w="2880"/>
          </w:tcPr>
          <w:p>
            <w:r>
              <w:t>business</w:t>
            </w:r>
          </w:p>
        </w:tc>
        <w:tc>
          <w:tcPr>
            <w:tcW w:type="dxa" w:w="2880"/>
          </w:tcPr>
          <w:p>
            <w:r>
              <w:t>5</w:t>
            </w:r>
          </w:p>
        </w:tc>
      </w:tr>
      <w:tr>
        <w:tc>
          <w:tcPr>
            <w:tcW w:type="dxa" w:w="2880"/>
          </w:tcPr>
          <w:p>
            <w:r>
              <w:t>2026-07-06</w:t>
            </w:r>
          </w:p>
        </w:tc>
        <w:tc>
          <w:tcPr>
            <w:tcW w:type="dxa" w:w="2880"/>
          </w:tcPr>
          <w:p>
            <w:r>
              <w:t>prepaid</w:t>
            </w:r>
          </w:p>
        </w:tc>
        <w:tc>
          <w:tcPr>
            <w:tcW w:type="dxa" w:w="2880"/>
          </w:tcPr>
          <w:p>
            <w:r>
              <w:t>7</w:t>
            </w:r>
          </w:p>
        </w:tc>
      </w:tr>
      <w:tr>
        <w:tc>
          <w:tcPr>
            <w:tcW w:type="dxa" w:w="2880"/>
          </w:tcPr>
          <w:p>
            <w:r>
              <w:t>2026-07-06</w:t>
            </w:r>
          </w:p>
        </w:tc>
        <w:tc>
          <w:tcPr>
            <w:tcW w:type="dxa" w:w="2880"/>
          </w:tcPr>
          <w:p>
            <w:r>
              <w:t>postpaid</w:t>
            </w:r>
          </w:p>
        </w:tc>
        <w:tc>
          <w:tcPr>
            <w:tcW w:type="dxa" w:w="2880"/>
          </w:tcPr>
          <w:p>
            <w:r>
              <w:t>3</w:t>
            </w:r>
          </w:p>
        </w:tc>
      </w:tr>
      <w:tr>
        <w:tc>
          <w:tcPr>
            <w:tcW w:type="dxa" w:w="2880"/>
          </w:tcPr>
          <w:p>
            <w:r>
              <w:t>2026-07-06</w:t>
            </w:r>
          </w:p>
        </w:tc>
        <w:tc>
          <w:tcPr>
            <w:tcW w:type="dxa" w:w="2880"/>
          </w:tcPr>
          <w:p>
            <w:r>
              <w:t>business</w:t>
            </w:r>
          </w:p>
        </w:tc>
        <w:tc>
          <w:tcPr>
            <w:tcW w:type="dxa" w:w="2880"/>
          </w:tcPr>
          <w:p>
            <w:r>
              <w:t>8</w:t>
            </w:r>
          </w:p>
        </w:tc>
      </w:tr>
      <w:tr>
        <w:tc>
          <w:tcPr>
            <w:tcW w:type="dxa" w:w="2880"/>
          </w:tcPr>
          <w:p>
            <w:r>
              <w:t>2026-07-13</w:t>
            </w:r>
          </w:p>
        </w:tc>
        <w:tc>
          <w:tcPr>
            <w:tcW w:type="dxa" w:w="2880"/>
          </w:tcPr>
          <w:p>
            <w:r>
              <w:t>prepaid</w:t>
            </w:r>
          </w:p>
        </w:tc>
        <w:tc>
          <w:tcPr>
            <w:tcW w:type="dxa" w:w="2880"/>
          </w:tcPr>
          <w:p>
            <w:r>
              <w:t>5</w:t>
            </w:r>
          </w:p>
        </w:tc>
      </w:tr>
      <w:tr>
        <w:tc>
          <w:tcPr>
            <w:tcW w:type="dxa" w:w="2880"/>
          </w:tcPr>
          <w:p>
            <w:r>
              <w:t>2026-07-13</w:t>
            </w:r>
          </w:p>
        </w:tc>
        <w:tc>
          <w:tcPr>
            <w:tcW w:type="dxa" w:w="2880"/>
          </w:tcPr>
          <w:p>
            <w:r>
              <w:t>postpaid</w:t>
            </w:r>
          </w:p>
        </w:tc>
        <w:tc>
          <w:tcPr>
            <w:tcW w:type="dxa" w:w="2880"/>
          </w:tcPr>
          <w:p>
            <w:r>
              <w:t>3</w:t>
            </w:r>
          </w:p>
        </w:tc>
      </w:tr>
      <w:tr>
        <w:tc>
          <w:tcPr>
            <w:tcW w:type="dxa" w:w="2880"/>
          </w:tcPr>
          <w:p>
            <w:r>
              <w:t>2026-07-13</w:t>
            </w:r>
          </w:p>
        </w:tc>
        <w:tc>
          <w:tcPr>
            <w:tcW w:type="dxa" w:w="2880"/>
          </w:tcPr>
          <w:p>
            <w:r>
              <w:t>business</w:t>
            </w:r>
          </w:p>
        </w:tc>
        <w:tc>
          <w:tcPr>
            <w:tcW w:type="dxa" w:w="2880"/>
          </w:tcPr>
          <w:p>
            <w:r>
              <w:t>5</w:t>
            </w:r>
          </w:p>
        </w:tc>
      </w:tr>
      <w:tr>
        <w:tc>
          <w:tcPr>
            <w:tcW w:type="dxa" w:w="2880"/>
          </w:tcPr>
          <w:p>
            <w:r>
              <w:t>2026-07-20</w:t>
            </w:r>
          </w:p>
        </w:tc>
        <w:tc>
          <w:tcPr>
            <w:tcW w:type="dxa" w:w="2880"/>
          </w:tcPr>
          <w:p>
            <w:r>
              <w:t>prepaid</w:t>
            </w:r>
          </w:p>
        </w:tc>
        <w:tc>
          <w:tcPr>
            <w:tcW w:type="dxa" w:w="2880"/>
          </w:tcPr>
          <w:p>
            <w:r>
              <w:t>4</w:t>
            </w:r>
          </w:p>
        </w:tc>
      </w:tr>
      <w:tr>
        <w:tc>
          <w:tcPr>
            <w:tcW w:type="dxa" w:w="2880"/>
          </w:tcPr>
          <w:p>
            <w:r>
              <w:t>2026-07-20</w:t>
            </w:r>
          </w:p>
        </w:tc>
        <w:tc>
          <w:tcPr>
            <w:tcW w:type="dxa" w:w="2880"/>
          </w:tcPr>
          <w:p>
            <w:r>
              <w:t>postpaid</w:t>
            </w:r>
          </w:p>
        </w:tc>
        <w:tc>
          <w:tcPr>
            <w:tcW w:type="dxa" w:w="2880"/>
          </w:tcPr>
          <w:p>
            <w:r>
              <w:t>5</w:t>
            </w:r>
          </w:p>
        </w:tc>
      </w:tr>
      <w:tr>
        <w:tc>
          <w:tcPr>
            <w:tcW w:type="dxa" w:w="2880"/>
          </w:tcPr>
          <w:p>
            <w:r>
              <w:t>2026-07-20</w:t>
            </w:r>
          </w:p>
        </w:tc>
        <w:tc>
          <w:tcPr>
            <w:tcW w:type="dxa" w:w="2880"/>
          </w:tcPr>
          <w:p>
            <w:r>
              <w:t>business</w:t>
            </w:r>
          </w:p>
        </w:tc>
        <w:tc>
          <w:tcPr>
            <w:tcW w:type="dxa" w:w="2880"/>
          </w:tcPr>
          <w:p>
            <w:r>
              <w:t>4</w:t>
            </w:r>
          </w:p>
        </w:tc>
      </w:tr>
      <w:tr>
        <w:tc>
          <w:tcPr>
            <w:tcW w:type="dxa" w:w="2880"/>
          </w:tcPr>
          <w:p>
            <w:r>
              <w:t>2026-07-27</w:t>
            </w:r>
          </w:p>
        </w:tc>
        <w:tc>
          <w:tcPr>
            <w:tcW w:type="dxa" w:w="2880"/>
          </w:tcPr>
          <w:p>
            <w:r>
              <w:t>prepaid</w:t>
            </w:r>
          </w:p>
        </w:tc>
        <w:tc>
          <w:tcPr>
            <w:tcW w:type="dxa" w:w="2880"/>
          </w:tcPr>
          <w:p>
            <w:r>
              <w:t>6</w:t>
            </w:r>
          </w:p>
        </w:tc>
      </w:tr>
      <w:tr>
        <w:tc>
          <w:tcPr>
            <w:tcW w:type="dxa" w:w="2880"/>
          </w:tcPr>
          <w:p>
            <w:r>
              <w:t>2026-07-27</w:t>
            </w:r>
          </w:p>
        </w:tc>
        <w:tc>
          <w:tcPr>
            <w:tcW w:type="dxa" w:w="2880"/>
          </w:tcPr>
          <w:p>
            <w:r>
              <w:t>postpaid</w:t>
            </w:r>
          </w:p>
        </w:tc>
        <w:tc>
          <w:tcPr>
            <w:tcW w:type="dxa" w:w="2880"/>
          </w:tcPr>
          <w:p>
            <w:r>
              <w:t>7</w:t>
            </w:r>
          </w:p>
        </w:tc>
      </w:tr>
      <w:tr>
        <w:tc>
          <w:tcPr>
            <w:tcW w:type="dxa" w:w="2880"/>
          </w:tcPr>
          <w:p>
            <w:r>
              <w:t>2026-07-27</w:t>
            </w:r>
          </w:p>
        </w:tc>
        <w:tc>
          <w:tcPr>
            <w:tcW w:type="dxa" w:w="2880"/>
          </w:tcPr>
          <w:p>
            <w:r>
              <w:t>business</w:t>
            </w:r>
          </w:p>
        </w:tc>
        <w:tc>
          <w:tcPr>
            <w:tcW w:type="dxa" w:w="2880"/>
          </w:tcPr>
          <w:p>
            <w:r>
              <w:t>3</w:t>
            </w:r>
          </w:p>
        </w:tc>
      </w:tr>
      <w:tr>
        <w:tc>
          <w:tcPr>
            <w:tcW w:type="dxa" w:w="2880"/>
          </w:tcPr>
          <w:p>
            <w:r>
              <w:t>2026-08-03</w:t>
            </w:r>
          </w:p>
        </w:tc>
        <w:tc>
          <w:tcPr>
            <w:tcW w:type="dxa" w:w="2880"/>
          </w:tcPr>
          <w:p>
            <w:r>
              <w:t>prepaid</w:t>
            </w:r>
          </w:p>
        </w:tc>
        <w:tc>
          <w:tcPr>
            <w:tcW w:type="dxa" w:w="2880"/>
          </w:tcPr>
          <w:p>
            <w:r>
              <w:t>5</w:t>
            </w:r>
          </w:p>
        </w:tc>
      </w:tr>
      <w:tr>
        <w:tc>
          <w:tcPr>
            <w:tcW w:type="dxa" w:w="2880"/>
          </w:tcPr>
          <w:p>
            <w:r>
              <w:t>2026-08-03</w:t>
            </w:r>
          </w:p>
        </w:tc>
        <w:tc>
          <w:tcPr>
            <w:tcW w:type="dxa" w:w="2880"/>
          </w:tcPr>
          <w:p>
            <w:r>
              <w:t>postpaid</w:t>
            </w:r>
          </w:p>
        </w:tc>
        <w:tc>
          <w:tcPr>
            <w:tcW w:type="dxa" w:w="2880"/>
          </w:tcPr>
          <w:p>
            <w:r>
              <w:t>4</w:t>
            </w:r>
          </w:p>
        </w:tc>
      </w:tr>
      <w:tr>
        <w:tc>
          <w:tcPr>
            <w:tcW w:type="dxa" w:w="2880"/>
          </w:tcPr>
          <w:p>
            <w:r>
              <w:t>2026-08-03</w:t>
            </w:r>
          </w:p>
        </w:tc>
        <w:tc>
          <w:tcPr>
            <w:tcW w:type="dxa" w:w="2880"/>
          </w:tcPr>
          <w:p>
            <w:r>
              <w:t>business</w:t>
            </w:r>
          </w:p>
        </w:tc>
        <w:tc>
          <w:tcPr>
            <w:tcW w:type="dxa" w:w="2880"/>
          </w:tcPr>
          <w:p>
            <w:r>
              <w:t>5</w:t>
            </w:r>
          </w:p>
        </w:tc>
      </w:tr>
      <w:tr>
        <w:tc>
          <w:tcPr>
            <w:tcW w:type="dxa" w:w="2880"/>
          </w:tcPr>
          <w:p>
            <w:r>
              <w:t>2026-08-10</w:t>
            </w:r>
          </w:p>
        </w:tc>
        <w:tc>
          <w:tcPr>
            <w:tcW w:type="dxa" w:w="2880"/>
          </w:tcPr>
          <w:p>
            <w:r>
              <w:t>prepaid</w:t>
            </w:r>
          </w:p>
        </w:tc>
        <w:tc>
          <w:tcPr>
            <w:tcW w:type="dxa" w:w="2880"/>
          </w:tcPr>
          <w:p>
            <w:r>
              <w:t>4</w:t>
            </w:r>
          </w:p>
        </w:tc>
      </w:tr>
      <w:tr>
        <w:tc>
          <w:tcPr>
            <w:tcW w:type="dxa" w:w="2880"/>
          </w:tcPr>
          <w:p>
            <w:r>
              <w:t>2026-08-10</w:t>
            </w:r>
          </w:p>
        </w:tc>
        <w:tc>
          <w:tcPr>
            <w:tcW w:type="dxa" w:w="2880"/>
          </w:tcPr>
          <w:p>
            <w:r>
              <w:t>postpaid</w:t>
            </w:r>
          </w:p>
        </w:tc>
        <w:tc>
          <w:tcPr>
            <w:tcW w:type="dxa" w:w="2880"/>
          </w:tcPr>
          <w:p>
            <w:r>
              <w:t>4</w:t>
            </w:r>
          </w:p>
        </w:tc>
      </w:tr>
      <w:tr>
        <w:tc>
          <w:tcPr>
            <w:tcW w:type="dxa" w:w="2880"/>
          </w:tcPr>
          <w:p>
            <w:r>
              <w:t>2026-08-10</w:t>
            </w:r>
          </w:p>
        </w:tc>
        <w:tc>
          <w:tcPr>
            <w:tcW w:type="dxa" w:w="2880"/>
          </w:tcPr>
          <w:p>
            <w:r>
              <w:t>business</w:t>
            </w:r>
          </w:p>
        </w:tc>
        <w:tc>
          <w:tcPr>
            <w:tcW w:type="dxa" w:w="2880"/>
          </w:tcPr>
          <w:p>
            <w:r>
              <w:t>1</w:t>
            </w:r>
          </w:p>
        </w:tc>
      </w:tr>
      <w:tr>
        <w:tc>
          <w:tcPr>
            <w:tcW w:type="dxa" w:w="2880"/>
          </w:tcPr>
          <w:p>
            <w:r>
              <w:t>2026-08-17</w:t>
            </w:r>
          </w:p>
        </w:tc>
        <w:tc>
          <w:tcPr>
            <w:tcW w:type="dxa" w:w="2880"/>
          </w:tcPr>
          <w:p>
            <w:r>
              <w:t>prepaid</w:t>
            </w:r>
          </w:p>
        </w:tc>
        <w:tc>
          <w:tcPr>
            <w:tcW w:type="dxa" w:w="2880"/>
          </w:tcPr>
          <w:p>
            <w:r>
              <w:t>7</w:t>
            </w:r>
          </w:p>
        </w:tc>
      </w:tr>
      <w:tr>
        <w:tc>
          <w:tcPr>
            <w:tcW w:type="dxa" w:w="2880"/>
          </w:tcPr>
          <w:p>
            <w:r>
              <w:t>2026-08-17</w:t>
            </w:r>
          </w:p>
        </w:tc>
        <w:tc>
          <w:tcPr>
            <w:tcW w:type="dxa" w:w="2880"/>
          </w:tcPr>
          <w:p>
            <w:r>
              <w:t>postpaid</w:t>
            </w:r>
          </w:p>
        </w:tc>
        <w:tc>
          <w:tcPr>
            <w:tcW w:type="dxa" w:w="2880"/>
          </w:tcPr>
          <w:p>
            <w:r>
              <w:t>3</w:t>
            </w:r>
          </w:p>
        </w:tc>
      </w:tr>
      <w:tr>
        <w:tc>
          <w:tcPr>
            <w:tcW w:type="dxa" w:w="2880"/>
          </w:tcPr>
          <w:p>
            <w:r>
              <w:t>2026-08-17</w:t>
            </w:r>
          </w:p>
        </w:tc>
        <w:tc>
          <w:tcPr>
            <w:tcW w:type="dxa" w:w="2880"/>
          </w:tcPr>
          <w:p>
            <w:r>
              <w:t>business</w:t>
            </w:r>
          </w:p>
        </w:tc>
        <w:tc>
          <w:tcPr>
            <w:tcW w:type="dxa" w:w="2880"/>
          </w:tcPr>
          <w:p>
            <w:r>
              <w:t>7</w:t>
            </w:r>
          </w:p>
        </w:tc>
      </w:tr>
      <w:tr>
        <w:tc>
          <w:tcPr>
            <w:tcW w:type="dxa" w:w="2880"/>
          </w:tcPr>
          <w:p>
            <w:r>
              <w:t>2026-08-24</w:t>
            </w:r>
          </w:p>
        </w:tc>
        <w:tc>
          <w:tcPr>
            <w:tcW w:type="dxa" w:w="2880"/>
          </w:tcPr>
          <w:p>
            <w:r>
              <w:t>prepaid</w:t>
            </w:r>
          </w:p>
        </w:tc>
        <w:tc>
          <w:tcPr>
            <w:tcW w:type="dxa" w:w="2880"/>
          </w:tcPr>
          <w:p>
            <w:r>
              <w:t>3</w:t>
            </w:r>
          </w:p>
        </w:tc>
      </w:tr>
      <w:tr>
        <w:tc>
          <w:tcPr>
            <w:tcW w:type="dxa" w:w="2880"/>
          </w:tcPr>
          <w:p>
            <w:r>
              <w:t>2026-08-24</w:t>
            </w:r>
          </w:p>
        </w:tc>
        <w:tc>
          <w:tcPr>
            <w:tcW w:type="dxa" w:w="2880"/>
          </w:tcPr>
          <w:p>
            <w:r>
              <w:t>postpaid</w:t>
            </w:r>
          </w:p>
        </w:tc>
        <w:tc>
          <w:tcPr>
            <w:tcW w:type="dxa" w:w="2880"/>
          </w:tcPr>
          <w:p>
            <w:r>
              <w:t>8</w:t>
            </w:r>
          </w:p>
        </w:tc>
      </w:tr>
      <w:tr>
        <w:tc>
          <w:tcPr>
            <w:tcW w:type="dxa" w:w="2880"/>
          </w:tcPr>
          <w:p>
            <w:r>
              <w:t>2026-08-24</w:t>
            </w:r>
          </w:p>
        </w:tc>
        <w:tc>
          <w:tcPr>
            <w:tcW w:type="dxa" w:w="2880"/>
          </w:tcPr>
          <w:p>
            <w:r>
              <w:t>business</w:t>
            </w:r>
          </w:p>
        </w:tc>
        <w:tc>
          <w:tcPr>
            <w:tcW w:type="dxa" w:w="2880"/>
          </w:tcPr>
          <w:p>
            <w:r>
              <w:t>8</w:t>
            </w:r>
          </w:p>
        </w:tc>
      </w:tr>
      <w:tr>
        <w:tc>
          <w:tcPr>
            <w:tcW w:type="dxa" w:w="2880"/>
          </w:tcPr>
          <w:p>
            <w:r>
              <w:t>2026-08-31</w:t>
            </w:r>
          </w:p>
        </w:tc>
        <w:tc>
          <w:tcPr>
            <w:tcW w:type="dxa" w:w="2880"/>
          </w:tcPr>
          <w:p>
            <w:r>
              <w:t>prepaid</w:t>
            </w:r>
          </w:p>
        </w:tc>
        <w:tc>
          <w:tcPr>
            <w:tcW w:type="dxa" w:w="2880"/>
          </w:tcPr>
          <w:p>
            <w:r>
              <w:t>5</w:t>
            </w:r>
          </w:p>
        </w:tc>
      </w:tr>
      <w:tr>
        <w:tc>
          <w:tcPr>
            <w:tcW w:type="dxa" w:w="2880"/>
          </w:tcPr>
          <w:p>
            <w:r>
              <w:t>2026-08-31</w:t>
            </w:r>
          </w:p>
        </w:tc>
        <w:tc>
          <w:tcPr>
            <w:tcW w:type="dxa" w:w="2880"/>
          </w:tcPr>
          <w:p>
            <w:r>
              <w:t>postpaid</w:t>
            </w:r>
          </w:p>
        </w:tc>
        <w:tc>
          <w:tcPr>
            <w:tcW w:type="dxa" w:w="2880"/>
          </w:tcPr>
          <w:p>
            <w:r>
              <w:t>8</w:t>
            </w:r>
          </w:p>
        </w:tc>
      </w:tr>
      <w:tr>
        <w:tc>
          <w:tcPr>
            <w:tcW w:type="dxa" w:w="2880"/>
          </w:tcPr>
          <w:p>
            <w:r>
              <w:t>2026-08-31</w:t>
            </w:r>
          </w:p>
        </w:tc>
        <w:tc>
          <w:tcPr>
            <w:tcW w:type="dxa" w:w="2880"/>
          </w:tcPr>
          <w:p>
            <w:r>
              <w:t>business</w:t>
            </w:r>
          </w:p>
        </w:tc>
        <w:tc>
          <w:tcPr>
            <w:tcW w:type="dxa" w:w="2880"/>
          </w:tcPr>
          <w:p>
            <w:r>
              <w:t>2</w:t>
            </w:r>
          </w:p>
        </w:tc>
      </w:tr>
      <w:tr>
        <w:tc>
          <w:tcPr>
            <w:tcW w:type="dxa" w:w="2880"/>
          </w:tcPr>
          <w:p>
            <w:r>
              <w:t>2026-09-07</w:t>
            </w:r>
          </w:p>
        </w:tc>
        <w:tc>
          <w:tcPr>
            <w:tcW w:type="dxa" w:w="2880"/>
          </w:tcPr>
          <w:p>
            <w:r>
              <w:t>prepaid</w:t>
            </w:r>
          </w:p>
        </w:tc>
        <w:tc>
          <w:tcPr>
            <w:tcW w:type="dxa" w:w="2880"/>
          </w:tcPr>
          <w:p>
            <w:r>
              <w:t>5</w:t>
            </w:r>
          </w:p>
        </w:tc>
      </w:tr>
      <w:tr>
        <w:tc>
          <w:tcPr>
            <w:tcW w:type="dxa" w:w="2880"/>
          </w:tcPr>
          <w:p>
            <w:r>
              <w:t>2026-09-07</w:t>
            </w:r>
          </w:p>
        </w:tc>
        <w:tc>
          <w:tcPr>
            <w:tcW w:type="dxa" w:w="2880"/>
          </w:tcPr>
          <w:p>
            <w:r>
              <w:t>postpaid</w:t>
            </w:r>
          </w:p>
        </w:tc>
        <w:tc>
          <w:tcPr>
            <w:tcW w:type="dxa" w:w="2880"/>
          </w:tcPr>
          <w:p>
            <w:r>
              <w:t>2</w:t>
            </w:r>
          </w:p>
        </w:tc>
      </w:tr>
      <w:tr>
        <w:tc>
          <w:tcPr>
            <w:tcW w:type="dxa" w:w="2880"/>
          </w:tcPr>
          <w:p>
            <w:r>
              <w:t>2026-09-07</w:t>
            </w:r>
          </w:p>
        </w:tc>
        <w:tc>
          <w:tcPr>
            <w:tcW w:type="dxa" w:w="2880"/>
          </w:tcPr>
          <w:p>
            <w:r>
              <w:t>business</w:t>
            </w:r>
          </w:p>
        </w:tc>
        <w:tc>
          <w:tcPr>
            <w:tcW w:type="dxa" w:w="2880"/>
          </w:tcPr>
          <w:p>
            <w:r>
              <w:t>3</w:t>
            </w:r>
          </w:p>
        </w:tc>
      </w:tr>
      <w:tr>
        <w:tc>
          <w:tcPr>
            <w:tcW w:type="dxa" w:w="2880"/>
          </w:tcPr>
          <w:p>
            <w:r>
              <w:t>2026-09-14</w:t>
            </w:r>
          </w:p>
        </w:tc>
        <w:tc>
          <w:tcPr>
            <w:tcW w:type="dxa" w:w="2880"/>
          </w:tcPr>
          <w:p>
            <w:r>
              <w:t>prepaid</w:t>
            </w:r>
          </w:p>
        </w:tc>
        <w:tc>
          <w:tcPr>
            <w:tcW w:type="dxa" w:w="2880"/>
          </w:tcPr>
          <w:p>
            <w:r>
              <w:t>4</w:t>
            </w:r>
          </w:p>
        </w:tc>
      </w:tr>
      <w:tr>
        <w:tc>
          <w:tcPr>
            <w:tcW w:type="dxa" w:w="2880"/>
          </w:tcPr>
          <w:p>
            <w:r>
              <w:t>2026-09-14</w:t>
            </w:r>
          </w:p>
        </w:tc>
        <w:tc>
          <w:tcPr>
            <w:tcW w:type="dxa" w:w="2880"/>
          </w:tcPr>
          <w:p>
            <w:r>
              <w:t>postpaid</w:t>
            </w:r>
          </w:p>
        </w:tc>
        <w:tc>
          <w:tcPr>
            <w:tcW w:type="dxa" w:w="2880"/>
          </w:tcPr>
          <w:p>
            <w:r>
              <w:t>9</w:t>
            </w:r>
          </w:p>
        </w:tc>
      </w:tr>
      <w:tr>
        <w:tc>
          <w:tcPr>
            <w:tcW w:type="dxa" w:w="2880"/>
          </w:tcPr>
          <w:p>
            <w:r>
              <w:t>2026-09-14</w:t>
            </w:r>
          </w:p>
        </w:tc>
        <w:tc>
          <w:tcPr>
            <w:tcW w:type="dxa" w:w="2880"/>
          </w:tcPr>
          <w:p>
            <w:r>
              <w:t>business</w:t>
            </w:r>
          </w:p>
        </w:tc>
        <w:tc>
          <w:tcPr>
            <w:tcW w:type="dxa" w:w="2880"/>
          </w:tcPr>
          <w:p>
            <w:r>
              <w:t>3</w:t>
            </w:r>
          </w:p>
        </w:tc>
      </w:tr>
      <w:tr>
        <w:tc>
          <w:tcPr>
            <w:tcW w:type="dxa" w:w="2880"/>
          </w:tcPr>
          <w:p>
            <w:r>
              <w:t>2026-09-21</w:t>
            </w:r>
          </w:p>
        </w:tc>
        <w:tc>
          <w:tcPr>
            <w:tcW w:type="dxa" w:w="2880"/>
          </w:tcPr>
          <w:p>
            <w:r>
              <w:t>prepaid</w:t>
            </w:r>
          </w:p>
        </w:tc>
        <w:tc>
          <w:tcPr>
            <w:tcW w:type="dxa" w:w="2880"/>
          </w:tcPr>
          <w:p>
            <w:r>
              <w:t>5</w:t>
            </w:r>
          </w:p>
        </w:tc>
      </w:tr>
      <w:tr>
        <w:tc>
          <w:tcPr>
            <w:tcW w:type="dxa" w:w="2880"/>
          </w:tcPr>
          <w:p>
            <w:r>
              <w:t>2026-09-21</w:t>
            </w:r>
          </w:p>
        </w:tc>
        <w:tc>
          <w:tcPr>
            <w:tcW w:type="dxa" w:w="2880"/>
          </w:tcPr>
          <w:p>
            <w:r>
              <w:t>postpaid</w:t>
            </w:r>
          </w:p>
        </w:tc>
        <w:tc>
          <w:tcPr>
            <w:tcW w:type="dxa" w:w="2880"/>
          </w:tcPr>
          <w:p>
            <w:r>
              <w:t>2</w:t>
            </w:r>
          </w:p>
        </w:tc>
      </w:tr>
      <w:tr>
        <w:tc>
          <w:tcPr>
            <w:tcW w:type="dxa" w:w="2880"/>
          </w:tcPr>
          <w:p>
            <w:r>
              <w:t>2026-09-21</w:t>
            </w:r>
          </w:p>
        </w:tc>
        <w:tc>
          <w:tcPr>
            <w:tcW w:type="dxa" w:w="2880"/>
          </w:tcPr>
          <w:p>
            <w:r>
              <w:t>business</w:t>
            </w:r>
          </w:p>
        </w:tc>
        <w:tc>
          <w:tcPr>
            <w:tcW w:type="dxa" w:w="2880"/>
          </w:tcPr>
          <w:p>
            <w:r>
              <w:t>6</w:t>
            </w:r>
          </w:p>
        </w:tc>
      </w:tr>
      <w:tr>
        <w:tc>
          <w:tcPr>
            <w:tcW w:type="dxa" w:w="2880"/>
          </w:tcPr>
          <w:p>
            <w:r>
              <w:t>2026-09-28</w:t>
            </w:r>
          </w:p>
        </w:tc>
        <w:tc>
          <w:tcPr>
            <w:tcW w:type="dxa" w:w="2880"/>
          </w:tcPr>
          <w:p>
            <w:r>
              <w:t>prepaid</w:t>
            </w:r>
          </w:p>
        </w:tc>
        <w:tc>
          <w:tcPr>
            <w:tcW w:type="dxa" w:w="2880"/>
          </w:tcPr>
          <w:p>
            <w:r>
              <w:t>1</w:t>
            </w:r>
          </w:p>
        </w:tc>
      </w:tr>
      <w:tr>
        <w:tc>
          <w:tcPr>
            <w:tcW w:type="dxa" w:w="2880"/>
          </w:tcPr>
          <w:p>
            <w:r>
              <w:t>2026-09-28</w:t>
            </w:r>
          </w:p>
        </w:tc>
        <w:tc>
          <w:tcPr>
            <w:tcW w:type="dxa" w:w="2880"/>
          </w:tcPr>
          <w:p>
            <w:r>
              <w:t>postpaid</w:t>
            </w:r>
          </w:p>
        </w:tc>
        <w:tc>
          <w:tcPr>
            <w:tcW w:type="dxa" w:w="2880"/>
          </w:tcPr>
          <w:p>
            <w:r>
              <w:t>3</w:t>
            </w:r>
          </w:p>
        </w:tc>
      </w:tr>
      <w:tr>
        <w:tc>
          <w:tcPr>
            <w:tcW w:type="dxa" w:w="2880"/>
          </w:tcPr>
          <w:p>
            <w:r>
              <w:t>2026-09-28</w:t>
            </w:r>
          </w:p>
        </w:tc>
        <w:tc>
          <w:tcPr>
            <w:tcW w:type="dxa" w:w="2880"/>
          </w:tcPr>
          <w:p>
            <w:r>
              <w:t>business</w:t>
            </w:r>
          </w:p>
        </w:tc>
        <w:tc>
          <w:tcPr>
            <w:tcW w:type="dxa" w:w="2880"/>
          </w:tcPr>
          <w:p>
            <w:r>
              <w:t>3</w:t>
            </w:r>
          </w:p>
        </w:tc>
      </w:tr>
    </w:tbl>
    <w:p/>
    <w:p>
      <w:pPr>
        <w:pStyle w:val="Heading2"/>
      </w:pPr>
      <w:r>
        <w:t>Figure 107. Find point clusters: Dropped calls over time [283]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2026-08-03</w:t>
            </w:r>
          </w:p>
        </w:tc>
        <w:tc>
          <w:tcPr>
            <w:tcW w:type="dxa" w:w="2880"/>
          </w:tcPr>
          <w:p>
            <w:r>
              <w:t>coverage</w:t>
            </w:r>
          </w:p>
        </w:tc>
        <w:tc>
          <w:tcPr>
            <w:tcW w:type="dxa" w:w="2880"/>
          </w:tcPr>
          <w:p>
            <w:r>
              <w:t>92</w:t>
            </w:r>
          </w:p>
        </w:tc>
      </w:tr>
      <w:tr>
        <w:tc>
          <w:tcPr>
            <w:tcW w:type="dxa" w:w="2880"/>
          </w:tcPr>
          <w:p>
            <w:r>
              <w:t>2026-08-03</w:t>
            </w:r>
          </w:p>
        </w:tc>
        <w:tc>
          <w:tcPr>
            <w:tcW w:type="dxa" w:w="2880"/>
          </w:tcPr>
          <w:p>
            <w:r>
              <w:t>handover</w:t>
            </w:r>
          </w:p>
        </w:tc>
        <w:tc>
          <w:tcPr>
            <w:tcW w:type="dxa" w:w="2880"/>
          </w:tcPr>
          <w:p>
            <w:r>
              <w:t>82</w:t>
            </w:r>
          </w:p>
        </w:tc>
      </w:tr>
      <w:tr>
        <w:tc>
          <w:tcPr>
            <w:tcW w:type="dxa" w:w="2880"/>
          </w:tcPr>
          <w:p>
            <w:r>
              <w:t>2026-08-03</w:t>
            </w:r>
          </w:p>
        </w:tc>
        <w:tc>
          <w:tcPr>
            <w:tcW w:type="dxa" w:w="2880"/>
          </w:tcPr>
          <w:p>
            <w:r>
              <w:t>congestion</w:t>
            </w:r>
          </w:p>
        </w:tc>
        <w:tc>
          <w:tcPr>
            <w:tcW w:type="dxa" w:w="2880"/>
          </w:tcPr>
          <w:p>
            <w:r>
              <w:t>39</w:t>
            </w:r>
          </w:p>
        </w:tc>
      </w:tr>
      <w:tr>
        <w:tc>
          <w:tcPr>
            <w:tcW w:type="dxa" w:w="2880"/>
          </w:tcPr>
          <w:p>
            <w:r>
              <w:t>2026-08-03</w:t>
            </w:r>
          </w:p>
        </w:tc>
        <w:tc>
          <w:tcPr>
            <w:tcW w:type="dxa" w:w="2880"/>
          </w:tcPr>
          <w:p>
            <w:r>
              <w:t>interference</w:t>
            </w:r>
          </w:p>
        </w:tc>
        <w:tc>
          <w:tcPr>
            <w:tcW w:type="dxa" w:w="2880"/>
          </w:tcPr>
          <w:p>
            <w:r>
              <w:t>26</w:t>
            </w:r>
          </w:p>
        </w:tc>
      </w:tr>
      <w:tr>
        <w:tc>
          <w:tcPr>
            <w:tcW w:type="dxa" w:w="2880"/>
          </w:tcPr>
          <w:p>
            <w:r>
              <w:t>2026-08-10</w:t>
            </w:r>
          </w:p>
        </w:tc>
        <w:tc>
          <w:tcPr>
            <w:tcW w:type="dxa" w:w="2880"/>
          </w:tcPr>
          <w:p>
            <w:r>
              <w:t>coverage</w:t>
            </w:r>
          </w:p>
        </w:tc>
        <w:tc>
          <w:tcPr>
            <w:tcW w:type="dxa" w:w="2880"/>
          </w:tcPr>
          <w:p>
            <w:r>
              <w:t>80</w:t>
            </w:r>
          </w:p>
        </w:tc>
      </w:tr>
      <w:tr>
        <w:tc>
          <w:tcPr>
            <w:tcW w:type="dxa" w:w="2880"/>
          </w:tcPr>
          <w:p>
            <w:r>
              <w:t>2026-08-10</w:t>
            </w:r>
          </w:p>
        </w:tc>
        <w:tc>
          <w:tcPr>
            <w:tcW w:type="dxa" w:w="2880"/>
          </w:tcPr>
          <w:p>
            <w:r>
              <w:t>handover</w:t>
            </w:r>
          </w:p>
        </w:tc>
        <w:tc>
          <w:tcPr>
            <w:tcW w:type="dxa" w:w="2880"/>
          </w:tcPr>
          <w:p>
            <w:r>
              <w:t>79</w:t>
            </w:r>
          </w:p>
        </w:tc>
      </w:tr>
      <w:tr>
        <w:tc>
          <w:tcPr>
            <w:tcW w:type="dxa" w:w="2880"/>
          </w:tcPr>
          <w:p>
            <w:r>
              <w:t>2026-08-10</w:t>
            </w:r>
          </w:p>
        </w:tc>
        <w:tc>
          <w:tcPr>
            <w:tcW w:type="dxa" w:w="2880"/>
          </w:tcPr>
          <w:p>
            <w:r>
              <w:t>congestion</w:t>
            </w:r>
          </w:p>
        </w:tc>
        <w:tc>
          <w:tcPr>
            <w:tcW w:type="dxa" w:w="2880"/>
          </w:tcPr>
          <w:p>
            <w:r>
              <w:t>48</w:t>
            </w:r>
          </w:p>
        </w:tc>
      </w:tr>
      <w:tr>
        <w:tc>
          <w:tcPr>
            <w:tcW w:type="dxa" w:w="2880"/>
          </w:tcPr>
          <w:p>
            <w:r>
              <w:t>2026-08-10</w:t>
            </w:r>
          </w:p>
        </w:tc>
        <w:tc>
          <w:tcPr>
            <w:tcW w:type="dxa" w:w="2880"/>
          </w:tcPr>
          <w:p>
            <w:r>
              <w:t>interference</w:t>
            </w:r>
          </w:p>
        </w:tc>
        <w:tc>
          <w:tcPr>
            <w:tcW w:type="dxa" w:w="2880"/>
          </w:tcPr>
          <w:p>
            <w:r>
              <w:t>25</w:t>
            </w:r>
          </w:p>
        </w:tc>
      </w:tr>
      <w:tr>
        <w:tc>
          <w:tcPr>
            <w:tcW w:type="dxa" w:w="2880"/>
          </w:tcPr>
          <w:p>
            <w:r>
              <w:t>2026-08-17</w:t>
            </w:r>
          </w:p>
        </w:tc>
        <w:tc>
          <w:tcPr>
            <w:tcW w:type="dxa" w:w="2880"/>
          </w:tcPr>
          <w:p>
            <w:r>
              <w:t>coverage</w:t>
            </w:r>
          </w:p>
        </w:tc>
        <w:tc>
          <w:tcPr>
            <w:tcW w:type="dxa" w:w="2880"/>
          </w:tcPr>
          <w:p>
            <w:r>
              <w:t>82</w:t>
            </w:r>
          </w:p>
        </w:tc>
      </w:tr>
      <w:tr>
        <w:tc>
          <w:tcPr>
            <w:tcW w:type="dxa" w:w="2880"/>
          </w:tcPr>
          <w:p>
            <w:r>
              <w:t>2026-08-17</w:t>
            </w:r>
          </w:p>
        </w:tc>
        <w:tc>
          <w:tcPr>
            <w:tcW w:type="dxa" w:w="2880"/>
          </w:tcPr>
          <w:p>
            <w:r>
              <w:t>handover</w:t>
            </w:r>
          </w:p>
        </w:tc>
        <w:tc>
          <w:tcPr>
            <w:tcW w:type="dxa" w:w="2880"/>
          </w:tcPr>
          <w:p>
            <w:r>
              <w:t>86</w:t>
            </w:r>
          </w:p>
        </w:tc>
      </w:tr>
      <w:tr>
        <w:tc>
          <w:tcPr>
            <w:tcW w:type="dxa" w:w="2880"/>
          </w:tcPr>
          <w:p>
            <w:r>
              <w:t>2026-08-17</w:t>
            </w:r>
          </w:p>
        </w:tc>
        <w:tc>
          <w:tcPr>
            <w:tcW w:type="dxa" w:w="2880"/>
          </w:tcPr>
          <w:p>
            <w:r>
              <w:t>congestion</w:t>
            </w:r>
          </w:p>
        </w:tc>
        <w:tc>
          <w:tcPr>
            <w:tcW w:type="dxa" w:w="2880"/>
          </w:tcPr>
          <w:p>
            <w:r>
              <w:t>35</w:t>
            </w:r>
          </w:p>
        </w:tc>
      </w:tr>
      <w:tr>
        <w:tc>
          <w:tcPr>
            <w:tcW w:type="dxa" w:w="2880"/>
          </w:tcPr>
          <w:p>
            <w:r>
              <w:t>2026-08-17</w:t>
            </w:r>
          </w:p>
        </w:tc>
        <w:tc>
          <w:tcPr>
            <w:tcW w:type="dxa" w:w="2880"/>
          </w:tcPr>
          <w:p>
            <w:r>
              <w:t>interference</w:t>
            </w:r>
          </w:p>
        </w:tc>
        <w:tc>
          <w:tcPr>
            <w:tcW w:type="dxa" w:w="2880"/>
          </w:tcPr>
          <w:p>
            <w:r>
              <w:t>15</w:t>
            </w:r>
          </w:p>
        </w:tc>
      </w:tr>
      <w:tr>
        <w:tc>
          <w:tcPr>
            <w:tcW w:type="dxa" w:w="2880"/>
          </w:tcPr>
          <w:p>
            <w:r>
              <w:t>2026-08-24</w:t>
            </w:r>
          </w:p>
        </w:tc>
        <w:tc>
          <w:tcPr>
            <w:tcW w:type="dxa" w:w="2880"/>
          </w:tcPr>
          <w:p>
            <w:r>
              <w:t>coverage</w:t>
            </w:r>
          </w:p>
        </w:tc>
        <w:tc>
          <w:tcPr>
            <w:tcW w:type="dxa" w:w="2880"/>
          </w:tcPr>
          <w:p>
            <w:r>
              <w:t>68</w:t>
            </w:r>
          </w:p>
        </w:tc>
      </w:tr>
      <w:tr>
        <w:tc>
          <w:tcPr>
            <w:tcW w:type="dxa" w:w="2880"/>
          </w:tcPr>
          <w:p>
            <w:r>
              <w:t>2026-08-24</w:t>
            </w:r>
          </w:p>
        </w:tc>
        <w:tc>
          <w:tcPr>
            <w:tcW w:type="dxa" w:w="2880"/>
          </w:tcPr>
          <w:p>
            <w:r>
              <w:t>handover</w:t>
            </w:r>
          </w:p>
        </w:tc>
        <w:tc>
          <w:tcPr>
            <w:tcW w:type="dxa" w:w="2880"/>
          </w:tcPr>
          <w:p>
            <w:r>
              <w:t>75</w:t>
            </w:r>
          </w:p>
        </w:tc>
      </w:tr>
      <w:tr>
        <w:tc>
          <w:tcPr>
            <w:tcW w:type="dxa" w:w="2880"/>
          </w:tcPr>
          <w:p>
            <w:r>
              <w:t>2026-08-24</w:t>
            </w:r>
          </w:p>
        </w:tc>
        <w:tc>
          <w:tcPr>
            <w:tcW w:type="dxa" w:w="2880"/>
          </w:tcPr>
          <w:p>
            <w:r>
              <w:t>congestion</w:t>
            </w:r>
          </w:p>
        </w:tc>
        <w:tc>
          <w:tcPr>
            <w:tcW w:type="dxa" w:w="2880"/>
          </w:tcPr>
          <w:p>
            <w:r>
              <w:t>37</w:t>
            </w:r>
          </w:p>
        </w:tc>
      </w:tr>
      <w:tr>
        <w:tc>
          <w:tcPr>
            <w:tcW w:type="dxa" w:w="2880"/>
          </w:tcPr>
          <w:p>
            <w:r>
              <w:t>2026-08-24</w:t>
            </w:r>
          </w:p>
        </w:tc>
        <w:tc>
          <w:tcPr>
            <w:tcW w:type="dxa" w:w="2880"/>
          </w:tcPr>
          <w:p>
            <w:r>
              <w:t>interference</w:t>
            </w:r>
          </w:p>
        </w:tc>
        <w:tc>
          <w:tcPr>
            <w:tcW w:type="dxa" w:w="2880"/>
          </w:tcPr>
          <w:p>
            <w:r>
              <w:t>20</w:t>
            </w:r>
          </w:p>
        </w:tc>
      </w:tr>
      <w:tr>
        <w:tc>
          <w:tcPr>
            <w:tcW w:type="dxa" w:w="2880"/>
          </w:tcPr>
          <w:p>
            <w:r>
              <w:t>2026-08-31</w:t>
            </w:r>
          </w:p>
        </w:tc>
        <w:tc>
          <w:tcPr>
            <w:tcW w:type="dxa" w:w="2880"/>
          </w:tcPr>
          <w:p>
            <w:r>
              <w:t>coverage</w:t>
            </w:r>
          </w:p>
        </w:tc>
        <w:tc>
          <w:tcPr>
            <w:tcW w:type="dxa" w:w="2880"/>
          </w:tcPr>
          <w:p>
            <w:r>
              <w:t>82</w:t>
            </w:r>
          </w:p>
        </w:tc>
      </w:tr>
      <w:tr>
        <w:tc>
          <w:tcPr>
            <w:tcW w:type="dxa" w:w="2880"/>
          </w:tcPr>
          <w:p>
            <w:r>
              <w:t>2026-08-31</w:t>
            </w:r>
          </w:p>
        </w:tc>
        <w:tc>
          <w:tcPr>
            <w:tcW w:type="dxa" w:w="2880"/>
          </w:tcPr>
          <w:p>
            <w:r>
              <w:t>handover</w:t>
            </w:r>
          </w:p>
        </w:tc>
        <w:tc>
          <w:tcPr>
            <w:tcW w:type="dxa" w:w="2880"/>
          </w:tcPr>
          <w:p>
            <w:r>
              <w:t>80</w:t>
            </w:r>
          </w:p>
        </w:tc>
      </w:tr>
      <w:tr>
        <w:tc>
          <w:tcPr>
            <w:tcW w:type="dxa" w:w="2880"/>
          </w:tcPr>
          <w:p>
            <w:r>
              <w:t>2026-08-31</w:t>
            </w:r>
          </w:p>
        </w:tc>
        <w:tc>
          <w:tcPr>
            <w:tcW w:type="dxa" w:w="2880"/>
          </w:tcPr>
          <w:p>
            <w:r>
              <w:t>congestion</w:t>
            </w:r>
          </w:p>
        </w:tc>
        <w:tc>
          <w:tcPr>
            <w:tcW w:type="dxa" w:w="2880"/>
          </w:tcPr>
          <w:p>
            <w:r>
              <w:t>51</w:t>
            </w:r>
          </w:p>
        </w:tc>
      </w:tr>
      <w:tr>
        <w:tc>
          <w:tcPr>
            <w:tcW w:type="dxa" w:w="2880"/>
          </w:tcPr>
          <w:p>
            <w:r>
              <w:t>2026-08-31</w:t>
            </w:r>
          </w:p>
        </w:tc>
        <w:tc>
          <w:tcPr>
            <w:tcW w:type="dxa" w:w="2880"/>
          </w:tcPr>
          <w:p>
            <w:r>
              <w:t>interference</w:t>
            </w:r>
          </w:p>
        </w:tc>
        <w:tc>
          <w:tcPr>
            <w:tcW w:type="dxa" w:w="2880"/>
          </w:tcPr>
          <w:p>
            <w:r>
              <w:t>29</w:t>
            </w:r>
          </w:p>
        </w:tc>
      </w:tr>
      <w:tr>
        <w:tc>
          <w:tcPr>
            <w:tcW w:type="dxa" w:w="2880"/>
          </w:tcPr>
          <w:p>
            <w:r>
              <w:t>2026-09-07</w:t>
            </w:r>
          </w:p>
        </w:tc>
        <w:tc>
          <w:tcPr>
            <w:tcW w:type="dxa" w:w="2880"/>
          </w:tcPr>
          <w:p>
            <w:r>
              <w:t>coverage</w:t>
            </w:r>
          </w:p>
        </w:tc>
        <w:tc>
          <w:tcPr>
            <w:tcW w:type="dxa" w:w="2880"/>
          </w:tcPr>
          <w:p>
            <w:r>
              <w:t>76</w:t>
            </w:r>
          </w:p>
        </w:tc>
      </w:tr>
      <w:tr>
        <w:tc>
          <w:tcPr>
            <w:tcW w:type="dxa" w:w="2880"/>
          </w:tcPr>
          <w:p>
            <w:r>
              <w:t>2026-09-07</w:t>
            </w:r>
          </w:p>
        </w:tc>
        <w:tc>
          <w:tcPr>
            <w:tcW w:type="dxa" w:w="2880"/>
          </w:tcPr>
          <w:p>
            <w:r>
              <w:t>handover</w:t>
            </w:r>
          </w:p>
        </w:tc>
        <w:tc>
          <w:tcPr>
            <w:tcW w:type="dxa" w:w="2880"/>
          </w:tcPr>
          <w:p>
            <w:r>
              <w:t>74</w:t>
            </w:r>
          </w:p>
        </w:tc>
      </w:tr>
      <w:tr>
        <w:tc>
          <w:tcPr>
            <w:tcW w:type="dxa" w:w="2880"/>
          </w:tcPr>
          <w:p>
            <w:r>
              <w:t>2026-09-07</w:t>
            </w:r>
          </w:p>
        </w:tc>
        <w:tc>
          <w:tcPr>
            <w:tcW w:type="dxa" w:w="2880"/>
          </w:tcPr>
          <w:p>
            <w:r>
              <w:t>congestion</w:t>
            </w:r>
          </w:p>
        </w:tc>
        <w:tc>
          <w:tcPr>
            <w:tcW w:type="dxa" w:w="2880"/>
          </w:tcPr>
          <w:p>
            <w:r>
              <w:t>51</w:t>
            </w:r>
          </w:p>
        </w:tc>
      </w:tr>
      <w:tr>
        <w:tc>
          <w:tcPr>
            <w:tcW w:type="dxa" w:w="2880"/>
          </w:tcPr>
          <w:p>
            <w:r>
              <w:t>2026-09-07</w:t>
            </w:r>
          </w:p>
        </w:tc>
        <w:tc>
          <w:tcPr>
            <w:tcW w:type="dxa" w:w="2880"/>
          </w:tcPr>
          <w:p>
            <w:r>
              <w:t>interference</w:t>
            </w:r>
          </w:p>
        </w:tc>
        <w:tc>
          <w:tcPr>
            <w:tcW w:type="dxa" w:w="2880"/>
          </w:tcPr>
          <w:p>
            <w:r>
              <w:t>23</w:t>
            </w:r>
          </w:p>
        </w:tc>
      </w:tr>
      <w:tr>
        <w:tc>
          <w:tcPr>
            <w:tcW w:type="dxa" w:w="2880"/>
          </w:tcPr>
          <w:p>
            <w:r>
              <w:t>2026-09-14</w:t>
            </w:r>
          </w:p>
        </w:tc>
        <w:tc>
          <w:tcPr>
            <w:tcW w:type="dxa" w:w="2880"/>
          </w:tcPr>
          <w:p>
            <w:r>
              <w:t>coverage</w:t>
            </w:r>
          </w:p>
        </w:tc>
        <w:tc>
          <w:tcPr>
            <w:tcW w:type="dxa" w:w="2880"/>
          </w:tcPr>
          <w:p>
            <w:r>
              <w:t>81</w:t>
            </w:r>
          </w:p>
        </w:tc>
      </w:tr>
      <w:tr>
        <w:tc>
          <w:tcPr>
            <w:tcW w:type="dxa" w:w="2880"/>
          </w:tcPr>
          <w:p>
            <w:r>
              <w:t>2026-09-14</w:t>
            </w:r>
          </w:p>
        </w:tc>
        <w:tc>
          <w:tcPr>
            <w:tcW w:type="dxa" w:w="2880"/>
          </w:tcPr>
          <w:p>
            <w:r>
              <w:t>handover</w:t>
            </w:r>
          </w:p>
        </w:tc>
        <w:tc>
          <w:tcPr>
            <w:tcW w:type="dxa" w:w="2880"/>
          </w:tcPr>
          <w:p>
            <w:r>
              <w:t>74</w:t>
            </w:r>
          </w:p>
        </w:tc>
      </w:tr>
      <w:tr>
        <w:tc>
          <w:tcPr>
            <w:tcW w:type="dxa" w:w="2880"/>
          </w:tcPr>
          <w:p>
            <w:r>
              <w:t>2026-09-14</w:t>
            </w:r>
          </w:p>
        </w:tc>
        <w:tc>
          <w:tcPr>
            <w:tcW w:type="dxa" w:w="2880"/>
          </w:tcPr>
          <w:p>
            <w:r>
              <w:t>congestion</w:t>
            </w:r>
          </w:p>
        </w:tc>
        <w:tc>
          <w:tcPr>
            <w:tcW w:type="dxa" w:w="2880"/>
          </w:tcPr>
          <w:p>
            <w:r>
              <w:t>34</w:t>
            </w:r>
          </w:p>
        </w:tc>
      </w:tr>
      <w:tr>
        <w:tc>
          <w:tcPr>
            <w:tcW w:type="dxa" w:w="2880"/>
          </w:tcPr>
          <w:p>
            <w:r>
              <w:t>2026-09-14</w:t>
            </w:r>
          </w:p>
        </w:tc>
        <w:tc>
          <w:tcPr>
            <w:tcW w:type="dxa" w:w="2880"/>
          </w:tcPr>
          <w:p>
            <w:r>
              <w:t>interference</w:t>
            </w:r>
          </w:p>
        </w:tc>
        <w:tc>
          <w:tcPr>
            <w:tcW w:type="dxa" w:w="2880"/>
          </w:tcPr>
          <w:p>
            <w:r>
              <w:t>29</w:t>
            </w:r>
          </w:p>
        </w:tc>
      </w:tr>
      <w:tr>
        <w:tc>
          <w:tcPr>
            <w:tcW w:type="dxa" w:w="2880"/>
          </w:tcPr>
          <w:p>
            <w:r>
              <w:t>2026-09-21</w:t>
            </w:r>
          </w:p>
        </w:tc>
        <w:tc>
          <w:tcPr>
            <w:tcW w:type="dxa" w:w="2880"/>
          </w:tcPr>
          <w:p>
            <w:r>
              <w:t>coverage</w:t>
            </w:r>
          </w:p>
        </w:tc>
        <w:tc>
          <w:tcPr>
            <w:tcW w:type="dxa" w:w="2880"/>
          </w:tcPr>
          <w:p>
            <w:r>
              <w:t>85</w:t>
            </w:r>
          </w:p>
        </w:tc>
      </w:tr>
      <w:tr>
        <w:tc>
          <w:tcPr>
            <w:tcW w:type="dxa" w:w="2880"/>
          </w:tcPr>
          <w:p>
            <w:r>
              <w:t>2026-09-21</w:t>
            </w:r>
          </w:p>
        </w:tc>
        <w:tc>
          <w:tcPr>
            <w:tcW w:type="dxa" w:w="2880"/>
          </w:tcPr>
          <w:p>
            <w:r>
              <w:t>handover</w:t>
            </w:r>
          </w:p>
        </w:tc>
        <w:tc>
          <w:tcPr>
            <w:tcW w:type="dxa" w:w="2880"/>
          </w:tcPr>
          <w:p>
            <w:r>
              <w:t>67</w:t>
            </w:r>
          </w:p>
        </w:tc>
      </w:tr>
      <w:tr>
        <w:tc>
          <w:tcPr>
            <w:tcW w:type="dxa" w:w="2880"/>
          </w:tcPr>
          <w:p>
            <w:r>
              <w:t>2026-09-21</w:t>
            </w:r>
          </w:p>
        </w:tc>
        <w:tc>
          <w:tcPr>
            <w:tcW w:type="dxa" w:w="2880"/>
          </w:tcPr>
          <w:p>
            <w:r>
              <w:t>congestion</w:t>
            </w:r>
          </w:p>
        </w:tc>
        <w:tc>
          <w:tcPr>
            <w:tcW w:type="dxa" w:w="2880"/>
          </w:tcPr>
          <w:p>
            <w:r>
              <w:t>46</w:t>
            </w:r>
          </w:p>
        </w:tc>
      </w:tr>
      <w:tr>
        <w:tc>
          <w:tcPr>
            <w:tcW w:type="dxa" w:w="2880"/>
          </w:tcPr>
          <w:p>
            <w:r>
              <w:t>2026-09-21</w:t>
            </w:r>
          </w:p>
        </w:tc>
        <w:tc>
          <w:tcPr>
            <w:tcW w:type="dxa" w:w="2880"/>
          </w:tcPr>
          <w:p>
            <w:r>
              <w:t>interference</w:t>
            </w:r>
          </w:p>
        </w:tc>
        <w:tc>
          <w:tcPr>
            <w:tcW w:type="dxa" w:w="2880"/>
          </w:tcPr>
          <w:p>
            <w:r>
              <w:t>29</w:t>
            </w:r>
          </w:p>
        </w:tc>
      </w:tr>
    </w:tbl>
    <w:p/>
    <w:sectPr w:rsidR="00FC693F" w:rsidRPr="0006063C" w:rsidSect="00034616">
      <w:footerReference w:type="default" r:id="rId15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Telecom, Medellin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 Id="rId76" Type="http://schemas.openxmlformats.org/officeDocument/2006/relationships/image" Target="media/image68.jpg"/><Relationship Id="rId77" Type="http://schemas.openxmlformats.org/officeDocument/2006/relationships/image" Target="media/image69.jpg"/><Relationship Id="rId78" Type="http://schemas.openxmlformats.org/officeDocument/2006/relationships/image" Target="media/image70.jpg"/><Relationship Id="rId79" Type="http://schemas.openxmlformats.org/officeDocument/2006/relationships/image" Target="media/image71.jpg"/><Relationship Id="rId80" Type="http://schemas.openxmlformats.org/officeDocument/2006/relationships/image" Target="media/image72.jpg"/><Relationship Id="rId81" Type="http://schemas.openxmlformats.org/officeDocument/2006/relationships/image" Target="media/image73.jpg"/><Relationship Id="rId82" Type="http://schemas.openxmlformats.org/officeDocument/2006/relationships/image" Target="media/image74.jpg"/><Relationship Id="rId83" Type="http://schemas.openxmlformats.org/officeDocument/2006/relationships/image" Target="media/image75.jpg"/><Relationship Id="rId84" Type="http://schemas.openxmlformats.org/officeDocument/2006/relationships/image" Target="media/image76.jpg"/><Relationship Id="rId85" Type="http://schemas.openxmlformats.org/officeDocument/2006/relationships/image" Target="media/image77.jpg"/><Relationship Id="rId86" Type="http://schemas.openxmlformats.org/officeDocument/2006/relationships/image" Target="media/image78.jpg"/><Relationship Id="rId87" Type="http://schemas.openxmlformats.org/officeDocument/2006/relationships/image" Target="media/image79.jpg"/><Relationship Id="rId88" Type="http://schemas.openxmlformats.org/officeDocument/2006/relationships/image" Target="media/image80.jpg"/><Relationship Id="rId89" Type="http://schemas.openxmlformats.org/officeDocument/2006/relationships/image" Target="media/image81.jpg"/><Relationship Id="rId90" Type="http://schemas.openxmlformats.org/officeDocument/2006/relationships/image" Target="media/image82.jpg"/><Relationship Id="rId91" Type="http://schemas.openxmlformats.org/officeDocument/2006/relationships/image" Target="media/image83.jpg"/><Relationship Id="rId92" Type="http://schemas.openxmlformats.org/officeDocument/2006/relationships/image" Target="media/image84.jpg"/><Relationship Id="rId93" Type="http://schemas.openxmlformats.org/officeDocument/2006/relationships/image" Target="media/image85.jpg"/><Relationship Id="rId94" Type="http://schemas.openxmlformats.org/officeDocument/2006/relationships/image" Target="media/image86.jpg"/><Relationship Id="rId95" Type="http://schemas.openxmlformats.org/officeDocument/2006/relationships/image" Target="media/image87.jpg"/><Relationship Id="rId96" Type="http://schemas.openxmlformats.org/officeDocument/2006/relationships/image" Target="media/image88.jpg"/><Relationship Id="rId97" Type="http://schemas.openxmlformats.org/officeDocument/2006/relationships/image" Target="media/image89.jpg"/><Relationship Id="rId98" Type="http://schemas.openxmlformats.org/officeDocument/2006/relationships/image" Target="media/image90.jpg"/><Relationship Id="rId99" Type="http://schemas.openxmlformats.org/officeDocument/2006/relationships/image" Target="media/image91.jpg"/><Relationship Id="rId100" Type="http://schemas.openxmlformats.org/officeDocument/2006/relationships/image" Target="media/image92.jpg"/><Relationship Id="rId101" Type="http://schemas.openxmlformats.org/officeDocument/2006/relationships/image" Target="media/image93.jpg"/><Relationship Id="rId102" Type="http://schemas.openxmlformats.org/officeDocument/2006/relationships/image" Target="media/image94.jpg"/><Relationship Id="rId103" Type="http://schemas.openxmlformats.org/officeDocument/2006/relationships/image" Target="media/image95.jpg"/><Relationship Id="rId104" Type="http://schemas.openxmlformats.org/officeDocument/2006/relationships/image" Target="media/image96.jpg"/><Relationship Id="rId105" Type="http://schemas.openxmlformats.org/officeDocument/2006/relationships/image" Target="media/image97.jpg"/><Relationship Id="rId106" Type="http://schemas.openxmlformats.org/officeDocument/2006/relationships/image" Target="media/image98.jpg"/><Relationship Id="rId107" Type="http://schemas.openxmlformats.org/officeDocument/2006/relationships/image" Target="media/image99.jpg"/><Relationship Id="rId108" Type="http://schemas.openxmlformats.org/officeDocument/2006/relationships/image" Target="media/image100.jpg"/><Relationship Id="rId109" Type="http://schemas.openxmlformats.org/officeDocument/2006/relationships/image" Target="media/image101.jpg"/><Relationship Id="rId110" Type="http://schemas.openxmlformats.org/officeDocument/2006/relationships/image" Target="media/image102.jpg"/><Relationship Id="rId111" Type="http://schemas.openxmlformats.org/officeDocument/2006/relationships/image" Target="media/image103.jpg"/><Relationship Id="rId112" Type="http://schemas.openxmlformats.org/officeDocument/2006/relationships/image" Target="media/image104.jpg"/><Relationship Id="rId113" Type="http://schemas.openxmlformats.org/officeDocument/2006/relationships/image" Target="media/image105.jpg"/><Relationship Id="rId114" Type="http://schemas.openxmlformats.org/officeDocument/2006/relationships/image" Target="media/image106.jpg"/><Relationship Id="rId115" Type="http://schemas.openxmlformats.org/officeDocument/2006/relationships/image" Target="media/image107.jpg"/><Relationship Id="rId116" Type="http://schemas.openxmlformats.org/officeDocument/2006/relationships/image" Target="media/image108.jpg"/><Relationship Id="rId117" Type="http://schemas.openxmlformats.org/officeDocument/2006/relationships/image" Target="media/image109.jpg"/><Relationship Id="rId118" Type="http://schemas.openxmlformats.org/officeDocument/2006/relationships/image" Target="media/image110.jpg"/><Relationship Id="rId119" Type="http://schemas.openxmlformats.org/officeDocument/2006/relationships/image" Target="media/image111.jpg"/><Relationship Id="rId120" Type="http://schemas.openxmlformats.org/officeDocument/2006/relationships/image" Target="media/image112.jpg"/><Relationship Id="rId121" Type="http://schemas.openxmlformats.org/officeDocument/2006/relationships/image" Target="media/image113.jpg"/><Relationship Id="rId122" Type="http://schemas.openxmlformats.org/officeDocument/2006/relationships/image" Target="media/image114.jpg"/><Relationship Id="rId123" Type="http://schemas.openxmlformats.org/officeDocument/2006/relationships/image" Target="media/image115.jpg"/><Relationship Id="rId124" Type="http://schemas.openxmlformats.org/officeDocument/2006/relationships/image" Target="media/image116.jpg"/><Relationship Id="rId125" Type="http://schemas.openxmlformats.org/officeDocument/2006/relationships/image" Target="media/image117.jpg"/><Relationship Id="rId126" Type="http://schemas.openxmlformats.org/officeDocument/2006/relationships/image" Target="media/image118.jpg"/><Relationship Id="rId127" Type="http://schemas.openxmlformats.org/officeDocument/2006/relationships/image" Target="media/image119.jpg"/><Relationship Id="rId128" Type="http://schemas.openxmlformats.org/officeDocument/2006/relationships/image" Target="media/image120.jpg"/><Relationship Id="rId129" Type="http://schemas.openxmlformats.org/officeDocument/2006/relationships/image" Target="media/image121.jpg"/><Relationship Id="rId130" Type="http://schemas.openxmlformats.org/officeDocument/2006/relationships/image" Target="media/image122.jpg"/><Relationship Id="rId131" Type="http://schemas.openxmlformats.org/officeDocument/2006/relationships/image" Target="media/image123.jpg"/><Relationship Id="rId132" Type="http://schemas.openxmlformats.org/officeDocument/2006/relationships/image" Target="media/image124.jpg"/><Relationship Id="rId133" Type="http://schemas.openxmlformats.org/officeDocument/2006/relationships/image" Target="media/image125.jpg"/><Relationship Id="rId134" Type="http://schemas.openxmlformats.org/officeDocument/2006/relationships/image" Target="media/image126.jpg"/><Relationship Id="rId135" Type="http://schemas.openxmlformats.org/officeDocument/2006/relationships/image" Target="media/image127.jpg"/><Relationship Id="rId136" Type="http://schemas.openxmlformats.org/officeDocument/2006/relationships/image" Target="media/image128.jpg"/><Relationship Id="rId137" Type="http://schemas.openxmlformats.org/officeDocument/2006/relationships/image" Target="media/image129.jpg"/><Relationship Id="rId138" Type="http://schemas.openxmlformats.org/officeDocument/2006/relationships/image" Target="media/image130.jpg"/><Relationship Id="rId139" Type="http://schemas.openxmlformats.org/officeDocument/2006/relationships/image" Target="media/image131.jpg"/><Relationship Id="rId140" Type="http://schemas.openxmlformats.org/officeDocument/2006/relationships/image" Target="media/image132.jpg"/><Relationship Id="rId141" Type="http://schemas.openxmlformats.org/officeDocument/2006/relationships/image" Target="media/image133.jpg"/><Relationship Id="rId142" Type="http://schemas.openxmlformats.org/officeDocument/2006/relationships/image" Target="media/image134.jpg"/><Relationship Id="rId143" Type="http://schemas.openxmlformats.org/officeDocument/2006/relationships/image" Target="media/image135.jpg"/><Relationship Id="rId144" Type="http://schemas.openxmlformats.org/officeDocument/2006/relationships/image" Target="media/image136.jpg"/><Relationship Id="rId145" Type="http://schemas.openxmlformats.org/officeDocument/2006/relationships/image" Target="media/image137.jpg"/><Relationship Id="rId146" Type="http://schemas.openxmlformats.org/officeDocument/2006/relationships/image" Target="media/image138.jpg"/><Relationship Id="rId147" Type="http://schemas.openxmlformats.org/officeDocument/2006/relationships/image" Target="media/image139.jpg"/><Relationship Id="rId148" Type="http://schemas.openxmlformats.org/officeDocument/2006/relationships/image" Target="media/image140.jpg"/><Relationship Id="rId149" Type="http://schemas.openxmlformats.org/officeDocument/2006/relationships/image" Target="media/image141.jpg"/><Relationship Id="rId150" Type="http://schemas.openxmlformats.org/officeDocument/2006/relationships/image" Target="media/image142.jpg"/><Relationship Id="rId151" Type="http://schemas.openxmlformats.org/officeDocument/2006/relationships/image" Target="media/image143.jpg"/><Relationship Id="rId152" Type="http://schemas.openxmlformats.org/officeDocument/2006/relationships/image" Target="media/image144.jpg"/><Relationship Id="rId153" Type="http://schemas.openxmlformats.org/officeDocument/2006/relationships/image" Target="media/image145.jpg"/><Relationship Id="rId154" Type="http://schemas.openxmlformats.org/officeDocument/2006/relationships/image" Target="media/image146.jpg"/><Relationship Id="rId155" Type="http://schemas.openxmlformats.org/officeDocument/2006/relationships/image" Target="media/image147.jpg"/><Relationship Id="rId156" Type="http://schemas.openxmlformats.org/officeDocument/2006/relationships/image" Target="media/image148.jpg"/><Relationship Id="rId157" Type="http://schemas.openxmlformats.org/officeDocument/2006/relationships/image" Target="media/image149.jpg"/><Relationship Id="rId1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Telecom, Medellin: report</dc:title>
  <dc:subject>Describe the project Sample: Telecom, Medellin: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